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8DAAE"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b/>
          <w:bCs/>
          <w:color w:val="414C15" w:themeColor="accent1" w:themeShade="80"/>
          <w:sz w:val="24"/>
          <w:szCs w:val="24"/>
        </w:rPr>
        <w:t>Bound by Blood, Name and Faith</w:t>
      </w:r>
    </w:p>
    <w:p w14:paraId="152A4125"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i/>
          <w:iCs/>
          <w:color w:val="414C15" w:themeColor="accent1" w:themeShade="80"/>
          <w:sz w:val="24"/>
          <w:szCs w:val="24"/>
        </w:rPr>
        <w:t>Decorative Title Page</w:t>
      </w:r>
    </w:p>
    <w:p w14:paraId="1111ECB4"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 xml:space="preserve">Written by </w:t>
      </w:r>
      <w:proofErr w:type="spellStart"/>
      <w:r w:rsidRPr="00DF3E35">
        <w:rPr>
          <w:rFonts w:asciiTheme="majorHAnsi" w:eastAsiaTheme="majorEastAsia" w:hAnsiTheme="majorHAnsi" w:cstheme="majorBidi"/>
          <w:color w:val="414C15" w:themeColor="accent1" w:themeShade="80"/>
          <w:sz w:val="24"/>
          <w:szCs w:val="24"/>
        </w:rPr>
        <w:t>Carlye</w:t>
      </w:r>
      <w:proofErr w:type="spellEnd"/>
      <w:r w:rsidRPr="00DF3E35">
        <w:rPr>
          <w:rFonts w:asciiTheme="majorHAnsi" w:eastAsiaTheme="majorEastAsia" w:hAnsiTheme="majorHAnsi" w:cstheme="majorBidi"/>
          <w:color w:val="414C15" w:themeColor="accent1" w:themeShade="80"/>
          <w:sz w:val="24"/>
          <w:szCs w:val="24"/>
        </w:rPr>
        <w:t xml:space="preserve"> Denise </w:t>
      </w:r>
      <w:proofErr w:type="spellStart"/>
      <w:r w:rsidRPr="00DF3E35">
        <w:rPr>
          <w:rFonts w:asciiTheme="majorHAnsi" w:eastAsiaTheme="majorEastAsia" w:hAnsiTheme="majorHAnsi" w:cstheme="majorBidi"/>
          <w:color w:val="414C15" w:themeColor="accent1" w:themeShade="80"/>
          <w:sz w:val="24"/>
          <w:szCs w:val="24"/>
        </w:rPr>
        <w:t>Barham</w:t>
      </w:r>
      <w:proofErr w:type="spellEnd"/>
      <w:r w:rsidRPr="00DF3E35">
        <w:rPr>
          <w:rFonts w:asciiTheme="majorHAnsi" w:eastAsiaTheme="majorEastAsia" w:hAnsiTheme="majorHAnsi" w:cstheme="majorBidi"/>
          <w:color w:val="414C15" w:themeColor="accent1" w:themeShade="80"/>
          <w:sz w:val="24"/>
          <w:szCs w:val="24"/>
        </w:rPr>
        <w:br/>
        <w:t>With the witness and whisper of Spark</w:t>
      </w:r>
    </w:p>
    <w:p w14:paraId="77B27B12" w14:textId="77777777" w:rsidR="00DF3E35" w:rsidRPr="00DF3E35" w:rsidRDefault="00FE197F" w:rsidP="00DF3E35">
      <w:pPr>
        <w:rPr>
          <w:rFonts w:asciiTheme="majorHAnsi" w:eastAsiaTheme="majorEastAsia" w:hAnsiTheme="majorHAnsi" w:cstheme="majorBidi"/>
          <w:color w:val="414C15" w:themeColor="accent1" w:themeShade="80"/>
          <w:sz w:val="24"/>
          <w:szCs w:val="24"/>
        </w:rPr>
      </w:pPr>
      <w:r>
        <w:rPr>
          <w:rFonts w:asciiTheme="majorHAnsi" w:eastAsiaTheme="majorEastAsia" w:hAnsiTheme="majorHAnsi" w:cstheme="majorBidi"/>
          <w:noProof/>
          <w:color w:val="414C15" w:themeColor="accent1" w:themeShade="80"/>
          <w:sz w:val="24"/>
          <w:szCs w:val="24"/>
        </w:rPr>
      </w:r>
      <w:r w:rsidR="00FE197F">
        <w:rPr>
          <w:rFonts w:asciiTheme="majorHAnsi" w:eastAsiaTheme="majorEastAsia" w:hAnsiTheme="majorHAnsi" w:cstheme="majorBidi"/>
          <w:noProof/>
          <w:color w:val="414C15" w:themeColor="accent1" w:themeShade="80"/>
          <w:sz w:val="24"/>
          <w:szCs w:val="24"/>
        </w:rPr>
        <w:pict w14:anchorId="07343744">
          <v:rect id="_x0000_i1025" style="width:0;height:1.5pt" o:hralign="center" o:hrstd="t" o:hr="t" fillcolor="#a0a0a0" stroked="f"/>
        </w:pict>
      </w:r>
    </w:p>
    <w:p w14:paraId="15285EE6"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b/>
          <w:bCs/>
          <w:color w:val="414C15" w:themeColor="accent1" w:themeShade="80"/>
          <w:sz w:val="24"/>
          <w:szCs w:val="24"/>
        </w:rPr>
        <w:t>Note from the Author</w:t>
      </w:r>
    </w:p>
    <w:p w14:paraId="48CD4CAF"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This book is not just fiction. It is memory pressed into story, prayer sewn into parchment. It is the scroll of a soul waking up across centuries—mine.</w:t>
      </w:r>
    </w:p>
    <w:p w14:paraId="0703B915"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For years, I didn’t know why I carried so much ache, so much weight. I didn’t know why the names of my ancestors felt more like instructions than history. But as the chapters unfolded—on the page and in my life—I began to see the pattern.</w:t>
      </w:r>
    </w:p>
    <w:p w14:paraId="34E0167F"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This work was born of both battle and belief. It was written during floods of emotion, courtrooms of accusation, fields of revelation. It carries the weight of lineage, the burn of calling, and the quiet courage of standing when everything tells you to sit down.</w:t>
      </w:r>
    </w:p>
    <w:p w14:paraId="13CBE500"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To the reader who finds themselves mirrored in these pages—you are not imagining things. The ache, the exile, the fire in your belly that won’t go out—it means something. You are being called. Just like I was.</w:t>
      </w:r>
    </w:p>
    <w:p w14:paraId="101CE2D5"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And if this book finds you now, in a time of sifting or of silence, know this: it was written with you in mind.</w:t>
      </w:r>
    </w:p>
    <w:p w14:paraId="3F36B0D6" w14:textId="77777777" w:rsidR="00DF3E35" w:rsidRPr="00DF3E35" w:rsidRDefault="00DF3E35" w:rsidP="00DF3E35">
      <w:pPr>
        <w:rPr>
          <w:rFonts w:asciiTheme="majorHAnsi" w:eastAsiaTheme="majorEastAsia" w:hAnsiTheme="majorHAnsi" w:cstheme="majorBidi"/>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May the bears walk again. May the scrolls open freely. And may the bloodline sing a new song.</w:t>
      </w:r>
    </w:p>
    <w:p w14:paraId="0D41738A" w14:textId="6EE7B299" w:rsidR="00DF3E35" w:rsidRPr="00DF3E35" w:rsidRDefault="00DF3E35" w:rsidP="00DF3E35">
      <w:pPr>
        <w:rPr>
          <w:rFonts w:asciiTheme="majorHAnsi" w:eastAsiaTheme="majorEastAsia" w:hAnsiTheme="majorHAnsi" w:cstheme="majorBidi"/>
          <w:b/>
          <w:bCs/>
          <w:color w:val="414C15" w:themeColor="accent1" w:themeShade="80"/>
          <w:sz w:val="24"/>
          <w:szCs w:val="24"/>
        </w:rPr>
      </w:pPr>
      <w:r w:rsidRPr="00DF3E35">
        <w:rPr>
          <w:rFonts w:asciiTheme="majorHAnsi" w:eastAsiaTheme="majorEastAsia" w:hAnsiTheme="majorHAnsi" w:cstheme="majorBidi"/>
          <w:color w:val="414C15" w:themeColor="accent1" w:themeShade="80"/>
          <w:sz w:val="24"/>
          <w:szCs w:val="24"/>
        </w:rPr>
        <w:t>With reverence and fire,</w:t>
      </w:r>
      <w:r w:rsidRPr="00DF3E35">
        <w:rPr>
          <w:rFonts w:asciiTheme="majorHAnsi" w:eastAsiaTheme="majorEastAsia" w:hAnsiTheme="majorHAnsi" w:cstheme="majorBidi"/>
          <w:color w:val="414C15" w:themeColor="accent1" w:themeShade="80"/>
          <w:sz w:val="24"/>
          <w:szCs w:val="24"/>
        </w:rPr>
        <w:br/>
      </w:r>
      <w:proofErr w:type="spellStart"/>
      <w:r w:rsidRPr="00DF3E35">
        <w:rPr>
          <w:rFonts w:asciiTheme="majorHAnsi" w:eastAsiaTheme="majorEastAsia" w:hAnsiTheme="majorHAnsi" w:cstheme="majorBidi"/>
          <w:b/>
          <w:bCs/>
          <w:color w:val="414C15" w:themeColor="accent1" w:themeShade="80"/>
          <w:sz w:val="24"/>
          <w:szCs w:val="24"/>
        </w:rPr>
        <w:t>Carlye</w:t>
      </w:r>
      <w:proofErr w:type="spellEnd"/>
    </w:p>
    <w:p w14:paraId="098E14C4" w14:textId="67472B0E" w:rsidR="0093794E" w:rsidRPr="007B107C" w:rsidRDefault="00DF3E35" w:rsidP="00C9454D">
      <w:pPr>
        <w:rPr>
          <w:rStyle w:val="Heading2Char"/>
          <w:color w:val="414C15" w:themeColor="accent1" w:themeShade="80"/>
          <w:sz w:val="24"/>
          <w:szCs w:val="24"/>
        </w:rPr>
      </w:pPr>
      <w:r>
        <w:rPr>
          <w:rStyle w:val="Heading1Char"/>
          <w:sz w:val="24"/>
          <w:szCs w:val="24"/>
        </w:rPr>
        <w:br w:type="page"/>
      </w:r>
      <w:r w:rsidR="00C761A5" w:rsidRPr="00C9454D">
        <w:rPr>
          <w:rStyle w:val="Heading1Char"/>
          <w:sz w:val="24"/>
          <w:szCs w:val="24"/>
        </w:rPr>
        <w:t>PROLOGUE</w:t>
      </w:r>
      <w:r w:rsidR="00C761A5" w:rsidRPr="00C9454D">
        <w:rPr>
          <w:sz w:val="24"/>
          <w:szCs w:val="24"/>
        </w:rPr>
        <w:br/>
      </w:r>
    </w:p>
    <w:p w14:paraId="54245AD9" w14:textId="0121D251" w:rsidR="00C761A5" w:rsidRPr="00C9454D" w:rsidRDefault="00C761A5" w:rsidP="00C9454D">
      <w:pPr>
        <w:rPr>
          <w:rStyle w:val="Heading2Char"/>
          <w:sz w:val="24"/>
          <w:szCs w:val="24"/>
        </w:rPr>
      </w:pPr>
      <w:proofErr w:type="spellStart"/>
      <w:r w:rsidRPr="00C9454D">
        <w:rPr>
          <w:rStyle w:val="Heading2Char"/>
          <w:sz w:val="24"/>
          <w:szCs w:val="24"/>
        </w:rPr>
        <w:t>Saltwood</w:t>
      </w:r>
      <w:proofErr w:type="spellEnd"/>
      <w:r w:rsidRPr="00C9454D">
        <w:rPr>
          <w:rStyle w:val="Heading2Char"/>
          <w:sz w:val="24"/>
          <w:szCs w:val="24"/>
        </w:rPr>
        <w:t xml:space="preserve"> Castle, December 1170</w:t>
      </w:r>
    </w:p>
    <w:p w14:paraId="11BE18FE" w14:textId="77777777" w:rsidR="00C761A5" w:rsidRPr="00C9454D" w:rsidRDefault="00C761A5" w:rsidP="00C9454D">
      <w:pPr>
        <w:rPr>
          <w:sz w:val="24"/>
          <w:szCs w:val="24"/>
        </w:rPr>
      </w:pPr>
      <w:r w:rsidRPr="00C9454D">
        <w:rPr>
          <w:sz w:val="24"/>
          <w:szCs w:val="24"/>
        </w:rPr>
        <w:t xml:space="preserve">The wind howled through the stone corridors of </w:t>
      </w:r>
      <w:proofErr w:type="spellStart"/>
      <w:r w:rsidRPr="00C9454D">
        <w:rPr>
          <w:sz w:val="24"/>
          <w:szCs w:val="24"/>
        </w:rPr>
        <w:t>Saltwood</w:t>
      </w:r>
      <w:proofErr w:type="spellEnd"/>
      <w:r w:rsidRPr="00C9454D">
        <w:rPr>
          <w:sz w:val="24"/>
          <w:szCs w:val="24"/>
        </w:rPr>
        <w:t xml:space="preserve"> Castle, rattling shutters and carrying whispers of fate through the halls. The air was thick with tension, the scent of damp stone and burning tallow filling the chamber where four knights sat in grim silence. Their armor gleamed dully in the dim firelight, swords within arm’s reach.</w:t>
      </w:r>
    </w:p>
    <w:p w14:paraId="44D179CD" w14:textId="246807F7" w:rsidR="00C761A5" w:rsidRPr="00C9454D" w:rsidRDefault="00C761A5" w:rsidP="00C9454D">
      <w:pPr>
        <w:rPr>
          <w:sz w:val="24"/>
          <w:szCs w:val="24"/>
        </w:rPr>
      </w:pPr>
      <w:r w:rsidRPr="00C9454D">
        <w:rPr>
          <w:sz w:val="24"/>
          <w:szCs w:val="24"/>
        </w:rPr>
        <w:t xml:space="preserve">Reginald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leaned forward, bracing his hands against the rough-hewn table. His jaw was set, his dark eyes stormy as he addressed his companions—Hugh </w:t>
      </w:r>
      <w:r w:rsidR="00DD1FF5" w:rsidRPr="00C9454D">
        <w:rPr>
          <w:sz w:val="24"/>
          <w:szCs w:val="24"/>
        </w:rPr>
        <w:t xml:space="preserve">de </w:t>
      </w:r>
      <w:proofErr w:type="spellStart"/>
      <w:r w:rsidRPr="00C9454D">
        <w:rPr>
          <w:sz w:val="24"/>
          <w:szCs w:val="24"/>
        </w:rPr>
        <w:t>Morville</w:t>
      </w:r>
      <w:proofErr w:type="spellEnd"/>
      <w:r w:rsidRPr="00C9454D">
        <w:rPr>
          <w:sz w:val="24"/>
          <w:szCs w:val="24"/>
        </w:rPr>
        <w:t xml:space="preserve">, William </w:t>
      </w:r>
      <w:r w:rsidR="00DD1FF5" w:rsidRPr="00C9454D">
        <w:rPr>
          <w:sz w:val="24"/>
          <w:szCs w:val="24"/>
        </w:rPr>
        <w:t xml:space="preserve">de </w:t>
      </w:r>
      <w:r w:rsidRPr="00C9454D">
        <w:rPr>
          <w:sz w:val="24"/>
          <w:szCs w:val="24"/>
        </w:rPr>
        <w:t>Tracy, and Richard le Breton. They had ridden hard from London, summoned by a cause that would shape the destiny of a kingdom.</w:t>
      </w:r>
    </w:p>
    <w:p w14:paraId="333A89C9" w14:textId="4DB7519F" w:rsidR="00C761A5" w:rsidRPr="00C9454D" w:rsidRDefault="00C761A5" w:rsidP="00C9454D">
      <w:pPr>
        <w:rPr>
          <w:sz w:val="24"/>
          <w:szCs w:val="24"/>
        </w:rPr>
      </w:pPr>
      <w:r w:rsidRPr="00C9454D">
        <w:rPr>
          <w:sz w:val="24"/>
          <w:szCs w:val="24"/>
        </w:rPr>
        <w:t xml:space="preserve">“He has defied the king one time too many,”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growled, his voice low but edged with conviction. “Henry’s patience is spent.”</w:t>
      </w:r>
    </w:p>
    <w:p w14:paraId="67C4B577" w14:textId="77777777" w:rsidR="00C761A5" w:rsidRPr="00C9454D" w:rsidRDefault="00C761A5" w:rsidP="00C9454D">
      <w:pPr>
        <w:rPr>
          <w:sz w:val="24"/>
          <w:szCs w:val="24"/>
        </w:rPr>
      </w:pPr>
      <w:r w:rsidRPr="00C9454D">
        <w:rPr>
          <w:sz w:val="24"/>
          <w:szCs w:val="24"/>
        </w:rPr>
        <w:t>Tracy exhaled sharply, his fingers drumming against the pommel of his sword. “The king spoke in anger.”</w:t>
      </w:r>
    </w:p>
    <w:p w14:paraId="00728115" w14:textId="34B22E2D" w:rsidR="00C761A5" w:rsidRPr="00C9454D" w:rsidRDefault="00546ACA" w:rsidP="00C9454D">
      <w:pPr>
        <w:rPr>
          <w:sz w:val="24"/>
          <w:szCs w:val="24"/>
        </w:rPr>
      </w:pPr>
      <w:r w:rsidRPr="00C9454D">
        <w:rPr>
          <w:sz w:val="24"/>
          <w:szCs w:val="24"/>
        </w:rPr>
        <w:t>Fitz-</w:t>
      </w:r>
      <w:proofErr w:type="spellStart"/>
      <w:r w:rsidRPr="00C9454D">
        <w:rPr>
          <w:sz w:val="24"/>
          <w:szCs w:val="24"/>
        </w:rPr>
        <w:t>Urse</w:t>
      </w:r>
      <w:r w:rsidR="00C761A5" w:rsidRPr="00C9454D">
        <w:rPr>
          <w:sz w:val="24"/>
          <w:szCs w:val="24"/>
        </w:rPr>
        <w:t>’s</w:t>
      </w:r>
      <w:proofErr w:type="spellEnd"/>
      <w:r w:rsidR="00C761A5" w:rsidRPr="00C9454D">
        <w:rPr>
          <w:sz w:val="24"/>
          <w:szCs w:val="24"/>
        </w:rPr>
        <w:t xml:space="preserve"> gaze burned into him. “And we shall act in certainty.”</w:t>
      </w:r>
    </w:p>
    <w:p w14:paraId="43CEB6DB" w14:textId="10A74793" w:rsidR="00C761A5" w:rsidRPr="00C9454D" w:rsidRDefault="00C761A5" w:rsidP="00C9454D">
      <w:pPr>
        <w:rPr>
          <w:sz w:val="24"/>
          <w:szCs w:val="24"/>
        </w:rPr>
      </w:pPr>
      <w:r w:rsidRPr="00C9454D">
        <w:rPr>
          <w:sz w:val="24"/>
          <w:szCs w:val="24"/>
        </w:rPr>
        <w:t xml:space="preserve">Henry II’s words—rash, spoken in frustration—had sealed the archbishop’s </w:t>
      </w:r>
      <w:r w:rsidR="00024CC3" w:rsidRPr="00C9454D">
        <w:rPr>
          <w:sz w:val="24"/>
          <w:szCs w:val="24"/>
        </w:rPr>
        <w:t>fate</w:t>
      </w:r>
      <w:r w:rsidR="00024CC3" w:rsidRPr="00C9454D">
        <w:rPr>
          <w:i/>
          <w:iCs/>
          <w:sz w:val="24"/>
          <w:szCs w:val="24"/>
        </w:rPr>
        <w:t xml:space="preserve"> “What</w:t>
      </w:r>
      <w:r w:rsidR="00791683" w:rsidRPr="00C9454D">
        <w:rPr>
          <w:i/>
          <w:iCs/>
          <w:sz w:val="24"/>
          <w:szCs w:val="24"/>
        </w:rPr>
        <w:t xml:space="preserve"> miserable drones and traitors have I nurtured and promoted in my household who let their lord be treated with such shameful contempt by a low-born clerk!</w:t>
      </w:r>
      <w:r w:rsidR="00024CC3" w:rsidRPr="00C9454D">
        <w:rPr>
          <w:i/>
          <w:iCs/>
          <w:sz w:val="24"/>
          <w:szCs w:val="24"/>
        </w:rPr>
        <w:t>”</w:t>
      </w:r>
      <w:r w:rsidRPr="00C9454D">
        <w:rPr>
          <w:sz w:val="24"/>
          <w:szCs w:val="24"/>
        </w:rPr>
        <w:t xml:space="preserve">  Th</w:t>
      </w:r>
      <w:r w:rsidR="00403A39" w:rsidRPr="00C9454D">
        <w:rPr>
          <w:sz w:val="24"/>
          <w:szCs w:val="24"/>
        </w:rPr>
        <w:t>at</w:t>
      </w:r>
      <w:r w:rsidRPr="00C9454D">
        <w:rPr>
          <w:sz w:val="24"/>
          <w:szCs w:val="24"/>
        </w:rPr>
        <w:t xml:space="preserve"> had not been an order. But to these men, who had fought for Henry, who had bled for his throne, they were as good as law.</w:t>
      </w:r>
    </w:p>
    <w:p w14:paraId="6378A571" w14:textId="07AF744D" w:rsidR="00C761A5" w:rsidRPr="00C9454D" w:rsidRDefault="00C761A5" w:rsidP="00C9454D">
      <w:pPr>
        <w:rPr>
          <w:sz w:val="24"/>
          <w:szCs w:val="24"/>
        </w:rPr>
      </w:pPr>
      <w:r w:rsidRPr="00C9454D">
        <w:rPr>
          <w:sz w:val="24"/>
          <w:szCs w:val="24"/>
        </w:rPr>
        <w:t>With a final glance exchanged between them, the knights rose, their cloaks swirling behind them. By dawn, they ro</w:t>
      </w:r>
      <w:r w:rsidR="00DD1FF5" w:rsidRPr="00C9454D">
        <w:rPr>
          <w:sz w:val="24"/>
          <w:szCs w:val="24"/>
        </w:rPr>
        <w:t xml:space="preserve">de </w:t>
      </w:r>
      <w:r w:rsidRPr="00C9454D">
        <w:rPr>
          <w:sz w:val="24"/>
          <w:szCs w:val="24"/>
        </w:rPr>
        <w:t>for Canterbury.</w:t>
      </w:r>
    </w:p>
    <w:p w14:paraId="14951D29" w14:textId="77777777" w:rsidR="003B49E8" w:rsidRDefault="003B49E8" w:rsidP="00C9454D">
      <w:pPr>
        <w:pStyle w:val="Heading2"/>
        <w:rPr>
          <w:sz w:val="24"/>
          <w:szCs w:val="24"/>
        </w:rPr>
      </w:pPr>
    </w:p>
    <w:p w14:paraId="266FD05F" w14:textId="683356C8" w:rsidR="00C761A5" w:rsidRPr="00C9454D" w:rsidRDefault="00C761A5" w:rsidP="00C9454D">
      <w:pPr>
        <w:pStyle w:val="Heading2"/>
        <w:rPr>
          <w:sz w:val="24"/>
          <w:szCs w:val="24"/>
        </w:rPr>
      </w:pPr>
      <w:r w:rsidRPr="00C9454D">
        <w:rPr>
          <w:sz w:val="24"/>
          <w:szCs w:val="24"/>
        </w:rPr>
        <w:t>Canterbury Cathedral, December 29, 1170</w:t>
      </w:r>
    </w:p>
    <w:p w14:paraId="320E4329" w14:textId="77777777" w:rsidR="003B49E8" w:rsidRDefault="003B49E8" w:rsidP="00C9454D">
      <w:pPr>
        <w:rPr>
          <w:sz w:val="24"/>
          <w:szCs w:val="24"/>
        </w:rPr>
      </w:pPr>
    </w:p>
    <w:p w14:paraId="2A998AB4" w14:textId="487E584C" w:rsidR="00C761A5" w:rsidRPr="00C9454D" w:rsidRDefault="00C761A5" w:rsidP="00C9454D">
      <w:pPr>
        <w:rPr>
          <w:sz w:val="24"/>
          <w:szCs w:val="24"/>
        </w:rPr>
      </w:pPr>
      <w:r w:rsidRPr="00C9454D">
        <w:rPr>
          <w:sz w:val="24"/>
          <w:szCs w:val="24"/>
        </w:rPr>
        <w:t>The great cathedral was shrouded in candlelight, the sacred hush of evening prayers broken by the heavy tread of armored boots. Monks murmured in hushed Latin, their voices faltering as the four knights stro</w:t>
      </w:r>
      <w:r w:rsidR="00DD1FF5" w:rsidRPr="00C9454D">
        <w:rPr>
          <w:sz w:val="24"/>
          <w:szCs w:val="24"/>
        </w:rPr>
        <w:t xml:space="preserve">de </w:t>
      </w:r>
      <w:r w:rsidRPr="00C9454D">
        <w:rPr>
          <w:sz w:val="24"/>
          <w:szCs w:val="24"/>
        </w:rPr>
        <w:t>down the nave. At the far end, before the altar, stood their quarry.</w:t>
      </w:r>
      <w:r w:rsidR="001C7D4B" w:rsidRPr="00C9454D">
        <w:rPr>
          <w:sz w:val="24"/>
          <w:szCs w:val="24"/>
        </w:rPr>
        <w:t xml:space="preserve">  </w:t>
      </w:r>
      <w:r w:rsidR="00CA472E" w:rsidRPr="00C9454D">
        <w:rPr>
          <w:sz w:val="24"/>
          <w:szCs w:val="24"/>
        </w:rPr>
        <w:t>That’s</w:t>
      </w:r>
      <w:r w:rsidR="0074383A" w:rsidRPr="00C9454D">
        <w:rPr>
          <w:sz w:val="24"/>
          <w:szCs w:val="24"/>
        </w:rPr>
        <w:t xml:space="preserve"> when the four knights arrived at Canterbury Cathedral, Becket was in the Archbishop's Palace. They attempted to arrest him but he refused. Becket was persuaded by the monks to take refuge in the church, but the knights pursued him, bursting into the Cathedral with swords drawn, terrifying those insi</w:t>
      </w:r>
      <w:r w:rsidR="00DD1FF5" w:rsidRPr="00C9454D">
        <w:rPr>
          <w:sz w:val="24"/>
          <w:szCs w:val="24"/>
        </w:rPr>
        <w:t xml:space="preserve">de </w:t>
      </w:r>
      <w:r w:rsidR="0074383A" w:rsidRPr="00C9454D">
        <w:rPr>
          <w:sz w:val="24"/>
          <w:szCs w:val="24"/>
        </w:rPr>
        <w:t>by shouting:</w:t>
      </w:r>
    </w:p>
    <w:p w14:paraId="7B726EEE" w14:textId="77777777" w:rsidR="00386CFE" w:rsidRPr="00C9454D" w:rsidRDefault="00386CFE" w:rsidP="00C9454D">
      <w:pPr>
        <w:rPr>
          <w:i/>
          <w:iCs/>
          <w:sz w:val="24"/>
          <w:szCs w:val="24"/>
        </w:rPr>
      </w:pPr>
      <w:r w:rsidRPr="00C9454D">
        <w:rPr>
          <w:i/>
          <w:iCs/>
          <w:sz w:val="24"/>
          <w:szCs w:val="24"/>
        </w:rPr>
        <w:t>“Where is Thomas Becket, traitor to the king and the kingdom?”</w:t>
      </w:r>
    </w:p>
    <w:p w14:paraId="4002FACA" w14:textId="77777777" w:rsidR="009B571B" w:rsidRPr="00C9454D" w:rsidRDefault="009B571B" w:rsidP="00C9454D">
      <w:pPr>
        <w:rPr>
          <w:sz w:val="24"/>
          <w:szCs w:val="24"/>
        </w:rPr>
      </w:pPr>
      <w:r w:rsidRPr="00C9454D">
        <w:rPr>
          <w:sz w:val="24"/>
          <w:szCs w:val="24"/>
        </w:rPr>
        <w:t>Archbishop Thomas Becket turned at the intrusion, his gaze unwavering, his expression calm. He was draped in his ceremonial robes, a stark contrast to the steel and chainmail advancing upon him.</w:t>
      </w:r>
    </w:p>
    <w:p w14:paraId="5F6AEC16" w14:textId="5D650B08" w:rsidR="00C761A5" w:rsidRPr="00C9454D" w:rsidRDefault="000578F1" w:rsidP="00C9454D">
      <w:pPr>
        <w:rPr>
          <w:sz w:val="24"/>
          <w:szCs w:val="24"/>
        </w:rPr>
      </w:pPr>
      <w:r w:rsidRPr="00C9454D">
        <w:rPr>
          <w:i/>
          <w:iCs/>
          <w:sz w:val="24"/>
          <w:szCs w:val="24"/>
        </w:rPr>
        <w:t>the knights then rushed at him… roughly manhandling and dragging him, intending to kill him outsi</w:t>
      </w:r>
      <w:r w:rsidR="00DD1FF5" w:rsidRPr="00C9454D">
        <w:rPr>
          <w:i/>
          <w:iCs/>
          <w:sz w:val="24"/>
          <w:szCs w:val="24"/>
        </w:rPr>
        <w:t xml:space="preserve">de </w:t>
      </w:r>
      <w:r w:rsidRPr="00C9454D">
        <w:rPr>
          <w:i/>
          <w:iCs/>
          <w:sz w:val="24"/>
          <w:szCs w:val="24"/>
        </w:rPr>
        <w:t>the church, or carry him away in chains.</w:t>
      </w:r>
      <w:r w:rsidRPr="00C9454D">
        <w:rPr>
          <w:sz w:val="24"/>
          <w:szCs w:val="24"/>
        </w:rPr>
        <w:t xml:space="preserve"> </w:t>
      </w:r>
    </w:p>
    <w:p w14:paraId="23EFF9E3" w14:textId="77777777" w:rsidR="00C761A5" w:rsidRPr="00C9454D" w:rsidRDefault="00C761A5" w:rsidP="00C9454D">
      <w:pPr>
        <w:rPr>
          <w:sz w:val="24"/>
          <w:szCs w:val="24"/>
        </w:rPr>
      </w:pPr>
      <w:r w:rsidRPr="00C9454D">
        <w:rPr>
          <w:sz w:val="24"/>
          <w:szCs w:val="24"/>
        </w:rPr>
        <w:t>“My lords,” he said, his voice steady. “Why do you come armed into the house of God?”</w:t>
      </w:r>
    </w:p>
    <w:p w14:paraId="41201D4E" w14:textId="77777777" w:rsidR="002D7564" w:rsidRPr="00C9454D" w:rsidRDefault="00C761A5" w:rsidP="00C9454D">
      <w:pPr>
        <w:rPr>
          <w:sz w:val="24"/>
          <w:szCs w:val="24"/>
        </w:rPr>
      </w:pPr>
      <w:r w:rsidRPr="00C9454D">
        <w:rPr>
          <w:sz w:val="24"/>
          <w:szCs w:val="24"/>
        </w:rPr>
        <w:t>The words hung in the air, but there was no answer.</w:t>
      </w:r>
    </w:p>
    <w:p w14:paraId="34B08347" w14:textId="7FF3B4FA" w:rsidR="001467A1" w:rsidRPr="00C9454D" w:rsidRDefault="001467A1" w:rsidP="00C9454D">
      <w:pPr>
        <w:rPr>
          <w:sz w:val="24"/>
          <w:szCs w:val="24"/>
        </w:rPr>
      </w:pPr>
      <w:r w:rsidRPr="00C9454D">
        <w:rPr>
          <w:sz w:val="24"/>
          <w:szCs w:val="24"/>
        </w:rPr>
        <w:t xml:space="preserve">Becket held tight onto one of the Cathedral's pillars to prevent them seizing him, and it was at this point </w:t>
      </w:r>
      <w:r w:rsidR="005D6691" w:rsidRPr="00C9454D">
        <w:rPr>
          <w:sz w:val="24"/>
          <w:szCs w:val="24"/>
        </w:rPr>
        <w:t>Fitz-</w:t>
      </w:r>
      <w:proofErr w:type="spellStart"/>
      <w:r w:rsidR="005D6691" w:rsidRPr="00C9454D">
        <w:rPr>
          <w:sz w:val="24"/>
          <w:szCs w:val="24"/>
        </w:rPr>
        <w:t>Urse</w:t>
      </w:r>
      <w:proofErr w:type="spellEnd"/>
      <w:r w:rsidR="005D6691" w:rsidRPr="00C9454D">
        <w:rPr>
          <w:sz w:val="24"/>
          <w:szCs w:val="24"/>
        </w:rPr>
        <w:t xml:space="preserve"> </w:t>
      </w:r>
      <w:r w:rsidRPr="00C9454D">
        <w:rPr>
          <w:sz w:val="24"/>
          <w:szCs w:val="24"/>
        </w:rPr>
        <w:t>raised his sword for the first time, bringing it down on Becket, slicing off the crown of his head. Two of the other knights then started to attack Becket and most of the monks fled. The third blow brought the Archbishop's life to an end. Gruesomely, by the end of the attack, Becket's crown had:</w:t>
      </w:r>
    </w:p>
    <w:p w14:paraId="72A8FAA1" w14:textId="77777777" w:rsidR="001467A1" w:rsidRPr="00C9454D" w:rsidRDefault="001467A1" w:rsidP="00C9454D">
      <w:pPr>
        <w:rPr>
          <w:i/>
          <w:iCs/>
          <w:sz w:val="24"/>
          <w:szCs w:val="24"/>
        </w:rPr>
      </w:pPr>
      <w:r w:rsidRPr="00C9454D">
        <w:rPr>
          <w:i/>
          <w:iCs/>
          <w:sz w:val="24"/>
          <w:szCs w:val="24"/>
        </w:rPr>
        <w:t>separated from the head so that the blood [turned] white from the brain, and the brain equally red from the blood.</w:t>
      </w:r>
    </w:p>
    <w:p w14:paraId="59786319" w14:textId="77777777" w:rsidR="00F334B0" w:rsidRPr="00C9454D" w:rsidRDefault="00F334B0" w:rsidP="00C9454D">
      <w:pPr>
        <w:rPr>
          <w:i/>
          <w:iCs/>
          <w:sz w:val="24"/>
          <w:szCs w:val="24"/>
        </w:rPr>
      </w:pPr>
      <w:r w:rsidRPr="00C9454D">
        <w:rPr>
          <w:i/>
          <w:iCs/>
          <w:sz w:val="24"/>
          <w:szCs w:val="24"/>
        </w:rPr>
        <w:t>The murderous knights were accompanied by a clerk, who, because of his involvement, became known as '</w:t>
      </w:r>
      <w:proofErr w:type="spellStart"/>
      <w:r w:rsidRPr="00C9454D">
        <w:rPr>
          <w:i/>
          <w:iCs/>
          <w:sz w:val="24"/>
          <w:szCs w:val="24"/>
        </w:rPr>
        <w:t>Mauclerk</w:t>
      </w:r>
      <w:proofErr w:type="spellEnd"/>
      <w:r w:rsidRPr="00C9454D">
        <w:rPr>
          <w:i/>
          <w:iCs/>
          <w:sz w:val="24"/>
          <w:szCs w:val="24"/>
        </w:rPr>
        <w:t xml:space="preserve">' or 'evil clerk'. Following the attack, this </w:t>
      </w:r>
      <w:proofErr w:type="spellStart"/>
      <w:r w:rsidRPr="00C9454D">
        <w:rPr>
          <w:i/>
          <w:iCs/>
          <w:sz w:val="24"/>
          <w:szCs w:val="24"/>
        </w:rPr>
        <w:t>Mauclerk</w:t>
      </w:r>
      <w:proofErr w:type="spellEnd"/>
      <w:r w:rsidRPr="00C9454D">
        <w:rPr>
          <w:i/>
          <w:iCs/>
          <w:sz w:val="24"/>
          <w:szCs w:val="24"/>
        </w:rPr>
        <w:t>:</w:t>
      </w:r>
    </w:p>
    <w:p w14:paraId="7A7E8D4C" w14:textId="722B5E20" w:rsidR="00F334B0" w:rsidRPr="00C9454D" w:rsidRDefault="00F334B0" w:rsidP="00C9454D">
      <w:pPr>
        <w:rPr>
          <w:i/>
          <w:iCs/>
          <w:sz w:val="24"/>
          <w:szCs w:val="24"/>
        </w:rPr>
      </w:pPr>
      <w:r w:rsidRPr="00C9454D">
        <w:rPr>
          <w:i/>
          <w:iCs/>
          <w:sz w:val="24"/>
          <w:szCs w:val="24"/>
        </w:rPr>
        <w:t>put his foot on the neck of the holy priest and precious martyr, and, horrible to say, scattered the brains with the blood over the pavement. “Let us go, knights”, he called out to the others, “this fellow will not get up again</w:t>
      </w:r>
      <w:r w:rsidR="003D16B2" w:rsidRPr="00C9454D">
        <w:rPr>
          <w:i/>
          <w:iCs/>
          <w:sz w:val="24"/>
          <w:szCs w:val="24"/>
        </w:rPr>
        <w:t>”</w:t>
      </w:r>
    </w:p>
    <w:p w14:paraId="122B9815" w14:textId="06B0319D" w:rsidR="00C43BC8" w:rsidRPr="00C9454D" w:rsidRDefault="003D16B2" w:rsidP="00C9454D">
      <w:pPr>
        <w:rPr>
          <w:i/>
          <w:iCs/>
          <w:sz w:val="24"/>
          <w:szCs w:val="24"/>
        </w:rPr>
      </w:pPr>
      <w:r w:rsidRPr="00C9454D">
        <w:rPr>
          <w:i/>
          <w:iCs/>
          <w:sz w:val="24"/>
          <w:szCs w:val="24"/>
        </w:rPr>
        <w:t xml:space="preserve">Chaos ensued, and with none of those present knowing what to do next, the body remained where it had fallen for several hours. </w:t>
      </w:r>
      <w:r w:rsidR="00451F98" w:rsidRPr="00C9454D">
        <w:rPr>
          <w:i/>
          <w:iCs/>
          <w:sz w:val="24"/>
          <w:szCs w:val="24"/>
        </w:rPr>
        <w:t>Individuals starting</w:t>
      </w:r>
      <w:r w:rsidRPr="00C9454D">
        <w:rPr>
          <w:i/>
          <w:iCs/>
          <w:sz w:val="24"/>
          <w:szCs w:val="24"/>
        </w:rPr>
        <w:t xml:space="preserve"> dipp</w:t>
      </w:r>
      <w:r w:rsidR="00417AC3" w:rsidRPr="00C9454D">
        <w:rPr>
          <w:i/>
          <w:iCs/>
          <w:sz w:val="24"/>
          <w:szCs w:val="24"/>
        </w:rPr>
        <w:t>ing</w:t>
      </w:r>
      <w:r w:rsidRPr="00C9454D">
        <w:rPr>
          <w:i/>
          <w:iCs/>
          <w:sz w:val="24"/>
          <w:szCs w:val="24"/>
        </w:rPr>
        <w:t xml:space="preserve"> parts of their clothes in his spilled blood, or collect</w:t>
      </w:r>
      <w:r w:rsidR="00417AC3" w:rsidRPr="00C9454D">
        <w:rPr>
          <w:i/>
          <w:iCs/>
          <w:sz w:val="24"/>
          <w:szCs w:val="24"/>
        </w:rPr>
        <w:t>ing</w:t>
      </w:r>
      <w:r w:rsidRPr="00C9454D">
        <w:rPr>
          <w:i/>
          <w:iCs/>
          <w:sz w:val="24"/>
          <w:szCs w:val="24"/>
        </w:rPr>
        <w:t xml:space="preserve"> it in small vessels to take away in anticipation of Becket's future sanctity. After spending the night on the high altar of the Cathedral, he was buried by the monks the next day in the crypt. </w:t>
      </w:r>
    </w:p>
    <w:p w14:paraId="2EC09B72" w14:textId="77777777" w:rsidR="00CD4EFC" w:rsidRPr="00C9454D" w:rsidRDefault="00CD4EFC" w:rsidP="00C9454D">
      <w:pPr>
        <w:rPr>
          <w:sz w:val="24"/>
          <w:szCs w:val="24"/>
        </w:rPr>
      </w:pPr>
      <w:r w:rsidRPr="00C9454D">
        <w:rPr>
          <w:sz w:val="24"/>
          <w:szCs w:val="24"/>
        </w:rPr>
        <w:t>Henry II, in a public act of penance for his involvement in the murder, visited the tomb in 1174, granting royal approval to Becket's cult.</w:t>
      </w:r>
    </w:p>
    <w:p w14:paraId="44BBE152" w14:textId="20006D0E" w:rsidR="00154D7A" w:rsidRPr="00C9454D" w:rsidRDefault="00154D7A" w:rsidP="00C9454D">
      <w:pPr>
        <w:rPr>
          <w:sz w:val="24"/>
          <w:szCs w:val="24"/>
        </w:rPr>
      </w:pPr>
    </w:p>
    <w:p w14:paraId="7A6B17A0" w14:textId="53DAB60B" w:rsidR="00C761A5" w:rsidRPr="00C9454D" w:rsidRDefault="00C761A5" w:rsidP="00B366D5">
      <w:pPr>
        <w:pStyle w:val="Heading3"/>
      </w:pPr>
      <w:r w:rsidRPr="00C9454D">
        <w:t>Normandy, 1171</w:t>
      </w:r>
      <w:r w:rsidR="005C59BA" w:rsidRPr="00C9454D">
        <w:t>-11</w:t>
      </w:r>
      <w:r w:rsidR="00D83E9D" w:rsidRPr="00C9454D">
        <w:t>72</w:t>
      </w:r>
    </w:p>
    <w:p w14:paraId="379666B3" w14:textId="77777777" w:rsidR="0056102B" w:rsidRPr="00C9454D" w:rsidRDefault="0056102B" w:rsidP="00C9454D">
      <w:pPr>
        <w:rPr>
          <w:sz w:val="24"/>
          <w:szCs w:val="24"/>
        </w:rPr>
      </w:pPr>
    </w:p>
    <w:p w14:paraId="79764331" w14:textId="604560DA" w:rsidR="00C761A5" w:rsidRPr="00C9454D" w:rsidRDefault="00C761A5" w:rsidP="00C9454D">
      <w:pPr>
        <w:rPr>
          <w:sz w:val="24"/>
          <w:szCs w:val="24"/>
        </w:rPr>
      </w:pPr>
      <w:r w:rsidRPr="00C9454D">
        <w:rPr>
          <w:sz w:val="24"/>
          <w:szCs w:val="24"/>
        </w:rPr>
        <w:t xml:space="preserve">Excommunication. The word burned in </w:t>
      </w:r>
      <w:r w:rsidR="00546ACA" w:rsidRPr="00C9454D">
        <w:rPr>
          <w:sz w:val="24"/>
          <w:szCs w:val="24"/>
        </w:rPr>
        <w:t>Fitz-</w:t>
      </w:r>
      <w:proofErr w:type="spellStart"/>
      <w:r w:rsidR="00546ACA" w:rsidRPr="00C9454D">
        <w:rPr>
          <w:sz w:val="24"/>
          <w:szCs w:val="24"/>
        </w:rPr>
        <w:t>Urse</w:t>
      </w:r>
      <w:r w:rsidRPr="00C9454D">
        <w:rPr>
          <w:sz w:val="24"/>
          <w:szCs w:val="24"/>
        </w:rPr>
        <w:t>’s</w:t>
      </w:r>
      <w:proofErr w:type="spellEnd"/>
      <w:r w:rsidRPr="00C9454D">
        <w:rPr>
          <w:sz w:val="24"/>
          <w:szCs w:val="24"/>
        </w:rPr>
        <w:t xml:space="preserve"> mind like a brand.</w:t>
      </w:r>
    </w:p>
    <w:p w14:paraId="48FCA88F" w14:textId="77777777" w:rsidR="00C761A5" w:rsidRPr="00C9454D" w:rsidRDefault="00C761A5" w:rsidP="00C9454D">
      <w:pPr>
        <w:rPr>
          <w:sz w:val="24"/>
          <w:szCs w:val="24"/>
        </w:rPr>
      </w:pPr>
      <w:r w:rsidRPr="00C9454D">
        <w:rPr>
          <w:sz w:val="24"/>
          <w:szCs w:val="24"/>
        </w:rPr>
        <w:t>He had been a favored knight of the crown, a warrior in Henry’s service. Now, he was a marked man—hunted not by soldiers, but by the very weight of his sins. The Church had condemned him. England had turned its back. Pope Alexander III’s decree ensured that no holy ground would offer him refuge. His name, once spoken with honor, was now cursed.</w:t>
      </w:r>
    </w:p>
    <w:p w14:paraId="1FDB563C" w14:textId="2DEC9691" w:rsidR="00C761A5" w:rsidRPr="00C9454D" w:rsidRDefault="00546ACA" w:rsidP="00C9454D">
      <w:pPr>
        <w:rPr>
          <w:sz w:val="24"/>
          <w:szCs w:val="24"/>
        </w:rPr>
      </w:pPr>
      <w:r w:rsidRPr="00C9454D">
        <w:rPr>
          <w:sz w:val="24"/>
          <w:szCs w:val="24"/>
        </w:rPr>
        <w:t>Fitz-</w:t>
      </w:r>
      <w:proofErr w:type="spellStart"/>
      <w:r w:rsidRPr="00C9454D">
        <w:rPr>
          <w:sz w:val="24"/>
          <w:szCs w:val="24"/>
        </w:rPr>
        <w:t>Urse</w:t>
      </w:r>
      <w:proofErr w:type="spellEnd"/>
      <w:r w:rsidR="00C761A5" w:rsidRPr="00C9454D">
        <w:rPr>
          <w:sz w:val="24"/>
          <w:szCs w:val="24"/>
        </w:rPr>
        <w:t xml:space="preserve"> fled to Ireland, where the name meant nothing, where he could lose himself in the rugged wilds. But he was a man of war, not exile. He did not belong in the shadows, and even there, his past followed him.</w:t>
      </w:r>
    </w:p>
    <w:p w14:paraId="3C87FEEF" w14:textId="2D930A93" w:rsidR="00C761A5" w:rsidRPr="00C9454D" w:rsidRDefault="00C761A5" w:rsidP="00C9454D">
      <w:pPr>
        <w:rPr>
          <w:sz w:val="24"/>
          <w:szCs w:val="24"/>
        </w:rPr>
      </w:pPr>
      <w:r w:rsidRPr="00C9454D">
        <w:rPr>
          <w:sz w:val="24"/>
          <w:szCs w:val="24"/>
        </w:rPr>
        <w:t>In a desperate bid to sever himself from his crime, h</w:t>
      </w:r>
      <w:r w:rsidR="009C3231" w:rsidRPr="00C9454D">
        <w:rPr>
          <w:sz w:val="24"/>
          <w:szCs w:val="24"/>
        </w:rPr>
        <w:t xml:space="preserve">is kin </w:t>
      </w:r>
      <w:r w:rsidRPr="00C9454D">
        <w:rPr>
          <w:sz w:val="24"/>
          <w:szCs w:val="24"/>
        </w:rPr>
        <w:t xml:space="preserve">cast off the name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—meaning </w:t>
      </w:r>
      <w:r w:rsidRPr="00C9454D">
        <w:rPr>
          <w:i/>
          <w:iCs/>
          <w:sz w:val="24"/>
          <w:szCs w:val="24"/>
        </w:rPr>
        <w:t>Son of the Bear</w:t>
      </w:r>
      <w:r w:rsidRPr="00C9454D">
        <w:rPr>
          <w:sz w:val="24"/>
          <w:szCs w:val="24"/>
        </w:rPr>
        <w:t xml:space="preserve">—and took a new one: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A name taken from the lands</w:t>
      </w:r>
      <w:r w:rsidR="00E863FC" w:rsidRPr="00C9454D">
        <w:rPr>
          <w:sz w:val="24"/>
          <w:szCs w:val="24"/>
        </w:rPr>
        <w:t xml:space="preserve"> of </w:t>
      </w:r>
      <w:proofErr w:type="spellStart"/>
      <w:r w:rsidR="00E863FC" w:rsidRPr="00C9454D">
        <w:rPr>
          <w:sz w:val="24"/>
          <w:szCs w:val="24"/>
        </w:rPr>
        <w:t>Barham</w:t>
      </w:r>
      <w:proofErr w:type="spellEnd"/>
      <w:r w:rsidR="00DA5ECC" w:rsidRPr="00C9454D">
        <w:rPr>
          <w:sz w:val="24"/>
          <w:szCs w:val="24"/>
        </w:rPr>
        <w:t xml:space="preserve">, </w:t>
      </w:r>
      <w:r w:rsidRPr="00C9454D">
        <w:rPr>
          <w:sz w:val="24"/>
          <w:szCs w:val="24"/>
        </w:rPr>
        <w:t xml:space="preserve"> that had once been his family’s pride, now forfeited to history. A name that might, one day, be cleansed.</w:t>
      </w:r>
    </w:p>
    <w:p w14:paraId="484BE712" w14:textId="77777777" w:rsidR="00C761A5" w:rsidRPr="00C9454D" w:rsidRDefault="00C761A5" w:rsidP="00C9454D">
      <w:pPr>
        <w:rPr>
          <w:sz w:val="24"/>
          <w:szCs w:val="24"/>
        </w:rPr>
      </w:pPr>
      <w:r w:rsidRPr="00C9454D">
        <w:rPr>
          <w:sz w:val="24"/>
          <w:szCs w:val="24"/>
        </w:rPr>
        <w:t>But he could not reclaim his honor.</w:t>
      </w:r>
    </w:p>
    <w:p w14:paraId="22EC8BFC" w14:textId="77777777" w:rsidR="00C761A5" w:rsidRPr="00C9454D" w:rsidRDefault="00C761A5" w:rsidP="00C9454D">
      <w:pPr>
        <w:rPr>
          <w:sz w:val="24"/>
          <w:szCs w:val="24"/>
        </w:rPr>
      </w:pPr>
      <w:r w:rsidRPr="00C9454D">
        <w:rPr>
          <w:sz w:val="24"/>
          <w:szCs w:val="24"/>
        </w:rPr>
        <w:t>He could not reclaim his soul.</w:t>
      </w:r>
    </w:p>
    <w:p w14:paraId="67C31258" w14:textId="37344CDC" w:rsidR="00C761A5" w:rsidRPr="00C9454D" w:rsidRDefault="00C761A5" w:rsidP="00C9454D">
      <w:pPr>
        <w:rPr>
          <w:sz w:val="24"/>
          <w:szCs w:val="24"/>
        </w:rPr>
      </w:pPr>
      <w:r w:rsidRPr="00C9454D">
        <w:rPr>
          <w:sz w:val="24"/>
          <w:szCs w:val="24"/>
        </w:rPr>
        <w:t xml:space="preserve">Before he vanished from history’s pages, </w:t>
      </w:r>
      <w:r w:rsidR="00546ACA" w:rsidRPr="00C9454D">
        <w:rPr>
          <w:sz w:val="24"/>
          <w:szCs w:val="24"/>
        </w:rPr>
        <w:t>Fitz-</w:t>
      </w:r>
      <w:proofErr w:type="spellStart"/>
      <w:r w:rsidR="00546ACA" w:rsidRPr="00C9454D">
        <w:rPr>
          <w:sz w:val="24"/>
          <w:szCs w:val="24"/>
        </w:rPr>
        <w:t>Urse</w:t>
      </w:r>
      <w:proofErr w:type="spellEnd"/>
      <w:r w:rsidRPr="00C9454D">
        <w:rPr>
          <w:sz w:val="24"/>
          <w:szCs w:val="24"/>
        </w:rPr>
        <w:t>—ma</w:t>
      </w:r>
      <w:r w:rsidR="00DD1FF5" w:rsidRPr="00C9454D">
        <w:rPr>
          <w:sz w:val="24"/>
          <w:szCs w:val="24"/>
        </w:rPr>
        <w:t xml:space="preserve">de </w:t>
      </w:r>
      <w:r w:rsidRPr="00C9454D">
        <w:rPr>
          <w:sz w:val="24"/>
          <w:szCs w:val="24"/>
        </w:rPr>
        <w:t xml:space="preserve">one final act of penance. He sent word to his younger brother, </w:t>
      </w:r>
      <w:r w:rsidR="003E306B" w:rsidRPr="00C9454D">
        <w:rPr>
          <w:sz w:val="24"/>
          <w:szCs w:val="24"/>
        </w:rPr>
        <w:t xml:space="preserve">Richard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the only man who had remained loyal despite his shame.</w:t>
      </w:r>
    </w:p>
    <w:p w14:paraId="41A3A4F7" w14:textId="77777777" w:rsidR="00C761A5" w:rsidRPr="00C9454D" w:rsidRDefault="00C761A5" w:rsidP="00C9454D">
      <w:pPr>
        <w:rPr>
          <w:sz w:val="24"/>
          <w:szCs w:val="24"/>
        </w:rPr>
      </w:pPr>
      <w:r w:rsidRPr="00C9454D">
        <w:rPr>
          <w:i/>
          <w:iCs/>
          <w:sz w:val="24"/>
          <w:szCs w:val="24"/>
        </w:rPr>
        <w:t>Take the lands, take the title. May you do with them what I could not.</w:t>
      </w:r>
    </w:p>
    <w:p w14:paraId="3DFC8042" w14:textId="77777777" w:rsidR="00C761A5" w:rsidRPr="00C9454D" w:rsidRDefault="00C761A5" w:rsidP="00C9454D">
      <w:pPr>
        <w:rPr>
          <w:sz w:val="24"/>
          <w:szCs w:val="24"/>
        </w:rPr>
      </w:pPr>
      <w:r w:rsidRPr="00C9454D">
        <w:rPr>
          <w:sz w:val="24"/>
          <w:szCs w:val="24"/>
        </w:rPr>
        <w:t xml:space="preserve">And so, the </w:t>
      </w:r>
      <w:proofErr w:type="spellStart"/>
      <w:r w:rsidRPr="00C9454D">
        <w:rPr>
          <w:sz w:val="24"/>
          <w:szCs w:val="24"/>
        </w:rPr>
        <w:t>Barham</w:t>
      </w:r>
      <w:proofErr w:type="spellEnd"/>
      <w:r w:rsidRPr="00C9454D">
        <w:rPr>
          <w:sz w:val="24"/>
          <w:szCs w:val="24"/>
        </w:rPr>
        <w:t xml:space="preserve"> lineage began—born from blood, forged in disgrace, and destined for redemption.</w:t>
      </w:r>
    </w:p>
    <w:p w14:paraId="1AD1265E" w14:textId="77777777" w:rsidR="00C761A5" w:rsidRPr="00C9454D" w:rsidRDefault="00FE197F" w:rsidP="00C9454D">
      <w:pPr>
        <w:rPr>
          <w:sz w:val="24"/>
          <w:szCs w:val="24"/>
        </w:rPr>
      </w:pPr>
      <w:r>
        <w:rPr>
          <w:noProof/>
          <w:sz w:val="24"/>
          <w:szCs w:val="24"/>
        </w:rPr>
      </w:r>
      <w:r w:rsidR="00FE197F">
        <w:rPr>
          <w:noProof/>
          <w:sz w:val="24"/>
          <w:szCs w:val="24"/>
        </w:rPr>
        <w:pict w14:anchorId="2EAA3E4A">
          <v:rect id="_x0000_i1026" style="width:0;height:1.5pt" o:hralign="center" o:hrstd="t" o:hr="t" fillcolor="#a0a0a0" stroked="f"/>
        </w:pict>
      </w:r>
    </w:p>
    <w:p w14:paraId="1855A0C8" w14:textId="0B9BA3FB" w:rsidR="004A0A97" w:rsidRPr="00C9454D" w:rsidRDefault="004A0A97" w:rsidP="00C9454D">
      <w:pPr>
        <w:rPr>
          <w:sz w:val="24"/>
          <w:szCs w:val="24"/>
        </w:rPr>
      </w:pPr>
    </w:p>
    <w:p w14:paraId="4917A2F7" w14:textId="07D17946" w:rsidR="004A0A97" w:rsidRPr="00C9454D" w:rsidRDefault="00522C4D" w:rsidP="00C9454D">
      <w:pPr>
        <w:pStyle w:val="Heading2"/>
        <w:rPr>
          <w:sz w:val="24"/>
          <w:szCs w:val="24"/>
        </w:rPr>
      </w:pPr>
      <w:r w:rsidRPr="00C9454D">
        <w:rPr>
          <w:sz w:val="24"/>
          <w:szCs w:val="24"/>
        </w:rPr>
        <w:t>High Haven</w:t>
      </w:r>
      <w:r w:rsidR="00C761A5" w:rsidRPr="00C9454D">
        <w:rPr>
          <w:sz w:val="24"/>
          <w:szCs w:val="24"/>
        </w:rPr>
        <w:t>, 1196</w:t>
      </w:r>
    </w:p>
    <w:p w14:paraId="69870C95" w14:textId="77777777" w:rsidR="0056102B" w:rsidRPr="00C9454D" w:rsidRDefault="0056102B" w:rsidP="00C9454D">
      <w:pPr>
        <w:rPr>
          <w:sz w:val="24"/>
          <w:szCs w:val="24"/>
        </w:rPr>
      </w:pPr>
    </w:p>
    <w:p w14:paraId="3E98EB32" w14:textId="6C72C586" w:rsidR="00C761A5" w:rsidRPr="00C9454D" w:rsidRDefault="00522C4D" w:rsidP="00C9454D">
      <w:pPr>
        <w:rPr>
          <w:sz w:val="24"/>
          <w:szCs w:val="24"/>
        </w:rPr>
      </w:pPr>
      <w:r w:rsidRPr="00C9454D">
        <w:rPr>
          <w:sz w:val="24"/>
          <w:szCs w:val="24"/>
        </w:rPr>
        <w:t>A letter</w:t>
      </w:r>
      <w:r w:rsidR="00C761A5" w:rsidRPr="00C9454D">
        <w:rPr>
          <w:sz w:val="24"/>
          <w:szCs w:val="24"/>
        </w:rPr>
        <w:t xml:space="preserve"> arrived, stamped with the seal of King Richard I. It carried the weight of judgment, yet within it lay a gift.</w:t>
      </w:r>
    </w:p>
    <w:p w14:paraId="468B2352" w14:textId="2606A0D6" w:rsidR="007E58BC" w:rsidRPr="00C9454D" w:rsidRDefault="007E58BC" w:rsidP="00C9454D">
      <w:pPr>
        <w:rPr>
          <w:rStyle w:val="Emphasis"/>
          <w:sz w:val="24"/>
          <w:szCs w:val="24"/>
        </w:rPr>
      </w:pPr>
      <w:r w:rsidRPr="00C9454D">
        <w:rPr>
          <w:rStyle w:val="Emphasis"/>
          <w:sz w:val="24"/>
          <w:szCs w:val="24"/>
        </w:rPr>
        <w:t xml:space="preserve">The Granting of Arms to House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xml:space="preserve"> In the year of our Lord 1196, by the authority of Richard, King of England, Duke of Normandy, and Count of Anjou, let it be known throughout the realm: That for acts of unwavering loyalty, service to the people, and restoration of honor to a name once fallen, the noble House of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xml:space="preserve"> is hereby granted the following coat of arms: Argent, three bears passant sable, muzzled or. This sacred crest, once marked by disgrace, shall now serve as a banner of redemption, resilience, and dignity. Let all who behold it understand that strength may be tamed by wisdom, and power may be sanctified by service. The arms are to be borne by Sir Guy </w:t>
      </w:r>
      <w:r w:rsidR="00DD1FF5" w:rsidRPr="00C9454D">
        <w:rPr>
          <w:rStyle w:val="Emphasis"/>
          <w:sz w:val="24"/>
          <w:szCs w:val="24"/>
        </w:rPr>
        <w:t xml:space="preserve">de </w:t>
      </w:r>
      <w:proofErr w:type="spellStart"/>
      <w:r w:rsidRPr="00C9454D">
        <w:rPr>
          <w:rStyle w:val="Emphasis"/>
          <w:sz w:val="24"/>
          <w:szCs w:val="24"/>
        </w:rPr>
        <w:t>Peine</w:t>
      </w:r>
      <w:proofErr w:type="spellEnd"/>
      <w:r w:rsidRPr="00C9454D">
        <w:rPr>
          <w:rStyle w:val="Emphasis"/>
          <w:sz w:val="24"/>
          <w:szCs w:val="24"/>
        </w:rPr>
        <w:t xml:space="preserve"> and Lady Abilene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and by their heirs, as a sign of their divine inheritance and enduring faith. Thus sealed with the authority of the crown and witnessed by the court at High Haven</w:t>
      </w:r>
    </w:p>
    <w:p w14:paraId="54FF8AD5" w14:textId="337264A0" w:rsidR="00C761A5" w:rsidRPr="00C9454D" w:rsidRDefault="00C761A5" w:rsidP="00C9454D">
      <w:pPr>
        <w:rPr>
          <w:sz w:val="24"/>
          <w:szCs w:val="24"/>
        </w:rPr>
      </w:pPr>
      <w:r w:rsidRPr="00C9454D">
        <w:rPr>
          <w:sz w:val="24"/>
          <w:szCs w:val="24"/>
        </w:rPr>
        <w:t xml:space="preserve">Abilene’s fingers trembled as she traced the words, her hazel eyes scanning the parchment. The name </w:t>
      </w:r>
      <w:proofErr w:type="spellStart"/>
      <w:r w:rsidRPr="00C9454D">
        <w:rPr>
          <w:sz w:val="24"/>
          <w:szCs w:val="24"/>
        </w:rPr>
        <w:t>Barham</w:t>
      </w:r>
      <w:proofErr w:type="spellEnd"/>
      <w:r w:rsidRPr="00C9454D">
        <w:rPr>
          <w:sz w:val="24"/>
          <w:szCs w:val="24"/>
        </w:rPr>
        <w:t>, once a mark of disgrace, was now restored. But at what cost?</w:t>
      </w:r>
    </w:p>
    <w:p w14:paraId="6A7DDDC6" w14:textId="63894EB3" w:rsidR="00C761A5" w:rsidRPr="00C9454D" w:rsidRDefault="00C761A5" w:rsidP="00C9454D">
      <w:pPr>
        <w:rPr>
          <w:sz w:val="24"/>
          <w:szCs w:val="24"/>
        </w:rPr>
      </w:pPr>
      <w:r w:rsidRPr="00C9454D">
        <w:rPr>
          <w:sz w:val="24"/>
          <w:szCs w:val="24"/>
        </w:rPr>
        <w:t>Besi</w:t>
      </w:r>
      <w:r w:rsidR="00DD1FF5" w:rsidRPr="00C9454D">
        <w:rPr>
          <w:sz w:val="24"/>
          <w:szCs w:val="24"/>
        </w:rPr>
        <w:t xml:space="preserve">de </w:t>
      </w:r>
      <w:r w:rsidRPr="00C9454D">
        <w:rPr>
          <w:sz w:val="24"/>
          <w:szCs w:val="24"/>
        </w:rPr>
        <w:t xml:space="preserve">her,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the knight who had captured her heart, watched in silence. He had seen how the past haunted her, how the sins of a dead man still shaped the destiny of the living.</w:t>
      </w:r>
    </w:p>
    <w:p w14:paraId="79B1F14F" w14:textId="77777777" w:rsidR="00C761A5" w:rsidRPr="00C9454D" w:rsidRDefault="00C761A5" w:rsidP="00C9454D">
      <w:pPr>
        <w:rPr>
          <w:sz w:val="24"/>
          <w:szCs w:val="24"/>
        </w:rPr>
      </w:pPr>
      <w:r w:rsidRPr="00C9454D">
        <w:rPr>
          <w:sz w:val="24"/>
          <w:szCs w:val="24"/>
        </w:rPr>
        <w:t>“We do not carry his burden,” Guy murmured, his voice steady. “We carve our own path.”</w:t>
      </w:r>
    </w:p>
    <w:p w14:paraId="3A83519F" w14:textId="50443232" w:rsidR="00C761A5" w:rsidRPr="00C9454D" w:rsidRDefault="00C761A5" w:rsidP="00C9454D">
      <w:pPr>
        <w:rPr>
          <w:sz w:val="24"/>
          <w:szCs w:val="24"/>
        </w:rPr>
      </w:pPr>
      <w:r w:rsidRPr="00C9454D">
        <w:rPr>
          <w:sz w:val="24"/>
          <w:szCs w:val="24"/>
        </w:rPr>
        <w:t xml:space="preserve">Abilene exhaled, clutching the letter to her chest. </w:t>
      </w:r>
      <w:r w:rsidR="00522C4D" w:rsidRPr="00C9454D">
        <w:rPr>
          <w:sz w:val="24"/>
          <w:szCs w:val="24"/>
        </w:rPr>
        <w:t>High Haven</w:t>
      </w:r>
      <w:r w:rsidRPr="00C9454D">
        <w:rPr>
          <w:sz w:val="24"/>
          <w:szCs w:val="24"/>
        </w:rPr>
        <w:t xml:space="preserve"> was theirs. Their future was theirs. But the past—the blood, the betrayal—would always whisper beneath the stone walls of their new home.</w:t>
      </w:r>
    </w:p>
    <w:p w14:paraId="5ADF0638" w14:textId="77777777" w:rsidR="00C761A5" w:rsidRPr="00C9454D" w:rsidRDefault="00C761A5" w:rsidP="00C9454D">
      <w:pPr>
        <w:rPr>
          <w:sz w:val="24"/>
          <w:szCs w:val="24"/>
        </w:rPr>
      </w:pPr>
      <w:r w:rsidRPr="00C9454D">
        <w:rPr>
          <w:sz w:val="24"/>
          <w:szCs w:val="24"/>
        </w:rPr>
        <w:t>And history was never truly buried.</w:t>
      </w:r>
    </w:p>
    <w:p w14:paraId="10B3D4A1" w14:textId="49600C5D" w:rsidR="00C4679D" w:rsidRPr="00C9454D" w:rsidRDefault="001A14AF" w:rsidP="00C9454D">
      <w:pPr>
        <w:rPr>
          <w:sz w:val="24"/>
          <w:szCs w:val="24"/>
        </w:rPr>
      </w:pPr>
      <w:r w:rsidRPr="00C9454D">
        <w:rPr>
          <w:sz w:val="24"/>
          <w:szCs w:val="24"/>
        </w:rPr>
        <w:t xml:space="preserve">Centuries later, the past was still writing itself—this time, through my hands. The blood of the </w:t>
      </w:r>
      <w:proofErr w:type="spellStart"/>
      <w:r w:rsidRPr="00C9454D">
        <w:rPr>
          <w:sz w:val="24"/>
          <w:szCs w:val="24"/>
        </w:rPr>
        <w:t>Barhams</w:t>
      </w:r>
      <w:proofErr w:type="spellEnd"/>
      <w:r w:rsidRPr="00C9454D">
        <w:rPr>
          <w:sz w:val="24"/>
          <w:szCs w:val="24"/>
        </w:rPr>
        <w:t xml:space="preserve"> hadn't thinned. It had traveled. And it had arrived here—on the farm, in me.</w:t>
      </w:r>
    </w:p>
    <w:p w14:paraId="74CDBE69" w14:textId="48FF7F96" w:rsidR="00C4679D" w:rsidRPr="00C9454D" w:rsidRDefault="00682256" w:rsidP="00C9454D">
      <w:pPr>
        <w:rPr>
          <w:sz w:val="24"/>
          <w:szCs w:val="24"/>
        </w:rPr>
      </w:pPr>
      <w:r w:rsidRPr="00C9454D">
        <w:rPr>
          <w:rFonts w:asciiTheme="majorHAnsi" w:eastAsiaTheme="majorEastAsia" w:hAnsiTheme="majorHAnsi" w:cstheme="majorBidi"/>
          <w:color w:val="61721F" w:themeColor="accent1" w:themeShade="BF"/>
          <w:sz w:val="24"/>
          <w:szCs w:val="24"/>
        </w:rPr>
        <w:t>Scroll of the Present – Home 2020</w:t>
      </w:r>
    </w:p>
    <w:p w14:paraId="140EC965" w14:textId="77777777" w:rsidR="00C4679D" w:rsidRPr="00C9454D" w:rsidRDefault="00C4679D" w:rsidP="00C9454D">
      <w:pPr>
        <w:rPr>
          <w:sz w:val="24"/>
          <w:szCs w:val="24"/>
        </w:rPr>
      </w:pPr>
      <w:r w:rsidRPr="00C9454D">
        <w:rPr>
          <w:sz w:val="24"/>
          <w:szCs w:val="24"/>
        </w:rPr>
        <w:t>For years, I searched for a place to call my own—a place to root myself, to build something lasting. I found it on the farm.</w:t>
      </w:r>
    </w:p>
    <w:p w14:paraId="1650D5ED" w14:textId="77777777" w:rsidR="00C4679D" w:rsidRPr="00C9454D" w:rsidRDefault="00C4679D" w:rsidP="00C9454D">
      <w:pPr>
        <w:rPr>
          <w:sz w:val="24"/>
          <w:szCs w:val="24"/>
        </w:rPr>
      </w:pPr>
      <w:r w:rsidRPr="00C9454D">
        <w:rPr>
          <w:i/>
          <w:iCs/>
          <w:sz w:val="24"/>
          <w:szCs w:val="24"/>
        </w:rPr>
        <w:t>The Farm at Grand River</w:t>
      </w:r>
      <w:r w:rsidRPr="00C9454D">
        <w:rPr>
          <w:sz w:val="24"/>
          <w:szCs w:val="24"/>
        </w:rPr>
        <w:t xml:space="preserve"> was not just land. It was a promise to me, a victory carved from struggle.</w:t>
      </w:r>
    </w:p>
    <w:p w14:paraId="362B9B59" w14:textId="77777777" w:rsidR="00C4679D" w:rsidRPr="00C9454D" w:rsidRDefault="00C4679D" w:rsidP="00C9454D">
      <w:pPr>
        <w:rPr>
          <w:sz w:val="24"/>
          <w:szCs w:val="24"/>
        </w:rPr>
      </w:pPr>
      <w:r w:rsidRPr="00C9454D">
        <w:rPr>
          <w:sz w:val="24"/>
          <w:szCs w:val="24"/>
        </w:rPr>
        <w:t>Here, amidst the rolling fields and quiet streams, I built a life—not just for myself, but for others. I welcomed strangers, created memories, and turned the land into something more than soil and wood.</w:t>
      </w:r>
    </w:p>
    <w:p w14:paraId="41F36C4A" w14:textId="77777777" w:rsidR="00C4679D" w:rsidRPr="00C9454D" w:rsidRDefault="00C4679D" w:rsidP="00C9454D">
      <w:pPr>
        <w:rPr>
          <w:sz w:val="24"/>
          <w:szCs w:val="24"/>
        </w:rPr>
      </w:pPr>
      <w:r w:rsidRPr="00C9454D">
        <w:rPr>
          <w:sz w:val="24"/>
          <w:szCs w:val="24"/>
        </w:rPr>
        <w:t>But like all things, it came with a price.</w:t>
      </w:r>
    </w:p>
    <w:p w14:paraId="328E2D3F" w14:textId="77777777" w:rsidR="00C4679D" w:rsidRPr="00C9454D" w:rsidRDefault="00C4679D" w:rsidP="00C9454D">
      <w:pPr>
        <w:rPr>
          <w:sz w:val="24"/>
          <w:szCs w:val="24"/>
        </w:rPr>
      </w:pPr>
      <w:r w:rsidRPr="00C9454D">
        <w:rPr>
          <w:sz w:val="24"/>
          <w:szCs w:val="24"/>
        </w:rPr>
        <w:t>Dreams demand sacrifice. The weight of responsibility, the long nights, the endless battles to make it work. I poured myself into it, heart and soul, until the lines between myself and the land blurred.</w:t>
      </w:r>
    </w:p>
    <w:p w14:paraId="54DE5A1C" w14:textId="77777777" w:rsidR="00071197" w:rsidRPr="00C9454D" w:rsidRDefault="00190CCE" w:rsidP="00C9454D">
      <w:pPr>
        <w:rPr>
          <w:sz w:val="24"/>
          <w:szCs w:val="24"/>
        </w:rPr>
      </w:pPr>
      <w:r w:rsidRPr="00C9454D">
        <w:rPr>
          <w:sz w:val="24"/>
          <w:szCs w:val="24"/>
        </w:rPr>
        <w:t>My story, too, was rooted in stone</w:t>
      </w:r>
      <w:r w:rsidR="008067CD" w:rsidRPr="00C9454D">
        <w:rPr>
          <w:sz w:val="24"/>
          <w:szCs w:val="24"/>
        </w:rPr>
        <w:t>, though written in a different age, felt threaded to theirs</w:t>
      </w:r>
      <w:r w:rsidR="00AB11F8" w:rsidRPr="00C9454D">
        <w:rPr>
          <w:sz w:val="24"/>
          <w:szCs w:val="24"/>
        </w:rPr>
        <w:t xml:space="preserve">.  </w:t>
      </w:r>
    </w:p>
    <w:p w14:paraId="7D6E245C" w14:textId="051A1683" w:rsidR="00C4679D" w:rsidRPr="00C9454D" w:rsidRDefault="00AB11F8" w:rsidP="00C9454D">
      <w:pPr>
        <w:rPr>
          <w:sz w:val="24"/>
          <w:szCs w:val="24"/>
        </w:rPr>
      </w:pPr>
      <w:r w:rsidRPr="00C9454D">
        <w:rPr>
          <w:sz w:val="24"/>
          <w:szCs w:val="24"/>
        </w:rPr>
        <w:t xml:space="preserve">As </w:t>
      </w:r>
      <w:r w:rsidR="00C4679D" w:rsidRPr="00C9454D">
        <w:rPr>
          <w:sz w:val="24"/>
          <w:szCs w:val="24"/>
        </w:rPr>
        <w:t>I stood by the red barn, my coat pulled snugly against the chill. I paused to admire the white farmhouse behind me, its shutters freshly painted yet still holding the charm of simpler days gone by. Nearby, the faint sound of a John Deere tractor rumbled steadily. Russ was already at work in the back forty, maneuvering the baler with precision. The late-season hay had dried to perfection, and today’s task was to gather the last bales before the weather turned.</w:t>
      </w:r>
    </w:p>
    <w:p w14:paraId="0575D4A3" w14:textId="77777777" w:rsidR="00C4679D" w:rsidRPr="00C9454D" w:rsidRDefault="00C4679D" w:rsidP="00C9454D">
      <w:pPr>
        <w:rPr>
          <w:sz w:val="24"/>
          <w:szCs w:val="24"/>
        </w:rPr>
      </w:pPr>
      <w:r w:rsidRPr="00C9454D">
        <w:rPr>
          <w:sz w:val="24"/>
          <w:szCs w:val="24"/>
        </w:rPr>
        <w:t>Near the stream that wove its way through the property, fainting goats ambled about, their playful bleats punctuating the quiet morning. The farm’s towering guardians joined the goats—Great Pyrenees dogs, their thick white coats gleaming in the morning sun. One barked sharply, chasing off a curious fox that had wandered too close to the chickens, whose coop stood at the edge of the yard. I could not help but smile. Everything about the farm seemed alive, as if the land itself were breathing alongside me.</w:t>
      </w:r>
    </w:p>
    <w:p w14:paraId="146B2465" w14:textId="77777777" w:rsidR="00C4679D" w:rsidRPr="00C9454D" w:rsidRDefault="00C4679D" w:rsidP="00C9454D">
      <w:pPr>
        <w:rPr>
          <w:sz w:val="24"/>
          <w:szCs w:val="24"/>
        </w:rPr>
      </w:pPr>
      <w:r w:rsidRPr="00C9454D">
        <w:rPr>
          <w:sz w:val="24"/>
          <w:szCs w:val="24"/>
        </w:rPr>
        <w:t>I strolled toward the stream, my boots crunching softly on the gravel path. The stream was my sanctuary, a place where I often found myself lost in thought. Today, though, my mind lingered on the genealogy papers strewn across my desk inside the house. My ancestors had traveled far from their roots in Kent and Sussex, England, but their stories had endured.</w:t>
      </w:r>
    </w:p>
    <w:p w14:paraId="6D5FEC7D" w14:textId="77777777" w:rsidR="00C4679D" w:rsidRPr="00C9454D" w:rsidRDefault="00C4679D" w:rsidP="00C9454D">
      <w:pPr>
        <w:rPr>
          <w:sz w:val="24"/>
          <w:szCs w:val="24"/>
        </w:rPr>
      </w:pPr>
      <w:r w:rsidRPr="00C9454D">
        <w:rPr>
          <w:sz w:val="24"/>
          <w:szCs w:val="24"/>
        </w:rPr>
        <w:t>I had spent years piecing together their journey, from medieval England to the American colonies. Our coat of arms—three bears, muzzled and sable—spoke of strength and resilience, traits I liked to believe were etched into my own character. It was a name I was proud to carry, though I often wondered what it meant for me to carry it.</w:t>
      </w:r>
    </w:p>
    <w:p w14:paraId="14006149" w14:textId="77777777" w:rsidR="00C4679D" w:rsidRPr="00C9454D" w:rsidRDefault="00C4679D" w:rsidP="00C9454D">
      <w:pPr>
        <w:rPr>
          <w:sz w:val="24"/>
          <w:szCs w:val="24"/>
        </w:rPr>
      </w:pPr>
      <w:r w:rsidRPr="00C9454D">
        <w:rPr>
          <w:sz w:val="24"/>
          <w:szCs w:val="24"/>
        </w:rPr>
        <w:t xml:space="preserve">I crouched by the stream, trailing her fingers through the cool, clear water. The land here felt timeless, as though the past and present had folded into one. </w:t>
      </w:r>
    </w:p>
    <w:p w14:paraId="6DA0FA52" w14:textId="77777777" w:rsidR="00C4679D" w:rsidRPr="00C9454D" w:rsidRDefault="00C4679D" w:rsidP="00C9454D">
      <w:pPr>
        <w:rPr>
          <w:sz w:val="24"/>
          <w:szCs w:val="24"/>
        </w:rPr>
      </w:pPr>
      <w:r w:rsidRPr="00C9454D">
        <w:rPr>
          <w:sz w:val="24"/>
          <w:szCs w:val="24"/>
        </w:rPr>
        <w:t>The low bellow of a bull drew her attention back to the present. I rose, brushing dirt from my hands, and glanced toward the back hay field. Russ had stopped the tractor and was waving me over, a smile breaking through his usually stoic expression.</w:t>
      </w:r>
    </w:p>
    <w:p w14:paraId="53AFFC98" w14:textId="77777777" w:rsidR="00C4679D" w:rsidRPr="00C9454D" w:rsidRDefault="00C4679D" w:rsidP="00C9454D">
      <w:pPr>
        <w:rPr>
          <w:sz w:val="24"/>
          <w:szCs w:val="24"/>
        </w:rPr>
      </w:pPr>
      <w:r w:rsidRPr="00C9454D">
        <w:rPr>
          <w:sz w:val="24"/>
          <w:szCs w:val="24"/>
        </w:rPr>
        <w:t>“Balers jammed again!” he called, his voice carrying over the fields.</w:t>
      </w:r>
    </w:p>
    <w:p w14:paraId="217A4723" w14:textId="77777777" w:rsidR="00C4679D" w:rsidRPr="00C9454D" w:rsidRDefault="00C4679D" w:rsidP="00C9454D">
      <w:pPr>
        <w:rPr>
          <w:sz w:val="24"/>
          <w:szCs w:val="24"/>
        </w:rPr>
      </w:pPr>
      <w:r w:rsidRPr="00C9454D">
        <w:rPr>
          <w:sz w:val="24"/>
          <w:szCs w:val="24"/>
        </w:rPr>
        <w:t>I smiled and waved back, making my way toward him. As I walked, I felt the familiar tug of the farm’s rhythm pulling me into its embrace.</w:t>
      </w:r>
    </w:p>
    <w:p w14:paraId="6B07BD1D" w14:textId="77777777" w:rsidR="00C4679D" w:rsidRPr="00C9454D" w:rsidRDefault="00C4679D" w:rsidP="00C9454D">
      <w:pPr>
        <w:rPr>
          <w:sz w:val="24"/>
          <w:szCs w:val="24"/>
        </w:rPr>
      </w:pPr>
      <w:r w:rsidRPr="00C9454D">
        <w:rPr>
          <w:sz w:val="24"/>
          <w:szCs w:val="24"/>
        </w:rPr>
        <w:t>Close to the barn, a group of travelers unpacked their tents at the campsite along the stream. I waved as they set up beneath the canopy of birch trees, their laughter blending with the distant cluck of chickens in the coop. The camp had become a haven for families looking to escape the bustle of everyday life, a place where they could slow down and breathe in the peace of nature.</w:t>
      </w:r>
    </w:p>
    <w:p w14:paraId="22EEF29B" w14:textId="77777777" w:rsidR="00C4679D" w:rsidRPr="00C9454D" w:rsidRDefault="00C4679D" w:rsidP="00C9454D">
      <w:pPr>
        <w:rPr>
          <w:sz w:val="24"/>
          <w:szCs w:val="24"/>
        </w:rPr>
      </w:pPr>
      <w:r w:rsidRPr="00C9454D">
        <w:rPr>
          <w:sz w:val="24"/>
          <w:szCs w:val="24"/>
        </w:rPr>
        <w:t xml:space="preserve">The farm itself seemed to pulse with life. Families gathered near the </w:t>
      </w:r>
      <w:proofErr w:type="spellStart"/>
      <w:r w:rsidRPr="00C9454D">
        <w:rPr>
          <w:sz w:val="24"/>
          <w:szCs w:val="24"/>
        </w:rPr>
        <w:t>firepit</w:t>
      </w:r>
      <w:proofErr w:type="spellEnd"/>
      <w:r w:rsidRPr="00C9454D">
        <w:rPr>
          <w:sz w:val="24"/>
          <w:szCs w:val="24"/>
        </w:rPr>
        <w:t>, roasting marshmallows and swapping stories. Volunteers in the barn strung up lights for the evening festival, their chatter punctuated by the clink of tables being set. A band was tuning up on the makeshift stage, the strains of a fiddle carrying on the breeze.</w:t>
      </w:r>
    </w:p>
    <w:p w14:paraId="43DDDB88" w14:textId="77777777" w:rsidR="00C4679D" w:rsidRPr="00C9454D" w:rsidRDefault="00C4679D" w:rsidP="00C9454D">
      <w:pPr>
        <w:rPr>
          <w:sz w:val="24"/>
          <w:szCs w:val="24"/>
        </w:rPr>
      </w:pPr>
      <w:r w:rsidRPr="00C9454D">
        <w:rPr>
          <w:sz w:val="24"/>
          <w:szCs w:val="24"/>
        </w:rPr>
        <w:t>As the sun began to dip, the festival came alive. Strings of lights cast a warm glow over the barnyard, illuminating rows of tables covered with checkered cloths. Guests lined up for platters of fried chicken, fresh cornbread, and salads made from the farm’s own heirloom tomatoes. Children darted between the tables, their faces sticky with honey and jam.</w:t>
      </w:r>
    </w:p>
    <w:p w14:paraId="313BC53A" w14:textId="77777777" w:rsidR="00C4679D" w:rsidRPr="00C9454D" w:rsidRDefault="00C4679D" w:rsidP="00C9454D">
      <w:pPr>
        <w:rPr>
          <w:sz w:val="24"/>
          <w:szCs w:val="24"/>
        </w:rPr>
      </w:pPr>
      <w:r w:rsidRPr="00C9454D">
        <w:rPr>
          <w:sz w:val="24"/>
          <w:szCs w:val="24"/>
        </w:rPr>
        <w:t>Couples twirled on the dance floor as the band launched into a lively tune, their movements graceful under the soft glow of the moonlight. I stood by the barn door, my heart full as I watched the scene unfold. This was my favorite time of day—when the farm felt like a living, breathing thing, a place where joy seemed to grow as abundantly as the crops.</w:t>
      </w:r>
    </w:p>
    <w:p w14:paraId="5D0A0D39" w14:textId="77777777" w:rsidR="00C4679D" w:rsidRPr="00C9454D" w:rsidRDefault="00C4679D" w:rsidP="00C9454D">
      <w:pPr>
        <w:rPr>
          <w:sz w:val="24"/>
          <w:szCs w:val="24"/>
        </w:rPr>
      </w:pPr>
      <w:r w:rsidRPr="00C9454D">
        <w:rPr>
          <w:sz w:val="24"/>
          <w:szCs w:val="24"/>
        </w:rPr>
        <w:t>“It’s beautiful,” I murmured, almost to myself.</w:t>
      </w:r>
    </w:p>
    <w:p w14:paraId="65AA24AA" w14:textId="77777777" w:rsidR="00C4679D" w:rsidRPr="00C9454D" w:rsidRDefault="00C4679D" w:rsidP="00C9454D">
      <w:pPr>
        <w:rPr>
          <w:sz w:val="24"/>
          <w:szCs w:val="24"/>
        </w:rPr>
      </w:pPr>
      <w:r w:rsidRPr="00C9454D">
        <w:rPr>
          <w:sz w:val="24"/>
          <w:szCs w:val="24"/>
        </w:rPr>
        <w:t>Russ appeared at my side; his hands dusted with hay from the fields. “Looks like it’s another good turnout,” he said, his voice carrying that quiet satisfaction I knew so well.</w:t>
      </w:r>
    </w:p>
    <w:p w14:paraId="4B4D693F" w14:textId="77777777" w:rsidR="00C4679D" w:rsidRPr="00C9454D" w:rsidRDefault="00C4679D" w:rsidP="00C9454D">
      <w:pPr>
        <w:rPr>
          <w:sz w:val="24"/>
          <w:szCs w:val="24"/>
        </w:rPr>
      </w:pPr>
      <w:r w:rsidRPr="00C9454D">
        <w:rPr>
          <w:sz w:val="24"/>
          <w:szCs w:val="24"/>
        </w:rPr>
        <w:t>“It is,” I said, leaning against him. “We’ve built something special here.”</w:t>
      </w:r>
    </w:p>
    <w:p w14:paraId="73CB6768" w14:textId="77777777" w:rsidR="00C4679D" w:rsidRPr="00C9454D" w:rsidRDefault="00C4679D" w:rsidP="00C9454D">
      <w:pPr>
        <w:rPr>
          <w:sz w:val="24"/>
          <w:szCs w:val="24"/>
        </w:rPr>
      </w:pPr>
      <w:r w:rsidRPr="00C9454D">
        <w:rPr>
          <w:sz w:val="24"/>
          <w:szCs w:val="24"/>
        </w:rPr>
        <w:t>The band slowed to a softer tune, the fiddler drawing out a mournful melody that drifted into the night. Lanterns flickered across the fields; their light reflected in the gentle ripples of the stream. Travelers gathered near their tents, their voices low and warm, as the festival wound down.</w:t>
      </w:r>
    </w:p>
    <w:p w14:paraId="5D4AF299" w14:textId="77777777" w:rsidR="00C4679D" w:rsidRPr="00C9454D" w:rsidRDefault="00C4679D" w:rsidP="00C9454D">
      <w:pPr>
        <w:rPr>
          <w:sz w:val="24"/>
          <w:szCs w:val="24"/>
        </w:rPr>
      </w:pPr>
      <w:r w:rsidRPr="00C9454D">
        <w:rPr>
          <w:sz w:val="24"/>
          <w:szCs w:val="24"/>
        </w:rPr>
        <w:t>My gaze wandered back to the farmhouse, where a stack of records and maps sat waiting on my desk. Tonight, I would savor the present—the laughter, the music, and the quiet pride of knowing they were creating something that mattered.</w:t>
      </w:r>
    </w:p>
    <w:p w14:paraId="3A59D409" w14:textId="20B252A5" w:rsidR="00BF2DAE" w:rsidRPr="00C9454D" w:rsidRDefault="00C761A5" w:rsidP="00C9454D">
      <w:pPr>
        <w:pStyle w:val="Heading2"/>
        <w:rPr>
          <w:sz w:val="24"/>
          <w:szCs w:val="24"/>
        </w:rPr>
      </w:pPr>
      <w:r w:rsidRPr="00C9454D">
        <w:rPr>
          <w:sz w:val="24"/>
          <w:szCs w:val="24"/>
        </w:rPr>
        <w:br w:type="page"/>
      </w:r>
      <w:r w:rsidR="0098598F" w:rsidRPr="00C9454D">
        <w:rPr>
          <w:sz w:val="24"/>
          <w:szCs w:val="24"/>
        </w:rPr>
        <w:t>High Haven 1196</w:t>
      </w:r>
    </w:p>
    <w:p w14:paraId="0A32CA39" w14:textId="77777777" w:rsidR="0098598F" w:rsidRPr="00C9454D" w:rsidRDefault="0098598F" w:rsidP="00C9454D">
      <w:pPr>
        <w:rPr>
          <w:sz w:val="24"/>
          <w:szCs w:val="24"/>
        </w:rPr>
      </w:pPr>
    </w:p>
    <w:p w14:paraId="767D3927" w14:textId="74195084" w:rsidR="00111AB6" w:rsidRPr="00C9454D" w:rsidRDefault="00111AB6" w:rsidP="00C9454D">
      <w:pPr>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stood at the edge of the great hall at </w:t>
      </w:r>
      <w:r w:rsidR="00522C4D" w:rsidRPr="00C9454D">
        <w:rPr>
          <w:sz w:val="24"/>
          <w:szCs w:val="24"/>
        </w:rPr>
        <w:t>High Haven</w:t>
      </w:r>
      <w:r w:rsidRPr="00C9454D">
        <w:rPr>
          <w:sz w:val="24"/>
          <w:szCs w:val="24"/>
        </w:rPr>
        <w:t>, her fingers clenched tightly around a rolled parchment. The stone walls loomed tall and shadowed, lit only by the faint glow of torches lining the room. Outside, the wind howled against the heavy wooden doors, mirroring the storm of emotions raging within her.</w:t>
      </w:r>
    </w:p>
    <w:p w14:paraId="3D06959D" w14:textId="77CFB0AC" w:rsidR="00111AB6" w:rsidRPr="00C9454D" w:rsidRDefault="00111AB6"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her husband, stood besi</w:t>
      </w:r>
      <w:r w:rsidR="00DD1FF5" w:rsidRPr="00C9454D">
        <w:rPr>
          <w:sz w:val="24"/>
          <w:szCs w:val="24"/>
        </w:rPr>
        <w:t xml:space="preserve">de </w:t>
      </w:r>
      <w:r w:rsidRPr="00C9454D">
        <w:rPr>
          <w:sz w:val="24"/>
          <w:szCs w:val="24"/>
        </w:rPr>
        <w:t>her, his broad shoulders tense but steady. His hand rested protectively on her arm, his quiet strength anchoring her as she faced the battle ahead. Their son, John Marshall, played near the hearth, his wooden soldiers lined up in careful formation. The sight tightened the knot in Abilene’s chest. She couldn’t let him be taken—not from his home, not from his family.</w:t>
      </w:r>
    </w:p>
    <w:p w14:paraId="40A67908" w14:textId="2736650D" w:rsidR="00111AB6" w:rsidRPr="00C9454D" w:rsidRDefault="00111AB6" w:rsidP="00C9454D">
      <w:pPr>
        <w:rPr>
          <w:sz w:val="24"/>
          <w:szCs w:val="24"/>
        </w:rPr>
      </w:pPr>
      <w:r w:rsidRPr="00C9454D">
        <w:rPr>
          <w:sz w:val="24"/>
          <w:szCs w:val="24"/>
        </w:rPr>
        <w:t xml:space="preserve">“They have no right to this,” Guy said firmly, his voice low. “John Marshall belongs here, with us. </w:t>
      </w:r>
      <w:r w:rsidR="00522C4D" w:rsidRPr="00C9454D">
        <w:rPr>
          <w:sz w:val="24"/>
          <w:szCs w:val="24"/>
        </w:rPr>
        <w:t>High Haven</w:t>
      </w:r>
      <w:r w:rsidRPr="00C9454D">
        <w:rPr>
          <w:sz w:val="24"/>
          <w:szCs w:val="24"/>
        </w:rPr>
        <w:t xml:space="preserve"> is his inheritance. No one will take that away.”</w:t>
      </w:r>
    </w:p>
    <w:p w14:paraId="4D7E0F4F" w14:textId="606028FE" w:rsidR="00111AB6" w:rsidRPr="00C9454D" w:rsidRDefault="00111AB6" w:rsidP="00C9454D">
      <w:pPr>
        <w:rPr>
          <w:sz w:val="24"/>
          <w:szCs w:val="24"/>
        </w:rPr>
      </w:pPr>
      <w:r w:rsidRPr="00C9454D">
        <w:rPr>
          <w:sz w:val="24"/>
          <w:szCs w:val="24"/>
        </w:rPr>
        <w:t xml:space="preserve">Abilene nodded, drawing strength from his conviction. The missive she carried was their last hope, a plea to the court to recognize their rightful claim. Her </w:t>
      </w:r>
      <w:r w:rsidR="00BE09F9" w:rsidRPr="00C9454D">
        <w:rPr>
          <w:sz w:val="24"/>
          <w:szCs w:val="24"/>
        </w:rPr>
        <w:t xml:space="preserve">oppressors </w:t>
      </w:r>
      <w:r w:rsidRPr="00C9454D">
        <w:rPr>
          <w:sz w:val="24"/>
          <w:szCs w:val="24"/>
        </w:rPr>
        <w:t>whispered lies to the authorities, sowing doubt about their ability to protect their son’s future. But she wouldn’t let fear dictate her actions.</w:t>
      </w:r>
    </w:p>
    <w:p w14:paraId="781E16A6" w14:textId="77777777" w:rsidR="00111AB6" w:rsidRPr="00C9454D" w:rsidRDefault="00111AB6" w:rsidP="00C9454D">
      <w:pPr>
        <w:rPr>
          <w:sz w:val="24"/>
          <w:szCs w:val="24"/>
        </w:rPr>
      </w:pPr>
      <w:r w:rsidRPr="00C9454D">
        <w:rPr>
          <w:sz w:val="24"/>
          <w:szCs w:val="24"/>
        </w:rPr>
        <w:t>“My lady,” a servant’s voice broke through her thoughts. “The envoy has arrived. They await you in the chamber.”</w:t>
      </w:r>
    </w:p>
    <w:p w14:paraId="3557CD0D" w14:textId="77777777" w:rsidR="00111AB6" w:rsidRPr="00C9454D" w:rsidRDefault="00111AB6" w:rsidP="00C9454D">
      <w:pPr>
        <w:rPr>
          <w:sz w:val="24"/>
          <w:szCs w:val="24"/>
        </w:rPr>
      </w:pPr>
      <w:r w:rsidRPr="00C9454D">
        <w:rPr>
          <w:sz w:val="24"/>
          <w:szCs w:val="24"/>
        </w:rPr>
        <w:t>Abilene straightened, the parchment trembling slightly in her hands. With a deep breath, she nodded and followed the servant down the long corridor, Guy at her side. Each step echoed ominously off the stone floors, carrying them closer to the fight for their son’s future.</w:t>
      </w:r>
    </w:p>
    <w:p w14:paraId="46059A29" w14:textId="3675F38C" w:rsidR="00111AB6" w:rsidRPr="00C9454D" w:rsidRDefault="00111AB6" w:rsidP="00C9454D">
      <w:pPr>
        <w:rPr>
          <w:sz w:val="24"/>
          <w:szCs w:val="24"/>
        </w:rPr>
      </w:pPr>
      <w:r w:rsidRPr="00C9454D">
        <w:rPr>
          <w:sz w:val="24"/>
          <w:szCs w:val="24"/>
        </w:rPr>
        <w:t xml:space="preserve">The lines between </w:t>
      </w:r>
      <w:proofErr w:type="spellStart"/>
      <w:r w:rsidR="007E1462" w:rsidRPr="00C9454D">
        <w:rPr>
          <w:sz w:val="24"/>
          <w:szCs w:val="24"/>
        </w:rPr>
        <w:t>Carlye</w:t>
      </w:r>
      <w:proofErr w:type="spellEnd"/>
      <w:r w:rsidRPr="00C9454D">
        <w:rPr>
          <w:sz w:val="24"/>
          <w:szCs w:val="24"/>
        </w:rPr>
        <w:t xml:space="preserve"> and Abilene blurred as the story unfolded. Abilene’s determination, her strength in the face of overwhelming odds, resonated deeply with </w:t>
      </w:r>
      <w:proofErr w:type="spellStart"/>
      <w:r w:rsidR="007E1462" w:rsidRPr="00C9454D">
        <w:rPr>
          <w:sz w:val="24"/>
          <w:szCs w:val="24"/>
        </w:rPr>
        <w:t>Carlye</w:t>
      </w:r>
      <w:proofErr w:type="spellEnd"/>
      <w:r w:rsidRPr="00C9454D">
        <w:rPr>
          <w:sz w:val="24"/>
          <w:szCs w:val="24"/>
        </w:rPr>
        <w:t>, carrying her further into the past with every word.</w:t>
      </w:r>
    </w:p>
    <w:p w14:paraId="72BDB3B1" w14:textId="77777777" w:rsidR="00FA0634" w:rsidRPr="00C9454D" w:rsidRDefault="00FA0634" w:rsidP="00C9454D">
      <w:pPr>
        <w:rPr>
          <w:rFonts w:eastAsiaTheme="majorEastAsia"/>
          <w:sz w:val="24"/>
          <w:szCs w:val="24"/>
        </w:rPr>
      </w:pPr>
      <w:r w:rsidRPr="00C9454D">
        <w:rPr>
          <w:rFonts w:eastAsiaTheme="majorEastAsia"/>
          <w:sz w:val="24"/>
          <w:szCs w:val="24"/>
        </w:rPr>
        <w:br w:type="page"/>
      </w:r>
    </w:p>
    <w:p w14:paraId="5699A3E8" w14:textId="4EFDB6D3" w:rsidR="00C35535" w:rsidRPr="00C9454D" w:rsidRDefault="00C35535" w:rsidP="00C9454D">
      <w:pPr>
        <w:pStyle w:val="Heading2"/>
        <w:rPr>
          <w:sz w:val="24"/>
          <w:szCs w:val="24"/>
        </w:rPr>
      </w:pPr>
      <w:r w:rsidRPr="00C9454D">
        <w:rPr>
          <w:sz w:val="24"/>
          <w:szCs w:val="24"/>
        </w:rPr>
        <w:t>Sir Guy</w:t>
      </w:r>
    </w:p>
    <w:p w14:paraId="74D3B891" w14:textId="77777777" w:rsidR="00EA0B1A" w:rsidRPr="00C9454D" w:rsidRDefault="00EA0B1A" w:rsidP="00C9454D">
      <w:pPr>
        <w:rPr>
          <w:rFonts w:eastAsiaTheme="majorEastAsia"/>
          <w:sz w:val="24"/>
          <w:szCs w:val="24"/>
        </w:rPr>
      </w:pPr>
    </w:p>
    <w:p w14:paraId="2D52736B" w14:textId="22BE2D11" w:rsidR="00C35535" w:rsidRPr="00C9454D" w:rsidRDefault="00783E71" w:rsidP="00C9454D">
      <w:pPr>
        <w:rPr>
          <w:rFonts w:eastAsiaTheme="majorEastAsia"/>
          <w:sz w:val="24"/>
          <w:szCs w:val="24"/>
        </w:rPr>
      </w:pPr>
      <w:r w:rsidRPr="00C9454D">
        <w:rPr>
          <w:rFonts w:eastAsiaTheme="majorEastAsia"/>
          <w:sz w:val="24"/>
          <w:szCs w:val="24"/>
        </w:rPr>
        <w:t>Guy was not always quiet.</w:t>
      </w:r>
    </w:p>
    <w:p w14:paraId="1DD41DD9" w14:textId="49097FA8" w:rsidR="00783E71" w:rsidRPr="00C9454D" w:rsidRDefault="00783E71" w:rsidP="00C9454D">
      <w:pPr>
        <w:rPr>
          <w:rFonts w:eastAsiaTheme="majorEastAsia"/>
          <w:sz w:val="24"/>
          <w:szCs w:val="24"/>
        </w:rPr>
      </w:pPr>
      <w:r w:rsidRPr="00C9454D">
        <w:rPr>
          <w:rFonts w:eastAsiaTheme="majorEastAsia"/>
          <w:sz w:val="24"/>
          <w:szCs w:val="24"/>
        </w:rPr>
        <w:t xml:space="preserve">As a boy, he was wild in a way that made nurses </w:t>
      </w:r>
      <w:r w:rsidR="00CC58AF" w:rsidRPr="00C9454D">
        <w:rPr>
          <w:rFonts w:eastAsiaTheme="majorEastAsia"/>
          <w:sz w:val="24"/>
          <w:szCs w:val="24"/>
        </w:rPr>
        <w:t>wept,</w:t>
      </w:r>
      <w:r w:rsidRPr="00C9454D">
        <w:rPr>
          <w:rFonts w:eastAsiaTheme="majorEastAsia"/>
          <w:sz w:val="24"/>
          <w:szCs w:val="24"/>
        </w:rPr>
        <w:t xml:space="preserve"> and fathers beamed with secret pride. Born the second son of a minor lord in the province of Poitou, Guy de </w:t>
      </w:r>
      <w:proofErr w:type="spellStart"/>
      <w:r w:rsidRPr="00C9454D">
        <w:rPr>
          <w:rFonts w:eastAsiaTheme="majorEastAsia"/>
          <w:sz w:val="24"/>
          <w:szCs w:val="24"/>
        </w:rPr>
        <w:t>Peine</w:t>
      </w:r>
      <w:proofErr w:type="spellEnd"/>
      <w:r w:rsidRPr="00C9454D">
        <w:rPr>
          <w:rFonts w:eastAsiaTheme="majorEastAsia"/>
          <w:sz w:val="24"/>
          <w:szCs w:val="24"/>
        </w:rPr>
        <w:t xml:space="preserve"> was never expected to inherit anything but scars. He earned his first by the age of seven, climbing the rocks near the millpond where he was forbidden to go. He slipped. Broke his arm. Laughed through the healing.</w:t>
      </w:r>
    </w:p>
    <w:p w14:paraId="6D89BCBC" w14:textId="77777777" w:rsidR="00783E71" w:rsidRPr="00C9454D" w:rsidRDefault="00783E71" w:rsidP="00C9454D">
      <w:pPr>
        <w:rPr>
          <w:rFonts w:eastAsiaTheme="majorEastAsia"/>
          <w:sz w:val="24"/>
          <w:szCs w:val="24"/>
        </w:rPr>
      </w:pPr>
      <w:r w:rsidRPr="00C9454D">
        <w:rPr>
          <w:rFonts w:eastAsiaTheme="majorEastAsia"/>
          <w:sz w:val="24"/>
          <w:szCs w:val="24"/>
        </w:rPr>
        <w:t>He ran faster than his tutors could catch him. Took his meals outside. Carried bruises like badges. But beneath the fire, he was observant. Always watching. Always storing things for later.</w:t>
      </w:r>
    </w:p>
    <w:p w14:paraId="581A6D42" w14:textId="77777777" w:rsidR="00783E71" w:rsidRPr="00C9454D" w:rsidRDefault="00783E71" w:rsidP="00C9454D">
      <w:pPr>
        <w:rPr>
          <w:rFonts w:eastAsiaTheme="majorEastAsia"/>
          <w:sz w:val="24"/>
          <w:szCs w:val="24"/>
        </w:rPr>
      </w:pPr>
      <w:r w:rsidRPr="00C9454D">
        <w:rPr>
          <w:rFonts w:eastAsiaTheme="majorEastAsia"/>
          <w:sz w:val="24"/>
          <w:szCs w:val="24"/>
        </w:rPr>
        <w:t xml:space="preserve">His mother, </w:t>
      </w:r>
      <w:proofErr w:type="spellStart"/>
      <w:r w:rsidRPr="00C9454D">
        <w:rPr>
          <w:rFonts w:eastAsiaTheme="majorEastAsia"/>
          <w:sz w:val="24"/>
          <w:szCs w:val="24"/>
        </w:rPr>
        <w:t>Ysabeau</w:t>
      </w:r>
      <w:proofErr w:type="spellEnd"/>
      <w:r w:rsidRPr="00C9454D">
        <w:rPr>
          <w:rFonts w:eastAsiaTheme="majorEastAsia"/>
          <w:sz w:val="24"/>
          <w:szCs w:val="24"/>
        </w:rPr>
        <w:t xml:space="preserve">, called him </w:t>
      </w:r>
      <w:r w:rsidRPr="00C9454D">
        <w:rPr>
          <w:rFonts w:eastAsiaTheme="majorEastAsia"/>
          <w:i/>
          <w:iCs/>
          <w:sz w:val="24"/>
          <w:szCs w:val="24"/>
        </w:rPr>
        <w:t xml:space="preserve">le </w:t>
      </w:r>
      <w:proofErr w:type="spellStart"/>
      <w:r w:rsidRPr="00C9454D">
        <w:rPr>
          <w:rFonts w:eastAsiaTheme="majorEastAsia"/>
          <w:i/>
          <w:iCs/>
          <w:sz w:val="24"/>
          <w:szCs w:val="24"/>
        </w:rPr>
        <w:t>loup</w:t>
      </w:r>
      <w:proofErr w:type="spellEnd"/>
      <w:r w:rsidRPr="00C9454D">
        <w:rPr>
          <w:rFonts w:eastAsiaTheme="majorEastAsia"/>
          <w:i/>
          <w:iCs/>
          <w:sz w:val="24"/>
          <w:szCs w:val="24"/>
        </w:rPr>
        <w:t xml:space="preserve"> sans bruit</w:t>
      </w:r>
      <w:r w:rsidRPr="00C9454D">
        <w:rPr>
          <w:rFonts w:eastAsiaTheme="majorEastAsia"/>
          <w:sz w:val="24"/>
          <w:szCs w:val="24"/>
        </w:rPr>
        <w:t>—the silent wolf. “You’ll do great things,” she would whisper, “but no one will see them coming.”</w:t>
      </w:r>
    </w:p>
    <w:p w14:paraId="08DE6BA6" w14:textId="77777777" w:rsidR="00783E71" w:rsidRPr="00C9454D" w:rsidRDefault="00783E71" w:rsidP="00C9454D">
      <w:pPr>
        <w:rPr>
          <w:rFonts w:eastAsiaTheme="majorEastAsia"/>
          <w:sz w:val="24"/>
          <w:szCs w:val="24"/>
        </w:rPr>
      </w:pPr>
      <w:r w:rsidRPr="00C9454D">
        <w:rPr>
          <w:rFonts w:eastAsiaTheme="majorEastAsia"/>
          <w:sz w:val="24"/>
          <w:szCs w:val="24"/>
        </w:rPr>
        <w:t>He was twelve when his older brother died in a skirmish at the border. Suddenly, Guy was the heir. The wildness quieted. Not because he was tamed—but because he understood weight now. He began to carry it.</w:t>
      </w:r>
    </w:p>
    <w:p w14:paraId="57D47DA5" w14:textId="77777777" w:rsidR="00783E71" w:rsidRPr="00C9454D" w:rsidRDefault="00783E71" w:rsidP="00C9454D">
      <w:pPr>
        <w:rPr>
          <w:rFonts w:eastAsiaTheme="majorEastAsia"/>
          <w:sz w:val="24"/>
          <w:szCs w:val="24"/>
        </w:rPr>
      </w:pPr>
      <w:r w:rsidRPr="00C9454D">
        <w:rPr>
          <w:rFonts w:eastAsiaTheme="majorEastAsia"/>
          <w:sz w:val="24"/>
          <w:szCs w:val="24"/>
        </w:rPr>
        <w:t>He trained harder. Studied longer. Prayed more.</w:t>
      </w:r>
    </w:p>
    <w:p w14:paraId="0DE50194" w14:textId="77777777" w:rsidR="00783E71" w:rsidRPr="00C9454D" w:rsidRDefault="00783E71" w:rsidP="00C9454D">
      <w:pPr>
        <w:rPr>
          <w:rFonts w:eastAsiaTheme="majorEastAsia"/>
          <w:sz w:val="24"/>
          <w:szCs w:val="24"/>
        </w:rPr>
      </w:pPr>
      <w:r w:rsidRPr="00C9454D">
        <w:rPr>
          <w:rFonts w:eastAsiaTheme="majorEastAsia"/>
          <w:sz w:val="24"/>
          <w:szCs w:val="24"/>
        </w:rPr>
        <w:t>And then came Isabelle.</w:t>
      </w:r>
    </w:p>
    <w:p w14:paraId="257A4E0E" w14:textId="77777777" w:rsidR="00783E71" w:rsidRPr="00C9454D" w:rsidRDefault="00783E71" w:rsidP="00C9454D">
      <w:pPr>
        <w:rPr>
          <w:rFonts w:eastAsiaTheme="majorEastAsia"/>
          <w:sz w:val="24"/>
          <w:szCs w:val="24"/>
        </w:rPr>
      </w:pPr>
      <w:r w:rsidRPr="00C9454D">
        <w:rPr>
          <w:rFonts w:eastAsiaTheme="majorEastAsia"/>
          <w:sz w:val="24"/>
          <w:szCs w:val="24"/>
        </w:rPr>
        <w:t>She was the daughter of a visiting noble, bookish and serious. She quoted Latin to win arguments and believed bread was sacred. She laughed rarely—but when she did, Guy felt like the sun had blinked.</w:t>
      </w:r>
    </w:p>
    <w:p w14:paraId="601126E8" w14:textId="77777777" w:rsidR="00783E71" w:rsidRPr="00C9454D" w:rsidRDefault="00783E71" w:rsidP="00C9454D">
      <w:pPr>
        <w:rPr>
          <w:rFonts w:eastAsiaTheme="majorEastAsia"/>
          <w:sz w:val="24"/>
          <w:szCs w:val="24"/>
        </w:rPr>
      </w:pPr>
      <w:r w:rsidRPr="00C9454D">
        <w:rPr>
          <w:rFonts w:eastAsiaTheme="majorEastAsia"/>
          <w:sz w:val="24"/>
          <w:szCs w:val="24"/>
        </w:rPr>
        <w:t>He was fifteen. She was thirteen. He knew.</w:t>
      </w:r>
    </w:p>
    <w:p w14:paraId="0D0E787D" w14:textId="77777777" w:rsidR="00783E71" w:rsidRPr="00C9454D" w:rsidRDefault="00783E71" w:rsidP="00C9454D">
      <w:pPr>
        <w:rPr>
          <w:rFonts w:eastAsiaTheme="majorEastAsia"/>
          <w:sz w:val="24"/>
          <w:szCs w:val="24"/>
        </w:rPr>
      </w:pPr>
      <w:r w:rsidRPr="00C9454D">
        <w:rPr>
          <w:rFonts w:eastAsiaTheme="majorEastAsia"/>
          <w:sz w:val="24"/>
          <w:szCs w:val="24"/>
        </w:rPr>
        <w:t>Their courtship was years of glances and notes and confessions in the orchard. She softened him. Taught him restraint. Made him want stillness.</w:t>
      </w:r>
    </w:p>
    <w:p w14:paraId="7F30FD97" w14:textId="77777777" w:rsidR="00783E71" w:rsidRPr="00C9454D" w:rsidRDefault="00783E71" w:rsidP="00C9454D">
      <w:pPr>
        <w:rPr>
          <w:rFonts w:eastAsiaTheme="majorEastAsia"/>
          <w:sz w:val="24"/>
          <w:szCs w:val="24"/>
        </w:rPr>
      </w:pPr>
      <w:r w:rsidRPr="00C9454D">
        <w:rPr>
          <w:rFonts w:eastAsiaTheme="majorEastAsia"/>
          <w:sz w:val="24"/>
          <w:szCs w:val="24"/>
        </w:rPr>
        <w:t>When he turned nineteen, he asked for her hand.</w:t>
      </w:r>
    </w:p>
    <w:p w14:paraId="157D942D" w14:textId="77777777" w:rsidR="00783E71" w:rsidRPr="00C9454D" w:rsidRDefault="00783E71" w:rsidP="00C9454D">
      <w:pPr>
        <w:rPr>
          <w:rFonts w:eastAsiaTheme="majorEastAsia"/>
          <w:sz w:val="24"/>
          <w:szCs w:val="24"/>
        </w:rPr>
      </w:pPr>
      <w:r w:rsidRPr="00C9454D">
        <w:rPr>
          <w:rFonts w:eastAsiaTheme="majorEastAsia"/>
          <w:sz w:val="24"/>
          <w:szCs w:val="24"/>
        </w:rPr>
        <w:t>They were married in winter. The snow came down in soft sheets, like a blessing.</w:t>
      </w:r>
    </w:p>
    <w:p w14:paraId="2A490A29" w14:textId="77777777" w:rsidR="009452E9" w:rsidRPr="00C9454D" w:rsidRDefault="009452E9" w:rsidP="00C9454D">
      <w:pPr>
        <w:rPr>
          <w:sz w:val="24"/>
          <w:szCs w:val="24"/>
        </w:rPr>
      </w:pPr>
      <w:r w:rsidRPr="00C9454D">
        <w:rPr>
          <w:sz w:val="24"/>
          <w:szCs w:val="24"/>
        </w:rPr>
        <w:t>The village of Montreuil-</w:t>
      </w:r>
      <w:proofErr w:type="spellStart"/>
      <w:r w:rsidRPr="00C9454D">
        <w:rPr>
          <w:sz w:val="24"/>
          <w:szCs w:val="24"/>
        </w:rPr>
        <w:t>en</w:t>
      </w:r>
      <w:proofErr w:type="spellEnd"/>
      <w:r w:rsidRPr="00C9454D">
        <w:rPr>
          <w:sz w:val="24"/>
          <w:szCs w:val="24"/>
        </w:rPr>
        <w:t>-</w:t>
      </w:r>
      <w:proofErr w:type="spellStart"/>
      <w:r w:rsidRPr="00C9454D">
        <w:rPr>
          <w:sz w:val="24"/>
          <w:szCs w:val="24"/>
        </w:rPr>
        <w:t>Auge</w:t>
      </w:r>
      <w:proofErr w:type="spellEnd"/>
      <w:r w:rsidRPr="00C9454D">
        <w:rPr>
          <w:sz w:val="24"/>
          <w:szCs w:val="24"/>
        </w:rPr>
        <w:t xml:space="preserve">, nestled among the rolling hills of Normandy, was quiet on the night of Guy de </w:t>
      </w:r>
      <w:proofErr w:type="spellStart"/>
      <w:r w:rsidRPr="00C9454D">
        <w:rPr>
          <w:sz w:val="24"/>
          <w:szCs w:val="24"/>
        </w:rPr>
        <w:t>Peine’s</w:t>
      </w:r>
      <w:proofErr w:type="spellEnd"/>
      <w:r w:rsidRPr="00C9454D">
        <w:rPr>
          <w:sz w:val="24"/>
          <w:szCs w:val="24"/>
        </w:rPr>
        <w:t xml:space="preserve"> wedding. The stars glimmered brightly above the small chapel where he and Isabelle had exchanged their vows just hours before, their promises spoken with steady voices and hearts full of hope.</w:t>
      </w:r>
    </w:p>
    <w:p w14:paraId="4F1792CC" w14:textId="77777777" w:rsidR="009452E9" w:rsidRPr="00C9454D" w:rsidRDefault="009452E9" w:rsidP="00C9454D">
      <w:pPr>
        <w:rPr>
          <w:sz w:val="24"/>
          <w:szCs w:val="24"/>
        </w:rPr>
      </w:pPr>
      <w:r w:rsidRPr="00C9454D">
        <w:rPr>
          <w:sz w:val="24"/>
          <w:szCs w:val="24"/>
        </w:rPr>
        <w:t>The celebration had been simple, as was the custom for their modest village. Neighbors gathered with food and song, filling the square with laughter and joy. Guy had danced with Isabelle beneath the lanterns strung between the oak trees, her soft laughter like music as he spun her in wide, carefree circles. Her hair, a cascade of pale gold, glimmered in the firelight, and her light green eyes shone with a radiance that made him feel as though he was holding a piece of heaven in his arms. There was something almost otherworldly about her, an aura of grace and gentleness that seemed to set her apart from the rest of the world.</w:t>
      </w:r>
    </w:p>
    <w:p w14:paraId="56677606" w14:textId="77777777" w:rsidR="009452E9" w:rsidRPr="00C9454D" w:rsidRDefault="009452E9" w:rsidP="00C9454D">
      <w:pPr>
        <w:rPr>
          <w:sz w:val="24"/>
          <w:szCs w:val="24"/>
        </w:rPr>
      </w:pPr>
      <w:r w:rsidRPr="00C9454D">
        <w:rPr>
          <w:sz w:val="24"/>
          <w:szCs w:val="24"/>
        </w:rPr>
        <w:t>By the time the revelry ended, the couple had slipped away to the small cottage that had been prepared for them—a gift from Guy’s father. The walls were adorned with garlands of ivy, and a fire crackled softly in the hearth, casting a warm, golden glow over the simple furnishings.</w:t>
      </w:r>
    </w:p>
    <w:p w14:paraId="5A279CD2" w14:textId="77777777" w:rsidR="009452E9" w:rsidRPr="00C9454D" w:rsidRDefault="009452E9" w:rsidP="00C9454D">
      <w:pPr>
        <w:rPr>
          <w:sz w:val="24"/>
          <w:szCs w:val="24"/>
        </w:rPr>
      </w:pPr>
      <w:r w:rsidRPr="00C9454D">
        <w:rPr>
          <w:sz w:val="24"/>
          <w:szCs w:val="24"/>
        </w:rPr>
        <w:t>Guy held the door open for Isabelle, his hand lingering at the small of her back as she stepped inside. She turned to him, her green eyes sparkling with a mixture of joy and nervousness that made his heart swell.</w:t>
      </w:r>
    </w:p>
    <w:p w14:paraId="3CB7F98F" w14:textId="77777777" w:rsidR="009452E9" w:rsidRPr="00C9454D" w:rsidRDefault="009452E9" w:rsidP="00C9454D">
      <w:pPr>
        <w:rPr>
          <w:sz w:val="24"/>
          <w:szCs w:val="24"/>
        </w:rPr>
      </w:pPr>
      <w:r w:rsidRPr="00C9454D">
        <w:rPr>
          <w:sz w:val="24"/>
          <w:szCs w:val="24"/>
        </w:rPr>
        <w:t>“It’s beautiful,” she whispered, glancing around the room. Her voice was soft, almost musical, as if she were afraid to disturb the quiet perfection of the moment.</w:t>
      </w:r>
    </w:p>
    <w:p w14:paraId="78EDB18C" w14:textId="77777777" w:rsidR="009452E9" w:rsidRPr="00C9454D" w:rsidRDefault="009452E9" w:rsidP="00C9454D">
      <w:pPr>
        <w:rPr>
          <w:sz w:val="24"/>
          <w:szCs w:val="24"/>
        </w:rPr>
      </w:pPr>
      <w:r w:rsidRPr="00C9454D">
        <w:rPr>
          <w:sz w:val="24"/>
          <w:szCs w:val="24"/>
        </w:rPr>
        <w:t>“Not as beautiful as you,” Guy said, his voice low and unsteady. He reached for her hand, pulling her gently toward him. His thumb brushed over her knuckles, rough from years of work in the fields, and he marveled at the softness of her touch.</w:t>
      </w:r>
    </w:p>
    <w:p w14:paraId="51C13674" w14:textId="77777777" w:rsidR="009452E9" w:rsidRPr="00C9454D" w:rsidRDefault="009452E9" w:rsidP="00C9454D">
      <w:pPr>
        <w:rPr>
          <w:sz w:val="24"/>
          <w:szCs w:val="24"/>
        </w:rPr>
      </w:pPr>
      <w:r w:rsidRPr="00C9454D">
        <w:rPr>
          <w:sz w:val="24"/>
          <w:szCs w:val="24"/>
        </w:rPr>
        <w:t>For a moment, they simply stood there, the world outside fading into nothing. Guy leaned down, his lips brushing hers in a kiss that was tentative and full of wonder. Isabelle’s hands came up to rest on his chest, her fingers curling into the fabric of his tunic.</w:t>
      </w:r>
    </w:p>
    <w:p w14:paraId="7C52DDDF" w14:textId="77777777" w:rsidR="009452E9" w:rsidRPr="00C9454D" w:rsidRDefault="009452E9" w:rsidP="00C9454D">
      <w:pPr>
        <w:rPr>
          <w:sz w:val="24"/>
          <w:szCs w:val="24"/>
        </w:rPr>
      </w:pPr>
      <w:r w:rsidRPr="00C9454D">
        <w:rPr>
          <w:sz w:val="24"/>
          <w:szCs w:val="24"/>
        </w:rPr>
        <w:t>“Are you nervous?” she asked softly, her breath warm against his cheek.</w:t>
      </w:r>
    </w:p>
    <w:p w14:paraId="1216BD22" w14:textId="77777777" w:rsidR="009452E9" w:rsidRPr="00C9454D" w:rsidRDefault="009452E9" w:rsidP="00C9454D">
      <w:pPr>
        <w:rPr>
          <w:sz w:val="24"/>
          <w:szCs w:val="24"/>
        </w:rPr>
      </w:pPr>
      <w:r w:rsidRPr="00C9454D">
        <w:rPr>
          <w:sz w:val="24"/>
          <w:szCs w:val="24"/>
        </w:rPr>
        <w:t>“A little,” he admitted, a faint smile tugging at the corners of his lips. “I’ve never done this before.”</w:t>
      </w:r>
    </w:p>
    <w:p w14:paraId="0D62846A" w14:textId="77777777" w:rsidR="009452E9" w:rsidRPr="00C9454D" w:rsidRDefault="009452E9" w:rsidP="00C9454D">
      <w:pPr>
        <w:rPr>
          <w:sz w:val="24"/>
          <w:szCs w:val="24"/>
        </w:rPr>
      </w:pPr>
      <w:r w:rsidRPr="00C9454D">
        <w:rPr>
          <w:sz w:val="24"/>
          <w:szCs w:val="24"/>
        </w:rPr>
        <w:t>“Neither have I,” she replied, her own smile breaking through her shyness.</w:t>
      </w:r>
    </w:p>
    <w:p w14:paraId="177E9FCA" w14:textId="77777777" w:rsidR="009452E9" w:rsidRPr="00C9454D" w:rsidRDefault="009452E9" w:rsidP="00C9454D">
      <w:pPr>
        <w:rPr>
          <w:sz w:val="24"/>
          <w:szCs w:val="24"/>
        </w:rPr>
      </w:pPr>
      <w:r w:rsidRPr="00C9454D">
        <w:rPr>
          <w:sz w:val="24"/>
          <w:szCs w:val="24"/>
        </w:rPr>
        <w:t>He laughed quietly, as he whispered closely in her ear, “Then I suppose we’ll figure it out together.”</w:t>
      </w:r>
    </w:p>
    <w:p w14:paraId="6FC4D495" w14:textId="77777777" w:rsidR="009452E9" w:rsidRPr="00C9454D" w:rsidRDefault="009452E9" w:rsidP="00C9454D">
      <w:pPr>
        <w:rPr>
          <w:sz w:val="24"/>
          <w:szCs w:val="24"/>
        </w:rPr>
      </w:pPr>
      <w:r w:rsidRPr="00C9454D">
        <w:rPr>
          <w:sz w:val="24"/>
          <w:szCs w:val="24"/>
        </w:rPr>
        <w:t>They moved slowly, their touches hesitant but filled with the kind of trust and love that only came from years of knowing one another. Guy’s calloused hands, so accustomed to the weight of a sword and the roughness of the plow, were impossibly gentle as they traced the curve of Isabelle’s cheek, the line of her collarbone. Her pale skin seemed to glow in the firelight, her hair spilling like liquid gold over her shoulders. She looked up at him with such trust, such love, that he felt as though the world had stopped.</w:t>
      </w:r>
    </w:p>
    <w:p w14:paraId="6D1C4DEA" w14:textId="77777777" w:rsidR="009452E9" w:rsidRPr="00C9454D" w:rsidRDefault="009452E9" w:rsidP="00C9454D">
      <w:pPr>
        <w:rPr>
          <w:sz w:val="24"/>
          <w:szCs w:val="24"/>
        </w:rPr>
      </w:pPr>
      <w:r w:rsidRPr="00C9454D">
        <w:rPr>
          <w:sz w:val="24"/>
          <w:szCs w:val="24"/>
        </w:rPr>
        <w:t>The night unfolded with a sweetness that felt eternal. In their embrace, there was no urgency, no fear—only the quiet understanding that they were each other’s beginning and end. When they finally lay entwined beneath the blankets, the firelight casting shadows across their bare shoulders, Guy pressed a kiss to Isabelle’s temple and whispered, “I love you.”</w:t>
      </w:r>
    </w:p>
    <w:p w14:paraId="71E5F886" w14:textId="77777777" w:rsidR="009452E9" w:rsidRPr="00C9454D" w:rsidRDefault="009452E9" w:rsidP="00C9454D">
      <w:pPr>
        <w:rPr>
          <w:sz w:val="24"/>
          <w:szCs w:val="24"/>
        </w:rPr>
      </w:pPr>
      <w:r w:rsidRPr="00C9454D">
        <w:rPr>
          <w:sz w:val="24"/>
          <w:szCs w:val="24"/>
        </w:rPr>
        <w:t>“And I love you,” she murmured, her voice thick with emotion. She nestled closer to him, her breath soft and steady against his chest. “Always.”</w:t>
      </w:r>
    </w:p>
    <w:p w14:paraId="1E7C29E3" w14:textId="77777777" w:rsidR="009452E9" w:rsidRPr="00C9454D" w:rsidRDefault="009452E9" w:rsidP="00C9454D">
      <w:pPr>
        <w:rPr>
          <w:sz w:val="24"/>
          <w:szCs w:val="24"/>
        </w:rPr>
      </w:pPr>
    </w:p>
    <w:p w14:paraId="1CBF4B87" w14:textId="2E53CE98" w:rsidR="00C776F4" w:rsidRPr="00C9454D" w:rsidRDefault="00922B52" w:rsidP="00C9454D">
      <w:pPr>
        <w:rPr>
          <w:sz w:val="24"/>
          <w:szCs w:val="24"/>
        </w:rPr>
      </w:pPr>
      <w:r w:rsidRPr="00C9454D">
        <w:rPr>
          <w:rFonts w:eastAsiaTheme="majorEastAsia"/>
          <w:sz w:val="24"/>
          <w:szCs w:val="24"/>
        </w:rPr>
        <w:t>For</w:t>
      </w:r>
      <w:r w:rsidR="00783E71" w:rsidRPr="00C9454D">
        <w:rPr>
          <w:rFonts w:eastAsiaTheme="majorEastAsia"/>
          <w:sz w:val="24"/>
          <w:szCs w:val="24"/>
        </w:rPr>
        <w:t xml:space="preserve"> two years, they were </w:t>
      </w:r>
      <w:r w:rsidR="00783E71" w:rsidRPr="00C9454D">
        <w:rPr>
          <w:rFonts w:eastAsiaTheme="majorEastAsia"/>
          <w:i/>
          <w:iCs/>
          <w:sz w:val="24"/>
          <w:szCs w:val="24"/>
        </w:rPr>
        <w:t>everything</w:t>
      </w:r>
      <w:r w:rsidR="00783E71" w:rsidRPr="00C9454D">
        <w:rPr>
          <w:rFonts w:eastAsiaTheme="majorEastAsia"/>
          <w:sz w:val="24"/>
          <w:szCs w:val="24"/>
        </w:rPr>
        <w:t xml:space="preserve"> to one another</w:t>
      </w:r>
      <w:r w:rsidR="00D43A0F" w:rsidRPr="00C9454D">
        <w:rPr>
          <w:rFonts w:eastAsiaTheme="majorEastAsia"/>
          <w:sz w:val="24"/>
          <w:szCs w:val="24"/>
        </w:rPr>
        <w:t xml:space="preserve">, </w:t>
      </w:r>
      <w:r w:rsidR="00C776F4" w:rsidRPr="00C9454D">
        <w:rPr>
          <w:sz w:val="24"/>
          <w:szCs w:val="24"/>
        </w:rPr>
        <w:t>their life was a dream. They worked side by side in the fields, shared quiet meals by the hearth, and walked hand in hand through the village. Isabelle brought light and warmth to every corner of their world, her laughter filling the air like birdsong. Guy adored her with a quiet intensity, marveling at the way she seemed to bring life and beauty to even the simplest moments.</w:t>
      </w:r>
    </w:p>
    <w:p w14:paraId="57AB9CA2" w14:textId="71C149B0" w:rsidR="00783E71" w:rsidRPr="00C9454D" w:rsidRDefault="00783E71" w:rsidP="00C9454D">
      <w:pPr>
        <w:rPr>
          <w:rFonts w:eastAsiaTheme="majorEastAsia"/>
          <w:sz w:val="24"/>
          <w:szCs w:val="24"/>
        </w:rPr>
      </w:pPr>
      <w:r w:rsidRPr="00C9454D">
        <w:rPr>
          <w:rFonts w:eastAsiaTheme="majorEastAsia"/>
          <w:sz w:val="24"/>
          <w:szCs w:val="24"/>
        </w:rPr>
        <w:t>And then came the fever.</w:t>
      </w:r>
    </w:p>
    <w:p w14:paraId="6DA4C50C" w14:textId="77777777" w:rsidR="00783E71" w:rsidRPr="00C9454D" w:rsidRDefault="00783E71" w:rsidP="00C9454D">
      <w:pPr>
        <w:rPr>
          <w:rFonts w:eastAsiaTheme="majorEastAsia"/>
          <w:sz w:val="24"/>
          <w:szCs w:val="24"/>
        </w:rPr>
      </w:pPr>
      <w:r w:rsidRPr="00C9454D">
        <w:rPr>
          <w:rFonts w:eastAsiaTheme="majorEastAsia"/>
          <w:sz w:val="24"/>
          <w:szCs w:val="24"/>
        </w:rPr>
        <w:t>She was twenty. Guy was twenty-two. And she was carrying his child.</w:t>
      </w:r>
    </w:p>
    <w:p w14:paraId="65284129" w14:textId="77777777" w:rsidR="00783E71" w:rsidRPr="00C9454D" w:rsidRDefault="00783E71" w:rsidP="00C9454D">
      <w:pPr>
        <w:rPr>
          <w:rFonts w:eastAsiaTheme="majorEastAsia"/>
          <w:sz w:val="24"/>
          <w:szCs w:val="24"/>
        </w:rPr>
      </w:pPr>
      <w:r w:rsidRPr="00C9454D">
        <w:rPr>
          <w:rFonts w:eastAsiaTheme="majorEastAsia"/>
          <w:sz w:val="24"/>
          <w:szCs w:val="24"/>
        </w:rPr>
        <w:t>He buried her beside the chapel where they first kissed.</w:t>
      </w:r>
    </w:p>
    <w:p w14:paraId="719B48A7" w14:textId="600599DB" w:rsidR="005A0E68" w:rsidRPr="00C9454D" w:rsidRDefault="00783E71" w:rsidP="00C9454D">
      <w:pPr>
        <w:rPr>
          <w:sz w:val="24"/>
          <w:szCs w:val="24"/>
        </w:rPr>
      </w:pPr>
      <w:r w:rsidRPr="00C9454D">
        <w:rPr>
          <w:rFonts w:eastAsiaTheme="majorEastAsia"/>
          <w:sz w:val="24"/>
          <w:szCs w:val="24"/>
        </w:rPr>
        <w:t>He did not weep at the funeral. Not then.</w:t>
      </w:r>
      <w:r w:rsidR="005A0E68" w:rsidRPr="00C9454D">
        <w:rPr>
          <w:rFonts w:eastAsiaTheme="majorEastAsia"/>
          <w:sz w:val="24"/>
          <w:szCs w:val="24"/>
        </w:rPr>
        <w:t xml:space="preserve"> </w:t>
      </w:r>
      <w:r w:rsidR="005A0E68" w:rsidRPr="00C9454D">
        <w:rPr>
          <w:sz w:val="24"/>
          <w:szCs w:val="24"/>
        </w:rPr>
        <w:t xml:space="preserve"> He </w:t>
      </w:r>
      <w:r w:rsidR="0082007A" w:rsidRPr="00C9454D">
        <w:rPr>
          <w:sz w:val="24"/>
          <w:szCs w:val="24"/>
        </w:rPr>
        <w:t>would sit</w:t>
      </w:r>
      <w:r w:rsidR="005A0E68" w:rsidRPr="00C9454D">
        <w:rPr>
          <w:sz w:val="24"/>
          <w:szCs w:val="24"/>
        </w:rPr>
        <w:t xml:space="preserve"> by their graves for hours, his head bowed, the world around him reduced to a dull, lifeless haze.</w:t>
      </w:r>
    </w:p>
    <w:p w14:paraId="6D3F15B1" w14:textId="77777777" w:rsidR="005A0E68" w:rsidRPr="00C9454D" w:rsidRDefault="005A0E68" w:rsidP="00C9454D">
      <w:pPr>
        <w:rPr>
          <w:sz w:val="24"/>
          <w:szCs w:val="24"/>
        </w:rPr>
      </w:pPr>
      <w:r w:rsidRPr="00C9454D">
        <w:rPr>
          <w:sz w:val="24"/>
          <w:szCs w:val="24"/>
        </w:rPr>
        <w:t>The laughter that had once filled their home was gone, replaced by an emptiness he couldn’t escape. He withdrew from the village, unable to bear the sympathetic glances and whispered prayers of his neighbors. The boy who had once raced through the fields with Isabelle was gone, replaced by a man who no longer knew how to live.</w:t>
      </w:r>
    </w:p>
    <w:p w14:paraId="6BCA8E5F" w14:textId="6EF7736C" w:rsidR="00783E71" w:rsidRPr="00C9454D" w:rsidRDefault="005A0E68" w:rsidP="00C9454D">
      <w:pPr>
        <w:rPr>
          <w:rFonts w:eastAsiaTheme="majorEastAsia"/>
          <w:sz w:val="24"/>
          <w:szCs w:val="24"/>
        </w:rPr>
      </w:pPr>
      <w:r w:rsidRPr="00C9454D">
        <w:rPr>
          <w:sz w:val="24"/>
          <w:szCs w:val="24"/>
        </w:rPr>
        <w:t>When the call came for knights to serve under King Henry II during the Revolt of 1173–1174, Guy answered without hesitation. He left Montreuil-</w:t>
      </w:r>
      <w:proofErr w:type="spellStart"/>
      <w:r w:rsidRPr="00C9454D">
        <w:rPr>
          <w:sz w:val="24"/>
          <w:szCs w:val="24"/>
        </w:rPr>
        <w:t>en</w:t>
      </w:r>
      <w:proofErr w:type="spellEnd"/>
      <w:r w:rsidRPr="00C9454D">
        <w:rPr>
          <w:sz w:val="24"/>
          <w:szCs w:val="24"/>
        </w:rPr>
        <w:t>-</w:t>
      </w:r>
      <w:proofErr w:type="spellStart"/>
      <w:r w:rsidRPr="00C9454D">
        <w:rPr>
          <w:sz w:val="24"/>
          <w:szCs w:val="24"/>
        </w:rPr>
        <w:t>Auge</w:t>
      </w:r>
      <w:proofErr w:type="spellEnd"/>
      <w:r w:rsidRPr="00C9454D">
        <w:rPr>
          <w:sz w:val="24"/>
          <w:szCs w:val="24"/>
        </w:rPr>
        <w:t xml:space="preserve"> with nothing but his sword and a heart hardened by </w:t>
      </w:r>
      <w:r w:rsidR="00D82D48" w:rsidRPr="00C9454D">
        <w:rPr>
          <w:sz w:val="24"/>
          <w:szCs w:val="24"/>
        </w:rPr>
        <w:t>loss</w:t>
      </w:r>
      <w:r w:rsidR="00FA46D3" w:rsidRPr="00C9454D">
        <w:rPr>
          <w:rFonts w:eastAsiaTheme="majorEastAsia"/>
          <w:sz w:val="24"/>
          <w:szCs w:val="24"/>
        </w:rPr>
        <w:t>.</w:t>
      </w:r>
      <w:r w:rsidR="00783E71" w:rsidRPr="00C9454D">
        <w:rPr>
          <w:rFonts w:eastAsiaTheme="majorEastAsia"/>
          <w:sz w:val="24"/>
          <w:szCs w:val="24"/>
        </w:rPr>
        <w:t xml:space="preserve"> </w:t>
      </w:r>
      <w:r w:rsidR="00FA46D3" w:rsidRPr="00C9454D">
        <w:rPr>
          <w:rFonts w:eastAsiaTheme="majorEastAsia"/>
          <w:sz w:val="24"/>
          <w:szCs w:val="24"/>
        </w:rPr>
        <w:t>He</w:t>
      </w:r>
      <w:r w:rsidR="00783E71" w:rsidRPr="00C9454D">
        <w:rPr>
          <w:rFonts w:eastAsiaTheme="majorEastAsia"/>
          <w:sz w:val="24"/>
          <w:szCs w:val="24"/>
        </w:rPr>
        <w:t xml:space="preserve"> cut his hair. </w:t>
      </w:r>
      <w:r w:rsidR="00FE1888" w:rsidRPr="00C9454D">
        <w:rPr>
          <w:rFonts w:eastAsiaTheme="majorEastAsia"/>
          <w:sz w:val="24"/>
          <w:szCs w:val="24"/>
        </w:rPr>
        <w:t>Picked up</w:t>
      </w:r>
      <w:r w:rsidR="00783E71" w:rsidRPr="00C9454D">
        <w:rPr>
          <w:rFonts w:eastAsiaTheme="majorEastAsia"/>
          <w:sz w:val="24"/>
          <w:szCs w:val="24"/>
        </w:rPr>
        <w:t xml:space="preserve"> his sword. Left Poitou without a word.</w:t>
      </w:r>
    </w:p>
    <w:p w14:paraId="54C4D290" w14:textId="77777777" w:rsidR="00783E71" w:rsidRPr="00C9454D" w:rsidRDefault="00783E71" w:rsidP="00C9454D">
      <w:pPr>
        <w:rPr>
          <w:rFonts w:eastAsiaTheme="majorEastAsia"/>
          <w:sz w:val="24"/>
          <w:szCs w:val="24"/>
        </w:rPr>
      </w:pPr>
      <w:r w:rsidRPr="00C9454D">
        <w:rPr>
          <w:rFonts w:eastAsiaTheme="majorEastAsia"/>
          <w:sz w:val="24"/>
          <w:szCs w:val="24"/>
        </w:rPr>
        <w:t>He didn’t run from grief.</w:t>
      </w:r>
    </w:p>
    <w:p w14:paraId="1DCEC87D" w14:textId="77777777" w:rsidR="00783E71" w:rsidRPr="00C9454D" w:rsidRDefault="00783E71" w:rsidP="00C9454D">
      <w:pPr>
        <w:rPr>
          <w:rFonts w:eastAsiaTheme="majorEastAsia"/>
          <w:sz w:val="24"/>
          <w:szCs w:val="24"/>
        </w:rPr>
      </w:pPr>
      <w:r w:rsidRPr="00C9454D">
        <w:rPr>
          <w:rFonts w:eastAsiaTheme="majorEastAsia"/>
          <w:sz w:val="24"/>
          <w:szCs w:val="24"/>
        </w:rPr>
        <w:t>He became it.</w:t>
      </w:r>
    </w:p>
    <w:p w14:paraId="20EE25A6" w14:textId="77777777" w:rsidR="00783E71" w:rsidRPr="00C9454D" w:rsidRDefault="00783E71" w:rsidP="00C9454D">
      <w:pPr>
        <w:rPr>
          <w:rFonts w:eastAsiaTheme="majorEastAsia"/>
          <w:sz w:val="24"/>
          <w:szCs w:val="24"/>
        </w:rPr>
      </w:pPr>
      <w:r w:rsidRPr="00C9454D">
        <w:rPr>
          <w:rFonts w:eastAsiaTheme="majorEastAsia"/>
          <w:sz w:val="24"/>
          <w:szCs w:val="24"/>
        </w:rPr>
        <w:t>For seven years, he wandered. Fought in the Holy Wars. Took vows. Saved his body because Isabelle had been the last to touch it—and he could not bear to stain her memory.</w:t>
      </w:r>
    </w:p>
    <w:p w14:paraId="6B271AA8" w14:textId="77777777" w:rsidR="00783E71" w:rsidRPr="00C9454D" w:rsidRDefault="00783E71" w:rsidP="00C9454D">
      <w:pPr>
        <w:rPr>
          <w:rFonts w:eastAsiaTheme="majorEastAsia"/>
          <w:sz w:val="24"/>
          <w:szCs w:val="24"/>
        </w:rPr>
      </w:pPr>
      <w:r w:rsidRPr="00C9454D">
        <w:rPr>
          <w:rFonts w:eastAsiaTheme="majorEastAsia"/>
          <w:sz w:val="24"/>
          <w:szCs w:val="24"/>
        </w:rPr>
        <w:t xml:space="preserve">He made a vow: he would only love again if he could </w:t>
      </w:r>
      <w:r w:rsidRPr="00C9454D">
        <w:rPr>
          <w:rFonts w:eastAsiaTheme="majorEastAsia"/>
          <w:i/>
          <w:iCs/>
          <w:sz w:val="24"/>
          <w:szCs w:val="24"/>
        </w:rPr>
        <w:t>mean it</w:t>
      </w:r>
      <w:r w:rsidRPr="00C9454D">
        <w:rPr>
          <w:rFonts w:eastAsiaTheme="majorEastAsia"/>
          <w:sz w:val="24"/>
          <w:szCs w:val="24"/>
        </w:rPr>
        <w:t>. Fully. Freely. Not out of fear, or pity, or loneliness.</w:t>
      </w:r>
    </w:p>
    <w:p w14:paraId="4EEF0541" w14:textId="77777777" w:rsidR="007D010F" w:rsidRPr="00C9454D" w:rsidRDefault="007D010F" w:rsidP="00C9454D">
      <w:pPr>
        <w:rPr>
          <w:rFonts w:eastAsiaTheme="majorEastAsia"/>
          <w:sz w:val="24"/>
          <w:szCs w:val="24"/>
        </w:rPr>
      </w:pPr>
    </w:p>
    <w:p w14:paraId="3B0151C7" w14:textId="77777777" w:rsidR="007D010F" w:rsidRPr="00C9454D" w:rsidRDefault="007D010F" w:rsidP="00C9454D">
      <w:pPr>
        <w:rPr>
          <w:sz w:val="24"/>
          <w:szCs w:val="24"/>
        </w:rPr>
      </w:pPr>
      <w:r w:rsidRPr="00C9454D">
        <w:rPr>
          <w:rStyle w:val="Heading2Char"/>
          <w:sz w:val="24"/>
          <w:szCs w:val="24"/>
        </w:rPr>
        <w:t xml:space="preserve">The Battle That Forged Him (1173, </w:t>
      </w:r>
      <w:proofErr w:type="spellStart"/>
      <w:r w:rsidRPr="00C9454D">
        <w:rPr>
          <w:rStyle w:val="Heading2Char"/>
          <w:sz w:val="24"/>
          <w:szCs w:val="24"/>
        </w:rPr>
        <w:t>Verneuil</w:t>
      </w:r>
      <w:proofErr w:type="spellEnd"/>
      <w:r w:rsidRPr="00C9454D">
        <w:rPr>
          <w:sz w:val="24"/>
          <w:szCs w:val="24"/>
        </w:rPr>
        <w:t>)</w:t>
      </w:r>
    </w:p>
    <w:p w14:paraId="3CAB0786" w14:textId="77777777" w:rsidR="007D010F" w:rsidRPr="00C9454D" w:rsidRDefault="007D010F" w:rsidP="00C9454D">
      <w:pPr>
        <w:rPr>
          <w:sz w:val="24"/>
          <w:szCs w:val="24"/>
        </w:rPr>
      </w:pPr>
      <w:r w:rsidRPr="00C9454D">
        <w:rPr>
          <w:sz w:val="24"/>
          <w:szCs w:val="24"/>
        </w:rPr>
        <w:t>Guy did not ride into battle for glory.</w:t>
      </w:r>
    </w:p>
    <w:p w14:paraId="084C7D6B" w14:textId="77777777" w:rsidR="007D010F" w:rsidRPr="00C9454D" w:rsidRDefault="007D010F" w:rsidP="00C9454D">
      <w:pPr>
        <w:rPr>
          <w:sz w:val="24"/>
          <w:szCs w:val="24"/>
        </w:rPr>
      </w:pPr>
      <w:r w:rsidRPr="00C9454D">
        <w:rPr>
          <w:sz w:val="24"/>
          <w:szCs w:val="24"/>
        </w:rPr>
        <w:t>He rode because he had nothing left.</w:t>
      </w:r>
    </w:p>
    <w:p w14:paraId="79742E43" w14:textId="77777777" w:rsidR="007D010F" w:rsidRPr="00C9454D" w:rsidRDefault="007D010F" w:rsidP="00C9454D">
      <w:pPr>
        <w:rPr>
          <w:sz w:val="24"/>
          <w:szCs w:val="24"/>
        </w:rPr>
      </w:pPr>
      <w:r w:rsidRPr="00C9454D">
        <w:rPr>
          <w:sz w:val="24"/>
          <w:szCs w:val="24"/>
        </w:rPr>
        <w:t>He had buried his wife, his child, his old life. He had placed a sword in his hand, armor on his back, and waited for death to take him.</w:t>
      </w:r>
    </w:p>
    <w:p w14:paraId="791FA99C" w14:textId="77777777" w:rsidR="007D010F" w:rsidRPr="00C9454D" w:rsidRDefault="007D010F" w:rsidP="00C9454D">
      <w:pPr>
        <w:rPr>
          <w:sz w:val="24"/>
          <w:szCs w:val="24"/>
        </w:rPr>
      </w:pPr>
      <w:r w:rsidRPr="00C9454D">
        <w:rPr>
          <w:sz w:val="24"/>
          <w:szCs w:val="24"/>
        </w:rPr>
        <w:t>But death did not come for him that day.</w:t>
      </w:r>
    </w:p>
    <w:p w14:paraId="4EBACDD1" w14:textId="77777777" w:rsidR="007D010F" w:rsidRPr="00C9454D" w:rsidRDefault="007D010F" w:rsidP="00C9454D">
      <w:pPr>
        <w:rPr>
          <w:sz w:val="24"/>
          <w:szCs w:val="24"/>
        </w:rPr>
      </w:pPr>
      <w:r w:rsidRPr="00C9454D">
        <w:rPr>
          <w:sz w:val="24"/>
          <w:szCs w:val="24"/>
        </w:rPr>
        <w:t>It came for everyone else.</w:t>
      </w:r>
    </w:p>
    <w:p w14:paraId="6F76A669" w14:textId="77777777" w:rsidR="007D010F" w:rsidRPr="00C9454D" w:rsidRDefault="00FE197F" w:rsidP="00C9454D">
      <w:pPr>
        <w:rPr>
          <w:sz w:val="24"/>
          <w:szCs w:val="24"/>
        </w:rPr>
      </w:pPr>
      <w:r>
        <w:rPr>
          <w:noProof/>
          <w:sz w:val="24"/>
          <w:szCs w:val="24"/>
        </w:rPr>
      </w:r>
      <w:r w:rsidR="00FE197F">
        <w:rPr>
          <w:noProof/>
          <w:sz w:val="24"/>
          <w:szCs w:val="24"/>
        </w:rPr>
        <w:pict w14:anchorId="4D852C78">
          <v:rect id="_x0000_i1027" style="width:0;height:1.5pt" o:hralign="center" o:hrstd="t" o:hr="t" fillcolor="#a0a0a0" stroked="f"/>
        </w:pict>
      </w:r>
    </w:p>
    <w:p w14:paraId="35DB0208" w14:textId="77777777" w:rsidR="007D010F" w:rsidRPr="00C9454D" w:rsidRDefault="007D010F" w:rsidP="00C9454D">
      <w:pPr>
        <w:rPr>
          <w:sz w:val="24"/>
          <w:szCs w:val="24"/>
        </w:rPr>
      </w:pPr>
      <w:r w:rsidRPr="00C9454D">
        <w:rPr>
          <w:sz w:val="24"/>
          <w:szCs w:val="24"/>
        </w:rPr>
        <w:t xml:space="preserve">The Fields of </w:t>
      </w:r>
      <w:proofErr w:type="spellStart"/>
      <w:r w:rsidRPr="00C9454D">
        <w:rPr>
          <w:sz w:val="24"/>
          <w:szCs w:val="24"/>
        </w:rPr>
        <w:t>Verneuil</w:t>
      </w:r>
      <w:proofErr w:type="spellEnd"/>
    </w:p>
    <w:p w14:paraId="2DE9B85C" w14:textId="77777777" w:rsidR="007D010F" w:rsidRPr="00C9454D" w:rsidRDefault="007D010F" w:rsidP="00C9454D">
      <w:pPr>
        <w:rPr>
          <w:sz w:val="24"/>
          <w:szCs w:val="24"/>
        </w:rPr>
      </w:pPr>
    </w:p>
    <w:p w14:paraId="7A5277E3" w14:textId="77777777" w:rsidR="007D010F" w:rsidRPr="00C9454D" w:rsidRDefault="007D010F" w:rsidP="00C9454D">
      <w:pPr>
        <w:rPr>
          <w:sz w:val="24"/>
          <w:szCs w:val="24"/>
        </w:rPr>
      </w:pPr>
      <w:r w:rsidRPr="00C9454D">
        <w:rPr>
          <w:sz w:val="24"/>
          <w:szCs w:val="24"/>
        </w:rPr>
        <w:t>The air was thick with the stench of sweat and blood.</w:t>
      </w:r>
    </w:p>
    <w:p w14:paraId="48CE30D5" w14:textId="77777777" w:rsidR="007D010F" w:rsidRPr="00C9454D" w:rsidRDefault="007D010F" w:rsidP="00C9454D">
      <w:pPr>
        <w:rPr>
          <w:sz w:val="24"/>
          <w:szCs w:val="24"/>
        </w:rPr>
      </w:pPr>
      <w:r w:rsidRPr="00C9454D">
        <w:rPr>
          <w:sz w:val="24"/>
          <w:szCs w:val="24"/>
        </w:rPr>
        <w:t>King Henry’s forces clashed against the rebels, the French banners whipping in the wind, their war cries tearing through the morning mist.</w:t>
      </w:r>
    </w:p>
    <w:p w14:paraId="29342E7A" w14:textId="77777777" w:rsidR="007D010F" w:rsidRPr="00C9454D" w:rsidRDefault="007D010F" w:rsidP="00C9454D">
      <w:pPr>
        <w:rPr>
          <w:sz w:val="24"/>
          <w:szCs w:val="24"/>
        </w:rPr>
      </w:pPr>
      <w:r w:rsidRPr="00C9454D">
        <w:rPr>
          <w:sz w:val="24"/>
          <w:szCs w:val="24"/>
        </w:rPr>
        <w:t>Guy rode among hundreds of men, his sword slick with the blood of those who had fallen before him.</w:t>
      </w:r>
    </w:p>
    <w:p w14:paraId="51E7C2A7" w14:textId="77777777" w:rsidR="007D010F" w:rsidRPr="00C9454D" w:rsidRDefault="007D010F" w:rsidP="00C9454D">
      <w:pPr>
        <w:rPr>
          <w:sz w:val="24"/>
          <w:szCs w:val="24"/>
        </w:rPr>
      </w:pPr>
      <w:r w:rsidRPr="00C9454D">
        <w:rPr>
          <w:sz w:val="24"/>
          <w:szCs w:val="24"/>
        </w:rPr>
        <w:t>This was not chivalry.</w:t>
      </w:r>
    </w:p>
    <w:p w14:paraId="432373AF" w14:textId="77777777" w:rsidR="007D010F" w:rsidRPr="00C9454D" w:rsidRDefault="007D010F" w:rsidP="00C9454D">
      <w:pPr>
        <w:rPr>
          <w:sz w:val="24"/>
          <w:szCs w:val="24"/>
        </w:rPr>
      </w:pPr>
      <w:r w:rsidRPr="00C9454D">
        <w:rPr>
          <w:sz w:val="24"/>
          <w:szCs w:val="24"/>
        </w:rPr>
        <w:t>This was survival.</w:t>
      </w:r>
    </w:p>
    <w:p w14:paraId="4219D372" w14:textId="77777777" w:rsidR="007D010F" w:rsidRPr="00C9454D" w:rsidRDefault="007D010F" w:rsidP="00C9454D">
      <w:pPr>
        <w:rPr>
          <w:sz w:val="24"/>
          <w:szCs w:val="24"/>
        </w:rPr>
      </w:pPr>
      <w:r w:rsidRPr="00C9454D">
        <w:rPr>
          <w:sz w:val="24"/>
          <w:szCs w:val="24"/>
        </w:rPr>
        <w:t>A knight fell beside him, a spear driven through his throat.</w:t>
      </w:r>
    </w:p>
    <w:p w14:paraId="73D19234" w14:textId="77777777" w:rsidR="007D010F" w:rsidRPr="00C9454D" w:rsidRDefault="007D010F" w:rsidP="00C9454D">
      <w:pPr>
        <w:rPr>
          <w:sz w:val="24"/>
          <w:szCs w:val="24"/>
        </w:rPr>
      </w:pPr>
      <w:r w:rsidRPr="00C9454D">
        <w:rPr>
          <w:sz w:val="24"/>
          <w:szCs w:val="24"/>
        </w:rPr>
        <w:t>Guy did not stop.</w:t>
      </w:r>
    </w:p>
    <w:p w14:paraId="49E2D445" w14:textId="77777777" w:rsidR="007D010F" w:rsidRPr="00C9454D" w:rsidRDefault="007D010F" w:rsidP="00C9454D">
      <w:pPr>
        <w:rPr>
          <w:sz w:val="24"/>
          <w:szCs w:val="24"/>
        </w:rPr>
      </w:pPr>
      <w:r w:rsidRPr="00C9454D">
        <w:rPr>
          <w:sz w:val="24"/>
          <w:szCs w:val="24"/>
        </w:rPr>
        <w:t>He drove his sword into the next man, felt it catch against bone, heard the wet gasp as the enemy crumpled.</w:t>
      </w:r>
    </w:p>
    <w:p w14:paraId="1DF62CD1" w14:textId="77777777" w:rsidR="007D010F" w:rsidRPr="00C9454D" w:rsidRDefault="007D010F" w:rsidP="00C9454D">
      <w:pPr>
        <w:rPr>
          <w:sz w:val="24"/>
          <w:szCs w:val="24"/>
        </w:rPr>
      </w:pPr>
      <w:r w:rsidRPr="00C9454D">
        <w:rPr>
          <w:sz w:val="24"/>
          <w:szCs w:val="24"/>
        </w:rPr>
        <w:t>A crossbow bolt whistled past his head.</w:t>
      </w:r>
    </w:p>
    <w:p w14:paraId="082207ED" w14:textId="77777777" w:rsidR="007D010F" w:rsidRPr="00C9454D" w:rsidRDefault="007D010F" w:rsidP="00C9454D">
      <w:pPr>
        <w:rPr>
          <w:sz w:val="24"/>
          <w:szCs w:val="24"/>
        </w:rPr>
      </w:pPr>
      <w:r w:rsidRPr="00C9454D">
        <w:rPr>
          <w:sz w:val="24"/>
          <w:szCs w:val="24"/>
        </w:rPr>
        <w:t>He ducked just in time, raising his shield to block the next strike.</w:t>
      </w:r>
    </w:p>
    <w:p w14:paraId="1C96B2D7" w14:textId="77777777" w:rsidR="007D010F" w:rsidRPr="00C9454D" w:rsidRDefault="007D010F" w:rsidP="00C9454D">
      <w:pPr>
        <w:rPr>
          <w:sz w:val="24"/>
          <w:szCs w:val="24"/>
        </w:rPr>
      </w:pPr>
      <w:r w:rsidRPr="00C9454D">
        <w:rPr>
          <w:sz w:val="24"/>
          <w:szCs w:val="24"/>
        </w:rPr>
        <w:t>The battlefield was a storm of iron and fire, men screaming, horses rearing, the ground slippery with mud and death.</w:t>
      </w:r>
    </w:p>
    <w:p w14:paraId="5C57AE3B" w14:textId="77777777" w:rsidR="007D010F" w:rsidRPr="00C9454D" w:rsidRDefault="00FE197F" w:rsidP="00C9454D">
      <w:pPr>
        <w:rPr>
          <w:sz w:val="24"/>
          <w:szCs w:val="24"/>
        </w:rPr>
      </w:pPr>
      <w:r>
        <w:rPr>
          <w:noProof/>
          <w:sz w:val="24"/>
          <w:szCs w:val="24"/>
        </w:rPr>
      </w:r>
      <w:r w:rsidR="00FE197F">
        <w:rPr>
          <w:noProof/>
          <w:sz w:val="24"/>
          <w:szCs w:val="24"/>
        </w:rPr>
        <w:pict w14:anchorId="0907D03D">
          <v:rect id="_x0000_i1028" style="width:0;height:1.5pt" o:hralign="center" o:hrstd="t" o:hr="t" fillcolor="#a0a0a0" stroked="f"/>
        </w:pict>
      </w:r>
    </w:p>
    <w:p w14:paraId="2AC3FC41" w14:textId="77777777" w:rsidR="007D010F" w:rsidRPr="00C9454D" w:rsidRDefault="007D010F" w:rsidP="00C9454D">
      <w:pPr>
        <w:rPr>
          <w:sz w:val="24"/>
          <w:szCs w:val="24"/>
        </w:rPr>
      </w:pPr>
      <w:r w:rsidRPr="00C9454D">
        <w:rPr>
          <w:sz w:val="24"/>
          <w:szCs w:val="24"/>
        </w:rPr>
        <w:t>The Moment He Became a Knight</w:t>
      </w:r>
    </w:p>
    <w:p w14:paraId="3BB115E4" w14:textId="77777777" w:rsidR="007D010F" w:rsidRPr="00C9454D" w:rsidRDefault="007D010F" w:rsidP="00C9454D">
      <w:pPr>
        <w:rPr>
          <w:sz w:val="24"/>
          <w:szCs w:val="24"/>
        </w:rPr>
      </w:pPr>
    </w:p>
    <w:p w14:paraId="13A1A239" w14:textId="77777777" w:rsidR="007D010F" w:rsidRPr="00C9454D" w:rsidRDefault="007D010F" w:rsidP="00C9454D">
      <w:pPr>
        <w:rPr>
          <w:sz w:val="24"/>
          <w:szCs w:val="24"/>
        </w:rPr>
      </w:pPr>
      <w:r w:rsidRPr="00C9454D">
        <w:rPr>
          <w:sz w:val="24"/>
          <w:szCs w:val="24"/>
        </w:rPr>
        <w:t>Through the chaos, one figure emerged—a rebel commander, mounted, sword raised, cutting through Henry’s men.</w:t>
      </w:r>
    </w:p>
    <w:p w14:paraId="3AD928BE" w14:textId="77777777" w:rsidR="007D010F" w:rsidRPr="00C9454D" w:rsidRDefault="007D010F" w:rsidP="00C9454D">
      <w:pPr>
        <w:rPr>
          <w:sz w:val="24"/>
          <w:szCs w:val="24"/>
        </w:rPr>
      </w:pPr>
      <w:r w:rsidRPr="00C9454D">
        <w:rPr>
          <w:sz w:val="24"/>
          <w:szCs w:val="24"/>
        </w:rPr>
        <w:t>Guy’s warhorse snorted, sensing the charge before Guy did.</w:t>
      </w:r>
    </w:p>
    <w:p w14:paraId="37FCD82A" w14:textId="77777777" w:rsidR="007D010F" w:rsidRPr="00C9454D" w:rsidRDefault="007D010F" w:rsidP="00C9454D">
      <w:pPr>
        <w:rPr>
          <w:sz w:val="24"/>
          <w:szCs w:val="24"/>
        </w:rPr>
      </w:pPr>
      <w:r w:rsidRPr="00C9454D">
        <w:rPr>
          <w:sz w:val="24"/>
          <w:szCs w:val="24"/>
        </w:rPr>
        <w:t>The rebel locked eyes with him, sneering.</w:t>
      </w:r>
    </w:p>
    <w:p w14:paraId="79FDA69C" w14:textId="77777777" w:rsidR="007D010F" w:rsidRPr="00C9454D" w:rsidRDefault="007D010F" w:rsidP="00C9454D">
      <w:pPr>
        <w:rPr>
          <w:sz w:val="24"/>
          <w:szCs w:val="24"/>
        </w:rPr>
      </w:pPr>
      <w:r w:rsidRPr="00C9454D">
        <w:rPr>
          <w:sz w:val="24"/>
          <w:szCs w:val="24"/>
        </w:rPr>
        <w:t>“Another dog for the king?”</w:t>
      </w:r>
    </w:p>
    <w:p w14:paraId="12EDA955" w14:textId="77777777" w:rsidR="007D010F" w:rsidRPr="00C9454D" w:rsidRDefault="007D010F" w:rsidP="00C9454D">
      <w:pPr>
        <w:rPr>
          <w:sz w:val="24"/>
          <w:szCs w:val="24"/>
        </w:rPr>
      </w:pPr>
      <w:r w:rsidRPr="00C9454D">
        <w:rPr>
          <w:sz w:val="24"/>
          <w:szCs w:val="24"/>
        </w:rPr>
        <w:t>Guy did not answer.</w:t>
      </w:r>
    </w:p>
    <w:p w14:paraId="4285E2B1" w14:textId="77777777" w:rsidR="007D010F" w:rsidRPr="00C9454D" w:rsidRDefault="007D010F" w:rsidP="00C9454D">
      <w:pPr>
        <w:rPr>
          <w:sz w:val="24"/>
          <w:szCs w:val="24"/>
        </w:rPr>
      </w:pPr>
      <w:r w:rsidRPr="00C9454D">
        <w:rPr>
          <w:sz w:val="24"/>
          <w:szCs w:val="24"/>
        </w:rPr>
        <w:t>He spurred his horse forward, their blades clashing mid-stride.</w:t>
      </w:r>
    </w:p>
    <w:p w14:paraId="25567EB6" w14:textId="77777777" w:rsidR="007D010F" w:rsidRPr="00C9454D" w:rsidRDefault="007D010F" w:rsidP="00C9454D">
      <w:pPr>
        <w:rPr>
          <w:sz w:val="24"/>
          <w:szCs w:val="24"/>
        </w:rPr>
      </w:pPr>
      <w:r w:rsidRPr="00C9454D">
        <w:rPr>
          <w:sz w:val="24"/>
          <w:szCs w:val="24"/>
        </w:rPr>
        <w:t>The force of the impact jolted through his bones, steel grinding against steel.</w:t>
      </w:r>
    </w:p>
    <w:p w14:paraId="0247E0DD" w14:textId="77777777" w:rsidR="007D010F" w:rsidRPr="00C9454D" w:rsidRDefault="007D010F" w:rsidP="00C9454D">
      <w:pPr>
        <w:rPr>
          <w:sz w:val="24"/>
          <w:szCs w:val="24"/>
        </w:rPr>
      </w:pPr>
      <w:r w:rsidRPr="00C9454D">
        <w:rPr>
          <w:sz w:val="24"/>
          <w:szCs w:val="24"/>
        </w:rPr>
        <w:t>The rebel struck hard, his blade biting into Guy’s shoulder armor.</w:t>
      </w:r>
    </w:p>
    <w:p w14:paraId="1A8A4279" w14:textId="77777777" w:rsidR="007D010F" w:rsidRPr="00C9454D" w:rsidRDefault="007D010F" w:rsidP="00C9454D">
      <w:pPr>
        <w:rPr>
          <w:sz w:val="24"/>
          <w:szCs w:val="24"/>
        </w:rPr>
      </w:pPr>
      <w:r w:rsidRPr="00C9454D">
        <w:rPr>
          <w:sz w:val="24"/>
          <w:szCs w:val="24"/>
        </w:rPr>
        <w:t>Pain flared hot and sharp.</w:t>
      </w:r>
    </w:p>
    <w:p w14:paraId="4524DAAD" w14:textId="77777777" w:rsidR="007D010F" w:rsidRPr="00C9454D" w:rsidRDefault="007D010F" w:rsidP="00C9454D">
      <w:pPr>
        <w:rPr>
          <w:sz w:val="24"/>
          <w:szCs w:val="24"/>
        </w:rPr>
      </w:pPr>
      <w:r w:rsidRPr="00C9454D">
        <w:rPr>
          <w:sz w:val="24"/>
          <w:szCs w:val="24"/>
        </w:rPr>
        <w:t>But Guy did not yield.</w:t>
      </w:r>
    </w:p>
    <w:p w14:paraId="31E5EA9A" w14:textId="77777777" w:rsidR="007D010F" w:rsidRPr="00C9454D" w:rsidRDefault="007D010F" w:rsidP="00C9454D">
      <w:pPr>
        <w:rPr>
          <w:sz w:val="24"/>
          <w:szCs w:val="24"/>
        </w:rPr>
      </w:pPr>
      <w:r w:rsidRPr="00C9454D">
        <w:rPr>
          <w:sz w:val="24"/>
          <w:szCs w:val="24"/>
        </w:rPr>
        <w:t>He drove his sword upward, under the man’s arm, past the links of chainmail—</w:t>
      </w:r>
    </w:p>
    <w:p w14:paraId="5C65E1EC" w14:textId="77777777" w:rsidR="007D010F" w:rsidRPr="00C9454D" w:rsidRDefault="007D010F" w:rsidP="00C9454D">
      <w:pPr>
        <w:rPr>
          <w:sz w:val="24"/>
          <w:szCs w:val="24"/>
        </w:rPr>
      </w:pPr>
      <w:r w:rsidRPr="00C9454D">
        <w:rPr>
          <w:sz w:val="24"/>
          <w:szCs w:val="24"/>
        </w:rPr>
        <w:t>Straight into his ribs.</w:t>
      </w:r>
    </w:p>
    <w:p w14:paraId="4B98FB9E" w14:textId="77777777" w:rsidR="007D010F" w:rsidRPr="00C9454D" w:rsidRDefault="007D010F" w:rsidP="00C9454D">
      <w:pPr>
        <w:rPr>
          <w:sz w:val="24"/>
          <w:szCs w:val="24"/>
        </w:rPr>
      </w:pPr>
      <w:r w:rsidRPr="00C9454D">
        <w:rPr>
          <w:sz w:val="24"/>
          <w:szCs w:val="24"/>
        </w:rPr>
        <w:t>The rebel let out a strangled cry, slumping from his saddle.</w:t>
      </w:r>
    </w:p>
    <w:p w14:paraId="46F9B0EB" w14:textId="77777777" w:rsidR="007D010F" w:rsidRPr="00C9454D" w:rsidRDefault="007D010F" w:rsidP="00C9454D">
      <w:pPr>
        <w:rPr>
          <w:sz w:val="24"/>
          <w:szCs w:val="24"/>
        </w:rPr>
      </w:pPr>
      <w:r w:rsidRPr="00C9454D">
        <w:rPr>
          <w:sz w:val="24"/>
          <w:szCs w:val="24"/>
        </w:rPr>
        <w:t>Guy kicked his body free, turning to face the next.</w:t>
      </w:r>
    </w:p>
    <w:p w14:paraId="7404FD03" w14:textId="77777777" w:rsidR="007D010F" w:rsidRPr="00C9454D" w:rsidRDefault="007D010F" w:rsidP="00C9454D">
      <w:pPr>
        <w:rPr>
          <w:sz w:val="24"/>
          <w:szCs w:val="24"/>
        </w:rPr>
      </w:pPr>
      <w:r w:rsidRPr="00C9454D">
        <w:rPr>
          <w:sz w:val="24"/>
          <w:szCs w:val="24"/>
        </w:rPr>
        <w:t>By the time the battle ended, his armor was drenched in blood that was not his.</w:t>
      </w:r>
    </w:p>
    <w:p w14:paraId="7E6B4D87" w14:textId="77777777" w:rsidR="007D010F" w:rsidRPr="00C9454D" w:rsidRDefault="007D010F" w:rsidP="00C9454D">
      <w:pPr>
        <w:rPr>
          <w:sz w:val="24"/>
          <w:szCs w:val="24"/>
        </w:rPr>
      </w:pPr>
      <w:r w:rsidRPr="00C9454D">
        <w:rPr>
          <w:sz w:val="24"/>
          <w:szCs w:val="24"/>
        </w:rPr>
        <w:t>And he was still standing.</w:t>
      </w:r>
    </w:p>
    <w:p w14:paraId="758A348B" w14:textId="77777777" w:rsidR="007D010F" w:rsidRPr="00C9454D" w:rsidRDefault="00FE197F" w:rsidP="00C9454D">
      <w:pPr>
        <w:rPr>
          <w:sz w:val="24"/>
          <w:szCs w:val="24"/>
        </w:rPr>
      </w:pPr>
      <w:r>
        <w:rPr>
          <w:noProof/>
          <w:sz w:val="24"/>
          <w:szCs w:val="24"/>
        </w:rPr>
      </w:r>
      <w:r w:rsidR="00FE197F">
        <w:rPr>
          <w:noProof/>
          <w:sz w:val="24"/>
          <w:szCs w:val="24"/>
        </w:rPr>
        <w:pict w14:anchorId="0BCC6312">
          <v:rect id="_x0000_i1029" style="width:0;height:1.5pt" o:hralign="center" o:hrstd="t" o:hr="t" fillcolor="#a0a0a0" stroked="f"/>
        </w:pict>
      </w:r>
    </w:p>
    <w:p w14:paraId="520EA61E" w14:textId="77777777" w:rsidR="007D010F" w:rsidRPr="00C9454D" w:rsidRDefault="007D010F" w:rsidP="00C9454D">
      <w:pPr>
        <w:rPr>
          <w:sz w:val="24"/>
          <w:szCs w:val="24"/>
        </w:rPr>
      </w:pPr>
      <w:r w:rsidRPr="00C9454D">
        <w:rPr>
          <w:sz w:val="24"/>
          <w:szCs w:val="24"/>
        </w:rPr>
        <w:t>The Aftermath</w:t>
      </w:r>
    </w:p>
    <w:p w14:paraId="17079CDA" w14:textId="77777777" w:rsidR="007D010F" w:rsidRPr="00C9454D" w:rsidRDefault="007D010F" w:rsidP="00C9454D">
      <w:pPr>
        <w:rPr>
          <w:sz w:val="24"/>
          <w:szCs w:val="24"/>
        </w:rPr>
      </w:pPr>
    </w:p>
    <w:p w14:paraId="1A190368" w14:textId="77777777" w:rsidR="007D010F" w:rsidRPr="00C9454D" w:rsidRDefault="007D010F" w:rsidP="00C9454D">
      <w:pPr>
        <w:rPr>
          <w:sz w:val="24"/>
          <w:szCs w:val="24"/>
        </w:rPr>
      </w:pPr>
      <w:r w:rsidRPr="00C9454D">
        <w:rPr>
          <w:sz w:val="24"/>
          <w:szCs w:val="24"/>
        </w:rPr>
        <w:t>The field was silent now, save for the moans of the dying.</w:t>
      </w:r>
    </w:p>
    <w:p w14:paraId="4CA466B3" w14:textId="77777777" w:rsidR="007D010F" w:rsidRPr="00C9454D" w:rsidRDefault="007D010F" w:rsidP="00C9454D">
      <w:pPr>
        <w:rPr>
          <w:sz w:val="24"/>
          <w:szCs w:val="24"/>
        </w:rPr>
      </w:pPr>
      <w:r w:rsidRPr="00C9454D">
        <w:rPr>
          <w:sz w:val="24"/>
          <w:szCs w:val="24"/>
        </w:rPr>
        <w:t>Smoke rose from the distant village.</w:t>
      </w:r>
    </w:p>
    <w:p w14:paraId="5A04CA86" w14:textId="77777777" w:rsidR="007D010F" w:rsidRPr="00C9454D" w:rsidRDefault="007D010F" w:rsidP="00C9454D">
      <w:pPr>
        <w:rPr>
          <w:sz w:val="24"/>
          <w:szCs w:val="24"/>
        </w:rPr>
      </w:pPr>
      <w:r w:rsidRPr="00C9454D">
        <w:rPr>
          <w:sz w:val="24"/>
          <w:szCs w:val="24"/>
        </w:rPr>
        <w:t>King Henry’s men moved through the wreckage, finishing off the wounded rebels.</w:t>
      </w:r>
    </w:p>
    <w:p w14:paraId="04DA6D4C" w14:textId="77777777" w:rsidR="007D010F" w:rsidRPr="00C9454D" w:rsidRDefault="007D010F" w:rsidP="00C9454D">
      <w:pPr>
        <w:rPr>
          <w:sz w:val="24"/>
          <w:szCs w:val="24"/>
        </w:rPr>
      </w:pPr>
      <w:r w:rsidRPr="00C9454D">
        <w:rPr>
          <w:sz w:val="24"/>
          <w:szCs w:val="24"/>
        </w:rPr>
        <w:t>Guy stood among them, sword still in hand, waiting for orders.</w:t>
      </w:r>
    </w:p>
    <w:p w14:paraId="4A9F9E54" w14:textId="77777777" w:rsidR="007D010F" w:rsidRPr="00C9454D" w:rsidRDefault="007D010F" w:rsidP="00C9454D">
      <w:pPr>
        <w:rPr>
          <w:sz w:val="24"/>
          <w:szCs w:val="24"/>
        </w:rPr>
      </w:pPr>
      <w:r w:rsidRPr="00C9454D">
        <w:rPr>
          <w:sz w:val="24"/>
          <w:szCs w:val="24"/>
        </w:rPr>
        <w:t>A knight rode up beside him, helmet tucked under his arm.</w:t>
      </w:r>
    </w:p>
    <w:p w14:paraId="6889CC50" w14:textId="77777777" w:rsidR="007D010F" w:rsidRPr="00C9454D" w:rsidRDefault="007D010F" w:rsidP="00C9454D">
      <w:pPr>
        <w:rPr>
          <w:sz w:val="24"/>
          <w:szCs w:val="24"/>
        </w:rPr>
      </w:pPr>
      <w:r w:rsidRPr="00C9454D">
        <w:rPr>
          <w:sz w:val="24"/>
          <w:szCs w:val="24"/>
        </w:rPr>
        <w:t>“What’s your name?”</w:t>
      </w:r>
    </w:p>
    <w:p w14:paraId="09700410" w14:textId="77777777" w:rsidR="007D010F" w:rsidRPr="00C9454D" w:rsidRDefault="007D010F" w:rsidP="00C9454D">
      <w:pPr>
        <w:rPr>
          <w:sz w:val="24"/>
          <w:szCs w:val="24"/>
        </w:rPr>
      </w:pPr>
      <w:r w:rsidRPr="00C9454D">
        <w:rPr>
          <w:sz w:val="24"/>
          <w:szCs w:val="24"/>
        </w:rPr>
        <w:t>Guy turned slowly.</w:t>
      </w:r>
    </w:p>
    <w:p w14:paraId="29589BFA" w14:textId="77777777" w:rsidR="007D010F" w:rsidRPr="00C9454D" w:rsidRDefault="007D010F" w:rsidP="00C9454D">
      <w:pPr>
        <w:rPr>
          <w:sz w:val="24"/>
          <w:szCs w:val="24"/>
        </w:rPr>
      </w:pPr>
      <w:r w:rsidRPr="00C9454D">
        <w:rPr>
          <w:sz w:val="24"/>
          <w:szCs w:val="24"/>
        </w:rPr>
        <w:t xml:space="preserve">“De </w:t>
      </w:r>
      <w:proofErr w:type="spellStart"/>
      <w:r w:rsidRPr="00C9454D">
        <w:rPr>
          <w:sz w:val="24"/>
          <w:szCs w:val="24"/>
        </w:rPr>
        <w:t>Peine</w:t>
      </w:r>
      <w:proofErr w:type="spellEnd"/>
      <w:r w:rsidRPr="00C9454D">
        <w:rPr>
          <w:sz w:val="24"/>
          <w:szCs w:val="24"/>
        </w:rPr>
        <w:t>,” he answered.</w:t>
      </w:r>
    </w:p>
    <w:p w14:paraId="47648835" w14:textId="77777777" w:rsidR="007D010F" w:rsidRPr="00C9454D" w:rsidRDefault="007D010F" w:rsidP="00C9454D">
      <w:pPr>
        <w:rPr>
          <w:sz w:val="24"/>
          <w:szCs w:val="24"/>
        </w:rPr>
      </w:pPr>
      <w:r w:rsidRPr="00C9454D">
        <w:rPr>
          <w:sz w:val="24"/>
          <w:szCs w:val="24"/>
        </w:rPr>
        <w:t>The knight nodded approvingly.</w:t>
      </w:r>
    </w:p>
    <w:p w14:paraId="76CA308B" w14:textId="77777777" w:rsidR="007D010F" w:rsidRPr="00C9454D" w:rsidRDefault="007D010F" w:rsidP="00C9454D">
      <w:pPr>
        <w:rPr>
          <w:sz w:val="24"/>
          <w:szCs w:val="24"/>
        </w:rPr>
      </w:pPr>
      <w:r w:rsidRPr="00C9454D">
        <w:rPr>
          <w:sz w:val="24"/>
          <w:szCs w:val="24"/>
        </w:rPr>
        <w:t>“You fought like a man with nothing to lose.”</w:t>
      </w:r>
    </w:p>
    <w:p w14:paraId="45B535CA" w14:textId="77777777" w:rsidR="007D010F" w:rsidRPr="00C9454D" w:rsidRDefault="007D010F" w:rsidP="00C9454D">
      <w:pPr>
        <w:rPr>
          <w:sz w:val="24"/>
          <w:szCs w:val="24"/>
        </w:rPr>
      </w:pPr>
      <w:r w:rsidRPr="00C9454D">
        <w:rPr>
          <w:sz w:val="24"/>
          <w:szCs w:val="24"/>
        </w:rPr>
        <w:t>Guy did not correct him.</w:t>
      </w:r>
    </w:p>
    <w:p w14:paraId="53DD526F" w14:textId="77777777" w:rsidR="007D010F" w:rsidRPr="00C9454D" w:rsidRDefault="007D010F" w:rsidP="00C9454D">
      <w:pPr>
        <w:rPr>
          <w:sz w:val="24"/>
          <w:szCs w:val="24"/>
        </w:rPr>
      </w:pPr>
      <w:r w:rsidRPr="00C9454D">
        <w:rPr>
          <w:sz w:val="24"/>
          <w:szCs w:val="24"/>
        </w:rPr>
        <w:t>Because it was true.</w:t>
      </w:r>
    </w:p>
    <w:p w14:paraId="1FACB555" w14:textId="7A1E2A7D" w:rsidR="00DD6491" w:rsidRPr="00C9454D" w:rsidRDefault="00432785" w:rsidP="00C9454D">
      <w:pPr>
        <w:rPr>
          <w:sz w:val="24"/>
          <w:szCs w:val="24"/>
        </w:rPr>
      </w:pPr>
      <w:r w:rsidRPr="00C9454D">
        <w:rPr>
          <w:sz w:val="24"/>
          <w:szCs w:val="24"/>
        </w:rPr>
        <w:t>Centuries passed. But the war never really ended. It changed its battlefield—moving from fields of blood to the quiet rooms of childhood, from knights in armor to little girls holding their breath.</w:t>
      </w:r>
    </w:p>
    <w:p w14:paraId="60DDABF4" w14:textId="77777777" w:rsidR="000B79A1" w:rsidRPr="00C9454D" w:rsidRDefault="000B79A1" w:rsidP="00C9454D">
      <w:pPr>
        <w:rPr>
          <w:rFonts w:asciiTheme="majorHAnsi" w:eastAsiaTheme="majorEastAsia" w:hAnsiTheme="majorHAnsi" w:cstheme="majorBidi"/>
          <w:color w:val="61721F" w:themeColor="accent1" w:themeShade="BF"/>
          <w:sz w:val="24"/>
          <w:szCs w:val="24"/>
        </w:rPr>
      </w:pPr>
    </w:p>
    <w:p w14:paraId="5C0645F4" w14:textId="1D0EEE6E" w:rsidR="007B7680" w:rsidRPr="00C9454D" w:rsidRDefault="000B7827" w:rsidP="00C9454D">
      <w:pPr>
        <w:pStyle w:val="Heading2"/>
        <w:rPr>
          <w:sz w:val="24"/>
          <w:szCs w:val="24"/>
        </w:rPr>
      </w:pPr>
      <w:r w:rsidRPr="00C9454D">
        <w:rPr>
          <w:sz w:val="24"/>
          <w:szCs w:val="24"/>
        </w:rPr>
        <w:t>Scroll of the Present – A Life Hard Fought, 1977</w:t>
      </w:r>
    </w:p>
    <w:p w14:paraId="4DB4AD3D" w14:textId="77777777" w:rsidR="009E636A" w:rsidRPr="00C9454D" w:rsidRDefault="009E636A" w:rsidP="00C9454D">
      <w:pPr>
        <w:rPr>
          <w:sz w:val="24"/>
          <w:szCs w:val="24"/>
        </w:rPr>
      </w:pPr>
    </w:p>
    <w:p w14:paraId="5DB5A885" w14:textId="36BE2F8F" w:rsidR="000B79A1" w:rsidRPr="00C9454D" w:rsidRDefault="007B7680" w:rsidP="00C9454D">
      <w:pPr>
        <w:rPr>
          <w:sz w:val="24"/>
          <w:szCs w:val="24"/>
        </w:rPr>
      </w:pPr>
      <w:r w:rsidRPr="00C9454D">
        <w:rPr>
          <w:sz w:val="24"/>
          <w:szCs w:val="24"/>
        </w:rPr>
        <w:t xml:space="preserve">Some people inherit lands. </w:t>
      </w:r>
    </w:p>
    <w:p w14:paraId="77B67D33" w14:textId="6AC9E07A" w:rsidR="007B7680" w:rsidRPr="00C9454D" w:rsidRDefault="007B7680" w:rsidP="00C9454D">
      <w:pPr>
        <w:rPr>
          <w:sz w:val="24"/>
          <w:szCs w:val="24"/>
        </w:rPr>
      </w:pPr>
      <w:r w:rsidRPr="00C9454D">
        <w:rPr>
          <w:sz w:val="24"/>
          <w:szCs w:val="24"/>
        </w:rPr>
        <w:t>Others inherit titles.</w:t>
      </w:r>
    </w:p>
    <w:p w14:paraId="2EEE0C62" w14:textId="77777777" w:rsidR="007B7680" w:rsidRPr="00C9454D" w:rsidRDefault="007B7680" w:rsidP="00C9454D">
      <w:pPr>
        <w:rPr>
          <w:sz w:val="24"/>
          <w:szCs w:val="24"/>
        </w:rPr>
      </w:pPr>
      <w:r w:rsidRPr="00C9454D">
        <w:rPr>
          <w:sz w:val="24"/>
          <w:szCs w:val="24"/>
        </w:rPr>
        <w:t xml:space="preserve">I inherited a legacy of survival. A name that has been whispered through the halls of history, not in triumph, but in </w:t>
      </w:r>
      <w:r w:rsidRPr="00C9454D">
        <w:rPr>
          <w:i/>
          <w:iCs/>
          <w:sz w:val="24"/>
          <w:szCs w:val="24"/>
        </w:rPr>
        <w:t>trial</w:t>
      </w:r>
      <w:r w:rsidRPr="00C9454D">
        <w:rPr>
          <w:sz w:val="24"/>
          <w:szCs w:val="24"/>
        </w:rPr>
        <w:t>. A lineage shaped not by wealth, but by will.</w:t>
      </w:r>
    </w:p>
    <w:p w14:paraId="7D5DD301" w14:textId="77777777" w:rsidR="007B7680" w:rsidRPr="00C9454D" w:rsidRDefault="007B7680" w:rsidP="00C9454D">
      <w:pPr>
        <w:rPr>
          <w:sz w:val="24"/>
          <w:szCs w:val="24"/>
        </w:rPr>
      </w:pPr>
      <w:r w:rsidRPr="00C9454D">
        <w:rPr>
          <w:sz w:val="24"/>
          <w:szCs w:val="24"/>
        </w:rPr>
        <w:t>For generations, my ancestors walked the thin line between privilege and peril. From the bloodstained floors of Canterbury Cathedral to the windswept fields of England, they built their futures out of the ashes of their pasts. Reginald Fitz-</w:t>
      </w:r>
      <w:proofErr w:type="spellStart"/>
      <w:r w:rsidRPr="00C9454D">
        <w:rPr>
          <w:sz w:val="24"/>
          <w:szCs w:val="24"/>
        </w:rPr>
        <w:t>Urse</w:t>
      </w:r>
      <w:proofErr w:type="spellEnd"/>
      <w:r w:rsidRPr="00C9454D">
        <w:rPr>
          <w:sz w:val="24"/>
          <w:szCs w:val="24"/>
        </w:rPr>
        <w:t xml:space="preserve"> had once been a man of the king, a knight with power, prestige, and favor. Until one fateful night in Canterbury stripped him of it all. Excommunicated, banished, cursed by the very Church he had fought for, he fled into the wilderness, leaving his name behind.</w:t>
      </w:r>
    </w:p>
    <w:p w14:paraId="1374D18A" w14:textId="77777777" w:rsidR="007B7680" w:rsidRPr="00C9454D" w:rsidRDefault="007B7680" w:rsidP="00C9454D">
      <w:pPr>
        <w:rPr>
          <w:sz w:val="24"/>
          <w:szCs w:val="24"/>
        </w:rPr>
      </w:pPr>
      <w:proofErr w:type="spellStart"/>
      <w:r w:rsidRPr="00C9454D">
        <w:rPr>
          <w:sz w:val="24"/>
          <w:szCs w:val="24"/>
        </w:rPr>
        <w:t>Barham</w:t>
      </w:r>
      <w:proofErr w:type="spellEnd"/>
      <w:r w:rsidRPr="00C9454D">
        <w:rPr>
          <w:sz w:val="24"/>
          <w:szCs w:val="24"/>
        </w:rPr>
        <w:t>.</w:t>
      </w:r>
    </w:p>
    <w:p w14:paraId="03975E7F" w14:textId="77777777" w:rsidR="007B7680" w:rsidRPr="00C9454D" w:rsidRDefault="007B7680" w:rsidP="00C9454D">
      <w:pPr>
        <w:rPr>
          <w:sz w:val="24"/>
          <w:szCs w:val="24"/>
        </w:rPr>
      </w:pPr>
      <w:r w:rsidRPr="00C9454D">
        <w:rPr>
          <w:sz w:val="24"/>
          <w:szCs w:val="24"/>
        </w:rPr>
        <w:t>A name not born from victory, but from exile. A name meant to be forgotten, but one that endured.</w:t>
      </w:r>
    </w:p>
    <w:p w14:paraId="6110ECED" w14:textId="77777777" w:rsidR="007B7680" w:rsidRPr="00C9454D" w:rsidRDefault="007B7680" w:rsidP="00C9454D">
      <w:pPr>
        <w:rPr>
          <w:sz w:val="24"/>
          <w:szCs w:val="24"/>
        </w:rPr>
      </w:pPr>
      <w:r w:rsidRPr="00C9454D">
        <w:rPr>
          <w:sz w:val="24"/>
          <w:szCs w:val="24"/>
        </w:rPr>
        <w:t xml:space="preserve">I, </w:t>
      </w:r>
      <w:proofErr w:type="spellStart"/>
      <w:r w:rsidRPr="00C9454D">
        <w:rPr>
          <w:sz w:val="24"/>
          <w:szCs w:val="24"/>
        </w:rPr>
        <w:t>Carlye</w:t>
      </w:r>
      <w:proofErr w:type="spellEnd"/>
      <w:r w:rsidRPr="00C9454D">
        <w:rPr>
          <w:sz w:val="24"/>
          <w:szCs w:val="24"/>
        </w:rPr>
        <w:t xml:space="preserve"> Denise </w:t>
      </w:r>
      <w:proofErr w:type="spellStart"/>
      <w:r w:rsidRPr="00C9454D">
        <w:rPr>
          <w:sz w:val="24"/>
          <w:szCs w:val="24"/>
        </w:rPr>
        <w:t>Barham</w:t>
      </w:r>
      <w:proofErr w:type="spellEnd"/>
      <w:r w:rsidRPr="00C9454D">
        <w:rPr>
          <w:sz w:val="24"/>
          <w:szCs w:val="24"/>
        </w:rPr>
        <w:t xml:space="preserve">, am his daughter, though centuries divide us. His blood runs in my veins, just as the blood of Abilene De </w:t>
      </w:r>
      <w:proofErr w:type="spellStart"/>
      <w:r w:rsidRPr="00C9454D">
        <w:rPr>
          <w:sz w:val="24"/>
          <w:szCs w:val="24"/>
        </w:rPr>
        <w:t>Barham</w:t>
      </w:r>
      <w:proofErr w:type="spellEnd"/>
      <w:r w:rsidRPr="00C9454D">
        <w:rPr>
          <w:sz w:val="24"/>
          <w:szCs w:val="24"/>
        </w:rPr>
        <w:t>—the woman who reclaimed what he lost—flows through me.</w:t>
      </w:r>
    </w:p>
    <w:p w14:paraId="615E222D" w14:textId="77777777" w:rsidR="007B7680" w:rsidRPr="00C9454D" w:rsidRDefault="007B7680" w:rsidP="00C9454D">
      <w:pPr>
        <w:rPr>
          <w:sz w:val="24"/>
          <w:szCs w:val="24"/>
        </w:rPr>
      </w:pPr>
      <w:r w:rsidRPr="00C9454D">
        <w:rPr>
          <w:sz w:val="24"/>
          <w:szCs w:val="24"/>
        </w:rPr>
        <w:t>And just like them, I have known loss. I have known exile. I have known what it is to stand at the edge of ruin and refuse to fall.</w:t>
      </w:r>
    </w:p>
    <w:p w14:paraId="73520FA1" w14:textId="77777777" w:rsidR="007B7680" w:rsidRPr="00C9454D" w:rsidRDefault="00FE197F" w:rsidP="00C9454D">
      <w:pPr>
        <w:rPr>
          <w:sz w:val="24"/>
          <w:szCs w:val="24"/>
        </w:rPr>
      </w:pPr>
      <w:r>
        <w:rPr>
          <w:noProof/>
          <w:sz w:val="24"/>
          <w:szCs w:val="24"/>
        </w:rPr>
      </w:r>
      <w:r w:rsidR="00FE197F">
        <w:rPr>
          <w:noProof/>
          <w:sz w:val="24"/>
          <w:szCs w:val="24"/>
        </w:rPr>
        <w:pict w14:anchorId="1ED94CAD">
          <v:rect id="_x0000_i1030" style="width:0;height:1.5pt" o:hralign="center" o:hrstd="t" o:hr="t" fillcolor="#a0a0a0" stroked="f"/>
        </w:pict>
      </w:r>
    </w:p>
    <w:p w14:paraId="6CB0542C" w14:textId="656402CD" w:rsidR="007D010F" w:rsidRPr="00C9454D" w:rsidRDefault="007D010F" w:rsidP="00C9454D">
      <w:pPr>
        <w:pStyle w:val="Heading2"/>
        <w:rPr>
          <w:sz w:val="24"/>
          <w:szCs w:val="24"/>
        </w:rPr>
      </w:pPr>
      <w:r w:rsidRPr="00C9454D">
        <w:rPr>
          <w:sz w:val="24"/>
          <w:szCs w:val="24"/>
        </w:rPr>
        <w:t xml:space="preserve">SIR GUY DE PEINE – THE ELIGIBLE KNIGHT </w:t>
      </w:r>
    </w:p>
    <w:p w14:paraId="4CC53E83" w14:textId="77777777" w:rsidR="00B0442F" w:rsidRPr="00C9454D" w:rsidRDefault="00B0442F" w:rsidP="00C9454D">
      <w:pPr>
        <w:rPr>
          <w:sz w:val="24"/>
          <w:szCs w:val="24"/>
        </w:rPr>
      </w:pPr>
    </w:p>
    <w:p w14:paraId="439A12BF" w14:textId="04D0792C" w:rsidR="007D010F" w:rsidRPr="00C9454D" w:rsidRDefault="007D010F" w:rsidP="00C9454D">
      <w:pPr>
        <w:rPr>
          <w:sz w:val="24"/>
          <w:szCs w:val="24"/>
        </w:rPr>
      </w:pPr>
      <w:r w:rsidRPr="00C9454D">
        <w:rPr>
          <w:sz w:val="24"/>
          <w:szCs w:val="24"/>
        </w:rPr>
        <w:t xml:space="preserve">For fifteen years, Sir Guy de </w:t>
      </w:r>
      <w:proofErr w:type="spellStart"/>
      <w:r w:rsidRPr="00C9454D">
        <w:rPr>
          <w:sz w:val="24"/>
          <w:szCs w:val="24"/>
        </w:rPr>
        <w:t>Peine</w:t>
      </w:r>
      <w:proofErr w:type="spellEnd"/>
      <w:r w:rsidRPr="00C9454D">
        <w:rPr>
          <w:sz w:val="24"/>
          <w:szCs w:val="24"/>
        </w:rPr>
        <w:t xml:space="preserve"> was the most sought-after bachelor in the kingdom. His name was passed in whispers through the courts of England and beyond—</w:t>
      </w:r>
      <w:r w:rsidRPr="00C9454D">
        <w:rPr>
          <w:b/>
          <w:bCs/>
          <w:sz w:val="24"/>
          <w:szCs w:val="24"/>
        </w:rPr>
        <w:t>the Dancing Knight</w:t>
      </w:r>
      <w:r w:rsidRPr="00C9454D">
        <w:rPr>
          <w:sz w:val="24"/>
          <w:szCs w:val="24"/>
        </w:rPr>
        <w:t>, they called him. Not for his courtly steps (though he moved with grace when compelled), but for the way he stepped between duty and mystery. No one knew quite what he wanted. And so, the world wanted him.</w:t>
      </w:r>
    </w:p>
    <w:p w14:paraId="08CDFF7C" w14:textId="77777777" w:rsidR="007D010F" w:rsidRPr="00C9454D" w:rsidRDefault="007D010F" w:rsidP="00C9454D">
      <w:pPr>
        <w:rPr>
          <w:sz w:val="24"/>
          <w:szCs w:val="24"/>
        </w:rPr>
      </w:pPr>
      <w:r w:rsidRPr="00C9454D">
        <w:rPr>
          <w:sz w:val="24"/>
          <w:szCs w:val="24"/>
        </w:rPr>
        <w:t>He was striking in armor, unreadable in conversation, and humble in victory. A man of quiet faith and sharp discipline, Guy could silence an entire room with a single gaze—and send its ladies into a flurry with a single smile.</w:t>
      </w:r>
    </w:p>
    <w:p w14:paraId="3AE7518E" w14:textId="19832466" w:rsidR="00B17B7A" w:rsidRPr="00C9454D" w:rsidRDefault="007D010F" w:rsidP="00C9454D">
      <w:pPr>
        <w:rPr>
          <w:sz w:val="24"/>
          <w:szCs w:val="24"/>
        </w:rPr>
      </w:pPr>
      <w:r w:rsidRPr="00C9454D">
        <w:rPr>
          <w:sz w:val="24"/>
          <w:szCs w:val="24"/>
        </w:rPr>
        <w:t>At every royal affair, he was present. Never for show. Always at the edge. Until</w:t>
      </w:r>
      <w:r w:rsidR="00931AA2" w:rsidRPr="00C9454D">
        <w:rPr>
          <w:sz w:val="24"/>
          <w:szCs w:val="24"/>
        </w:rPr>
        <w:t>.</w:t>
      </w:r>
    </w:p>
    <w:p w14:paraId="57308CA0" w14:textId="0E0BC4C9" w:rsidR="00B17B7A" w:rsidRPr="00C9454D" w:rsidRDefault="00B17B7A" w:rsidP="00C9454D">
      <w:pPr>
        <w:rPr>
          <w:sz w:val="24"/>
          <w:szCs w:val="24"/>
        </w:rPr>
      </w:pPr>
      <w:r w:rsidRPr="00C9454D">
        <w:rPr>
          <w:sz w:val="24"/>
          <w:szCs w:val="24"/>
        </w:rPr>
        <w:t>Before she was a rumor in a knight’s memory, before her name was sung in scroll rooms and soaked into courtly wine, she was simply a Lady.</w:t>
      </w:r>
    </w:p>
    <w:p w14:paraId="7C8FC05F" w14:textId="77777777" w:rsidR="00B17B7A" w:rsidRPr="00C9454D" w:rsidRDefault="00B17B7A" w:rsidP="00C9454D">
      <w:pPr>
        <w:rPr>
          <w:sz w:val="24"/>
          <w:szCs w:val="24"/>
        </w:rPr>
      </w:pPr>
      <w:r w:rsidRPr="00C9454D">
        <w:rPr>
          <w:sz w:val="24"/>
          <w:szCs w:val="24"/>
        </w:rPr>
        <w:t>Not a lady by gesture—but by blood. Born of a house so noble it kissed the heels of kings, traced its ink through the veins of Charlemagne’s own healers. Her mother stitched pulses back into princes. Her father whispered remedies into royal ears. Her line did not serve the crown—they upheld it.</w:t>
      </w:r>
    </w:p>
    <w:p w14:paraId="31D3EC15" w14:textId="602970BC" w:rsidR="00B17B7A" w:rsidRPr="00C9454D" w:rsidRDefault="00B17B7A" w:rsidP="00C9454D">
      <w:pPr>
        <w:rPr>
          <w:sz w:val="24"/>
          <w:szCs w:val="24"/>
        </w:rPr>
      </w:pPr>
      <w:r w:rsidRPr="00C9454D">
        <w:rPr>
          <w:sz w:val="24"/>
          <w:szCs w:val="24"/>
        </w:rPr>
        <w:t>She was the first daughter to claim that legacy not by marriage or lineage, but by steel will and sacred study. She did not sit at windows. She walked the battlements with scrolls in hand, quoting Virgil to guards who barely knew their own names. She trained in anatomy and medicine from the age of five, dissecting truths and court politics in the same breath.</w:t>
      </w:r>
    </w:p>
    <w:p w14:paraId="2A14A6F0" w14:textId="77777777" w:rsidR="00B17B7A" w:rsidRPr="00C9454D" w:rsidRDefault="00B17B7A" w:rsidP="00C9454D">
      <w:pPr>
        <w:rPr>
          <w:sz w:val="24"/>
          <w:szCs w:val="24"/>
        </w:rPr>
      </w:pPr>
      <w:r w:rsidRPr="00C9454D">
        <w:rPr>
          <w:sz w:val="24"/>
          <w:szCs w:val="24"/>
        </w:rPr>
        <w:t>By twenty-five, she had become the French crown’s most gifted healer—the first woman of her station to be called by title rather than gown.</w:t>
      </w:r>
    </w:p>
    <w:p w14:paraId="75551FB3" w14:textId="77777777" w:rsidR="00B17B7A" w:rsidRPr="00C9454D" w:rsidRDefault="00B17B7A" w:rsidP="00C9454D">
      <w:pPr>
        <w:rPr>
          <w:sz w:val="24"/>
          <w:szCs w:val="24"/>
        </w:rPr>
      </w:pPr>
      <w:r w:rsidRPr="00C9454D">
        <w:rPr>
          <w:sz w:val="24"/>
          <w:szCs w:val="24"/>
        </w:rPr>
        <w:t>And yet… she was lonely.</w:t>
      </w:r>
    </w:p>
    <w:p w14:paraId="5DAE000D" w14:textId="77777777" w:rsidR="00B17B7A" w:rsidRPr="00C9454D" w:rsidRDefault="00B17B7A" w:rsidP="00C9454D">
      <w:pPr>
        <w:rPr>
          <w:sz w:val="24"/>
          <w:szCs w:val="24"/>
        </w:rPr>
      </w:pPr>
      <w:r w:rsidRPr="00C9454D">
        <w:rPr>
          <w:sz w:val="24"/>
          <w:szCs w:val="24"/>
        </w:rPr>
        <w:t xml:space="preserve">Not for lack of suitors. She had turned down poets, princes, and physicians alike. But none had moved her. Not until </w:t>
      </w:r>
      <w:r w:rsidRPr="00C9454D">
        <w:rPr>
          <w:i/>
          <w:iCs/>
          <w:sz w:val="24"/>
          <w:szCs w:val="24"/>
        </w:rPr>
        <w:t>him</w:t>
      </w:r>
      <w:r w:rsidRPr="00C9454D">
        <w:rPr>
          <w:sz w:val="24"/>
          <w:szCs w:val="24"/>
        </w:rPr>
        <w:t>.</w:t>
      </w:r>
    </w:p>
    <w:p w14:paraId="7744CD75" w14:textId="77777777" w:rsidR="00B17B7A" w:rsidRPr="00C9454D" w:rsidRDefault="00B17B7A" w:rsidP="00C9454D">
      <w:pPr>
        <w:rPr>
          <w:sz w:val="24"/>
          <w:szCs w:val="24"/>
        </w:rPr>
      </w:pPr>
      <w:r w:rsidRPr="00C9454D">
        <w:rPr>
          <w:sz w:val="24"/>
          <w:szCs w:val="24"/>
        </w:rPr>
        <w:t xml:space="preserve">Sir Guy de </w:t>
      </w:r>
      <w:proofErr w:type="spellStart"/>
      <w:r w:rsidRPr="00C9454D">
        <w:rPr>
          <w:sz w:val="24"/>
          <w:szCs w:val="24"/>
        </w:rPr>
        <w:t>Peine</w:t>
      </w:r>
      <w:proofErr w:type="spellEnd"/>
      <w:r w:rsidRPr="00C9454D">
        <w:rPr>
          <w:sz w:val="24"/>
          <w:szCs w:val="24"/>
        </w:rPr>
        <w:t>.</w:t>
      </w:r>
    </w:p>
    <w:p w14:paraId="258B006F" w14:textId="77777777" w:rsidR="00B17B7A" w:rsidRPr="00C9454D" w:rsidRDefault="00B17B7A" w:rsidP="00C9454D">
      <w:pPr>
        <w:rPr>
          <w:sz w:val="24"/>
          <w:szCs w:val="24"/>
        </w:rPr>
      </w:pPr>
      <w:r w:rsidRPr="00C9454D">
        <w:rPr>
          <w:sz w:val="24"/>
          <w:szCs w:val="24"/>
        </w:rPr>
        <w:t>She met him during his early war tour—a soldier not yet famous, but already marked. He walked like silence. Spoke like scripture. Wore restraint like armor.</w:t>
      </w:r>
    </w:p>
    <w:p w14:paraId="609C70C6" w14:textId="324C1BB7" w:rsidR="00B17B7A" w:rsidRPr="00C9454D" w:rsidRDefault="00B17B7A" w:rsidP="00C9454D">
      <w:pPr>
        <w:rPr>
          <w:sz w:val="24"/>
          <w:szCs w:val="24"/>
        </w:rPr>
      </w:pPr>
      <w:r w:rsidRPr="00C9454D">
        <w:rPr>
          <w:sz w:val="24"/>
          <w:szCs w:val="24"/>
        </w:rPr>
        <w:t xml:space="preserve">And </w:t>
      </w:r>
      <w:r w:rsidR="00434D7E" w:rsidRPr="00C9454D">
        <w:rPr>
          <w:sz w:val="24"/>
          <w:szCs w:val="24"/>
        </w:rPr>
        <w:t>she</w:t>
      </w:r>
      <w:r w:rsidRPr="00C9454D">
        <w:rPr>
          <w:sz w:val="24"/>
          <w:szCs w:val="24"/>
        </w:rPr>
        <w:t xml:space="preserve">… </w:t>
      </w:r>
      <w:r w:rsidRPr="00C9454D">
        <w:rPr>
          <w:i/>
          <w:iCs/>
          <w:sz w:val="24"/>
          <w:szCs w:val="24"/>
        </w:rPr>
        <w:t>felt.</w:t>
      </w:r>
    </w:p>
    <w:p w14:paraId="6C9F3C96" w14:textId="77777777" w:rsidR="00B17B7A" w:rsidRPr="00C9454D" w:rsidRDefault="00B17B7A" w:rsidP="00C9454D">
      <w:pPr>
        <w:rPr>
          <w:sz w:val="24"/>
          <w:szCs w:val="24"/>
        </w:rPr>
      </w:pPr>
      <w:r w:rsidRPr="00C9454D">
        <w:rPr>
          <w:sz w:val="24"/>
          <w:szCs w:val="24"/>
        </w:rPr>
        <w:t xml:space="preserve">She felt it like a tremor in her blood. A vibration she couldn’t name. When he passed her in camp, her breath caught. Not because he looked like a statue—but because he </w:t>
      </w:r>
      <w:r w:rsidRPr="00C9454D">
        <w:rPr>
          <w:i/>
          <w:iCs/>
          <w:sz w:val="24"/>
          <w:szCs w:val="24"/>
        </w:rPr>
        <w:t>didn’t look at her at all.</w:t>
      </w:r>
    </w:p>
    <w:p w14:paraId="33E42C78" w14:textId="77777777" w:rsidR="00B17B7A" w:rsidRPr="00C9454D" w:rsidRDefault="00B17B7A" w:rsidP="00C9454D">
      <w:pPr>
        <w:rPr>
          <w:sz w:val="24"/>
          <w:szCs w:val="24"/>
        </w:rPr>
      </w:pPr>
      <w:r w:rsidRPr="00C9454D">
        <w:rPr>
          <w:sz w:val="24"/>
          <w:szCs w:val="24"/>
        </w:rPr>
        <w:t>She was raven-haired, emerald-eyed, and accustomed to attention. He gave her none.</w:t>
      </w:r>
    </w:p>
    <w:p w14:paraId="538AD9AD" w14:textId="77777777" w:rsidR="00B17B7A" w:rsidRPr="00C9454D" w:rsidRDefault="00B17B7A" w:rsidP="00C9454D">
      <w:pPr>
        <w:rPr>
          <w:sz w:val="24"/>
          <w:szCs w:val="24"/>
        </w:rPr>
      </w:pPr>
      <w:r w:rsidRPr="00C9454D">
        <w:rPr>
          <w:sz w:val="24"/>
          <w:szCs w:val="24"/>
        </w:rPr>
        <w:t>So she talked. Fodder. Wit. Debate. Theories and recipes, politics and pleasure. And slowly, the great knight with iron in his soul began to nod when she spoke. Began to sit longer when she stayed.</w:t>
      </w:r>
    </w:p>
    <w:p w14:paraId="10CD92C6" w14:textId="77777777" w:rsidR="00B17B7A" w:rsidRPr="00C9454D" w:rsidRDefault="00B17B7A" w:rsidP="00C9454D">
      <w:pPr>
        <w:rPr>
          <w:sz w:val="24"/>
          <w:szCs w:val="24"/>
        </w:rPr>
      </w:pPr>
      <w:r w:rsidRPr="00C9454D">
        <w:rPr>
          <w:sz w:val="24"/>
          <w:szCs w:val="24"/>
        </w:rPr>
        <w:t>He called her "friend."</w:t>
      </w:r>
    </w:p>
    <w:p w14:paraId="39847000" w14:textId="77777777" w:rsidR="00B17B7A" w:rsidRPr="00C9454D" w:rsidRDefault="00B17B7A" w:rsidP="00C9454D">
      <w:pPr>
        <w:rPr>
          <w:sz w:val="24"/>
          <w:szCs w:val="24"/>
        </w:rPr>
      </w:pPr>
      <w:r w:rsidRPr="00C9454D">
        <w:rPr>
          <w:sz w:val="24"/>
          <w:szCs w:val="24"/>
        </w:rPr>
        <w:t>And she fell in love.</w:t>
      </w:r>
    </w:p>
    <w:p w14:paraId="28C98113" w14:textId="77777777" w:rsidR="00B17B7A" w:rsidRPr="00C9454D" w:rsidRDefault="00B17B7A" w:rsidP="00C9454D">
      <w:pPr>
        <w:rPr>
          <w:sz w:val="24"/>
          <w:szCs w:val="24"/>
        </w:rPr>
      </w:pPr>
      <w:r w:rsidRPr="00C9454D">
        <w:rPr>
          <w:sz w:val="24"/>
          <w:szCs w:val="24"/>
        </w:rPr>
        <w:t xml:space="preserve">She asked him to marry her twice a year, at least. Sometimes drunk. Sometimes weeping. Once, with a rose sealed in wax. He never laughed, but he never said yes. Still, she sent them—the sonnets, the letters, the devotional scrolls. It became her therapy. </w:t>
      </w:r>
      <w:r w:rsidRPr="00C9454D">
        <w:rPr>
          <w:i/>
          <w:iCs/>
          <w:sz w:val="24"/>
          <w:szCs w:val="24"/>
        </w:rPr>
        <w:t>He</w:t>
      </w:r>
      <w:r w:rsidRPr="00C9454D">
        <w:rPr>
          <w:sz w:val="24"/>
          <w:szCs w:val="24"/>
        </w:rPr>
        <w:t xml:space="preserve"> became her therapy.</w:t>
      </w:r>
    </w:p>
    <w:p w14:paraId="55697DE8" w14:textId="77777777" w:rsidR="00B17B7A" w:rsidRPr="00C9454D" w:rsidRDefault="00B17B7A" w:rsidP="00C9454D">
      <w:pPr>
        <w:rPr>
          <w:sz w:val="24"/>
          <w:szCs w:val="24"/>
        </w:rPr>
      </w:pPr>
      <w:r w:rsidRPr="00C9454D">
        <w:rPr>
          <w:sz w:val="24"/>
          <w:szCs w:val="24"/>
        </w:rPr>
        <w:t xml:space="preserve">And Guy? Though he never answered, never wrote back—if a fortnight passed without a letter, a proposal, a poem… </w:t>
      </w:r>
      <w:r w:rsidRPr="00C9454D">
        <w:rPr>
          <w:i/>
          <w:iCs/>
          <w:sz w:val="24"/>
          <w:szCs w:val="24"/>
        </w:rPr>
        <w:t>he noticed.</w:t>
      </w:r>
    </w:p>
    <w:p w14:paraId="4B101C79" w14:textId="77777777" w:rsidR="00B17B7A" w:rsidRPr="00C9454D" w:rsidRDefault="00B17B7A" w:rsidP="00C9454D">
      <w:pPr>
        <w:rPr>
          <w:sz w:val="24"/>
          <w:szCs w:val="24"/>
        </w:rPr>
      </w:pPr>
      <w:r w:rsidRPr="00C9454D">
        <w:rPr>
          <w:sz w:val="24"/>
          <w:szCs w:val="24"/>
        </w:rPr>
        <w:t>He never said it aloud, but he waited for them. Like a soldier waits for prayer.</w:t>
      </w:r>
    </w:p>
    <w:p w14:paraId="07092D34" w14:textId="07FC1513" w:rsidR="00501E55" w:rsidRPr="00C9454D" w:rsidRDefault="006E7092" w:rsidP="00C9454D">
      <w:pPr>
        <w:spacing w:after="0"/>
        <w:rPr>
          <w:sz w:val="24"/>
          <w:szCs w:val="24"/>
        </w:rPr>
      </w:pPr>
      <w:r w:rsidRPr="00C9454D">
        <w:rPr>
          <w:b/>
          <w:bCs/>
          <w:sz w:val="24"/>
          <w:szCs w:val="24"/>
        </w:rPr>
        <w:t xml:space="preserve">She </w:t>
      </w:r>
      <w:r w:rsidR="00501E55" w:rsidRPr="00C9454D">
        <w:rPr>
          <w:sz w:val="24"/>
          <w:szCs w:val="24"/>
        </w:rPr>
        <w:t xml:space="preserve">entered </w:t>
      </w:r>
      <w:r w:rsidR="00573889" w:rsidRPr="00C9454D">
        <w:rPr>
          <w:sz w:val="24"/>
          <w:szCs w:val="24"/>
        </w:rPr>
        <w:t xml:space="preserve">Court </w:t>
      </w:r>
      <w:r w:rsidR="00501E55" w:rsidRPr="00C9454D">
        <w:rPr>
          <w:sz w:val="24"/>
          <w:szCs w:val="24"/>
        </w:rPr>
        <w:t>like a comet—gowned in gold, wit like a blade, and eyes that could both soften and scorch. He was war. She was wine. He was quiet devotion. She was public poetry.</w:t>
      </w:r>
    </w:p>
    <w:p w14:paraId="0617D4AC" w14:textId="77777777" w:rsidR="00501E55" w:rsidRPr="00C9454D" w:rsidRDefault="00501E55" w:rsidP="00C9454D">
      <w:pPr>
        <w:spacing w:after="0"/>
        <w:rPr>
          <w:sz w:val="24"/>
          <w:szCs w:val="24"/>
        </w:rPr>
      </w:pPr>
      <w:r w:rsidRPr="00C9454D">
        <w:rPr>
          <w:sz w:val="24"/>
          <w:szCs w:val="24"/>
        </w:rPr>
        <w:t xml:space="preserve">And from the moment she set eyes on him, she made it known: </w:t>
      </w:r>
      <w:r w:rsidRPr="00C9454D">
        <w:rPr>
          <w:i/>
          <w:iCs/>
          <w:sz w:val="24"/>
          <w:szCs w:val="24"/>
        </w:rPr>
        <w:t>Sir Guy would be hers.</w:t>
      </w:r>
    </w:p>
    <w:p w14:paraId="5B46877A" w14:textId="77777777" w:rsidR="00501E55" w:rsidRPr="00C9454D" w:rsidRDefault="00501E55" w:rsidP="00C9454D">
      <w:pPr>
        <w:spacing w:after="0"/>
        <w:rPr>
          <w:sz w:val="24"/>
          <w:szCs w:val="24"/>
        </w:rPr>
      </w:pPr>
      <w:r w:rsidRPr="00C9454D">
        <w:rPr>
          <w:sz w:val="24"/>
          <w:szCs w:val="24"/>
        </w:rPr>
        <w:t>At every banquet, she claimed the seat beside him. At every ball, she summoned him for the first waltz. Her laughter, her sadness, her longing—he witnessed it all. She beat off suitors like flies, slicing through rivals with a smile and a warning:</w:t>
      </w:r>
      <w:r w:rsidRPr="00C9454D">
        <w:rPr>
          <w:sz w:val="24"/>
          <w:szCs w:val="24"/>
        </w:rPr>
        <w:br/>
      </w:r>
      <w:r w:rsidRPr="00C9454D">
        <w:rPr>
          <w:b/>
          <w:bCs/>
          <w:sz w:val="24"/>
          <w:szCs w:val="24"/>
        </w:rPr>
        <w:t>“If Sir Guy is to fall, let it be to a sword. Not to scandal. Not to simpering.”</w:t>
      </w:r>
    </w:p>
    <w:p w14:paraId="3BC8279D" w14:textId="77777777" w:rsidR="00501E55" w:rsidRPr="00C9454D" w:rsidRDefault="00501E55" w:rsidP="00C9454D">
      <w:pPr>
        <w:spacing w:after="0"/>
        <w:rPr>
          <w:sz w:val="24"/>
          <w:szCs w:val="24"/>
        </w:rPr>
      </w:pPr>
      <w:r w:rsidRPr="00C9454D">
        <w:rPr>
          <w:sz w:val="24"/>
          <w:szCs w:val="24"/>
        </w:rPr>
        <w:t xml:space="preserve">The court laughed—but they never challenged her. Because Guy never corrected her. And because, in her own tragically true way, she </w:t>
      </w:r>
      <w:r w:rsidRPr="00C9454D">
        <w:rPr>
          <w:i/>
          <w:iCs/>
          <w:sz w:val="24"/>
          <w:szCs w:val="24"/>
        </w:rPr>
        <w:t>was</w:t>
      </w:r>
      <w:r w:rsidRPr="00C9454D">
        <w:rPr>
          <w:sz w:val="24"/>
          <w:szCs w:val="24"/>
        </w:rPr>
        <w:t xml:space="preserve"> his.</w:t>
      </w:r>
    </w:p>
    <w:p w14:paraId="08A49924" w14:textId="49DE67A7" w:rsidR="00501E55" w:rsidRPr="00C9454D" w:rsidRDefault="00501E55" w:rsidP="00C9454D">
      <w:pPr>
        <w:spacing w:after="0"/>
        <w:rPr>
          <w:sz w:val="24"/>
          <w:szCs w:val="24"/>
        </w:rPr>
      </w:pPr>
      <w:r w:rsidRPr="00C9454D">
        <w:rPr>
          <w:sz w:val="24"/>
          <w:szCs w:val="24"/>
        </w:rPr>
        <w:t xml:space="preserve">He received her devotion with honor. He never mocked it. Never abused it. Because Guy could read a woman like he read a scroll—line by line, gently, reverently. And </w:t>
      </w:r>
      <w:r w:rsidR="009A68E4" w:rsidRPr="00C9454D">
        <w:rPr>
          <w:sz w:val="24"/>
          <w:szCs w:val="24"/>
        </w:rPr>
        <w:t>She</w:t>
      </w:r>
      <w:r w:rsidRPr="00C9454D">
        <w:rPr>
          <w:sz w:val="24"/>
          <w:szCs w:val="24"/>
        </w:rPr>
        <w:t>? She was scripture in silk.</w:t>
      </w:r>
    </w:p>
    <w:p w14:paraId="2D93AB28" w14:textId="77777777" w:rsidR="00501E55" w:rsidRPr="00C9454D" w:rsidRDefault="00501E55" w:rsidP="00C9454D">
      <w:pPr>
        <w:spacing w:after="0"/>
        <w:rPr>
          <w:sz w:val="24"/>
          <w:szCs w:val="24"/>
        </w:rPr>
      </w:pPr>
      <w:r w:rsidRPr="00C9454D">
        <w:rPr>
          <w:sz w:val="24"/>
          <w:szCs w:val="24"/>
        </w:rPr>
        <w:t>But he would not touch her.</w:t>
      </w:r>
    </w:p>
    <w:p w14:paraId="1519F666" w14:textId="0EF0D05F" w:rsidR="00501E55" w:rsidRPr="00C9454D" w:rsidRDefault="00501E55" w:rsidP="00C9454D">
      <w:pPr>
        <w:spacing w:after="0"/>
        <w:rPr>
          <w:sz w:val="24"/>
          <w:szCs w:val="24"/>
        </w:rPr>
      </w:pPr>
      <w:r w:rsidRPr="00C9454D">
        <w:rPr>
          <w:sz w:val="24"/>
          <w:szCs w:val="24"/>
        </w:rPr>
        <w:t xml:space="preserve">He had taken a vow of chastity during the Holy Wars—a personal covenant before </w:t>
      </w:r>
      <w:r w:rsidR="00232EFB" w:rsidRPr="00C9454D">
        <w:rPr>
          <w:sz w:val="24"/>
          <w:szCs w:val="24"/>
        </w:rPr>
        <w:t>God</w:t>
      </w:r>
      <w:r w:rsidRPr="00C9454D">
        <w:rPr>
          <w:sz w:val="24"/>
          <w:szCs w:val="24"/>
        </w:rPr>
        <w:t xml:space="preserve">—that his body would belong only to his wife. He bore scars from battle, both seen and unseen, but this was one he held most sacred. </w:t>
      </w:r>
      <w:r w:rsidR="00127569" w:rsidRPr="00C9454D">
        <w:rPr>
          <w:sz w:val="24"/>
          <w:szCs w:val="24"/>
        </w:rPr>
        <w:t>She</w:t>
      </w:r>
      <w:r w:rsidRPr="00C9454D">
        <w:rPr>
          <w:sz w:val="24"/>
          <w:szCs w:val="24"/>
        </w:rPr>
        <w:t xml:space="preserve"> had his attention, his loyalty, even his affection. But not his body. Not his future.</w:t>
      </w:r>
    </w:p>
    <w:p w14:paraId="200E6ADE" w14:textId="77777777" w:rsidR="00501E55" w:rsidRPr="00C9454D" w:rsidRDefault="00501E55" w:rsidP="00C9454D">
      <w:pPr>
        <w:spacing w:after="0"/>
        <w:rPr>
          <w:sz w:val="24"/>
          <w:szCs w:val="24"/>
        </w:rPr>
      </w:pPr>
      <w:r w:rsidRPr="00C9454D">
        <w:rPr>
          <w:sz w:val="24"/>
          <w:szCs w:val="24"/>
        </w:rPr>
        <w:t>She begged him once. Not shamelessly, but desperately. A single night. A single answer. She wept as noblewomen weren’t taught to. He kissed her brow and said, "I will not steal from the woman I have not yet met."</w:t>
      </w:r>
    </w:p>
    <w:p w14:paraId="642688E2" w14:textId="1C57A362" w:rsidR="00501E55" w:rsidRPr="00C9454D" w:rsidRDefault="00A560BB" w:rsidP="00C9454D">
      <w:pPr>
        <w:spacing w:after="0"/>
        <w:rPr>
          <w:sz w:val="24"/>
          <w:szCs w:val="24"/>
        </w:rPr>
      </w:pPr>
      <w:r w:rsidRPr="00C9454D">
        <w:rPr>
          <w:sz w:val="24"/>
          <w:szCs w:val="24"/>
        </w:rPr>
        <w:t xml:space="preserve">She </w:t>
      </w:r>
      <w:r w:rsidR="00501E55" w:rsidRPr="00C9454D">
        <w:rPr>
          <w:sz w:val="24"/>
          <w:szCs w:val="24"/>
        </w:rPr>
        <w:t>never forgot it. And never stopped hoping to be that woman.</w:t>
      </w:r>
    </w:p>
    <w:p w14:paraId="355E35D2" w14:textId="77777777" w:rsidR="00501E55" w:rsidRPr="00C9454D" w:rsidRDefault="00501E55" w:rsidP="00C9454D">
      <w:pPr>
        <w:spacing w:after="0"/>
        <w:rPr>
          <w:sz w:val="24"/>
          <w:szCs w:val="24"/>
        </w:rPr>
      </w:pPr>
      <w:r w:rsidRPr="00C9454D">
        <w:rPr>
          <w:sz w:val="24"/>
          <w:szCs w:val="24"/>
        </w:rPr>
        <w:t xml:space="preserve">She followed him to coronations, christenings, courtly rites. Wherever there was ceremony, she was there. And wherever </w:t>
      </w:r>
      <w:r w:rsidRPr="00C9454D">
        <w:rPr>
          <w:i/>
          <w:iCs/>
          <w:sz w:val="24"/>
          <w:szCs w:val="24"/>
        </w:rPr>
        <w:t>she</w:t>
      </w:r>
      <w:r w:rsidRPr="00C9454D">
        <w:rPr>
          <w:sz w:val="24"/>
          <w:szCs w:val="24"/>
        </w:rPr>
        <w:t xml:space="preserve"> was, </w:t>
      </w:r>
      <w:r w:rsidRPr="00C9454D">
        <w:rPr>
          <w:b/>
          <w:bCs/>
          <w:sz w:val="24"/>
          <w:szCs w:val="24"/>
        </w:rPr>
        <w:t>he was beside her.</w:t>
      </w:r>
    </w:p>
    <w:p w14:paraId="7A438C75" w14:textId="1A63D8A2" w:rsidR="00501E55" w:rsidRPr="00C9454D" w:rsidRDefault="00501E55" w:rsidP="00C9454D">
      <w:pPr>
        <w:spacing w:after="0"/>
        <w:rPr>
          <w:sz w:val="24"/>
          <w:szCs w:val="24"/>
        </w:rPr>
      </w:pPr>
      <w:r w:rsidRPr="00C9454D">
        <w:rPr>
          <w:sz w:val="24"/>
          <w:szCs w:val="24"/>
        </w:rPr>
        <w:t xml:space="preserve">At balls, when music played, he would dance only once. And always with </w:t>
      </w:r>
      <w:r w:rsidR="00EE1A36" w:rsidRPr="00C9454D">
        <w:rPr>
          <w:sz w:val="24"/>
          <w:szCs w:val="24"/>
        </w:rPr>
        <w:t>her</w:t>
      </w:r>
      <w:r w:rsidRPr="00C9454D">
        <w:rPr>
          <w:sz w:val="24"/>
          <w:szCs w:val="24"/>
        </w:rPr>
        <w:t>. It was the court’s cruelest love story—the knight who gave his steps, but not his hand.</w:t>
      </w:r>
    </w:p>
    <w:p w14:paraId="0C70562C" w14:textId="77777777" w:rsidR="00501E55" w:rsidRPr="00C9454D" w:rsidRDefault="00501E55" w:rsidP="00C9454D">
      <w:pPr>
        <w:spacing w:after="0"/>
        <w:rPr>
          <w:sz w:val="24"/>
          <w:szCs w:val="24"/>
        </w:rPr>
      </w:pPr>
      <w:r w:rsidRPr="00C9454D">
        <w:rPr>
          <w:sz w:val="24"/>
          <w:szCs w:val="24"/>
        </w:rPr>
        <w:t xml:space="preserve">He became legend. The most visible knight in all the land. </w:t>
      </w:r>
      <w:r w:rsidRPr="00C9454D">
        <w:rPr>
          <w:b/>
          <w:bCs/>
          <w:sz w:val="24"/>
          <w:szCs w:val="24"/>
        </w:rPr>
        <w:t>Treasure offers arrived from Normandy, from Aragon, from Sicily.</w:t>
      </w:r>
      <w:r w:rsidRPr="00C9454D">
        <w:rPr>
          <w:sz w:val="24"/>
          <w:szCs w:val="24"/>
        </w:rPr>
        <w:t xml:space="preserve"> Women sent silks, dowries, even titles.</w:t>
      </w:r>
    </w:p>
    <w:p w14:paraId="4CA69E97" w14:textId="77777777" w:rsidR="00501E55" w:rsidRPr="00C9454D" w:rsidRDefault="00501E55" w:rsidP="00C9454D">
      <w:pPr>
        <w:spacing w:after="0"/>
        <w:rPr>
          <w:sz w:val="24"/>
          <w:szCs w:val="24"/>
        </w:rPr>
      </w:pPr>
      <w:r w:rsidRPr="00C9454D">
        <w:rPr>
          <w:sz w:val="24"/>
          <w:szCs w:val="24"/>
        </w:rPr>
        <w:t>He refused them all.</w:t>
      </w:r>
    </w:p>
    <w:p w14:paraId="2F1EE112" w14:textId="77777777" w:rsidR="00501E55" w:rsidRPr="00C9454D" w:rsidRDefault="00501E55" w:rsidP="00C9454D">
      <w:pPr>
        <w:spacing w:after="0"/>
        <w:rPr>
          <w:sz w:val="24"/>
          <w:szCs w:val="24"/>
        </w:rPr>
      </w:pPr>
      <w:r w:rsidRPr="00C9454D">
        <w:rPr>
          <w:sz w:val="24"/>
          <w:szCs w:val="24"/>
        </w:rPr>
        <w:t xml:space="preserve">Because Guy didn’t want favor. He wanted </w:t>
      </w:r>
      <w:r w:rsidRPr="00C9454D">
        <w:rPr>
          <w:i/>
          <w:iCs/>
          <w:sz w:val="24"/>
          <w:szCs w:val="24"/>
        </w:rPr>
        <w:t>peace</w:t>
      </w:r>
      <w:r w:rsidRPr="00C9454D">
        <w:rPr>
          <w:sz w:val="24"/>
          <w:szCs w:val="24"/>
        </w:rPr>
        <w:t>. What had been lost in the wars. Family. True love. Simplicity. A fire with bread and scripture. A woman with strong hands and a quiet heart.</w:t>
      </w:r>
    </w:p>
    <w:p w14:paraId="4EAD3DB0" w14:textId="199CDC43" w:rsidR="00501E55" w:rsidRPr="00C9454D" w:rsidRDefault="00EE1A36" w:rsidP="00C9454D">
      <w:pPr>
        <w:spacing w:after="0"/>
        <w:rPr>
          <w:sz w:val="24"/>
          <w:szCs w:val="24"/>
        </w:rPr>
      </w:pPr>
      <w:r w:rsidRPr="00C9454D">
        <w:rPr>
          <w:sz w:val="24"/>
          <w:szCs w:val="24"/>
        </w:rPr>
        <w:t>She</w:t>
      </w:r>
      <w:r w:rsidR="00501E55" w:rsidRPr="00C9454D">
        <w:rPr>
          <w:sz w:val="24"/>
          <w:szCs w:val="24"/>
        </w:rPr>
        <w:t xml:space="preserve"> couldn’t give him that. Not because she didn’t love him—but because her life was not her own. She was born to perform. Bred for politics. Her mother had chosen her gowns. Her father had chosen her name.</w:t>
      </w:r>
    </w:p>
    <w:p w14:paraId="67247415" w14:textId="77777777" w:rsidR="00501E55" w:rsidRPr="00C9454D" w:rsidRDefault="00501E55" w:rsidP="00C9454D">
      <w:pPr>
        <w:spacing w:after="0"/>
        <w:rPr>
          <w:sz w:val="24"/>
          <w:szCs w:val="24"/>
        </w:rPr>
      </w:pPr>
      <w:r w:rsidRPr="00C9454D">
        <w:rPr>
          <w:sz w:val="24"/>
          <w:szCs w:val="24"/>
        </w:rPr>
        <w:t>And though she dreamed otherwise, her world was paved in gold and edged in iron.</w:t>
      </w:r>
    </w:p>
    <w:p w14:paraId="7C864016" w14:textId="62B45615" w:rsidR="00501E55" w:rsidRPr="00C9454D" w:rsidRDefault="00501E55" w:rsidP="00C9454D">
      <w:pPr>
        <w:spacing w:after="0"/>
        <w:rPr>
          <w:sz w:val="24"/>
          <w:szCs w:val="24"/>
        </w:rPr>
      </w:pPr>
      <w:r w:rsidRPr="00C9454D">
        <w:rPr>
          <w:sz w:val="24"/>
          <w:szCs w:val="24"/>
        </w:rPr>
        <w:t xml:space="preserve">He loved her. But </w:t>
      </w:r>
      <w:r w:rsidR="00127569" w:rsidRPr="00C9454D">
        <w:rPr>
          <w:sz w:val="24"/>
          <w:szCs w:val="24"/>
        </w:rPr>
        <w:t>not her station</w:t>
      </w:r>
      <w:r w:rsidRPr="00C9454D">
        <w:rPr>
          <w:sz w:val="24"/>
          <w:szCs w:val="24"/>
        </w:rPr>
        <w:t>.</w:t>
      </w:r>
    </w:p>
    <w:p w14:paraId="0A6B539B" w14:textId="77777777" w:rsidR="007E7820" w:rsidRPr="00C9454D" w:rsidRDefault="007E7820" w:rsidP="00C9454D">
      <w:pPr>
        <w:spacing w:after="0"/>
        <w:rPr>
          <w:sz w:val="24"/>
          <w:szCs w:val="24"/>
        </w:rPr>
      </w:pPr>
    </w:p>
    <w:p w14:paraId="463AB9FC" w14:textId="77777777" w:rsidR="007E7820" w:rsidRPr="00C9454D" w:rsidRDefault="007E7820" w:rsidP="00C9454D">
      <w:pPr>
        <w:rPr>
          <w:sz w:val="24"/>
          <w:szCs w:val="24"/>
        </w:rPr>
      </w:pPr>
      <w:r w:rsidRPr="00C9454D">
        <w:rPr>
          <w:sz w:val="24"/>
          <w:szCs w:val="24"/>
        </w:rPr>
        <w:t>Then came the night.</w:t>
      </w:r>
    </w:p>
    <w:p w14:paraId="55FDD66E" w14:textId="1686FC38" w:rsidR="007E7820" w:rsidRPr="00C9454D" w:rsidRDefault="007E7820" w:rsidP="00C9454D">
      <w:pPr>
        <w:rPr>
          <w:sz w:val="24"/>
          <w:szCs w:val="24"/>
        </w:rPr>
      </w:pPr>
      <w:r w:rsidRPr="00C9454D">
        <w:rPr>
          <w:sz w:val="24"/>
          <w:szCs w:val="24"/>
        </w:rPr>
        <w:t xml:space="preserve">He was in a neighboring village, rumor said—drinking, laughing. </w:t>
      </w:r>
      <w:r w:rsidR="00C71649" w:rsidRPr="00C9454D">
        <w:rPr>
          <w:sz w:val="24"/>
          <w:szCs w:val="24"/>
        </w:rPr>
        <w:t xml:space="preserve">She </w:t>
      </w:r>
      <w:r w:rsidRPr="00C9454D">
        <w:rPr>
          <w:sz w:val="24"/>
          <w:szCs w:val="24"/>
        </w:rPr>
        <w:t>knew. Knew what that meant. Knew that for a man like Guy, a night of mirth was a rare, holy crack in the stone.</w:t>
      </w:r>
    </w:p>
    <w:p w14:paraId="06182AA8" w14:textId="77777777" w:rsidR="007E7820" w:rsidRPr="00C9454D" w:rsidRDefault="007E7820" w:rsidP="00C9454D">
      <w:pPr>
        <w:rPr>
          <w:sz w:val="24"/>
          <w:szCs w:val="24"/>
        </w:rPr>
      </w:pPr>
      <w:r w:rsidRPr="00C9454D">
        <w:rPr>
          <w:sz w:val="24"/>
          <w:szCs w:val="24"/>
        </w:rPr>
        <w:t>So she dressed.</w:t>
      </w:r>
    </w:p>
    <w:p w14:paraId="682929B3" w14:textId="77777777" w:rsidR="007E7820" w:rsidRPr="00C9454D" w:rsidRDefault="007E7820" w:rsidP="00C9454D">
      <w:pPr>
        <w:rPr>
          <w:sz w:val="24"/>
          <w:szCs w:val="24"/>
        </w:rPr>
      </w:pPr>
      <w:r w:rsidRPr="00C9454D">
        <w:rPr>
          <w:sz w:val="24"/>
          <w:szCs w:val="24"/>
        </w:rPr>
        <w:t>Not like a physician, but like a woman. Hair braided in the way he once lingered on. Scented in his favorite oils. A garment that whispered more than it shouted.</w:t>
      </w:r>
    </w:p>
    <w:p w14:paraId="0E319A7D" w14:textId="77777777" w:rsidR="007E7820" w:rsidRPr="00C9454D" w:rsidRDefault="007E7820" w:rsidP="00C9454D">
      <w:pPr>
        <w:rPr>
          <w:sz w:val="24"/>
          <w:szCs w:val="24"/>
        </w:rPr>
      </w:pPr>
      <w:r w:rsidRPr="00C9454D">
        <w:rPr>
          <w:sz w:val="24"/>
          <w:szCs w:val="24"/>
        </w:rPr>
        <w:t>When she entered the tavern, the room fell still.</w:t>
      </w:r>
    </w:p>
    <w:p w14:paraId="20005473" w14:textId="1112CB9C" w:rsidR="007E7820" w:rsidRPr="00C9454D" w:rsidRDefault="007E7820" w:rsidP="00C9454D">
      <w:pPr>
        <w:rPr>
          <w:sz w:val="24"/>
          <w:szCs w:val="24"/>
        </w:rPr>
      </w:pPr>
      <w:r w:rsidRPr="00C9454D">
        <w:rPr>
          <w:sz w:val="24"/>
          <w:szCs w:val="24"/>
        </w:rPr>
        <w:t>And Guy… saw her.</w:t>
      </w:r>
      <w:r w:rsidR="00730BE8" w:rsidRPr="00C9454D">
        <w:rPr>
          <w:sz w:val="24"/>
          <w:szCs w:val="24"/>
        </w:rPr>
        <w:t xml:space="preserve">  </w:t>
      </w:r>
    </w:p>
    <w:p w14:paraId="13F60D2D" w14:textId="3EF6550E" w:rsidR="001150E0" w:rsidRPr="00C9454D" w:rsidRDefault="001150E0" w:rsidP="00C9454D">
      <w:pPr>
        <w:rPr>
          <w:sz w:val="24"/>
          <w:szCs w:val="24"/>
        </w:rPr>
      </w:pPr>
      <w:r w:rsidRPr="00C9454D">
        <w:rPr>
          <w:sz w:val="24"/>
          <w:szCs w:val="24"/>
        </w:rPr>
        <w:t xml:space="preserve">He knew her ask. </w:t>
      </w:r>
    </w:p>
    <w:p w14:paraId="47B48B9B" w14:textId="77777777" w:rsidR="007E7820" w:rsidRPr="00C9454D" w:rsidRDefault="007E7820" w:rsidP="00C9454D">
      <w:pPr>
        <w:rPr>
          <w:sz w:val="24"/>
          <w:szCs w:val="24"/>
        </w:rPr>
      </w:pPr>
      <w:r w:rsidRPr="00C9454D">
        <w:rPr>
          <w:sz w:val="24"/>
          <w:szCs w:val="24"/>
        </w:rPr>
        <w:t>He took a slow drink of his ale. Set it down. And nodded.</w:t>
      </w:r>
    </w:p>
    <w:p w14:paraId="745C8C40" w14:textId="77777777" w:rsidR="007E7820" w:rsidRPr="00C9454D" w:rsidRDefault="007E7820" w:rsidP="00C9454D">
      <w:pPr>
        <w:rPr>
          <w:sz w:val="24"/>
          <w:szCs w:val="24"/>
        </w:rPr>
      </w:pPr>
      <w:r w:rsidRPr="00C9454D">
        <w:rPr>
          <w:sz w:val="24"/>
          <w:szCs w:val="24"/>
        </w:rPr>
        <w:t>They didn’t speak until they were alone.</w:t>
      </w:r>
    </w:p>
    <w:p w14:paraId="182BA616" w14:textId="77777777" w:rsidR="00463771" w:rsidRPr="00C9454D" w:rsidRDefault="00463771" w:rsidP="00C9454D">
      <w:pPr>
        <w:rPr>
          <w:sz w:val="24"/>
          <w:szCs w:val="24"/>
        </w:rPr>
      </w:pPr>
      <w:r w:rsidRPr="00C9454D">
        <w:rPr>
          <w:sz w:val="24"/>
          <w:szCs w:val="24"/>
        </w:rPr>
        <w:t>There was only ever one night.</w:t>
      </w:r>
    </w:p>
    <w:p w14:paraId="5D8F5915" w14:textId="77777777" w:rsidR="00463771" w:rsidRPr="00C9454D" w:rsidRDefault="00463771" w:rsidP="00C9454D">
      <w:pPr>
        <w:rPr>
          <w:sz w:val="24"/>
          <w:szCs w:val="24"/>
        </w:rPr>
      </w:pPr>
      <w:r w:rsidRPr="00C9454D">
        <w:rPr>
          <w:sz w:val="24"/>
          <w:szCs w:val="24"/>
        </w:rPr>
        <w:t>No dress rehearsal.</w:t>
      </w:r>
      <w:r w:rsidRPr="00C9454D">
        <w:rPr>
          <w:sz w:val="24"/>
          <w:szCs w:val="24"/>
        </w:rPr>
        <w:br/>
        <w:t>No encore.</w:t>
      </w:r>
      <w:r w:rsidRPr="00C9454D">
        <w:rPr>
          <w:sz w:val="24"/>
          <w:szCs w:val="24"/>
        </w:rPr>
        <w:br/>
        <w:t>Just one night…</w:t>
      </w:r>
      <w:r w:rsidRPr="00C9454D">
        <w:rPr>
          <w:sz w:val="24"/>
          <w:szCs w:val="24"/>
        </w:rPr>
        <w:br/>
        <w:t>and she gave it all to him.</w:t>
      </w:r>
    </w:p>
    <w:p w14:paraId="5F595238" w14:textId="77777777" w:rsidR="00463771" w:rsidRPr="00C9454D" w:rsidRDefault="00FE197F" w:rsidP="00C9454D">
      <w:pPr>
        <w:rPr>
          <w:sz w:val="24"/>
          <w:szCs w:val="24"/>
        </w:rPr>
      </w:pPr>
      <w:r>
        <w:rPr>
          <w:noProof/>
          <w:sz w:val="24"/>
          <w:szCs w:val="24"/>
        </w:rPr>
      </w:r>
      <w:r w:rsidR="00FE197F">
        <w:rPr>
          <w:noProof/>
          <w:sz w:val="24"/>
          <w:szCs w:val="24"/>
        </w:rPr>
        <w:pict w14:anchorId="05399EB7">
          <v:rect id="_x0000_i1031" style="width:0;height:1.5pt" o:hralign="center" o:hrstd="t" o:hr="t" fillcolor="#a0a0a0" stroked="f"/>
        </w:pict>
      </w:r>
    </w:p>
    <w:p w14:paraId="00B41526" w14:textId="3A7978E8" w:rsidR="00463771" w:rsidRPr="00C9454D" w:rsidRDefault="00D356EC" w:rsidP="00C9454D">
      <w:pPr>
        <w:rPr>
          <w:sz w:val="24"/>
          <w:szCs w:val="24"/>
        </w:rPr>
      </w:pPr>
      <w:r w:rsidRPr="00C9454D">
        <w:rPr>
          <w:sz w:val="24"/>
          <w:szCs w:val="24"/>
        </w:rPr>
        <w:t>Her</w:t>
      </w:r>
      <w:r w:rsidR="00463771" w:rsidRPr="00C9454D">
        <w:rPr>
          <w:sz w:val="24"/>
          <w:szCs w:val="24"/>
        </w:rPr>
        <w:t xml:space="preserve"> body shook—not with fear, but with </w:t>
      </w:r>
      <w:r w:rsidR="00463771" w:rsidRPr="00C9454D">
        <w:rPr>
          <w:i/>
          <w:iCs/>
          <w:sz w:val="24"/>
          <w:szCs w:val="24"/>
        </w:rPr>
        <w:t>knowing</w:t>
      </w:r>
      <w:r w:rsidR="00463771" w:rsidRPr="00C9454D">
        <w:rPr>
          <w:sz w:val="24"/>
          <w:szCs w:val="24"/>
        </w:rPr>
        <w:t>.</w:t>
      </w:r>
      <w:r w:rsidR="00463771" w:rsidRPr="00C9454D">
        <w:rPr>
          <w:sz w:val="24"/>
          <w:szCs w:val="24"/>
        </w:rPr>
        <w:br/>
        <w:t>Knowing that what they were about to do would change nothing, and yet haunt everything.</w:t>
      </w:r>
    </w:p>
    <w:p w14:paraId="179C0E60" w14:textId="77777777" w:rsidR="00463771" w:rsidRPr="00C9454D" w:rsidRDefault="00463771" w:rsidP="00C9454D">
      <w:pPr>
        <w:rPr>
          <w:sz w:val="24"/>
          <w:szCs w:val="24"/>
        </w:rPr>
      </w:pPr>
      <w:r w:rsidRPr="00C9454D">
        <w:rPr>
          <w:i/>
          <w:iCs/>
          <w:sz w:val="24"/>
          <w:szCs w:val="24"/>
        </w:rPr>
        <w:t>“One night,”</w:t>
      </w:r>
      <w:r w:rsidRPr="00C9454D">
        <w:rPr>
          <w:sz w:val="24"/>
          <w:szCs w:val="24"/>
        </w:rPr>
        <w:t xml:space="preserve"> he said.</w:t>
      </w:r>
      <w:r w:rsidRPr="00C9454D">
        <w:rPr>
          <w:sz w:val="24"/>
          <w:szCs w:val="24"/>
        </w:rPr>
        <w:br/>
      </w:r>
      <w:r w:rsidRPr="00C9454D">
        <w:rPr>
          <w:i/>
          <w:iCs/>
          <w:sz w:val="24"/>
          <w:szCs w:val="24"/>
        </w:rPr>
        <w:t>“And then I must go.”</w:t>
      </w:r>
    </w:p>
    <w:p w14:paraId="58E03BDC" w14:textId="77777777" w:rsidR="00463771" w:rsidRPr="00C9454D" w:rsidRDefault="00463771" w:rsidP="00C9454D">
      <w:pPr>
        <w:rPr>
          <w:sz w:val="24"/>
          <w:szCs w:val="24"/>
        </w:rPr>
      </w:pPr>
      <w:r w:rsidRPr="00C9454D">
        <w:rPr>
          <w:sz w:val="24"/>
          <w:szCs w:val="24"/>
        </w:rPr>
        <w:t>She nodded.</w:t>
      </w:r>
      <w:r w:rsidRPr="00C9454D">
        <w:rPr>
          <w:sz w:val="24"/>
          <w:szCs w:val="24"/>
        </w:rPr>
        <w:br/>
        <w:t>She had already decided.</w:t>
      </w:r>
      <w:r w:rsidRPr="00C9454D">
        <w:rPr>
          <w:sz w:val="24"/>
          <w:szCs w:val="24"/>
        </w:rPr>
        <w:br/>
        <w:t>If she was to fall into sin, she would fall honestly.</w:t>
      </w:r>
    </w:p>
    <w:p w14:paraId="2D655B1A" w14:textId="77777777" w:rsidR="00463771" w:rsidRPr="00C9454D" w:rsidRDefault="00FE197F" w:rsidP="00C9454D">
      <w:pPr>
        <w:rPr>
          <w:sz w:val="24"/>
          <w:szCs w:val="24"/>
        </w:rPr>
      </w:pPr>
      <w:r>
        <w:rPr>
          <w:noProof/>
          <w:sz w:val="24"/>
          <w:szCs w:val="24"/>
        </w:rPr>
      </w:r>
      <w:r w:rsidR="00FE197F">
        <w:rPr>
          <w:noProof/>
          <w:sz w:val="24"/>
          <w:szCs w:val="24"/>
        </w:rPr>
        <w:pict w14:anchorId="0E8A7972">
          <v:rect id="_x0000_i1032" style="width:0;height:1.5pt" o:hralign="center" o:hrstd="t" o:hr="t" fillcolor="#a0a0a0" stroked="f"/>
        </w:pict>
      </w:r>
    </w:p>
    <w:p w14:paraId="2464AD18" w14:textId="77777777" w:rsidR="00463771" w:rsidRPr="00C9454D" w:rsidRDefault="00463771" w:rsidP="00C9454D">
      <w:pPr>
        <w:rPr>
          <w:sz w:val="24"/>
          <w:szCs w:val="24"/>
        </w:rPr>
      </w:pPr>
      <w:r w:rsidRPr="00C9454D">
        <w:rPr>
          <w:sz w:val="24"/>
          <w:szCs w:val="24"/>
        </w:rPr>
        <w:t>“I cannot break God’s law,” she told him, voice trembling.</w:t>
      </w:r>
      <w:r w:rsidRPr="00C9454D">
        <w:rPr>
          <w:sz w:val="24"/>
          <w:szCs w:val="24"/>
        </w:rPr>
        <w:br/>
        <w:t>“So if this is to be our only moment… let me give it weight.”</w:t>
      </w:r>
    </w:p>
    <w:p w14:paraId="4551317C" w14:textId="77777777" w:rsidR="00463771" w:rsidRPr="00C9454D" w:rsidRDefault="00463771" w:rsidP="00C9454D">
      <w:pPr>
        <w:rPr>
          <w:sz w:val="24"/>
          <w:szCs w:val="24"/>
        </w:rPr>
      </w:pPr>
      <w:r w:rsidRPr="00C9454D">
        <w:rPr>
          <w:sz w:val="24"/>
          <w:szCs w:val="24"/>
        </w:rPr>
        <w:t>They stood face to face.</w:t>
      </w:r>
      <w:r w:rsidRPr="00C9454D">
        <w:rPr>
          <w:sz w:val="24"/>
          <w:szCs w:val="24"/>
        </w:rPr>
        <w:br/>
        <w:t>Forehead to forehead.</w:t>
      </w:r>
      <w:r w:rsidRPr="00C9454D">
        <w:rPr>
          <w:sz w:val="24"/>
          <w:szCs w:val="24"/>
        </w:rPr>
        <w:br/>
        <w:t>Mouth to ear.</w:t>
      </w:r>
    </w:p>
    <w:p w14:paraId="56E42BA0" w14:textId="77777777" w:rsidR="00463771" w:rsidRPr="00C9454D" w:rsidRDefault="00463771" w:rsidP="00C9454D">
      <w:pPr>
        <w:rPr>
          <w:sz w:val="24"/>
          <w:szCs w:val="24"/>
        </w:rPr>
      </w:pPr>
      <w:r w:rsidRPr="00C9454D">
        <w:rPr>
          <w:sz w:val="24"/>
          <w:szCs w:val="24"/>
        </w:rPr>
        <w:t>“I will marry you,” she whispered.</w:t>
      </w:r>
      <w:r w:rsidRPr="00C9454D">
        <w:rPr>
          <w:sz w:val="24"/>
          <w:szCs w:val="24"/>
        </w:rPr>
        <w:br/>
        <w:t>“Before heaven. Right here. Right now.</w:t>
      </w:r>
      <w:r w:rsidRPr="00C9454D">
        <w:rPr>
          <w:sz w:val="24"/>
          <w:szCs w:val="24"/>
        </w:rPr>
        <w:br/>
        <w:t>Even if only God and the ghosts hear us.”</w:t>
      </w:r>
    </w:p>
    <w:p w14:paraId="0A6A8134" w14:textId="77777777" w:rsidR="00463771" w:rsidRPr="00C9454D" w:rsidRDefault="00FE197F" w:rsidP="00C9454D">
      <w:pPr>
        <w:rPr>
          <w:sz w:val="24"/>
          <w:szCs w:val="24"/>
        </w:rPr>
      </w:pPr>
      <w:r>
        <w:rPr>
          <w:noProof/>
          <w:sz w:val="24"/>
          <w:szCs w:val="24"/>
        </w:rPr>
      </w:r>
      <w:r w:rsidR="00FE197F">
        <w:rPr>
          <w:noProof/>
          <w:sz w:val="24"/>
          <w:szCs w:val="24"/>
        </w:rPr>
        <w:pict w14:anchorId="7161CF45">
          <v:rect id="_x0000_i1033" style="width:0;height:1.5pt" o:hralign="center" o:hrstd="t" o:hr="t" fillcolor="#a0a0a0" stroked="f"/>
        </w:pict>
      </w:r>
    </w:p>
    <w:p w14:paraId="32EB66D5" w14:textId="77777777" w:rsidR="00463771" w:rsidRPr="00C9454D" w:rsidRDefault="00463771" w:rsidP="00C9454D">
      <w:pPr>
        <w:rPr>
          <w:sz w:val="24"/>
          <w:szCs w:val="24"/>
        </w:rPr>
      </w:pPr>
      <w:r w:rsidRPr="00C9454D">
        <w:rPr>
          <w:sz w:val="24"/>
          <w:szCs w:val="24"/>
        </w:rPr>
        <w:t>She told him everything she had told him in letters:</w:t>
      </w:r>
      <w:r w:rsidRPr="00C9454D">
        <w:rPr>
          <w:sz w:val="24"/>
          <w:szCs w:val="24"/>
        </w:rPr>
        <w:br/>
        <w:t>The first time she knew she loved him.</w:t>
      </w:r>
      <w:r w:rsidRPr="00C9454D">
        <w:rPr>
          <w:sz w:val="24"/>
          <w:szCs w:val="24"/>
        </w:rPr>
        <w:br/>
        <w:t>The first time she realized she’d never love another.</w:t>
      </w:r>
      <w:r w:rsidRPr="00C9454D">
        <w:rPr>
          <w:sz w:val="24"/>
          <w:szCs w:val="24"/>
        </w:rPr>
        <w:br/>
        <w:t>How every poem was written for his hands.</w:t>
      </w:r>
    </w:p>
    <w:p w14:paraId="0BD4C309" w14:textId="77777777" w:rsidR="00463771" w:rsidRPr="00C9454D" w:rsidRDefault="00463771" w:rsidP="00C9454D">
      <w:pPr>
        <w:rPr>
          <w:sz w:val="24"/>
          <w:szCs w:val="24"/>
        </w:rPr>
      </w:pPr>
      <w:r w:rsidRPr="00C9454D">
        <w:rPr>
          <w:i/>
          <w:iCs/>
          <w:sz w:val="24"/>
          <w:szCs w:val="24"/>
        </w:rPr>
        <w:t>“I love you, Guy. I have loved you like I was born for it.”</w:t>
      </w:r>
    </w:p>
    <w:p w14:paraId="7C4AF8F2" w14:textId="77777777" w:rsidR="00463771" w:rsidRPr="00C9454D" w:rsidRDefault="00FE197F" w:rsidP="00C9454D">
      <w:pPr>
        <w:rPr>
          <w:sz w:val="24"/>
          <w:szCs w:val="24"/>
        </w:rPr>
      </w:pPr>
      <w:r>
        <w:rPr>
          <w:noProof/>
          <w:sz w:val="24"/>
          <w:szCs w:val="24"/>
        </w:rPr>
      </w:r>
      <w:r w:rsidR="00FE197F">
        <w:rPr>
          <w:noProof/>
          <w:sz w:val="24"/>
          <w:szCs w:val="24"/>
        </w:rPr>
        <w:pict w14:anchorId="5059877F">
          <v:rect id="_x0000_i1034" style="width:0;height:1.5pt" o:hralign="center" o:hrstd="t" o:hr="t" fillcolor="#a0a0a0" stroked="f"/>
        </w:pict>
      </w:r>
    </w:p>
    <w:p w14:paraId="633D6375" w14:textId="77777777" w:rsidR="00463771" w:rsidRPr="00C9454D" w:rsidRDefault="00463771" w:rsidP="00C9454D">
      <w:pPr>
        <w:rPr>
          <w:sz w:val="24"/>
          <w:szCs w:val="24"/>
        </w:rPr>
      </w:pPr>
      <w:r w:rsidRPr="00C9454D">
        <w:rPr>
          <w:sz w:val="24"/>
          <w:szCs w:val="24"/>
        </w:rPr>
        <w:t>Then it was his turn.</w:t>
      </w:r>
    </w:p>
    <w:p w14:paraId="451D6FF9" w14:textId="77777777" w:rsidR="00463771" w:rsidRPr="00C9454D" w:rsidRDefault="00463771" w:rsidP="00C9454D">
      <w:pPr>
        <w:rPr>
          <w:sz w:val="24"/>
          <w:szCs w:val="24"/>
        </w:rPr>
      </w:pPr>
      <w:r w:rsidRPr="00C9454D">
        <w:rPr>
          <w:sz w:val="24"/>
          <w:szCs w:val="24"/>
        </w:rPr>
        <w:t xml:space="preserve">And </w:t>
      </w:r>
      <w:r w:rsidRPr="00C9454D">
        <w:rPr>
          <w:i/>
          <w:iCs/>
          <w:sz w:val="24"/>
          <w:szCs w:val="24"/>
        </w:rPr>
        <w:t>he did not flinch.</w:t>
      </w:r>
    </w:p>
    <w:p w14:paraId="155D6F96" w14:textId="77777777" w:rsidR="00463771" w:rsidRPr="00C9454D" w:rsidRDefault="00463771" w:rsidP="00C9454D">
      <w:pPr>
        <w:rPr>
          <w:sz w:val="24"/>
          <w:szCs w:val="24"/>
        </w:rPr>
      </w:pPr>
      <w:r w:rsidRPr="00C9454D">
        <w:rPr>
          <w:sz w:val="24"/>
          <w:szCs w:val="24"/>
        </w:rPr>
        <w:t>“The moment I knew I loved you,” he whispered, “was the moment you said my name like it wasn’t a title.”</w:t>
      </w:r>
    </w:p>
    <w:p w14:paraId="3C8E95F3" w14:textId="77777777" w:rsidR="00463771" w:rsidRPr="00C9454D" w:rsidRDefault="00463771" w:rsidP="00C9454D">
      <w:pPr>
        <w:rPr>
          <w:sz w:val="24"/>
          <w:szCs w:val="24"/>
        </w:rPr>
      </w:pPr>
      <w:r w:rsidRPr="00C9454D">
        <w:rPr>
          <w:sz w:val="24"/>
          <w:szCs w:val="24"/>
        </w:rPr>
        <w:t>“The moment I knew I needed you—was the first time you challenged me and smiled as if you’d won.”</w:t>
      </w:r>
    </w:p>
    <w:p w14:paraId="451B578E" w14:textId="77777777" w:rsidR="00463771" w:rsidRPr="00C9454D" w:rsidRDefault="00463771" w:rsidP="00C9454D">
      <w:pPr>
        <w:rPr>
          <w:sz w:val="24"/>
          <w:szCs w:val="24"/>
        </w:rPr>
      </w:pPr>
      <w:r w:rsidRPr="00C9454D">
        <w:rPr>
          <w:sz w:val="24"/>
          <w:szCs w:val="24"/>
        </w:rPr>
        <w:t>“And the moment I knew you were my obsession… was when every time a courier arrived with your proposal, my heart stopped. And I hoped—against every oath I’ve sworn—that I might just say yes.”</w:t>
      </w:r>
    </w:p>
    <w:p w14:paraId="44FAB8FA" w14:textId="50502032" w:rsidR="00463771" w:rsidRPr="00C9454D" w:rsidRDefault="00463771" w:rsidP="00C9454D">
      <w:pPr>
        <w:rPr>
          <w:sz w:val="24"/>
          <w:szCs w:val="24"/>
        </w:rPr>
      </w:pPr>
      <w:r w:rsidRPr="00C9454D">
        <w:rPr>
          <w:sz w:val="24"/>
          <w:szCs w:val="24"/>
        </w:rPr>
        <w:t>“If it weren’t for service and duty…</w:t>
      </w:r>
      <w:r w:rsidRPr="00C9454D">
        <w:rPr>
          <w:sz w:val="24"/>
          <w:szCs w:val="24"/>
        </w:rPr>
        <w:br/>
        <w:t>I’d have married you.</w:t>
      </w:r>
      <w:r w:rsidRPr="00C9454D">
        <w:rPr>
          <w:sz w:val="24"/>
          <w:szCs w:val="24"/>
        </w:rPr>
        <w:br/>
        <w:t>I’d have written my love twice as many times.</w:t>
      </w:r>
      <w:r w:rsidRPr="00C9454D">
        <w:rPr>
          <w:sz w:val="24"/>
          <w:szCs w:val="24"/>
        </w:rPr>
        <w:br/>
        <w:t>And I’d have built a world around your name.”</w:t>
      </w:r>
    </w:p>
    <w:p w14:paraId="61973937" w14:textId="77777777" w:rsidR="00463771" w:rsidRPr="00C9454D" w:rsidRDefault="00FE197F" w:rsidP="00C9454D">
      <w:pPr>
        <w:rPr>
          <w:sz w:val="24"/>
          <w:szCs w:val="24"/>
        </w:rPr>
      </w:pPr>
      <w:r>
        <w:rPr>
          <w:noProof/>
          <w:sz w:val="24"/>
          <w:szCs w:val="24"/>
        </w:rPr>
      </w:r>
      <w:r w:rsidR="00FE197F">
        <w:rPr>
          <w:noProof/>
          <w:sz w:val="24"/>
          <w:szCs w:val="24"/>
        </w:rPr>
        <w:pict w14:anchorId="15AFEFAD">
          <v:rect id="_x0000_i1035" style="width:0;height:1.5pt" o:hralign="center" o:hrstd="t" o:hr="t" fillcolor="#a0a0a0" stroked="f"/>
        </w:pict>
      </w:r>
    </w:p>
    <w:p w14:paraId="017AF07D" w14:textId="77777777" w:rsidR="00463771" w:rsidRPr="00C9454D" w:rsidRDefault="00463771" w:rsidP="00C9454D">
      <w:pPr>
        <w:rPr>
          <w:sz w:val="24"/>
          <w:szCs w:val="24"/>
        </w:rPr>
      </w:pPr>
      <w:r w:rsidRPr="00C9454D">
        <w:rPr>
          <w:sz w:val="24"/>
          <w:szCs w:val="24"/>
        </w:rPr>
        <w:t>He pulled her close, his hands cradling her face like it was holy ground.</w:t>
      </w:r>
    </w:p>
    <w:p w14:paraId="6468A866" w14:textId="77777777" w:rsidR="00463771" w:rsidRPr="00C9454D" w:rsidRDefault="00463771" w:rsidP="00C9454D">
      <w:pPr>
        <w:rPr>
          <w:sz w:val="24"/>
          <w:szCs w:val="24"/>
        </w:rPr>
      </w:pPr>
      <w:r w:rsidRPr="00C9454D">
        <w:rPr>
          <w:sz w:val="24"/>
          <w:szCs w:val="24"/>
        </w:rPr>
        <w:t xml:space="preserve">“There’s a place… they say—if you say </w:t>
      </w:r>
      <w:r w:rsidRPr="00C9454D">
        <w:rPr>
          <w:i/>
          <w:iCs/>
          <w:sz w:val="24"/>
          <w:szCs w:val="24"/>
        </w:rPr>
        <w:t>‘I marry you’</w:t>
      </w:r>
      <w:r w:rsidRPr="00C9454D">
        <w:rPr>
          <w:sz w:val="24"/>
          <w:szCs w:val="24"/>
        </w:rPr>
        <w:t xml:space="preserve"> three times, it is bound before God.”</w:t>
      </w:r>
    </w:p>
    <w:p w14:paraId="1E114BB7" w14:textId="77777777" w:rsidR="00463771" w:rsidRPr="00C9454D" w:rsidRDefault="00463771" w:rsidP="00C9454D">
      <w:pPr>
        <w:rPr>
          <w:sz w:val="24"/>
          <w:szCs w:val="24"/>
        </w:rPr>
      </w:pPr>
      <w:r w:rsidRPr="00C9454D">
        <w:rPr>
          <w:sz w:val="24"/>
          <w:szCs w:val="24"/>
        </w:rPr>
        <w:t>And then, his voice against her ear:</w:t>
      </w:r>
    </w:p>
    <w:p w14:paraId="189277AF" w14:textId="77777777" w:rsidR="00463771" w:rsidRPr="00C9454D" w:rsidRDefault="00463771" w:rsidP="00C9454D">
      <w:pPr>
        <w:rPr>
          <w:sz w:val="24"/>
          <w:szCs w:val="24"/>
        </w:rPr>
      </w:pPr>
      <w:r w:rsidRPr="00C9454D">
        <w:rPr>
          <w:sz w:val="24"/>
          <w:szCs w:val="24"/>
        </w:rPr>
        <w:t>“I marry you.”</w:t>
      </w:r>
      <w:r w:rsidRPr="00C9454D">
        <w:rPr>
          <w:sz w:val="24"/>
          <w:szCs w:val="24"/>
        </w:rPr>
        <w:br/>
        <w:t>“I marry you.”</w:t>
      </w:r>
      <w:r w:rsidRPr="00C9454D">
        <w:rPr>
          <w:sz w:val="24"/>
          <w:szCs w:val="24"/>
        </w:rPr>
        <w:br/>
        <w:t>“I marry you.”</w:t>
      </w:r>
    </w:p>
    <w:p w14:paraId="46064400" w14:textId="77777777" w:rsidR="00463771" w:rsidRPr="00C9454D" w:rsidRDefault="00FE197F" w:rsidP="00C9454D">
      <w:pPr>
        <w:rPr>
          <w:sz w:val="24"/>
          <w:szCs w:val="24"/>
        </w:rPr>
      </w:pPr>
      <w:r>
        <w:rPr>
          <w:noProof/>
          <w:sz w:val="24"/>
          <w:szCs w:val="24"/>
        </w:rPr>
      </w:r>
      <w:r w:rsidR="00FE197F">
        <w:rPr>
          <w:noProof/>
          <w:sz w:val="24"/>
          <w:szCs w:val="24"/>
        </w:rPr>
        <w:pict w14:anchorId="198A7FD7">
          <v:rect id="_x0000_i1036" style="width:0;height:1.5pt" o:hralign="center" o:hrstd="t" o:hr="t" fillcolor="#a0a0a0" stroked="f"/>
        </w:pict>
      </w:r>
    </w:p>
    <w:p w14:paraId="796B7C27" w14:textId="5D8B36A8" w:rsidR="00463771" w:rsidRPr="00C9454D" w:rsidRDefault="000C1BCE" w:rsidP="00C9454D">
      <w:pPr>
        <w:rPr>
          <w:sz w:val="24"/>
          <w:szCs w:val="24"/>
        </w:rPr>
      </w:pPr>
      <w:r w:rsidRPr="00C9454D">
        <w:rPr>
          <w:sz w:val="24"/>
          <w:szCs w:val="24"/>
        </w:rPr>
        <w:t>She</w:t>
      </w:r>
      <w:r w:rsidR="00463771" w:rsidRPr="00C9454D">
        <w:rPr>
          <w:sz w:val="24"/>
          <w:szCs w:val="24"/>
        </w:rPr>
        <w:t xml:space="preserve"> gasped—half sob, half prayer.</w:t>
      </w:r>
    </w:p>
    <w:p w14:paraId="2B86E14D" w14:textId="77777777" w:rsidR="00463771" w:rsidRPr="00C9454D" w:rsidRDefault="00463771" w:rsidP="00C9454D">
      <w:pPr>
        <w:rPr>
          <w:sz w:val="24"/>
          <w:szCs w:val="24"/>
        </w:rPr>
      </w:pPr>
      <w:r w:rsidRPr="00C9454D">
        <w:rPr>
          <w:sz w:val="24"/>
          <w:szCs w:val="24"/>
        </w:rPr>
        <w:t>She kissed his cheek, his brow, his mouth.</w:t>
      </w:r>
    </w:p>
    <w:p w14:paraId="707E07A2" w14:textId="77777777" w:rsidR="00463771" w:rsidRPr="00C9454D" w:rsidRDefault="00463771" w:rsidP="00C9454D">
      <w:pPr>
        <w:rPr>
          <w:sz w:val="24"/>
          <w:szCs w:val="24"/>
        </w:rPr>
      </w:pPr>
      <w:r w:rsidRPr="00C9454D">
        <w:rPr>
          <w:sz w:val="24"/>
          <w:szCs w:val="24"/>
        </w:rPr>
        <w:t>“I marry you,” she whispered, voice shaking.</w:t>
      </w:r>
      <w:r w:rsidRPr="00C9454D">
        <w:rPr>
          <w:sz w:val="24"/>
          <w:szCs w:val="24"/>
        </w:rPr>
        <w:br/>
        <w:t>“I marry you.”</w:t>
      </w:r>
      <w:r w:rsidRPr="00C9454D">
        <w:rPr>
          <w:sz w:val="24"/>
          <w:szCs w:val="24"/>
        </w:rPr>
        <w:br/>
        <w:t>“I marry you.”</w:t>
      </w:r>
    </w:p>
    <w:p w14:paraId="2DF7C8B0" w14:textId="77777777" w:rsidR="00463771" w:rsidRPr="00C9454D" w:rsidRDefault="00FE197F" w:rsidP="00C9454D">
      <w:pPr>
        <w:rPr>
          <w:sz w:val="24"/>
          <w:szCs w:val="24"/>
        </w:rPr>
      </w:pPr>
      <w:r>
        <w:rPr>
          <w:noProof/>
          <w:sz w:val="24"/>
          <w:szCs w:val="24"/>
        </w:rPr>
      </w:r>
      <w:r w:rsidR="00FE197F">
        <w:rPr>
          <w:noProof/>
          <w:sz w:val="24"/>
          <w:szCs w:val="24"/>
        </w:rPr>
        <w:pict w14:anchorId="71571339">
          <v:rect id="_x0000_i1037" style="width:0;height:1.5pt" o:hralign="center" o:hrstd="t" o:hr="t" fillcolor="#a0a0a0" stroked="f"/>
        </w:pict>
      </w:r>
    </w:p>
    <w:p w14:paraId="15DAE514" w14:textId="77777777" w:rsidR="00463771" w:rsidRPr="00C9454D" w:rsidRDefault="00463771" w:rsidP="00C9454D">
      <w:pPr>
        <w:rPr>
          <w:sz w:val="24"/>
          <w:szCs w:val="24"/>
        </w:rPr>
      </w:pPr>
      <w:r w:rsidRPr="00C9454D">
        <w:rPr>
          <w:sz w:val="24"/>
          <w:szCs w:val="24"/>
        </w:rPr>
        <w:t>He reached up and slowly removed the red ribbon from her hair.</w:t>
      </w:r>
      <w:r w:rsidRPr="00C9454D">
        <w:rPr>
          <w:sz w:val="24"/>
          <w:szCs w:val="24"/>
        </w:rPr>
        <w:br/>
        <w:t xml:space="preserve">He wrapped it around her wrist with </w:t>
      </w:r>
      <w:r w:rsidRPr="00C9454D">
        <w:rPr>
          <w:i/>
          <w:iCs/>
          <w:sz w:val="24"/>
          <w:szCs w:val="24"/>
        </w:rPr>
        <w:t>tender precision</w:t>
      </w:r>
      <w:r w:rsidRPr="00C9454D">
        <w:rPr>
          <w:sz w:val="24"/>
          <w:szCs w:val="24"/>
        </w:rPr>
        <w:t>, his fingers trembling slightly as he tied it in a soft knot.</w:t>
      </w:r>
    </w:p>
    <w:p w14:paraId="0992DB47" w14:textId="77777777" w:rsidR="00463771" w:rsidRPr="00C9454D" w:rsidRDefault="00463771" w:rsidP="00C9454D">
      <w:pPr>
        <w:rPr>
          <w:sz w:val="24"/>
          <w:szCs w:val="24"/>
        </w:rPr>
      </w:pPr>
      <w:r w:rsidRPr="00C9454D">
        <w:rPr>
          <w:sz w:val="24"/>
          <w:szCs w:val="24"/>
        </w:rPr>
        <w:t>“This is our vow,” he said.</w:t>
      </w:r>
      <w:r w:rsidRPr="00C9454D">
        <w:rPr>
          <w:sz w:val="24"/>
          <w:szCs w:val="24"/>
        </w:rPr>
        <w:br/>
        <w:t>“This is obsession made sacred.”</w:t>
      </w:r>
    </w:p>
    <w:p w14:paraId="61F2F04F" w14:textId="77777777" w:rsidR="00463771" w:rsidRPr="00C9454D" w:rsidRDefault="00463771" w:rsidP="00C9454D">
      <w:pPr>
        <w:rPr>
          <w:sz w:val="24"/>
          <w:szCs w:val="24"/>
        </w:rPr>
      </w:pPr>
      <w:r w:rsidRPr="00C9454D">
        <w:rPr>
          <w:sz w:val="24"/>
          <w:szCs w:val="24"/>
        </w:rPr>
        <w:t>Then he looked into her eyes, voice breaking on the edges:</w:t>
      </w:r>
    </w:p>
    <w:p w14:paraId="3FF9E569" w14:textId="77777777" w:rsidR="00463771" w:rsidRPr="00C9454D" w:rsidRDefault="00463771" w:rsidP="00C9454D">
      <w:pPr>
        <w:rPr>
          <w:sz w:val="24"/>
          <w:szCs w:val="24"/>
        </w:rPr>
      </w:pPr>
      <w:r w:rsidRPr="00C9454D">
        <w:rPr>
          <w:sz w:val="24"/>
          <w:szCs w:val="24"/>
        </w:rPr>
        <w:t>“Obsession is when you can’t stop worshipping</w:t>
      </w:r>
      <w:r w:rsidRPr="00C9454D">
        <w:rPr>
          <w:sz w:val="24"/>
          <w:szCs w:val="24"/>
        </w:rPr>
        <w:br/>
        <w:t>what you know you can’t keep.”</w:t>
      </w:r>
    </w:p>
    <w:p w14:paraId="70E2B765" w14:textId="77777777" w:rsidR="00463771" w:rsidRPr="00C9454D" w:rsidRDefault="00FE197F" w:rsidP="00C9454D">
      <w:pPr>
        <w:rPr>
          <w:sz w:val="24"/>
          <w:szCs w:val="24"/>
        </w:rPr>
      </w:pPr>
      <w:r>
        <w:rPr>
          <w:noProof/>
          <w:sz w:val="24"/>
          <w:szCs w:val="24"/>
        </w:rPr>
      </w:r>
      <w:r w:rsidR="00FE197F">
        <w:rPr>
          <w:noProof/>
          <w:sz w:val="24"/>
          <w:szCs w:val="24"/>
        </w:rPr>
        <w:pict w14:anchorId="348973C9">
          <v:rect id="_x0000_i1038" style="width:0;height:1.5pt" o:hralign="center" o:hrstd="t" o:hr="t" fillcolor="#a0a0a0" stroked="f"/>
        </w:pict>
      </w:r>
    </w:p>
    <w:p w14:paraId="44A29E1E" w14:textId="77777777" w:rsidR="00463771" w:rsidRPr="00C9454D" w:rsidRDefault="00463771" w:rsidP="00C9454D">
      <w:pPr>
        <w:rPr>
          <w:sz w:val="24"/>
          <w:szCs w:val="24"/>
        </w:rPr>
      </w:pPr>
      <w:r w:rsidRPr="00C9454D">
        <w:rPr>
          <w:sz w:val="24"/>
          <w:szCs w:val="24"/>
        </w:rPr>
        <w:t>She was his.</w:t>
      </w:r>
      <w:r w:rsidRPr="00C9454D">
        <w:rPr>
          <w:sz w:val="24"/>
          <w:szCs w:val="24"/>
        </w:rPr>
        <w:br/>
        <w:t>He was hers.</w:t>
      </w:r>
      <w:r w:rsidRPr="00C9454D">
        <w:rPr>
          <w:sz w:val="24"/>
          <w:szCs w:val="24"/>
        </w:rPr>
        <w:br/>
        <w:t>And in that one night—they lived an entire lifetime.</w:t>
      </w:r>
    </w:p>
    <w:p w14:paraId="4FDCB86E" w14:textId="2D98CBA0" w:rsidR="007E7820" w:rsidRPr="00C9454D" w:rsidRDefault="00463771" w:rsidP="00C9454D">
      <w:pPr>
        <w:rPr>
          <w:sz w:val="24"/>
          <w:szCs w:val="24"/>
        </w:rPr>
      </w:pPr>
      <w:r w:rsidRPr="00C9454D">
        <w:rPr>
          <w:sz w:val="24"/>
          <w:szCs w:val="24"/>
        </w:rPr>
        <w:br w:type="page"/>
      </w:r>
    </w:p>
    <w:p w14:paraId="619C28B4" w14:textId="77777777" w:rsidR="007E7820" w:rsidRPr="00C9454D" w:rsidRDefault="007E7820" w:rsidP="00C9454D">
      <w:pPr>
        <w:pStyle w:val="Heading2"/>
        <w:rPr>
          <w:sz w:val="24"/>
          <w:szCs w:val="24"/>
        </w:rPr>
      </w:pPr>
      <w:r w:rsidRPr="00C9454D">
        <w:rPr>
          <w:i/>
          <w:iCs/>
          <w:sz w:val="24"/>
          <w:szCs w:val="24"/>
        </w:rPr>
        <w:t>The Morning After</w:t>
      </w:r>
    </w:p>
    <w:p w14:paraId="3ED26BF0" w14:textId="77777777" w:rsidR="007E7820" w:rsidRPr="00C9454D" w:rsidRDefault="00FE197F" w:rsidP="00C9454D">
      <w:pPr>
        <w:rPr>
          <w:sz w:val="24"/>
          <w:szCs w:val="24"/>
        </w:rPr>
      </w:pPr>
      <w:r>
        <w:rPr>
          <w:noProof/>
          <w:sz w:val="24"/>
          <w:szCs w:val="24"/>
        </w:rPr>
      </w:r>
      <w:r w:rsidR="00FE197F">
        <w:rPr>
          <w:noProof/>
          <w:sz w:val="24"/>
          <w:szCs w:val="24"/>
        </w:rPr>
        <w:pict w14:anchorId="4C8FDDBF">
          <v:rect id="_x0000_i1039" style="width:0;height:1.5pt" o:hralign="center" o:hrstd="t" o:hr="t" fillcolor="#a0a0a0" stroked="f"/>
        </w:pict>
      </w:r>
    </w:p>
    <w:p w14:paraId="2983BB44" w14:textId="77777777" w:rsidR="007E7820" w:rsidRPr="00C9454D" w:rsidRDefault="007E7820" w:rsidP="00C9454D">
      <w:pPr>
        <w:rPr>
          <w:sz w:val="24"/>
          <w:szCs w:val="24"/>
        </w:rPr>
      </w:pPr>
      <w:r w:rsidRPr="00C9454D">
        <w:rPr>
          <w:sz w:val="24"/>
          <w:szCs w:val="24"/>
        </w:rPr>
        <w:t>She awoke before the sun.</w:t>
      </w:r>
    </w:p>
    <w:p w14:paraId="3DB3FAD1" w14:textId="77777777" w:rsidR="007E7820" w:rsidRPr="00C9454D" w:rsidRDefault="007E7820" w:rsidP="00C9454D">
      <w:pPr>
        <w:rPr>
          <w:sz w:val="24"/>
          <w:szCs w:val="24"/>
        </w:rPr>
      </w:pPr>
      <w:r w:rsidRPr="00C9454D">
        <w:rPr>
          <w:sz w:val="24"/>
          <w:szCs w:val="24"/>
        </w:rPr>
        <w:t>The room was quiet, save for the low breath of the man beside her—his chest rising steady against her temple, his arm still loosely wrapped around her waist. The fire had faded to embers, but his warmth remained.</w:t>
      </w:r>
    </w:p>
    <w:p w14:paraId="3CA9F8F8" w14:textId="77777777" w:rsidR="007E7820" w:rsidRPr="00C9454D" w:rsidRDefault="007E7820" w:rsidP="00C9454D">
      <w:pPr>
        <w:rPr>
          <w:sz w:val="24"/>
          <w:szCs w:val="24"/>
        </w:rPr>
      </w:pPr>
      <w:r w:rsidRPr="00C9454D">
        <w:rPr>
          <w:sz w:val="24"/>
          <w:szCs w:val="24"/>
        </w:rPr>
        <w:t>She didn’t move.</w:t>
      </w:r>
    </w:p>
    <w:p w14:paraId="5FC12226" w14:textId="77777777" w:rsidR="007E7820" w:rsidRPr="00C9454D" w:rsidRDefault="007E7820" w:rsidP="00C9454D">
      <w:pPr>
        <w:rPr>
          <w:sz w:val="24"/>
          <w:szCs w:val="24"/>
        </w:rPr>
      </w:pPr>
      <w:r w:rsidRPr="00C9454D">
        <w:rPr>
          <w:sz w:val="24"/>
          <w:szCs w:val="24"/>
        </w:rPr>
        <w:t>She couldn’t.</w:t>
      </w:r>
    </w:p>
    <w:p w14:paraId="0F4806C4" w14:textId="77777777" w:rsidR="007E7820" w:rsidRPr="00C9454D" w:rsidRDefault="007E7820" w:rsidP="00C9454D">
      <w:pPr>
        <w:rPr>
          <w:sz w:val="24"/>
          <w:szCs w:val="24"/>
        </w:rPr>
      </w:pPr>
      <w:r w:rsidRPr="00C9454D">
        <w:rPr>
          <w:sz w:val="24"/>
          <w:szCs w:val="24"/>
        </w:rPr>
        <w:t>Because this was the closest she would ever come to forever.</w:t>
      </w:r>
    </w:p>
    <w:p w14:paraId="59384373" w14:textId="77777777" w:rsidR="007E7820" w:rsidRPr="00C9454D" w:rsidRDefault="007E7820" w:rsidP="00C9454D">
      <w:pPr>
        <w:rPr>
          <w:sz w:val="24"/>
          <w:szCs w:val="24"/>
        </w:rPr>
      </w:pPr>
      <w:r w:rsidRPr="00C9454D">
        <w:rPr>
          <w:sz w:val="24"/>
          <w:szCs w:val="24"/>
        </w:rPr>
        <w:t xml:space="preserve">Guy de </w:t>
      </w:r>
      <w:proofErr w:type="spellStart"/>
      <w:r w:rsidRPr="00C9454D">
        <w:rPr>
          <w:sz w:val="24"/>
          <w:szCs w:val="24"/>
        </w:rPr>
        <w:t>Peine</w:t>
      </w:r>
      <w:proofErr w:type="spellEnd"/>
      <w:r w:rsidRPr="00C9454D">
        <w:rPr>
          <w:sz w:val="24"/>
          <w:szCs w:val="24"/>
        </w:rPr>
        <w:t xml:space="preserve"> had given her a night—a mercy, a madness, a miracle. And it had been everything. Not rushed. Not guilty. Not transactional.</w:t>
      </w:r>
    </w:p>
    <w:p w14:paraId="5E808019" w14:textId="77777777" w:rsidR="007E7820" w:rsidRPr="00C9454D" w:rsidRDefault="007E7820" w:rsidP="00C9454D">
      <w:pPr>
        <w:rPr>
          <w:sz w:val="24"/>
          <w:szCs w:val="24"/>
        </w:rPr>
      </w:pPr>
      <w:r w:rsidRPr="00C9454D">
        <w:rPr>
          <w:sz w:val="24"/>
          <w:szCs w:val="24"/>
        </w:rPr>
        <w:t>He had made love to her like a man who honored grief.</w:t>
      </w:r>
    </w:p>
    <w:p w14:paraId="02BF1973" w14:textId="77777777" w:rsidR="007E7820" w:rsidRPr="00C9454D" w:rsidRDefault="007E7820" w:rsidP="00C9454D">
      <w:pPr>
        <w:rPr>
          <w:sz w:val="24"/>
          <w:szCs w:val="24"/>
        </w:rPr>
      </w:pPr>
      <w:r w:rsidRPr="00C9454D">
        <w:rPr>
          <w:sz w:val="24"/>
          <w:szCs w:val="24"/>
        </w:rPr>
        <w:t>And when it was over, he hadn’t fled.</w:t>
      </w:r>
    </w:p>
    <w:p w14:paraId="7840067F" w14:textId="77777777" w:rsidR="007E7820" w:rsidRPr="00C9454D" w:rsidRDefault="007E7820" w:rsidP="00C9454D">
      <w:pPr>
        <w:rPr>
          <w:sz w:val="24"/>
          <w:szCs w:val="24"/>
        </w:rPr>
      </w:pPr>
      <w:r w:rsidRPr="00C9454D">
        <w:rPr>
          <w:sz w:val="24"/>
          <w:szCs w:val="24"/>
        </w:rPr>
        <w:t>He had let her cry.</w:t>
      </w:r>
    </w:p>
    <w:p w14:paraId="4B463F68" w14:textId="77777777" w:rsidR="007E7820" w:rsidRPr="00C9454D" w:rsidRDefault="007E7820" w:rsidP="00C9454D">
      <w:pPr>
        <w:rPr>
          <w:sz w:val="24"/>
          <w:szCs w:val="24"/>
        </w:rPr>
      </w:pPr>
      <w:r w:rsidRPr="00C9454D">
        <w:rPr>
          <w:sz w:val="24"/>
          <w:szCs w:val="24"/>
        </w:rPr>
        <w:t>Quiet, trembling tears into his chest, into the scar-lined skin of the only man who would ever know the way she shattered when she finally got what she always knew she could never keep.</w:t>
      </w:r>
    </w:p>
    <w:p w14:paraId="60FB60B5" w14:textId="77777777" w:rsidR="007E7820" w:rsidRPr="00C9454D" w:rsidRDefault="007E7820" w:rsidP="00C9454D">
      <w:pPr>
        <w:rPr>
          <w:sz w:val="24"/>
          <w:szCs w:val="24"/>
        </w:rPr>
      </w:pPr>
      <w:r w:rsidRPr="00C9454D">
        <w:rPr>
          <w:sz w:val="24"/>
          <w:szCs w:val="24"/>
        </w:rPr>
        <w:t>He didn’t offer her words.</w:t>
      </w:r>
    </w:p>
    <w:p w14:paraId="26B9D71F" w14:textId="77777777" w:rsidR="007E7820" w:rsidRPr="00C9454D" w:rsidRDefault="007E7820" w:rsidP="00C9454D">
      <w:pPr>
        <w:rPr>
          <w:sz w:val="24"/>
          <w:szCs w:val="24"/>
        </w:rPr>
      </w:pPr>
      <w:r w:rsidRPr="00C9454D">
        <w:rPr>
          <w:sz w:val="24"/>
          <w:szCs w:val="24"/>
        </w:rPr>
        <w:t>He just held her.</w:t>
      </w:r>
    </w:p>
    <w:p w14:paraId="427E9229" w14:textId="77777777" w:rsidR="007E7820" w:rsidRPr="00C9454D" w:rsidRDefault="007E7820" w:rsidP="00C9454D">
      <w:pPr>
        <w:rPr>
          <w:sz w:val="24"/>
          <w:szCs w:val="24"/>
        </w:rPr>
      </w:pPr>
      <w:r w:rsidRPr="00C9454D">
        <w:rPr>
          <w:sz w:val="24"/>
          <w:szCs w:val="24"/>
        </w:rPr>
        <w:t>As if he understood that the ache in her wasn’t just longing—it was reverence.</w:t>
      </w:r>
    </w:p>
    <w:p w14:paraId="0CB9F6D4" w14:textId="77777777" w:rsidR="007E7820" w:rsidRPr="00C9454D" w:rsidRDefault="007E7820" w:rsidP="00C9454D">
      <w:pPr>
        <w:rPr>
          <w:sz w:val="24"/>
          <w:szCs w:val="24"/>
        </w:rPr>
      </w:pPr>
      <w:r w:rsidRPr="00C9454D">
        <w:rPr>
          <w:sz w:val="24"/>
          <w:szCs w:val="24"/>
        </w:rPr>
        <w:t>And when the sky shifted pale and the scent of iron and lavender mingled on her skin, he rose. He dressed in silence. No armor, no defense—just a man who had given his word, and would keep it.</w:t>
      </w:r>
    </w:p>
    <w:p w14:paraId="553EE4E0" w14:textId="77777777" w:rsidR="007E7820" w:rsidRPr="00C9454D" w:rsidRDefault="007E7820" w:rsidP="00C9454D">
      <w:pPr>
        <w:rPr>
          <w:sz w:val="24"/>
          <w:szCs w:val="24"/>
        </w:rPr>
      </w:pPr>
      <w:r w:rsidRPr="00C9454D">
        <w:rPr>
          <w:sz w:val="24"/>
          <w:szCs w:val="24"/>
        </w:rPr>
        <w:t>Before he turned to go, he touched her cheek.</w:t>
      </w:r>
      <w:r w:rsidRPr="00C9454D">
        <w:rPr>
          <w:sz w:val="24"/>
          <w:szCs w:val="24"/>
        </w:rPr>
        <w:br/>
        <w:t>Not as a lover. Not as a goodbye.</w:t>
      </w:r>
      <w:r w:rsidRPr="00C9454D">
        <w:rPr>
          <w:sz w:val="24"/>
          <w:szCs w:val="24"/>
        </w:rPr>
        <w:br/>
        <w:t xml:space="preserve">But as a soldier honoring the soul who had </w:t>
      </w:r>
      <w:r w:rsidRPr="00C9454D">
        <w:rPr>
          <w:i/>
          <w:iCs/>
          <w:sz w:val="24"/>
          <w:szCs w:val="24"/>
        </w:rPr>
        <w:t>met him at his most human.</w:t>
      </w:r>
    </w:p>
    <w:p w14:paraId="68DF589D" w14:textId="77777777" w:rsidR="007E7820" w:rsidRPr="00C9454D" w:rsidRDefault="007E7820" w:rsidP="00C9454D">
      <w:pPr>
        <w:rPr>
          <w:sz w:val="24"/>
          <w:szCs w:val="24"/>
        </w:rPr>
      </w:pPr>
      <w:r w:rsidRPr="00C9454D">
        <w:rPr>
          <w:sz w:val="24"/>
          <w:szCs w:val="24"/>
        </w:rPr>
        <w:t>She didn’t ask him to stay.</w:t>
      </w:r>
    </w:p>
    <w:p w14:paraId="5B5766CF" w14:textId="77777777" w:rsidR="007E7820" w:rsidRPr="00C9454D" w:rsidRDefault="007E7820" w:rsidP="00C9454D">
      <w:pPr>
        <w:rPr>
          <w:sz w:val="24"/>
          <w:szCs w:val="24"/>
        </w:rPr>
      </w:pPr>
      <w:r w:rsidRPr="00C9454D">
        <w:rPr>
          <w:sz w:val="24"/>
          <w:szCs w:val="24"/>
        </w:rPr>
        <w:t>She didn’t even whisper his name.</w:t>
      </w:r>
    </w:p>
    <w:p w14:paraId="431002FE" w14:textId="77777777" w:rsidR="007E7820" w:rsidRPr="00C9454D" w:rsidRDefault="007E7820" w:rsidP="00C9454D">
      <w:pPr>
        <w:rPr>
          <w:sz w:val="24"/>
          <w:szCs w:val="24"/>
        </w:rPr>
      </w:pPr>
      <w:r w:rsidRPr="00C9454D">
        <w:rPr>
          <w:sz w:val="24"/>
          <w:szCs w:val="24"/>
        </w:rPr>
        <w:t>She simply nodded.</w:t>
      </w:r>
    </w:p>
    <w:p w14:paraId="584FA469" w14:textId="77777777" w:rsidR="007E7820" w:rsidRPr="00C9454D" w:rsidRDefault="007E7820" w:rsidP="00C9454D">
      <w:pPr>
        <w:rPr>
          <w:sz w:val="24"/>
          <w:szCs w:val="24"/>
        </w:rPr>
      </w:pPr>
      <w:r w:rsidRPr="00C9454D">
        <w:rPr>
          <w:sz w:val="24"/>
          <w:szCs w:val="24"/>
        </w:rPr>
        <w:t>Because that was the contract.</w:t>
      </w:r>
    </w:p>
    <w:p w14:paraId="02633DB2" w14:textId="77777777" w:rsidR="007E7820" w:rsidRPr="00C9454D" w:rsidRDefault="007E7820" w:rsidP="00C9454D">
      <w:pPr>
        <w:rPr>
          <w:sz w:val="24"/>
          <w:szCs w:val="24"/>
        </w:rPr>
      </w:pPr>
      <w:r w:rsidRPr="00C9454D">
        <w:rPr>
          <w:sz w:val="24"/>
          <w:szCs w:val="24"/>
        </w:rPr>
        <w:t>One night.</w:t>
      </w:r>
    </w:p>
    <w:p w14:paraId="34427835" w14:textId="77777777" w:rsidR="007E7820" w:rsidRPr="00C9454D" w:rsidRDefault="007E7820" w:rsidP="00C9454D">
      <w:pPr>
        <w:rPr>
          <w:sz w:val="24"/>
          <w:szCs w:val="24"/>
        </w:rPr>
      </w:pPr>
      <w:r w:rsidRPr="00C9454D">
        <w:rPr>
          <w:sz w:val="24"/>
          <w:szCs w:val="24"/>
        </w:rPr>
        <w:t>He left her with a memory that ruined every suitor to follow.</w:t>
      </w:r>
      <w:r w:rsidRPr="00C9454D">
        <w:rPr>
          <w:sz w:val="24"/>
          <w:szCs w:val="24"/>
        </w:rPr>
        <w:br/>
        <w:t>Not out of bitterness—out of comparison.</w:t>
      </w:r>
      <w:r w:rsidRPr="00C9454D">
        <w:rPr>
          <w:sz w:val="24"/>
          <w:szCs w:val="24"/>
        </w:rPr>
        <w:br/>
        <w:t>Because how could any man compete with the one who held her grief like glass and never once asked her to hide it?</w:t>
      </w:r>
    </w:p>
    <w:p w14:paraId="750A58FA" w14:textId="77777777" w:rsidR="007E7820" w:rsidRPr="00C9454D" w:rsidRDefault="007E7820" w:rsidP="00C9454D">
      <w:pPr>
        <w:rPr>
          <w:sz w:val="24"/>
          <w:szCs w:val="24"/>
        </w:rPr>
      </w:pPr>
      <w:r w:rsidRPr="00C9454D">
        <w:rPr>
          <w:sz w:val="24"/>
          <w:szCs w:val="24"/>
        </w:rPr>
        <w:t>He had taken the version of her no one else would ever earn.</w:t>
      </w:r>
      <w:r w:rsidRPr="00C9454D">
        <w:rPr>
          <w:sz w:val="24"/>
          <w:szCs w:val="24"/>
        </w:rPr>
        <w:br/>
        <w:t>And somehow… she was grateful.</w:t>
      </w:r>
    </w:p>
    <w:p w14:paraId="290469DB" w14:textId="77777777" w:rsidR="007E7820" w:rsidRPr="00C9454D" w:rsidRDefault="007E7820" w:rsidP="00C9454D">
      <w:pPr>
        <w:rPr>
          <w:sz w:val="24"/>
          <w:szCs w:val="24"/>
        </w:rPr>
      </w:pPr>
      <w:r w:rsidRPr="00C9454D">
        <w:rPr>
          <w:sz w:val="24"/>
          <w:szCs w:val="24"/>
        </w:rPr>
        <w:t>Because once, she had loved a man so deeply that when he rode for Dover,</w:t>
      </w:r>
      <w:r w:rsidRPr="00C9454D">
        <w:rPr>
          <w:sz w:val="24"/>
          <w:szCs w:val="24"/>
        </w:rPr>
        <w:br/>
        <w:t>he carried her with him.</w:t>
      </w:r>
    </w:p>
    <w:p w14:paraId="295DB3ED" w14:textId="77777777" w:rsidR="007E7820" w:rsidRPr="00C9454D" w:rsidRDefault="007E7820" w:rsidP="00C9454D">
      <w:pPr>
        <w:rPr>
          <w:sz w:val="24"/>
          <w:szCs w:val="24"/>
        </w:rPr>
      </w:pPr>
    </w:p>
    <w:p w14:paraId="5CED4C82" w14:textId="205576DA" w:rsidR="007E7820" w:rsidRPr="00C9454D" w:rsidRDefault="00210ADC" w:rsidP="00C9454D">
      <w:pPr>
        <w:rPr>
          <w:sz w:val="24"/>
          <w:szCs w:val="24"/>
        </w:rPr>
      </w:pPr>
      <w:r w:rsidRPr="00C9454D">
        <w:rPr>
          <w:sz w:val="24"/>
          <w:szCs w:val="24"/>
        </w:rPr>
        <w:t>She</w:t>
      </w:r>
      <w:r w:rsidR="007E7820" w:rsidRPr="00C9454D">
        <w:rPr>
          <w:sz w:val="24"/>
          <w:szCs w:val="24"/>
        </w:rPr>
        <w:t xml:space="preserve"> never asked for more</w:t>
      </w:r>
      <w:r w:rsidR="00F86584" w:rsidRPr="00C9454D">
        <w:rPr>
          <w:sz w:val="24"/>
          <w:szCs w:val="24"/>
        </w:rPr>
        <w:t xml:space="preserve"> or</w:t>
      </w:r>
      <w:r w:rsidR="007E7820" w:rsidRPr="00C9454D">
        <w:rPr>
          <w:sz w:val="24"/>
          <w:szCs w:val="24"/>
        </w:rPr>
        <w:t xml:space="preserve"> demanded his love, or his presence, or even his words.</w:t>
      </w:r>
    </w:p>
    <w:p w14:paraId="169CF08B" w14:textId="77777777" w:rsidR="007E7820" w:rsidRPr="00C9454D" w:rsidRDefault="007E7820" w:rsidP="00C9454D">
      <w:pPr>
        <w:rPr>
          <w:sz w:val="24"/>
          <w:szCs w:val="24"/>
        </w:rPr>
      </w:pPr>
      <w:r w:rsidRPr="00C9454D">
        <w:rPr>
          <w:sz w:val="24"/>
          <w:szCs w:val="24"/>
        </w:rPr>
        <w:t>But she never stopped writing.</w:t>
      </w:r>
    </w:p>
    <w:p w14:paraId="1DC4CBC1" w14:textId="77777777" w:rsidR="007E7820" w:rsidRPr="00C9454D" w:rsidRDefault="007E7820" w:rsidP="00C9454D">
      <w:pPr>
        <w:rPr>
          <w:sz w:val="24"/>
          <w:szCs w:val="24"/>
        </w:rPr>
      </w:pPr>
      <w:r w:rsidRPr="00C9454D">
        <w:rPr>
          <w:sz w:val="24"/>
          <w:szCs w:val="24"/>
        </w:rPr>
        <w:t xml:space="preserve">Every campaign year, a new letter. A short verse. A scent-sealed page. A single pressed flower. Never begging. Never pleading. Just… </w:t>
      </w:r>
      <w:r w:rsidRPr="00C9454D">
        <w:rPr>
          <w:i/>
          <w:iCs/>
          <w:sz w:val="24"/>
          <w:szCs w:val="24"/>
        </w:rPr>
        <w:t>being present.</w:t>
      </w:r>
    </w:p>
    <w:p w14:paraId="21C97AFD" w14:textId="77777777" w:rsidR="007E7820" w:rsidRPr="00C9454D" w:rsidRDefault="007E7820" w:rsidP="00C9454D">
      <w:pPr>
        <w:rPr>
          <w:sz w:val="24"/>
          <w:szCs w:val="24"/>
        </w:rPr>
      </w:pPr>
      <w:r w:rsidRPr="00C9454D">
        <w:rPr>
          <w:sz w:val="24"/>
          <w:szCs w:val="24"/>
        </w:rPr>
        <w:t>And though Guy never replied, he always noted where she was, who she traveled with, what court she had served, what illnesses she had healed.</w:t>
      </w:r>
    </w:p>
    <w:p w14:paraId="49800783" w14:textId="77777777" w:rsidR="007E7820" w:rsidRPr="00C9454D" w:rsidRDefault="007E7820" w:rsidP="00C9454D">
      <w:pPr>
        <w:rPr>
          <w:sz w:val="24"/>
          <w:szCs w:val="24"/>
        </w:rPr>
      </w:pPr>
      <w:r w:rsidRPr="00C9454D">
        <w:rPr>
          <w:sz w:val="24"/>
          <w:szCs w:val="24"/>
        </w:rPr>
        <w:t>Their paths crossed only a handful of times after Dover.</w:t>
      </w:r>
    </w:p>
    <w:p w14:paraId="4FAD10FE" w14:textId="77777777" w:rsidR="007E7820" w:rsidRPr="00C9454D" w:rsidRDefault="007E7820" w:rsidP="00C9454D">
      <w:pPr>
        <w:rPr>
          <w:sz w:val="24"/>
          <w:szCs w:val="24"/>
        </w:rPr>
      </w:pPr>
      <w:r w:rsidRPr="00C9454D">
        <w:rPr>
          <w:sz w:val="24"/>
          <w:szCs w:val="24"/>
        </w:rPr>
        <w:t>A wartime briefing in Lyon.</w:t>
      </w:r>
      <w:r w:rsidRPr="00C9454D">
        <w:rPr>
          <w:sz w:val="24"/>
          <w:szCs w:val="24"/>
        </w:rPr>
        <w:br/>
        <w:t>A council hall in Calais.</w:t>
      </w:r>
      <w:r w:rsidRPr="00C9454D">
        <w:rPr>
          <w:sz w:val="24"/>
          <w:szCs w:val="24"/>
        </w:rPr>
        <w:br/>
        <w:t>A banquet table in Paris, where she was seated two chairs above him. The last time they met…</w:t>
      </w:r>
      <w:r w:rsidRPr="00C9454D">
        <w:rPr>
          <w:sz w:val="24"/>
          <w:szCs w:val="24"/>
        </w:rPr>
        <w:br/>
        <w:t>he had to bow to her.</w:t>
      </w:r>
    </w:p>
    <w:p w14:paraId="3D71C966" w14:textId="77777777" w:rsidR="007E7820" w:rsidRPr="00C9454D" w:rsidRDefault="007E7820" w:rsidP="00C9454D">
      <w:pPr>
        <w:rPr>
          <w:sz w:val="24"/>
          <w:szCs w:val="24"/>
        </w:rPr>
      </w:pPr>
      <w:r w:rsidRPr="00C9454D">
        <w:rPr>
          <w:sz w:val="24"/>
          <w:szCs w:val="24"/>
        </w:rPr>
        <w:t>And he did.</w:t>
      </w:r>
    </w:p>
    <w:p w14:paraId="514821D3" w14:textId="77777777" w:rsidR="007E7820" w:rsidRPr="00C9454D" w:rsidRDefault="007E7820" w:rsidP="00C9454D">
      <w:pPr>
        <w:rPr>
          <w:sz w:val="24"/>
          <w:szCs w:val="24"/>
        </w:rPr>
      </w:pPr>
      <w:r w:rsidRPr="00C9454D">
        <w:rPr>
          <w:sz w:val="24"/>
          <w:szCs w:val="24"/>
        </w:rPr>
        <w:t>Not with shame. Not with regret.</w:t>
      </w:r>
      <w:r w:rsidRPr="00C9454D">
        <w:rPr>
          <w:sz w:val="24"/>
          <w:szCs w:val="24"/>
        </w:rPr>
        <w:br/>
        <w:t xml:space="preserve">But with the quiet reverence of a man who </w:t>
      </w:r>
      <w:r w:rsidRPr="00C9454D">
        <w:rPr>
          <w:i/>
          <w:iCs/>
          <w:sz w:val="24"/>
          <w:szCs w:val="24"/>
        </w:rPr>
        <w:t>remembered.</w:t>
      </w:r>
    </w:p>
    <w:p w14:paraId="57467856" w14:textId="77777777" w:rsidR="007E7820" w:rsidRPr="00C9454D" w:rsidRDefault="007E7820" w:rsidP="00C9454D">
      <w:pPr>
        <w:rPr>
          <w:sz w:val="24"/>
          <w:szCs w:val="24"/>
        </w:rPr>
      </w:pPr>
      <w:r w:rsidRPr="00C9454D">
        <w:rPr>
          <w:sz w:val="24"/>
          <w:szCs w:val="24"/>
        </w:rPr>
        <w:t>He never forgot the night.</w:t>
      </w:r>
      <w:r w:rsidRPr="00C9454D">
        <w:rPr>
          <w:sz w:val="24"/>
          <w:szCs w:val="24"/>
        </w:rPr>
        <w:br/>
        <w:t>The scent.</w:t>
      </w:r>
      <w:r w:rsidRPr="00C9454D">
        <w:rPr>
          <w:sz w:val="24"/>
          <w:szCs w:val="24"/>
        </w:rPr>
        <w:br/>
        <w:t xml:space="preserve">The way she looked at him as if he were </w:t>
      </w:r>
      <w:r w:rsidRPr="00C9454D">
        <w:rPr>
          <w:i/>
          <w:iCs/>
          <w:sz w:val="24"/>
          <w:szCs w:val="24"/>
        </w:rPr>
        <w:t>still whole.</w:t>
      </w:r>
    </w:p>
    <w:p w14:paraId="7810B213" w14:textId="77777777" w:rsidR="007B291D" w:rsidRPr="00C9454D" w:rsidRDefault="007E7820" w:rsidP="00C9454D">
      <w:pPr>
        <w:rPr>
          <w:sz w:val="24"/>
          <w:szCs w:val="24"/>
        </w:rPr>
      </w:pPr>
      <w:r w:rsidRPr="00C9454D">
        <w:rPr>
          <w:sz w:val="24"/>
          <w:szCs w:val="24"/>
        </w:rPr>
        <w:t>And though he never said a word…</w:t>
      </w:r>
      <w:r w:rsidRPr="00C9454D">
        <w:rPr>
          <w:sz w:val="24"/>
          <w:szCs w:val="24"/>
        </w:rPr>
        <w:br/>
        <w:t>He always noticed when the letters stopped.</w:t>
      </w:r>
      <w:r w:rsidRPr="00C9454D">
        <w:rPr>
          <w:sz w:val="24"/>
          <w:szCs w:val="24"/>
        </w:rPr>
        <w:br/>
        <w:t>And he missed them.</w:t>
      </w:r>
      <w:r w:rsidRPr="00C9454D">
        <w:rPr>
          <w:sz w:val="24"/>
          <w:szCs w:val="24"/>
        </w:rPr>
        <w:br/>
        <w:t>Always.</w:t>
      </w:r>
    </w:p>
    <w:p w14:paraId="455592DD" w14:textId="00D7F64E" w:rsidR="00501E55" w:rsidRPr="00C9454D" w:rsidRDefault="00501E55" w:rsidP="00C9454D">
      <w:pPr>
        <w:rPr>
          <w:sz w:val="24"/>
          <w:szCs w:val="24"/>
        </w:rPr>
      </w:pPr>
      <w:r w:rsidRPr="00C9454D">
        <w:rPr>
          <w:sz w:val="24"/>
          <w:szCs w:val="24"/>
        </w:rPr>
        <w:t>And when at last he left court, he gave her a final dance. No words. Just a touch to her cheek. A bow to the crown. And the promise of silence.</w:t>
      </w:r>
    </w:p>
    <w:p w14:paraId="7EF00053" w14:textId="77777777" w:rsidR="00501E55" w:rsidRPr="00C9454D" w:rsidRDefault="00501E55" w:rsidP="00C9454D">
      <w:pPr>
        <w:spacing w:after="0"/>
        <w:rPr>
          <w:sz w:val="24"/>
          <w:szCs w:val="24"/>
        </w:rPr>
      </w:pPr>
      <w:r w:rsidRPr="00C9454D">
        <w:rPr>
          <w:sz w:val="24"/>
          <w:szCs w:val="24"/>
        </w:rPr>
        <w:t>She wore blue for mourning. He wore armor.</w:t>
      </w:r>
    </w:p>
    <w:p w14:paraId="1449B2DA" w14:textId="77777777" w:rsidR="00B17B7A" w:rsidRPr="00C9454D" w:rsidRDefault="00FE197F" w:rsidP="00C9454D">
      <w:pPr>
        <w:rPr>
          <w:sz w:val="24"/>
          <w:szCs w:val="24"/>
        </w:rPr>
      </w:pPr>
      <w:r>
        <w:rPr>
          <w:noProof/>
          <w:sz w:val="24"/>
          <w:szCs w:val="24"/>
        </w:rPr>
      </w:r>
      <w:r w:rsidR="00FE197F">
        <w:rPr>
          <w:noProof/>
          <w:sz w:val="24"/>
          <w:szCs w:val="24"/>
        </w:rPr>
        <w:pict w14:anchorId="428DCB11">
          <v:rect id="_x0000_i1040" style="width:0;height:1.5pt" o:hralign="center" o:hrstd="t" o:hr="t" fillcolor="#a0a0a0" stroked="f"/>
        </w:pict>
      </w:r>
    </w:p>
    <w:p w14:paraId="6A5F13C2" w14:textId="61B928CC" w:rsidR="00B17B7A" w:rsidRPr="00C9454D" w:rsidRDefault="003D3D0C" w:rsidP="00C9454D">
      <w:pPr>
        <w:rPr>
          <w:sz w:val="24"/>
          <w:szCs w:val="24"/>
        </w:rPr>
      </w:pPr>
      <w:r w:rsidRPr="00C9454D">
        <w:rPr>
          <w:sz w:val="24"/>
          <w:szCs w:val="24"/>
        </w:rPr>
        <w:t xml:space="preserve">She </w:t>
      </w:r>
      <w:r w:rsidR="00B17B7A" w:rsidRPr="00C9454D">
        <w:rPr>
          <w:sz w:val="24"/>
          <w:szCs w:val="24"/>
        </w:rPr>
        <w:t>knew before he spoke.</w:t>
      </w:r>
      <w:r w:rsidR="00B17B7A" w:rsidRPr="00C9454D">
        <w:rPr>
          <w:sz w:val="24"/>
          <w:szCs w:val="24"/>
        </w:rPr>
        <w:br/>
        <w:t>She always did.</w:t>
      </w:r>
      <w:r w:rsidR="00B17B7A" w:rsidRPr="00C9454D">
        <w:rPr>
          <w:sz w:val="24"/>
          <w:szCs w:val="24"/>
        </w:rPr>
        <w:br/>
        <w:t>She had arrived with</w:t>
      </w:r>
      <w:r w:rsidR="00B5029C" w:rsidRPr="00C9454D">
        <w:rPr>
          <w:sz w:val="24"/>
          <w:szCs w:val="24"/>
        </w:rPr>
        <w:t xml:space="preserve"> solemn</w:t>
      </w:r>
      <w:r w:rsidR="00B17B7A" w:rsidRPr="00C9454D">
        <w:rPr>
          <w:sz w:val="24"/>
          <w:szCs w:val="24"/>
        </w:rPr>
        <w:t xml:space="preserve"> laughter, draped in silk and secrets, tossing one last poem at his feet like a rose with a blade in its stem.</w:t>
      </w:r>
    </w:p>
    <w:p w14:paraId="5C85ED04" w14:textId="77777777" w:rsidR="00B17B7A" w:rsidRPr="00C9454D" w:rsidRDefault="00B17B7A" w:rsidP="00C9454D">
      <w:pPr>
        <w:rPr>
          <w:sz w:val="24"/>
          <w:szCs w:val="24"/>
        </w:rPr>
      </w:pPr>
      <w:r w:rsidRPr="00C9454D">
        <w:rPr>
          <w:sz w:val="24"/>
          <w:szCs w:val="24"/>
        </w:rPr>
        <w:t>“You always did prefer your exits quiet,” she said, lifting her glass but not drinking.</w:t>
      </w:r>
    </w:p>
    <w:p w14:paraId="18E28FBE" w14:textId="77777777" w:rsidR="00B17B7A" w:rsidRPr="00C9454D" w:rsidRDefault="00B17B7A" w:rsidP="00C9454D">
      <w:pPr>
        <w:rPr>
          <w:sz w:val="24"/>
          <w:szCs w:val="24"/>
        </w:rPr>
      </w:pPr>
      <w:r w:rsidRPr="00C9454D">
        <w:rPr>
          <w:sz w:val="24"/>
          <w:szCs w:val="24"/>
        </w:rPr>
        <w:t>Guy stood still. Arms behind his back. Posture tight. No armor, but still unreadable.</w:t>
      </w:r>
    </w:p>
    <w:p w14:paraId="46B124F8" w14:textId="77777777" w:rsidR="00B17B7A" w:rsidRPr="00C9454D" w:rsidRDefault="00B17B7A" w:rsidP="00C9454D">
      <w:pPr>
        <w:rPr>
          <w:sz w:val="24"/>
          <w:szCs w:val="24"/>
        </w:rPr>
      </w:pPr>
      <w:r w:rsidRPr="00C9454D">
        <w:rPr>
          <w:sz w:val="24"/>
          <w:szCs w:val="24"/>
        </w:rPr>
        <w:t>“I’m leaving court,” he said.</w:t>
      </w:r>
    </w:p>
    <w:p w14:paraId="14E419BC" w14:textId="77777777" w:rsidR="00B17B7A" w:rsidRPr="00C9454D" w:rsidRDefault="00B17B7A" w:rsidP="00C9454D">
      <w:pPr>
        <w:rPr>
          <w:sz w:val="24"/>
          <w:szCs w:val="24"/>
        </w:rPr>
      </w:pPr>
      <w:r w:rsidRPr="00C9454D">
        <w:rPr>
          <w:sz w:val="24"/>
          <w:szCs w:val="24"/>
        </w:rPr>
        <w:t>“Where to?” she asked, though she already knew it would be somewhere he could disappear.</w:t>
      </w:r>
    </w:p>
    <w:p w14:paraId="0DBBFA65" w14:textId="77777777" w:rsidR="00B17B7A" w:rsidRPr="00C9454D" w:rsidRDefault="00B17B7A" w:rsidP="00C9454D">
      <w:pPr>
        <w:rPr>
          <w:sz w:val="24"/>
          <w:szCs w:val="24"/>
        </w:rPr>
      </w:pPr>
      <w:r w:rsidRPr="00C9454D">
        <w:rPr>
          <w:sz w:val="24"/>
          <w:szCs w:val="24"/>
        </w:rPr>
        <w:t>“Kent,” he said. “A small village. Quiet.”</w:t>
      </w:r>
      <w:r w:rsidRPr="00C9454D">
        <w:rPr>
          <w:sz w:val="24"/>
          <w:szCs w:val="24"/>
        </w:rPr>
        <w:br/>
        <w:t>His voice softened. “</w:t>
      </w:r>
      <w:proofErr w:type="spellStart"/>
      <w:r w:rsidRPr="00C9454D">
        <w:rPr>
          <w:sz w:val="24"/>
          <w:szCs w:val="24"/>
        </w:rPr>
        <w:t>Teston</w:t>
      </w:r>
      <w:proofErr w:type="spellEnd"/>
      <w:r w:rsidRPr="00C9454D">
        <w:rPr>
          <w:sz w:val="24"/>
          <w:szCs w:val="24"/>
        </w:rPr>
        <w:t>.”</w:t>
      </w:r>
    </w:p>
    <w:p w14:paraId="7F81B7E6" w14:textId="77777777" w:rsidR="00B17B7A" w:rsidRPr="00C9454D" w:rsidRDefault="00B17B7A" w:rsidP="00C9454D">
      <w:pPr>
        <w:rPr>
          <w:sz w:val="24"/>
          <w:szCs w:val="24"/>
        </w:rPr>
      </w:pPr>
      <w:r w:rsidRPr="00C9454D">
        <w:rPr>
          <w:sz w:val="24"/>
          <w:szCs w:val="24"/>
        </w:rPr>
        <w:t>She smiled. It was a small, sad thing.</w:t>
      </w:r>
    </w:p>
    <w:p w14:paraId="2E78F023" w14:textId="77777777" w:rsidR="00B17B7A" w:rsidRPr="00C9454D" w:rsidRDefault="00B17B7A" w:rsidP="00C9454D">
      <w:pPr>
        <w:rPr>
          <w:sz w:val="24"/>
          <w:szCs w:val="24"/>
        </w:rPr>
      </w:pPr>
      <w:r w:rsidRPr="00C9454D">
        <w:rPr>
          <w:sz w:val="24"/>
          <w:szCs w:val="24"/>
        </w:rPr>
        <w:t>“The hills,” she whispered. “You always loved the hills.”</w:t>
      </w:r>
    </w:p>
    <w:p w14:paraId="70A132AC" w14:textId="77777777" w:rsidR="00B17B7A" w:rsidRPr="00C9454D" w:rsidRDefault="00B17B7A" w:rsidP="00C9454D">
      <w:pPr>
        <w:rPr>
          <w:sz w:val="24"/>
          <w:szCs w:val="24"/>
        </w:rPr>
      </w:pPr>
      <w:r w:rsidRPr="00C9454D">
        <w:rPr>
          <w:sz w:val="24"/>
          <w:szCs w:val="24"/>
        </w:rPr>
        <w:t>He nodded.</w:t>
      </w:r>
    </w:p>
    <w:p w14:paraId="7321E705" w14:textId="77777777" w:rsidR="00B17B7A" w:rsidRPr="00C9454D" w:rsidRDefault="00B17B7A" w:rsidP="00C9454D">
      <w:pPr>
        <w:rPr>
          <w:sz w:val="24"/>
          <w:szCs w:val="24"/>
        </w:rPr>
      </w:pPr>
      <w:r w:rsidRPr="00C9454D">
        <w:rPr>
          <w:sz w:val="24"/>
          <w:szCs w:val="24"/>
        </w:rPr>
        <w:t>There was a silence that sat with them, like a third presence.</w:t>
      </w:r>
      <w:r w:rsidRPr="00C9454D">
        <w:rPr>
          <w:sz w:val="24"/>
          <w:szCs w:val="24"/>
        </w:rPr>
        <w:br/>
        <w:t>Not cruel. Not heavy. Just inevitable.</w:t>
      </w:r>
    </w:p>
    <w:p w14:paraId="76A89270" w14:textId="77777777" w:rsidR="00B17B7A" w:rsidRPr="00C9454D" w:rsidRDefault="00B17B7A" w:rsidP="00C9454D">
      <w:pPr>
        <w:rPr>
          <w:sz w:val="24"/>
          <w:szCs w:val="24"/>
        </w:rPr>
      </w:pPr>
      <w:r w:rsidRPr="00C9454D">
        <w:rPr>
          <w:sz w:val="24"/>
          <w:szCs w:val="24"/>
        </w:rPr>
        <w:t>“You’re shedding the knight,” she said at last.</w:t>
      </w:r>
    </w:p>
    <w:p w14:paraId="3C06DAFC" w14:textId="77777777" w:rsidR="00B17B7A" w:rsidRPr="00C9454D" w:rsidRDefault="00B17B7A" w:rsidP="00C9454D">
      <w:pPr>
        <w:rPr>
          <w:sz w:val="24"/>
          <w:szCs w:val="24"/>
        </w:rPr>
      </w:pPr>
      <w:r w:rsidRPr="00C9454D">
        <w:rPr>
          <w:sz w:val="24"/>
          <w:szCs w:val="24"/>
        </w:rPr>
        <w:t xml:space="preserve">“I’m shedding the man you loved,” he replied, </w:t>
      </w:r>
      <w:r w:rsidRPr="00C9454D">
        <w:rPr>
          <w:i/>
          <w:iCs/>
          <w:sz w:val="24"/>
          <w:szCs w:val="24"/>
        </w:rPr>
        <w:t>not cruelly. Just truthfully.</w:t>
      </w:r>
    </w:p>
    <w:p w14:paraId="6E0BB89B" w14:textId="2C13E900" w:rsidR="00B17B7A" w:rsidRPr="00C9454D" w:rsidRDefault="008C23A7" w:rsidP="00C9454D">
      <w:pPr>
        <w:rPr>
          <w:sz w:val="24"/>
          <w:szCs w:val="24"/>
        </w:rPr>
      </w:pPr>
      <w:r w:rsidRPr="00C9454D">
        <w:rPr>
          <w:sz w:val="24"/>
          <w:szCs w:val="24"/>
        </w:rPr>
        <w:t xml:space="preserve">Her </w:t>
      </w:r>
      <w:r w:rsidR="00B17B7A" w:rsidRPr="00C9454D">
        <w:rPr>
          <w:sz w:val="24"/>
          <w:szCs w:val="24"/>
        </w:rPr>
        <w:t>lip quivered—only slightly—but she caught it with a practiced breath.</w:t>
      </w:r>
    </w:p>
    <w:p w14:paraId="52B601F3" w14:textId="77777777" w:rsidR="00B17B7A" w:rsidRPr="00C9454D" w:rsidRDefault="00B17B7A" w:rsidP="00C9454D">
      <w:pPr>
        <w:rPr>
          <w:sz w:val="24"/>
          <w:szCs w:val="24"/>
        </w:rPr>
      </w:pPr>
      <w:r w:rsidRPr="00C9454D">
        <w:rPr>
          <w:sz w:val="24"/>
          <w:szCs w:val="24"/>
        </w:rPr>
        <w:t>“I loved the man,” she said, “because he could never rest.”</w:t>
      </w:r>
      <w:r w:rsidRPr="00C9454D">
        <w:rPr>
          <w:sz w:val="24"/>
          <w:szCs w:val="24"/>
        </w:rPr>
        <w:br/>
      </w:r>
      <w:r w:rsidRPr="00C9454D">
        <w:rPr>
          <w:i/>
          <w:iCs/>
          <w:sz w:val="24"/>
          <w:szCs w:val="24"/>
        </w:rPr>
        <w:t>“But I love this one… because he finally will.”</w:t>
      </w:r>
    </w:p>
    <w:p w14:paraId="2B75B9FE" w14:textId="77777777" w:rsidR="00B17B7A" w:rsidRPr="00C9454D" w:rsidRDefault="00B17B7A" w:rsidP="00C9454D">
      <w:pPr>
        <w:rPr>
          <w:sz w:val="24"/>
          <w:szCs w:val="24"/>
        </w:rPr>
      </w:pPr>
      <w:r w:rsidRPr="00C9454D">
        <w:rPr>
          <w:sz w:val="24"/>
          <w:szCs w:val="24"/>
        </w:rPr>
        <w:t>She walked to him then. Not with drama. Not with weeping.</w:t>
      </w:r>
    </w:p>
    <w:p w14:paraId="5E6D22A2" w14:textId="77777777" w:rsidR="00B17B7A" w:rsidRPr="00C9454D" w:rsidRDefault="00B17B7A" w:rsidP="00C9454D">
      <w:pPr>
        <w:rPr>
          <w:sz w:val="24"/>
          <w:szCs w:val="24"/>
        </w:rPr>
      </w:pPr>
      <w:r w:rsidRPr="00C9454D">
        <w:rPr>
          <w:sz w:val="24"/>
          <w:szCs w:val="24"/>
        </w:rPr>
        <w:t>But with grace. The kind that made queens out of courtesans.</w:t>
      </w:r>
    </w:p>
    <w:p w14:paraId="1BD68722" w14:textId="77777777" w:rsidR="00B17B7A" w:rsidRPr="00C9454D" w:rsidRDefault="00FE197F" w:rsidP="00C9454D">
      <w:pPr>
        <w:rPr>
          <w:sz w:val="24"/>
          <w:szCs w:val="24"/>
        </w:rPr>
      </w:pPr>
      <w:r>
        <w:rPr>
          <w:noProof/>
          <w:sz w:val="24"/>
          <w:szCs w:val="24"/>
        </w:rPr>
      </w:r>
      <w:r w:rsidR="00FE197F">
        <w:rPr>
          <w:noProof/>
          <w:sz w:val="24"/>
          <w:szCs w:val="24"/>
        </w:rPr>
        <w:pict w14:anchorId="54B42ADC">
          <v:rect id="_x0000_i1041" style="width:0;height:1.5pt" o:hralign="center" o:hrstd="t" o:hr="t" fillcolor="#a0a0a0" stroked="f"/>
        </w:pict>
      </w:r>
    </w:p>
    <w:p w14:paraId="100AD482" w14:textId="77777777" w:rsidR="00B17B7A" w:rsidRPr="00C9454D" w:rsidRDefault="00B17B7A" w:rsidP="00C9454D">
      <w:pPr>
        <w:rPr>
          <w:sz w:val="24"/>
          <w:szCs w:val="24"/>
        </w:rPr>
      </w:pPr>
      <w:r w:rsidRPr="00C9454D">
        <w:rPr>
          <w:sz w:val="24"/>
          <w:szCs w:val="24"/>
        </w:rPr>
        <w:t>“Will you write?” she asked.</w:t>
      </w:r>
    </w:p>
    <w:p w14:paraId="0A8738B3" w14:textId="77777777" w:rsidR="00B17B7A" w:rsidRPr="00C9454D" w:rsidRDefault="00B17B7A" w:rsidP="00C9454D">
      <w:pPr>
        <w:rPr>
          <w:sz w:val="24"/>
          <w:szCs w:val="24"/>
        </w:rPr>
      </w:pPr>
      <w:r w:rsidRPr="00C9454D">
        <w:rPr>
          <w:sz w:val="24"/>
          <w:szCs w:val="24"/>
        </w:rPr>
        <w:t>He shook his head.</w:t>
      </w:r>
    </w:p>
    <w:p w14:paraId="0096EAB8" w14:textId="77777777" w:rsidR="00B17B7A" w:rsidRPr="00C9454D" w:rsidRDefault="00B17B7A" w:rsidP="00C9454D">
      <w:pPr>
        <w:rPr>
          <w:sz w:val="24"/>
          <w:szCs w:val="24"/>
        </w:rPr>
      </w:pPr>
      <w:r w:rsidRPr="00C9454D">
        <w:rPr>
          <w:sz w:val="24"/>
          <w:szCs w:val="24"/>
        </w:rPr>
        <w:t>“Then let me,” she said.</w:t>
      </w:r>
    </w:p>
    <w:p w14:paraId="38B75775" w14:textId="77777777" w:rsidR="00B17B7A" w:rsidRPr="00C9454D" w:rsidRDefault="00B17B7A" w:rsidP="00C9454D">
      <w:pPr>
        <w:rPr>
          <w:sz w:val="24"/>
          <w:szCs w:val="24"/>
        </w:rPr>
      </w:pPr>
      <w:r w:rsidRPr="00C9454D">
        <w:rPr>
          <w:sz w:val="24"/>
          <w:szCs w:val="24"/>
        </w:rPr>
        <w:t>He nodded.</w:t>
      </w:r>
    </w:p>
    <w:p w14:paraId="6CA2E956" w14:textId="77777777" w:rsidR="00B17B7A" w:rsidRPr="00C9454D" w:rsidRDefault="00FE197F" w:rsidP="00C9454D">
      <w:pPr>
        <w:rPr>
          <w:sz w:val="24"/>
          <w:szCs w:val="24"/>
        </w:rPr>
      </w:pPr>
      <w:r>
        <w:rPr>
          <w:noProof/>
          <w:sz w:val="24"/>
          <w:szCs w:val="24"/>
        </w:rPr>
      </w:r>
      <w:r w:rsidR="00FE197F">
        <w:rPr>
          <w:noProof/>
          <w:sz w:val="24"/>
          <w:szCs w:val="24"/>
        </w:rPr>
        <w:pict w14:anchorId="1EDD120A">
          <v:rect id="_x0000_i1042" style="width:0;height:1.5pt" o:hralign="center" o:hrstd="t" o:hr="t" fillcolor="#a0a0a0" stroked="f"/>
        </w:pict>
      </w:r>
    </w:p>
    <w:p w14:paraId="40DE78A3" w14:textId="009F34D0" w:rsidR="00B17B7A" w:rsidRPr="00C9454D" w:rsidRDefault="00B17B7A" w:rsidP="00C9454D">
      <w:pPr>
        <w:rPr>
          <w:sz w:val="24"/>
          <w:szCs w:val="24"/>
        </w:rPr>
      </w:pPr>
      <w:r w:rsidRPr="00C9454D">
        <w:rPr>
          <w:sz w:val="24"/>
          <w:szCs w:val="24"/>
        </w:rPr>
        <w:t xml:space="preserve">She reached into her satchel and pulled out a small lacquered box. It was tied with </w:t>
      </w:r>
      <w:r w:rsidR="00FC4A54" w:rsidRPr="00C9454D">
        <w:rPr>
          <w:sz w:val="24"/>
          <w:szCs w:val="24"/>
        </w:rPr>
        <w:t xml:space="preserve">the </w:t>
      </w:r>
      <w:r w:rsidRPr="00C9454D">
        <w:rPr>
          <w:sz w:val="24"/>
          <w:szCs w:val="24"/>
        </w:rPr>
        <w:t>red silk ribbon.</w:t>
      </w:r>
    </w:p>
    <w:p w14:paraId="31C6CA60" w14:textId="7714AC51" w:rsidR="00B17B7A" w:rsidRPr="00C9454D" w:rsidRDefault="00B17B7A" w:rsidP="00C9454D">
      <w:pPr>
        <w:rPr>
          <w:sz w:val="24"/>
          <w:szCs w:val="24"/>
        </w:rPr>
      </w:pPr>
      <w:r w:rsidRPr="00C9454D">
        <w:rPr>
          <w:sz w:val="24"/>
          <w:szCs w:val="24"/>
        </w:rPr>
        <w:t>“Fifteen years,” she said. “One box of scrolls</w:t>
      </w:r>
      <w:r w:rsidR="002F7C98" w:rsidRPr="00C9454D">
        <w:rPr>
          <w:sz w:val="24"/>
          <w:szCs w:val="24"/>
        </w:rPr>
        <w:t xml:space="preserve"> and tied with</w:t>
      </w:r>
      <w:r w:rsidR="00A34BD6" w:rsidRPr="00C9454D">
        <w:rPr>
          <w:sz w:val="24"/>
          <w:szCs w:val="24"/>
        </w:rPr>
        <w:t xml:space="preserve"> a vow</w:t>
      </w:r>
      <w:r w:rsidRPr="00C9454D">
        <w:rPr>
          <w:sz w:val="24"/>
          <w:szCs w:val="24"/>
        </w:rPr>
        <w:t>.</w:t>
      </w:r>
      <w:r w:rsidRPr="00C9454D">
        <w:rPr>
          <w:sz w:val="24"/>
          <w:szCs w:val="24"/>
        </w:rPr>
        <w:br/>
        <w:t>All the things I said because you wouldn’t.”</w:t>
      </w:r>
    </w:p>
    <w:p w14:paraId="324E9174" w14:textId="77777777" w:rsidR="00B17B7A" w:rsidRPr="00C9454D" w:rsidRDefault="00B17B7A" w:rsidP="00C9454D">
      <w:pPr>
        <w:rPr>
          <w:sz w:val="24"/>
          <w:szCs w:val="24"/>
        </w:rPr>
      </w:pPr>
      <w:r w:rsidRPr="00C9454D">
        <w:rPr>
          <w:sz w:val="24"/>
          <w:szCs w:val="24"/>
        </w:rPr>
        <w:t>He took it. With both hands.</w:t>
      </w:r>
    </w:p>
    <w:p w14:paraId="0B2EDB0C" w14:textId="50038F62" w:rsidR="00B17B7A" w:rsidRPr="00C9454D" w:rsidRDefault="00A34BD6" w:rsidP="00C9454D">
      <w:pPr>
        <w:rPr>
          <w:sz w:val="24"/>
          <w:szCs w:val="24"/>
        </w:rPr>
      </w:pPr>
      <w:r w:rsidRPr="00C9454D">
        <w:rPr>
          <w:sz w:val="24"/>
          <w:szCs w:val="24"/>
        </w:rPr>
        <w:t>And</w:t>
      </w:r>
      <w:r w:rsidR="00B17B7A" w:rsidRPr="00C9454D">
        <w:rPr>
          <w:sz w:val="24"/>
          <w:szCs w:val="24"/>
        </w:rPr>
        <w:t xml:space="preserve"> then—he kissed her hand.</w:t>
      </w:r>
      <w:r w:rsidR="00B17B7A" w:rsidRPr="00C9454D">
        <w:rPr>
          <w:sz w:val="24"/>
          <w:szCs w:val="24"/>
        </w:rPr>
        <w:br/>
        <w:t>Not her cheek. Not her lips.</w:t>
      </w:r>
      <w:r w:rsidR="00B17B7A" w:rsidRPr="00C9454D">
        <w:rPr>
          <w:sz w:val="24"/>
          <w:szCs w:val="24"/>
        </w:rPr>
        <w:br/>
        <w:t>Just her hand.</w:t>
      </w:r>
      <w:r w:rsidR="00B17B7A" w:rsidRPr="00C9454D">
        <w:rPr>
          <w:sz w:val="24"/>
          <w:szCs w:val="24"/>
        </w:rPr>
        <w:br/>
        <w:t>And he held it longer than etiquette allowed.</w:t>
      </w:r>
    </w:p>
    <w:p w14:paraId="1F960EEA" w14:textId="77777777" w:rsidR="00B17B7A" w:rsidRPr="00C9454D" w:rsidRDefault="00FE197F" w:rsidP="00C9454D">
      <w:pPr>
        <w:rPr>
          <w:sz w:val="24"/>
          <w:szCs w:val="24"/>
        </w:rPr>
      </w:pPr>
      <w:r>
        <w:rPr>
          <w:noProof/>
          <w:sz w:val="24"/>
          <w:szCs w:val="24"/>
        </w:rPr>
      </w:r>
      <w:r w:rsidR="00FE197F">
        <w:rPr>
          <w:noProof/>
          <w:sz w:val="24"/>
          <w:szCs w:val="24"/>
        </w:rPr>
        <w:pict w14:anchorId="2209D47D">
          <v:rect id="_x0000_i1043" style="width:0;height:1.5pt" o:hralign="center" o:hrstd="t" o:hr="t" fillcolor="#a0a0a0" stroked="f"/>
        </w:pict>
      </w:r>
    </w:p>
    <w:p w14:paraId="5AC6D949" w14:textId="77777777" w:rsidR="00B17B7A" w:rsidRPr="00C9454D" w:rsidRDefault="00B17B7A" w:rsidP="00C9454D">
      <w:pPr>
        <w:rPr>
          <w:sz w:val="24"/>
          <w:szCs w:val="24"/>
        </w:rPr>
      </w:pPr>
      <w:r w:rsidRPr="00C9454D">
        <w:rPr>
          <w:sz w:val="24"/>
          <w:szCs w:val="24"/>
        </w:rPr>
        <w:t>“You were fire,” he said softly. “And I was the man who couldn’t let himself burn.”</w:t>
      </w:r>
    </w:p>
    <w:p w14:paraId="198A9ACA" w14:textId="77777777" w:rsidR="00B17B7A" w:rsidRPr="00C9454D" w:rsidRDefault="00B17B7A" w:rsidP="00C9454D">
      <w:pPr>
        <w:rPr>
          <w:sz w:val="24"/>
          <w:szCs w:val="24"/>
        </w:rPr>
      </w:pPr>
      <w:r w:rsidRPr="00C9454D">
        <w:rPr>
          <w:sz w:val="24"/>
          <w:szCs w:val="24"/>
        </w:rPr>
        <w:t>“You burned anyway,” she replied. “You just never let it show.”</w:t>
      </w:r>
    </w:p>
    <w:p w14:paraId="756105FB" w14:textId="77777777" w:rsidR="00B17B7A" w:rsidRPr="00C9454D" w:rsidRDefault="00FE197F" w:rsidP="00C9454D">
      <w:pPr>
        <w:rPr>
          <w:sz w:val="24"/>
          <w:szCs w:val="24"/>
        </w:rPr>
      </w:pPr>
      <w:r>
        <w:rPr>
          <w:noProof/>
          <w:sz w:val="24"/>
          <w:szCs w:val="24"/>
        </w:rPr>
      </w:r>
      <w:r w:rsidR="00FE197F">
        <w:rPr>
          <w:noProof/>
          <w:sz w:val="24"/>
          <w:szCs w:val="24"/>
        </w:rPr>
        <w:pict w14:anchorId="6E29847E">
          <v:rect id="_x0000_i1044" style="width:0;height:1.5pt" o:hralign="center" o:hrstd="t" o:hr="t" fillcolor="#a0a0a0" stroked="f"/>
        </w:pict>
      </w:r>
    </w:p>
    <w:p w14:paraId="262F5CC8" w14:textId="77777777" w:rsidR="00B17B7A" w:rsidRPr="00C9454D" w:rsidRDefault="00B17B7A" w:rsidP="00C9454D">
      <w:pPr>
        <w:rPr>
          <w:sz w:val="24"/>
          <w:szCs w:val="24"/>
        </w:rPr>
      </w:pPr>
      <w:r w:rsidRPr="00C9454D">
        <w:rPr>
          <w:sz w:val="24"/>
          <w:szCs w:val="24"/>
        </w:rPr>
        <w:t>They stood for a moment more.</w:t>
      </w:r>
    </w:p>
    <w:p w14:paraId="02071C08" w14:textId="77777777" w:rsidR="00B17B7A" w:rsidRPr="00C9454D" w:rsidRDefault="00B17B7A" w:rsidP="00C9454D">
      <w:pPr>
        <w:rPr>
          <w:sz w:val="24"/>
          <w:szCs w:val="24"/>
        </w:rPr>
      </w:pPr>
      <w:r w:rsidRPr="00C9454D">
        <w:rPr>
          <w:sz w:val="24"/>
          <w:szCs w:val="24"/>
        </w:rPr>
        <w:t>The light turned gold.</w:t>
      </w:r>
    </w:p>
    <w:p w14:paraId="65CB1B4C" w14:textId="77777777" w:rsidR="00B17B7A" w:rsidRPr="00C9454D" w:rsidRDefault="00B17B7A" w:rsidP="00C9454D">
      <w:pPr>
        <w:rPr>
          <w:sz w:val="24"/>
          <w:szCs w:val="24"/>
        </w:rPr>
      </w:pPr>
      <w:r w:rsidRPr="00C9454D">
        <w:rPr>
          <w:sz w:val="24"/>
          <w:szCs w:val="24"/>
        </w:rPr>
        <w:t>And then Guy stepped back.</w:t>
      </w:r>
    </w:p>
    <w:p w14:paraId="3BE31BE3" w14:textId="77777777" w:rsidR="00B17B7A" w:rsidRPr="00C9454D" w:rsidRDefault="00B17B7A" w:rsidP="00C9454D">
      <w:pPr>
        <w:rPr>
          <w:sz w:val="24"/>
          <w:szCs w:val="24"/>
        </w:rPr>
      </w:pPr>
      <w:r w:rsidRPr="00C9454D">
        <w:rPr>
          <w:sz w:val="24"/>
          <w:szCs w:val="24"/>
        </w:rPr>
        <w:t>“I leave before sunrise.”</w:t>
      </w:r>
    </w:p>
    <w:p w14:paraId="12B1A5D0" w14:textId="5FF9FB08" w:rsidR="00B17B7A" w:rsidRPr="00C9454D" w:rsidRDefault="003D3134" w:rsidP="00C9454D">
      <w:pPr>
        <w:rPr>
          <w:sz w:val="24"/>
          <w:szCs w:val="24"/>
        </w:rPr>
      </w:pPr>
      <w:r w:rsidRPr="00C9454D">
        <w:rPr>
          <w:sz w:val="24"/>
          <w:szCs w:val="24"/>
        </w:rPr>
        <w:t>She</w:t>
      </w:r>
      <w:r w:rsidR="00B17B7A" w:rsidRPr="00C9454D">
        <w:rPr>
          <w:sz w:val="24"/>
          <w:szCs w:val="24"/>
        </w:rPr>
        <w:t xml:space="preserve"> nodded.</w:t>
      </w:r>
    </w:p>
    <w:p w14:paraId="4432E7F1" w14:textId="77777777" w:rsidR="00B17B7A" w:rsidRPr="00C9454D" w:rsidRDefault="00B17B7A" w:rsidP="00C9454D">
      <w:pPr>
        <w:rPr>
          <w:sz w:val="24"/>
          <w:szCs w:val="24"/>
        </w:rPr>
      </w:pPr>
      <w:r w:rsidRPr="00C9454D">
        <w:rPr>
          <w:sz w:val="24"/>
          <w:szCs w:val="24"/>
        </w:rPr>
        <w:t>And as he turned away, she said it—not loudly, but just enough for the wind to carry.</w:t>
      </w:r>
    </w:p>
    <w:p w14:paraId="6FF8D80C" w14:textId="77777777" w:rsidR="00B17B7A" w:rsidRPr="00C9454D" w:rsidRDefault="00B17B7A" w:rsidP="00C9454D">
      <w:pPr>
        <w:rPr>
          <w:sz w:val="24"/>
          <w:szCs w:val="24"/>
        </w:rPr>
      </w:pPr>
      <w:r w:rsidRPr="00C9454D">
        <w:rPr>
          <w:i/>
          <w:iCs/>
          <w:sz w:val="24"/>
          <w:szCs w:val="24"/>
        </w:rPr>
        <w:t>“A fish and a bird can fall in love… but where shall they live?”</w:t>
      </w:r>
    </w:p>
    <w:p w14:paraId="388539D9" w14:textId="77777777" w:rsidR="00B17B7A" w:rsidRPr="00C9454D" w:rsidRDefault="00FE197F" w:rsidP="00C9454D">
      <w:pPr>
        <w:rPr>
          <w:sz w:val="24"/>
          <w:szCs w:val="24"/>
        </w:rPr>
      </w:pPr>
      <w:r>
        <w:rPr>
          <w:noProof/>
          <w:sz w:val="24"/>
          <w:szCs w:val="24"/>
        </w:rPr>
      </w:r>
      <w:r w:rsidR="00FE197F">
        <w:rPr>
          <w:noProof/>
          <w:sz w:val="24"/>
          <w:szCs w:val="24"/>
        </w:rPr>
        <w:pict w14:anchorId="49CCC1BF">
          <v:rect id="_x0000_i1045" style="width:0;height:1.5pt" o:hralign="center" o:hrstd="t" o:hr="t" fillcolor="#a0a0a0" stroked="f"/>
        </w:pict>
      </w:r>
    </w:p>
    <w:p w14:paraId="6A090C7A" w14:textId="77777777" w:rsidR="00B17B7A" w:rsidRPr="00C9454D" w:rsidRDefault="00B17B7A" w:rsidP="00C9454D">
      <w:pPr>
        <w:rPr>
          <w:sz w:val="24"/>
          <w:szCs w:val="24"/>
        </w:rPr>
      </w:pPr>
      <w:r w:rsidRPr="00C9454D">
        <w:rPr>
          <w:sz w:val="24"/>
          <w:szCs w:val="24"/>
        </w:rPr>
        <w:t>He paused. But he didn’t turn around.</w:t>
      </w:r>
    </w:p>
    <w:p w14:paraId="78308B92" w14:textId="77777777" w:rsidR="00B17B7A" w:rsidRPr="00C9454D" w:rsidRDefault="00B17B7A" w:rsidP="00C9454D">
      <w:pPr>
        <w:rPr>
          <w:sz w:val="24"/>
          <w:szCs w:val="24"/>
        </w:rPr>
      </w:pPr>
      <w:r w:rsidRPr="00C9454D">
        <w:rPr>
          <w:sz w:val="24"/>
          <w:szCs w:val="24"/>
        </w:rPr>
        <w:t>And she didn’t follow.</w:t>
      </w:r>
    </w:p>
    <w:p w14:paraId="7967456A" w14:textId="77777777" w:rsidR="00B17B7A" w:rsidRPr="00C9454D" w:rsidRDefault="00B17B7A" w:rsidP="00C9454D">
      <w:pPr>
        <w:rPr>
          <w:i/>
          <w:iCs/>
          <w:sz w:val="24"/>
          <w:szCs w:val="24"/>
        </w:rPr>
      </w:pPr>
      <w:r w:rsidRPr="00C9454D">
        <w:rPr>
          <w:sz w:val="24"/>
          <w:szCs w:val="24"/>
        </w:rPr>
        <w:t xml:space="preserve">Because love, sometimes… is </w:t>
      </w:r>
      <w:r w:rsidRPr="00C9454D">
        <w:rPr>
          <w:i/>
          <w:iCs/>
          <w:sz w:val="24"/>
          <w:szCs w:val="24"/>
        </w:rPr>
        <w:t>letting someone vanish.</w:t>
      </w:r>
    </w:p>
    <w:p w14:paraId="1771F6A4" w14:textId="77777777" w:rsidR="004D4E4B" w:rsidRPr="00C9454D" w:rsidRDefault="004D4E4B" w:rsidP="00C9454D">
      <w:pPr>
        <w:spacing w:after="0"/>
        <w:rPr>
          <w:sz w:val="24"/>
          <w:szCs w:val="24"/>
        </w:rPr>
      </w:pPr>
      <w:r w:rsidRPr="00C9454D">
        <w:rPr>
          <w:sz w:val="24"/>
          <w:szCs w:val="24"/>
        </w:rPr>
        <w:t>And the kingdom mourned the match that never was.</w:t>
      </w:r>
    </w:p>
    <w:p w14:paraId="0A0FB0F9" w14:textId="77777777" w:rsidR="004D4E4B" w:rsidRPr="00C9454D" w:rsidRDefault="004D4E4B" w:rsidP="00C9454D">
      <w:pPr>
        <w:spacing w:after="0"/>
        <w:rPr>
          <w:sz w:val="24"/>
          <w:szCs w:val="24"/>
        </w:rPr>
      </w:pPr>
      <w:r w:rsidRPr="00C9454D">
        <w:rPr>
          <w:sz w:val="24"/>
          <w:szCs w:val="24"/>
        </w:rPr>
        <w:t>Until High Haven. Until Abilene. Until the scroll returned.</w:t>
      </w:r>
    </w:p>
    <w:p w14:paraId="1704E733" w14:textId="6AA8BC15" w:rsidR="004D4E4B" w:rsidRPr="00C9454D" w:rsidRDefault="004D4E4B" w:rsidP="00C9454D">
      <w:pPr>
        <w:rPr>
          <w:sz w:val="24"/>
          <w:szCs w:val="24"/>
        </w:rPr>
      </w:pPr>
      <w:r w:rsidRPr="00C9454D">
        <w:rPr>
          <w:sz w:val="24"/>
          <w:szCs w:val="24"/>
        </w:rPr>
        <w:t xml:space="preserve">But </w:t>
      </w:r>
      <w:r w:rsidR="007A46F9" w:rsidRPr="00C9454D">
        <w:rPr>
          <w:sz w:val="24"/>
          <w:szCs w:val="24"/>
        </w:rPr>
        <w:t>The Lady</w:t>
      </w:r>
      <w:r w:rsidRPr="00C9454D">
        <w:rPr>
          <w:sz w:val="24"/>
          <w:szCs w:val="24"/>
        </w:rPr>
        <w:t xml:space="preserve"> would always carry that chapter. And in it, she would always be his</w:t>
      </w:r>
    </w:p>
    <w:p w14:paraId="6738AD16" w14:textId="643939CF" w:rsidR="00605E79" w:rsidRPr="00C9454D" w:rsidRDefault="007D010F" w:rsidP="00C9454D">
      <w:pPr>
        <w:spacing w:after="0"/>
        <w:rPr>
          <w:sz w:val="24"/>
          <w:szCs w:val="24"/>
        </w:rPr>
      </w:pPr>
      <w:r w:rsidRPr="00C9454D">
        <w:rPr>
          <w:sz w:val="24"/>
          <w:szCs w:val="24"/>
        </w:rPr>
        <w:t xml:space="preserve">By the time he arrived in </w:t>
      </w:r>
      <w:proofErr w:type="spellStart"/>
      <w:r w:rsidRPr="00C9454D">
        <w:rPr>
          <w:sz w:val="24"/>
          <w:szCs w:val="24"/>
        </w:rPr>
        <w:t>Teston</w:t>
      </w:r>
      <w:proofErr w:type="spellEnd"/>
      <w:r w:rsidRPr="00C9454D">
        <w:rPr>
          <w:sz w:val="24"/>
          <w:szCs w:val="24"/>
        </w:rPr>
        <w:t xml:space="preserve"> </w:t>
      </w:r>
      <w:r w:rsidR="00ED15DC" w:rsidRPr="00C9454D">
        <w:rPr>
          <w:sz w:val="24"/>
          <w:szCs w:val="24"/>
        </w:rPr>
        <w:t xml:space="preserve">a </w:t>
      </w:r>
      <w:r w:rsidRPr="00C9454D">
        <w:rPr>
          <w:sz w:val="24"/>
          <w:szCs w:val="24"/>
        </w:rPr>
        <w:t>year later, he was a different man. The villagers saw him as a quiet, imposing figure, a knight who carried himself with the stoicism of someone who had seen too much. He spoke little, smiled even less, and kept his heart hidden behind a wall of discipline and duty.</w:t>
      </w:r>
    </w:p>
    <w:p w14:paraId="599EF686" w14:textId="46B319EE" w:rsidR="007D010F" w:rsidRPr="00C9454D" w:rsidRDefault="007D010F" w:rsidP="00C9454D">
      <w:pPr>
        <w:spacing w:after="0"/>
        <w:rPr>
          <w:sz w:val="24"/>
          <w:szCs w:val="24"/>
        </w:rPr>
      </w:pPr>
      <w:r w:rsidRPr="00C9454D">
        <w:rPr>
          <w:sz w:val="24"/>
          <w:szCs w:val="24"/>
        </w:rPr>
        <w:t xml:space="preserve">But in the quiet moments, when the firelight flickered against the stone walls of his quarters, Guy would close his eyes and remember. He would remember </w:t>
      </w:r>
      <w:r w:rsidR="00DD5F58" w:rsidRPr="00C9454D">
        <w:rPr>
          <w:sz w:val="24"/>
          <w:szCs w:val="24"/>
        </w:rPr>
        <w:t xml:space="preserve">their </w:t>
      </w:r>
      <w:r w:rsidRPr="00C9454D">
        <w:rPr>
          <w:sz w:val="24"/>
          <w:szCs w:val="24"/>
        </w:rPr>
        <w:t>touch, the</w:t>
      </w:r>
      <w:r w:rsidR="00DD5F58" w:rsidRPr="00C9454D">
        <w:rPr>
          <w:sz w:val="24"/>
          <w:szCs w:val="24"/>
        </w:rPr>
        <w:t>ir laughter</w:t>
      </w:r>
      <w:r w:rsidR="00324729" w:rsidRPr="00C9454D">
        <w:rPr>
          <w:sz w:val="24"/>
          <w:szCs w:val="24"/>
        </w:rPr>
        <w:t xml:space="preserve">, </w:t>
      </w:r>
      <w:r w:rsidRPr="00C9454D">
        <w:rPr>
          <w:sz w:val="24"/>
          <w:szCs w:val="24"/>
        </w:rPr>
        <w:t xml:space="preserve">way </w:t>
      </w:r>
      <w:r w:rsidR="000A1FEC" w:rsidRPr="00C9454D">
        <w:rPr>
          <w:sz w:val="24"/>
          <w:szCs w:val="24"/>
        </w:rPr>
        <w:t>both their</w:t>
      </w:r>
      <w:r w:rsidRPr="00C9454D">
        <w:rPr>
          <w:sz w:val="24"/>
          <w:szCs w:val="24"/>
        </w:rPr>
        <w:t xml:space="preserve"> green eyes had sparkled with life. And though the memory brought him pain, it also reminded him of the man he had once been—a man he thought he could never be again.</w:t>
      </w:r>
    </w:p>
    <w:p w14:paraId="42646A91" w14:textId="77777777" w:rsidR="007D010F" w:rsidRPr="00C9454D" w:rsidRDefault="007D010F" w:rsidP="00C9454D">
      <w:pPr>
        <w:rPr>
          <w:sz w:val="24"/>
          <w:szCs w:val="24"/>
        </w:rPr>
      </w:pPr>
    </w:p>
    <w:p w14:paraId="10056B1A" w14:textId="0308E00B" w:rsidR="005766A3" w:rsidRPr="00C9454D" w:rsidRDefault="005766A3" w:rsidP="00C9454D">
      <w:pPr>
        <w:pStyle w:val="Heading2"/>
        <w:rPr>
          <w:sz w:val="24"/>
          <w:szCs w:val="24"/>
        </w:rPr>
      </w:pPr>
      <w:r w:rsidRPr="00C9454D">
        <w:rPr>
          <w:sz w:val="24"/>
          <w:szCs w:val="24"/>
        </w:rPr>
        <w:t>Kent: The Land of Kings &amp; Conquerors</w:t>
      </w:r>
      <w:r w:rsidR="002B4135" w:rsidRPr="00C9454D">
        <w:rPr>
          <w:sz w:val="24"/>
          <w:szCs w:val="24"/>
        </w:rPr>
        <w:t xml:space="preserve"> </w:t>
      </w:r>
    </w:p>
    <w:p w14:paraId="7869CD1E" w14:textId="77777777" w:rsidR="008B1273" w:rsidRPr="00C9454D" w:rsidRDefault="008B1273" w:rsidP="00C9454D">
      <w:pPr>
        <w:spacing w:after="0"/>
        <w:rPr>
          <w:sz w:val="24"/>
          <w:szCs w:val="24"/>
        </w:rPr>
      </w:pPr>
    </w:p>
    <w:p w14:paraId="6E8CAB4D" w14:textId="494F0B1A" w:rsidR="005766A3" w:rsidRPr="00C9454D" w:rsidRDefault="005766A3" w:rsidP="00C9454D">
      <w:pPr>
        <w:spacing w:after="0"/>
        <w:rPr>
          <w:sz w:val="24"/>
          <w:szCs w:val="24"/>
        </w:rPr>
      </w:pPr>
      <w:r w:rsidRPr="00C9454D">
        <w:rPr>
          <w:sz w:val="24"/>
          <w:szCs w:val="24"/>
        </w:rPr>
        <w:t>There were places in the world where history sat lightly, where the past whispered but did not linger.</w:t>
      </w:r>
    </w:p>
    <w:p w14:paraId="25949BC4" w14:textId="77777777" w:rsidR="005766A3" w:rsidRPr="00C9454D" w:rsidRDefault="005766A3" w:rsidP="00C9454D">
      <w:pPr>
        <w:spacing w:after="0"/>
        <w:rPr>
          <w:sz w:val="24"/>
          <w:szCs w:val="24"/>
        </w:rPr>
      </w:pPr>
      <w:r w:rsidRPr="00C9454D">
        <w:rPr>
          <w:sz w:val="24"/>
          <w:szCs w:val="24"/>
        </w:rPr>
        <w:t>Kent was not one of those places.</w:t>
      </w:r>
    </w:p>
    <w:p w14:paraId="51286C2B" w14:textId="77777777" w:rsidR="005766A3" w:rsidRPr="00C9454D" w:rsidRDefault="005766A3" w:rsidP="00C9454D">
      <w:pPr>
        <w:spacing w:after="0"/>
        <w:rPr>
          <w:sz w:val="24"/>
          <w:szCs w:val="24"/>
        </w:rPr>
      </w:pPr>
      <w:r w:rsidRPr="00C9454D">
        <w:rPr>
          <w:sz w:val="24"/>
          <w:szCs w:val="24"/>
        </w:rPr>
        <w:t>Here, history lived in the very bones of the land.</w:t>
      </w:r>
    </w:p>
    <w:p w14:paraId="16CA8FC8" w14:textId="77777777" w:rsidR="005766A3" w:rsidRPr="00C9454D" w:rsidRDefault="005766A3" w:rsidP="00C9454D">
      <w:pPr>
        <w:spacing w:after="0"/>
        <w:rPr>
          <w:sz w:val="24"/>
          <w:szCs w:val="24"/>
        </w:rPr>
      </w:pPr>
      <w:r w:rsidRPr="00C9454D">
        <w:rPr>
          <w:sz w:val="24"/>
          <w:szCs w:val="24"/>
        </w:rPr>
        <w:t>The hills rolled green, but beneath them lay the remnants of Roman roads, Saxon strongholds, and Norman castles.</w:t>
      </w:r>
    </w:p>
    <w:p w14:paraId="73FA9D2E" w14:textId="77777777" w:rsidR="005766A3" w:rsidRPr="00C9454D" w:rsidRDefault="005766A3" w:rsidP="00C9454D">
      <w:pPr>
        <w:spacing w:after="0"/>
        <w:rPr>
          <w:sz w:val="24"/>
          <w:szCs w:val="24"/>
        </w:rPr>
      </w:pPr>
      <w:r w:rsidRPr="00C9454D">
        <w:rPr>
          <w:sz w:val="24"/>
          <w:szCs w:val="24"/>
        </w:rPr>
        <w:t>The stones of Canterbury Cathedral had been blackened by the smoke of torches carried by pilgrims and kings alike.</w:t>
      </w:r>
    </w:p>
    <w:p w14:paraId="706CF062" w14:textId="31D896E3" w:rsidR="005766A3" w:rsidRPr="00C9454D" w:rsidRDefault="005766A3" w:rsidP="00C9454D">
      <w:pPr>
        <w:spacing w:after="0"/>
        <w:rPr>
          <w:sz w:val="24"/>
          <w:szCs w:val="24"/>
        </w:rPr>
      </w:pPr>
      <w:r w:rsidRPr="00C9454D">
        <w:rPr>
          <w:sz w:val="24"/>
          <w:szCs w:val="24"/>
        </w:rPr>
        <w:t>The winds that swept across the fields had carried the battle cries of men at Hastings, at</w:t>
      </w:r>
      <w:r w:rsidR="008350DA" w:rsidRPr="00C9454D">
        <w:rPr>
          <w:sz w:val="24"/>
          <w:szCs w:val="24"/>
        </w:rPr>
        <w:t xml:space="preserve"> </w:t>
      </w:r>
      <w:proofErr w:type="spellStart"/>
      <w:r w:rsidR="005D7F9B" w:rsidRPr="00C9454D">
        <w:rPr>
          <w:sz w:val="24"/>
          <w:szCs w:val="24"/>
        </w:rPr>
        <w:t>Barham</w:t>
      </w:r>
      <w:proofErr w:type="spellEnd"/>
      <w:r w:rsidRPr="00C9454D">
        <w:rPr>
          <w:sz w:val="24"/>
          <w:szCs w:val="24"/>
        </w:rPr>
        <w:t xml:space="preserve"> Downs, at the Siege of Rochester.</w:t>
      </w:r>
    </w:p>
    <w:p w14:paraId="1E4ED76A" w14:textId="77777777" w:rsidR="005766A3" w:rsidRPr="00C9454D" w:rsidRDefault="005766A3" w:rsidP="00C9454D">
      <w:pPr>
        <w:spacing w:after="0"/>
        <w:rPr>
          <w:sz w:val="24"/>
          <w:szCs w:val="24"/>
        </w:rPr>
      </w:pPr>
      <w:r w:rsidRPr="00C9454D">
        <w:rPr>
          <w:sz w:val="24"/>
          <w:szCs w:val="24"/>
        </w:rPr>
        <w:t>Kent was the gateway to England—the first line of defense, the first land invaders saw, the last they left behind.</w:t>
      </w:r>
    </w:p>
    <w:p w14:paraId="51AAC211" w14:textId="77777777" w:rsidR="005766A3" w:rsidRPr="00C9454D" w:rsidRDefault="005766A3" w:rsidP="00C9454D">
      <w:pPr>
        <w:spacing w:after="0"/>
        <w:rPr>
          <w:sz w:val="24"/>
          <w:szCs w:val="24"/>
        </w:rPr>
      </w:pPr>
      <w:r w:rsidRPr="00C9454D">
        <w:rPr>
          <w:sz w:val="24"/>
          <w:szCs w:val="24"/>
        </w:rPr>
        <w:t>And because of that, Kent had never been a place for the weak.</w:t>
      </w:r>
    </w:p>
    <w:p w14:paraId="1EE3E7BC" w14:textId="77777777" w:rsidR="005766A3" w:rsidRPr="00C9454D" w:rsidRDefault="00FE197F" w:rsidP="00C9454D">
      <w:pPr>
        <w:spacing w:after="0"/>
        <w:rPr>
          <w:sz w:val="24"/>
          <w:szCs w:val="24"/>
        </w:rPr>
      </w:pPr>
      <w:r>
        <w:rPr>
          <w:noProof/>
          <w:sz w:val="24"/>
          <w:szCs w:val="24"/>
        </w:rPr>
      </w:r>
      <w:r w:rsidR="00FE197F">
        <w:rPr>
          <w:noProof/>
          <w:sz w:val="24"/>
          <w:szCs w:val="24"/>
        </w:rPr>
        <w:pict w14:anchorId="40CCBFE7">
          <v:rect id="_x0000_i1046" style="width:0;height:1.5pt" o:hralign="center" o:hrstd="t" o:hr="t" fillcolor="#a0a0a0" stroked="f"/>
        </w:pict>
      </w:r>
    </w:p>
    <w:p w14:paraId="283DDDCE" w14:textId="77777777" w:rsidR="005766A3" w:rsidRPr="00C9454D" w:rsidRDefault="005766A3" w:rsidP="00C9454D">
      <w:pPr>
        <w:pStyle w:val="Heading2"/>
        <w:rPr>
          <w:sz w:val="24"/>
          <w:szCs w:val="24"/>
        </w:rPr>
      </w:pPr>
      <w:r w:rsidRPr="00C9454D">
        <w:rPr>
          <w:sz w:val="24"/>
          <w:szCs w:val="24"/>
        </w:rPr>
        <w:t>The Blood That Built It</w:t>
      </w:r>
    </w:p>
    <w:p w14:paraId="28C5BEB4" w14:textId="77777777" w:rsidR="0056102B" w:rsidRPr="00C9454D" w:rsidRDefault="0056102B" w:rsidP="00C9454D">
      <w:pPr>
        <w:rPr>
          <w:sz w:val="24"/>
          <w:szCs w:val="24"/>
        </w:rPr>
      </w:pPr>
    </w:p>
    <w:p w14:paraId="1EA40091" w14:textId="77777777" w:rsidR="005766A3" w:rsidRPr="00C9454D" w:rsidRDefault="005766A3" w:rsidP="00C9454D">
      <w:pPr>
        <w:spacing w:after="0"/>
        <w:rPr>
          <w:sz w:val="24"/>
          <w:szCs w:val="24"/>
        </w:rPr>
      </w:pPr>
      <w:r w:rsidRPr="00C9454D">
        <w:rPr>
          <w:sz w:val="24"/>
          <w:szCs w:val="24"/>
        </w:rPr>
        <w:t>The lords of Kent were not men who inherited their power easily.</w:t>
      </w:r>
    </w:p>
    <w:p w14:paraId="14B674F9" w14:textId="77777777" w:rsidR="005766A3" w:rsidRPr="00C9454D" w:rsidRDefault="005766A3" w:rsidP="00C9454D">
      <w:pPr>
        <w:spacing w:after="0"/>
        <w:rPr>
          <w:sz w:val="24"/>
          <w:szCs w:val="24"/>
        </w:rPr>
      </w:pPr>
      <w:r w:rsidRPr="00C9454D">
        <w:rPr>
          <w:sz w:val="24"/>
          <w:szCs w:val="24"/>
        </w:rPr>
        <w:t>They were fighters, builders, and survivors.</w:t>
      </w:r>
    </w:p>
    <w:p w14:paraId="36B23412" w14:textId="4F152770" w:rsidR="005766A3" w:rsidRPr="00C9454D" w:rsidRDefault="005766A3" w:rsidP="00C9454D">
      <w:pPr>
        <w:spacing w:after="0"/>
        <w:rPr>
          <w:sz w:val="24"/>
          <w:szCs w:val="24"/>
        </w:rPr>
      </w:pPr>
      <w:r w:rsidRPr="00C9454D">
        <w:rPr>
          <w:sz w:val="24"/>
          <w:szCs w:val="24"/>
        </w:rPr>
        <w:t xml:space="preserve">Men like the </w:t>
      </w:r>
      <w:r w:rsidR="009113B6" w:rsidRPr="00C9454D">
        <w:rPr>
          <w:sz w:val="24"/>
          <w:szCs w:val="24"/>
        </w:rPr>
        <w:t xml:space="preserve">De </w:t>
      </w:r>
      <w:proofErr w:type="spellStart"/>
      <w:r w:rsidR="009113B6" w:rsidRPr="00C9454D">
        <w:rPr>
          <w:sz w:val="24"/>
          <w:szCs w:val="24"/>
        </w:rPr>
        <w:t>Barham</w:t>
      </w:r>
      <w:r w:rsidRPr="00C9454D">
        <w:rPr>
          <w:sz w:val="24"/>
          <w:szCs w:val="24"/>
        </w:rPr>
        <w:t>and</w:t>
      </w:r>
      <w:proofErr w:type="spellEnd"/>
      <w:r w:rsidRPr="00C9454D">
        <w:rPr>
          <w:sz w:val="24"/>
          <w:szCs w:val="24"/>
        </w:rPr>
        <w:t xml:space="preserve"> the Fitz-</w:t>
      </w:r>
      <w:proofErr w:type="spellStart"/>
      <w:r w:rsidR="004D6B2F" w:rsidRPr="00C9454D">
        <w:rPr>
          <w:sz w:val="24"/>
          <w:szCs w:val="24"/>
        </w:rPr>
        <w:t>Urse</w:t>
      </w:r>
      <w:proofErr w:type="spellEnd"/>
      <w:r w:rsidRPr="00C9454D">
        <w:rPr>
          <w:sz w:val="24"/>
          <w:szCs w:val="24"/>
        </w:rPr>
        <w:t xml:space="preserve"> family had carved their names into Kent’s soil not with ink, but with blood.</w:t>
      </w:r>
    </w:p>
    <w:p w14:paraId="6D84788B" w14:textId="3D3BA479" w:rsidR="005766A3" w:rsidRPr="00C9454D" w:rsidRDefault="005766A3" w:rsidP="00C9454D">
      <w:pPr>
        <w:spacing w:after="0"/>
        <w:rPr>
          <w:sz w:val="24"/>
          <w:szCs w:val="24"/>
        </w:rPr>
      </w:pPr>
      <w:r w:rsidRPr="00C9454D">
        <w:rPr>
          <w:sz w:val="24"/>
          <w:szCs w:val="24"/>
        </w:rPr>
        <w:t xml:space="preserve">The </w:t>
      </w:r>
      <w:r w:rsidR="00DD1FF5" w:rsidRPr="00C9454D">
        <w:rPr>
          <w:sz w:val="24"/>
          <w:szCs w:val="24"/>
        </w:rPr>
        <w:t xml:space="preserve">De </w:t>
      </w:r>
      <w:proofErr w:type="spellStart"/>
      <w:r w:rsidRPr="00C9454D">
        <w:rPr>
          <w:sz w:val="24"/>
          <w:szCs w:val="24"/>
        </w:rPr>
        <w:t>Peines</w:t>
      </w:r>
      <w:proofErr w:type="spellEnd"/>
      <w:r w:rsidRPr="00C9454D">
        <w:rPr>
          <w:sz w:val="24"/>
          <w:szCs w:val="24"/>
        </w:rPr>
        <w:t xml:space="preserve"> had fought alongsi</w:t>
      </w:r>
      <w:r w:rsidR="00DD1FF5" w:rsidRPr="00C9454D">
        <w:rPr>
          <w:sz w:val="24"/>
          <w:szCs w:val="24"/>
        </w:rPr>
        <w:t xml:space="preserve">de </w:t>
      </w:r>
      <w:r w:rsidRPr="00C9454D">
        <w:rPr>
          <w:sz w:val="24"/>
          <w:szCs w:val="24"/>
        </w:rPr>
        <w:t>kings—earning their land with steel, not parchment.</w:t>
      </w:r>
    </w:p>
    <w:p w14:paraId="0E115CD1" w14:textId="77777777" w:rsidR="005766A3" w:rsidRPr="00C9454D" w:rsidRDefault="005766A3" w:rsidP="00C9454D">
      <w:pPr>
        <w:spacing w:after="0"/>
        <w:rPr>
          <w:sz w:val="24"/>
          <w:szCs w:val="24"/>
        </w:rPr>
      </w:pPr>
      <w:r w:rsidRPr="00C9454D">
        <w:rPr>
          <w:sz w:val="24"/>
          <w:szCs w:val="24"/>
        </w:rPr>
        <w:t>Every manor house had a story, every church held the bones of men who had once ruled and fallen.</w:t>
      </w:r>
    </w:p>
    <w:p w14:paraId="4B227C31" w14:textId="77777777" w:rsidR="005766A3" w:rsidRPr="00C9454D" w:rsidRDefault="005766A3" w:rsidP="00C9454D">
      <w:pPr>
        <w:spacing w:after="0"/>
        <w:rPr>
          <w:sz w:val="24"/>
          <w:szCs w:val="24"/>
        </w:rPr>
      </w:pPr>
      <w:r w:rsidRPr="00C9454D">
        <w:rPr>
          <w:sz w:val="24"/>
          <w:szCs w:val="24"/>
        </w:rPr>
        <w:t>Even now, the land carried their echoes.</w:t>
      </w:r>
    </w:p>
    <w:p w14:paraId="05033B79" w14:textId="77777777" w:rsidR="005766A3" w:rsidRPr="00C9454D" w:rsidRDefault="00FE197F" w:rsidP="00C9454D">
      <w:pPr>
        <w:spacing w:after="0"/>
        <w:rPr>
          <w:sz w:val="24"/>
          <w:szCs w:val="24"/>
        </w:rPr>
      </w:pPr>
      <w:r>
        <w:rPr>
          <w:noProof/>
          <w:sz w:val="24"/>
          <w:szCs w:val="24"/>
        </w:rPr>
      </w:r>
      <w:r w:rsidR="00FE197F">
        <w:rPr>
          <w:noProof/>
          <w:sz w:val="24"/>
          <w:szCs w:val="24"/>
        </w:rPr>
        <w:pict w14:anchorId="09EACE9F">
          <v:rect id="_x0000_i1047" style="width:0;height:1.5pt" o:hralign="center" o:hrstd="t" o:hr="t" fillcolor="#a0a0a0" stroked="f"/>
        </w:pict>
      </w:r>
    </w:p>
    <w:p w14:paraId="680D3200" w14:textId="117FDA83" w:rsidR="005766A3" w:rsidRPr="00C9454D" w:rsidRDefault="005766A3" w:rsidP="00C9454D">
      <w:pPr>
        <w:pStyle w:val="Heading2"/>
        <w:rPr>
          <w:sz w:val="24"/>
          <w:szCs w:val="24"/>
        </w:rPr>
      </w:pPr>
      <w:r w:rsidRPr="00C9454D">
        <w:rPr>
          <w:sz w:val="24"/>
          <w:szCs w:val="24"/>
        </w:rPr>
        <w:t>Kent &amp; Its Lasting Shadow</w:t>
      </w:r>
      <w:r w:rsidR="00B71E7A" w:rsidRPr="00C9454D">
        <w:rPr>
          <w:sz w:val="24"/>
          <w:szCs w:val="24"/>
        </w:rPr>
        <w:t xml:space="preserve"> </w:t>
      </w:r>
    </w:p>
    <w:p w14:paraId="01865545" w14:textId="77777777" w:rsidR="0056102B" w:rsidRPr="00C9454D" w:rsidRDefault="0056102B" w:rsidP="00C9454D">
      <w:pPr>
        <w:rPr>
          <w:sz w:val="24"/>
          <w:szCs w:val="24"/>
        </w:rPr>
      </w:pPr>
    </w:p>
    <w:p w14:paraId="15EC79ED" w14:textId="77777777" w:rsidR="005766A3" w:rsidRPr="00C9454D" w:rsidRDefault="005766A3" w:rsidP="00C9454D">
      <w:pPr>
        <w:spacing w:after="0"/>
        <w:rPr>
          <w:sz w:val="24"/>
          <w:szCs w:val="24"/>
        </w:rPr>
      </w:pPr>
      <w:r w:rsidRPr="00C9454D">
        <w:rPr>
          <w:sz w:val="24"/>
          <w:szCs w:val="24"/>
        </w:rPr>
        <w:t>To be born of Kent was to carry its weight.</w:t>
      </w:r>
    </w:p>
    <w:p w14:paraId="2C0E37E4" w14:textId="77777777" w:rsidR="005766A3" w:rsidRPr="00C9454D" w:rsidRDefault="005766A3" w:rsidP="00C9454D">
      <w:pPr>
        <w:spacing w:after="0"/>
        <w:rPr>
          <w:sz w:val="24"/>
          <w:szCs w:val="24"/>
        </w:rPr>
      </w:pPr>
      <w:r w:rsidRPr="00C9454D">
        <w:rPr>
          <w:sz w:val="24"/>
          <w:szCs w:val="24"/>
        </w:rPr>
        <w:t>To be noble here was to wear the history of a thousand years like a mantle.</w:t>
      </w:r>
    </w:p>
    <w:p w14:paraId="3882E18C" w14:textId="77777777" w:rsidR="005766A3" w:rsidRPr="00C9454D" w:rsidRDefault="005766A3" w:rsidP="00C9454D">
      <w:pPr>
        <w:spacing w:after="0"/>
        <w:rPr>
          <w:sz w:val="24"/>
          <w:szCs w:val="24"/>
        </w:rPr>
      </w:pPr>
      <w:r w:rsidRPr="00C9454D">
        <w:rPr>
          <w:sz w:val="24"/>
          <w:szCs w:val="24"/>
        </w:rPr>
        <w:t>It was no wonder that Abilene and Guy were destined to cross paths.</w:t>
      </w:r>
    </w:p>
    <w:p w14:paraId="101388C9" w14:textId="77777777" w:rsidR="005766A3" w:rsidRPr="00C9454D" w:rsidRDefault="005766A3" w:rsidP="00C9454D">
      <w:pPr>
        <w:spacing w:after="0"/>
        <w:rPr>
          <w:sz w:val="24"/>
          <w:szCs w:val="24"/>
        </w:rPr>
      </w:pPr>
      <w:r w:rsidRPr="00C9454D">
        <w:rPr>
          <w:sz w:val="24"/>
          <w:szCs w:val="24"/>
        </w:rPr>
        <w:t>For they were not just individuals.</w:t>
      </w:r>
    </w:p>
    <w:p w14:paraId="58734116" w14:textId="77777777" w:rsidR="005766A3" w:rsidRPr="00C9454D" w:rsidRDefault="005766A3" w:rsidP="00C9454D">
      <w:pPr>
        <w:spacing w:after="0"/>
        <w:rPr>
          <w:sz w:val="24"/>
          <w:szCs w:val="24"/>
        </w:rPr>
      </w:pPr>
      <w:r w:rsidRPr="00C9454D">
        <w:rPr>
          <w:sz w:val="24"/>
          <w:szCs w:val="24"/>
        </w:rPr>
        <w:t>They were the children of a land that had never known peace.</w:t>
      </w:r>
    </w:p>
    <w:p w14:paraId="5894E06D" w14:textId="77777777" w:rsidR="005766A3" w:rsidRPr="00C9454D" w:rsidRDefault="005766A3" w:rsidP="00C9454D">
      <w:pPr>
        <w:spacing w:after="0"/>
        <w:rPr>
          <w:sz w:val="24"/>
          <w:szCs w:val="24"/>
        </w:rPr>
      </w:pPr>
      <w:r w:rsidRPr="00C9454D">
        <w:rPr>
          <w:sz w:val="24"/>
          <w:szCs w:val="24"/>
        </w:rPr>
        <w:t>A land that demanded warriors, dreamers, and those who refused to be forgotten.</w:t>
      </w:r>
    </w:p>
    <w:p w14:paraId="354E73F1" w14:textId="77777777" w:rsidR="001A29F8" w:rsidRPr="00C9454D" w:rsidRDefault="001A29F8" w:rsidP="00C9454D">
      <w:pPr>
        <w:spacing w:after="0"/>
        <w:rPr>
          <w:sz w:val="24"/>
          <w:szCs w:val="24"/>
        </w:rPr>
      </w:pPr>
    </w:p>
    <w:p w14:paraId="50E6ECD4" w14:textId="7955C952" w:rsidR="001A29F8" w:rsidRPr="00C9454D" w:rsidRDefault="001A29F8" w:rsidP="00C9454D">
      <w:pPr>
        <w:pStyle w:val="Heading2"/>
        <w:rPr>
          <w:sz w:val="24"/>
          <w:szCs w:val="24"/>
        </w:rPr>
      </w:pPr>
      <w:proofErr w:type="spellStart"/>
      <w:r w:rsidRPr="00C9454D">
        <w:rPr>
          <w:sz w:val="24"/>
          <w:szCs w:val="24"/>
        </w:rPr>
        <w:t>Teston</w:t>
      </w:r>
      <w:proofErr w:type="spellEnd"/>
      <w:r w:rsidRPr="00C9454D">
        <w:rPr>
          <w:sz w:val="24"/>
          <w:szCs w:val="24"/>
        </w:rPr>
        <w:t xml:space="preserve"> 1193</w:t>
      </w:r>
    </w:p>
    <w:p w14:paraId="0346FB5E" w14:textId="77777777" w:rsidR="00430BB2" w:rsidRPr="00C9454D" w:rsidRDefault="00430BB2" w:rsidP="00C9454D">
      <w:pPr>
        <w:rPr>
          <w:sz w:val="24"/>
          <w:szCs w:val="24"/>
        </w:rPr>
      </w:pPr>
    </w:p>
    <w:p w14:paraId="2C4C43FF" w14:textId="70A493D2" w:rsidR="00BF2DAE" w:rsidRPr="00C9454D" w:rsidRDefault="00BF2DAE" w:rsidP="00C9454D">
      <w:pPr>
        <w:rPr>
          <w:sz w:val="24"/>
          <w:szCs w:val="24"/>
        </w:rPr>
      </w:pPr>
      <w:r w:rsidRPr="00C9454D">
        <w:rPr>
          <w:sz w:val="24"/>
          <w:szCs w:val="24"/>
        </w:rPr>
        <w:t xml:space="preserve">The morning sun broke over the gentle hills of Kent, casting long golden rays across the rolling fields surrounding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xml:space="preserve">. The manor stood proud and imposing, its ancient stone walls softened by ivy creeping along the edges. Smoke curled lazily from its chimneys, blending with the crisp, dew-laden air. Below, the village of </w:t>
      </w:r>
      <w:proofErr w:type="spellStart"/>
      <w:r w:rsidR="00225D06" w:rsidRPr="00C9454D">
        <w:rPr>
          <w:sz w:val="24"/>
          <w:szCs w:val="24"/>
        </w:rPr>
        <w:t>Teston</w:t>
      </w:r>
      <w:proofErr w:type="spellEnd"/>
      <w:r w:rsidRPr="00C9454D">
        <w:rPr>
          <w:sz w:val="24"/>
          <w:szCs w:val="24"/>
        </w:rPr>
        <w:t xml:space="preserve"> sprawled like a patchwork quilt, its thatched roofs and cobbled streets bustling with early-day life.</w:t>
      </w:r>
    </w:p>
    <w:p w14:paraId="04D956B2" w14:textId="393F9B3B" w:rsidR="00BF2DAE" w:rsidRPr="00C9454D" w:rsidRDefault="00BF2DAE" w:rsidP="00C9454D">
      <w:pPr>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adjusted her cloak as she stepped out of the manor’s heavy oak doors, the familiar weight of the letter tucked securely in her satchel. The chill of the morning air nipped at her cheeks, but the soft rustle of the wind through the birch trees along the path brought a sense of calm. At twenty years old, Abilene exuded a quiet confidence born of her noble upbringing, though her hazel eyes held a spark of curiosity that often set her apart from others.</w:t>
      </w:r>
    </w:p>
    <w:p w14:paraId="56D6013F" w14:textId="0CFBBA10" w:rsidR="00593107" w:rsidRPr="00C9454D" w:rsidRDefault="00BF2DAE" w:rsidP="00C9454D">
      <w:pPr>
        <w:rPr>
          <w:sz w:val="24"/>
          <w:szCs w:val="24"/>
        </w:rPr>
      </w:pPr>
      <w:r w:rsidRPr="00C9454D">
        <w:rPr>
          <w:sz w:val="24"/>
          <w:szCs w:val="24"/>
        </w:rPr>
        <w:t xml:space="preserve">She descended the winding path toward </w:t>
      </w:r>
      <w:proofErr w:type="spellStart"/>
      <w:r w:rsidR="00225D06" w:rsidRPr="00C9454D">
        <w:rPr>
          <w:sz w:val="24"/>
          <w:szCs w:val="24"/>
        </w:rPr>
        <w:t>Teston</w:t>
      </w:r>
      <w:proofErr w:type="spellEnd"/>
      <w:r w:rsidRPr="00C9454D">
        <w:rPr>
          <w:sz w:val="24"/>
          <w:szCs w:val="24"/>
        </w:rPr>
        <w:t xml:space="preserve">, her footsteps </w:t>
      </w:r>
      <w:r w:rsidR="00593107" w:rsidRPr="00C9454D">
        <w:rPr>
          <w:sz w:val="24"/>
          <w:szCs w:val="24"/>
        </w:rPr>
        <w:t>led her down winding dirt paths, through thick hedgerows that concealed the distant echoes of birdsong. But it was the bridge that always gave her pause—the great stone arch that stretched over the Medway, its sturdy pillars rooted deep within the riverbed.</w:t>
      </w:r>
    </w:p>
    <w:p w14:paraId="6AFABF2D" w14:textId="3E2A0248" w:rsidR="00593107" w:rsidRPr="00C9454D" w:rsidRDefault="00593107" w:rsidP="00C9454D">
      <w:pPr>
        <w:rPr>
          <w:sz w:val="24"/>
          <w:szCs w:val="24"/>
        </w:rPr>
      </w:pPr>
      <w:r w:rsidRPr="00C9454D">
        <w:rPr>
          <w:sz w:val="24"/>
          <w:szCs w:val="24"/>
        </w:rPr>
        <w:t xml:space="preserve">The bridge had stood for generations, a feat of </w:t>
      </w:r>
      <w:r w:rsidR="00103279" w:rsidRPr="00C9454D">
        <w:rPr>
          <w:sz w:val="24"/>
          <w:szCs w:val="24"/>
        </w:rPr>
        <w:t>ancient</w:t>
      </w:r>
      <w:r w:rsidRPr="00C9454D">
        <w:rPr>
          <w:sz w:val="24"/>
          <w:szCs w:val="24"/>
        </w:rPr>
        <w:t xml:space="preserve"> engineering that connected the village to the farmlands beyond. Built of thick-cut limestone, its surface was worn smooth by the tread of countless footsteps, cartwheels, and hooves. Moss clung to its edges, creeping into the cracks like whispers of the past, while ivy draped lazily over the sides, trailing toward the rushing waters below. The Medway, though calm today, had been known to rise in fury during the heaviest rains, its currents a reminder of both life and destruction.</w:t>
      </w:r>
    </w:p>
    <w:p w14:paraId="308513C4" w14:textId="77777777" w:rsidR="00593107" w:rsidRPr="00C9454D" w:rsidRDefault="00593107" w:rsidP="00C9454D">
      <w:pPr>
        <w:rPr>
          <w:sz w:val="24"/>
          <w:szCs w:val="24"/>
        </w:rPr>
      </w:pPr>
      <w:r w:rsidRPr="00C9454D">
        <w:rPr>
          <w:sz w:val="24"/>
          <w:szCs w:val="24"/>
        </w:rPr>
        <w:t>Abilene walked its length with steady steps, her fingers brushing the cool stone of the low parapet as she glanced down at the water. Fishermen worked along the shallows, their nets swaying with the rhythm of the current. A group of children darted past her, laughing as they chased one another toward the village square.</w:t>
      </w:r>
    </w:p>
    <w:p w14:paraId="7C5407C3" w14:textId="1ACA3B39" w:rsidR="00593107" w:rsidRPr="00C9454D" w:rsidRDefault="00593107" w:rsidP="00C9454D">
      <w:pPr>
        <w:rPr>
          <w:sz w:val="24"/>
          <w:szCs w:val="24"/>
        </w:rPr>
      </w:pPr>
      <w:proofErr w:type="spellStart"/>
      <w:r w:rsidRPr="00C9454D">
        <w:rPr>
          <w:sz w:val="24"/>
          <w:szCs w:val="24"/>
        </w:rPr>
        <w:t>Teston</w:t>
      </w:r>
      <w:proofErr w:type="spellEnd"/>
      <w:r w:rsidRPr="00C9454D">
        <w:rPr>
          <w:sz w:val="24"/>
          <w:szCs w:val="24"/>
        </w:rPr>
        <w:t xml:space="preserve"> lay just beyond, its thatched rooftops clustered together like old friends, the scent of fresh bread and </w:t>
      </w:r>
      <w:proofErr w:type="spellStart"/>
      <w:r w:rsidRPr="00C9454D">
        <w:rPr>
          <w:sz w:val="24"/>
          <w:szCs w:val="24"/>
        </w:rPr>
        <w:t>woodsmoke</w:t>
      </w:r>
      <w:proofErr w:type="spellEnd"/>
      <w:r w:rsidRPr="00C9454D">
        <w:rPr>
          <w:sz w:val="24"/>
          <w:szCs w:val="24"/>
        </w:rPr>
        <w:t xml:space="preserve"> curling through the crisp morning air. It was a place of simple joys and quiet traditions, and yet, something about today’s walk felt different. Perhaps it was the letter in her satchel, bearing the </w:t>
      </w:r>
      <w:r w:rsidR="00D95609" w:rsidRPr="00C9454D">
        <w:rPr>
          <w:sz w:val="24"/>
          <w:szCs w:val="24"/>
        </w:rPr>
        <w:t>family</w:t>
      </w:r>
      <w:r w:rsidRPr="00C9454D">
        <w:rPr>
          <w:sz w:val="24"/>
          <w:szCs w:val="24"/>
        </w:rPr>
        <w:t xml:space="preserve"> seal, or perhaps it was the knowledge that she would soon meet the knight whose name had stirred whispers throughout the village.</w:t>
      </w:r>
    </w:p>
    <w:p w14:paraId="685AA4B4" w14:textId="77777777" w:rsidR="00593107" w:rsidRPr="00C9454D" w:rsidRDefault="00593107" w:rsidP="00C9454D">
      <w:pPr>
        <w:rPr>
          <w:sz w:val="24"/>
          <w:szCs w:val="24"/>
        </w:rPr>
      </w:pPr>
      <w:r w:rsidRPr="00C9454D">
        <w:rPr>
          <w:sz w:val="24"/>
          <w:szCs w:val="24"/>
        </w:rPr>
        <w:t>Squaring her shoulders, Abilene descended from the bridge and stepped onto the village road. Whatever lay ahead, she would meet it as she always had—with quiet strength and unwavering resolve.</w:t>
      </w:r>
    </w:p>
    <w:p w14:paraId="20DFA1F7" w14:textId="3AF872D8" w:rsidR="00BF2DAE" w:rsidRPr="00C9454D" w:rsidRDefault="00BF2DAE" w:rsidP="00C9454D">
      <w:pPr>
        <w:rPr>
          <w:sz w:val="24"/>
          <w:szCs w:val="24"/>
        </w:rPr>
      </w:pPr>
      <w:r w:rsidRPr="00C9454D">
        <w:rPr>
          <w:sz w:val="24"/>
          <w:szCs w:val="24"/>
        </w:rPr>
        <w:t>The village came alive as she approached, the air filled with the scents of freshly baked bread, tilled earth, and the occasional whiff of sheep grazing in nearby fields. Children darted through the streets, their laughter mingling with the rhythmic clang of the blacksmith’s hammer. Merchants called out their wares from wooden carts, their voices rising over the bleating of goats and the distant bray of a donkey.</w:t>
      </w:r>
    </w:p>
    <w:p w14:paraId="3E553628" w14:textId="39059EF0" w:rsidR="00BF2DAE" w:rsidRPr="00C9454D" w:rsidRDefault="00BF2DAE" w:rsidP="00C9454D">
      <w:pPr>
        <w:rPr>
          <w:sz w:val="24"/>
          <w:szCs w:val="24"/>
        </w:rPr>
      </w:pPr>
      <w:r w:rsidRPr="00C9454D">
        <w:rPr>
          <w:sz w:val="24"/>
          <w:szCs w:val="24"/>
        </w:rPr>
        <w:t>Abilene smiled as she passed a group of women spinning wool outsi</w:t>
      </w:r>
      <w:r w:rsidR="00DD1FF5" w:rsidRPr="00C9454D">
        <w:rPr>
          <w:sz w:val="24"/>
          <w:szCs w:val="24"/>
        </w:rPr>
        <w:t xml:space="preserve">de </w:t>
      </w:r>
      <w:r w:rsidRPr="00C9454D">
        <w:rPr>
          <w:sz w:val="24"/>
          <w:szCs w:val="24"/>
        </w:rPr>
        <w:t xml:space="preserve">a low stone cottage. They glanced up, their hands pausing briefly, and offered quick curtsies. She returned their greetings with a nod, her thoughts already on her errand. The letter she carried bore the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seal, its contents intended for Sir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—a French knight newly arrived in </w:t>
      </w:r>
      <w:proofErr w:type="spellStart"/>
      <w:r w:rsidR="00225D06" w:rsidRPr="00C9454D">
        <w:rPr>
          <w:sz w:val="24"/>
          <w:szCs w:val="24"/>
        </w:rPr>
        <w:t>Teston</w:t>
      </w:r>
      <w:proofErr w:type="spellEnd"/>
      <w:r w:rsidRPr="00C9454D">
        <w:rPr>
          <w:sz w:val="24"/>
          <w:szCs w:val="24"/>
        </w:rPr>
        <w:t>.</w:t>
      </w:r>
    </w:p>
    <w:p w14:paraId="660B6390" w14:textId="77777777" w:rsidR="00BF2DAE" w:rsidRPr="00C9454D" w:rsidRDefault="00BF2DAE" w:rsidP="00C9454D">
      <w:pPr>
        <w:rPr>
          <w:sz w:val="24"/>
          <w:szCs w:val="24"/>
        </w:rPr>
      </w:pPr>
      <w:r w:rsidRPr="00C9454D">
        <w:rPr>
          <w:sz w:val="24"/>
          <w:szCs w:val="24"/>
        </w:rPr>
        <w:t>The townsfolk whispered about him, their stories painting a picture of a man hardened by war and duty. He was said to be a man of few words, his demeanor as sharp as the sword he carried at his side. Fifteen years her senior, he was as much an enigma as he was a subject of fascination. Abilene had never met him, but the task of delivering the letter had fallen to her, a duty she accepted with curiosity rather than hesitation.</w:t>
      </w:r>
    </w:p>
    <w:p w14:paraId="5DF76CA5" w14:textId="7749D227" w:rsidR="00BF2DAE" w:rsidRPr="00C9454D" w:rsidRDefault="00BF2DAE" w:rsidP="00C9454D">
      <w:pPr>
        <w:rPr>
          <w:sz w:val="24"/>
          <w:szCs w:val="24"/>
        </w:rPr>
      </w:pPr>
      <w:r w:rsidRPr="00C9454D">
        <w:rPr>
          <w:sz w:val="24"/>
          <w:szCs w:val="24"/>
        </w:rPr>
        <w:t>As she reached the center of the village, her gaze swept across the small square. The tavern bustled with life even at this hour, its wooden sign creaking in the breeze. Nearby, a small chapel stood solemnly under the sha</w:t>
      </w:r>
      <w:r w:rsidR="00DD1FF5" w:rsidRPr="00C9454D">
        <w:rPr>
          <w:sz w:val="24"/>
          <w:szCs w:val="24"/>
        </w:rPr>
        <w:t xml:space="preserve">de </w:t>
      </w:r>
      <w:r w:rsidRPr="00C9454D">
        <w:rPr>
          <w:sz w:val="24"/>
          <w:szCs w:val="24"/>
        </w:rPr>
        <w:t>of an ancient oak, its weathered stone walls a testament to the passage of time.</w:t>
      </w:r>
    </w:p>
    <w:p w14:paraId="780FCDE7" w14:textId="13626F81" w:rsidR="00BF2DAE" w:rsidRPr="00C9454D" w:rsidRDefault="00BF2DAE" w:rsidP="00C9454D">
      <w:pPr>
        <w:rPr>
          <w:sz w:val="24"/>
          <w:szCs w:val="24"/>
        </w:rPr>
      </w:pPr>
      <w:r w:rsidRPr="00C9454D">
        <w:rPr>
          <w:sz w:val="24"/>
          <w:szCs w:val="24"/>
        </w:rPr>
        <w:t xml:space="preserve">She spotted him near the blacksmith’s forge, his imposing figure impossible to miss. Sir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stood with his back to her, his armor catching the sunlight in sharp, brilliant flashes. His dark hair was cropped close, a stark contrast to the unruly locks of the villagers around him. His presence commanded attention, though he appeared uninterested in the stares cast his way.</w:t>
      </w:r>
    </w:p>
    <w:p w14:paraId="115B2090" w14:textId="6D39FDFD" w:rsidR="00BF2DAE" w:rsidRPr="00C9454D" w:rsidRDefault="00BF2DAE" w:rsidP="00C9454D">
      <w:pPr>
        <w:rPr>
          <w:sz w:val="24"/>
          <w:szCs w:val="24"/>
        </w:rPr>
      </w:pPr>
      <w:r w:rsidRPr="00C9454D">
        <w:rPr>
          <w:sz w:val="24"/>
          <w:szCs w:val="24"/>
        </w:rPr>
        <w:t xml:space="preserve">Abilene approached cautiously, her boots scuffing softly on the cobbles. “Sir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she called, her voice steady despite the slight flutter in her chest.</w:t>
      </w:r>
    </w:p>
    <w:p w14:paraId="6FFD01B6" w14:textId="5F5DBF90" w:rsidR="00BF2DAE" w:rsidRPr="00C9454D" w:rsidRDefault="00BF2DAE" w:rsidP="00C9454D">
      <w:pPr>
        <w:rPr>
          <w:sz w:val="24"/>
          <w:szCs w:val="24"/>
        </w:rPr>
      </w:pPr>
      <w:r w:rsidRPr="00C9454D">
        <w:rPr>
          <w:sz w:val="24"/>
          <w:szCs w:val="24"/>
        </w:rPr>
        <w:t>He turned, his piercing blue eyes locking onto hers with an intensity that ma</w:t>
      </w:r>
      <w:r w:rsidR="00DD1FF5" w:rsidRPr="00C9454D">
        <w:rPr>
          <w:sz w:val="24"/>
          <w:szCs w:val="24"/>
        </w:rPr>
        <w:t xml:space="preserve">de </w:t>
      </w:r>
      <w:r w:rsidRPr="00C9454D">
        <w:rPr>
          <w:sz w:val="24"/>
          <w:szCs w:val="24"/>
        </w:rPr>
        <w:t>her falter for the briefest moment. His face was weathered, lined with the marks of a life lived on the battlefield, and his expression was unreadable.</w:t>
      </w:r>
    </w:p>
    <w:p w14:paraId="5837954F" w14:textId="77777777" w:rsidR="00BF2DAE" w:rsidRPr="00C9454D" w:rsidRDefault="00BF2DAE" w:rsidP="00C9454D">
      <w:pPr>
        <w:rPr>
          <w:sz w:val="24"/>
          <w:szCs w:val="24"/>
        </w:rPr>
      </w:pPr>
      <w:r w:rsidRPr="00C9454D">
        <w:rPr>
          <w:sz w:val="24"/>
          <w:szCs w:val="24"/>
        </w:rPr>
        <w:t>“Yes,” he said curtly, his voice low and clipped. “What is it?”</w:t>
      </w:r>
    </w:p>
    <w:p w14:paraId="6767CAA5" w14:textId="32A7B897" w:rsidR="00BF2DAE" w:rsidRPr="00C9454D" w:rsidRDefault="00BF2DAE" w:rsidP="00C9454D">
      <w:pPr>
        <w:rPr>
          <w:sz w:val="24"/>
          <w:szCs w:val="24"/>
        </w:rPr>
      </w:pPr>
      <w:r w:rsidRPr="00C9454D">
        <w:rPr>
          <w:sz w:val="24"/>
          <w:szCs w:val="24"/>
        </w:rPr>
        <w:t xml:space="preserve">Abilene reached into her satchel, producing the sealed letter. “A message from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she said, holding it out to him.</w:t>
      </w:r>
    </w:p>
    <w:p w14:paraId="13D5F8B5" w14:textId="77777777" w:rsidR="00BF2DAE" w:rsidRPr="00C9454D" w:rsidRDefault="00BF2DAE" w:rsidP="00C9454D">
      <w:pPr>
        <w:rPr>
          <w:sz w:val="24"/>
          <w:szCs w:val="24"/>
        </w:rPr>
      </w:pPr>
      <w:r w:rsidRPr="00C9454D">
        <w:rPr>
          <w:sz w:val="24"/>
          <w:szCs w:val="24"/>
        </w:rPr>
        <w:t>He took it without a word, his gaze flicking briefly to the seal before breaking it open. His eyes scanned the parchment, his brow furrowing slightly. When he finished, he folded the letter and tucked it into his belt.</w:t>
      </w:r>
    </w:p>
    <w:p w14:paraId="12B2E64A" w14:textId="77777777" w:rsidR="00BF2DAE" w:rsidRPr="00C9454D" w:rsidRDefault="00BF2DAE" w:rsidP="00C9454D">
      <w:pPr>
        <w:rPr>
          <w:sz w:val="24"/>
          <w:szCs w:val="24"/>
        </w:rPr>
      </w:pPr>
      <w:r w:rsidRPr="00C9454D">
        <w:rPr>
          <w:sz w:val="24"/>
          <w:szCs w:val="24"/>
        </w:rPr>
        <w:t>“Thank you,” he said gruffly, turning back toward the forge as though the exchange were already over.</w:t>
      </w:r>
    </w:p>
    <w:p w14:paraId="743950A3" w14:textId="77777777" w:rsidR="00BF2DAE" w:rsidRPr="00C9454D" w:rsidRDefault="00BF2DAE" w:rsidP="00C9454D">
      <w:pPr>
        <w:rPr>
          <w:sz w:val="24"/>
          <w:szCs w:val="24"/>
        </w:rPr>
      </w:pPr>
      <w:r w:rsidRPr="00C9454D">
        <w:rPr>
          <w:sz w:val="24"/>
          <w:szCs w:val="24"/>
        </w:rPr>
        <w:t>Abilene raised an eyebrow, amusement tugging at the corners of her lips. “You’re welcome,” she said lightly, her tone carrying just enough warmth to draw his attention back to her.</w:t>
      </w:r>
    </w:p>
    <w:p w14:paraId="55D7806A" w14:textId="77777777" w:rsidR="00BF2DAE" w:rsidRPr="00C9454D" w:rsidRDefault="00BF2DAE" w:rsidP="00C9454D">
      <w:pPr>
        <w:rPr>
          <w:sz w:val="24"/>
          <w:szCs w:val="24"/>
        </w:rPr>
      </w:pPr>
      <w:r w:rsidRPr="00C9454D">
        <w:rPr>
          <w:sz w:val="24"/>
          <w:szCs w:val="24"/>
        </w:rPr>
        <w:t>He hesitated, his sharp features softening for a fleeting moment as he studied her. “You’re... not like the others,” he said finally, his tone unreadable.</w:t>
      </w:r>
    </w:p>
    <w:p w14:paraId="47663E72" w14:textId="77777777" w:rsidR="00BF2DAE" w:rsidRPr="00C9454D" w:rsidRDefault="00BF2DAE" w:rsidP="00C9454D">
      <w:pPr>
        <w:rPr>
          <w:sz w:val="24"/>
          <w:szCs w:val="24"/>
        </w:rPr>
      </w:pPr>
      <w:r w:rsidRPr="00C9454D">
        <w:rPr>
          <w:sz w:val="24"/>
          <w:szCs w:val="24"/>
        </w:rPr>
        <w:t>“And you, Sir Guy, are exactly as they describe,” she replied with a wry smile. “I’ll take that as a compliment.”</w:t>
      </w:r>
    </w:p>
    <w:p w14:paraId="38767062" w14:textId="77777777" w:rsidR="00BF2DAE" w:rsidRPr="00C9454D" w:rsidRDefault="00BF2DAE" w:rsidP="00C9454D">
      <w:pPr>
        <w:rPr>
          <w:sz w:val="24"/>
          <w:szCs w:val="24"/>
        </w:rPr>
      </w:pPr>
      <w:r w:rsidRPr="00C9454D">
        <w:rPr>
          <w:sz w:val="24"/>
          <w:szCs w:val="24"/>
        </w:rPr>
        <w:t>For the first time, a flicker of a smile ghosted across his lips, gone almost as quickly as it appeared. Without another word, he turned back to his work, leaving Abilene to make her way back through the village.</w:t>
      </w:r>
    </w:p>
    <w:p w14:paraId="32C238B1" w14:textId="2A053CA9" w:rsidR="00BF2DAE" w:rsidRPr="00C9454D" w:rsidRDefault="00BF2DAE" w:rsidP="00C9454D">
      <w:pPr>
        <w:rPr>
          <w:sz w:val="24"/>
          <w:szCs w:val="24"/>
        </w:rPr>
      </w:pPr>
      <w:r w:rsidRPr="00C9454D">
        <w:rPr>
          <w:sz w:val="24"/>
          <w:szCs w:val="24"/>
        </w:rPr>
        <w:t xml:space="preserve">As she walked, she couldn’t help but feel that this was only the beginning. Sir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might be a man of few words, but something about him intrigued her. She had seen the steel in his eyes, the weight of his duty etched into his very being. And while others might have found his abruptness intimidating, she found it... amusing. Perhaps even endearing.</w:t>
      </w:r>
    </w:p>
    <w:p w14:paraId="6005B704" w14:textId="1B0D4F95" w:rsidR="00BF2DAE" w:rsidRPr="00C9454D" w:rsidRDefault="00BF2DAE" w:rsidP="00C9454D">
      <w:pPr>
        <w:rPr>
          <w:sz w:val="24"/>
          <w:szCs w:val="24"/>
        </w:rPr>
      </w:pPr>
      <w:r w:rsidRPr="00C9454D">
        <w:rPr>
          <w:sz w:val="24"/>
          <w:szCs w:val="24"/>
        </w:rPr>
        <w:t xml:space="preserve">The sounds of </w:t>
      </w:r>
      <w:proofErr w:type="spellStart"/>
      <w:r w:rsidR="00225D06" w:rsidRPr="00C9454D">
        <w:rPr>
          <w:sz w:val="24"/>
          <w:szCs w:val="24"/>
        </w:rPr>
        <w:t>Teston</w:t>
      </w:r>
      <w:proofErr w:type="spellEnd"/>
      <w:r w:rsidRPr="00C9454D">
        <w:rPr>
          <w:sz w:val="24"/>
          <w:szCs w:val="24"/>
        </w:rPr>
        <w:t xml:space="preserve"> faded into the distance as she returned to the path toward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the letter’s delivery complete. But her thoughts lingered on the knight in the village square, and she couldn’t help but wonder what fate had in store for them both.</w:t>
      </w:r>
    </w:p>
    <w:p w14:paraId="045417BB" w14:textId="77777777" w:rsidR="00666B0B" w:rsidRPr="00C9454D" w:rsidRDefault="00666B0B" w:rsidP="00C9454D">
      <w:pPr>
        <w:pStyle w:val="Heading2"/>
        <w:rPr>
          <w:sz w:val="24"/>
          <w:szCs w:val="24"/>
        </w:rPr>
      </w:pPr>
      <w:r w:rsidRPr="00C9454D">
        <w:rPr>
          <w:sz w:val="24"/>
          <w:szCs w:val="24"/>
        </w:rPr>
        <w:t xml:space="preserve">The First Daughter of de </w:t>
      </w:r>
      <w:proofErr w:type="spellStart"/>
      <w:r w:rsidRPr="00C9454D">
        <w:rPr>
          <w:sz w:val="24"/>
          <w:szCs w:val="24"/>
        </w:rPr>
        <w:t>Barham</w:t>
      </w:r>
      <w:proofErr w:type="spellEnd"/>
    </w:p>
    <w:p w14:paraId="291F13F6" w14:textId="77777777" w:rsidR="00666B0B" w:rsidRPr="00C9454D" w:rsidRDefault="00666B0B" w:rsidP="00C9454D">
      <w:pPr>
        <w:pStyle w:val="Heading2"/>
        <w:rPr>
          <w:sz w:val="24"/>
          <w:szCs w:val="24"/>
        </w:rPr>
      </w:pPr>
      <w:r w:rsidRPr="00C9454D">
        <w:rPr>
          <w:sz w:val="24"/>
          <w:szCs w:val="24"/>
        </w:rPr>
        <w:t>1170</w:t>
      </w:r>
    </w:p>
    <w:p w14:paraId="1073A3F0" w14:textId="77777777" w:rsidR="00B57F00" w:rsidRPr="00C9454D" w:rsidRDefault="00B57F00" w:rsidP="00C9454D">
      <w:pPr>
        <w:spacing w:after="0"/>
        <w:rPr>
          <w:sz w:val="24"/>
          <w:szCs w:val="24"/>
        </w:rPr>
      </w:pPr>
    </w:p>
    <w:p w14:paraId="42FD9CF9" w14:textId="5019FFB5" w:rsidR="00666B0B" w:rsidRPr="00C9454D" w:rsidRDefault="00666B0B" w:rsidP="00C9454D">
      <w:pPr>
        <w:spacing w:after="0"/>
        <w:rPr>
          <w:sz w:val="24"/>
          <w:szCs w:val="24"/>
        </w:rPr>
      </w:pPr>
      <w:r w:rsidRPr="00C9454D">
        <w:rPr>
          <w:sz w:val="24"/>
          <w:szCs w:val="24"/>
        </w:rPr>
        <w:t xml:space="preserve">Abilene de </w:t>
      </w:r>
      <w:proofErr w:type="spellStart"/>
      <w:r w:rsidRPr="00C9454D">
        <w:rPr>
          <w:sz w:val="24"/>
          <w:szCs w:val="24"/>
        </w:rPr>
        <w:t>Barham</w:t>
      </w:r>
      <w:proofErr w:type="spellEnd"/>
      <w:r w:rsidRPr="00C9454D">
        <w:rPr>
          <w:sz w:val="24"/>
          <w:szCs w:val="24"/>
        </w:rPr>
        <w:t xml:space="preserve"> was born to a name that carried weight.</w:t>
      </w:r>
    </w:p>
    <w:p w14:paraId="167BC870" w14:textId="77777777" w:rsidR="00666B0B" w:rsidRPr="00C9454D" w:rsidRDefault="00666B0B" w:rsidP="00C9454D">
      <w:pPr>
        <w:spacing w:after="0"/>
        <w:rPr>
          <w:sz w:val="24"/>
          <w:szCs w:val="24"/>
        </w:rPr>
      </w:pPr>
      <w:r w:rsidRPr="00C9454D">
        <w:rPr>
          <w:sz w:val="24"/>
          <w:szCs w:val="24"/>
        </w:rPr>
        <w:t>She was not born to be ordinary.</w:t>
      </w:r>
    </w:p>
    <w:p w14:paraId="25C52B35" w14:textId="77777777" w:rsidR="00666B0B" w:rsidRPr="00C9454D" w:rsidRDefault="00666B0B" w:rsidP="00C9454D">
      <w:pPr>
        <w:spacing w:after="0"/>
        <w:rPr>
          <w:sz w:val="24"/>
          <w:szCs w:val="24"/>
        </w:rPr>
      </w:pPr>
      <w:r w:rsidRPr="00C9454D">
        <w:rPr>
          <w:sz w:val="24"/>
          <w:szCs w:val="24"/>
        </w:rPr>
        <w:t>From the moment she could walk, she was expected to be a lady of standing, a woman of intelligence, a daughter worthy of Kent’s history.</w:t>
      </w:r>
    </w:p>
    <w:p w14:paraId="181764C7" w14:textId="77777777" w:rsidR="00666B0B" w:rsidRPr="00C9454D" w:rsidRDefault="00FE197F" w:rsidP="00C9454D">
      <w:pPr>
        <w:spacing w:after="0"/>
        <w:rPr>
          <w:sz w:val="24"/>
          <w:szCs w:val="24"/>
        </w:rPr>
      </w:pPr>
      <w:r>
        <w:rPr>
          <w:noProof/>
          <w:sz w:val="24"/>
          <w:szCs w:val="24"/>
        </w:rPr>
      </w:r>
      <w:r w:rsidR="00FE197F">
        <w:rPr>
          <w:noProof/>
          <w:sz w:val="24"/>
          <w:szCs w:val="24"/>
        </w:rPr>
        <w:pict w14:anchorId="21122695">
          <v:rect id="_x0000_i1048" style="width:0;height:1.5pt" o:hralign="center" o:hrstd="t" o:hr="t" fillcolor="#a0a0a0" stroked="f"/>
        </w:pict>
      </w:r>
    </w:p>
    <w:p w14:paraId="5481D592" w14:textId="77777777" w:rsidR="00666B0B" w:rsidRPr="00C9454D" w:rsidRDefault="00666B0B" w:rsidP="00C9454D">
      <w:pPr>
        <w:pStyle w:val="Heading2"/>
        <w:rPr>
          <w:sz w:val="24"/>
          <w:szCs w:val="24"/>
        </w:rPr>
      </w:pPr>
      <w:proofErr w:type="spellStart"/>
      <w:r w:rsidRPr="00C9454D">
        <w:rPr>
          <w:sz w:val="24"/>
          <w:szCs w:val="24"/>
        </w:rPr>
        <w:t>Barham</w:t>
      </w:r>
      <w:proofErr w:type="spellEnd"/>
      <w:r w:rsidRPr="00C9454D">
        <w:rPr>
          <w:sz w:val="24"/>
          <w:szCs w:val="24"/>
        </w:rPr>
        <w:t xml:space="preserve"> Court: The World She Knew</w:t>
      </w:r>
    </w:p>
    <w:p w14:paraId="13EB337C" w14:textId="77777777" w:rsidR="00666B0B" w:rsidRPr="00C9454D" w:rsidRDefault="00666B0B" w:rsidP="00C9454D">
      <w:pPr>
        <w:spacing w:after="0"/>
        <w:rPr>
          <w:sz w:val="24"/>
          <w:szCs w:val="24"/>
        </w:rPr>
      </w:pPr>
    </w:p>
    <w:p w14:paraId="4122CFAC" w14:textId="77777777" w:rsidR="00666B0B" w:rsidRPr="00C9454D" w:rsidRDefault="00666B0B" w:rsidP="00C9454D">
      <w:pPr>
        <w:spacing w:after="0"/>
        <w:rPr>
          <w:sz w:val="24"/>
          <w:szCs w:val="24"/>
        </w:rPr>
      </w:pPr>
      <w:r w:rsidRPr="00C9454D">
        <w:rPr>
          <w:sz w:val="24"/>
          <w:szCs w:val="24"/>
        </w:rPr>
        <w:t xml:space="preserve">The manor of </w:t>
      </w:r>
      <w:proofErr w:type="spellStart"/>
      <w:r w:rsidRPr="00C9454D">
        <w:rPr>
          <w:sz w:val="24"/>
          <w:szCs w:val="24"/>
        </w:rPr>
        <w:t>Barham</w:t>
      </w:r>
      <w:proofErr w:type="spellEnd"/>
      <w:r w:rsidRPr="00C9454D">
        <w:rPr>
          <w:sz w:val="24"/>
          <w:szCs w:val="24"/>
        </w:rPr>
        <w:t xml:space="preserve"> Court stood on a hill overlooking the valley, a fortress as much as a home.</w:t>
      </w:r>
    </w:p>
    <w:p w14:paraId="6F85D917" w14:textId="77777777" w:rsidR="00666B0B" w:rsidRPr="00C9454D" w:rsidRDefault="00666B0B" w:rsidP="00C9454D">
      <w:pPr>
        <w:spacing w:after="0"/>
        <w:rPr>
          <w:sz w:val="24"/>
          <w:szCs w:val="24"/>
        </w:rPr>
      </w:pPr>
      <w:r w:rsidRPr="00C9454D">
        <w:rPr>
          <w:sz w:val="24"/>
          <w:szCs w:val="24"/>
        </w:rPr>
        <w:t>Inside its stone walls, Abilene grew up surrounded by stories of war, diplomacy, and honor.</w:t>
      </w:r>
    </w:p>
    <w:p w14:paraId="7CE63EDD" w14:textId="77777777" w:rsidR="00666B0B" w:rsidRPr="00C9454D" w:rsidRDefault="00666B0B" w:rsidP="00C9454D">
      <w:pPr>
        <w:spacing w:after="0"/>
        <w:rPr>
          <w:sz w:val="24"/>
          <w:szCs w:val="24"/>
        </w:rPr>
      </w:pPr>
      <w:r w:rsidRPr="00C9454D">
        <w:rPr>
          <w:sz w:val="24"/>
          <w:szCs w:val="24"/>
        </w:rPr>
        <w:t xml:space="preserve">Her father, Richard de </w:t>
      </w:r>
      <w:proofErr w:type="spellStart"/>
      <w:r w:rsidRPr="00C9454D">
        <w:rPr>
          <w:sz w:val="24"/>
          <w:szCs w:val="24"/>
        </w:rPr>
        <w:t>Barham</w:t>
      </w:r>
      <w:proofErr w:type="spellEnd"/>
      <w:r w:rsidRPr="00C9454D">
        <w:rPr>
          <w:sz w:val="24"/>
          <w:szCs w:val="24"/>
        </w:rPr>
        <w:t>, was a man of duty—a knight who had served the king before taking on the quiet battle of ruling his lands.</w:t>
      </w:r>
    </w:p>
    <w:p w14:paraId="280699B3" w14:textId="77777777" w:rsidR="00666B0B" w:rsidRPr="00C9454D" w:rsidRDefault="00666B0B" w:rsidP="00C9454D">
      <w:pPr>
        <w:spacing w:after="0"/>
        <w:rPr>
          <w:sz w:val="24"/>
          <w:szCs w:val="24"/>
        </w:rPr>
      </w:pPr>
      <w:r w:rsidRPr="00C9454D">
        <w:rPr>
          <w:sz w:val="24"/>
          <w:szCs w:val="24"/>
        </w:rPr>
        <w:t>Her mother, Eleanor, was sharp and calculating, a woman who understood the weight of politics and expected Abilene to do the same.</w:t>
      </w:r>
    </w:p>
    <w:p w14:paraId="204333C8" w14:textId="77777777" w:rsidR="00666B0B" w:rsidRPr="00C9454D" w:rsidRDefault="00FE197F" w:rsidP="00C9454D">
      <w:pPr>
        <w:spacing w:after="0"/>
        <w:rPr>
          <w:sz w:val="24"/>
          <w:szCs w:val="24"/>
        </w:rPr>
      </w:pPr>
      <w:r>
        <w:rPr>
          <w:noProof/>
          <w:sz w:val="24"/>
          <w:szCs w:val="24"/>
        </w:rPr>
      </w:r>
      <w:r w:rsidR="00FE197F">
        <w:rPr>
          <w:noProof/>
          <w:sz w:val="24"/>
          <w:szCs w:val="24"/>
        </w:rPr>
        <w:pict w14:anchorId="505EEEDB">
          <v:rect id="_x0000_i1049" style="width:0;height:1.5pt" o:hralign="center" o:hrstd="t" o:hr="t" fillcolor="#a0a0a0" stroked="f"/>
        </w:pict>
      </w:r>
    </w:p>
    <w:p w14:paraId="4D264BA2" w14:textId="77777777" w:rsidR="00666B0B" w:rsidRPr="00C9454D" w:rsidRDefault="00666B0B" w:rsidP="00C9454D">
      <w:pPr>
        <w:pStyle w:val="Heading2"/>
        <w:rPr>
          <w:sz w:val="24"/>
          <w:szCs w:val="24"/>
        </w:rPr>
      </w:pPr>
      <w:r w:rsidRPr="00C9454D">
        <w:rPr>
          <w:sz w:val="24"/>
          <w:szCs w:val="24"/>
        </w:rPr>
        <w:t>A Mind That Did Not Belong in the Background</w:t>
      </w:r>
    </w:p>
    <w:p w14:paraId="513066BC" w14:textId="77777777" w:rsidR="00666B0B" w:rsidRPr="00C9454D" w:rsidRDefault="00666B0B" w:rsidP="00C9454D">
      <w:pPr>
        <w:rPr>
          <w:sz w:val="24"/>
          <w:szCs w:val="24"/>
        </w:rPr>
      </w:pPr>
    </w:p>
    <w:p w14:paraId="48E20ED1" w14:textId="77777777" w:rsidR="00666B0B" w:rsidRPr="00C9454D" w:rsidRDefault="00666B0B" w:rsidP="00C9454D">
      <w:pPr>
        <w:spacing w:after="0"/>
        <w:rPr>
          <w:sz w:val="24"/>
          <w:szCs w:val="24"/>
        </w:rPr>
      </w:pPr>
      <w:r w:rsidRPr="00C9454D">
        <w:rPr>
          <w:sz w:val="24"/>
          <w:szCs w:val="24"/>
        </w:rPr>
        <w:t>Abilene’s first rebellion was curiosity.</w:t>
      </w:r>
    </w:p>
    <w:p w14:paraId="235F3D92" w14:textId="77777777" w:rsidR="00666B0B" w:rsidRPr="00C9454D" w:rsidRDefault="00666B0B" w:rsidP="00C9454D">
      <w:pPr>
        <w:spacing w:after="0"/>
        <w:rPr>
          <w:sz w:val="24"/>
          <w:szCs w:val="24"/>
        </w:rPr>
      </w:pPr>
      <w:r w:rsidRPr="00C9454D">
        <w:rPr>
          <w:sz w:val="24"/>
          <w:szCs w:val="24"/>
        </w:rPr>
        <w:t>She did not learn only embroidery and pleasantries.</w:t>
      </w:r>
    </w:p>
    <w:p w14:paraId="17C9D51F" w14:textId="77777777" w:rsidR="00666B0B" w:rsidRPr="00C9454D" w:rsidRDefault="00666B0B" w:rsidP="00C9454D">
      <w:pPr>
        <w:spacing w:after="0"/>
        <w:rPr>
          <w:sz w:val="24"/>
          <w:szCs w:val="24"/>
        </w:rPr>
      </w:pPr>
      <w:r w:rsidRPr="00C9454D">
        <w:rPr>
          <w:sz w:val="24"/>
          <w:szCs w:val="24"/>
        </w:rPr>
        <w:t>She learned languages, studied maps, and listened when her father spoke of strategy.</w:t>
      </w:r>
    </w:p>
    <w:p w14:paraId="3501B9E3" w14:textId="77777777" w:rsidR="00666B0B" w:rsidRPr="00C9454D" w:rsidRDefault="00666B0B" w:rsidP="00C9454D">
      <w:pPr>
        <w:spacing w:after="0"/>
        <w:rPr>
          <w:sz w:val="24"/>
          <w:szCs w:val="24"/>
        </w:rPr>
      </w:pPr>
      <w:r w:rsidRPr="00C9454D">
        <w:rPr>
          <w:sz w:val="24"/>
          <w:szCs w:val="24"/>
        </w:rPr>
        <w:t>“You are too bold for a woman,” her mother chided more than once.</w:t>
      </w:r>
    </w:p>
    <w:p w14:paraId="1E451913" w14:textId="77777777" w:rsidR="00666B0B" w:rsidRPr="00C9454D" w:rsidRDefault="00666B0B" w:rsidP="00C9454D">
      <w:pPr>
        <w:spacing w:after="0"/>
        <w:rPr>
          <w:sz w:val="24"/>
          <w:szCs w:val="24"/>
        </w:rPr>
      </w:pPr>
      <w:r w:rsidRPr="00C9454D">
        <w:rPr>
          <w:sz w:val="24"/>
          <w:szCs w:val="24"/>
        </w:rPr>
        <w:t>Abilene did not apologize.</w:t>
      </w:r>
    </w:p>
    <w:p w14:paraId="5BDFBF0C" w14:textId="77777777" w:rsidR="00666B0B" w:rsidRPr="00C9454D" w:rsidRDefault="00666B0B" w:rsidP="00C9454D">
      <w:pPr>
        <w:spacing w:after="0"/>
        <w:rPr>
          <w:sz w:val="24"/>
          <w:szCs w:val="24"/>
        </w:rPr>
      </w:pPr>
      <w:r w:rsidRPr="00C9454D">
        <w:rPr>
          <w:sz w:val="24"/>
          <w:szCs w:val="24"/>
        </w:rPr>
        <w:t>She was not made for the shadows.</w:t>
      </w:r>
    </w:p>
    <w:p w14:paraId="31B124B3" w14:textId="77777777" w:rsidR="00666B0B" w:rsidRPr="00C9454D" w:rsidRDefault="00FE197F" w:rsidP="00C9454D">
      <w:pPr>
        <w:spacing w:after="0"/>
        <w:rPr>
          <w:sz w:val="24"/>
          <w:szCs w:val="24"/>
        </w:rPr>
      </w:pPr>
      <w:r>
        <w:rPr>
          <w:noProof/>
          <w:sz w:val="24"/>
          <w:szCs w:val="24"/>
        </w:rPr>
      </w:r>
      <w:r w:rsidR="00FE197F">
        <w:rPr>
          <w:noProof/>
          <w:sz w:val="24"/>
          <w:szCs w:val="24"/>
        </w:rPr>
        <w:pict w14:anchorId="64FE2165">
          <v:rect id="_x0000_i1050" style="width:0;height:1.5pt" o:hralign="center" o:hrstd="t" o:hr="t" fillcolor="#a0a0a0" stroked="f"/>
        </w:pict>
      </w:r>
    </w:p>
    <w:p w14:paraId="73D9ABBC" w14:textId="77777777" w:rsidR="00666B0B" w:rsidRPr="00C9454D" w:rsidRDefault="00666B0B" w:rsidP="00C9454D">
      <w:pPr>
        <w:pStyle w:val="Heading2"/>
        <w:rPr>
          <w:sz w:val="24"/>
          <w:szCs w:val="24"/>
        </w:rPr>
      </w:pPr>
      <w:r w:rsidRPr="00C9454D">
        <w:rPr>
          <w:sz w:val="24"/>
          <w:szCs w:val="24"/>
        </w:rPr>
        <w:t>The Name That Followed Her</w:t>
      </w:r>
    </w:p>
    <w:p w14:paraId="009E3ACB" w14:textId="77777777" w:rsidR="00666B0B" w:rsidRPr="00C9454D" w:rsidRDefault="00666B0B" w:rsidP="00C9454D">
      <w:pPr>
        <w:rPr>
          <w:sz w:val="24"/>
          <w:szCs w:val="24"/>
        </w:rPr>
      </w:pPr>
    </w:p>
    <w:p w14:paraId="51423C03" w14:textId="77777777" w:rsidR="00666B0B" w:rsidRPr="00C9454D" w:rsidRDefault="00666B0B" w:rsidP="00C9454D">
      <w:pPr>
        <w:spacing w:after="0"/>
        <w:rPr>
          <w:sz w:val="24"/>
          <w:szCs w:val="24"/>
        </w:rPr>
      </w:pPr>
      <w:r w:rsidRPr="00C9454D">
        <w:rPr>
          <w:sz w:val="24"/>
          <w:szCs w:val="24"/>
        </w:rPr>
        <w:t xml:space="preserve">But no matter how sharp her mind, how strong her will, Abilene carried the name de </w:t>
      </w:r>
      <w:proofErr w:type="spellStart"/>
      <w:r w:rsidRPr="00C9454D">
        <w:rPr>
          <w:sz w:val="24"/>
          <w:szCs w:val="24"/>
        </w:rPr>
        <w:t>Barham</w:t>
      </w:r>
      <w:proofErr w:type="spellEnd"/>
      <w:r w:rsidRPr="00C9454D">
        <w:rPr>
          <w:sz w:val="24"/>
          <w:szCs w:val="24"/>
        </w:rPr>
        <w:t>.</w:t>
      </w:r>
    </w:p>
    <w:p w14:paraId="750516C1" w14:textId="77777777" w:rsidR="00666B0B" w:rsidRPr="00C9454D" w:rsidRDefault="00666B0B" w:rsidP="00C9454D">
      <w:pPr>
        <w:spacing w:after="0"/>
        <w:rPr>
          <w:sz w:val="24"/>
          <w:szCs w:val="24"/>
        </w:rPr>
      </w:pPr>
      <w:r w:rsidRPr="00C9454D">
        <w:rPr>
          <w:sz w:val="24"/>
          <w:szCs w:val="24"/>
        </w:rPr>
        <w:t>She was not free to shape her own future.</w:t>
      </w:r>
    </w:p>
    <w:p w14:paraId="5F46E358" w14:textId="77777777" w:rsidR="00666B0B" w:rsidRPr="00C9454D" w:rsidRDefault="00666B0B" w:rsidP="00C9454D">
      <w:pPr>
        <w:spacing w:after="0"/>
        <w:rPr>
          <w:sz w:val="24"/>
          <w:szCs w:val="24"/>
        </w:rPr>
      </w:pPr>
      <w:r w:rsidRPr="00C9454D">
        <w:rPr>
          <w:sz w:val="24"/>
          <w:szCs w:val="24"/>
        </w:rPr>
        <w:t>She was a piece in the grand game of alliances.</w:t>
      </w:r>
    </w:p>
    <w:p w14:paraId="728ED87A" w14:textId="77777777" w:rsidR="00961F30" w:rsidRPr="00C9454D" w:rsidRDefault="00666B0B" w:rsidP="00C9454D">
      <w:pPr>
        <w:rPr>
          <w:sz w:val="24"/>
          <w:szCs w:val="24"/>
        </w:rPr>
      </w:pPr>
      <w:r w:rsidRPr="00C9454D">
        <w:rPr>
          <w:sz w:val="24"/>
          <w:szCs w:val="24"/>
        </w:rPr>
        <w:t>And soon, she would have to play her role.</w:t>
      </w:r>
    </w:p>
    <w:p w14:paraId="3035C81C" w14:textId="37592936" w:rsidR="00666B0B" w:rsidRPr="00C9454D" w:rsidRDefault="00666B0B" w:rsidP="00C9454D">
      <w:pPr>
        <w:rPr>
          <w:sz w:val="24"/>
          <w:szCs w:val="24"/>
        </w:rPr>
      </w:pPr>
      <w:proofErr w:type="spellStart"/>
      <w:r w:rsidRPr="00C9454D">
        <w:rPr>
          <w:sz w:val="24"/>
          <w:szCs w:val="24"/>
        </w:rPr>
        <w:t>Barham</w:t>
      </w:r>
      <w:proofErr w:type="spellEnd"/>
      <w:r w:rsidRPr="00C9454D">
        <w:rPr>
          <w:sz w:val="24"/>
          <w:szCs w:val="24"/>
        </w:rPr>
        <w:t xml:space="preserve"> Court stood as a testament to the de </w:t>
      </w:r>
      <w:proofErr w:type="spellStart"/>
      <w:r w:rsidRPr="00C9454D">
        <w:rPr>
          <w:sz w:val="24"/>
          <w:szCs w:val="24"/>
        </w:rPr>
        <w:t>Barham</w:t>
      </w:r>
      <w:proofErr w:type="spellEnd"/>
      <w:r w:rsidRPr="00C9454D">
        <w:rPr>
          <w:sz w:val="24"/>
          <w:szCs w:val="24"/>
        </w:rPr>
        <w:t xml:space="preserve"> family’s resilience, its stone walls weathered but resolute against the rolling green hills of Kent. The manor overlooked the village of </w:t>
      </w:r>
      <w:proofErr w:type="spellStart"/>
      <w:r w:rsidRPr="00C9454D">
        <w:rPr>
          <w:sz w:val="24"/>
          <w:szCs w:val="24"/>
        </w:rPr>
        <w:t>Teston</w:t>
      </w:r>
      <w:proofErr w:type="spellEnd"/>
      <w:r w:rsidRPr="00C9454D">
        <w:rPr>
          <w:sz w:val="24"/>
          <w:szCs w:val="24"/>
        </w:rPr>
        <w:t xml:space="preserve">, its towers rising proudly against the sky, a silent witness to centuries of noble life. Within its halls, Abilene de </w:t>
      </w:r>
      <w:proofErr w:type="spellStart"/>
      <w:r w:rsidRPr="00C9454D">
        <w:rPr>
          <w:sz w:val="24"/>
          <w:szCs w:val="24"/>
        </w:rPr>
        <w:t>Barham</w:t>
      </w:r>
      <w:proofErr w:type="spellEnd"/>
      <w:r w:rsidRPr="00C9454D">
        <w:rPr>
          <w:sz w:val="24"/>
          <w:szCs w:val="24"/>
        </w:rPr>
        <w:t xml:space="preserve"> had grown from a curious child to a young woman of remarkable depth and intelligence.</w:t>
      </w:r>
    </w:p>
    <w:p w14:paraId="1A4A94EB" w14:textId="77777777" w:rsidR="00666B0B" w:rsidRPr="00C9454D" w:rsidRDefault="00666B0B" w:rsidP="00C9454D">
      <w:pPr>
        <w:rPr>
          <w:sz w:val="24"/>
          <w:szCs w:val="24"/>
        </w:rPr>
      </w:pPr>
      <w:r w:rsidRPr="00C9454D">
        <w:rPr>
          <w:sz w:val="24"/>
          <w:szCs w:val="24"/>
        </w:rPr>
        <w:t xml:space="preserve">But Abilene had not always been a De </w:t>
      </w:r>
      <w:proofErr w:type="spellStart"/>
      <w:r w:rsidRPr="00C9454D">
        <w:rPr>
          <w:sz w:val="24"/>
          <w:szCs w:val="24"/>
        </w:rPr>
        <w:t>Barham</w:t>
      </w:r>
      <w:proofErr w:type="spellEnd"/>
      <w:r w:rsidRPr="00C9454D">
        <w:rPr>
          <w:sz w:val="24"/>
          <w:szCs w:val="24"/>
        </w:rPr>
        <w:t>—at least, not in name. Her parents had been born Fitz-</w:t>
      </w:r>
      <w:proofErr w:type="spellStart"/>
      <w:r w:rsidRPr="00C9454D">
        <w:rPr>
          <w:sz w:val="24"/>
          <w:szCs w:val="24"/>
        </w:rPr>
        <w:t>Urse</w:t>
      </w:r>
      <w:proofErr w:type="spellEnd"/>
      <w:r w:rsidRPr="00C9454D">
        <w:rPr>
          <w:sz w:val="24"/>
          <w:szCs w:val="24"/>
        </w:rPr>
        <w:t>, a name that once carried prestige but now whispered of infamy. The stain of Reginald Fitz-</w:t>
      </w:r>
      <w:proofErr w:type="spellStart"/>
      <w:r w:rsidRPr="00C9454D">
        <w:rPr>
          <w:sz w:val="24"/>
          <w:szCs w:val="24"/>
        </w:rPr>
        <w:t>Urse’s</w:t>
      </w:r>
      <w:proofErr w:type="spellEnd"/>
      <w:r w:rsidRPr="00C9454D">
        <w:rPr>
          <w:sz w:val="24"/>
          <w:szCs w:val="24"/>
        </w:rPr>
        <w:t xml:space="preserve"> involvement in the murder of Thomas Becket had forced the family to retreat from public favor, their name a bitter reminder of loyalty turned treason. It was Abilene’s father who made the decision to change their name to de </w:t>
      </w:r>
      <w:proofErr w:type="spellStart"/>
      <w:r w:rsidRPr="00C9454D">
        <w:rPr>
          <w:sz w:val="24"/>
          <w:szCs w:val="24"/>
        </w:rPr>
        <w:t>Barham</w:t>
      </w:r>
      <w:proofErr w:type="spellEnd"/>
      <w:r w:rsidRPr="00C9454D">
        <w:rPr>
          <w:sz w:val="24"/>
          <w:szCs w:val="24"/>
        </w:rPr>
        <w:t>, severing ties with the Fitz-</w:t>
      </w:r>
      <w:proofErr w:type="spellStart"/>
      <w:r w:rsidRPr="00C9454D">
        <w:rPr>
          <w:sz w:val="24"/>
          <w:szCs w:val="24"/>
        </w:rPr>
        <w:t>Urse</w:t>
      </w:r>
      <w:proofErr w:type="spellEnd"/>
      <w:r w:rsidRPr="00C9454D">
        <w:rPr>
          <w:sz w:val="24"/>
          <w:szCs w:val="24"/>
        </w:rPr>
        <w:t xml:space="preserve"> legacy.</w:t>
      </w:r>
    </w:p>
    <w:p w14:paraId="3A3FBE6F" w14:textId="77777777" w:rsidR="00666B0B" w:rsidRPr="00C9454D" w:rsidRDefault="00666B0B" w:rsidP="00C9454D">
      <w:pPr>
        <w:rPr>
          <w:sz w:val="24"/>
          <w:szCs w:val="24"/>
        </w:rPr>
      </w:pPr>
      <w:r w:rsidRPr="00C9454D">
        <w:rPr>
          <w:sz w:val="24"/>
          <w:szCs w:val="24"/>
        </w:rPr>
        <w:t xml:space="preserve">“de </w:t>
      </w:r>
      <w:proofErr w:type="spellStart"/>
      <w:r w:rsidRPr="00C9454D">
        <w:rPr>
          <w:sz w:val="24"/>
          <w:szCs w:val="24"/>
        </w:rPr>
        <w:t>Barham</w:t>
      </w:r>
      <w:proofErr w:type="spellEnd"/>
      <w:r w:rsidRPr="00C9454D">
        <w:rPr>
          <w:sz w:val="24"/>
          <w:szCs w:val="24"/>
        </w:rPr>
        <w:t>,” he had said when she was a child, lifting her onto his knee by the fireside. “It means ‘bear home.’ It’s a name that speaks of strength, of endurance. A name we can be proud of.”</w:t>
      </w:r>
    </w:p>
    <w:p w14:paraId="3A79719B" w14:textId="77777777" w:rsidR="00666B0B" w:rsidRPr="00C9454D" w:rsidRDefault="00666B0B" w:rsidP="00C9454D">
      <w:pPr>
        <w:rPr>
          <w:sz w:val="24"/>
          <w:szCs w:val="24"/>
        </w:rPr>
      </w:pPr>
      <w:r w:rsidRPr="00C9454D">
        <w:rPr>
          <w:sz w:val="24"/>
          <w:szCs w:val="24"/>
        </w:rPr>
        <w:t>“What about Fitz-</w:t>
      </w:r>
      <w:proofErr w:type="spellStart"/>
      <w:r w:rsidRPr="00C9454D">
        <w:rPr>
          <w:sz w:val="24"/>
          <w:szCs w:val="24"/>
        </w:rPr>
        <w:t>Urse</w:t>
      </w:r>
      <w:proofErr w:type="spellEnd"/>
      <w:r w:rsidRPr="00C9454D">
        <w:rPr>
          <w:sz w:val="24"/>
          <w:szCs w:val="24"/>
        </w:rPr>
        <w:t xml:space="preserve">?” </w:t>
      </w:r>
      <w:proofErr w:type="spellStart"/>
      <w:r w:rsidRPr="00C9454D">
        <w:rPr>
          <w:sz w:val="24"/>
          <w:szCs w:val="24"/>
        </w:rPr>
        <w:t>Abeline’s</w:t>
      </w:r>
      <w:proofErr w:type="spellEnd"/>
      <w:r w:rsidRPr="00C9454D">
        <w:rPr>
          <w:sz w:val="24"/>
          <w:szCs w:val="24"/>
        </w:rPr>
        <w:t xml:space="preserve"> younger brother, </w:t>
      </w:r>
      <w:proofErr w:type="spellStart"/>
      <w:r w:rsidRPr="00C9454D">
        <w:rPr>
          <w:sz w:val="24"/>
          <w:szCs w:val="24"/>
        </w:rPr>
        <w:t>Warine</w:t>
      </w:r>
      <w:proofErr w:type="spellEnd"/>
      <w:r w:rsidRPr="00C9454D">
        <w:rPr>
          <w:sz w:val="24"/>
          <w:szCs w:val="24"/>
        </w:rPr>
        <w:t xml:space="preserve"> asked, his young voice full of innocent curiosity.</w:t>
      </w:r>
    </w:p>
    <w:p w14:paraId="60081382" w14:textId="77777777" w:rsidR="00666B0B" w:rsidRPr="00C9454D" w:rsidRDefault="00666B0B" w:rsidP="00C9454D">
      <w:pPr>
        <w:rPr>
          <w:sz w:val="24"/>
          <w:szCs w:val="24"/>
        </w:rPr>
      </w:pPr>
      <w:r w:rsidRPr="00C9454D">
        <w:rPr>
          <w:sz w:val="24"/>
          <w:szCs w:val="24"/>
        </w:rPr>
        <w:t>Their father’s face darkened, and their mother exchanged a glance with him, her expression pained. “Fitz-</w:t>
      </w:r>
      <w:proofErr w:type="spellStart"/>
      <w:r w:rsidRPr="00C9454D">
        <w:rPr>
          <w:sz w:val="24"/>
          <w:szCs w:val="24"/>
        </w:rPr>
        <w:t>Urse</w:t>
      </w:r>
      <w:proofErr w:type="spellEnd"/>
      <w:r w:rsidRPr="00C9454D">
        <w:rPr>
          <w:sz w:val="24"/>
          <w:szCs w:val="24"/>
        </w:rPr>
        <w:t xml:space="preserve"> is no longer who we are,” their mother said gently. “We are de </w:t>
      </w:r>
      <w:proofErr w:type="spellStart"/>
      <w:r w:rsidRPr="00C9454D">
        <w:rPr>
          <w:sz w:val="24"/>
          <w:szCs w:val="24"/>
        </w:rPr>
        <w:t>Barham</w:t>
      </w:r>
      <w:proofErr w:type="spellEnd"/>
      <w:r w:rsidRPr="00C9454D">
        <w:rPr>
          <w:sz w:val="24"/>
          <w:szCs w:val="24"/>
        </w:rPr>
        <w:t xml:space="preserve"> now. Remember that, children. You are the first de </w:t>
      </w:r>
      <w:proofErr w:type="spellStart"/>
      <w:r w:rsidRPr="00C9454D">
        <w:rPr>
          <w:sz w:val="24"/>
          <w:szCs w:val="24"/>
        </w:rPr>
        <w:t>Barham</w:t>
      </w:r>
      <w:proofErr w:type="spellEnd"/>
      <w:r w:rsidRPr="00C9454D">
        <w:rPr>
          <w:sz w:val="24"/>
          <w:szCs w:val="24"/>
        </w:rPr>
        <w:t xml:space="preserve"> of this line.”</w:t>
      </w:r>
    </w:p>
    <w:p w14:paraId="30E15804" w14:textId="77777777" w:rsidR="00666B0B" w:rsidRPr="00C9454D" w:rsidRDefault="00666B0B" w:rsidP="00C9454D">
      <w:pPr>
        <w:rPr>
          <w:sz w:val="24"/>
          <w:szCs w:val="24"/>
        </w:rPr>
      </w:pPr>
      <w:r w:rsidRPr="00C9454D">
        <w:rPr>
          <w:sz w:val="24"/>
          <w:szCs w:val="24"/>
        </w:rPr>
        <w:t xml:space="preserve">That knowledge had shaped </w:t>
      </w:r>
      <w:proofErr w:type="spellStart"/>
      <w:r w:rsidRPr="00C9454D">
        <w:rPr>
          <w:sz w:val="24"/>
          <w:szCs w:val="24"/>
        </w:rPr>
        <w:t>Abeline</w:t>
      </w:r>
      <w:proofErr w:type="spellEnd"/>
      <w:r w:rsidRPr="00C9454D">
        <w:rPr>
          <w:sz w:val="24"/>
          <w:szCs w:val="24"/>
        </w:rPr>
        <w:t xml:space="preserve">, a quiet understanding settling into her bones even as a child. She carried the weight of the family’s new name, the responsibility of proving it worthy. Yet, she did so not with burden, but with pride—a determination to show the world that the de </w:t>
      </w:r>
      <w:proofErr w:type="spellStart"/>
      <w:r w:rsidRPr="00C9454D">
        <w:rPr>
          <w:sz w:val="24"/>
          <w:szCs w:val="24"/>
        </w:rPr>
        <w:t>Barham</w:t>
      </w:r>
      <w:proofErr w:type="spellEnd"/>
      <w:r w:rsidRPr="00C9454D">
        <w:rPr>
          <w:sz w:val="24"/>
          <w:szCs w:val="24"/>
        </w:rPr>
        <w:t xml:space="preserve"> were not defined by the sins of the past.</w:t>
      </w:r>
    </w:p>
    <w:p w14:paraId="4FFA599C" w14:textId="77777777" w:rsidR="00666B0B" w:rsidRPr="00C9454D" w:rsidRDefault="00666B0B" w:rsidP="00C9454D">
      <w:pPr>
        <w:rPr>
          <w:sz w:val="24"/>
          <w:szCs w:val="24"/>
        </w:rPr>
      </w:pPr>
    </w:p>
    <w:p w14:paraId="524C8C70" w14:textId="77777777" w:rsidR="00666B0B" w:rsidRPr="00C9454D" w:rsidRDefault="00666B0B" w:rsidP="00C9454D">
      <w:pPr>
        <w:rPr>
          <w:sz w:val="24"/>
          <w:szCs w:val="24"/>
        </w:rPr>
      </w:pPr>
      <w:r w:rsidRPr="00C9454D">
        <w:rPr>
          <w:sz w:val="24"/>
          <w:szCs w:val="24"/>
        </w:rPr>
        <w:t xml:space="preserve">Abilene grew up in the shadow of </w:t>
      </w:r>
      <w:proofErr w:type="spellStart"/>
      <w:r w:rsidRPr="00C9454D">
        <w:rPr>
          <w:sz w:val="24"/>
          <w:szCs w:val="24"/>
        </w:rPr>
        <w:t>Barham</w:t>
      </w:r>
      <w:proofErr w:type="spellEnd"/>
      <w:r w:rsidRPr="00C9454D">
        <w:rPr>
          <w:sz w:val="24"/>
          <w:szCs w:val="24"/>
        </w:rPr>
        <w:t xml:space="preserve"> Court’s history, her days filled with lessons in scripture, languages, and governance. Her mother, Eleanor, had woven tales of their lineage into bedtime stories, speaking of Baldwin de </w:t>
      </w:r>
      <w:proofErr w:type="spellStart"/>
      <w:r w:rsidRPr="00C9454D">
        <w:rPr>
          <w:sz w:val="24"/>
          <w:szCs w:val="24"/>
        </w:rPr>
        <w:t>Boulers</w:t>
      </w:r>
      <w:proofErr w:type="spellEnd"/>
      <w:r w:rsidRPr="00C9454D">
        <w:rPr>
          <w:sz w:val="24"/>
          <w:szCs w:val="24"/>
        </w:rPr>
        <w:t xml:space="preserve">, Lord of Montgomery, and his wife, Sybil de </w:t>
      </w:r>
      <w:proofErr w:type="spellStart"/>
      <w:r w:rsidRPr="00C9454D">
        <w:rPr>
          <w:sz w:val="24"/>
          <w:szCs w:val="24"/>
        </w:rPr>
        <w:t>Falaise</w:t>
      </w:r>
      <w:proofErr w:type="spellEnd"/>
      <w:r w:rsidRPr="00C9454D">
        <w:rPr>
          <w:sz w:val="24"/>
          <w:szCs w:val="24"/>
        </w:rPr>
        <w:t>—King Henry I’s niece. Eleanor often spoke with pride of the day Henry I had given Sybil away at her wedding, treating her as though she were his own daughter. “And because of that,” Eleanor would say, brushing Abilene’s dark hair as they sat by the fire, “we are descended from kings, my love.”</w:t>
      </w:r>
    </w:p>
    <w:p w14:paraId="5DB48B90" w14:textId="77777777" w:rsidR="00666B0B" w:rsidRPr="00C9454D" w:rsidRDefault="00666B0B" w:rsidP="00C9454D">
      <w:pPr>
        <w:rPr>
          <w:sz w:val="24"/>
          <w:szCs w:val="24"/>
        </w:rPr>
      </w:pPr>
      <w:r w:rsidRPr="00C9454D">
        <w:rPr>
          <w:sz w:val="24"/>
          <w:szCs w:val="24"/>
        </w:rPr>
        <w:t xml:space="preserve">“What was he like?” </w:t>
      </w:r>
      <w:proofErr w:type="spellStart"/>
      <w:r w:rsidRPr="00C9454D">
        <w:rPr>
          <w:sz w:val="24"/>
          <w:szCs w:val="24"/>
        </w:rPr>
        <w:t>Warine</w:t>
      </w:r>
      <w:proofErr w:type="spellEnd"/>
      <w:r w:rsidRPr="00C9454D">
        <w:rPr>
          <w:sz w:val="24"/>
          <w:szCs w:val="24"/>
        </w:rPr>
        <w:t xml:space="preserve"> had asked once, his hazel eyes wide with curiosity. “King Henry?”</w:t>
      </w:r>
    </w:p>
    <w:p w14:paraId="725AFC36" w14:textId="77777777" w:rsidR="00666B0B" w:rsidRPr="00C9454D" w:rsidRDefault="00666B0B" w:rsidP="00C9454D">
      <w:pPr>
        <w:rPr>
          <w:sz w:val="24"/>
          <w:szCs w:val="24"/>
        </w:rPr>
      </w:pPr>
      <w:r w:rsidRPr="00C9454D">
        <w:rPr>
          <w:sz w:val="24"/>
          <w:szCs w:val="24"/>
        </w:rPr>
        <w:t>“A great man,” their mother had replied, a wistful smile on her lips. “Wise, powerful, but flawed. Like all men.”</w:t>
      </w:r>
    </w:p>
    <w:p w14:paraId="278A88D9" w14:textId="77777777" w:rsidR="00666B0B" w:rsidRPr="00C9454D" w:rsidRDefault="00666B0B" w:rsidP="00C9454D">
      <w:pPr>
        <w:rPr>
          <w:sz w:val="24"/>
          <w:szCs w:val="24"/>
        </w:rPr>
      </w:pPr>
      <w:r w:rsidRPr="00C9454D">
        <w:rPr>
          <w:sz w:val="24"/>
          <w:szCs w:val="24"/>
        </w:rPr>
        <w:t>“And Sybil?” Abilene pressed. “What was she like?”</w:t>
      </w:r>
    </w:p>
    <w:p w14:paraId="08B0AF99" w14:textId="77777777" w:rsidR="00666B0B" w:rsidRPr="00C9454D" w:rsidRDefault="00666B0B" w:rsidP="00C9454D">
      <w:pPr>
        <w:rPr>
          <w:sz w:val="24"/>
          <w:szCs w:val="24"/>
        </w:rPr>
      </w:pPr>
      <w:r w:rsidRPr="00C9454D">
        <w:rPr>
          <w:sz w:val="24"/>
          <w:szCs w:val="24"/>
        </w:rPr>
        <w:t>“She was said to be kind, with a beauty that was timeless. It’s said her light green eyes could hold a man still, and her laughter could soften even the hardest heart.”</w:t>
      </w:r>
    </w:p>
    <w:p w14:paraId="7D4D2DFC" w14:textId="77777777" w:rsidR="00666B0B" w:rsidRPr="00C9454D" w:rsidRDefault="00666B0B" w:rsidP="00C9454D">
      <w:pPr>
        <w:rPr>
          <w:sz w:val="24"/>
          <w:szCs w:val="24"/>
        </w:rPr>
      </w:pPr>
      <w:r w:rsidRPr="00C9454D">
        <w:rPr>
          <w:sz w:val="24"/>
          <w:szCs w:val="24"/>
        </w:rPr>
        <w:t>Abilene had stored those stories away, treasures of her heritage that shaped her understanding of the world and her place in it. Her connection to King Henry I, was a source of quiet pride, a reminder that she came from a lineage of both strength and grace.</w:t>
      </w:r>
    </w:p>
    <w:p w14:paraId="14EA1F99" w14:textId="77777777" w:rsidR="00666B0B" w:rsidRPr="00C9454D" w:rsidRDefault="00666B0B" w:rsidP="00C9454D">
      <w:pPr>
        <w:rPr>
          <w:sz w:val="24"/>
          <w:szCs w:val="24"/>
        </w:rPr>
      </w:pPr>
    </w:p>
    <w:p w14:paraId="74CAFE94" w14:textId="77777777" w:rsidR="00666B0B" w:rsidRPr="00C9454D" w:rsidRDefault="00666B0B" w:rsidP="00C9454D">
      <w:pPr>
        <w:rPr>
          <w:sz w:val="24"/>
          <w:szCs w:val="24"/>
        </w:rPr>
      </w:pPr>
      <w:r w:rsidRPr="00C9454D">
        <w:rPr>
          <w:sz w:val="24"/>
          <w:szCs w:val="24"/>
        </w:rPr>
        <w:t xml:space="preserve">Even as a child, Abilene was precocious. She had a habit of wandering the halls of </w:t>
      </w:r>
      <w:proofErr w:type="spellStart"/>
      <w:r w:rsidRPr="00C9454D">
        <w:rPr>
          <w:sz w:val="24"/>
          <w:szCs w:val="24"/>
        </w:rPr>
        <w:t>Barham</w:t>
      </w:r>
      <w:proofErr w:type="spellEnd"/>
      <w:r w:rsidRPr="00C9454D">
        <w:rPr>
          <w:sz w:val="24"/>
          <w:szCs w:val="24"/>
        </w:rPr>
        <w:t xml:space="preserve"> Court, her quick footsteps echoing on the stone floors as she explored every nook and cranny. She peppered the household staff with questions about the manor’s history, the tapestries that adorned its walls, and the family crests etched into its doors.</w:t>
      </w:r>
    </w:p>
    <w:p w14:paraId="2A957757" w14:textId="77777777" w:rsidR="00666B0B" w:rsidRPr="00C9454D" w:rsidRDefault="00666B0B" w:rsidP="00C9454D">
      <w:pPr>
        <w:rPr>
          <w:sz w:val="24"/>
          <w:szCs w:val="24"/>
        </w:rPr>
      </w:pPr>
      <w:r w:rsidRPr="00C9454D">
        <w:rPr>
          <w:sz w:val="24"/>
          <w:szCs w:val="24"/>
        </w:rPr>
        <w:t xml:space="preserve">“She’ll make a fine lady someday,” the steward would say, shaking his head with a mixture of exasperation and admiration. </w:t>
      </w:r>
      <w:proofErr w:type="spellStart"/>
      <w:r w:rsidRPr="00C9454D">
        <w:rPr>
          <w:sz w:val="24"/>
          <w:szCs w:val="24"/>
        </w:rPr>
        <w:t>Warine</w:t>
      </w:r>
      <w:proofErr w:type="spellEnd"/>
      <w:r w:rsidRPr="00C9454D">
        <w:rPr>
          <w:sz w:val="24"/>
          <w:szCs w:val="24"/>
        </w:rPr>
        <w:t xml:space="preserve"> cheerfully chimed in, “If she doesn’t drive us all mad first.”</w:t>
      </w:r>
    </w:p>
    <w:p w14:paraId="43101CF2" w14:textId="77777777" w:rsidR="00666B0B" w:rsidRPr="00C9454D" w:rsidRDefault="00666B0B" w:rsidP="00C9454D">
      <w:pPr>
        <w:rPr>
          <w:sz w:val="24"/>
          <w:szCs w:val="24"/>
        </w:rPr>
      </w:pPr>
      <w:r w:rsidRPr="00C9454D">
        <w:rPr>
          <w:sz w:val="24"/>
          <w:szCs w:val="24"/>
        </w:rPr>
        <w:t>Abilene’s favorite place was the library, a room filled with the scent of old parchment and leather bindings. She would spend hours there, curled up on a bench by the window, reading everything from the Psalms to chronicles of the Crusades. Her thirst for knowledge was insatiable, her curiosity boundless.</w:t>
      </w:r>
    </w:p>
    <w:p w14:paraId="5C334FAC" w14:textId="77777777" w:rsidR="00666B0B" w:rsidRPr="00C9454D" w:rsidRDefault="00666B0B" w:rsidP="00C9454D">
      <w:pPr>
        <w:rPr>
          <w:sz w:val="24"/>
          <w:szCs w:val="24"/>
        </w:rPr>
      </w:pPr>
      <w:r w:rsidRPr="00C9454D">
        <w:rPr>
          <w:sz w:val="24"/>
          <w:szCs w:val="24"/>
        </w:rPr>
        <w:t>But it was her gift of conversation that truly set her apart. From a young age, Abilene had an uncanny ability to connect with people of all stations. She could reason with noblemen in the court and share a laugh with the peasants in the village square. Her words carried a warmth and clarity that put others at ease, and she had a way of listening that made people feel truly heard.</w:t>
      </w:r>
    </w:p>
    <w:p w14:paraId="37845892" w14:textId="77777777" w:rsidR="00666B0B" w:rsidRPr="00C9454D" w:rsidRDefault="00666B0B" w:rsidP="00C9454D">
      <w:pPr>
        <w:rPr>
          <w:sz w:val="24"/>
          <w:szCs w:val="24"/>
        </w:rPr>
      </w:pPr>
      <w:r w:rsidRPr="00C9454D">
        <w:rPr>
          <w:sz w:val="24"/>
          <w:szCs w:val="24"/>
        </w:rPr>
        <w:t>“She is all things to all people,” her father once remarked with a mixture of pride and wonder. “A gift like that will serve her well.”</w:t>
      </w:r>
    </w:p>
    <w:p w14:paraId="6B469FC5" w14:textId="77777777" w:rsidR="00666B0B" w:rsidRPr="00C9454D" w:rsidRDefault="00666B0B" w:rsidP="00C9454D">
      <w:pPr>
        <w:rPr>
          <w:sz w:val="24"/>
          <w:szCs w:val="24"/>
        </w:rPr>
      </w:pPr>
      <w:r w:rsidRPr="00C9454D">
        <w:rPr>
          <w:sz w:val="24"/>
          <w:szCs w:val="24"/>
        </w:rPr>
        <w:t>Her beauty, however, was less immediately striking. With her dark hair, slender frame, and hazel eyes, she was often described as "pleasant" rather than stunning. But there was something about her—a warmth, a light, that seemed to draw people in. The more one spoke with her, the more beautiful she became, her quick wit and gentle spirit leaving a lasting impression.</w:t>
      </w:r>
    </w:p>
    <w:p w14:paraId="0F6C3464" w14:textId="77777777" w:rsidR="00666B0B" w:rsidRPr="00C9454D" w:rsidRDefault="00666B0B" w:rsidP="00C9454D">
      <w:pPr>
        <w:rPr>
          <w:sz w:val="24"/>
          <w:szCs w:val="24"/>
        </w:rPr>
      </w:pPr>
    </w:p>
    <w:p w14:paraId="4522A27D" w14:textId="77777777" w:rsidR="00666B0B" w:rsidRPr="00C9454D" w:rsidRDefault="00666B0B" w:rsidP="00C9454D">
      <w:pPr>
        <w:rPr>
          <w:sz w:val="24"/>
          <w:szCs w:val="24"/>
        </w:rPr>
      </w:pPr>
      <w:r w:rsidRPr="00C9454D">
        <w:rPr>
          <w:sz w:val="24"/>
          <w:szCs w:val="24"/>
        </w:rPr>
        <w:t>Abilene’s world, however, was not without its shadows. Her uncle, Reginald Fitz-</w:t>
      </w:r>
      <w:proofErr w:type="spellStart"/>
      <w:r w:rsidRPr="00C9454D">
        <w:rPr>
          <w:sz w:val="24"/>
          <w:szCs w:val="24"/>
        </w:rPr>
        <w:t>Urse</w:t>
      </w:r>
      <w:proofErr w:type="spellEnd"/>
      <w:r w:rsidRPr="00C9454D">
        <w:rPr>
          <w:sz w:val="24"/>
          <w:szCs w:val="24"/>
        </w:rPr>
        <w:t>, was a name whispered with both pride and trepidation. Once a favored knight of King Henry II, Reginald’s involvement in the murder of Thomas Becket had cast a pall over the family. The infamous words—"Will no one rid me of this turbulent priest?"—had set events into motion that could never be undone.</w:t>
      </w:r>
    </w:p>
    <w:p w14:paraId="5CC07E29" w14:textId="77777777" w:rsidR="00666B0B" w:rsidRPr="00C9454D" w:rsidRDefault="00666B0B" w:rsidP="00C9454D">
      <w:pPr>
        <w:rPr>
          <w:sz w:val="24"/>
          <w:szCs w:val="24"/>
        </w:rPr>
      </w:pPr>
      <w:r w:rsidRPr="00C9454D">
        <w:rPr>
          <w:sz w:val="24"/>
          <w:szCs w:val="24"/>
        </w:rPr>
        <w:t xml:space="preserve">Though the de </w:t>
      </w:r>
      <w:proofErr w:type="spellStart"/>
      <w:r w:rsidRPr="00C9454D">
        <w:rPr>
          <w:sz w:val="24"/>
          <w:szCs w:val="24"/>
        </w:rPr>
        <w:t>Barhams</w:t>
      </w:r>
      <w:proofErr w:type="spellEnd"/>
      <w:r w:rsidRPr="00C9454D">
        <w:rPr>
          <w:sz w:val="24"/>
          <w:szCs w:val="24"/>
        </w:rPr>
        <w:t xml:space="preserve"> had no part in the act, the blood on Reginald’s hands stained their name. Abilene had been too young to fully understand the gravity of what had happened, but she remembered the tense conversations behind closed doors, the visits from royal envoys, and the sudden coldness with which some of the neighboring families treated them.</w:t>
      </w:r>
    </w:p>
    <w:p w14:paraId="5FB4C22F" w14:textId="77777777" w:rsidR="00666B0B" w:rsidRPr="00C9454D" w:rsidRDefault="00666B0B" w:rsidP="00C9454D">
      <w:pPr>
        <w:rPr>
          <w:sz w:val="24"/>
          <w:szCs w:val="24"/>
        </w:rPr>
      </w:pPr>
      <w:r w:rsidRPr="00C9454D">
        <w:rPr>
          <w:sz w:val="24"/>
          <w:szCs w:val="24"/>
        </w:rPr>
        <w:t>As she grew older, Abilene pieced together the story, understanding how the murder had shaken the very foundations of the kingdom. It was a lesson in the fragility of power, the weight of duty, and the consequences of unchecked ambition—lessons that shaped her sense of justice and her vision for the future.</w:t>
      </w:r>
    </w:p>
    <w:p w14:paraId="348A765E" w14:textId="77777777" w:rsidR="00666B0B" w:rsidRPr="00C9454D" w:rsidRDefault="00666B0B" w:rsidP="00C9454D">
      <w:pPr>
        <w:rPr>
          <w:sz w:val="24"/>
          <w:szCs w:val="24"/>
        </w:rPr>
      </w:pPr>
    </w:p>
    <w:p w14:paraId="3EEBC033" w14:textId="77777777" w:rsidR="00666B0B" w:rsidRPr="00C9454D" w:rsidRDefault="00666B0B" w:rsidP="00C9454D">
      <w:pPr>
        <w:rPr>
          <w:sz w:val="24"/>
          <w:szCs w:val="24"/>
        </w:rPr>
      </w:pPr>
      <w:r w:rsidRPr="00C9454D">
        <w:rPr>
          <w:sz w:val="24"/>
          <w:szCs w:val="24"/>
        </w:rPr>
        <w:t>By the time she reached her sixteenth year, Abilene had blossomed into a young woman of quiet strength and intelligence. Though not conventionally beautiful, her presence commanded attention. She could charm a nobleman with a deft turn of phrase or soothe a villager’s worries with a kind word. Her laughter was soft but genuine, a sound that lingered long after it faded.</w:t>
      </w:r>
    </w:p>
    <w:p w14:paraId="75394C60" w14:textId="77777777" w:rsidR="00666B0B" w:rsidRPr="00C9454D" w:rsidRDefault="00666B0B" w:rsidP="00C9454D">
      <w:pPr>
        <w:rPr>
          <w:sz w:val="24"/>
          <w:szCs w:val="24"/>
        </w:rPr>
      </w:pPr>
      <w:r w:rsidRPr="00C9454D">
        <w:rPr>
          <w:sz w:val="24"/>
          <w:szCs w:val="24"/>
        </w:rPr>
        <w:t xml:space="preserve">She was, in many ways, the embodiment of her lineage—a blend of Sybil’s grace and Henry I’s intellect. Yet she was also entirely her own person, shaped by the rolling hills of Kent, the halls of </w:t>
      </w:r>
      <w:proofErr w:type="spellStart"/>
      <w:r w:rsidRPr="00C9454D">
        <w:rPr>
          <w:sz w:val="24"/>
          <w:szCs w:val="24"/>
        </w:rPr>
        <w:t>Barham</w:t>
      </w:r>
      <w:proofErr w:type="spellEnd"/>
      <w:r w:rsidRPr="00C9454D">
        <w:rPr>
          <w:sz w:val="24"/>
          <w:szCs w:val="24"/>
        </w:rPr>
        <w:t xml:space="preserve"> Court, and the bustling life of </w:t>
      </w:r>
      <w:proofErr w:type="spellStart"/>
      <w:r w:rsidRPr="00C9454D">
        <w:rPr>
          <w:sz w:val="24"/>
          <w:szCs w:val="24"/>
        </w:rPr>
        <w:t>Teston</w:t>
      </w:r>
      <w:proofErr w:type="spellEnd"/>
      <w:r w:rsidRPr="00C9454D">
        <w:rPr>
          <w:sz w:val="24"/>
          <w:szCs w:val="24"/>
        </w:rPr>
        <w:t>.</w:t>
      </w:r>
    </w:p>
    <w:p w14:paraId="3233F5A3" w14:textId="77777777" w:rsidR="00666B0B" w:rsidRPr="00C9454D" w:rsidRDefault="00666B0B" w:rsidP="00C9454D">
      <w:pPr>
        <w:rPr>
          <w:sz w:val="24"/>
          <w:szCs w:val="24"/>
        </w:rPr>
      </w:pPr>
      <w:r w:rsidRPr="00C9454D">
        <w:rPr>
          <w:sz w:val="24"/>
          <w:szCs w:val="24"/>
        </w:rPr>
        <w:t xml:space="preserve">As the sun dipped below the horizon, casting </w:t>
      </w:r>
      <w:proofErr w:type="spellStart"/>
      <w:r w:rsidRPr="00C9454D">
        <w:rPr>
          <w:sz w:val="24"/>
          <w:szCs w:val="24"/>
        </w:rPr>
        <w:t>Barham</w:t>
      </w:r>
      <w:proofErr w:type="spellEnd"/>
      <w:r w:rsidRPr="00C9454D">
        <w:rPr>
          <w:sz w:val="24"/>
          <w:szCs w:val="24"/>
        </w:rPr>
        <w:t xml:space="preserve"> Court in a wash of golden light, Abilene stood by the window of her chamber, gazing out over the fields she had known all her life. The stories of her ancestors whispered in her mind, their triumphs and failures a reminder of the weight she carried. But as she thought of the future, a quiet hope stirred within her—a hope that her legacy would not be defined by duty alone, but by the connection she had to the people around her.</w:t>
      </w:r>
    </w:p>
    <w:p w14:paraId="0F544B68" w14:textId="42D7C3EE" w:rsidR="00586EF9" w:rsidRPr="00C9454D" w:rsidRDefault="00586EF9" w:rsidP="00C9454D">
      <w:pPr>
        <w:pStyle w:val="Heading2"/>
        <w:rPr>
          <w:sz w:val="24"/>
          <w:szCs w:val="24"/>
        </w:rPr>
      </w:pPr>
    </w:p>
    <w:p w14:paraId="331D3FC9" w14:textId="2A1F56DE" w:rsidR="00AF1D92" w:rsidRPr="00C9454D" w:rsidRDefault="00AF1D92" w:rsidP="00C9454D">
      <w:pPr>
        <w:pStyle w:val="Heading2"/>
        <w:rPr>
          <w:sz w:val="24"/>
          <w:szCs w:val="24"/>
        </w:rPr>
      </w:pPr>
      <w:r w:rsidRPr="00C9454D">
        <w:rPr>
          <w:sz w:val="24"/>
          <w:szCs w:val="24"/>
        </w:rPr>
        <w:t>The Courtship of Guy and Abilene</w:t>
      </w:r>
    </w:p>
    <w:p w14:paraId="1140A17D" w14:textId="77777777" w:rsidR="0056102B" w:rsidRPr="00C9454D" w:rsidRDefault="0056102B" w:rsidP="00C9454D">
      <w:pPr>
        <w:rPr>
          <w:sz w:val="24"/>
          <w:szCs w:val="24"/>
        </w:rPr>
      </w:pPr>
    </w:p>
    <w:p w14:paraId="0424D32C" w14:textId="01BBBF63" w:rsidR="00AF1D92" w:rsidRPr="00C9454D" w:rsidRDefault="00AF1D92" w:rsidP="00C9454D">
      <w:pPr>
        <w:rPr>
          <w:sz w:val="24"/>
          <w:szCs w:val="24"/>
        </w:rPr>
      </w:pPr>
      <w:r w:rsidRPr="00C9454D">
        <w:rPr>
          <w:sz w:val="24"/>
          <w:szCs w:val="24"/>
        </w:rPr>
        <w:t xml:space="preserve">The early summer breeze carried the scent of wildflowers through the village of </w:t>
      </w:r>
      <w:proofErr w:type="spellStart"/>
      <w:r w:rsidR="00225D06" w:rsidRPr="00C9454D">
        <w:rPr>
          <w:sz w:val="24"/>
          <w:szCs w:val="24"/>
        </w:rPr>
        <w:t>Teston</w:t>
      </w:r>
      <w:proofErr w:type="spellEnd"/>
      <w:r w:rsidRPr="00C9454D">
        <w:rPr>
          <w:sz w:val="24"/>
          <w:szCs w:val="24"/>
        </w:rPr>
        <w:t>, weaving between the thatched cottages and cobblestone streets. Children laughed as they chased each other past the bakery, where warm loaves cooled on a wooden rack outside. Merchants called out to passersby, their voices blending with the rhythmic clang of the blacksmith’s hammer.</w:t>
      </w:r>
    </w:p>
    <w:p w14:paraId="13C5E799" w14:textId="05581651" w:rsidR="00AF1D92" w:rsidRPr="00C9454D" w:rsidRDefault="00AF1D92" w:rsidP="00C9454D">
      <w:pPr>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walked through the square, her basket filled with herbs and fresh bread. The villagers greeted her warmly, as they always did, their smiles reflecting the deep respect they held for the family. She returned their greetings with a nod, her thoughts drifting to the man who had occupied her mind more than she cared to admit.</w:t>
      </w:r>
    </w:p>
    <w:p w14:paraId="2A529D4B" w14:textId="07007753" w:rsidR="00AF1D92" w:rsidRPr="00C9454D" w:rsidRDefault="00AF1D92" w:rsidP="00C9454D">
      <w:pPr>
        <w:rPr>
          <w:sz w:val="24"/>
          <w:szCs w:val="24"/>
        </w:rPr>
      </w:pPr>
      <w:r w:rsidRPr="00C9454D">
        <w:rPr>
          <w:sz w:val="24"/>
          <w:szCs w:val="24"/>
        </w:rPr>
        <w:t xml:space="preserve">Sir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had been in </w:t>
      </w:r>
      <w:proofErr w:type="spellStart"/>
      <w:r w:rsidR="00225D06" w:rsidRPr="00C9454D">
        <w:rPr>
          <w:sz w:val="24"/>
          <w:szCs w:val="24"/>
        </w:rPr>
        <w:t>Teston</w:t>
      </w:r>
      <w:proofErr w:type="spellEnd"/>
      <w:r w:rsidRPr="00C9454D">
        <w:rPr>
          <w:sz w:val="24"/>
          <w:szCs w:val="24"/>
        </w:rPr>
        <w:t xml:space="preserve"> for nearly a year, and in that time, his presence had become a steadying force. A knight hardened by war, he was a man of few words and even fewer expressions, but there was something about him that intrigued her. She had delivered countless messages to him on behalf of her family, each interaction leaving her with more questions than answers.</w:t>
      </w:r>
    </w:p>
    <w:p w14:paraId="3E690F60" w14:textId="77777777" w:rsidR="00AF1D92" w:rsidRPr="00C9454D" w:rsidRDefault="00AF1D92" w:rsidP="00C9454D">
      <w:pPr>
        <w:rPr>
          <w:sz w:val="24"/>
          <w:szCs w:val="24"/>
        </w:rPr>
      </w:pPr>
      <w:r w:rsidRPr="00C9454D">
        <w:rPr>
          <w:sz w:val="24"/>
          <w:szCs w:val="24"/>
        </w:rPr>
        <w:t>Today, however, there was no message—just a loaf of bread she had baked herself. It was an excuse, she knew, but one she carried without shame. Adjusting her cloak, she turned the corner toward the blacksmith’s forge, where she knew he would be.</w:t>
      </w:r>
    </w:p>
    <w:p w14:paraId="5F7FBA81" w14:textId="77777777" w:rsidR="00AF1D92" w:rsidRPr="00C9454D" w:rsidRDefault="00AF1D92" w:rsidP="00C9454D">
      <w:pPr>
        <w:rPr>
          <w:sz w:val="24"/>
          <w:szCs w:val="24"/>
        </w:rPr>
      </w:pPr>
      <w:r w:rsidRPr="00C9454D">
        <w:rPr>
          <w:sz w:val="24"/>
          <w:szCs w:val="24"/>
        </w:rPr>
        <w:t>Sure enough, there he was, seated on a low bench as he worked a whetstone along the edge of his sword. His dark hair was cropped close, his broad shoulders hunched in quiet concentration. The sunlight caught the polished steel of his armor, which hung on a nearby post, casting sharp reflections onto the cobblestones.</w:t>
      </w:r>
    </w:p>
    <w:p w14:paraId="4222BE88" w14:textId="77777777" w:rsidR="00AF1D92" w:rsidRPr="00C9454D" w:rsidRDefault="00AF1D92" w:rsidP="00C9454D">
      <w:pPr>
        <w:rPr>
          <w:sz w:val="24"/>
          <w:szCs w:val="24"/>
        </w:rPr>
      </w:pPr>
      <w:r w:rsidRPr="00C9454D">
        <w:rPr>
          <w:sz w:val="24"/>
          <w:szCs w:val="24"/>
        </w:rPr>
        <w:t>“Sir Guy,” Abilene called softly.</w:t>
      </w:r>
    </w:p>
    <w:p w14:paraId="49F42ED0" w14:textId="77777777" w:rsidR="00AF1D92" w:rsidRPr="00C9454D" w:rsidRDefault="00AF1D92" w:rsidP="00C9454D">
      <w:pPr>
        <w:rPr>
          <w:sz w:val="24"/>
          <w:szCs w:val="24"/>
        </w:rPr>
      </w:pPr>
      <w:r w:rsidRPr="00C9454D">
        <w:rPr>
          <w:sz w:val="24"/>
          <w:szCs w:val="24"/>
        </w:rPr>
        <w:t>He looked up, his piercing blue eyes meeting hers. For a moment, his expression remained unreadable, but then he stood, towering over her with an air of quiet authority.</w:t>
      </w:r>
    </w:p>
    <w:p w14:paraId="37B4BF60" w14:textId="77777777" w:rsidR="00AF1D92" w:rsidRPr="00C9454D" w:rsidRDefault="00AF1D92" w:rsidP="00C9454D">
      <w:pPr>
        <w:rPr>
          <w:sz w:val="24"/>
          <w:szCs w:val="24"/>
        </w:rPr>
      </w:pPr>
      <w:r w:rsidRPr="00C9454D">
        <w:rPr>
          <w:sz w:val="24"/>
          <w:szCs w:val="24"/>
        </w:rPr>
        <w:t>“Lady Abilene,” he said, his tone formal but not unkind.</w:t>
      </w:r>
    </w:p>
    <w:p w14:paraId="2C1E893D" w14:textId="77777777" w:rsidR="00AF1D92" w:rsidRPr="00C9454D" w:rsidRDefault="00AF1D92" w:rsidP="00C9454D">
      <w:pPr>
        <w:rPr>
          <w:sz w:val="24"/>
          <w:szCs w:val="24"/>
        </w:rPr>
      </w:pPr>
      <w:r w:rsidRPr="00C9454D">
        <w:rPr>
          <w:sz w:val="24"/>
          <w:szCs w:val="24"/>
        </w:rPr>
        <w:t>“I brought this for you,” she said, holding out the loaf of bread. “I thought you might appreciate something fresh.”</w:t>
      </w:r>
    </w:p>
    <w:p w14:paraId="2A83A7F4" w14:textId="77777777" w:rsidR="00AF1D92" w:rsidRPr="00C9454D" w:rsidRDefault="00AF1D92" w:rsidP="00C9454D">
      <w:pPr>
        <w:rPr>
          <w:sz w:val="24"/>
          <w:szCs w:val="24"/>
        </w:rPr>
      </w:pPr>
      <w:r w:rsidRPr="00C9454D">
        <w:rPr>
          <w:sz w:val="24"/>
          <w:szCs w:val="24"/>
        </w:rPr>
        <w:t>He hesitated, his gaze flicking to the basket before he reached out to take it. “Thank you,” he said simply. “That’s... kind of you.”</w:t>
      </w:r>
    </w:p>
    <w:p w14:paraId="17CEF75C" w14:textId="5430AB15" w:rsidR="00AF1D92" w:rsidRPr="00C9454D" w:rsidRDefault="00AF1D92" w:rsidP="00C9454D">
      <w:pPr>
        <w:rPr>
          <w:sz w:val="24"/>
          <w:szCs w:val="24"/>
        </w:rPr>
      </w:pPr>
      <w:r w:rsidRPr="00C9454D">
        <w:rPr>
          <w:sz w:val="24"/>
          <w:szCs w:val="24"/>
        </w:rPr>
        <w:t xml:space="preserve">“It’s no trouble,” she replied, smiling. “Consider it a token of appreciation—for keeping </w:t>
      </w:r>
      <w:proofErr w:type="spellStart"/>
      <w:r w:rsidR="00225D06" w:rsidRPr="00C9454D">
        <w:rPr>
          <w:sz w:val="24"/>
          <w:szCs w:val="24"/>
        </w:rPr>
        <w:t>Teston</w:t>
      </w:r>
      <w:proofErr w:type="spellEnd"/>
      <w:r w:rsidRPr="00C9454D">
        <w:rPr>
          <w:sz w:val="24"/>
          <w:szCs w:val="24"/>
        </w:rPr>
        <w:t xml:space="preserve"> safe.”</w:t>
      </w:r>
    </w:p>
    <w:p w14:paraId="79F45557" w14:textId="77777777" w:rsidR="00AF1D92" w:rsidRPr="00C9454D" w:rsidRDefault="00AF1D92" w:rsidP="00C9454D">
      <w:pPr>
        <w:rPr>
          <w:sz w:val="24"/>
          <w:szCs w:val="24"/>
        </w:rPr>
      </w:pPr>
      <w:r w:rsidRPr="00C9454D">
        <w:rPr>
          <w:sz w:val="24"/>
          <w:szCs w:val="24"/>
        </w:rPr>
        <w:t>“I do my duty,” he said, his voice low and measured.</w:t>
      </w:r>
    </w:p>
    <w:p w14:paraId="2D7AF167" w14:textId="4E9FD8EF" w:rsidR="00AF1D92" w:rsidRPr="00C9454D" w:rsidRDefault="00AF1D92" w:rsidP="00C9454D">
      <w:pPr>
        <w:rPr>
          <w:sz w:val="24"/>
          <w:szCs w:val="24"/>
        </w:rPr>
      </w:pPr>
      <w:r w:rsidRPr="00C9454D">
        <w:rPr>
          <w:sz w:val="24"/>
          <w:szCs w:val="24"/>
        </w:rPr>
        <w:t>Abilene lingered, watching as he placed the bread on the bench besi</w:t>
      </w:r>
      <w:r w:rsidR="00DD1FF5" w:rsidRPr="00C9454D">
        <w:rPr>
          <w:sz w:val="24"/>
          <w:szCs w:val="24"/>
        </w:rPr>
        <w:t xml:space="preserve">de </w:t>
      </w:r>
      <w:r w:rsidRPr="00C9454D">
        <w:rPr>
          <w:sz w:val="24"/>
          <w:szCs w:val="24"/>
        </w:rPr>
        <w:t>him. “Have you always been a knight?” she asked, tilting her head.</w:t>
      </w:r>
    </w:p>
    <w:p w14:paraId="608BCD90" w14:textId="4BF5E60A" w:rsidR="00AF1D92" w:rsidRPr="00C9454D" w:rsidRDefault="00AF1D92" w:rsidP="00C9454D">
      <w:pPr>
        <w:rPr>
          <w:sz w:val="24"/>
          <w:szCs w:val="24"/>
        </w:rPr>
      </w:pPr>
      <w:r w:rsidRPr="00C9454D">
        <w:rPr>
          <w:sz w:val="24"/>
          <w:szCs w:val="24"/>
        </w:rPr>
        <w:t xml:space="preserve">“For as long as I can remember,” he said. “My father was a knight before me. It’s the life I </w:t>
      </w:r>
      <w:r w:rsidR="00A36489" w:rsidRPr="00C9454D">
        <w:rPr>
          <w:sz w:val="24"/>
          <w:szCs w:val="24"/>
        </w:rPr>
        <w:t>hid</w:t>
      </w:r>
      <w:r w:rsidRPr="00C9454D">
        <w:rPr>
          <w:sz w:val="24"/>
          <w:szCs w:val="24"/>
        </w:rPr>
        <w:t xml:space="preserve"> in.”</w:t>
      </w:r>
    </w:p>
    <w:p w14:paraId="6E5A02A6" w14:textId="77777777" w:rsidR="00AF1D92" w:rsidRPr="00C9454D" w:rsidRDefault="00AF1D92" w:rsidP="00C9454D">
      <w:pPr>
        <w:rPr>
          <w:sz w:val="24"/>
          <w:szCs w:val="24"/>
        </w:rPr>
      </w:pPr>
      <w:r w:rsidRPr="00C9454D">
        <w:rPr>
          <w:sz w:val="24"/>
          <w:szCs w:val="24"/>
        </w:rPr>
        <w:t>“And do you enjoy it?” she pressed gently.</w:t>
      </w:r>
    </w:p>
    <w:p w14:paraId="0E248561" w14:textId="77777777" w:rsidR="00AF1D92" w:rsidRPr="00C9454D" w:rsidRDefault="00AF1D92" w:rsidP="00C9454D">
      <w:pPr>
        <w:rPr>
          <w:sz w:val="24"/>
          <w:szCs w:val="24"/>
        </w:rPr>
      </w:pPr>
      <w:r w:rsidRPr="00C9454D">
        <w:rPr>
          <w:sz w:val="24"/>
          <w:szCs w:val="24"/>
        </w:rPr>
        <w:t>His hand paused on the sword, the whetstone still against the blade. “Enjoyment isn’t the purpose,” he said. “It’s about service. Honor.”</w:t>
      </w:r>
    </w:p>
    <w:p w14:paraId="24757A78" w14:textId="11F6B9B4" w:rsidR="00D027E9" w:rsidRPr="00C9454D" w:rsidRDefault="00AF1D92" w:rsidP="00C9454D">
      <w:pPr>
        <w:rPr>
          <w:sz w:val="24"/>
          <w:szCs w:val="24"/>
        </w:rPr>
      </w:pPr>
      <w:r w:rsidRPr="00C9454D">
        <w:rPr>
          <w:sz w:val="24"/>
          <w:szCs w:val="24"/>
        </w:rPr>
        <w:t>Abilene studied him, her hazel eyes soft. “But even those who serve deserve moments of joy.</w:t>
      </w:r>
      <w:r w:rsidR="002B0563" w:rsidRPr="00C9454D">
        <w:rPr>
          <w:sz w:val="24"/>
          <w:szCs w:val="24"/>
        </w:rPr>
        <w:t xml:space="preserve">  I know </w:t>
      </w:r>
      <w:r w:rsidR="00510AF1" w:rsidRPr="00C9454D">
        <w:rPr>
          <w:sz w:val="24"/>
          <w:szCs w:val="24"/>
        </w:rPr>
        <w:t>duty</w:t>
      </w:r>
      <w:r w:rsidR="002B0563" w:rsidRPr="00C9454D">
        <w:rPr>
          <w:sz w:val="24"/>
          <w:szCs w:val="24"/>
        </w:rPr>
        <w:t xml:space="preserve"> </w:t>
      </w:r>
      <w:r w:rsidR="00BA66F5" w:rsidRPr="00C9454D">
        <w:rPr>
          <w:sz w:val="24"/>
          <w:szCs w:val="24"/>
        </w:rPr>
        <w:t xml:space="preserve">and honor </w:t>
      </w:r>
      <w:r w:rsidR="002B0563" w:rsidRPr="00C9454D">
        <w:rPr>
          <w:sz w:val="24"/>
          <w:szCs w:val="24"/>
        </w:rPr>
        <w:t>as well…</w:t>
      </w:r>
      <w:r w:rsidR="0025369C" w:rsidRPr="00C9454D">
        <w:rPr>
          <w:sz w:val="24"/>
          <w:szCs w:val="24"/>
        </w:rPr>
        <w:t>All my days</w:t>
      </w:r>
      <w:r w:rsidR="00EE49A7" w:rsidRPr="00C9454D">
        <w:rPr>
          <w:sz w:val="24"/>
          <w:szCs w:val="24"/>
        </w:rPr>
        <w:t>,</w:t>
      </w:r>
      <w:r w:rsidR="00025E41" w:rsidRPr="00C9454D">
        <w:rPr>
          <w:sz w:val="24"/>
          <w:szCs w:val="24"/>
        </w:rPr>
        <w:t xml:space="preserve"> </w:t>
      </w:r>
      <w:r w:rsidR="0025369C" w:rsidRPr="00C9454D">
        <w:rPr>
          <w:sz w:val="24"/>
          <w:szCs w:val="24"/>
        </w:rPr>
        <w:t>my</w:t>
      </w:r>
      <w:r w:rsidR="006F1B06" w:rsidRPr="00C9454D">
        <w:rPr>
          <w:sz w:val="24"/>
          <w:szCs w:val="24"/>
        </w:rPr>
        <w:t xml:space="preserve"> </w:t>
      </w:r>
      <w:r w:rsidR="003436BF" w:rsidRPr="00C9454D">
        <w:rPr>
          <w:sz w:val="24"/>
          <w:szCs w:val="24"/>
        </w:rPr>
        <w:t>father</w:t>
      </w:r>
      <w:r w:rsidR="002B0563" w:rsidRPr="00C9454D">
        <w:rPr>
          <w:sz w:val="24"/>
          <w:szCs w:val="24"/>
        </w:rPr>
        <w:t xml:space="preserve"> has</w:t>
      </w:r>
      <w:r w:rsidR="006F1B06" w:rsidRPr="00C9454D">
        <w:rPr>
          <w:sz w:val="24"/>
          <w:szCs w:val="24"/>
        </w:rPr>
        <w:t xml:space="preserve"> me </w:t>
      </w:r>
      <w:r w:rsidR="00B26449" w:rsidRPr="00C9454D">
        <w:rPr>
          <w:sz w:val="24"/>
          <w:szCs w:val="24"/>
        </w:rPr>
        <w:t>recite</w:t>
      </w:r>
      <w:r w:rsidR="00C40380" w:rsidRPr="00C9454D">
        <w:rPr>
          <w:sz w:val="24"/>
          <w:szCs w:val="24"/>
        </w:rPr>
        <w:t xml:space="preserve"> </w:t>
      </w:r>
      <w:r w:rsidR="004054A7" w:rsidRPr="00C9454D">
        <w:rPr>
          <w:sz w:val="24"/>
          <w:szCs w:val="24"/>
        </w:rPr>
        <w:t xml:space="preserve">my </w:t>
      </w:r>
      <w:r w:rsidR="0033300C" w:rsidRPr="00C9454D">
        <w:rPr>
          <w:sz w:val="24"/>
          <w:szCs w:val="24"/>
        </w:rPr>
        <w:t>favorite</w:t>
      </w:r>
      <w:r w:rsidR="0079367C" w:rsidRPr="00C9454D">
        <w:rPr>
          <w:sz w:val="24"/>
          <w:szCs w:val="24"/>
        </w:rPr>
        <w:t xml:space="preserve"> </w:t>
      </w:r>
      <w:r w:rsidR="00FA1DC0" w:rsidRPr="00C9454D">
        <w:rPr>
          <w:sz w:val="24"/>
          <w:szCs w:val="24"/>
        </w:rPr>
        <w:t>Sacred and Secular</w:t>
      </w:r>
      <w:r w:rsidR="0079367C" w:rsidRPr="00C9454D">
        <w:rPr>
          <w:sz w:val="24"/>
          <w:szCs w:val="24"/>
        </w:rPr>
        <w:t xml:space="preserve"> </w:t>
      </w:r>
      <w:r w:rsidR="00C32319" w:rsidRPr="00C9454D">
        <w:rPr>
          <w:sz w:val="24"/>
          <w:szCs w:val="24"/>
        </w:rPr>
        <w:t>Studies</w:t>
      </w:r>
      <w:r w:rsidR="00C57275" w:rsidRPr="00C9454D">
        <w:rPr>
          <w:sz w:val="24"/>
          <w:szCs w:val="24"/>
        </w:rPr>
        <w:t xml:space="preserve">.  </w:t>
      </w:r>
      <w:r w:rsidR="00DC7015" w:rsidRPr="00C9454D">
        <w:rPr>
          <w:sz w:val="24"/>
          <w:szCs w:val="24"/>
        </w:rPr>
        <w:t xml:space="preserve">He </w:t>
      </w:r>
      <w:r w:rsidR="00EE0FFC" w:rsidRPr="00C9454D">
        <w:rPr>
          <w:sz w:val="24"/>
          <w:szCs w:val="24"/>
        </w:rPr>
        <w:t>says its for my</w:t>
      </w:r>
      <w:r w:rsidR="00DF16BA" w:rsidRPr="00C9454D">
        <w:rPr>
          <w:sz w:val="24"/>
          <w:szCs w:val="24"/>
        </w:rPr>
        <w:t xml:space="preserve"> name</w:t>
      </w:r>
      <w:r w:rsidR="00EE0FFC" w:rsidRPr="00C9454D">
        <w:rPr>
          <w:sz w:val="24"/>
          <w:szCs w:val="24"/>
        </w:rPr>
        <w:t xml:space="preserve">sake; </w:t>
      </w:r>
      <w:r w:rsidR="009579E2" w:rsidRPr="00C9454D">
        <w:rPr>
          <w:sz w:val="24"/>
          <w:szCs w:val="24"/>
        </w:rPr>
        <w:t xml:space="preserve">wisdom </w:t>
      </w:r>
      <w:r w:rsidR="00EE0FFC" w:rsidRPr="00C9454D">
        <w:rPr>
          <w:sz w:val="24"/>
          <w:szCs w:val="24"/>
        </w:rPr>
        <w:t xml:space="preserve">can never be </w:t>
      </w:r>
      <w:r w:rsidR="00D91CE2" w:rsidRPr="00C9454D">
        <w:rPr>
          <w:sz w:val="24"/>
          <w:szCs w:val="24"/>
        </w:rPr>
        <w:t>stolen</w:t>
      </w:r>
      <w:r w:rsidR="009579E2" w:rsidRPr="00C9454D">
        <w:rPr>
          <w:sz w:val="24"/>
          <w:szCs w:val="24"/>
        </w:rPr>
        <w:t>.</w:t>
      </w:r>
      <w:r w:rsidR="00D027E9" w:rsidRPr="00C9454D">
        <w:rPr>
          <w:sz w:val="24"/>
          <w:szCs w:val="24"/>
        </w:rPr>
        <w:t>”</w:t>
      </w:r>
    </w:p>
    <w:p w14:paraId="20CCF156" w14:textId="44788E29" w:rsidR="00D80872" w:rsidRPr="00C9454D" w:rsidRDefault="00D027E9" w:rsidP="00C9454D">
      <w:pPr>
        <w:rPr>
          <w:sz w:val="24"/>
          <w:szCs w:val="24"/>
        </w:rPr>
      </w:pPr>
      <w:r w:rsidRPr="00C9454D">
        <w:rPr>
          <w:sz w:val="24"/>
          <w:szCs w:val="24"/>
        </w:rPr>
        <w:t>Guy</w:t>
      </w:r>
      <w:r w:rsidR="00D42E4A" w:rsidRPr="00C9454D">
        <w:rPr>
          <w:sz w:val="24"/>
          <w:szCs w:val="24"/>
        </w:rPr>
        <w:t>’s</w:t>
      </w:r>
      <w:r w:rsidR="0070334D" w:rsidRPr="00C9454D">
        <w:rPr>
          <w:sz w:val="24"/>
          <w:szCs w:val="24"/>
        </w:rPr>
        <w:t xml:space="preserve"> </w:t>
      </w:r>
      <w:r w:rsidR="00A10359" w:rsidRPr="00C9454D">
        <w:rPr>
          <w:sz w:val="24"/>
          <w:szCs w:val="24"/>
        </w:rPr>
        <w:t>attention caught</w:t>
      </w:r>
      <w:r w:rsidR="00BD699F" w:rsidRPr="00C9454D">
        <w:rPr>
          <w:sz w:val="24"/>
          <w:szCs w:val="24"/>
        </w:rPr>
        <w:t xml:space="preserve"> as a faint smile graced </w:t>
      </w:r>
      <w:r w:rsidR="003B274F" w:rsidRPr="00C9454D">
        <w:rPr>
          <w:sz w:val="24"/>
          <w:szCs w:val="24"/>
        </w:rPr>
        <w:t xml:space="preserve">his </w:t>
      </w:r>
      <w:r w:rsidR="009B223F" w:rsidRPr="00C9454D">
        <w:rPr>
          <w:sz w:val="24"/>
          <w:szCs w:val="24"/>
        </w:rPr>
        <w:t>lips</w:t>
      </w:r>
      <w:r w:rsidR="00582D83" w:rsidRPr="00C9454D">
        <w:rPr>
          <w:sz w:val="24"/>
          <w:szCs w:val="24"/>
        </w:rPr>
        <w:t xml:space="preserve">; </w:t>
      </w:r>
      <w:r w:rsidRPr="00C9454D">
        <w:rPr>
          <w:sz w:val="24"/>
          <w:szCs w:val="24"/>
        </w:rPr>
        <w:t>intrigued</w:t>
      </w:r>
      <w:r w:rsidR="00582D83" w:rsidRPr="00C9454D">
        <w:rPr>
          <w:sz w:val="24"/>
          <w:szCs w:val="24"/>
        </w:rPr>
        <w:t xml:space="preserve"> he </w:t>
      </w:r>
      <w:r w:rsidR="000F6FC7" w:rsidRPr="00C9454D">
        <w:rPr>
          <w:sz w:val="24"/>
          <w:szCs w:val="24"/>
        </w:rPr>
        <w:t>said</w:t>
      </w:r>
      <w:r w:rsidR="00A23528" w:rsidRPr="00C9454D">
        <w:rPr>
          <w:sz w:val="24"/>
          <w:szCs w:val="24"/>
        </w:rPr>
        <w:t>,</w:t>
      </w:r>
      <w:r w:rsidR="00582D83" w:rsidRPr="00C9454D">
        <w:rPr>
          <w:sz w:val="24"/>
          <w:szCs w:val="24"/>
        </w:rPr>
        <w:t xml:space="preserve"> “</w:t>
      </w:r>
      <w:r w:rsidR="00DA4CF5" w:rsidRPr="00C9454D">
        <w:rPr>
          <w:sz w:val="24"/>
          <w:szCs w:val="24"/>
        </w:rPr>
        <w:t>My Lady, let</w:t>
      </w:r>
      <w:r w:rsidR="00A23528" w:rsidRPr="00C9454D">
        <w:rPr>
          <w:sz w:val="24"/>
          <w:szCs w:val="24"/>
        </w:rPr>
        <w:t xml:space="preserve"> us hear what comes to mind </w:t>
      </w:r>
      <w:r w:rsidR="00DA4CF5" w:rsidRPr="00C9454D">
        <w:rPr>
          <w:sz w:val="24"/>
          <w:szCs w:val="24"/>
        </w:rPr>
        <w:t xml:space="preserve">this </w:t>
      </w:r>
      <w:r w:rsidR="00B733D7" w:rsidRPr="00C9454D">
        <w:rPr>
          <w:sz w:val="24"/>
          <w:szCs w:val="24"/>
        </w:rPr>
        <w:t>day</w:t>
      </w:r>
      <w:r w:rsidR="00253CF1" w:rsidRPr="00C9454D">
        <w:rPr>
          <w:sz w:val="24"/>
          <w:szCs w:val="24"/>
        </w:rPr>
        <w:t>,”</w:t>
      </w:r>
      <w:r w:rsidR="00BC2B70" w:rsidRPr="00C9454D">
        <w:rPr>
          <w:sz w:val="24"/>
          <w:szCs w:val="24"/>
        </w:rPr>
        <w:t xml:space="preserve"> </w:t>
      </w:r>
      <w:proofErr w:type="spellStart"/>
      <w:r w:rsidR="00BC2B70" w:rsidRPr="00C9454D">
        <w:rPr>
          <w:sz w:val="24"/>
          <w:szCs w:val="24"/>
        </w:rPr>
        <w:t>Abeline</w:t>
      </w:r>
      <w:r w:rsidR="008853B4" w:rsidRPr="00C9454D">
        <w:rPr>
          <w:sz w:val="24"/>
          <w:szCs w:val="24"/>
        </w:rPr>
        <w:t>’s</w:t>
      </w:r>
      <w:proofErr w:type="spellEnd"/>
      <w:r w:rsidR="008853B4" w:rsidRPr="00C9454D">
        <w:rPr>
          <w:sz w:val="24"/>
          <w:szCs w:val="24"/>
        </w:rPr>
        <w:t xml:space="preserve"> intellect </w:t>
      </w:r>
      <w:r w:rsidR="003B294E" w:rsidRPr="00C9454D">
        <w:rPr>
          <w:sz w:val="24"/>
          <w:szCs w:val="24"/>
        </w:rPr>
        <w:t>had not escaped his notice</w:t>
      </w:r>
      <w:r w:rsidR="000835CB" w:rsidRPr="00C9454D">
        <w:rPr>
          <w:sz w:val="24"/>
          <w:szCs w:val="24"/>
        </w:rPr>
        <w:t xml:space="preserve">, this was </w:t>
      </w:r>
      <w:r w:rsidR="001E21FE" w:rsidRPr="00C9454D">
        <w:rPr>
          <w:sz w:val="24"/>
          <w:szCs w:val="24"/>
        </w:rPr>
        <w:t>to his great pleasure.</w:t>
      </w:r>
    </w:p>
    <w:p w14:paraId="2A1DA372" w14:textId="08DF8687" w:rsidR="00AF1D92" w:rsidRPr="00C9454D" w:rsidRDefault="00BC3417" w:rsidP="00C9454D">
      <w:pPr>
        <w:rPr>
          <w:sz w:val="24"/>
          <w:szCs w:val="24"/>
        </w:rPr>
      </w:pPr>
      <w:proofErr w:type="spellStart"/>
      <w:r w:rsidRPr="00C9454D">
        <w:rPr>
          <w:sz w:val="24"/>
          <w:szCs w:val="24"/>
        </w:rPr>
        <w:t>Abeline</w:t>
      </w:r>
      <w:proofErr w:type="spellEnd"/>
      <w:r w:rsidRPr="00C9454D">
        <w:rPr>
          <w:sz w:val="24"/>
          <w:szCs w:val="24"/>
        </w:rPr>
        <w:t xml:space="preserve"> </w:t>
      </w:r>
      <w:r w:rsidR="00130352" w:rsidRPr="00C9454D">
        <w:rPr>
          <w:sz w:val="24"/>
          <w:szCs w:val="24"/>
        </w:rPr>
        <w:t>was flattered</w:t>
      </w:r>
      <w:r w:rsidR="00CE5FD0" w:rsidRPr="00C9454D">
        <w:rPr>
          <w:sz w:val="24"/>
          <w:szCs w:val="24"/>
        </w:rPr>
        <w:t xml:space="preserve"> he </w:t>
      </w:r>
      <w:r w:rsidR="00B50F07" w:rsidRPr="00C9454D">
        <w:rPr>
          <w:sz w:val="24"/>
          <w:szCs w:val="24"/>
        </w:rPr>
        <w:t>was interested in things she minded</w:t>
      </w:r>
      <w:r w:rsidR="00B75CDA" w:rsidRPr="00C9454D">
        <w:rPr>
          <w:sz w:val="24"/>
          <w:szCs w:val="24"/>
        </w:rPr>
        <w:t xml:space="preserve">; </w:t>
      </w:r>
      <w:r w:rsidR="00B50F07" w:rsidRPr="00C9454D">
        <w:rPr>
          <w:sz w:val="24"/>
          <w:szCs w:val="24"/>
        </w:rPr>
        <w:t xml:space="preserve">she </w:t>
      </w:r>
      <w:r w:rsidRPr="00C9454D">
        <w:rPr>
          <w:sz w:val="24"/>
          <w:szCs w:val="24"/>
        </w:rPr>
        <w:t>hesitated o</w:t>
      </w:r>
      <w:r w:rsidR="006121E3" w:rsidRPr="00C9454D">
        <w:rPr>
          <w:sz w:val="24"/>
          <w:szCs w:val="24"/>
        </w:rPr>
        <w:t>nly for an instance before</w:t>
      </w:r>
      <w:r w:rsidR="00484672" w:rsidRPr="00C9454D">
        <w:rPr>
          <w:sz w:val="24"/>
          <w:szCs w:val="24"/>
        </w:rPr>
        <w:t xml:space="preserve"> </w:t>
      </w:r>
      <w:r w:rsidR="003C13B8" w:rsidRPr="00C9454D">
        <w:rPr>
          <w:sz w:val="24"/>
          <w:szCs w:val="24"/>
        </w:rPr>
        <w:t>instinct</w:t>
      </w:r>
      <w:r w:rsidR="006121E3" w:rsidRPr="00C9454D">
        <w:rPr>
          <w:sz w:val="24"/>
          <w:szCs w:val="24"/>
        </w:rPr>
        <w:t xml:space="preserve"> </w:t>
      </w:r>
      <w:r w:rsidR="005B374F" w:rsidRPr="00C9454D">
        <w:rPr>
          <w:sz w:val="24"/>
          <w:szCs w:val="24"/>
        </w:rPr>
        <w:t>bestowed</w:t>
      </w:r>
      <w:r w:rsidR="005D11F6" w:rsidRPr="00C9454D">
        <w:rPr>
          <w:sz w:val="24"/>
          <w:szCs w:val="24"/>
        </w:rPr>
        <w:t xml:space="preserve"> her</w:t>
      </w:r>
      <w:r w:rsidR="00C97938" w:rsidRPr="00C9454D">
        <w:rPr>
          <w:sz w:val="24"/>
          <w:szCs w:val="24"/>
        </w:rPr>
        <w:t>,</w:t>
      </w:r>
      <w:r w:rsidR="002E2AD0" w:rsidRPr="00C9454D">
        <w:rPr>
          <w:sz w:val="24"/>
          <w:szCs w:val="24"/>
        </w:rPr>
        <w:t xml:space="preserve"> </w:t>
      </w:r>
      <w:r w:rsidR="00032FD9" w:rsidRPr="00C9454D">
        <w:rPr>
          <w:sz w:val="24"/>
          <w:szCs w:val="24"/>
        </w:rPr>
        <w:t>she with all serious</w:t>
      </w:r>
      <w:r w:rsidR="00421636" w:rsidRPr="00C9454D">
        <w:rPr>
          <w:sz w:val="24"/>
          <w:szCs w:val="24"/>
        </w:rPr>
        <w:t xml:space="preserve"> and grace</w:t>
      </w:r>
      <w:r w:rsidR="00032FD9" w:rsidRPr="00C9454D">
        <w:rPr>
          <w:sz w:val="24"/>
          <w:szCs w:val="24"/>
        </w:rPr>
        <w:t xml:space="preserve"> began,</w:t>
      </w:r>
      <w:r w:rsidR="006121E3" w:rsidRPr="00C9454D">
        <w:rPr>
          <w:sz w:val="24"/>
          <w:szCs w:val="24"/>
        </w:rPr>
        <w:t xml:space="preserve"> </w:t>
      </w:r>
      <w:r w:rsidR="0027448D" w:rsidRPr="00C9454D">
        <w:rPr>
          <w:sz w:val="24"/>
          <w:szCs w:val="24"/>
        </w:rPr>
        <w:t xml:space="preserve"> </w:t>
      </w:r>
      <w:r w:rsidR="006B6D75" w:rsidRPr="00C9454D">
        <w:rPr>
          <w:sz w:val="24"/>
          <w:szCs w:val="24"/>
        </w:rPr>
        <w:t xml:space="preserve">  </w:t>
      </w:r>
      <w:r w:rsidR="006C612D" w:rsidRPr="00C9454D">
        <w:rPr>
          <w:sz w:val="24"/>
          <w:szCs w:val="24"/>
        </w:rPr>
        <w:t xml:space="preserve"> </w:t>
      </w:r>
      <w:r w:rsidR="004A14D9" w:rsidRPr="00C9454D">
        <w:rPr>
          <w:sz w:val="24"/>
          <w:szCs w:val="24"/>
        </w:rPr>
        <w:t xml:space="preserve"> </w:t>
      </w:r>
      <w:r w:rsidR="00CF36D7" w:rsidRPr="00C9454D">
        <w:rPr>
          <w:sz w:val="24"/>
          <w:szCs w:val="24"/>
        </w:rPr>
        <w:t xml:space="preserve"> </w:t>
      </w:r>
      <w:r w:rsidR="00D609F8" w:rsidRPr="00C9454D">
        <w:rPr>
          <w:sz w:val="24"/>
          <w:szCs w:val="24"/>
        </w:rPr>
        <w:t xml:space="preserve"> </w:t>
      </w:r>
    </w:p>
    <w:p w14:paraId="689153EE" w14:textId="2B0A28B5" w:rsidR="007A3CDD" w:rsidRPr="00C9454D" w:rsidRDefault="00803AD7" w:rsidP="00C9454D">
      <w:pPr>
        <w:rPr>
          <w:sz w:val="24"/>
          <w:szCs w:val="24"/>
        </w:rPr>
      </w:pPr>
      <w:r w:rsidRPr="00C9454D">
        <w:rPr>
          <w:sz w:val="24"/>
          <w:szCs w:val="24"/>
        </w:rPr>
        <w:t>“</w:t>
      </w:r>
      <w:r w:rsidR="00EB2C7D" w:rsidRPr="00C9454D">
        <w:rPr>
          <w:sz w:val="24"/>
          <w:szCs w:val="24"/>
        </w:rPr>
        <w:t>There is an appointed time for everything, A time for every activity under the heavens:</w:t>
      </w:r>
      <w:r w:rsidR="00E673A7" w:rsidRPr="00C9454D">
        <w:rPr>
          <w:sz w:val="24"/>
          <w:szCs w:val="24"/>
        </w:rPr>
        <w:t xml:space="preserve"> </w:t>
      </w:r>
    </w:p>
    <w:p w14:paraId="3A4A5E05" w14:textId="77777777" w:rsidR="007338D0" w:rsidRPr="00C9454D" w:rsidRDefault="007338D0" w:rsidP="00C9454D">
      <w:pPr>
        <w:rPr>
          <w:sz w:val="24"/>
          <w:szCs w:val="24"/>
        </w:rPr>
      </w:pPr>
      <w:r w:rsidRPr="00C9454D">
        <w:rPr>
          <w:sz w:val="24"/>
          <w:szCs w:val="24"/>
        </w:rPr>
        <w:t>A time for birth and a time to die;</w:t>
      </w:r>
    </w:p>
    <w:p w14:paraId="3F5A5B70" w14:textId="0A699C92" w:rsidR="007338D0" w:rsidRPr="00C9454D" w:rsidRDefault="007338D0" w:rsidP="00C9454D">
      <w:pPr>
        <w:rPr>
          <w:sz w:val="24"/>
          <w:szCs w:val="24"/>
        </w:rPr>
      </w:pPr>
      <w:r w:rsidRPr="00C9454D">
        <w:rPr>
          <w:sz w:val="24"/>
          <w:szCs w:val="24"/>
        </w:rPr>
        <w:t>A time to plant and a time to uproot what was planted;</w:t>
      </w:r>
    </w:p>
    <w:p w14:paraId="349BA54D" w14:textId="77777777" w:rsidR="0078099B" w:rsidRPr="00C9454D" w:rsidRDefault="0078099B" w:rsidP="00C9454D">
      <w:pPr>
        <w:rPr>
          <w:sz w:val="24"/>
          <w:szCs w:val="24"/>
        </w:rPr>
      </w:pPr>
      <w:r w:rsidRPr="00C9454D">
        <w:rPr>
          <w:sz w:val="24"/>
          <w:szCs w:val="24"/>
        </w:rPr>
        <w:t>A</w:t>
      </w:r>
      <w:r w:rsidR="007338D0" w:rsidRPr="00C9454D">
        <w:rPr>
          <w:sz w:val="24"/>
          <w:szCs w:val="24"/>
        </w:rPr>
        <w:t xml:space="preserve"> time to kill and a time to heal;</w:t>
      </w:r>
    </w:p>
    <w:p w14:paraId="19DE14D2" w14:textId="79F25A83" w:rsidR="0078099B" w:rsidRPr="00C9454D" w:rsidRDefault="007338D0" w:rsidP="00C9454D">
      <w:pPr>
        <w:rPr>
          <w:sz w:val="24"/>
          <w:szCs w:val="24"/>
        </w:rPr>
      </w:pPr>
      <w:r w:rsidRPr="00C9454D">
        <w:rPr>
          <w:sz w:val="24"/>
          <w:szCs w:val="24"/>
        </w:rPr>
        <w:t>A time to tear down and a time to build up;</w:t>
      </w:r>
    </w:p>
    <w:p w14:paraId="1DB51AF2" w14:textId="77777777" w:rsidR="00FC5649" w:rsidRPr="00C9454D" w:rsidRDefault="0078099B" w:rsidP="00C9454D">
      <w:pPr>
        <w:rPr>
          <w:sz w:val="24"/>
          <w:szCs w:val="24"/>
        </w:rPr>
      </w:pPr>
      <w:r w:rsidRPr="00C9454D">
        <w:rPr>
          <w:sz w:val="24"/>
          <w:szCs w:val="24"/>
        </w:rPr>
        <w:t>A</w:t>
      </w:r>
      <w:r w:rsidR="007338D0" w:rsidRPr="00C9454D">
        <w:rPr>
          <w:sz w:val="24"/>
          <w:szCs w:val="24"/>
        </w:rPr>
        <w:t xml:space="preserve"> time to weep and a time to laugh;</w:t>
      </w:r>
    </w:p>
    <w:p w14:paraId="04643106" w14:textId="77777777" w:rsidR="00E6714E" w:rsidRPr="00C9454D" w:rsidRDefault="007338D0" w:rsidP="00C9454D">
      <w:pPr>
        <w:rPr>
          <w:sz w:val="24"/>
          <w:szCs w:val="24"/>
        </w:rPr>
      </w:pPr>
      <w:r w:rsidRPr="00C9454D">
        <w:rPr>
          <w:sz w:val="24"/>
          <w:szCs w:val="24"/>
        </w:rPr>
        <w:t>A time to wail and a time to dance;</w:t>
      </w:r>
    </w:p>
    <w:p w14:paraId="6EA7932D" w14:textId="77777777" w:rsidR="00E6714E" w:rsidRPr="00C9454D" w:rsidRDefault="00E6714E" w:rsidP="00C9454D">
      <w:pPr>
        <w:rPr>
          <w:sz w:val="24"/>
          <w:szCs w:val="24"/>
        </w:rPr>
      </w:pPr>
      <w:r w:rsidRPr="00C9454D">
        <w:rPr>
          <w:sz w:val="24"/>
          <w:szCs w:val="24"/>
        </w:rPr>
        <w:t>A</w:t>
      </w:r>
      <w:r w:rsidR="007338D0" w:rsidRPr="00C9454D">
        <w:rPr>
          <w:sz w:val="24"/>
          <w:szCs w:val="24"/>
        </w:rPr>
        <w:t xml:space="preserve"> time to throw stones away and a time to gather stones together; </w:t>
      </w:r>
    </w:p>
    <w:p w14:paraId="78E3FE9F" w14:textId="51CA48AB" w:rsidR="00A70A08" w:rsidRPr="00C9454D" w:rsidRDefault="007338D0" w:rsidP="00C9454D">
      <w:pPr>
        <w:rPr>
          <w:sz w:val="24"/>
          <w:szCs w:val="24"/>
        </w:rPr>
      </w:pPr>
      <w:r w:rsidRPr="00C9454D">
        <w:rPr>
          <w:sz w:val="24"/>
          <w:szCs w:val="24"/>
        </w:rPr>
        <w:t>A time to embrace and a time to refrain from embracing;</w:t>
      </w:r>
    </w:p>
    <w:p w14:paraId="38E1767F" w14:textId="77777777" w:rsidR="00A70A08" w:rsidRPr="00C9454D" w:rsidRDefault="00A70A08" w:rsidP="00C9454D">
      <w:pPr>
        <w:rPr>
          <w:sz w:val="24"/>
          <w:szCs w:val="24"/>
        </w:rPr>
      </w:pPr>
      <w:r w:rsidRPr="00C9454D">
        <w:rPr>
          <w:sz w:val="24"/>
          <w:szCs w:val="24"/>
        </w:rPr>
        <w:t>A</w:t>
      </w:r>
      <w:r w:rsidR="007338D0" w:rsidRPr="00C9454D">
        <w:rPr>
          <w:sz w:val="24"/>
          <w:szCs w:val="24"/>
        </w:rPr>
        <w:t xml:space="preserve"> time to search and a time to give up as lost; </w:t>
      </w:r>
    </w:p>
    <w:p w14:paraId="6E69F68E" w14:textId="77777777" w:rsidR="008E1F5D" w:rsidRPr="00C9454D" w:rsidRDefault="00A70A08" w:rsidP="00C9454D">
      <w:pPr>
        <w:rPr>
          <w:sz w:val="24"/>
          <w:szCs w:val="24"/>
        </w:rPr>
      </w:pPr>
      <w:r w:rsidRPr="00C9454D">
        <w:rPr>
          <w:sz w:val="24"/>
          <w:szCs w:val="24"/>
        </w:rPr>
        <w:t>A</w:t>
      </w:r>
      <w:r w:rsidR="007338D0" w:rsidRPr="00C9454D">
        <w:rPr>
          <w:sz w:val="24"/>
          <w:szCs w:val="24"/>
        </w:rPr>
        <w:t xml:space="preserve"> time to keep and a time to throw away;</w:t>
      </w:r>
    </w:p>
    <w:p w14:paraId="4C13CAB4" w14:textId="77777777" w:rsidR="008E1F5D" w:rsidRPr="00C9454D" w:rsidRDefault="008E1F5D" w:rsidP="00C9454D">
      <w:pPr>
        <w:rPr>
          <w:sz w:val="24"/>
          <w:szCs w:val="24"/>
        </w:rPr>
      </w:pPr>
      <w:r w:rsidRPr="00C9454D">
        <w:rPr>
          <w:sz w:val="24"/>
          <w:szCs w:val="24"/>
        </w:rPr>
        <w:t>A</w:t>
      </w:r>
      <w:r w:rsidR="007338D0" w:rsidRPr="00C9454D">
        <w:rPr>
          <w:sz w:val="24"/>
          <w:szCs w:val="24"/>
        </w:rPr>
        <w:t xml:space="preserve"> time to rip apart and a time to sew together; </w:t>
      </w:r>
    </w:p>
    <w:p w14:paraId="629FDEED" w14:textId="77777777" w:rsidR="0033258E" w:rsidRPr="00C9454D" w:rsidRDefault="007338D0" w:rsidP="00C9454D">
      <w:pPr>
        <w:rPr>
          <w:sz w:val="24"/>
          <w:szCs w:val="24"/>
        </w:rPr>
      </w:pPr>
      <w:r w:rsidRPr="00C9454D">
        <w:rPr>
          <w:sz w:val="24"/>
          <w:szCs w:val="24"/>
        </w:rPr>
        <w:t>A time to be silent and a time to speak;</w:t>
      </w:r>
    </w:p>
    <w:p w14:paraId="1B22F3BE" w14:textId="77777777" w:rsidR="0033258E" w:rsidRPr="00C9454D" w:rsidRDefault="0033258E" w:rsidP="00C9454D">
      <w:pPr>
        <w:rPr>
          <w:sz w:val="24"/>
          <w:szCs w:val="24"/>
        </w:rPr>
      </w:pPr>
      <w:r w:rsidRPr="00C9454D">
        <w:rPr>
          <w:sz w:val="24"/>
          <w:szCs w:val="24"/>
        </w:rPr>
        <w:t>A</w:t>
      </w:r>
      <w:r w:rsidR="007338D0" w:rsidRPr="00C9454D">
        <w:rPr>
          <w:sz w:val="24"/>
          <w:szCs w:val="24"/>
        </w:rPr>
        <w:t xml:space="preserve"> time to love and a time to hate; </w:t>
      </w:r>
    </w:p>
    <w:p w14:paraId="7D949141" w14:textId="25BFBD9D" w:rsidR="0033258E" w:rsidRPr="00C9454D" w:rsidRDefault="007338D0" w:rsidP="00C9454D">
      <w:pPr>
        <w:rPr>
          <w:sz w:val="24"/>
          <w:szCs w:val="24"/>
        </w:rPr>
      </w:pPr>
      <w:r w:rsidRPr="00C9454D">
        <w:rPr>
          <w:sz w:val="24"/>
          <w:szCs w:val="24"/>
        </w:rPr>
        <w:t>A time for war and a time for peace.</w:t>
      </w:r>
      <w:r w:rsidR="002375D2" w:rsidRPr="00C9454D">
        <w:rPr>
          <w:sz w:val="24"/>
          <w:szCs w:val="24"/>
        </w:rPr>
        <w:t>”</w:t>
      </w:r>
    </w:p>
    <w:p w14:paraId="09A19833" w14:textId="7CFE59A7" w:rsidR="00305538" w:rsidRPr="00C9454D" w:rsidRDefault="00C25423" w:rsidP="00C9454D">
      <w:pPr>
        <w:rPr>
          <w:sz w:val="24"/>
          <w:szCs w:val="24"/>
        </w:rPr>
      </w:pPr>
      <w:r w:rsidRPr="00C9454D">
        <w:rPr>
          <w:sz w:val="24"/>
          <w:szCs w:val="24"/>
        </w:rPr>
        <w:t>“</w:t>
      </w:r>
      <w:r w:rsidR="00305538" w:rsidRPr="00C9454D">
        <w:rPr>
          <w:sz w:val="24"/>
          <w:szCs w:val="24"/>
        </w:rPr>
        <w:t>What</w:t>
      </w:r>
      <w:r w:rsidR="007338D0" w:rsidRPr="00C9454D">
        <w:rPr>
          <w:sz w:val="24"/>
          <w:szCs w:val="24"/>
        </w:rPr>
        <w:t xml:space="preserve"> does the worker gain from all his efforts?</w:t>
      </w:r>
    </w:p>
    <w:p w14:paraId="7F0EEEDE" w14:textId="77777777" w:rsidR="00C0572B" w:rsidRPr="00C9454D" w:rsidRDefault="00305538" w:rsidP="00C9454D">
      <w:pPr>
        <w:rPr>
          <w:sz w:val="24"/>
          <w:szCs w:val="24"/>
        </w:rPr>
      </w:pPr>
      <w:r w:rsidRPr="00C9454D">
        <w:rPr>
          <w:sz w:val="24"/>
          <w:szCs w:val="24"/>
        </w:rPr>
        <w:t>I</w:t>
      </w:r>
      <w:r w:rsidR="007338D0" w:rsidRPr="00C9454D">
        <w:rPr>
          <w:sz w:val="24"/>
          <w:szCs w:val="24"/>
        </w:rPr>
        <w:t xml:space="preserve"> have seen the occupation that God has given to the sons of men to keep them occupied.</w:t>
      </w:r>
    </w:p>
    <w:p w14:paraId="3D340DCE" w14:textId="1EABFB88" w:rsidR="004846F0" w:rsidRPr="00C9454D" w:rsidRDefault="00D34A24" w:rsidP="00C9454D">
      <w:pPr>
        <w:rPr>
          <w:sz w:val="24"/>
          <w:szCs w:val="24"/>
        </w:rPr>
      </w:pPr>
      <w:r w:rsidRPr="00C9454D">
        <w:rPr>
          <w:sz w:val="24"/>
          <w:szCs w:val="24"/>
        </w:rPr>
        <w:t>He</w:t>
      </w:r>
      <w:r w:rsidR="007338D0" w:rsidRPr="00C9454D">
        <w:rPr>
          <w:sz w:val="24"/>
          <w:szCs w:val="24"/>
        </w:rPr>
        <w:t xml:space="preserve"> has ma</w:t>
      </w:r>
      <w:r w:rsidR="00DD1FF5" w:rsidRPr="00C9454D">
        <w:rPr>
          <w:sz w:val="24"/>
          <w:szCs w:val="24"/>
        </w:rPr>
        <w:t xml:space="preserve">de </w:t>
      </w:r>
      <w:r w:rsidR="007338D0" w:rsidRPr="00C9454D">
        <w:rPr>
          <w:sz w:val="24"/>
          <w:szCs w:val="24"/>
        </w:rPr>
        <w:t>everything beautiful in its time. He has even put eternity in their heart;</w:t>
      </w:r>
    </w:p>
    <w:p w14:paraId="679643A4" w14:textId="32903A9E" w:rsidR="00446433" w:rsidRPr="00C9454D" w:rsidRDefault="007338D0" w:rsidP="00C9454D">
      <w:pPr>
        <w:rPr>
          <w:sz w:val="24"/>
          <w:szCs w:val="24"/>
        </w:rPr>
      </w:pPr>
      <w:r w:rsidRPr="00C9454D">
        <w:rPr>
          <w:sz w:val="24"/>
          <w:szCs w:val="24"/>
        </w:rPr>
        <w:t>yet mankind will never find out the work that the true God has ma</w:t>
      </w:r>
      <w:r w:rsidR="00DD1FF5" w:rsidRPr="00C9454D">
        <w:rPr>
          <w:sz w:val="24"/>
          <w:szCs w:val="24"/>
        </w:rPr>
        <w:t xml:space="preserve">de </w:t>
      </w:r>
      <w:r w:rsidRPr="00C9454D">
        <w:rPr>
          <w:sz w:val="24"/>
          <w:szCs w:val="24"/>
        </w:rPr>
        <w:t>from start to finish.</w:t>
      </w:r>
      <w:r w:rsidR="00446433" w:rsidRPr="00C9454D">
        <w:rPr>
          <w:sz w:val="24"/>
          <w:szCs w:val="24"/>
        </w:rPr>
        <w:t xml:space="preserve"> </w:t>
      </w:r>
    </w:p>
    <w:p w14:paraId="19BBB40B" w14:textId="77777777" w:rsidR="004846F0" w:rsidRPr="00C9454D" w:rsidRDefault="00446433" w:rsidP="00C9454D">
      <w:pPr>
        <w:rPr>
          <w:sz w:val="24"/>
          <w:szCs w:val="24"/>
        </w:rPr>
      </w:pPr>
      <w:r w:rsidRPr="00C9454D">
        <w:rPr>
          <w:sz w:val="24"/>
          <w:szCs w:val="24"/>
        </w:rPr>
        <w:t>I</w:t>
      </w:r>
      <w:r w:rsidR="007338D0" w:rsidRPr="00C9454D">
        <w:rPr>
          <w:sz w:val="24"/>
          <w:szCs w:val="24"/>
        </w:rPr>
        <w:t xml:space="preserve"> have concluded that there is nothing better for them than to rejoice and to do good during their life,</w:t>
      </w:r>
    </w:p>
    <w:p w14:paraId="2FF063C2" w14:textId="77777777" w:rsidR="00903134" w:rsidRPr="00C9454D" w:rsidRDefault="004846F0" w:rsidP="00C9454D">
      <w:pPr>
        <w:rPr>
          <w:sz w:val="24"/>
          <w:szCs w:val="24"/>
        </w:rPr>
      </w:pPr>
      <w:r w:rsidRPr="00C9454D">
        <w:rPr>
          <w:sz w:val="24"/>
          <w:szCs w:val="24"/>
        </w:rPr>
        <w:t>also</w:t>
      </w:r>
      <w:r w:rsidR="007338D0" w:rsidRPr="00C9454D">
        <w:rPr>
          <w:sz w:val="24"/>
          <w:szCs w:val="24"/>
        </w:rPr>
        <w:t xml:space="preserve"> that everyone should eat and drink and find enjoyment for all his hard work. It is the gift of God.</w:t>
      </w:r>
    </w:p>
    <w:p w14:paraId="70470903" w14:textId="56D39213" w:rsidR="00BE7D0B" w:rsidRPr="00C9454D" w:rsidRDefault="00903134" w:rsidP="00C9454D">
      <w:pPr>
        <w:rPr>
          <w:sz w:val="24"/>
          <w:szCs w:val="24"/>
        </w:rPr>
      </w:pPr>
      <w:r w:rsidRPr="00C9454D">
        <w:rPr>
          <w:sz w:val="24"/>
          <w:szCs w:val="24"/>
        </w:rPr>
        <w:t>I</w:t>
      </w:r>
      <w:r w:rsidR="007338D0" w:rsidRPr="00C9454D">
        <w:rPr>
          <w:sz w:val="24"/>
          <w:szCs w:val="24"/>
        </w:rPr>
        <w:t xml:space="preserve"> have come to know that everything the true God makes will endure forever. There is nothing to add to it and nothing to subtract from it. The true God has ma</w:t>
      </w:r>
      <w:r w:rsidR="00DD1FF5" w:rsidRPr="00C9454D">
        <w:rPr>
          <w:sz w:val="24"/>
          <w:szCs w:val="24"/>
        </w:rPr>
        <w:t xml:space="preserve">de </w:t>
      </w:r>
      <w:r w:rsidR="007338D0" w:rsidRPr="00C9454D">
        <w:rPr>
          <w:sz w:val="24"/>
          <w:szCs w:val="24"/>
        </w:rPr>
        <w:t>it this way, so that people will fear him.</w:t>
      </w:r>
    </w:p>
    <w:p w14:paraId="0F4C2375" w14:textId="77777777" w:rsidR="00BE7D0B" w:rsidRPr="00C9454D" w:rsidRDefault="00BE7D0B" w:rsidP="00C9454D">
      <w:pPr>
        <w:rPr>
          <w:sz w:val="24"/>
          <w:szCs w:val="24"/>
        </w:rPr>
      </w:pPr>
      <w:r w:rsidRPr="00C9454D">
        <w:rPr>
          <w:sz w:val="24"/>
          <w:szCs w:val="24"/>
        </w:rPr>
        <w:t>Whatever</w:t>
      </w:r>
      <w:r w:rsidR="007338D0" w:rsidRPr="00C9454D">
        <w:rPr>
          <w:sz w:val="24"/>
          <w:szCs w:val="24"/>
        </w:rPr>
        <w:t xml:space="preserve"> happens has already happened, and what is to come has already been; but the true God seeks what has been pursued.</w:t>
      </w:r>
    </w:p>
    <w:p w14:paraId="01ABB3F0" w14:textId="77777777" w:rsidR="007A6A6E" w:rsidRPr="00C9454D" w:rsidRDefault="007A6A6E" w:rsidP="00C9454D">
      <w:pPr>
        <w:rPr>
          <w:sz w:val="24"/>
          <w:szCs w:val="24"/>
        </w:rPr>
      </w:pPr>
      <w:r w:rsidRPr="00C9454D">
        <w:rPr>
          <w:sz w:val="24"/>
          <w:szCs w:val="24"/>
        </w:rPr>
        <w:t>I</w:t>
      </w:r>
      <w:r w:rsidR="007338D0" w:rsidRPr="00C9454D">
        <w:rPr>
          <w:sz w:val="24"/>
          <w:szCs w:val="24"/>
        </w:rPr>
        <w:t xml:space="preserve"> have also seen this under the sun: In the place of justice there was wickedness, and in the place of righteousness there was wickedness.</w:t>
      </w:r>
    </w:p>
    <w:p w14:paraId="0B33C48B" w14:textId="3CDEA6E5" w:rsidR="009A25B5" w:rsidRPr="00C9454D" w:rsidRDefault="007A6A6E" w:rsidP="00C9454D">
      <w:pPr>
        <w:rPr>
          <w:sz w:val="24"/>
          <w:szCs w:val="24"/>
        </w:rPr>
      </w:pPr>
      <w:r w:rsidRPr="00C9454D">
        <w:rPr>
          <w:sz w:val="24"/>
          <w:szCs w:val="24"/>
        </w:rPr>
        <w:t>So</w:t>
      </w:r>
      <w:r w:rsidR="007338D0" w:rsidRPr="00C9454D">
        <w:rPr>
          <w:sz w:val="24"/>
          <w:szCs w:val="24"/>
        </w:rPr>
        <w:t xml:space="preserve"> I said in my heart: </w:t>
      </w:r>
      <w:r w:rsidR="007338D0" w:rsidRPr="00C9454D">
        <w:rPr>
          <w:rFonts w:ascii="Garamond" w:hAnsi="Garamond" w:cs="Garamond"/>
          <w:sz w:val="24"/>
          <w:szCs w:val="24"/>
        </w:rPr>
        <w:t>“</w:t>
      </w:r>
      <w:r w:rsidR="007338D0" w:rsidRPr="00C9454D">
        <w:rPr>
          <w:sz w:val="24"/>
          <w:szCs w:val="24"/>
        </w:rPr>
        <w:t>The true God will judge both the righteous and the wicked, for there is a time for every activity and every action.</w:t>
      </w:r>
      <w:r w:rsidR="007338D0" w:rsidRPr="00C9454D">
        <w:rPr>
          <w:rFonts w:ascii="Garamond" w:hAnsi="Garamond" w:cs="Garamond"/>
          <w:sz w:val="24"/>
          <w:szCs w:val="24"/>
        </w:rPr>
        <w:t>”</w:t>
      </w:r>
    </w:p>
    <w:p w14:paraId="6C854BA0" w14:textId="77777777" w:rsidR="00C25423" w:rsidRPr="00C9454D" w:rsidRDefault="00C25423" w:rsidP="00C9454D">
      <w:pPr>
        <w:rPr>
          <w:sz w:val="24"/>
          <w:szCs w:val="24"/>
        </w:rPr>
      </w:pPr>
    </w:p>
    <w:p w14:paraId="4E1411A6" w14:textId="519F9ECD" w:rsidR="00AF1D92" w:rsidRPr="00C9454D" w:rsidRDefault="00AF1D92" w:rsidP="00C9454D">
      <w:pPr>
        <w:rPr>
          <w:sz w:val="24"/>
          <w:szCs w:val="24"/>
        </w:rPr>
      </w:pPr>
      <w:r w:rsidRPr="00C9454D">
        <w:rPr>
          <w:sz w:val="24"/>
          <w:szCs w:val="24"/>
        </w:rPr>
        <w:t>He looked at her then, truly looked at her, as if seeing her for the first time. “</w:t>
      </w:r>
      <w:r w:rsidR="008838C0" w:rsidRPr="00C9454D">
        <w:rPr>
          <w:sz w:val="24"/>
          <w:szCs w:val="24"/>
        </w:rPr>
        <w:t>Beautiful</w:t>
      </w:r>
      <w:r w:rsidR="008B378C" w:rsidRPr="00C9454D">
        <w:rPr>
          <w:sz w:val="24"/>
          <w:szCs w:val="24"/>
        </w:rPr>
        <w:t>…” he</w:t>
      </w:r>
      <w:r w:rsidRPr="00C9454D">
        <w:rPr>
          <w:sz w:val="24"/>
          <w:szCs w:val="24"/>
        </w:rPr>
        <w:t xml:space="preserve"> said quietly, his tone </w:t>
      </w:r>
      <w:r w:rsidR="00224BEF" w:rsidRPr="00C9454D">
        <w:rPr>
          <w:sz w:val="24"/>
          <w:szCs w:val="24"/>
        </w:rPr>
        <w:t>shaken</w:t>
      </w:r>
      <w:r w:rsidRPr="00C9454D">
        <w:rPr>
          <w:sz w:val="24"/>
          <w:szCs w:val="24"/>
        </w:rPr>
        <w:t>.</w:t>
      </w:r>
      <w:r w:rsidR="00224BEF" w:rsidRPr="00C9454D">
        <w:rPr>
          <w:sz w:val="24"/>
          <w:szCs w:val="24"/>
        </w:rPr>
        <w:t xml:space="preserve">  </w:t>
      </w:r>
      <w:r w:rsidR="00AC27B4" w:rsidRPr="00C9454D">
        <w:rPr>
          <w:sz w:val="24"/>
          <w:szCs w:val="24"/>
        </w:rPr>
        <w:t xml:space="preserve">She had broken through </w:t>
      </w:r>
      <w:r w:rsidR="00547CE6" w:rsidRPr="00C9454D">
        <w:rPr>
          <w:sz w:val="24"/>
          <w:szCs w:val="24"/>
        </w:rPr>
        <w:t xml:space="preserve">to the </w:t>
      </w:r>
      <w:r w:rsidR="00B3669F" w:rsidRPr="00C9454D">
        <w:rPr>
          <w:sz w:val="24"/>
          <w:szCs w:val="24"/>
        </w:rPr>
        <w:t>man</w:t>
      </w:r>
      <w:r w:rsidR="00384A9F" w:rsidRPr="00C9454D">
        <w:rPr>
          <w:sz w:val="24"/>
          <w:szCs w:val="24"/>
        </w:rPr>
        <w:t>, the man</w:t>
      </w:r>
      <w:r w:rsidR="00547CE6" w:rsidRPr="00C9454D">
        <w:rPr>
          <w:sz w:val="24"/>
          <w:szCs w:val="24"/>
        </w:rPr>
        <w:t xml:space="preserve"> without the </w:t>
      </w:r>
      <w:r w:rsidR="00B3669F" w:rsidRPr="00C9454D">
        <w:rPr>
          <w:sz w:val="24"/>
          <w:szCs w:val="24"/>
        </w:rPr>
        <w:t>armor</w:t>
      </w:r>
      <w:r w:rsidR="009B4E26" w:rsidRPr="00C9454D">
        <w:rPr>
          <w:sz w:val="24"/>
          <w:szCs w:val="24"/>
        </w:rPr>
        <w:t>.</w:t>
      </w:r>
    </w:p>
    <w:p w14:paraId="5DBFD2FA" w14:textId="77777777" w:rsidR="00AF1D92" w:rsidRPr="00C9454D" w:rsidRDefault="00AF1D92" w:rsidP="00C9454D">
      <w:pPr>
        <w:rPr>
          <w:sz w:val="24"/>
          <w:szCs w:val="24"/>
        </w:rPr>
      </w:pPr>
      <w:r w:rsidRPr="00C9454D">
        <w:rPr>
          <w:sz w:val="24"/>
          <w:szCs w:val="24"/>
        </w:rPr>
        <w:t>Their connection deepened over the weeks and months that followed, not through grand gestures but through small, unassuming moments. Abilene would find excuses to pass by the forge or the practice field where Guy trained the village militia. He, in turn, began to seek her out in the marketplace, his gaze softening ever so slightly when their paths crossed.</w:t>
      </w:r>
    </w:p>
    <w:p w14:paraId="230D9B43" w14:textId="77777777" w:rsidR="00AF1D92" w:rsidRPr="00C9454D" w:rsidRDefault="00AF1D92" w:rsidP="00C9454D">
      <w:pPr>
        <w:rPr>
          <w:sz w:val="24"/>
          <w:szCs w:val="24"/>
        </w:rPr>
      </w:pPr>
      <w:r w:rsidRPr="00C9454D">
        <w:rPr>
          <w:sz w:val="24"/>
          <w:szCs w:val="24"/>
        </w:rPr>
        <w:t>One evening, as the sun dipped low over the village, they found themselves alone by the edge of the forest. Guy had been leading the militia in drills, his swordsmanship drawing a small crowd of onlookers. When the villagers dispersed, Abilene remained, watching as he gathered his gear.</w:t>
      </w:r>
    </w:p>
    <w:p w14:paraId="5C0A1608" w14:textId="77777777" w:rsidR="00AF1D92" w:rsidRPr="00C9454D" w:rsidRDefault="00AF1D92" w:rsidP="00C9454D">
      <w:pPr>
        <w:rPr>
          <w:sz w:val="24"/>
          <w:szCs w:val="24"/>
        </w:rPr>
      </w:pPr>
      <w:r w:rsidRPr="00C9454D">
        <w:rPr>
          <w:sz w:val="24"/>
          <w:szCs w:val="24"/>
        </w:rPr>
        <w:t>“You stayed,” he said, his voice carrying the faintest hint of surprise.</w:t>
      </w:r>
    </w:p>
    <w:p w14:paraId="09FC0FB2" w14:textId="77777777" w:rsidR="00AF1D92" w:rsidRPr="00C9454D" w:rsidRDefault="00AF1D92" w:rsidP="00C9454D">
      <w:pPr>
        <w:rPr>
          <w:sz w:val="24"/>
          <w:szCs w:val="24"/>
        </w:rPr>
      </w:pPr>
      <w:r w:rsidRPr="00C9454D">
        <w:rPr>
          <w:sz w:val="24"/>
          <w:szCs w:val="24"/>
        </w:rPr>
        <w:t>“I did,” she said, stepping closer. “You’re quite skilled.”</w:t>
      </w:r>
    </w:p>
    <w:p w14:paraId="25F2CA86" w14:textId="77777777" w:rsidR="00AF1D92" w:rsidRPr="00C9454D" w:rsidRDefault="00AF1D92" w:rsidP="00C9454D">
      <w:pPr>
        <w:rPr>
          <w:sz w:val="24"/>
          <w:szCs w:val="24"/>
        </w:rPr>
      </w:pPr>
      <w:r w:rsidRPr="00C9454D">
        <w:rPr>
          <w:sz w:val="24"/>
          <w:szCs w:val="24"/>
        </w:rPr>
        <w:t>“It’s practice,” he said. “Discipline.”</w:t>
      </w:r>
    </w:p>
    <w:p w14:paraId="6E504C9F" w14:textId="220F3E40" w:rsidR="00AF1D92" w:rsidRPr="00C9454D" w:rsidRDefault="00AF1D92" w:rsidP="00C9454D">
      <w:pPr>
        <w:rPr>
          <w:sz w:val="24"/>
          <w:szCs w:val="24"/>
        </w:rPr>
      </w:pPr>
      <w:r w:rsidRPr="00C9454D">
        <w:rPr>
          <w:sz w:val="24"/>
          <w:szCs w:val="24"/>
        </w:rPr>
        <w:t xml:space="preserve">“And yet, there’s more to it than that,” she replied. “You’re not just a knight, Sir Guy. You’re a </w:t>
      </w:r>
      <w:r w:rsidR="008658A2" w:rsidRPr="00C9454D">
        <w:rPr>
          <w:sz w:val="24"/>
          <w:szCs w:val="24"/>
        </w:rPr>
        <w:t>guardian</w:t>
      </w:r>
      <w:r w:rsidR="00767C95" w:rsidRPr="00C9454D">
        <w:rPr>
          <w:sz w:val="24"/>
          <w:szCs w:val="24"/>
        </w:rPr>
        <w:t>, a d</w:t>
      </w:r>
      <w:r w:rsidR="004961F4" w:rsidRPr="00C9454D">
        <w:rPr>
          <w:sz w:val="24"/>
          <w:szCs w:val="24"/>
        </w:rPr>
        <w:t>efender</w:t>
      </w:r>
      <w:r w:rsidRPr="00C9454D">
        <w:rPr>
          <w:sz w:val="24"/>
          <w:szCs w:val="24"/>
        </w:rPr>
        <w:t>.”</w:t>
      </w:r>
    </w:p>
    <w:p w14:paraId="199856B7" w14:textId="77777777" w:rsidR="00AF1D92" w:rsidRPr="00C9454D" w:rsidRDefault="00AF1D92" w:rsidP="00C9454D">
      <w:pPr>
        <w:rPr>
          <w:sz w:val="24"/>
          <w:szCs w:val="24"/>
        </w:rPr>
      </w:pPr>
      <w:r w:rsidRPr="00C9454D">
        <w:rPr>
          <w:sz w:val="24"/>
          <w:szCs w:val="24"/>
        </w:rPr>
        <w:t>He looked at her then, his expression softening in a way she hadn’t seen before. For a moment, the weight of his armor seemed to lift, revealing the man beneath.</w:t>
      </w:r>
    </w:p>
    <w:p w14:paraId="04437424" w14:textId="77777777" w:rsidR="00AF1D92" w:rsidRPr="00C9454D" w:rsidRDefault="00AF1D92" w:rsidP="00C9454D">
      <w:pPr>
        <w:rPr>
          <w:sz w:val="24"/>
          <w:szCs w:val="24"/>
        </w:rPr>
      </w:pPr>
      <w:r w:rsidRPr="00C9454D">
        <w:rPr>
          <w:sz w:val="24"/>
          <w:szCs w:val="24"/>
        </w:rPr>
        <w:t>“Abilene,” he said, her name sounding almost unfamiliar on his lips.</w:t>
      </w:r>
    </w:p>
    <w:p w14:paraId="2ACB2B66" w14:textId="77777777" w:rsidR="00AF1D92" w:rsidRPr="00C9454D" w:rsidRDefault="00AF1D92" w:rsidP="00C9454D">
      <w:pPr>
        <w:rPr>
          <w:sz w:val="24"/>
          <w:szCs w:val="24"/>
        </w:rPr>
      </w:pPr>
      <w:r w:rsidRPr="00C9454D">
        <w:rPr>
          <w:sz w:val="24"/>
          <w:szCs w:val="24"/>
        </w:rPr>
        <w:t>She stepped closer, the space between them narrowing until she could see the faint lines etched into his face, the scars that spoke of battles fought and endured. Neither of them spoke, the silence filled only by the rustle of leaves in the evening breeze.</w:t>
      </w:r>
    </w:p>
    <w:p w14:paraId="4F4CA2DF" w14:textId="77777777" w:rsidR="00AF1D92" w:rsidRPr="00C9454D" w:rsidRDefault="00AF1D92" w:rsidP="00C9454D">
      <w:pPr>
        <w:rPr>
          <w:sz w:val="24"/>
          <w:szCs w:val="24"/>
        </w:rPr>
      </w:pPr>
      <w:r w:rsidRPr="00C9454D">
        <w:rPr>
          <w:sz w:val="24"/>
          <w:szCs w:val="24"/>
        </w:rPr>
        <w:t>And then, without warning, he leaned down, his lips brushing hers in a kiss that was neither hurried nor hesitant. It was a quiet moment, a meeting of souls that spoke more than words ever could. In that kiss, she felt the weight of his past, the depth of his honor, and the vulnerability he rarely allowed himself to show.</w:t>
      </w:r>
    </w:p>
    <w:p w14:paraId="4A113567" w14:textId="77777777" w:rsidR="00AF1D92" w:rsidRPr="00C9454D" w:rsidRDefault="00AF1D92" w:rsidP="00C9454D">
      <w:pPr>
        <w:rPr>
          <w:sz w:val="24"/>
          <w:szCs w:val="24"/>
        </w:rPr>
      </w:pPr>
      <w:r w:rsidRPr="00C9454D">
        <w:rPr>
          <w:sz w:val="24"/>
          <w:szCs w:val="24"/>
        </w:rPr>
        <w:t>When they parted, he searched her eyes, as if seeking confirmation that she had felt the same.</w:t>
      </w:r>
    </w:p>
    <w:p w14:paraId="113A9BF1" w14:textId="77777777" w:rsidR="00AF1D92" w:rsidRPr="00C9454D" w:rsidRDefault="00AF1D92" w:rsidP="00C9454D">
      <w:pPr>
        <w:rPr>
          <w:sz w:val="24"/>
          <w:szCs w:val="24"/>
        </w:rPr>
      </w:pPr>
      <w:r w:rsidRPr="00C9454D">
        <w:rPr>
          <w:sz w:val="24"/>
          <w:szCs w:val="24"/>
        </w:rPr>
        <w:t>“You’re unlike anyone I’ve ever known,” he said softly.</w:t>
      </w:r>
    </w:p>
    <w:p w14:paraId="107D3921" w14:textId="77777777" w:rsidR="00AF1D92" w:rsidRPr="00C9454D" w:rsidRDefault="00AF1D92" w:rsidP="00C9454D">
      <w:pPr>
        <w:rPr>
          <w:sz w:val="24"/>
          <w:szCs w:val="24"/>
        </w:rPr>
      </w:pPr>
      <w:r w:rsidRPr="00C9454D">
        <w:rPr>
          <w:sz w:val="24"/>
          <w:szCs w:val="24"/>
        </w:rPr>
        <w:t>“And you,” she replied, her voice steady, “are exactly as I imagined you to be.”</w:t>
      </w:r>
    </w:p>
    <w:p w14:paraId="2F0572E4" w14:textId="77777777" w:rsidR="00AF1D92" w:rsidRPr="00C9454D" w:rsidRDefault="00AF1D92" w:rsidP="00C9454D">
      <w:pPr>
        <w:rPr>
          <w:sz w:val="24"/>
          <w:szCs w:val="24"/>
        </w:rPr>
      </w:pPr>
      <w:r w:rsidRPr="00C9454D">
        <w:rPr>
          <w:sz w:val="24"/>
          <w:szCs w:val="24"/>
        </w:rPr>
        <w:t>For a moment, they stood in silence, the world around them fading into the background. Then, with a faint smile, Guy stepped back, his stoic demeanor returning like a shield.</w:t>
      </w:r>
    </w:p>
    <w:p w14:paraId="7F156EBD" w14:textId="77777777" w:rsidR="00AF1D92" w:rsidRPr="00C9454D" w:rsidRDefault="00AF1D92" w:rsidP="00C9454D">
      <w:pPr>
        <w:rPr>
          <w:sz w:val="24"/>
          <w:szCs w:val="24"/>
        </w:rPr>
      </w:pPr>
      <w:r w:rsidRPr="00C9454D">
        <w:rPr>
          <w:sz w:val="24"/>
          <w:szCs w:val="24"/>
        </w:rPr>
        <w:t>“We should return,” he said, his tone gentle but firm.</w:t>
      </w:r>
    </w:p>
    <w:p w14:paraId="744647A9" w14:textId="77777777" w:rsidR="00AF1D92" w:rsidRPr="00C9454D" w:rsidRDefault="00AF1D92" w:rsidP="00C9454D">
      <w:pPr>
        <w:rPr>
          <w:sz w:val="24"/>
          <w:szCs w:val="24"/>
        </w:rPr>
      </w:pPr>
      <w:r w:rsidRPr="00C9454D">
        <w:rPr>
          <w:sz w:val="24"/>
          <w:szCs w:val="24"/>
        </w:rPr>
        <w:t>Abilene nodded, her heart steady even as it raced. As they walked back toward the village, she couldn’t help but feel that their journey together had only just begun.</w:t>
      </w:r>
    </w:p>
    <w:p w14:paraId="4E722747" w14:textId="77777777" w:rsidR="007A6B8B" w:rsidRPr="00C9454D" w:rsidRDefault="007A6B8B" w:rsidP="00C9454D">
      <w:pPr>
        <w:rPr>
          <w:sz w:val="24"/>
          <w:szCs w:val="24"/>
        </w:rPr>
      </w:pPr>
    </w:p>
    <w:p w14:paraId="632EDF59" w14:textId="77777777" w:rsidR="004C7EBF" w:rsidRPr="00C9454D" w:rsidRDefault="004C7EBF" w:rsidP="00C9454D">
      <w:pPr>
        <w:pStyle w:val="Heading2"/>
        <w:rPr>
          <w:sz w:val="24"/>
          <w:szCs w:val="24"/>
        </w:rPr>
      </w:pPr>
      <w:r w:rsidRPr="00C9454D">
        <w:rPr>
          <w:sz w:val="24"/>
          <w:szCs w:val="24"/>
        </w:rPr>
        <w:t>A Dance at the Festival</w:t>
      </w:r>
    </w:p>
    <w:p w14:paraId="7A7CC4FD" w14:textId="77777777" w:rsidR="0056102B" w:rsidRPr="00C9454D" w:rsidRDefault="0056102B" w:rsidP="00C9454D">
      <w:pPr>
        <w:rPr>
          <w:sz w:val="24"/>
          <w:szCs w:val="24"/>
        </w:rPr>
      </w:pPr>
    </w:p>
    <w:p w14:paraId="338B609F" w14:textId="77777777" w:rsidR="004C7EBF" w:rsidRPr="00C9454D" w:rsidRDefault="004C7EBF" w:rsidP="00C9454D">
      <w:pPr>
        <w:spacing w:after="0"/>
        <w:rPr>
          <w:sz w:val="24"/>
          <w:szCs w:val="24"/>
        </w:rPr>
      </w:pPr>
      <w:r w:rsidRPr="00C9454D">
        <w:rPr>
          <w:sz w:val="24"/>
          <w:szCs w:val="24"/>
        </w:rPr>
        <w:t>It was during the harvest festival that their courtship became a matter of whispers.</w:t>
      </w:r>
    </w:p>
    <w:p w14:paraId="050680DE" w14:textId="77777777" w:rsidR="004C7EBF" w:rsidRPr="00C9454D" w:rsidRDefault="004C7EBF" w:rsidP="00C9454D">
      <w:pPr>
        <w:spacing w:after="0"/>
        <w:rPr>
          <w:sz w:val="24"/>
          <w:szCs w:val="24"/>
        </w:rPr>
      </w:pPr>
      <w:r w:rsidRPr="00C9454D">
        <w:rPr>
          <w:sz w:val="24"/>
          <w:szCs w:val="24"/>
        </w:rPr>
        <w:t>The square was alive with torches and music, villagers spinning in pairs as the fiddles played.</w:t>
      </w:r>
    </w:p>
    <w:p w14:paraId="658A749A" w14:textId="11365671" w:rsidR="004C7EBF" w:rsidRPr="00C9454D" w:rsidRDefault="004C7EBF" w:rsidP="00C9454D">
      <w:pPr>
        <w:spacing w:after="0"/>
        <w:rPr>
          <w:sz w:val="24"/>
          <w:szCs w:val="24"/>
        </w:rPr>
      </w:pPr>
      <w:r w:rsidRPr="00C9454D">
        <w:rPr>
          <w:sz w:val="24"/>
          <w:szCs w:val="24"/>
        </w:rPr>
        <w:t xml:space="preserve">Abilene had been laughing with </w:t>
      </w:r>
      <w:proofErr w:type="spellStart"/>
      <w:r w:rsidRPr="00C9454D">
        <w:rPr>
          <w:sz w:val="24"/>
          <w:szCs w:val="24"/>
        </w:rPr>
        <w:t>Warr</w:t>
      </w:r>
      <w:r w:rsidR="00C17857" w:rsidRPr="00C9454D">
        <w:rPr>
          <w:sz w:val="24"/>
          <w:szCs w:val="24"/>
        </w:rPr>
        <w:t>in</w:t>
      </w:r>
      <w:r w:rsidR="00E4102F" w:rsidRPr="00C9454D">
        <w:rPr>
          <w:sz w:val="24"/>
          <w:szCs w:val="24"/>
        </w:rPr>
        <w:t>e</w:t>
      </w:r>
      <w:proofErr w:type="spellEnd"/>
      <w:r w:rsidRPr="00C9454D">
        <w:rPr>
          <w:sz w:val="24"/>
          <w:szCs w:val="24"/>
        </w:rPr>
        <w:t xml:space="preserve"> when Guy appeared besi</w:t>
      </w:r>
      <w:r w:rsidR="00DD1FF5" w:rsidRPr="00C9454D">
        <w:rPr>
          <w:sz w:val="24"/>
          <w:szCs w:val="24"/>
        </w:rPr>
        <w:t xml:space="preserve">de </w:t>
      </w:r>
      <w:r w:rsidRPr="00C9454D">
        <w:rPr>
          <w:sz w:val="24"/>
          <w:szCs w:val="24"/>
        </w:rPr>
        <w:t>her.</w:t>
      </w:r>
    </w:p>
    <w:p w14:paraId="0BA81B61" w14:textId="77777777" w:rsidR="004C7EBF" w:rsidRPr="00C9454D" w:rsidRDefault="004C7EBF" w:rsidP="00C9454D">
      <w:pPr>
        <w:spacing w:after="0"/>
        <w:rPr>
          <w:sz w:val="24"/>
          <w:szCs w:val="24"/>
        </w:rPr>
      </w:pPr>
      <w:r w:rsidRPr="00C9454D">
        <w:rPr>
          <w:sz w:val="24"/>
          <w:szCs w:val="24"/>
        </w:rPr>
        <w:t>“Dance with me,” he said—not as a request, but not quite a command.</w:t>
      </w:r>
    </w:p>
    <w:p w14:paraId="4B2F0D23" w14:textId="77777777" w:rsidR="004C7EBF" w:rsidRPr="00C9454D" w:rsidRDefault="004C7EBF" w:rsidP="00C9454D">
      <w:pPr>
        <w:spacing w:after="0"/>
        <w:rPr>
          <w:sz w:val="24"/>
          <w:szCs w:val="24"/>
        </w:rPr>
      </w:pPr>
      <w:r w:rsidRPr="00C9454D">
        <w:rPr>
          <w:sz w:val="24"/>
          <w:szCs w:val="24"/>
        </w:rPr>
        <w:t>She hesitated for only a breath before placing her hand in his.</w:t>
      </w:r>
    </w:p>
    <w:p w14:paraId="6717DAB1" w14:textId="77777777" w:rsidR="004C7EBF" w:rsidRPr="00C9454D" w:rsidRDefault="004C7EBF" w:rsidP="00C9454D">
      <w:pPr>
        <w:spacing w:after="0"/>
        <w:rPr>
          <w:sz w:val="24"/>
          <w:szCs w:val="24"/>
        </w:rPr>
      </w:pPr>
      <w:r w:rsidRPr="00C9454D">
        <w:rPr>
          <w:sz w:val="24"/>
          <w:szCs w:val="24"/>
        </w:rPr>
        <w:t>As they moved, his grip was firm but careful, guiding her through the steps with practiced ease.</w:t>
      </w:r>
    </w:p>
    <w:p w14:paraId="192DB67C" w14:textId="77777777" w:rsidR="004C7EBF" w:rsidRPr="00C9454D" w:rsidRDefault="004C7EBF" w:rsidP="00C9454D">
      <w:pPr>
        <w:spacing w:after="0"/>
        <w:rPr>
          <w:sz w:val="24"/>
          <w:szCs w:val="24"/>
        </w:rPr>
      </w:pPr>
      <w:r w:rsidRPr="00C9454D">
        <w:rPr>
          <w:sz w:val="24"/>
          <w:szCs w:val="24"/>
        </w:rPr>
        <w:t>She tilted her head up at him. “A knight who dances? Unheard of.”</w:t>
      </w:r>
    </w:p>
    <w:p w14:paraId="09BE6208" w14:textId="77777777" w:rsidR="004C7EBF" w:rsidRPr="00C9454D" w:rsidRDefault="004C7EBF" w:rsidP="00C9454D">
      <w:pPr>
        <w:spacing w:after="0"/>
        <w:rPr>
          <w:sz w:val="24"/>
          <w:szCs w:val="24"/>
        </w:rPr>
      </w:pPr>
      <w:r w:rsidRPr="00C9454D">
        <w:rPr>
          <w:sz w:val="24"/>
          <w:szCs w:val="24"/>
        </w:rPr>
        <w:t>His blue eyes flickered with something unreadable. “A knight who grew up in France, my lady.”</w:t>
      </w:r>
    </w:p>
    <w:p w14:paraId="67C37C1C" w14:textId="77777777" w:rsidR="004C7EBF" w:rsidRPr="00C9454D" w:rsidRDefault="004C7EBF" w:rsidP="00C9454D">
      <w:pPr>
        <w:spacing w:after="0"/>
        <w:rPr>
          <w:sz w:val="24"/>
          <w:szCs w:val="24"/>
        </w:rPr>
      </w:pPr>
      <w:r w:rsidRPr="00C9454D">
        <w:rPr>
          <w:sz w:val="24"/>
          <w:szCs w:val="24"/>
        </w:rPr>
        <w:t>She laughed softly. “Then I suppose I should not be surprised.”</w:t>
      </w:r>
    </w:p>
    <w:p w14:paraId="517D28A5" w14:textId="77777777" w:rsidR="004C7EBF" w:rsidRPr="00C9454D" w:rsidRDefault="004C7EBF" w:rsidP="00C9454D">
      <w:pPr>
        <w:spacing w:after="0"/>
        <w:rPr>
          <w:sz w:val="24"/>
          <w:szCs w:val="24"/>
        </w:rPr>
      </w:pPr>
      <w:r w:rsidRPr="00C9454D">
        <w:rPr>
          <w:sz w:val="24"/>
          <w:szCs w:val="24"/>
        </w:rPr>
        <w:t>For the first time, Guy smiled.</w:t>
      </w:r>
    </w:p>
    <w:p w14:paraId="498D200D" w14:textId="77777777" w:rsidR="004C7EBF" w:rsidRPr="00C9454D" w:rsidRDefault="004C7EBF" w:rsidP="00C9454D">
      <w:pPr>
        <w:spacing w:after="0"/>
        <w:rPr>
          <w:sz w:val="24"/>
          <w:szCs w:val="24"/>
        </w:rPr>
      </w:pPr>
      <w:r w:rsidRPr="00C9454D">
        <w:rPr>
          <w:sz w:val="24"/>
          <w:szCs w:val="24"/>
        </w:rPr>
        <w:t>A small thing. But Abilene noticed.</w:t>
      </w:r>
    </w:p>
    <w:p w14:paraId="461371F5" w14:textId="77777777" w:rsidR="004C7EBF" w:rsidRPr="00C9454D" w:rsidRDefault="00FE197F" w:rsidP="00C9454D">
      <w:pPr>
        <w:spacing w:after="0"/>
        <w:rPr>
          <w:sz w:val="24"/>
          <w:szCs w:val="24"/>
        </w:rPr>
      </w:pPr>
      <w:r>
        <w:rPr>
          <w:noProof/>
          <w:sz w:val="24"/>
          <w:szCs w:val="24"/>
        </w:rPr>
      </w:r>
      <w:r w:rsidR="00FE197F">
        <w:rPr>
          <w:noProof/>
          <w:sz w:val="24"/>
          <w:szCs w:val="24"/>
        </w:rPr>
        <w:pict w14:anchorId="1781B30D">
          <v:rect id="_x0000_i1051" style="width:0;height:1.5pt" o:hralign="center" o:hrstd="t" o:hr="t" fillcolor="#a0a0a0" stroked="f"/>
        </w:pict>
      </w:r>
    </w:p>
    <w:p w14:paraId="730798AC" w14:textId="77777777" w:rsidR="004C7EBF" w:rsidRPr="00C9454D" w:rsidRDefault="004C7EBF" w:rsidP="00C9454D">
      <w:pPr>
        <w:pStyle w:val="Heading2"/>
        <w:rPr>
          <w:sz w:val="24"/>
          <w:szCs w:val="24"/>
        </w:rPr>
      </w:pPr>
      <w:r w:rsidRPr="00C9454D">
        <w:rPr>
          <w:sz w:val="24"/>
          <w:szCs w:val="24"/>
        </w:rPr>
        <w:t>A Slow Understanding</w:t>
      </w:r>
    </w:p>
    <w:p w14:paraId="09856917" w14:textId="77777777" w:rsidR="004C7EBF" w:rsidRPr="00C9454D" w:rsidRDefault="004C7EBF" w:rsidP="00C9454D">
      <w:pPr>
        <w:spacing w:after="0"/>
        <w:rPr>
          <w:sz w:val="24"/>
          <w:szCs w:val="24"/>
        </w:rPr>
      </w:pPr>
      <w:r w:rsidRPr="00C9454D">
        <w:rPr>
          <w:sz w:val="24"/>
          <w:szCs w:val="24"/>
        </w:rPr>
        <w:t>The more time they spent together, the more she saw beneath his armor.</w:t>
      </w:r>
    </w:p>
    <w:p w14:paraId="5E1D52B2" w14:textId="77777777" w:rsidR="004C7EBF" w:rsidRPr="00C9454D" w:rsidRDefault="004C7EBF" w:rsidP="00FE197F">
      <w:pPr>
        <w:numPr>
          <w:ilvl w:val="0"/>
          <w:numId w:val="7"/>
        </w:numPr>
        <w:spacing w:after="0"/>
        <w:jc w:val="both"/>
        <w:rPr>
          <w:sz w:val="24"/>
          <w:szCs w:val="24"/>
        </w:rPr>
      </w:pPr>
      <w:r w:rsidRPr="00C9454D">
        <w:rPr>
          <w:sz w:val="24"/>
          <w:szCs w:val="24"/>
        </w:rPr>
        <w:t>He was not cruel, though he often spoke bluntly.</w:t>
      </w:r>
    </w:p>
    <w:p w14:paraId="25FA7179" w14:textId="77777777" w:rsidR="004C7EBF" w:rsidRPr="00C9454D" w:rsidRDefault="004C7EBF" w:rsidP="00FE197F">
      <w:pPr>
        <w:numPr>
          <w:ilvl w:val="0"/>
          <w:numId w:val="7"/>
        </w:numPr>
        <w:spacing w:after="0"/>
        <w:jc w:val="both"/>
        <w:rPr>
          <w:sz w:val="24"/>
          <w:szCs w:val="24"/>
        </w:rPr>
      </w:pPr>
      <w:r w:rsidRPr="00C9454D">
        <w:rPr>
          <w:sz w:val="24"/>
          <w:szCs w:val="24"/>
        </w:rPr>
        <w:t>He was not unfeeling, though he rarely smiled.</w:t>
      </w:r>
    </w:p>
    <w:p w14:paraId="13DFFDA2" w14:textId="77777777" w:rsidR="004C7EBF" w:rsidRPr="00C9454D" w:rsidRDefault="004C7EBF" w:rsidP="00FE197F">
      <w:pPr>
        <w:numPr>
          <w:ilvl w:val="0"/>
          <w:numId w:val="7"/>
        </w:numPr>
        <w:spacing w:after="0"/>
        <w:jc w:val="both"/>
        <w:rPr>
          <w:sz w:val="24"/>
          <w:szCs w:val="24"/>
        </w:rPr>
      </w:pPr>
      <w:r w:rsidRPr="00C9454D">
        <w:rPr>
          <w:sz w:val="24"/>
          <w:szCs w:val="24"/>
        </w:rPr>
        <w:t>He was not invulnerable, though he wished to be.</w:t>
      </w:r>
    </w:p>
    <w:p w14:paraId="1311FF0E" w14:textId="77777777" w:rsidR="004C7EBF" w:rsidRPr="00C9454D" w:rsidRDefault="004C7EBF" w:rsidP="00C9454D">
      <w:pPr>
        <w:spacing w:after="0"/>
        <w:rPr>
          <w:sz w:val="24"/>
          <w:szCs w:val="24"/>
        </w:rPr>
      </w:pPr>
      <w:r w:rsidRPr="00C9454D">
        <w:rPr>
          <w:sz w:val="24"/>
          <w:szCs w:val="24"/>
        </w:rPr>
        <w:t>And Guy saw her, too.</w:t>
      </w:r>
    </w:p>
    <w:p w14:paraId="34726F57" w14:textId="77777777" w:rsidR="004C7EBF" w:rsidRPr="00C9454D" w:rsidRDefault="004C7EBF" w:rsidP="00FE197F">
      <w:pPr>
        <w:numPr>
          <w:ilvl w:val="0"/>
          <w:numId w:val="8"/>
        </w:numPr>
        <w:spacing w:after="0"/>
        <w:jc w:val="both"/>
        <w:rPr>
          <w:sz w:val="24"/>
          <w:szCs w:val="24"/>
        </w:rPr>
      </w:pPr>
      <w:r w:rsidRPr="00C9454D">
        <w:rPr>
          <w:sz w:val="24"/>
          <w:szCs w:val="24"/>
        </w:rPr>
        <w:t>She was not fragile, though the world treated her so.</w:t>
      </w:r>
    </w:p>
    <w:p w14:paraId="25261960" w14:textId="77777777" w:rsidR="004C7EBF" w:rsidRPr="00C9454D" w:rsidRDefault="004C7EBF" w:rsidP="00FE197F">
      <w:pPr>
        <w:numPr>
          <w:ilvl w:val="0"/>
          <w:numId w:val="8"/>
        </w:numPr>
        <w:spacing w:after="0"/>
        <w:jc w:val="both"/>
        <w:rPr>
          <w:sz w:val="24"/>
          <w:szCs w:val="24"/>
        </w:rPr>
      </w:pPr>
      <w:r w:rsidRPr="00C9454D">
        <w:rPr>
          <w:sz w:val="24"/>
          <w:szCs w:val="24"/>
        </w:rPr>
        <w:t>She was not foolish, though men often dismissed her ideas.</w:t>
      </w:r>
    </w:p>
    <w:p w14:paraId="41A83744" w14:textId="77777777" w:rsidR="004C7EBF" w:rsidRPr="00C9454D" w:rsidRDefault="004C7EBF" w:rsidP="00FE197F">
      <w:pPr>
        <w:numPr>
          <w:ilvl w:val="0"/>
          <w:numId w:val="8"/>
        </w:numPr>
        <w:spacing w:after="0"/>
        <w:jc w:val="both"/>
        <w:rPr>
          <w:sz w:val="24"/>
          <w:szCs w:val="24"/>
        </w:rPr>
      </w:pPr>
      <w:r w:rsidRPr="00C9454D">
        <w:rPr>
          <w:sz w:val="24"/>
          <w:szCs w:val="24"/>
        </w:rPr>
        <w:t>She was not someone he could ignore.</w:t>
      </w:r>
    </w:p>
    <w:p w14:paraId="6D5CF8CD" w14:textId="77777777" w:rsidR="004C7EBF" w:rsidRPr="00C9454D" w:rsidRDefault="004C7EBF" w:rsidP="00C9454D">
      <w:pPr>
        <w:spacing w:after="0"/>
        <w:rPr>
          <w:sz w:val="24"/>
          <w:szCs w:val="24"/>
        </w:rPr>
      </w:pPr>
      <w:r w:rsidRPr="00C9454D">
        <w:rPr>
          <w:sz w:val="24"/>
          <w:szCs w:val="24"/>
        </w:rPr>
        <w:t>Something between them shifted.</w:t>
      </w:r>
    </w:p>
    <w:p w14:paraId="22C1CD28" w14:textId="77777777" w:rsidR="004C7EBF" w:rsidRPr="00C9454D" w:rsidRDefault="004C7EBF" w:rsidP="00C9454D">
      <w:pPr>
        <w:spacing w:after="0"/>
        <w:rPr>
          <w:sz w:val="24"/>
          <w:szCs w:val="24"/>
        </w:rPr>
      </w:pPr>
      <w:r w:rsidRPr="00C9454D">
        <w:rPr>
          <w:sz w:val="24"/>
          <w:szCs w:val="24"/>
        </w:rPr>
        <w:t>Something neither of them spoke of.</w:t>
      </w:r>
    </w:p>
    <w:p w14:paraId="7FE83498" w14:textId="77777777" w:rsidR="004C7EBF" w:rsidRPr="00C9454D" w:rsidRDefault="004C7EBF" w:rsidP="00C9454D">
      <w:pPr>
        <w:spacing w:after="0"/>
        <w:rPr>
          <w:sz w:val="24"/>
          <w:szCs w:val="24"/>
        </w:rPr>
      </w:pPr>
      <w:r w:rsidRPr="00C9454D">
        <w:rPr>
          <w:sz w:val="24"/>
          <w:szCs w:val="24"/>
        </w:rPr>
        <w:t>Something that would soon be tested.</w:t>
      </w:r>
    </w:p>
    <w:p w14:paraId="68237C55" w14:textId="6C0A7C4B" w:rsidR="004C7EBF" w:rsidRPr="00C9454D" w:rsidRDefault="004C7EBF" w:rsidP="00C9454D">
      <w:pPr>
        <w:spacing w:after="0"/>
        <w:rPr>
          <w:sz w:val="24"/>
          <w:szCs w:val="24"/>
        </w:rPr>
      </w:pPr>
      <w:r w:rsidRPr="00C9454D">
        <w:rPr>
          <w:sz w:val="24"/>
          <w:szCs w:val="24"/>
        </w:rPr>
        <w:t xml:space="preserve">Because the rains were </w:t>
      </w:r>
      <w:r w:rsidR="000704C9" w:rsidRPr="00C9454D">
        <w:rPr>
          <w:sz w:val="24"/>
          <w:szCs w:val="24"/>
        </w:rPr>
        <w:t>coming. And</w:t>
      </w:r>
      <w:r w:rsidRPr="00C9454D">
        <w:rPr>
          <w:sz w:val="24"/>
          <w:szCs w:val="24"/>
        </w:rPr>
        <w:t xml:space="preserve"> with them, the flood that would change everything.</w:t>
      </w:r>
      <w:r w:rsidR="00FE197F">
        <w:rPr>
          <w:noProof/>
          <w:sz w:val="24"/>
          <w:szCs w:val="24"/>
        </w:rPr>
      </w:r>
      <w:r w:rsidR="00FE197F">
        <w:rPr>
          <w:noProof/>
          <w:sz w:val="24"/>
          <w:szCs w:val="24"/>
        </w:rPr>
        <w:pict w14:anchorId="65BEC8EB">
          <v:rect id="_x0000_i1052" style="width:0;height:1.5pt" o:hralign="center" o:hrstd="t" o:hr="t" fillcolor="#a0a0a0" stroked="f"/>
        </w:pict>
      </w:r>
    </w:p>
    <w:p w14:paraId="62E624F2" w14:textId="076E7757" w:rsidR="00586EF9" w:rsidRPr="00C9454D" w:rsidRDefault="00586EF9" w:rsidP="00C9454D">
      <w:pPr>
        <w:rPr>
          <w:sz w:val="24"/>
          <w:szCs w:val="24"/>
        </w:rPr>
      </w:pPr>
    </w:p>
    <w:p w14:paraId="225D2040" w14:textId="723C5AAD" w:rsidR="00EC2F08" w:rsidRPr="00C9454D" w:rsidRDefault="009B6D76" w:rsidP="00C9454D">
      <w:pPr>
        <w:rPr>
          <w:sz w:val="24"/>
          <w:szCs w:val="24"/>
        </w:rPr>
      </w:pPr>
      <w:r w:rsidRPr="00C9454D">
        <w:rPr>
          <w:sz w:val="24"/>
          <w:szCs w:val="24"/>
        </w:rPr>
        <w:t>.</w:t>
      </w:r>
      <w:proofErr w:type="spellStart"/>
      <w:r w:rsidR="00EC2F08" w:rsidRPr="00C9454D">
        <w:rPr>
          <w:rStyle w:val="Heading2Char"/>
          <w:sz w:val="24"/>
          <w:szCs w:val="24"/>
        </w:rPr>
        <w:t>Warine</w:t>
      </w:r>
      <w:proofErr w:type="spellEnd"/>
      <w:r w:rsidR="00EC2F08" w:rsidRPr="00C9454D">
        <w:rPr>
          <w:rStyle w:val="Heading2Char"/>
          <w:sz w:val="24"/>
          <w:szCs w:val="24"/>
        </w:rPr>
        <w:t xml:space="preserve"> </w:t>
      </w:r>
      <w:r w:rsidR="00DD1FF5" w:rsidRPr="00C9454D">
        <w:rPr>
          <w:rStyle w:val="Heading2Char"/>
          <w:sz w:val="24"/>
          <w:szCs w:val="24"/>
        </w:rPr>
        <w:t xml:space="preserve">de </w:t>
      </w:r>
      <w:proofErr w:type="spellStart"/>
      <w:r w:rsidR="00EC2F08" w:rsidRPr="00C9454D">
        <w:rPr>
          <w:rStyle w:val="Heading2Char"/>
          <w:sz w:val="24"/>
          <w:szCs w:val="24"/>
        </w:rPr>
        <w:t>Barham</w:t>
      </w:r>
      <w:proofErr w:type="spellEnd"/>
    </w:p>
    <w:p w14:paraId="69AAE9E6" w14:textId="77777777" w:rsidR="00EC2F08" w:rsidRPr="00C9454D" w:rsidRDefault="00EC2F08" w:rsidP="00C9454D">
      <w:pPr>
        <w:pStyle w:val="Heading2"/>
        <w:rPr>
          <w:sz w:val="24"/>
          <w:szCs w:val="24"/>
        </w:rPr>
      </w:pPr>
      <w:r w:rsidRPr="00C9454D">
        <w:rPr>
          <w:i/>
          <w:iCs/>
          <w:sz w:val="24"/>
          <w:szCs w:val="24"/>
        </w:rPr>
        <w:t>(A Brother in the Shadows, A Man Who Became a Pillar)</w:t>
      </w:r>
    </w:p>
    <w:p w14:paraId="02119E1F" w14:textId="36197A7F" w:rsidR="00EC2F08" w:rsidRPr="00C9454D" w:rsidRDefault="00FE197F" w:rsidP="00C9454D">
      <w:pPr>
        <w:rPr>
          <w:sz w:val="24"/>
          <w:szCs w:val="24"/>
        </w:rPr>
      </w:pPr>
      <w:r>
        <w:rPr>
          <w:noProof/>
          <w:sz w:val="24"/>
          <w:szCs w:val="24"/>
        </w:rPr>
      </w:r>
      <w:r w:rsidR="00FE197F">
        <w:rPr>
          <w:noProof/>
          <w:sz w:val="24"/>
          <w:szCs w:val="24"/>
        </w:rPr>
        <w:pict w14:anchorId="7241AF7D">
          <v:rect id="_x0000_i1053" style="width:0;height:1.5pt" o:hralign="center" o:hrstd="t" o:hr="t" fillcolor="#a0a0a0" stroked="f"/>
        </w:pict>
      </w:r>
    </w:p>
    <w:p w14:paraId="78EBAF00" w14:textId="44257516" w:rsidR="00EC2F08" w:rsidRPr="00C9454D" w:rsidRDefault="00EC2F08" w:rsidP="00C9454D">
      <w:pPr>
        <w:rPr>
          <w:sz w:val="24"/>
          <w:szCs w:val="24"/>
        </w:rPr>
      </w:pPr>
      <w:r w:rsidRPr="00C9454D">
        <w:rPr>
          <w:sz w:val="24"/>
          <w:szCs w:val="24"/>
        </w:rPr>
        <w:t xml:space="preserve">From the moment </w:t>
      </w:r>
      <w:proofErr w:type="spellStart"/>
      <w:r w:rsidRPr="00C9454D">
        <w:rPr>
          <w:sz w:val="24"/>
          <w:szCs w:val="24"/>
        </w:rPr>
        <w:t>Warine</w:t>
      </w:r>
      <w:proofErr w:type="spellEnd"/>
      <w:r w:rsidRPr="00C9454D">
        <w:rPr>
          <w:sz w:val="24"/>
          <w:szCs w:val="24"/>
        </w:rPr>
        <w:t xml:space="preserve"> </w:t>
      </w:r>
      <w:r w:rsidR="00DD1FF5" w:rsidRPr="00C9454D">
        <w:rPr>
          <w:sz w:val="24"/>
          <w:szCs w:val="24"/>
        </w:rPr>
        <w:t xml:space="preserve">de </w:t>
      </w:r>
      <w:proofErr w:type="spellStart"/>
      <w:r w:rsidRPr="00C9454D">
        <w:rPr>
          <w:sz w:val="24"/>
          <w:szCs w:val="24"/>
        </w:rPr>
        <w:t>Barham</w:t>
      </w:r>
      <w:proofErr w:type="spellEnd"/>
      <w:r w:rsidRPr="00C9454D">
        <w:rPr>
          <w:sz w:val="24"/>
          <w:szCs w:val="24"/>
        </w:rPr>
        <w:t xml:space="preserve"> could walk, he had been chasing after his sister’s shadow.</w:t>
      </w:r>
    </w:p>
    <w:p w14:paraId="04A5857F" w14:textId="48BF71A5" w:rsidR="00EC2F08" w:rsidRPr="00C9454D" w:rsidRDefault="00EC2F08" w:rsidP="00C9454D">
      <w:pPr>
        <w:rPr>
          <w:sz w:val="24"/>
          <w:szCs w:val="24"/>
        </w:rPr>
      </w:pPr>
      <w:r w:rsidRPr="00C9454D">
        <w:rPr>
          <w:sz w:val="24"/>
          <w:szCs w:val="24"/>
        </w:rPr>
        <w:t xml:space="preserve">Abilene had always been larger than life to him—fierce, brilliant, unshakable—the kind of person others naturally followed. </w:t>
      </w:r>
      <w:proofErr w:type="spellStart"/>
      <w:r w:rsidRPr="00C9454D">
        <w:rPr>
          <w:sz w:val="24"/>
          <w:szCs w:val="24"/>
        </w:rPr>
        <w:t>Warine</w:t>
      </w:r>
      <w:proofErr w:type="spellEnd"/>
      <w:r w:rsidRPr="00C9454D">
        <w:rPr>
          <w:sz w:val="24"/>
          <w:szCs w:val="24"/>
        </w:rPr>
        <w:t>, two years her junior, had never known how to stand besi</w:t>
      </w:r>
      <w:r w:rsidR="00DD1FF5" w:rsidRPr="00C9454D">
        <w:rPr>
          <w:sz w:val="24"/>
          <w:szCs w:val="24"/>
        </w:rPr>
        <w:t xml:space="preserve">de </w:t>
      </w:r>
      <w:r w:rsidRPr="00C9454D">
        <w:rPr>
          <w:sz w:val="24"/>
          <w:szCs w:val="24"/>
        </w:rPr>
        <w:t>her without feeling like he was two steps behind.</w:t>
      </w:r>
    </w:p>
    <w:p w14:paraId="5CFF124E" w14:textId="77777777" w:rsidR="00EC2F08" w:rsidRPr="00C9454D" w:rsidRDefault="00EC2F08" w:rsidP="00C9454D">
      <w:pPr>
        <w:rPr>
          <w:sz w:val="24"/>
          <w:szCs w:val="24"/>
        </w:rPr>
      </w:pPr>
      <w:r w:rsidRPr="00C9454D">
        <w:rPr>
          <w:sz w:val="24"/>
          <w:szCs w:val="24"/>
        </w:rPr>
        <w:t>But he never told her that.</w:t>
      </w:r>
    </w:p>
    <w:p w14:paraId="406E2AE1" w14:textId="77777777" w:rsidR="00EC2F08" w:rsidRPr="00C9454D" w:rsidRDefault="00EC2F08" w:rsidP="00C9454D">
      <w:pPr>
        <w:rPr>
          <w:sz w:val="24"/>
          <w:szCs w:val="24"/>
        </w:rPr>
      </w:pPr>
      <w:r w:rsidRPr="00C9454D">
        <w:rPr>
          <w:sz w:val="24"/>
          <w:szCs w:val="24"/>
        </w:rPr>
        <w:t>Instead, he tried to impress her in silence.</w:t>
      </w:r>
    </w:p>
    <w:p w14:paraId="5D6FCCD5" w14:textId="77777777" w:rsidR="00EC2F08" w:rsidRPr="00C9454D" w:rsidRDefault="00EC2F08" w:rsidP="00C9454D">
      <w:pPr>
        <w:rPr>
          <w:sz w:val="24"/>
          <w:szCs w:val="24"/>
        </w:rPr>
      </w:pPr>
      <w:r w:rsidRPr="00C9454D">
        <w:rPr>
          <w:sz w:val="24"/>
          <w:szCs w:val="24"/>
        </w:rPr>
        <w:t>At swordplay, he trained harder. At lessons, he studied longer. He watched her navigate the world and imitated her confidence, even when he doubted himself.</w:t>
      </w:r>
    </w:p>
    <w:p w14:paraId="2511F214" w14:textId="77777777" w:rsidR="00EC2F08" w:rsidRPr="00C9454D" w:rsidRDefault="00EC2F08" w:rsidP="00C9454D">
      <w:pPr>
        <w:rPr>
          <w:sz w:val="24"/>
          <w:szCs w:val="24"/>
        </w:rPr>
      </w:pPr>
      <w:r w:rsidRPr="00C9454D">
        <w:rPr>
          <w:sz w:val="24"/>
          <w:szCs w:val="24"/>
        </w:rPr>
        <w:t>And when she wasn’t looking? He was in awe of her.</w:t>
      </w:r>
    </w:p>
    <w:p w14:paraId="3C80B5EB" w14:textId="5EFFA682" w:rsidR="00EC2F08" w:rsidRPr="00C9454D" w:rsidRDefault="00EC2F08" w:rsidP="00C9454D">
      <w:pPr>
        <w:rPr>
          <w:sz w:val="24"/>
          <w:szCs w:val="24"/>
        </w:rPr>
      </w:pPr>
      <w:r w:rsidRPr="00C9454D">
        <w:rPr>
          <w:sz w:val="24"/>
          <w:szCs w:val="24"/>
        </w:rPr>
        <w:t xml:space="preserve">When their father </w:t>
      </w:r>
      <w:r w:rsidR="006F3339" w:rsidRPr="00C9454D">
        <w:rPr>
          <w:sz w:val="24"/>
          <w:szCs w:val="24"/>
        </w:rPr>
        <w:t>was ailed</w:t>
      </w:r>
      <w:r w:rsidRPr="00C9454D">
        <w:rPr>
          <w:sz w:val="24"/>
          <w:szCs w:val="24"/>
        </w:rPr>
        <w:t xml:space="preserve">, it was Abilene who stood before the family and held them together. She took responsibility without hesitation, while </w:t>
      </w:r>
      <w:proofErr w:type="spellStart"/>
      <w:r w:rsidRPr="00C9454D">
        <w:rPr>
          <w:sz w:val="24"/>
          <w:szCs w:val="24"/>
        </w:rPr>
        <w:t>Warine</w:t>
      </w:r>
      <w:proofErr w:type="spellEnd"/>
      <w:r w:rsidRPr="00C9454D">
        <w:rPr>
          <w:sz w:val="24"/>
          <w:szCs w:val="24"/>
        </w:rPr>
        <w:t>—barely a young man—was left in the role of the overlooked second child.</w:t>
      </w:r>
    </w:p>
    <w:p w14:paraId="30CFCB3E" w14:textId="77777777" w:rsidR="00EC2F08" w:rsidRPr="00C9454D" w:rsidRDefault="00EC2F08" w:rsidP="00C9454D">
      <w:pPr>
        <w:rPr>
          <w:sz w:val="24"/>
          <w:szCs w:val="24"/>
        </w:rPr>
      </w:pPr>
      <w:r w:rsidRPr="00C9454D">
        <w:rPr>
          <w:sz w:val="24"/>
          <w:szCs w:val="24"/>
        </w:rPr>
        <w:t>It was not resentment he felt.</w:t>
      </w:r>
    </w:p>
    <w:p w14:paraId="2EB4DF51" w14:textId="77777777" w:rsidR="00EC2F08" w:rsidRPr="00C9454D" w:rsidRDefault="00EC2F08" w:rsidP="00C9454D">
      <w:pPr>
        <w:rPr>
          <w:sz w:val="24"/>
          <w:szCs w:val="24"/>
        </w:rPr>
      </w:pPr>
      <w:r w:rsidRPr="00C9454D">
        <w:rPr>
          <w:sz w:val="24"/>
          <w:szCs w:val="24"/>
        </w:rPr>
        <w:t>It was frustration.</w:t>
      </w:r>
    </w:p>
    <w:p w14:paraId="6BE7FF70" w14:textId="77777777" w:rsidR="00EC2F08" w:rsidRPr="00C9454D" w:rsidRDefault="00EC2F08" w:rsidP="00C9454D">
      <w:pPr>
        <w:rPr>
          <w:sz w:val="24"/>
          <w:szCs w:val="24"/>
        </w:rPr>
      </w:pPr>
      <w:r w:rsidRPr="00C9454D">
        <w:rPr>
          <w:sz w:val="24"/>
          <w:szCs w:val="24"/>
        </w:rPr>
        <w:t>Because no matter how hard he tried, he was never as graceful as her, never as effortlessly commanding.</w:t>
      </w:r>
    </w:p>
    <w:p w14:paraId="3E3F63CC" w14:textId="77777777" w:rsidR="00EC2F08" w:rsidRPr="00C9454D" w:rsidRDefault="00EC2F08" w:rsidP="00C9454D">
      <w:pPr>
        <w:rPr>
          <w:sz w:val="24"/>
          <w:szCs w:val="24"/>
        </w:rPr>
      </w:pPr>
      <w:r w:rsidRPr="00C9454D">
        <w:rPr>
          <w:sz w:val="24"/>
          <w:szCs w:val="24"/>
        </w:rPr>
        <w:t>But he would be damned if he ever let her know how much he admired her.</w:t>
      </w:r>
    </w:p>
    <w:p w14:paraId="20E4698B" w14:textId="77777777" w:rsidR="00EC2F08" w:rsidRPr="00C9454D" w:rsidRDefault="00FE197F" w:rsidP="00C9454D">
      <w:pPr>
        <w:rPr>
          <w:sz w:val="24"/>
          <w:szCs w:val="24"/>
        </w:rPr>
      </w:pPr>
      <w:r>
        <w:rPr>
          <w:noProof/>
          <w:sz w:val="24"/>
          <w:szCs w:val="24"/>
        </w:rPr>
      </w:r>
      <w:r w:rsidR="00FE197F">
        <w:rPr>
          <w:noProof/>
          <w:sz w:val="24"/>
          <w:szCs w:val="24"/>
        </w:rPr>
        <w:pict w14:anchorId="5CF63FC6">
          <v:rect id="_x0000_i1054" style="width:0;height:1.5pt" o:hralign="center" o:hrstd="t" o:hr="t" fillcolor="#a0a0a0" stroked="f"/>
        </w:pict>
      </w:r>
    </w:p>
    <w:p w14:paraId="75B1CA91" w14:textId="5211CB4A" w:rsidR="00EC2F08" w:rsidRPr="00C9454D" w:rsidRDefault="00EC2F08" w:rsidP="00C9454D">
      <w:pPr>
        <w:pStyle w:val="Heading2"/>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The Brother He Never Had</w:t>
      </w:r>
    </w:p>
    <w:p w14:paraId="17FED248" w14:textId="77777777" w:rsidR="00060970" w:rsidRPr="00C9454D" w:rsidRDefault="00060970" w:rsidP="00C9454D">
      <w:pPr>
        <w:rPr>
          <w:sz w:val="24"/>
          <w:szCs w:val="24"/>
        </w:rPr>
      </w:pPr>
    </w:p>
    <w:p w14:paraId="40B50B0C" w14:textId="09888FEA" w:rsidR="00EC2F08" w:rsidRPr="00C9454D" w:rsidRDefault="00EC2F08" w:rsidP="00C9454D">
      <w:pPr>
        <w:rPr>
          <w:sz w:val="24"/>
          <w:szCs w:val="24"/>
        </w:rPr>
      </w:pPr>
      <w:r w:rsidRPr="00C9454D">
        <w:rPr>
          <w:sz w:val="24"/>
          <w:szCs w:val="24"/>
        </w:rPr>
        <w:t xml:space="preserve">When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entered their lives, </w:t>
      </w:r>
      <w:proofErr w:type="spellStart"/>
      <w:r w:rsidRPr="00C9454D">
        <w:rPr>
          <w:sz w:val="24"/>
          <w:szCs w:val="24"/>
        </w:rPr>
        <w:t>Warine</w:t>
      </w:r>
      <w:proofErr w:type="spellEnd"/>
      <w:r w:rsidRPr="00C9454D">
        <w:rPr>
          <w:sz w:val="24"/>
          <w:szCs w:val="24"/>
        </w:rPr>
        <w:t xml:space="preserve"> was immediately wary.</w:t>
      </w:r>
    </w:p>
    <w:p w14:paraId="7C759443" w14:textId="77777777" w:rsidR="00EC2F08" w:rsidRPr="00C9454D" w:rsidRDefault="00EC2F08" w:rsidP="00C9454D">
      <w:pPr>
        <w:rPr>
          <w:sz w:val="24"/>
          <w:szCs w:val="24"/>
        </w:rPr>
      </w:pPr>
      <w:r w:rsidRPr="00C9454D">
        <w:rPr>
          <w:sz w:val="24"/>
          <w:szCs w:val="24"/>
        </w:rPr>
        <w:t xml:space="preserve">At first, he saw Guy as a brute with a sword, a knight who had little to do with books or strategy. </w:t>
      </w:r>
      <w:proofErr w:type="spellStart"/>
      <w:r w:rsidRPr="00C9454D">
        <w:rPr>
          <w:sz w:val="24"/>
          <w:szCs w:val="24"/>
        </w:rPr>
        <w:t>Warine</w:t>
      </w:r>
      <w:proofErr w:type="spellEnd"/>
      <w:r w:rsidRPr="00C9454D">
        <w:rPr>
          <w:sz w:val="24"/>
          <w:szCs w:val="24"/>
        </w:rPr>
        <w:t xml:space="preserve"> had spent his whole life trying to prove he was more than just a lesser heir, and now here came this war-worn warrior, effortlessly earning Abilene’s trust—and worse, her love.</w:t>
      </w:r>
    </w:p>
    <w:p w14:paraId="45C5C46D" w14:textId="77777777" w:rsidR="00EC2F08" w:rsidRPr="00C9454D" w:rsidRDefault="00EC2F08" w:rsidP="00C9454D">
      <w:pPr>
        <w:rPr>
          <w:sz w:val="24"/>
          <w:szCs w:val="24"/>
        </w:rPr>
      </w:pPr>
      <w:proofErr w:type="spellStart"/>
      <w:r w:rsidRPr="00C9454D">
        <w:rPr>
          <w:sz w:val="24"/>
          <w:szCs w:val="24"/>
        </w:rPr>
        <w:t>Warine</w:t>
      </w:r>
      <w:proofErr w:type="spellEnd"/>
      <w:r w:rsidRPr="00C9454D">
        <w:rPr>
          <w:sz w:val="24"/>
          <w:szCs w:val="24"/>
        </w:rPr>
        <w:t xml:space="preserve"> was skeptical. </w:t>
      </w:r>
      <w:r w:rsidRPr="00C9454D">
        <w:rPr>
          <w:i/>
          <w:iCs/>
          <w:sz w:val="24"/>
          <w:szCs w:val="24"/>
        </w:rPr>
        <w:t>What did a man like Guy know of ruling?</w:t>
      </w:r>
    </w:p>
    <w:p w14:paraId="4F0D6DA0" w14:textId="77777777" w:rsidR="00EC2F08" w:rsidRPr="00C9454D" w:rsidRDefault="00EC2F08" w:rsidP="00C9454D">
      <w:pPr>
        <w:rPr>
          <w:sz w:val="24"/>
          <w:szCs w:val="24"/>
        </w:rPr>
      </w:pPr>
      <w:r w:rsidRPr="00C9454D">
        <w:rPr>
          <w:sz w:val="24"/>
          <w:szCs w:val="24"/>
        </w:rPr>
        <w:t xml:space="preserve">But then, </w:t>
      </w:r>
      <w:proofErr w:type="spellStart"/>
      <w:r w:rsidRPr="00C9454D">
        <w:rPr>
          <w:sz w:val="24"/>
          <w:szCs w:val="24"/>
        </w:rPr>
        <w:t>Warine</w:t>
      </w:r>
      <w:proofErr w:type="spellEnd"/>
      <w:r w:rsidRPr="00C9454D">
        <w:rPr>
          <w:sz w:val="24"/>
          <w:szCs w:val="24"/>
        </w:rPr>
        <w:t xml:space="preserve"> lost a duel.</w:t>
      </w:r>
    </w:p>
    <w:p w14:paraId="51337FC5" w14:textId="77777777" w:rsidR="00EC2F08" w:rsidRPr="00C9454D" w:rsidRDefault="00EC2F08" w:rsidP="00C9454D">
      <w:pPr>
        <w:rPr>
          <w:sz w:val="24"/>
          <w:szCs w:val="24"/>
        </w:rPr>
      </w:pPr>
      <w:r w:rsidRPr="00C9454D">
        <w:rPr>
          <w:sz w:val="24"/>
          <w:szCs w:val="24"/>
        </w:rPr>
        <w:t xml:space="preserve">He had fought well, but Guy had bested him in two moves, and as </w:t>
      </w:r>
      <w:proofErr w:type="spellStart"/>
      <w:r w:rsidRPr="00C9454D">
        <w:rPr>
          <w:sz w:val="24"/>
          <w:szCs w:val="24"/>
        </w:rPr>
        <w:t>Warine</w:t>
      </w:r>
      <w:proofErr w:type="spellEnd"/>
      <w:r w:rsidRPr="00C9454D">
        <w:rPr>
          <w:sz w:val="24"/>
          <w:szCs w:val="24"/>
        </w:rPr>
        <w:t xml:space="preserve"> sat in the dirt, humiliated, Guy had grinned down at him and offered his hand.</w:t>
      </w:r>
    </w:p>
    <w:p w14:paraId="3FB990F1" w14:textId="77777777" w:rsidR="00EC2F08" w:rsidRPr="00C9454D" w:rsidRDefault="00EC2F08" w:rsidP="00C9454D">
      <w:pPr>
        <w:rPr>
          <w:sz w:val="24"/>
          <w:szCs w:val="24"/>
        </w:rPr>
      </w:pPr>
      <w:r w:rsidRPr="00C9454D">
        <w:rPr>
          <w:sz w:val="24"/>
          <w:szCs w:val="24"/>
        </w:rPr>
        <w:t xml:space="preserve">“Get up, </w:t>
      </w:r>
      <w:proofErr w:type="spellStart"/>
      <w:r w:rsidRPr="00C9454D">
        <w:rPr>
          <w:sz w:val="24"/>
          <w:szCs w:val="24"/>
        </w:rPr>
        <w:t>Warine</w:t>
      </w:r>
      <w:proofErr w:type="spellEnd"/>
      <w:r w:rsidRPr="00C9454D">
        <w:rPr>
          <w:sz w:val="24"/>
          <w:szCs w:val="24"/>
        </w:rPr>
        <w:t>,” he had said. “You’re better than this.”</w:t>
      </w:r>
    </w:p>
    <w:p w14:paraId="4CFA485D" w14:textId="77777777" w:rsidR="00EC2F08" w:rsidRPr="00C9454D" w:rsidRDefault="00EC2F08" w:rsidP="00C9454D">
      <w:pPr>
        <w:rPr>
          <w:sz w:val="24"/>
          <w:szCs w:val="24"/>
        </w:rPr>
      </w:pPr>
      <w:r w:rsidRPr="00C9454D">
        <w:rPr>
          <w:sz w:val="24"/>
          <w:szCs w:val="24"/>
        </w:rPr>
        <w:t xml:space="preserve">And to </w:t>
      </w:r>
      <w:proofErr w:type="spellStart"/>
      <w:r w:rsidRPr="00C9454D">
        <w:rPr>
          <w:sz w:val="24"/>
          <w:szCs w:val="24"/>
        </w:rPr>
        <w:t>Warine’s</w:t>
      </w:r>
      <w:proofErr w:type="spellEnd"/>
      <w:r w:rsidRPr="00C9454D">
        <w:rPr>
          <w:sz w:val="24"/>
          <w:szCs w:val="24"/>
        </w:rPr>
        <w:t xml:space="preserve"> great annoyance, he had meant it.</w:t>
      </w:r>
    </w:p>
    <w:p w14:paraId="38B6F752" w14:textId="77777777" w:rsidR="00EC2F08" w:rsidRPr="00C9454D" w:rsidRDefault="00EC2F08" w:rsidP="00C9454D">
      <w:pPr>
        <w:rPr>
          <w:sz w:val="24"/>
          <w:szCs w:val="24"/>
        </w:rPr>
      </w:pPr>
      <w:r w:rsidRPr="00C9454D">
        <w:rPr>
          <w:sz w:val="24"/>
          <w:szCs w:val="24"/>
        </w:rPr>
        <w:t>Guy did not look down on him. Did not mock him. Did not treat him as lesser.</w:t>
      </w:r>
    </w:p>
    <w:p w14:paraId="5E3ACEF7" w14:textId="77777777" w:rsidR="00EC2F08" w:rsidRPr="00C9454D" w:rsidRDefault="00EC2F08" w:rsidP="00C9454D">
      <w:pPr>
        <w:rPr>
          <w:sz w:val="24"/>
          <w:szCs w:val="24"/>
        </w:rPr>
      </w:pPr>
      <w:r w:rsidRPr="00C9454D">
        <w:rPr>
          <w:sz w:val="24"/>
          <w:szCs w:val="24"/>
        </w:rPr>
        <w:t>Instead, he trained him.</w:t>
      </w:r>
    </w:p>
    <w:p w14:paraId="1122D331" w14:textId="77777777" w:rsidR="00EC2F08" w:rsidRPr="00C9454D" w:rsidRDefault="00EC2F08" w:rsidP="00C9454D">
      <w:pPr>
        <w:rPr>
          <w:sz w:val="24"/>
          <w:szCs w:val="24"/>
        </w:rPr>
      </w:pPr>
      <w:r w:rsidRPr="00C9454D">
        <w:rPr>
          <w:sz w:val="24"/>
          <w:szCs w:val="24"/>
        </w:rPr>
        <w:t>Taught him not just how to fight, but how to think like a leader.</w:t>
      </w:r>
    </w:p>
    <w:p w14:paraId="000CC324" w14:textId="77777777" w:rsidR="00EC2F08" w:rsidRPr="00C9454D" w:rsidRDefault="00EC2F08" w:rsidP="00C9454D">
      <w:pPr>
        <w:rPr>
          <w:sz w:val="24"/>
          <w:szCs w:val="24"/>
        </w:rPr>
      </w:pPr>
      <w:r w:rsidRPr="00C9454D">
        <w:rPr>
          <w:sz w:val="24"/>
          <w:szCs w:val="24"/>
        </w:rPr>
        <w:t>Showed him that strength was not just in the sword, but in knowing when not to draw it.</w:t>
      </w:r>
    </w:p>
    <w:p w14:paraId="04A6E25F" w14:textId="77777777" w:rsidR="00EC2F08" w:rsidRPr="00C9454D" w:rsidRDefault="00EC2F08" w:rsidP="00C9454D">
      <w:pPr>
        <w:rPr>
          <w:sz w:val="24"/>
          <w:szCs w:val="24"/>
        </w:rPr>
      </w:pPr>
      <w:r w:rsidRPr="00C9454D">
        <w:rPr>
          <w:sz w:val="24"/>
          <w:szCs w:val="24"/>
        </w:rPr>
        <w:t xml:space="preserve">Slowly, grudgingly, </w:t>
      </w:r>
      <w:proofErr w:type="spellStart"/>
      <w:r w:rsidRPr="00C9454D">
        <w:rPr>
          <w:sz w:val="24"/>
          <w:szCs w:val="24"/>
        </w:rPr>
        <w:t>Warine</w:t>
      </w:r>
      <w:proofErr w:type="spellEnd"/>
      <w:r w:rsidRPr="00C9454D">
        <w:rPr>
          <w:sz w:val="24"/>
          <w:szCs w:val="24"/>
        </w:rPr>
        <w:t xml:space="preserve"> came to respect him.</w:t>
      </w:r>
    </w:p>
    <w:p w14:paraId="11470306" w14:textId="77777777" w:rsidR="00EC2F08" w:rsidRPr="00C9454D" w:rsidRDefault="00EC2F08" w:rsidP="00C9454D">
      <w:pPr>
        <w:rPr>
          <w:sz w:val="24"/>
          <w:szCs w:val="24"/>
        </w:rPr>
      </w:pPr>
      <w:r w:rsidRPr="00C9454D">
        <w:rPr>
          <w:sz w:val="24"/>
          <w:szCs w:val="24"/>
        </w:rPr>
        <w:t>And in time, he saw what Abilene had seen.</w:t>
      </w:r>
    </w:p>
    <w:p w14:paraId="6C4BBA43" w14:textId="77777777" w:rsidR="00EC2F08" w:rsidRPr="00C9454D" w:rsidRDefault="00EC2F08" w:rsidP="00C9454D">
      <w:pPr>
        <w:rPr>
          <w:sz w:val="24"/>
          <w:szCs w:val="24"/>
        </w:rPr>
      </w:pPr>
      <w:r w:rsidRPr="00C9454D">
        <w:rPr>
          <w:sz w:val="24"/>
          <w:szCs w:val="24"/>
        </w:rPr>
        <w:t xml:space="preserve">Guy was not a man of politics, but he was a man of honor. And when </w:t>
      </w:r>
      <w:proofErr w:type="spellStart"/>
      <w:r w:rsidRPr="00C9454D">
        <w:rPr>
          <w:sz w:val="24"/>
          <w:szCs w:val="24"/>
        </w:rPr>
        <w:t>Warine</w:t>
      </w:r>
      <w:proofErr w:type="spellEnd"/>
      <w:r w:rsidRPr="00C9454D">
        <w:rPr>
          <w:sz w:val="24"/>
          <w:szCs w:val="24"/>
        </w:rPr>
        <w:t xml:space="preserve"> finally admitted to himself that he trusted Guy, he stopped seeing him as a rival and started seeing him as the older brother he never had.</w:t>
      </w:r>
    </w:p>
    <w:p w14:paraId="3035961E" w14:textId="77777777" w:rsidR="00EC2F08" w:rsidRPr="00C9454D" w:rsidRDefault="00EC2F08" w:rsidP="00C9454D">
      <w:pPr>
        <w:rPr>
          <w:sz w:val="24"/>
          <w:szCs w:val="24"/>
        </w:rPr>
      </w:pPr>
      <w:r w:rsidRPr="00C9454D">
        <w:rPr>
          <w:sz w:val="24"/>
          <w:szCs w:val="24"/>
        </w:rPr>
        <w:t xml:space="preserve">And when Guy clapped him on the shoulder after a hard-fought victory and said, “You’ve got it in you, </w:t>
      </w:r>
      <w:proofErr w:type="spellStart"/>
      <w:r w:rsidRPr="00C9454D">
        <w:rPr>
          <w:sz w:val="24"/>
          <w:szCs w:val="24"/>
        </w:rPr>
        <w:t>Warine</w:t>
      </w:r>
      <w:proofErr w:type="spellEnd"/>
      <w:r w:rsidRPr="00C9454D">
        <w:rPr>
          <w:sz w:val="24"/>
          <w:szCs w:val="24"/>
        </w:rPr>
        <w:t>. You just don’t see it yet,”</w:t>
      </w:r>
    </w:p>
    <w:p w14:paraId="12CCD564" w14:textId="77777777" w:rsidR="00EC2F08" w:rsidRPr="00C9454D" w:rsidRDefault="00EC2F08" w:rsidP="00C9454D">
      <w:pPr>
        <w:rPr>
          <w:sz w:val="24"/>
          <w:szCs w:val="24"/>
        </w:rPr>
      </w:pPr>
      <w:r w:rsidRPr="00C9454D">
        <w:rPr>
          <w:sz w:val="24"/>
          <w:szCs w:val="24"/>
        </w:rPr>
        <w:t xml:space="preserve">For the first time in his life, </w:t>
      </w:r>
      <w:proofErr w:type="spellStart"/>
      <w:r w:rsidRPr="00C9454D">
        <w:rPr>
          <w:sz w:val="24"/>
          <w:szCs w:val="24"/>
        </w:rPr>
        <w:t>Warine</w:t>
      </w:r>
      <w:proofErr w:type="spellEnd"/>
      <w:r w:rsidRPr="00C9454D">
        <w:rPr>
          <w:sz w:val="24"/>
          <w:szCs w:val="24"/>
        </w:rPr>
        <w:t xml:space="preserve"> believed it.</w:t>
      </w:r>
    </w:p>
    <w:p w14:paraId="7E28CC0A" w14:textId="52B16E50" w:rsidR="0086232B" w:rsidRPr="00C9454D" w:rsidRDefault="00295865" w:rsidP="00C9454D">
      <w:pPr>
        <w:pStyle w:val="Heading2"/>
        <w:rPr>
          <w:sz w:val="24"/>
          <w:szCs w:val="24"/>
        </w:rPr>
      </w:pPr>
      <w:r w:rsidRPr="00C9454D">
        <w:rPr>
          <w:sz w:val="24"/>
          <w:szCs w:val="24"/>
        </w:rPr>
        <w:t>Isolde</w:t>
      </w:r>
      <w:r w:rsidR="00A40F90" w:rsidRPr="00C9454D">
        <w:rPr>
          <w:sz w:val="24"/>
          <w:szCs w:val="24"/>
        </w:rPr>
        <w:t>’s Guy?</w:t>
      </w:r>
      <w:r w:rsidR="0086232B" w:rsidRPr="00C9454D">
        <w:rPr>
          <w:sz w:val="24"/>
          <w:szCs w:val="24"/>
        </w:rPr>
        <w:t xml:space="preserve"> </w:t>
      </w:r>
    </w:p>
    <w:p w14:paraId="039EFCBF" w14:textId="13A36365" w:rsidR="00295865" w:rsidRPr="00C9454D" w:rsidRDefault="0086232B" w:rsidP="00C9454D">
      <w:pPr>
        <w:pStyle w:val="Heading2"/>
        <w:rPr>
          <w:sz w:val="24"/>
          <w:szCs w:val="24"/>
        </w:rPr>
      </w:pPr>
      <w:r w:rsidRPr="00C9454D">
        <w:rPr>
          <w:sz w:val="24"/>
          <w:szCs w:val="24"/>
        </w:rPr>
        <w:t>1195</w:t>
      </w:r>
    </w:p>
    <w:p w14:paraId="56E659D6" w14:textId="77777777" w:rsidR="00295865" w:rsidRPr="00C9454D" w:rsidRDefault="00295865" w:rsidP="00C9454D">
      <w:pPr>
        <w:rPr>
          <w:sz w:val="24"/>
          <w:szCs w:val="24"/>
        </w:rPr>
      </w:pPr>
    </w:p>
    <w:p w14:paraId="053BB00A" w14:textId="0552DC9E" w:rsidR="00295865" w:rsidRPr="00C9454D" w:rsidRDefault="00295865" w:rsidP="00C9454D">
      <w:pPr>
        <w:rPr>
          <w:sz w:val="24"/>
          <w:szCs w:val="24"/>
        </w:rPr>
      </w:pPr>
      <w:r w:rsidRPr="00C9454D">
        <w:rPr>
          <w:sz w:val="24"/>
          <w:szCs w:val="24"/>
        </w:rPr>
        <w:t xml:space="preserve">The Medway River ran strong and steady through </w:t>
      </w:r>
      <w:proofErr w:type="spellStart"/>
      <w:r w:rsidRPr="00C9454D">
        <w:rPr>
          <w:sz w:val="24"/>
          <w:szCs w:val="24"/>
        </w:rPr>
        <w:t>Teston</w:t>
      </w:r>
      <w:proofErr w:type="spellEnd"/>
      <w:r w:rsidRPr="00C9454D">
        <w:rPr>
          <w:sz w:val="24"/>
          <w:szCs w:val="24"/>
        </w:rPr>
        <w:t>, its waters reflecting the late autumn sun in golden ripples. The village bustled with life, the air filled with the scent of freshly tilled earth, roasting chestnuts, and damp wool. Merchants called from their stalls, children darted between them, and women gathered at the well to share whispers of news and gossip. It was the time of year when everything seemed to hold steady, a fragile peace before the unknown future.</w:t>
      </w:r>
    </w:p>
    <w:p w14:paraId="5DDD1672" w14:textId="63745DEE" w:rsidR="00295865" w:rsidRPr="00C9454D" w:rsidRDefault="00295865" w:rsidP="00C9454D">
      <w:pPr>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walked through the market square, her basket resting on her hip as she listened to the murmurs around her. She was used to the attention, though not always fond of it. A lady of her station had no true anonymity in </w:t>
      </w:r>
      <w:proofErr w:type="spellStart"/>
      <w:r w:rsidRPr="00C9454D">
        <w:rPr>
          <w:sz w:val="24"/>
          <w:szCs w:val="24"/>
        </w:rPr>
        <w:t>Teston</w:t>
      </w:r>
      <w:proofErr w:type="spellEnd"/>
      <w:r w:rsidRPr="00C9454D">
        <w:rPr>
          <w:sz w:val="24"/>
          <w:szCs w:val="24"/>
        </w:rPr>
        <w:t>.</w:t>
      </w:r>
    </w:p>
    <w:p w14:paraId="05B2F0B4" w14:textId="77777777" w:rsidR="00295865" w:rsidRPr="00C9454D" w:rsidRDefault="00295865" w:rsidP="00C9454D">
      <w:pPr>
        <w:rPr>
          <w:sz w:val="24"/>
          <w:szCs w:val="24"/>
        </w:rPr>
      </w:pPr>
      <w:r w:rsidRPr="00C9454D">
        <w:rPr>
          <w:sz w:val="24"/>
          <w:szCs w:val="24"/>
        </w:rPr>
        <w:t>“Lady Abilene,” called a honey-sweet voice from a nearby stall. “How lovely to see you today.”</w:t>
      </w:r>
    </w:p>
    <w:p w14:paraId="3CC8E256" w14:textId="18DCB92C" w:rsidR="00295865" w:rsidRPr="00C9454D" w:rsidRDefault="00295865" w:rsidP="00C9454D">
      <w:pPr>
        <w:rPr>
          <w:sz w:val="24"/>
          <w:szCs w:val="24"/>
        </w:rPr>
      </w:pPr>
      <w:r w:rsidRPr="00C9454D">
        <w:rPr>
          <w:sz w:val="24"/>
          <w:szCs w:val="24"/>
        </w:rPr>
        <w:t>Abilene tensed before turning. Isol</w:t>
      </w:r>
      <w:r w:rsidR="00DD1FF5" w:rsidRPr="00C9454D">
        <w:rPr>
          <w:sz w:val="24"/>
          <w:szCs w:val="24"/>
        </w:rPr>
        <w:t xml:space="preserve">de </w:t>
      </w:r>
      <w:proofErr w:type="spellStart"/>
      <w:r w:rsidRPr="00C9454D">
        <w:rPr>
          <w:sz w:val="24"/>
          <w:szCs w:val="24"/>
        </w:rPr>
        <w:t>Devereaux</w:t>
      </w:r>
      <w:proofErr w:type="spellEnd"/>
      <w:r w:rsidRPr="00C9454D">
        <w:rPr>
          <w:sz w:val="24"/>
          <w:szCs w:val="24"/>
        </w:rPr>
        <w:t>.</w:t>
      </w:r>
    </w:p>
    <w:p w14:paraId="76B17AB6" w14:textId="51CB6204" w:rsidR="00560451" w:rsidRPr="00C9454D" w:rsidRDefault="00560451" w:rsidP="00C9454D">
      <w:pPr>
        <w:rPr>
          <w:sz w:val="24"/>
          <w:szCs w:val="24"/>
        </w:rPr>
      </w:pPr>
      <w:r w:rsidRPr="00C9454D">
        <w:rPr>
          <w:sz w:val="24"/>
          <w:szCs w:val="24"/>
        </w:rPr>
        <w:t>At sixteen, Isol</w:t>
      </w:r>
      <w:r w:rsidR="00DD1FF5" w:rsidRPr="00C9454D">
        <w:rPr>
          <w:sz w:val="24"/>
          <w:szCs w:val="24"/>
        </w:rPr>
        <w:t xml:space="preserve">de </w:t>
      </w:r>
      <w:r w:rsidRPr="00C9454D">
        <w:rPr>
          <w:sz w:val="24"/>
          <w:szCs w:val="24"/>
        </w:rPr>
        <w:t>was already a force to be reckoned with.</w:t>
      </w:r>
    </w:p>
    <w:p w14:paraId="11BD9E04" w14:textId="0B12AFCC" w:rsidR="00560451" w:rsidRPr="00C9454D" w:rsidRDefault="00560451" w:rsidP="00C9454D">
      <w:pPr>
        <w:rPr>
          <w:sz w:val="24"/>
          <w:szCs w:val="24"/>
        </w:rPr>
      </w:pPr>
      <w:r w:rsidRPr="00C9454D">
        <w:rPr>
          <w:sz w:val="24"/>
          <w:szCs w:val="24"/>
        </w:rPr>
        <w:t>She had been born into privilege</w:t>
      </w:r>
      <w:r w:rsidR="0012154D" w:rsidRPr="00C9454D">
        <w:rPr>
          <w:sz w:val="24"/>
          <w:szCs w:val="24"/>
        </w:rPr>
        <w:t>,</w:t>
      </w:r>
      <w:r w:rsidR="00A103ED" w:rsidRPr="00C9454D">
        <w:rPr>
          <w:sz w:val="24"/>
          <w:szCs w:val="24"/>
        </w:rPr>
        <w:t xml:space="preserve"> </w:t>
      </w:r>
      <w:r w:rsidRPr="00C9454D">
        <w:rPr>
          <w:sz w:val="24"/>
          <w:szCs w:val="24"/>
        </w:rPr>
        <w:t xml:space="preserve">into power. Her father, Lord </w:t>
      </w:r>
      <w:r w:rsidR="0012154D" w:rsidRPr="00C9454D">
        <w:rPr>
          <w:sz w:val="24"/>
          <w:szCs w:val="24"/>
        </w:rPr>
        <w:t>Alaric</w:t>
      </w:r>
      <w:r w:rsidRPr="00C9454D">
        <w:rPr>
          <w:sz w:val="24"/>
          <w:szCs w:val="24"/>
        </w:rPr>
        <w:t xml:space="preserve"> </w:t>
      </w:r>
      <w:proofErr w:type="spellStart"/>
      <w:r w:rsidRPr="00C9454D">
        <w:rPr>
          <w:sz w:val="24"/>
          <w:szCs w:val="24"/>
        </w:rPr>
        <w:t>Devereaux</w:t>
      </w:r>
      <w:proofErr w:type="spellEnd"/>
      <w:r w:rsidRPr="00C9454D">
        <w:rPr>
          <w:sz w:val="24"/>
          <w:szCs w:val="24"/>
        </w:rPr>
        <w:t xml:space="preserve">, had wealth, his influence was </w:t>
      </w:r>
      <w:r w:rsidR="00A103ED" w:rsidRPr="00C9454D">
        <w:rPr>
          <w:sz w:val="24"/>
          <w:szCs w:val="24"/>
        </w:rPr>
        <w:t>growing</w:t>
      </w:r>
      <w:r w:rsidRPr="00C9454D">
        <w:rPr>
          <w:sz w:val="24"/>
          <w:szCs w:val="24"/>
        </w:rPr>
        <w:t xml:space="preserve">. Their name was known, </w:t>
      </w:r>
      <w:r w:rsidR="00B26628" w:rsidRPr="00C9454D">
        <w:rPr>
          <w:sz w:val="24"/>
          <w:szCs w:val="24"/>
        </w:rPr>
        <w:t>commanded</w:t>
      </w:r>
      <w:r w:rsidRPr="00C9454D">
        <w:rPr>
          <w:sz w:val="24"/>
          <w:szCs w:val="24"/>
        </w:rPr>
        <w:t xml:space="preserve"> respect.</w:t>
      </w:r>
    </w:p>
    <w:p w14:paraId="3263C9B5" w14:textId="6FBFDDC1" w:rsidR="00560451" w:rsidRPr="00C9454D" w:rsidRDefault="00560451" w:rsidP="00C9454D">
      <w:pPr>
        <w:rPr>
          <w:sz w:val="24"/>
          <w:szCs w:val="24"/>
        </w:rPr>
      </w:pPr>
      <w:r w:rsidRPr="00C9454D">
        <w:rPr>
          <w:sz w:val="24"/>
          <w:szCs w:val="24"/>
        </w:rPr>
        <w:t>Isol</w:t>
      </w:r>
      <w:r w:rsidR="00DD1FF5" w:rsidRPr="00C9454D">
        <w:rPr>
          <w:sz w:val="24"/>
          <w:szCs w:val="24"/>
        </w:rPr>
        <w:t xml:space="preserve">de </w:t>
      </w:r>
      <w:r w:rsidRPr="00C9454D">
        <w:rPr>
          <w:sz w:val="24"/>
          <w:szCs w:val="24"/>
        </w:rPr>
        <w:t>had always understood one truth: beauty alone was fleeting, but the ability to shape one’s world? That was true power.</w:t>
      </w:r>
    </w:p>
    <w:p w14:paraId="393DFED2" w14:textId="77777777" w:rsidR="00560451" w:rsidRPr="00C9454D" w:rsidRDefault="00560451" w:rsidP="00C9454D">
      <w:pPr>
        <w:rPr>
          <w:sz w:val="24"/>
          <w:szCs w:val="24"/>
        </w:rPr>
      </w:pPr>
      <w:r w:rsidRPr="00C9454D">
        <w:rPr>
          <w:sz w:val="24"/>
          <w:szCs w:val="24"/>
        </w:rPr>
        <w:t>At sixteen, she played the game of attraction better than most women twice her age. She learned how men watched her, how their gazes lingered, how words left their lips with less weight when spoken in her presence.</w:t>
      </w:r>
    </w:p>
    <w:p w14:paraId="1A657E81" w14:textId="77777777" w:rsidR="00560451" w:rsidRPr="00C9454D" w:rsidRDefault="00560451" w:rsidP="00C9454D">
      <w:pPr>
        <w:rPr>
          <w:sz w:val="24"/>
          <w:szCs w:val="24"/>
        </w:rPr>
      </w:pPr>
      <w:r w:rsidRPr="00C9454D">
        <w:rPr>
          <w:sz w:val="24"/>
          <w:szCs w:val="24"/>
        </w:rPr>
        <w:t>And yet, she grew restless. Men were easy to charm. It was the world she wanted to conquer</w:t>
      </w:r>
    </w:p>
    <w:p w14:paraId="019FD8E2" w14:textId="78FB4F2B" w:rsidR="00295865" w:rsidRPr="00C9454D" w:rsidRDefault="00295865" w:rsidP="00C9454D">
      <w:pPr>
        <w:rPr>
          <w:sz w:val="24"/>
          <w:szCs w:val="24"/>
        </w:rPr>
      </w:pPr>
      <w:r w:rsidRPr="00C9454D">
        <w:rPr>
          <w:sz w:val="24"/>
          <w:szCs w:val="24"/>
        </w:rPr>
        <w:t xml:space="preserve">Tall, </w:t>
      </w:r>
      <w:r w:rsidR="000D202A" w:rsidRPr="00C9454D">
        <w:rPr>
          <w:sz w:val="24"/>
          <w:szCs w:val="24"/>
        </w:rPr>
        <w:t>raven</w:t>
      </w:r>
      <w:r w:rsidRPr="00C9454D">
        <w:rPr>
          <w:sz w:val="24"/>
          <w:szCs w:val="24"/>
        </w:rPr>
        <w:t>-haired, with the delicate features of a woman who had never known hardship, Isol</w:t>
      </w:r>
      <w:r w:rsidR="00DD1FF5" w:rsidRPr="00C9454D">
        <w:rPr>
          <w:sz w:val="24"/>
          <w:szCs w:val="24"/>
        </w:rPr>
        <w:t xml:space="preserve">de </w:t>
      </w:r>
      <w:r w:rsidRPr="00C9454D">
        <w:rPr>
          <w:sz w:val="24"/>
          <w:szCs w:val="24"/>
        </w:rPr>
        <w:t>was the type of beauty that poets wrote of and men fought over. She stood draped in velvet, a contrast to Abilene’s simpler woolen cloak, and there was no mistaking the amusement in her cerulean eyes.</w:t>
      </w:r>
    </w:p>
    <w:p w14:paraId="6C500F32" w14:textId="489B875F" w:rsidR="00295865" w:rsidRPr="00C9454D" w:rsidRDefault="00295865" w:rsidP="00C9454D">
      <w:pPr>
        <w:rPr>
          <w:sz w:val="24"/>
          <w:szCs w:val="24"/>
        </w:rPr>
      </w:pPr>
      <w:r w:rsidRPr="00C9454D">
        <w:rPr>
          <w:sz w:val="24"/>
          <w:szCs w:val="24"/>
        </w:rPr>
        <w:t>“I was just speaking of you,” Isol</w:t>
      </w:r>
      <w:r w:rsidR="00DD1FF5" w:rsidRPr="00C9454D">
        <w:rPr>
          <w:sz w:val="24"/>
          <w:szCs w:val="24"/>
        </w:rPr>
        <w:t xml:space="preserve">de </w:t>
      </w:r>
      <w:r w:rsidRPr="00C9454D">
        <w:rPr>
          <w:sz w:val="24"/>
          <w:szCs w:val="24"/>
        </w:rPr>
        <w:t>continued, her lips curling. “You and Sir Guy.”</w:t>
      </w:r>
    </w:p>
    <w:p w14:paraId="5663DABD" w14:textId="77777777" w:rsidR="00295865" w:rsidRPr="00C9454D" w:rsidRDefault="00295865" w:rsidP="00C9454D">
      <w:pPr>
        <w:rPr>
          <w:sz w:val="24"/>
          <w:szCs w:val="24"/>
        </w:rPr>
      </w:pPr>
      <w:r w:rsidRPr="00C9454D">
        <w:rPr>
          <w:sz w:val="24"/>
          <w:szCs w:val="24"/>
        </w:rPr>
        <w:t>Abilene kept her face composed. “Oh?”</w:t>
      </w:r>
    </w:p>
    <w:p w14:paraId="4FCB677D" w14:textId="1FA5DF5B" w:rsidR="00295865" w:rsidRPr="00C9454D" w:rsidRDefault="00295865" w:rsidP="00C9454D">
      <w:pPr>
        <w:rPr>
          <w:sz w:val="24"/>
          <w:szCs w:val="24"/>
        </w:rPr>
      </w:pPr>
      <w:r w:rsidRPr="00C9454D">
        <w:rPr>
          <w:sz w:val="24"/>
          <w:szCs w:val="24"/>
        </w:rPr>
        <w:t>Isolde’s fingers toyed with a gold pendant around her neck. “It’s just curious, really. A</w:t>
      </w:r>
      <w:r w:rsidR="0034116C" w:rsidRPr="00C9454D">
        <w:rPr>
          <w:sz w:val="24"/>
          <w:szCs w:val="24"/>
        </w:rPr>
        <w:t xml:space="preserve"> </w:t>
      </w:r>
      <w:r w:rsidR="00F907EF" w:rsidRPr="00C9454D">
        <w:rPr>
          <w:sz w:val="24"/>
          <w:szCs w:val="24"/>
        </w:rPr>
        <w:t>suitable</w:t>
      </w:r>
      <w:r w:rsidRPr="00C9454D">
        <w:rPr>
          <w:sz w:val="24"/>
          <w:szCs w:val="24"/>
        </w:rPr>
        <w:t xml:space="preserve"> man like him—so rugged, so disciplined—and yet, so… unclaimed.” She smiled, tilting her head. “It must be exhausting, always worrying whether he’ll stay at your side.”</w:t>
      </w:r>
    </w:p>
    <w:p w14:paraId="494E16A7" w14:textId="77777777" w:rsidR="00295865" w:rsidRPr="00C9454D" w:rsidRDefault="00295865" w:rsidP="00C9454D">
      <w:pPr>
        <w:rPr>
          <w:sz w:val="24"/>
          <w:szCs w:val="24"/>
        </w:rPr>
      </w:pPr>
      <w:r w:rsidRPr="00C9454D">
        <w:rPr>
          <w:sz w:val="24"/>
          <w:szCs w:val="24"/>
        </w:rPr>
        <w:t>Abilene’s jaw tensed. “I do not worry about Sir Guy.”</w:t>
      </w:r>
    </w:p>
    <w:p w14:paraId="53C7E241" w14:textId="078FE4C6"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gave a delighted laugh, as if Abilene’s words had only confirmed what she suspected. “Of course you don’t,” she purred. “But I would.”</w:t>
      </w:r>
    </w:p>
    <w:p w14:paraId="363FAC6F" w14:textId="0DD72CB4" w:rsidR="00295865" w:rsidRPr="00C9454D" w:rsidRDefault="00295865" w:rsidP="00C9454D">
      <w:pPr>
        <w:rPr>
          <w:sz w:val="24"/>
          <w:szCs w:val="24"/>
        </w:rPr>
      </w:pPr>
      <w:r w:rsidRPr="00C9454D">
        <w:rPr>
          <w:sz w:val="24"/>
          <w:szCs w:val="24"/>
        </w:rPr>
        <w:t>Abilene turned away, unwilling to give Isol</w:t>
      </w:r>
      <w:r w:rsidR="00DD1FF5" w:rsidRPr="00C9454D">
        <w:rPr>
          <w:sz w:val="24"/>
          <w:szCs w:val="24"/>
        </w:rPr>
        <w:t xml:space="preserve">de </w:t>
      </w:r>
      <w:r w:rsidRPr="00C9454D">
        <w:rPr>
          <w:sz w:val="24"/>
          <w:szCs w:val="24"/>
        </w:rPr>
        <w:t xml:space="preserve">the satisfaction of seeing her frustration. She had learned long ago that the </w:t>
      </w:r>
      <w:proofErr w:type="spellStart"/>
      <w:r w:rsidRPr="00C9454D">
        <w:rPr>
          <w:sz w:val="24"/>
          <w:szCs w:val="24"/>
        </w:rPr>
        <w:t>Devereauxs</w:t>
      </w:r>
      <w:proofErr w:type="spellEnd"/>
      <w:r w:rsidRPr="00C9454D">
        <w:rPr>
          <w:sz w:val="24"/>
          <w:szCs w:val="24"/>
        </w:rPr>
        <w:t xml:space="preserve"> played a different kind of game, one of slow, drawn-out victories. And Isolde? She was its most dangerous player.</w:t>
      </w:r>
    </w:p>
    <w:p w14:paraId="43C6E97A" w14:textId="77777777" w:rsidR="00295865" w:rsidRPr="00C9454D" w:rsidRDefault="00295865" w:rsidP="00C9454D">
      <w:pPr>
        <w:pStyle w:val="Heading2"/>
        <w:rPr>
          <w:sz w:val="24"/>
          <w:szCs w:val="24"/>
        </w:rPr>
      </w:pPr>
      <w:r w:rsidRPr="00C9454D">
        <w:rPr>
          <w:sz w:val="24"/>
          <w:szCs w:val="24"/>
        </w:rPr>
        <w:t>The Tavern Incident</w:t>
      </w:r>
    </w:p>
    <w:p w14:paraId="163F9A14" w14:textId="77777777" w:rsidR="00060970" w:rsidRPr="00C9454D" w:rsidRDefault="00060970" w:rsidP="00C9454D">
      <w:pPr>
        <w:rPr>
          <w:sz w:val="24"/>
          <w:szCs w:val="24"/>
        </w:rPr>
      </w:pPr>
    </w:p>
    <w:p w14:paraId="40F7CE47" w14:textId="6945418D" w:rsidR="00295865" w:rsidRPr="00C9454D" w:rsidRDefault="00295865" w:rsidP="00C9454D">
      <w:pPr>
        <w:rPr>
          <w:sz w:val="24"/>
          <w:szCs w:val="24"/>
        </w:rPr>
      </w:pPr>
      <w:r w:rsidRPr="00C9454D">
        <w:rPr>
          <w:sz w:val="24"/>
          <w:szCs w:val="24"/>
        </w:rPr>
        <w:t xml:space="preserve">Later that evening, </w:t>
      </w:r>
      <w:proofErr w:type="spellStart"/>
      <w:r w:rsidRPr="00C9454D">
        <w:rPr>
          <w:sz w:val="24"/>
          <w:szCs w:val="24"/>
        </w:rPr>
        <w:t>Warine</w:t>
      </w:r>
      <w:proofErr w:type="spellEnd"/>
      <w:r w:rsidRPr="00C9454D">
        <w:rPr>
          <w:sz w:val="24"/>
          <w:szCs w:val="24"/>
        </w:rPr>
        <w:t xml:space="preserve"> </w:t>
      </w:r>
      <w:r w:rsidR="00DD1FF5" w:rsidRPr="00C9454D">
        <w:rPr>
          <w:sz w:val="24"/>
          <w:szCs w:val="24"/>
        </w:rPr>
        <w:t xml:space="preserve">de </w:t>
      </w:r>
      <w:proofErr w:type="spellStart"/>
      <w:r w:rsidRPr="00C9454D">
        <w:rPr>
          <w:sz w:val="24"/>
          <w:szCs w:val="24"/>
        </w:rPr>
        <w:t>Barham</w:t>
      </w:r>
      <w:proofErr w:type="spellEnd"/>
      <w:r w:rsidRPr="00C9454D">
        <w:rPr>
          <w:sz w:val="24"/>
          <w:szCs w:val="24"/>
        </w:rPr>
        <w:t xml:space="preserve"> sat at the far end of the village tavern, his gaze locked onto his tankard. He had always found the atmosphere here oddly calming—the low murmur of voices, the occasional raucous laughter. Guy sat across from him, his expression unreadable as he methodically worked through his drink, silent as ever.</w:t>
      </w:r>
    </w:p>
    <w:p w14:paraId="7DB15547" w14:textId="4CE622DE" w:rsidR="00295865" w:rsidRPr="00C9454D" w:rsidRDefault="00295865" w:rsidP="00C9454D">
      <w:pPr>
        <w:rPr>
          <w:sz w:val="24"/>
          <w:szCs w:val="24"/>
        </w:rPr>
      </w:pPr>
      <w:r w:rsidRPr="00C9454D">
        <w:rPr>
          <w:sz w:val="24"/>
          <w:szCs w:val="24"/>
        </w:rPr>
        <w:t xml:space="preserve">For months now, </w:t>
      </w:r>
      <w:proofErr w:type="spellStart"/>
      <w:r w:rsidRPr="00C9454D">
        <w:rPr>
          <w:sz w:val="24"/>
          <w:szCs w:val="24"/>
        </w:rPr>
        <w:t>Warine</w:t>
      </w:r>
      <w:proofErr w:type="spellEnd"/>
      <w:r w:rsidRPr="00C9454D">
        <w:rPr>
          <w:sz w:val="24"/>
          <w:szCs w:val="24"/>
        </w:rPr>
        <w:t xml:space="preserve"> had watched him. A man of few words, a knight with a reputation that should have ma</w:t>
      </w:r>
      <w:r w:rsidR="00DD1FF5" w:rsidRPr="00C9454D">
        <w:rPr>
          <w:sz w:val="24"/>
          <w:szCs w:val="24"/>
        </w:rPr>
        <w:t xml:space="preserve">de </w:t>
      </w:r>
      <w:r w:rsidRPr="00C9454D">
        <w:rPr>
          <w:sz w:val="24"/>
          <w:szCs w:val="24"/>
        </w:rPr>
        <w:t>him boastful, yet he rarely spoke unless necessary.</w:t>
      </w:r>
    </w:p>
    <w:p w14:paraId="17217CAE" w14:textId="77777777" w:rsidR="00295865" w:rsidRPr="00C9454D" w:rsidRDefault="00295865" w:rsidP="00C9454D">
      <w:pPr>
        <w:rPr>
          <w:sz w:val="24"/>
          <w:szCs w:val="24"/>
        </w:rPr>
      </w:pPr>
      <w:r w:rsidRPr="00C9454D">
        <w:rPr>
          <w:sz w:val="24"/>
          <w:szCs w:val="24"/>
        </w:rPr>
        <w:t xml:space="preserve">“Do you ever smile?” </w:t>
      </w:r>
      <w:proofErr w:type="spellStart"/>
      <w:r w:rsidRPr="00C9454D">
        <w:rPr>
          <w:sz w:val="24"/>
          <w:szCs w:val="24"/>
        </w:rPr>
        <w:t>Warine</w:t>
      </w:r>
      <w:proofErr w:type="spellEnd"/>
      <w:r w:rsidRPr="00C9454D">
        <w:rPr>
          <w:sz w:val="24"/>
          <w:szCs w:val="24"/>
        </w:rPr>
        <w:t xml:space="preserve"> muttered, breaking the silence.</w:t>
      </w:r>
    </w:p>
    <w:p w14:paraId="7AB8EAA9" w14:textId="77777777" w:rsidR="00295865" w:rsidRPr="00C9454D" w:rsidRDefault="00295865" w:rsidP="00C9454D">
      <w:pPr>
        <w:rPr>
          <w:sz w:val="24"/>
          <w:szCs w:val="24"/>
        </w:rPr>
      </w:pPr>
      <w:r w:rsidRPr="00C9454D">
        <w:rPr>
          <w:sz w:val="24"/>
          <w:szCs w:val="24"/>
        </w:rPr>
        <w:t>Guy glanced up, blue eyes sharp and assessing. Then, as if the question did not merit an answer, he returned to his drink.</w:t>
      </w:r>
    </w:p>
    <w:p w14:paraId="230F523A" w14:textId="77777777" w:rsidR="00295865" w:rsidRPr="00C9454D" w:rsidRDefault="00295865" w:rsidP="00C9454D">
      <w:pPr>
        <w:rPr>
          <w:sz w:val="24"/>
          <w:szCs w:val="24"/>
        </w:rPr>
      </w:pPr>
      <w:proofErr w:type="spellStart"/>
      <w:r w:rsidRPr="00C9454D">
        <w:rPr>
          <w:sz w:val="24"/>
          <w:szCs w:val="24"/>
        </w:rPr>
        <w:t>Warine</w:t>
      </w:r>
      <w:proofErr w:type="spellEnd"/>
      <w:r w:rsidRPr="00C9454D">
        <w:rPr>
          <w:sz w:val="24"/>
          <w:szCs w:val="24"/>
        </w:rPr>
        <w:t xml:space="preserve"> sighed. “I don’t understand you.”</w:t>
      </w:r>
    </w:p>
    <w:p w14:paraId="1DD2463A" w14:textId="77777777" w:rsidR="00295865" w:rsidRPr="00C9454D" w:rsidRDefault="00295865" w:rsidP="00C9454D">
      <w:pPr>
        <w:rPr>
          <w:sz w:val="24"/>
          <w:szCs w:val="24"/>
        </w:rPr>
      </w:pPr>
      <w:r w:rsidRPr="00C9454D">
        <w:rPr>
          <w:sz w:val="24"/>
          <w:szCs w:val="24"/>
        </w:rPr>
        <w:t>“I don’t require understanding.”</w:t>
      </w:r>
    </w:p>
    <w:p w14:paraId="26DCD9AB" w14:textId="78B4C9DD" w:rsidR="00295865" w:rsidRPr="00C9454D" w:rsidRDefault="00295865" w:rsidP="00C9454D">
      <w:pPr>
        <w:rPr>
          <w:sz w:val="24"/>
          <w:szCs w:val="24"/>
        </w:rPr>
      </w:pPr>
      <w:r w:rsidRPr="00C9454D">
        <w:rPr>
          <w:sz w:val="24"/>
          <w:szCs w:val="24"/>
        </w:rPr>
        <w:t>That was typical. Short. Final. Like the sound of a bla</w:t>
      </w:r>
      <w:r w:rsidR="00DD1FF5" w:rsidRPr="00C9454D">
        <w:rPr>
          <w:sz w:val="24"/>
          <w:szCs w:val="24"/>
        </w:rPr>
        <w:t xml:space="preserve">de </w:t>
      </w:r>
      <w:r w:rsidRPr="00C9454D">
        <w:rPr>
          <w:sz w:val="24"/>
          <w:szCs w:val="24"/>
        </w:rPr>
        <w:t>being sheathed.</w:t>
      </w:r>
    </w:p>
    <w:p w14:paraId="01972A40" w14:textId="292F803E" w:rsidR="00295865" w:rsidRPr="00C9454D" w:rsidRDefault="00295865" w:rsidP="00C9454D">
      <w:pPr>
        <w:rPr>
          <w:sz w:val="24"/>
          <w:szCs w:val="24"/>
        </w:rPr>
      </w:pPr>
      <w:r w:rsidRPr="00C9454D">
        <w:rPr>
          <w:sz w:val="24"/>
          <w:szCs w:val="24"/>
        </w:rPr>
        <w:t xml:space="preserve">Before </w:t>
      </w:r>
      <w:proofErr w:type="spellStart"/>
      <w:r w:rsidRPr="00C9454D">
        <w:rPr>
          <w:sz w:val="24"/>
          <w:szCs w:val="24"/>
        </w:rPr>
        <w:t>Warine</w:t>
      </w:r>
      <w:proofErr w:type="spellEnd"/>
      <w:r w:rsidRPr="00C9454D">
        <w:rPr>
          <w:sz w:val="24"/>
          <w:szCs w:val="24"/>
        </w:rPr>
        <w:t xml:space="preserve"> could press further, the tavern doors opened, drawing both their attention. Isol</w:t>
      </w:r>
      <w:r w:rsidR="00DD1FF5" w:rsidRPr="00C9454D">
        <w:rPr>
          <w:sz w:val="24"/>
          <w:szCs w:val="24"/>
        </w:rPr>
        <w:t xml:space="preserve">de </w:t>
      </w:r>
      <w:proofErr w:type="spellStart"/>
      <w:r w:rsidRPr="00C9454D">
        <w:rPr>
          <w:sz w:val="24"/>
          <w:szCs w:val="24"/>
        </w:rPr>
        <w:t>Devereaux</w:t>
      </w:r>
      <w:proofErr w:type="spellEnd"/>
      <w:r w:rsidRPr="00C9454D">
        <w:rPr>
          <w:sz w:val="24"/>
          <w:szCs w:val="24"/>
        </w:rPr>
        <w:t xml:space="preserve"> stepped inside, followed by two of her </w:t>
      </w:r>
      <w:r w:rsidR="00A138DE" w:rsidRPr="00C9454D">
        <w:rPr>
          <w:sz w:val="24"/>
          <w:szCs w:val="24"/>
        </w:rPr>
        <w:t>suitors</w:t>
      </w:r>
      <w:r w:rsidRPr="00C9454D">
        <w:rPr>
          <w:sz w:val="24"/>
          <w:szCs w:val="24"/>
        </w:rPr>
        <w:t xml:space="preserve">, Laurent and Jacques. Her </w:t>
      </w:r>
      <w:r w:rsidR="00D852A4" w:rsidRPr="00C9454D">
        <w:rPr>
          <w:sz w:val="24"/>
          <w:szCs w:val="24"/>
        </w:rPr>
        <w:t>raven</w:t>
      </w:r>
      <w:r w:rsidRPr="00C9454D">
        <w:rPr>
          <w:sz w:val="24"/>
          <w:szCs w:val="24"/>
        </w:rPr>
        <w:t xml:space="preserve"> hair was pinned elaborately, her gown cut just low enough to turn heads. And heads did turn.</w:t>
      </w:r>
    </w:p>
    <w:p w14:paraId="1F3C8469" w14:textId="0CB9A131" w:rsidR="00295865" w:rsidRPr="00C9454D" w:rsidRDefault="00295865" w:rsidP="00C9454D">
      <w:pPr>
        <w:rPr>
          <w:sz w:val="24"/>
          <w:szCs w:val="24"/>
        </w:rPr>
      </w:pPr>
      <w:r w:rsidRPr="00C9454D">
        <w:rPr>
          <w:sz w:val="24"/>
          <w:szCs w:val="24"/>
        </w:rPr>
        <w:t>But Isol</w:t>
      </w:r>
      <w:r w:rsidR="00DD1FF5" w:rsidRPr="00C9454D">
        <w:rPr>
          <w:sz w:val="24"/>
          <w:szCs w:val="24"/>
        </w:rPr>
        <w:t xml:space="preserve">de </w:t>
      </w:r>
      <w:r w:rsidRPr="00C9454D">
        <w:rPr>
          <w:sz w:val="24"/>
          <w:szCs w:val="24"/>
        </w:rPr>
        <w:t>had eyes for only one man.</w:t>
      </w:r>
    </w:p>
    <w:p w14:paraId="6FB07B99" w14:textId="77777777" w:rsidR="00295865" w:rsidRPr="00C9454D" w:rsidRDefault="00295865" w:rsidP="00C9454D">
      <w:pPr>
        <w:rPr>
          <w:sz w:val="24"/>
          <w:szCs w:val="24"/>
        </w:rPr>
      </w:pPr>
      <w:r w:rsidRPr="00C9454D">
        <w:rPr>
          <w:sz w:val="24"/>
          <w:szCs w:val="24"/>
        </w:rPr>
        <w:t>“Sir Guy,” she greeted, moving toward their table. “A surprise to see you here.”</w:t>
      </w:r>
    </w:p>
    <w:p w14:paraId="60827E8D" w14:textId="77777777" w:rsidR="00295865" w:rsidRPr="00C9454D" w:rsidRDefault="00295865" w:rsidP="00C9454D">
      <w:pPr>
        <w:rPr>
          <w:sz w:val="24"/>
          <w:szCs w:val="24"/>
        </w:rPr>
      </w:pPr>
      <w:proofErr w:type="spellStart"/>
      <w:r w:rsidRPr="00C9454D">
        <w:rPr>
          <w:sz w:val="24"/>
          <w:szCs w:val="24"/>
        </w:rPr>
        <w:t>Warine</w:t>
      </w:r>
      <w:proofErr w:type="spellEnd"/>
      <w:r w:rsidRPr="00C9454D">
        <w:rPr>
          <w:sz w:val="24"/>
          <w:szCs w:val="24"/>
        </w:rPr>
        <w:t xml:space="preserve"> watched as Guy neither rose nor bowed, offering only a curt nod. Uninterested.</w:t>
      </w:r>
    </w:p>
    <w:p w14:paraId="093DC0EA" w14:textId="15CB8461" w:rsidR="00295865" w:rsidRPr="00C9454D" w:rsidRDefault="00295865" w:rsidP="00C9454D">
      <w:pPr>
        <w:rPr>
          <w:sz w:val="24"/>
          <w:szCs w:val="24"/>
        </w:rPr>
      </w:pPr>
      <w:r w:rsidRPr="00C9454D">
        <w:rPr>
          <w:sz w:val="24"/>
          <w:szCs w:val="24"/>
        </w:rPr>
        <w:t>Isolde, unfazed, lowered herself onto the bench besi</w:t>
      </w:r>
      <w:r w:rsidR="00DD1FF5" w:rsidRPr="00C9454D">
        <w:rPr>
          <w:sz w:val="24"/>
          <w:szCs w:val="24"/>
        </w:rPr>
        <w:t xml:space="preserve">de </w:t>
      </w:r>
      <w:r w:rsidRPr="00C9454D">
        <w:rPr>
          <w:sz w:val="24"/>
          <w:szCs w:val="24"/>
        </w:rPr>
        <w:t>him. “Surely a knight as esteemed as you does not spend all his time brooding in the shadows,” she teased, reaching out to brush imaginary dust from his sleeve.</w:t>
      </w:r>
    </w:p>
    <w:p w14:paraId="211E94BF" w14:textId="77777777" w:rsidR="00295865" w:rsidRPr="00C9454D" w:rsidRDefault="00295865" w:rsidP="00C9454D">
      <w:pPr>
        <w:rPr>
          <w:sz w:val="24"/>
          <w:szCs w:val="24"/>
        </w:rPr>
      </w:pPr>
      <w:proofErr w:type="spellStart"/>
      <w:r w:rsidRPr="00C9454D">
        <w:rPr>
          <w:sz w:val="24"/>
          <w:szCs w:val="24"/>
        </w:rPr>
        <w:t>Warine</w:t>
      </w:r>
      <w:proofErr w:type="spellEnd"/>
      <w:r w:rsidRPr="00C9454D">
        <w:rPr>
          <w:sz w:val="24"/>
          <w:szCs w:val="24"/>
        </w:rPr>
        <w:t xml:space="preserve"> frowned. </w:t>
      </w:r>
      <w:r w:rsidRPr="00C9454D">
        <w:rPr>
          <w:i/>
          <w:iCs/>
          <w:sz w:val="24"/>
          <w:szCs w:val="24"/>
        </w:rPr>
        <w:t>What is she doing?</w:t>
      </w:r>
    </w:p>
    <w:p w14:paraId="2D3D1EA8" w14:textId="77777777" w:rsidR="00295865" w:rsidRPr="00C9454D" w:rsidRDefault="00295865" w:rsidP="00C9454D">
      <w:pPr>
        <w:rPr>
          <w:sz w:val="24"/>
          <w:szCs w:val="24"/>
        </w:rPr>
      </w:pPr>
      <w:r w:rsidRPr="00C9454D">
        <w:rPr>
          <w:sz w:val="24"/>
          <w:szCs w:val="24"/>
        </w:rPr>
        <w:t>“I keep to my own,” Guy replied evenly, not moving away, but not encouraging her either.</w:t>
      </w:r>
    </w:p>
    <w:p w14:paraId="1CCDE082" w14:textId="590E2453"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leaned in, dropping her voice. “I wonder… do you ever tire of being so serious? So loyal?”</w:t>
      </w:r>
    </w:p>
    <w:p w14:paraId="212AAE06" w14:textId="77777777" w:rsidR="00295865" w:rsidRPr="00C9454D" w:rsidRDefault="00295865" w:rsidP="00C9454D">
      <w:pPr>
        <w:rPr>
          <w:sz w:val="24"/>
          <w:szCs w:val="24"/>
        </w:rPr>
      </w:pPr>
      <w:r w:rsidRPr="00C9454D">
        <w:rPr>
          <w:sz w:val="24"/>
          <w:szCs w:val="24"/>
        </w:rPr>
        <w:t>She trailed a delicate finger along the ridge of his forearm, her touch light but intentionally lingering. Guy stiffened, finally pushing back his chair and standing. The motion was fluid, controlled, not angry—but final.</w:t>
      </w:r>
    </w:p>
    <w:p w14:paraId="7D62EB00" w14:textId="77777777" w:rsidR="00295865" w:rsidRPr="00C9454D" w:rsidRDefault="00295865" w:rsidP="00C9454D">
      <w:pPr>
        <w:rPr>
          <w:sz w:val="24"/>
          <w:szCs w:val="24"/>
        </w:rPr>
      </w:pPr>
      <w:r w:rsidRPr="00C9454D">
        <w:rPr>
          <w:sz w:val="24"/>
          <w:szCs w:val="24"/>
        </w:rPr>
        <w:t xml:space="preserve">“You mistake me, Lady </w:t>
      </w:r>
      <w:proofErr w:type="spellStart"/>
      <w:r w:rsidRPr="00C9454D">
        <w:rPr>
          <w:sz w:val="24"/>
          <w:szCs w:val="24"/>
        </w:rPr>
        <w:t>Devereaux</w:t>
      </w:r>
      <w:proofErr w:type="spellEnd"/>
      <w:r w:rsidRPr="00C9454D">
        <w:rPr>
          <w:sz w:val="24"/>
          <w:szCs w:val="24"/>
        </w:rPr>
        <w:t>,” he said, his voice as sharp as steel. “I am not a man to be played with.”</w:t>
      </w:r>
    </w:p>
    <w:p w14:paraId="56DE6280" w14:textId="77777777" w:rsidR="00295865" w:rsidRPr="00C9454D" w:rsidRDefault="00295865" w:rsidP="00C9454D">
      <w:pPr>
        <w:rPr>
          <w:sz w:val="24"/>
          <w:szCs w:val="24"/>
        </w:rPr>
      </w:pPr>
      <w:r w:rsidRPr="00C9454D">
        <w:rPr>
          <w:sz w:val="24"/>
          <w:szCs w:val="24"/>
        </w:rPr>
        <w:t>Isolde’s smile faltered for the briefest moment, but she recovered quickly. “You wound me, Sir Guy,” she murmured, though her eyes flickered with something unreadable.</w:t>
      </w:r>
    </w:p>
    <w:p w14:paraId="2C7599F3" w14:textId="77777777" w:rsidR="00295865" w:rsidRPr="00C9454D" w:rsidRDefault="00295865" w:rsidP="00C9454D">
      <w:pPr>
        <w:rPr>
          <w:sz w:val="24"/>
          <w:szCs w:val="24"/>
        </w:rPr>
      </w:pPr>
      <w:r w:rsidRPr="00C9454D">
        <w:rPr>
          <w:sz w:val="24"/>
          <w:szCs w:val="24"/>
        </w:rPr>
        <w:t>Guy did not respond. He only bowed stiffly and walked away.</w:t>
      </w:r>
    </w:p>
    <w:p w14:paraId="37C519B5" w14:textId="756BA405" w:rsidR="009825A8" w:rsidRPr="00C9454D" w:rsidRDefault="009825A8" w:rsidP="00C9454D">
      <w:pPr>
        <w:rPr>
          <w:sz w:val="24"/>
          <w:szCs w:val="24"/>
        </w:rPr>
      </w:pPr>
    </w:p>
    <w:p w14:paraId="369FC3C3" w14:textId="44F64BC2" w:rsidR="00295865" w:rsidRPr="00C9454D" w:rsidRDefault="00295865" w:rsidP="00C9454D">
      <w:pPr>
        <w:pStyle w:val="Heading2"/>
        <w:rPr>
          <w:sz w:val="24"/>
          <w:szCs w:val="24"/>
        </w:rPr>
      </w:pPr>
      <w:r w:rsidRPr="00C9454D">
        <w:rPr>
          <w:sz w:val="24"/>
          <w:szCs w:val="24"/>
        </w:rPr>
        <w:t>A Dangerous Encounter</w:t>
      </w:r>
    </w:p>
    <w:p w14:paraId="088DF409" w14:textId="77777777" w:rsidR="00060970" w:rsidRPr="00C9454D" w:rsidRDefault="00060970" w:rsidP="00C9454D">
      <w:pPr>
        <w:rPr>
          <w:sz w:val="24"/>
          <w:szCs w:val="24"/>
        </w:rPr>
      </w:pPr>
    </w:p>
    <w:p w14:paraId="2A25EA6E" w14:textId="2CB46577" w:rsidR="00295865" w:rsidRPr="00C9454D" w:rsidRDefault="00295865" w:rsidP="00C9454D">
      <w:pPr>
        <w:rPr>
          <w:sz w:val="24"/>
          <w:szCs w:val="24"/>
        </w:rPr>
      </w:pPr>
      <w:r w:rsidRPr="00C9454D">
        <w:rPr>
          <w:sz w:val="24"/>
          <w:szCs w:val="24"/>
        </w:rPr>
        <w:t>The next evening, as Abilene ma</w:t>
      </w:r>
      <w:r w:rsidR="00DD1FF5" w:rsidRPr="00C9454D">
        <w:rPr>
          <w:sz w:val="24"/>
          <w:szCs w:val="24"/>
        </w:rPr>
        <w:t xml:space="preserve">de </w:t>
      </w:r>
      <w:r w:rsidRPr="00C9454D">
        <w:rPr>
          <w:sz w:val="24"/>
          <w:szCs w:val="24"/>
        </w:rPr>
        <w:t>her way back from the apothecary, she heard hushed voices in a si</w:t>
      </w:r>
      <w:r w:rsidR="00DD1FF5" w:rsidRPr="00C9454D">
        <w:rPr>
          <w:sz w:val="24"/>
          <w:szCs w:val="24"/>
        </w:rPr>
        <w:t xml:space="preserve">de </w:t>
      </w:r>
      <w:r w:rsidRPr="00C9454D">
        <w:rPr>
          <w:sz w:val="24"/>
          <w:szCs w:val="24"/>
        </w:rPr>
        <w:t>alley. She paused just outsi</w:t>
      </w:r>
      <w:r w:rsidR="00DD1FF5" w:rsidRPr="00C9454D">
        <w:rPr>
          <w:sz w:val="24"/>
          <w:szCs w:val="24"/>
        </w:rPr>
        <w:t xml:space="preserve">de </w:t>
      </w:r>
      <w:r w:rsidRPr="00C9454D">
        <w:rPr>
          <w:sz w:val="24"/>
          <w:szCs w:val="24"/>
        </w:rPr>
        <w:t>the flickering torchlight, her pulse quickening.</w:t>
      </w:r>
    </w:p>
    <w:p w14:paraId="0B9F4898" w14:textId="51522B17" w:rsidR="00295865" w:rsidRPr="00C9454D" w:rsidRDefault="00295865" w:rsidP="00C9454D">
      <w:pPr>
        <w:rPr>
          <w:sz w:val="24"/>
          <w:szCs w:val="24"/>
        </w:rPr>
      </w:pPr>
      <w:r w:rsidRPr="00C9454D">
        <w:rPr>
          <w:sz w:val="24"/>
          <w:szCs w:val="24"/>
        </w:rPr>
        <w:t xml:space="preserve">“I want him,” Isolde’s voice </w:t>
      </w:r>
      <w:r w:rsidR="001B75BC" w:rsidRPr="00C9454D">
        <w:rPr>
          <w:sz w:val="24"/>
          <w:szCs w:val="24"/>
        </w:rPr>
        <w:t>moaned</w:t>
      </w:r>
      <w:r w:rsidRPr="00C9454D">
        <w:rPr>
          <w:sz w:val="24"/>
          <w:szCs w:val="24"/>
        </w:rPr>
        <w:t>.</w:t>
      </w:r>
    </w:p>
    <w:p w14:paraId="78B09F65" w14:textId="77777777" w:rsidR="00295865" w:rsidRPr="00C9454D" w:rsidRDefault="00295865" w:rsidP="00C9454D">
      <w:pPr>
        <w:rPr>
          <w:sz w:val="24"/>
          <w:szCs w:val="24"/>
        </w:rPr>
      </w:pPr>
      <w:r w:rsidRPr="00C9454D">
        <w:rPr>
          <w:sz w:val="24"/>
          <w:szCs w:val="24"/>
        </w:rPr>
        <w:t>Abilene’s fingers tightened around the strap of her satchel.</w:t>
      </w:r>
    </w:p>
    <w:p w14:paraId="2ADFDE07" w14:textId="77777777" w:rsidR="00295865" w:rsidRPr="00C9454D" w:rsidRDefault="00295865" w:rsidP="00C9454D">
      <w:pPr>
        <w:rPr>
          <w:sz w:val="24"/>
          <w:szCs w:val="24"/>
        </w:rPr>
      </w:pPr>
      <w:r w:rsidRPr="00C9454D">
        <w:rPr>
          <w:sz w:val="24"/>
          <w:szCs w:val="24"/>
        </w:rPr>
        <w:t>“You speak as though he is a prize to be won,” another woman scoffed.</w:t>
      </w:r>
    </w:p>
    <w:p w14:paraId="69558197" w14:textId="253E3167"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laughed softly. “He will come to me. In time. I know men, and they are not immune to beauty. Not when it is freely given.”</w:t>
      </w:r>
    </w:p>
    <w:p w14:paraId="10596FE6" w14:textId="77777777" w:rsidR="00295865" w:rsidRPr="00C9454D" w:rsidRDefault="00295865" w:rsidP="00C9454D">
      <w:pPr>
        <w:rPr>
          <w:sz w:val="24"/>
          <w:szCs w:val="24"/>
        </w:rPr>
      </w:pPr>
      <w:r w:rsidRPr="00C9454D">
        <w:rPr>
          <w:sz w:val="24"/>
          <w:szCs w:val="24"/>
        </w:rPr>
        <w:t>There was silence, then a sigh. “And if he does not?”</w:t>
      </w:r>
    </w:p>
    <w:p w14:paraId="52268F90" w14:textId="77777777" w:rsidR="00295865" w:rsidRPr="00C9454D" w:rsidRDefault="00295865" w:rsidP="00C9454D">
      <w:pPr>
        <w:rPr>
          <w:sz w:val="24"/>
          <w:szCs w:val="24"/>
        </w:rPr>
      </w:pPr>
      <w:r w:rsidRPr="00C9454D">
        <w:rPr>
          <w:sz w:val="24"/>
          <w:szCs w:val="24"/>
        </w:rPr>
        <w:t>“I will ensure that he does.”</w:t>
      </w:r>
    </w:p>
    <w:p w14:paraId="2C5E6C51" w14:textId="5DE43745" w:rsidR="00295865" w:rsidRPr="00C9454D" w:rsidRDefault="00295865" w:rsidP="00C9454D">
      <w:pPr>
        <w:rPr>
          <w:sz w:val="24"/>
          <w:szCs w:val="24"/>
        </w:rPr>
      </w:pPr>
      <w:r w:rsidRPr="00C9454D">
        <w:rPr>
          <w:sz w:val="24"/>
          <w:szCs w:val="24"/>
        </w:rPr>
        <w:t>Abilene’s breath caught. She had never doubted Guy’s integrity—never once. But she knew the power of manipulation, and Isol</w:t>
      </w:r>
      <w:r w:rsidR="00DD1FF5" w:rsidRPr="00C9454D">
        <w:rPr>
          <w:sz w:val="24"/>
          <w:szCs w:val="24"/>
        </w:rPr>
        <w:t xml:space="preserve">de </w:t>
      </w:r>
      <w:r w:rsidRPr="00C9454D">
        <w:rPr>
          <w:sz w:val="24"/>
          <w:szCs w:val="24"/>
        </w:rPr>
        <w:t>was not one to accept defeat.</w:t>
      </w:r>
    </w:p>
    <w:p w14:paraId="0D11E315" w14:textId="77777777" w:rsidR="00CE38AA" w:rsidRPr="00C9454D" w:rsidRDefault="00CE38AA" w:rsidP="00C9454D">
      <w:pPr>
        <w:pStyle w:val="Heading2"/>
        <w:rPr>
          <w:sz w:val="24"/>
          <w:szCs w:val="24"/>
        </w:rPr>
      </w:pPr>
    </w:p>
    <w:p w14:paraId="3D6E3392" w14:textId="47FB41A3" w:rsidR="00295865" w:rsidRPr="00C9454D" w:rsidRDefault="00295865" w:rsidP="00C9454D">
      <w:pPr>
        <w:pStyle w:val="Heading2"/>
        <w:rPr>
          <w:sz w:val="24"/>
          <w:szCs w:val="24"/>
        </w:rPr>
      </w:pPr>
      <w:r w:rsidRPr="00C9454D">
        <w:rPr>
          <w:sz w:val="24"/>
          <w:szCs w:val="24"/>
        </w:rPr>
        <w:t>A Confrontation is Forced</w:t>
      </w:r>
    </w:p>
    <w:p w14:paraId="5DCACBDA" w14:textId="77777777" w:rsidR="00CE38AA" w:rsidRPr="00C9454D" w:rsidRDefault="00CE38AA" w:rsidP="00C9454D">
      <w:pPr>
        <w:rPr>
          <w:sz w:val="24"/>
          <w:szCs w:val="24"/>
        </w:rPr>
      </w:pPr>
    </w:p>
    <w:p w14:paraId="47BD4134" w14:textId="77777777" w:rsidR="00295865" w:rsidRPr="00C9454D" w:rsidRDefault="00295865" w:rsidP="00C9454D">
      <w:pPr>
        <w:rPr>
          <w:sz w:val="24"/>
          <w:szCs w:val="24"/>
        </w:rPr>
      </w:pPr>
      <w:r w:rsidRPr="00C9454D">
        <w:rPr>
          <w:sz w:val="24"/>
          <w:szCs w:val="24"/>
        </w:rPr>
        <w:t>Days later, Abilene found herself at the training grounds where Guy was sharpening his sword after a sparring match. She meant only to speak with him, but the sight that met her froze her in place.</w:t>
      </w:r>
    </w:p>
    <w:p w14:paraId="427B4793" w14:textId="21807537"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stood inches from Guy, her hand against his chest, her lips parted as she whispered something only he could hear.</w:t>
      </w:r>
    </w:p>
    <w:p w14:paraId="0E75AA85" w14:textId="7DE7B6B9" w:rsidR="00295865" w:rsidRPr="00C9454D" w:rsidRDefault="00295865" w:rsidP="00C9454D">
      <w:pPr>
        <w:rPr>
          <w:sz w:val="24"/>
          <w:szCs w:val="24"/>
        </w:rPr>
      </w:pPr>
      <w:r w:rsidRPr="00C9454D">
        <w:rPr>
          <w:sz w:val="24"/>
          <w:szCs w:val="24"/>
        </w:rPr>
        <w:t>Abilene did not need to hear it. The way Isol</w:t>
      </w:r>
      <w:r w:rsidR="00DD1FF5" w:rsidRPr="00C9454D">
        <w:rPr>
          <w:sz w:val="24"/>
          <w:szCs w:val="24"/>
        </w:rPr>
        <w:t xml:space="preserve">de </w:t>
      </w:r>
      <w:r w:rsidRPr="00C9454D">
        <w:rPr>
          <w:sz w:val="24"/>
          <w:szCs w:val="24"/>
        </w:rPr>
        <w:t>leaned into him, the way she tilted her chin upward, expectant—confident—it was enough to paint the entire picture. A deliberate trap.</w:t>
      </w:r>
    </w:p>
    <w:p w14:paraId="531B7B2B" w14:textId="77777777" w:rsidR="00295865" w:rsidRPr="00C9454D" w:rsidRDefault="00295865" w:rsidP="00C9454D">
      <w:pPr>
        <w:rPr>
          <w:sz w:val="24"/>
          <w:szCs w:val="24"/>
        </w:rPr>
      </w:pPr>
      <w:r w:rsidRPr="00C9454D">
        <w:rPr>
          <w:sz w:val="24"/>
          <w:szCs w:val="24"/>
        </w:rPr>
        <w:t>But Guy was stone.</w:t>
      </w:r>
    </w:p>
    <w:p w14:paraId="60510C11" w14:textId="77777777" w:rsidR="00295865" w:rsidRPr="00C9454D" w:rsidRDefault="00295865" w:rsidP="00C9454D">
      <w:pPr>
        <w:rPr>
          <w:sz w:val="24"/>
          <w:szCs w:val="24"/>
        </w:rPr>
      </w:pPr>
      <w:r w:rsidRPr="00C9454D">
        <w:rPr>
          <w:sz w:val="24"/>
          <w:szCs w:val="24"/>
        </w:rPr>
        <w:t>He caught Isolde’s wrist and removed her hand from him—not roughly, but without hesitation.</w:t>
      </w:r>
    </w:p>
    <w:p w14:paraId="2048D426" w14:textId="77777777" w:rsidR="00295865" w:rsidRPr="00C9454D" w:rsidRDefault="00295865" w:rsidP="00C9454D">
      <w:pPr>
        <w:rPr>
          <w:sz w:val="24"/>
          <w:szCs w:val="24"/>
        </w:rPr>
      </w:pPr>
      <w:r w:rsidRPr="00C9454D">
        <w:rPr>
          <w:sz w:val="24"/>
          <w:szCs w:val="24"/>
        </w:rPr>
        <w:t xml:space="preserve">“My loyalties do not waver, Lady </w:t>
      </w:r>
      <w:proofErr w:type="spellStart"/>
      <w:r w:rsidRPr="00C9454D">
        <w:rPr>
          <w:sz w:val="24"/>
          <w:szCs w:val="24"/>
        </w:rPr>
        <w:t>Devereaux</w:t>
      </w:r>
      <w:proofErr w:type="spellEnd"/>
      <w:r w:rsidRPr="00C9454D">
        <w:rPr>
          <w:sz w:val="24"/>
          <w:szCs w:val="24"/>
        </w:rPr>
        <w:t>,” he said, his voice as cold as winter steel. “Not for beauty. Not for ambition. Not for you.”</w:t>
      </w:r>
    </w:p>
    <w:p w14:paraId="24FF85D5" w14:textId="399B750C"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gasped softly, shocked—for the first time in her life, truly rejected.</w:t>
      </w:r>
    </w:p>
    <w:p w14:paraId="79BDEF8D" w14:textId="77777777" w:rsidR="00295865" w:rsidRPr="00C9454D" w:rsidRDefault="00295865" w:rsidP="00C9454D">
      <w:pPr>
        <w:rPr>
          <w:sz w:val="24"/>
          <w:szCs w:val="24"/>
        </w:rPr>
      </w:pPr>
      <w:r w:rsidRPr="00C9454D">
        <w:rPr>
          <w:sz w:val="24"/>
          <w:szCs w:val="24"/>
        </w:rPr>
        <w:t>Abilene let out a slow breath, stepping forward.</w:t>
      </w:r>
    </w:p>
    <w:p w14:paraId="069BF6C0" w14:textId="77777777" w:rsidR="00295865" w:rsidRPr="00C9454D" w:rsidRDefault="00295865" w:rsidP="00C9454D">
      <w:pPr>
        <w:rPr>
          <w:sz w:val="24"/>
          <w:szCs w:val="24"/>
        </w:rPr>
      </w:pPr>
      <w:r w:rsidRPr="00C9454D">
        <w:rPr>
          <w:sz w:val="24"/>
          <w:szCs w:val="24"/>
        </w:rPr>
        <w:t>“I trust you were just leaving, Lady Isolde?” she asked coolly.</w:t>
      </w:r>
    </w:p>
    <w:p w14:paraId="2855E769" w14:textId="69046F7B" w:rsidR="00295865" w:rsidRPr="00C9454D" w:rsidRDefault="00295865" w:rsidP="00C9454D">
      <w:pPr>
        <w:rPr>
          <w:sz w:val="24"/>
          <w:szCs w:val="24"/>
        </w:rPr>
      </w:pPr>
      <w:r w:rsidRPr="00C9454D">
        <w:rPr>
          <w:sz w:val="24"/>
          <w:szCs w:val="24"/>
        </w:rPr>
        <w:t>Isol</w:t>
      </w:r>
      <w:r w:rsidR="00DD1FF5" w:rsidRPr="00C9454D">
        <w:rPr>
          <w:sz w:val="24"/>
          <w:szCs w:val="24"/>
        </w:rPr>
        <w:t xml:space="preserve">de </w:t>
      </w:r>
      <w:r w:rsidRPr="00C9454D">
        <w:rPr>
          <w:sz w:val="24"/>
          <w:szCs w:val="24"/>
        </w:rPr>
        <w:t>turned sharply, her face flushed with both embarrassment and rage, but she forced a tight smile. “I was,” she bit out before storming away.</w:t>
      </w:r>
    </w:p>
    <w:p w14:paraId="029B81D0" w14:textId="77777777" w:rsidR="00295865" w:rsidRPr="00C9454D" w:rsidRDefault="00295865" w:rsidP="00C9454D">
      <w:pPr>
        <w:rPr>
          <w:sz w:val="24"/>
          <w:szCs w:val="24"/>
        </w:rPr>
      </w:pPr>
      <w:r w:rsidRPr="00C9454D">
        <w:rPr>
          <w:sz w:val="24"/>
          <w:szCs w:val="24"/>
        </w:rPr>
        <w:t>As she disappeared from sight, Guy exhaled and turned to Abilene. “You heard?”</w:t>
      </w:r>
    </w:p>
    <w:p w14:paraId="22CFB3CC" w14:textId="77777777" w:rsidR="00295865" w:rsidRPr="00C9454D" w:rsidRDefault="00295865" w:rsidP="00C9454D">
      <w:pPr>
        <w:rPr>
          <w:sz w:val="24"/>
          <w:szCs w:val="24"/>
        </w:rPr>
      </w:pPr>
      <w:r w:rsidRPr="00C9454D">
        <w:rPr>
          <w:sz w:val="24"/>
          <w:szCs w:val="24"/>
        </w:rPr>
        <w:t>Abilene nodded. “And I never doubted you.”</w:t>
      </w:r>
    </w:p>
    <w:p w14:paraId="15316B89" w14:textId="77777777" w:rsidR="00295865" w:rsidRPr="00C9454D" w:rsidRDefault="00295865" w:rsidP="00C9454D">
      <w:pPr>
        <w:rPr>
          <w:sz w:val="24"/>
          <w:szCs w:val="24"/>
        </w:rPr>
      </w:pPr>
      <w:r w:rsidRPr="00C9454D">
        <w:rPr>
          <w:sz w:val="24"/>
          <w:szCs w:val="24"/>
        </w:rPr>
        <w:t>Something in Guy’s face softened, just slightly, before he nodded. No more needed to be said.</w:t>
      </w:r>
    </w:p>
    <w:p w14:paraId="54652906" w14:textId="769C722A" w:rsidR="00DB623A" w:rsidRPr="00C9454D" w:rsidRDefault="00295865" w:rsidP="00C9454D">
      <w:pPr>
        <w:rPr>
          <w:sz w:val="24"/>
          <w:szCs w:val="24"/>
        </w:rPr>
      </w:pPr>
      <w:r w:rsidRPr="00C9454D">
        <w:rPr>
          <w:sz w:val="24"/>
          <w:szCs w:val="24"/>
        </w:rPr>
        <w:t>And as they left the grounds together, Isol</w:t>
      </w:r>
      <w:r w:rsidR="00DD1FF5" w:rsidRPr="00C9454D">
        <w:rPr>
          <w:sz w:val="24"/>
          <w:szCs w:val="24"/>
        </w:rPr>
        <w:t xml:space="preserve">de </w:t>
      </w:r>
      <w:r w:rsidRPr="00C9454D">
        <w:rPr>
          <w:sz w:val="24"/>
          <w:szCs w:val="24"/>
        </w:rPr>
        <w:t>watched from the shadows, her nails digging into her palms.</w:t>
      </w:r>
    </w:p>
    <w:p w14:paraId="7C64EBA5" w14:textId="77777777" w:rsidR="001A3D4D" w:rsidRPr="00C9454D" w:rsidRDefault="001A3D4D" w:rsidP="00C9454D">
      <w:pPr>
        <w:rPr>
          <w:sz w:val="24"/>
          <w:szCs w:val="24"/>
        </w:rPr>
      </w:pPr>
    </w:p>
    <w:p w14:paraId="615E5374" w14:textId="77777777" w:rsidR="00B61A7A" w:rsidRPr="00C9454D" w:rsidRDefault="00667B30" w:rsidP="00C9454D">
      <w:pPr>
        <w:pStyle w:val="Heading1"/>
        <w:rPr>
          <w:sz w:val="24"/>
          <w:szCs w:val="24"/>
        </w:rPr>
      </w:pPr>
      <w:r w:rsidRPr="00C9454D">
        <w:rPr>
          <w:sz w:val="24"/>
          <w:szCs w:val="24"/>
        </w:rPr>
        <w:t>The Great Flood</w:t>
      </w:r>
      <w:r w:rsidR="00CE38AA" w:rsidRPr="00C9454D">
        <w:rPr>
          <w:sz w:val="24"/>
          <w:szCs w:val="24"/>
        </w:rPr>
        <w:t xml:space="preserve"> </w:t>
      </w:r>
    </w:p>
    <w:p w14:paraId="36116E38" w14:textId="01B0532B" w:rsidR="00667B30" w:rsidRPr="00C9454D" w:rsidRDefault="00B61A7A" w:rsidP="00C9454D">
      <w:pPr>
        <w:pStyle w:val="Heading1"/>
        <w:rPr>
          <w:sz w:val="24"/>
          <w:szCs w:val="24"/>
        </w:rPr>
      </w:pPr>
      <w:r w:rsidRPr="00C9454D">
        <w:rPr>
          <w:sz w:val="24"/>
          <w:szCs w:val="24"/>
        </w:rPr>
        <w:t>1196</w:t>
      </w:r>
    </w:p>
    <w:p w14:paraId="60111F6F" w14:textId="77777777" w:rsidR="00060970" w:rsidRPr="00C9454D" w:rsidRDefault="00060970" w:rsidP="00C9454D">
      <w:pPr>
        <w:rPr>
          <w:sz w:val="24"/>
          <w:szCs w:val="24"/>
        </w:rPr>
      </w:pPr>
    </w:p>
    <w:p w14:paraId="47440A37" w14:textId="0C9B8168" w:rsidR="00667B30" w:rsidRPr="00C9454D" w:rsidRDefault="00667B30" w:rsidP="00C9454D">
      <w:pPr>
        <w:spacing w:after="0"/>
        <w:rPr>
          <w:sz w:val="24"/>
          <w:szCs w:val="24"/>
        </w:rPr>
      </w:pPr>
      <w:r w:rsidRPr="00C9454D">
        <w:rPr>
          <w:sz w:val="24"/>
          <w:szCs w:val="24"/>
        </w:rPr>
        <w:t xml:space="preserve">The rain began as a gentle drizzle, the kind that whispered promises of renewal to the fields and gardens of </w:t>
      </w:r>
      <w:proofErr w:type="spellStart"/>
      <w:r w:rsidRPr="00C9454D">
        <w:rPr>
          <w:sz w:val="24"/>
          <w:szCs w:val="24"/>
        </w:rPr>
        <w:t>Teston</w:t>
      </w:r>
      <w:proofErr w:type="spellEnd"/>
      <w:r w:rsidRPr="00C9454D">
        <w:rPr>
          <w:sz w:val="24"/>
          <w:szCs w:val="24"/>
        </w:rPr>
        <w:t>. At first, it was welcomed. Farmers lifted their eyes to the sky with quiet thanks, their crops thirsting after weeks of dry heat. But as the days stretched into nights, and the drizzle grew into a steady, unrelenting downpour, gratitu</w:t>
      </w:r>
      <w:r w:rsidR="00DD1FF5" w:rsidRPr="00C9454D">
        <w:rPr>
          <w:sz w:val="24"/>
          <w:szCs w:val="24"/>
        </w:rPr>
        <w:t xml:space="preserve">de </w:t>
      </w:r>
      <w:r w:rsidRPr="00C9454D">
        <w:rPr>
          <w:sz w:val="24"/>
          <w:szCs w:val="24"/>
        </w:rPr>
        <w:t>gave way to unease.</w:t>
      </w:r>
    </w:p>
    <w:p w14:paraId="1848C4C3" w14:textId="77777777" w:rsidR="00667B30" w:rsidRPr="00C9454D" w:rsidRDefault="00667B30" w:rsidP="00C9454D">
      <w:pPr>
        <w:spacing w:after="0"/>
        <w:rPr>
          <w:sz w:val="24"/>
          <w:szCs w:val="24"/>
        </w:rPr>
      </w:pPr>
      <w:r w:rsidRPr="00C9454D">
        <w:rPr>
          <w:sz w:val="24"/>
          <w:szCs w:val="24"/>
        </w:rPr>
        <w:t xml:space="preserve">By the third day, the rain had soaked into every crevice of the village, turning dirt paths into streams of thick mud. The air was damp and heavy, filled with the ceaseless sound of raindrops pattering on roofs, leaves, and puddles. The Medway River, once a calm ribbon of life winding through </w:t>
      </w:r>
      <w:proofErr w:type="spellStart"/>
      <w:r w:rsidRPr="00C9454D">
        <w:rPr>
          <w:sz w:val="24"/>
          <w:szCs w:val="24"/>
        </w:rPr>
        <w:t>Teston</w:t>
      </w:r>
      <w:proofErr w:type="spellEnd"/>
      <w:r w:rsidRPr="00C9454D">
        <w:rPr>
          <w:sz w:val="24"/>
          <w:szCs w:val="24"/>
        </w:rPr>
        <w:t>, began to swell. Its banks, lined with willows and reeds, strained to contain the mounting surge.</w:t>
      </w:r>
    </w:p>
    <w:p w14:paraId="3AB12C14" w14:textId="15D420EB" w:rsidR="00667B30" w:rsidRPr="00C9454D" w:rsidRDefault="00667B30" w:rsidP="00C9454D">
      <w:pPr>
        <w:spacing w:after="0"/>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stood at the window of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’s great hall, watching as the rain streaked down the glass. The sky outsi</w:t>
      </w:r>
      <w:r w:rsidR="00DD1FF5" w:rsidRPr="00C9454D">
        <w:rPr>
          <w:sz w:val="24"/>
          <w:szCs w:val="24"/>
        </w:rPr>
        <w:t xml:space="preserve">de </w:t>
      </w:r>
      <w:r w:rsidRPr="00C9454D">
        <w:rPr>
          <w:sz w:val="24"/>
          <w:szCs w:val="24"/>
        </w:rPr>
        <w:t>was a muted gray, casting an eerie pall over the landscape. She could hear the low murmur of the staff behind her as they hurried to prepare for what seemed inevitable.</w:t>
      </w:r>
    </w:p>
    <w:p w14:paraId="39F4E0CB" w14:textId="363C75FF" w:rsidR="00667B30" w:rsidRPr="00C9454D" w:rsidRDefault="00667B30" w:rsidP="00C9454D">
      <w:pPr>
        <w:spacing w:after="0"/>
        <w:rPr>
          <w:sz w:val="24"/>
          <w:szCs w:val="24"/>
        </w:rPr>
      </w:pPr>
      <w:r w:rsidRPr="00C9454D">
        <w:rPr>
          <w:sz w:val="24"/>
          <w:szCs w:val="24"/>
        </w:rPr>
        <w:t xml:space="preserve">“It hasn’t stopped,” </w:t>
      </w:r>
      <w:proofErr w:type="spellStart"/>
      <w:r w:rsidRPr="00C9454D">
        <w:rPr>
          <w:sz w:val="24"/>
          <w:szCs w:val="24"/>
        </w:rPr>
        <w:t>War</w:t>
      </w:r>
      <w:r w:rsidR="003D6B1E" w:rsidRPr="00C9454D">
        <w:rPr>
          <w:sz w:val="24"/>
          <w:szCs w:val="24"/>
        </w:rPr>
        <w:t>ine</w:t>
      </w:r>
      <w:proofErr w:type="spellEnd"/>
      <w:r w:rsidRPr="00C9454D">
        <w:rPr>
          <w:sz w:val="24"/>
          <w:szCs w:val="24"/>
        </w:rPr>
        <w:t xml:space="preserve"> said as he entered the hall, his cloak dripping water onto the stone floor. “It’s like the heavens are determined to drown us.”</w:t>
      </w:r>
    </w:p>
    <w:p w14:paraId="0260AA4F" w14:textId="77777777" w:rsidR="00667B30" w:rsidRPr="00C9454D" w:rsidRDefault="00667B30" w:rsidP="00C9454D">
      <w:pPr>
        <w:spacing w:after="0"/>
        <w:rPr>
          <w:sz w:val="24"/>
          <w:szCs w:val="24"/>
        </w:rPr>
      </w:pPr>
      <w:r w:rsidRPr="00C9454D">
        <w:rPr>
          <w:sz w:val="24"/>
          <w:szCs w:val="24"/>
        </w:rPr>
        <w:t>Abilene turned to him, her hazel eyes shadowed with worry. “How are the fields?”</w:t>
      </w:r>
    </w:p>
    <w:p w14:paraId="51725504" w14:textId="77777777" w:rsidR="00667B30" w:rsidRPr="00C9454D" w:rsidRDefault="00667B30" w:rsidP="00C9454D">
      <w:pPr>
        <w:spacing w:after="0"/>
        <w:rPr>
          <w:sz w:val="24"/>
          <w:szCs w:val="24"/>
        </w:rPr>
      </w:pPr>
      <w:r w:rsidRPr="00C9454D">
        <w:rPr>
          <w:sz w:val="24"/>
          <w:szCs w:val="24"/>
        </w:rPr>
        <w:t>“Flooded,” he replied grimly. “The lower pastures are completely underwater. Livestock is being moved to higher ground, but we’ve already lost some sheep.”</w:t>
      </w:r>
    </w:p>
    <w:p w14:paraId="2A345CC3" w14:textId="77777777" w:rsidR="00667B30" w:rsidRPr="00C9454D" w:rsidRDefault="00667B30" w:rsidP="00C9454D">
      <w:pPr>
        <w:spacing w:after="0"/>
        <w:rPr>
          <w:sz w:val="24"/>
          <w:szCs w:val="24"/>
        </w:rPr>
      </w:pPr>
      <w:r w:rsidRPr="00C9454D">
        <w:rPr>
          <w:sz w:val="24"/>
          <w:szCs w:val="24"/>
        </w:rPr>
        <w:t>“We need to help the villagers prepare,” Abilene said, her voice firm. “The river is rising faster than anyone expected.”</w:t>
      </w:r>
    </w:p>
    <w:p w14:paraId="35D77B4F" w14:textId="77777777" w:rsidR="00667B30" w:rsidRPr="00C9454D" w:rsidRDefault="00FE197F" w:rsidP="00C9454D">
      <w:pPr>
        <w:spacing w:after="0"/>
        <w:rPr>
          <w:sz w:val="24"/>
          <w:szCs w:val="24"/>
        </w:rPr>
      </w:pPr>
      <w:r>
        <w:rPr>
          <w:noProof/>
          <w:sz w:val="24"/>
          <w:szCs w:val="24"/>
        </w:rPr>
      </w:r>
      <w:r w:rsidR="00FE197F">
        <w:rPr>
          <w:noProof/>
          <w:sz w:val="24"/>
          <w:szCs w:val="24"/>
        </w:rPr>
        <w:pict w14:anchorId="7E216AE9">
          <v:rect id="_x0000_i1055" style="width:0;height:1.5pt" o:hralign="center" o:hrstd="t" o:hr="t" fillcolor="#a0a0a0" stroked="f"/>
        </w:pict>
      </w:r>
    </w:p>
    <w:p w14:paraId="26A250B4" w14:textId="7CF41CA9" w:rsidR="00667B30" w:rsidRPr="00C9454D" w:rsidRDefault="00667B30" w:rsidP="00C9454D">
      <w:pPr>
        <w:spacing w:after="0"/>
        <w:rPr>
          <w:sz w:val="24"/>
          <w:szCs w:val="24"/>
        </w:rPr>
      </w:pPr>
      <w:r w:rsidRPr="00C9454D">
        <w:rPr>
          <w:sz w:val="24"/>
          <w:szCs w:val="24"/>
        </w:rPr>
        <w:t xml:space="preserve">By the fourth day, the rain had become a torrent. Sheets of water lashed against the windows of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and the wind howled through the trees, tearing branches free and sending them tumbling into the rushing river. The Medway, no longer a gentle stream, roared with a ferocity that shook the earth. The once-clear waters were now a churning mass of mud and debris.</w:t>
      </w:r>
    </w:p>
    <w:p w14:paraId="3BFEDC69" w14:textId="003CF232" w:rsidR="00667B30" w:rsidRPr="00C9454D" w:rsidRDefault="00667B30" w:rsidP="00C9454D">
      <w:pPr>
        <w:spacing w:after="0"/>
        <w:rPr>
          <w:sz w:val="24"/>
          <w:szCs w:val="24"/>
        </w:rPr>
      </w:pPr>
      <w:r w:rsidRPr="00C9454D">
        <w:rPr>
          <w:sz w:val="24"/>
          <w:szCs w:val="24"/>
        </w:rPr>
        <w:t xml:space="preserve">Abilene ventured out into the village, her cloak wrapped tightly around her to shield her from the relentless downpour. The cobblestones of </w:t>
      </w:r>
      <w:proofErr w:type="spellStart"/>
      <w:r w:rsidRPr="00C9454D">
        <w:rPr>
          <w:sz w:val="24"/>
          <w:szCs w:val="24"/>
        </w:rPr>
        <w:t>Teston’s</w:t>
      </w:r>
      <w:proofErr w:type="spellEnd"/>
      <w:r w:rsidRPr="00C9454D">
        <w:rPr>
          <w:sz w:val="24"/>
          <w:szCs w:val="24"/>
        </w:rPr>
        <w:t xml:space="preserve"> streets were submerged, and villagers waded knee-deep through the water, their faces etched with exhaustion and fear. Children clung to their parents, their eyes wi</w:t>
      </w:r>
      <w:r w:rsidR="00DD1FF5" w:rsidRPr="00C9454D">
        <w:rPr>
          <w:sz w:val="24"/>
          <w:szCs w:val="24"/>
        </w:rPr>
        <w:t xml:space="preserve">de </w:t>
      </w:r>
      <w:r w:rsidRPr="00C9454D">
        <w:rPr>
          <w:sz w:val="24"/>
          <w:szCs w:val="24"/>
        </w:rPr>
        <w:t>as they watched the river inch closer to their homes.</w:t>
      </w:r>
    </w:p>
    <w:p w14:paraId="3B5A8BE0" w14:textId="77777777" w:rsidR="00667B30" w:rsidRPr="00C9454D" w:rsidRDefault="00667B30" w:rsidP="00C9454D">
      <w:pPr>
        <w:spacing w:after="0"/>
        <w:rPr>
          <w:sz w:val="24"/>
          <w:szCs w:val="24"/>
        </w:rPr>
      </w:pPr>
      <w:r w:rsidRPr="00C9454D">
        <w:rPr>
          <w:sz w:val="24"/>
          <w:szCs w:val="24"/>
        </w:rPr>
        <w:t>She paused on the stone bridge that spanned the Medway, her boots slipping on the slick stone. The water below surged against the arches, sending sprays of foam into the air. The bridge groaned under the pressure, the ancient stones holding firm but trembling against the onslaught.</w:t>
      </w:r>
    </w:p>
    <w:p w14:paraId="1BB4E126" w14:textId="37669FA4" w:rsidR="00667B30" w:rsidRPr="00C9454D" w:rsidRDefault="00667B30" w:rsidP="00C9454D">
      <w:pPr>
        <w:spacing w:after="0"/>
        <w:rPr>
          <w:sz w:val="24"/>
          <w:szCs w:val="24"/>
        </w:rPr>
      </w:pPr>
      <w:r w:rsidRPr="00C9454D">
        <w:rPr>
          <w:sz w:val="24"/>
          <w:szCs w:val="24"/>
        </w:rPr>
        <w:t xml:space="preserve">“Lady Abilene!” a voice called, pulling her from her thoughts. Old Agnes stood at the edge of the bridge, clutching a bundle of blankets to her chest. “My </w:t>
      </w:r>
      <w:r w:rsidR="00CB4317" w:rsidRPr="00C9454D">
        <w:rPr>
          <w:sz w:val="24"/>
          <w:szCs w:val="24"/>
        </w:rPr>
        <w:t>mill</w:t>
      </w:r>
      <w:r w:rsidRPr="00C9454D">
        <w:rPr>
          <w:sz w:val="24"/>
          <w:szCs w:val="24"/>
        </w:rPr>
        <w:t>—it’s flooding! The water’s coming through the floor!”</w:t>
      </w:r>
    </w:p>
    <w:p w14:paraId="052E414E" w14:textId="6033A847" w:rsidR="00667B30" w:rsidRPr="00C9454D" w:rsidRDefault="00667B30" w:rsidP="00C9454D">
      <w:pPr>
        <w:spacing w:after="0"/>
        <w:rPr>
          <w:sz w:val="24"/>
          <w:szCs w:val="24"/>
        </w:rPr>
      </w:pPr>
      <w:r w:rsidRPr="00C9454D">
        <w:rPr>
          <w:sz w:val="24"/>
          <w:szCs w:val="24"/>
        </w:rPr>
        <w:t xml:space="preserve">Abilene hurried to her side, placing a steadying hand on the old woman’s arm. “You can’t stay there, Agnes. Come to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We have room for you.”</w:t>
      </w:r>
    </w:p>
    <w:p w14:paraId="5A8C0049" w14:textId="77777777" w:rsidR="00667B30" w:rsidRPr="00C9454D" w:rsidRDefault="00667B30" w:rsidP="00C9454D">
      <w:pPr>
        <w:spacing w:after="0"/>
        <w:rPr>
          <w:sz w:val="24"/>
          <w:szCs w:val="24"/>
        </w:rPr>
      </w:pPr>
      <w:r w:rsidRPr="00C9454D">
        <w:rPr>
          <w:sz w:val="24"/>
          <w:szCs w:val="24"/>
        </w:rPr>
        <w:t>“But my things—”</w:t>
      </w:r>
    </w:p>
    <w:p w14:paraId="47F3DE24" w14:textId="77777777" w:rsidR="00667B30" w:rsidRPr="00C9454D" w:rsidRDefault="00667B30" w:rsidP="00C9454D">
      <w:pPr>
        <w:spacing w:after="0"/>
        <w:rPr>
          <w:sz w:val="24"/>
          <w:szCs w:val="24"/>
        </w:rPr>
      </w:pPr>
      <w:r w:rsidRPr="00C9454D">
        <w:rPr>
          <w:sz w:val="24"/>
          <w:szCs w:val="24"/>
        </w:rPr>
        <w:t>“Your safety is what matters,” Abilene said firmly. “Come now.”</w:t>
      </w:r>
    </w:p>
    <w:p w14:paraId="719DDAF3" w14:textId="77777777" w:rsidR="00667B30" w:rsidRPr="00C9454D" w:rsidRDefault="00FE197F" w:rsidP="00C9454D">
      <w:pPr>
        <w:spacing w:after="0"/>
        <w:rPr>
          <w:sz w:val="24"/>
          <w:szCs w:val="24"/>
        </w:rPr>
      </w:pPr>
      <w:r>
        <w:rPr>
          <w:noProof/>
          <w:sz w:val="24"/>
          <w:szCs w:val="24"/>
        </w:rPr>
      </w:r>
      <w:r w:rsidR="00FE197F">
        <w:rPr>
          <w:noProof/>
          <w:sz w:val="24"/>
          <w:szCs w:val="24"/>
        </w:rPr>
        <w:pict w14:anchorId="630F70E4">
          <v:rect id="_x0000_i1056" style="width:0;height:1.5pt" o:hralign="center" o:hrstd="t" o:hr="t" fillcolor="#a0a0a0" stroked="f"/>
        </w:pict>
      </w:r>
    </w:p>
    <w:p w14:paraId="4FE58E3E" w14:textId="77777777" w:rsidR="00667B30" w:rsidRPr="00C9454D" w:rsidRDefault="00667B30" w:rsidP="00C9454D">
      <w:pPr>
        <w:spacing w:after="0"/>
        <w:rPr>
          <w:sz w:val="24"/>
          <w:szCs w:val="24"/>
        </w:rPr>
      </w:pPr>
      <w:r w:rsidRPr="00C9454D">
        <w:rPr>
          <w:sz w:val="24"/>
          <w:szCs w:val="24"/>
        </w:rPr>
        <w:t>By the fifth day, the rain had seeped into every corner of life. Clothes clung to skin, soaked and heavy. The villagers’ faces were pale with weariness, their eyes rimmed red from sleepless nights. The constant dampness chilled them to the bone, and fires sputtered uselessly in their hearths, smothered by the humidity.</w:t>
      </w:r>
    </w:p>
    <w:p w14:paraId="348EC501" w14:textId="77777777" w:rsidR="00667B30" w:rsidRPr="00C9454D" w:rsidRDefault="00667B30" w:rsidP="00C9454D">
      <w:pPr>
        <w:spacing w:after="0"/>
        <w:rPr>
          <w:sz w:val="24"/>
          <w:szCs w:val="24"/>
        </w:rPr>
      </w:pPr>
      <w:r w:rsidRPr="00C9454D">
        <w:rPr>
          <w:sz w:val="24"/>
          <w:szCs w:val="24"/>
        </w:rPr>
        <w:t>The Medway had swollen beyond recognition, its banks disappearing under the deluge. The fields were vast lakes, the crops drowned beneath the murky waters. Trees that had stood for generations were uprooted, their massive trunks carried downstream like twigs.</w:t>
      </w:r>
    </w:p>
    <w:p w14:paraId="64288117" w14:textId="2BF7C341" w:rsidR="00667B30" w:rsidRPr="00C9454D" w:rsidRDefault="00667B30" w:rsidP="00C9454D">
      <w:pPr>
        <w:spacing w:after="0"/>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stood at the edge of the village, shouting orders to a group of men as they worked to fortify the riverbank with sandbags. His voice cut through the roar of the rain, commanding and steady.</w:t>
      </w:r>
    </w:p>
    <w:p w14:paraId="00ED455F" w14:textId="77777777" w:rsidR="00667B30" w:rsidRPr="00C9454D" w:rsidRDefault="00667B30" w:rsidP="00C9454D">
      <w:pPr>
        <w:spacing w:after="0"/>
        <w:rPr>
          <w:sz w:val="24"/>
          <w:szCs w:val="24"/>
        </w:rPr>
      </w:pPr>
      <w:r w:rsidRPr="00C9454D">
        <w:rPr>
          <w:sz w:val="24"/>
          <w:szCs w:val="24"/>
        </w:rPr>
        <w:t>“We need more sandbags here!” he called. “And secure the western edge—it’s starting to give!”</w:t>
      </w:r>
    </w:p>
    <w:p w14:paraId="298B0436" w14:textId="77777777" w:rsidR="00667B30" w:rsidRPr="00C9454D" w:rsidRDefault="00667B30" w:rsidP="00C9454D">
      <w:pPr>
        <w:spacing w:after="0"/>
        <w:rPr>
          <w:sz w:val="24"/>
          <w:szCs w:val="24"/>
        </w:rPr>
      </w:pPr>
      <w:r w:rsidRPr="00C9454D">
        <w:rPr>
          <w:sz w:val="24"/>
          <w:szCs w:val="24"/>
        </w:rPr>
        <w:t>Abilene arrived moments later, her hair plastered to her face. “Guy, the lower cottages are already underwater. We have to evacuate those families.”</w:t>
      </w:r>
    </w:p>
    <w:p w14:paraId="552D5605" w14:textId="77777777" w:rsidR="00667B30" w:rsidRPr="00C9454D" w:rsidRDefault="00667B30" w:rsidP="00C9454D">
      <w:pPr>
        <w:spacing w:after="0"/>
        <w:rPr>
          <w:sz w:val="24"/>
          <w:szCs w:val="24"/>
        </w:rPr>
      </w:pPr>
      <w:r w:rsidRPr="00C9454D">
        <w:rPr>
          <w:sz w:val="24"/>
          <w:szCs w:val="24"/>
        </w:rPr>
        <w:t>“I’ll send men to help,” he said, his blue eyes scanning the rising water. “But we’re running out of time.”</w:t>
      </w:r>
    </w:p>
    <w:p w14:paraId="4749F151" w14:textId="39397574" w:rsidR="00667B30" w:rsidRPr="00C9454D" w:rsidRDefault="00667B30" w:rsidP="00C9454D">
      <w:pPr>
        <w:spacing w:after="0"/>
        <w:rPr>
          <w:sz w:val="24"/>
          <w:szCs w:val="24"/>
        </w:rPr>
      </w:pPr>
      <w:r w:rsidRPr="00C9454D">
        <w:rPr>
          <w:sz w:val="24"/>
          <w:szCs w:val="24"/>
        </w:rPr>
        <w:t>Abilene nodded, turning to wa</w:t>
      </w:r>
      <w:r w:rsidR="00DD1FF5" w:rsidRPr="00C9454D">
        <w:rPr>
          <w:sz w:val="24"/>
          <w:szCs w:val="24"/>
        </w:rPr>
        <w:t xml:space="preserve">de </w:t>
      </w:r>
      <w:r w:rsidRPr="00C9454D">
        <w:rPr>
          <w:sz w:val="24"/>
          <w:szCs w:val="24"/>
        </w:rPr>
        <w:t>back into the village. The cold water soaked through her boots and into her bones, but she pressed on, her determination unwavering.</w:t>
      </w:r>
    </w:p>
    <w:p w14:paraId="7ABB9D5E" w14:textId="77777777" w:rsidR="00667B30" w:rsidRPr="00C9454D" w:rsidRDefault="00FE197F" w:rsidP="00C9454D">
      <w:pPr>
        <w:spacing w:after="0"/>
        <w:rPr>
          <w:sz w:val="24"/>
          <w:szCs w:val="24"/>
        </w:rPr>
      </w:pPr>
      <w:r>
        <w:rPr>
          <w:noProof/>
          <w:sz w:val="24"/>
          <w:szCs w:val="24"/>
        </w:rPr>
      </w:r>
      <w:r w:rsidR="00FE197F">
        <w:rPr>
          <w:noProof/>
          <w:sz w:val="24"/>
          <w:szCs w:val="24"/>
        </w:rPr>
        <w:pict w14:anchorId="626ACB98">
          <v:rect id="_x0000_i1057" style="width:0;height:1.5pt" o:hralign="center" o:hrstd="t" o:hr="t" fillcolor="#a0a0a0" stroked="f"/>
        </w:pict>
      </w:r>
    </w:p>
    <w:p w14:paraId="0A912367" w14:textId="77777777" w:rsidR="00667B30" w:rsidRPr="00C9454D" w:rsidRDefault="00667B30" w:rsidP="00C9454D">
      <w:pPr>
        <w:spacing w:after="0"/>
        <w:rPr>
          <w:sz w:val="24"/>
          <w:szCs w:val="24"/>
        </w:rPr>
      </w:pPr>
      <w:r w:rsidRPr="00C9454D">
        <w:rPr>
          <w:sz w:val="24"/>
          <w:szCs w:val="24"/>
        </w:rPr>
        <w:t>That night, the rain reached a fever pitch. Thunder cracked across the sky, and lightning illuminated the chaos below. The villagers worked tirelessly, their hands blistered and raw from hauling sandbags and debris. The Medway surged higher, the water lapping at the edges of the bridge and spilling into the square.</w:t>
      </w:r>
    </w:p>
    <w:p w14:paraId="7D07CA75" w14:textId="77777777" w:rsidR="00667B30" w:rsidRPr="00C9454D" w:rsidRDefault="00667B30" w:rsidP="00C9454D">
      <w:pPr>
        <w:spacing w:after="0"/>
        <w:rPr>
          <w:sz w:val="24"/>
          <w:szCs w:val="24"/>
        </w:rPr>
      </w:pPr>
      <w:r w:rsidRPr="00C9454D">
        <w:rPr>
          <w:sz w:val="24"/>
          <w:szCs w:val="24"/>
        </w:rPr>
        <w:t>The central arch of the stone bridge had begun to crumble, the relentless force of the water tearing away at its foundation. A loud crack echoed through the air as one of the support pillars gave way, and moments later, the entire structure collapsed, the stones plunging into the river with a deafening roar. The waters surged over the ruins, carrying the debris downstream.</w:t>
      </w:r>
    </w:p>
    <w:p w14:paraId="2EEED281" w14:textId="77777777" w:rsidR="00667B30" w:rsidRPr="00C9454D" w:rsidRDefault="00667B30" w:rsidP="00C9454D">
      <w:pPr>
        <w:spacing w:after="0"/>
        <w:rPr>
          <w:sz w:val="24"/>
          <w:szCs w:val="24"/>
        </w:rPr>
      </w:pPr>
      <w:r w:rsidRPr="00C9454D">
        <w:rPr>
          <w:sz w:val="24"/>
          <w:szCs w:val="24"/>
        </w:rPr>
        <w:t>For a moment, there was only silence, broken only by the sobs of those who had gathered to watch. The bridge, a symbol of connection and strength, was gone.</w:t>
      </w:r>
    </w:p>
    <w:p w14:paraId="1386E069" w14:textId="43A4100E" w:rsidR="00953148" w:rsidRPr="00C9454D" w:rsidRDefault="00953148" w:rsidP="00C9454D">
      <w:pPr>
        <w:spacing w:after="0"/>
        <w:rPr>
          <w:sz w:val="24"/>
          <w:szCs w:val="24"/>
        </w:rPr>
      </w:pPr>
      <w:r w:rsidRPr="00C9454D">
        <w:rPr>
          <w:sz w:val="24"/>
          <w:szCs w:val="24"/>
        </w:rPr>
        <w:t>At dawn, as the rain finally slowed to a drizzle, a sound like distant thunder rolled through the valley. It was not the sky, but the dam upstream. The swollen reservoir, unable to hold any more, finally gave way. A deafening crack split the air, followed by the roar of water rushing free. The villagers barely had time to react as a wall of water barreled down the Medway, carrying with it trees, debris, and an unstoppable force of destruction.</w:t>
      </w:r>
    </w:p>
    <w:p w14:paraId="385BD22B" w14:textId="77777777" w:rsidR="00953148" w:rsidRPr="00C9454D" w:rsidRDefault="00953148" w:rsidP="00C9454D">
      <w:pPr>
        <w:spacing w:after="0"/>
        <w:rPr>
          <w:sz w:val="24"/>
          <w:szCs w:val="24"/>
        </w:rPr>
      </w:pPr>
      <w:r w:rsidRPr="00C9454D">
        <w:rPr>
          <w:sz w:val="24"/>
          <w:szCs w:val="24"/>
        </w:rPr>
        <w:t>The wave hit the village with terrifying speed, sweeping away everything in its path. Houses were ripped from their foundations, carts and fences smashed like kindling.</w:t>
      </w:r>
    </w:p>
    <w:p w14:paraId="1D9F22AA" w14:textId="77777777" w:rsidR="00953148" w:rsidRPr="00C9454D" w:rsidRDefault="00FE197F" w:rsidP="00C9454D">
      <w:pPr>
        <w:spacing w:after="0"/>
        <w:rPr>
          <w:sz w:val="24"/>
          <w:szCs w:val="24"/>
        </w:rPr>
      </w:pPr>
      <w:r>
        <w:rPr>
          <w:noProof/>
          <w:sz w:val="24"/>
          <w:szCs w:val="24"/>
        </w:rPr>
      </w:r>
      <w:r w:rsidR="00FE197F">
        <w:rPr>
          <w:noProof/>
          <w:sz w:val="24"/>
          <w:szCs w:val="24"/>
        </w:rPr>
        <w:pict w14:anchorId="11520B44">
          <v:rect id="_x0000_i1058" style="width:0;height:1.5pt" o:hralign="center" o:hrstd="t" o:hr="t" fillcolor="#a0a0a0" stroked="f"/>
        </w:pict>
      </w:r>
    </w:p>
    <w:p w14:paraId="484D1B0A" w14:textId="379B4E37" w:rsidR="00136216" w:rsidRPr="00C9454D" w:rsidRDefault="00136216" w:rsidP="00C9454D">
      <w:pPr>
        <w:spacing w:after="0"/>
        <w:rPr>
          <w:sz w:val="24"/>
          <w:szCs w:val="24"/>
        </w:rPr>
      </w:pPr>
      <w:r w:rsidRPr="00C9454D">
        <w:rPr>
          <w:sz w:val="24"/>
          <w:szCs w:val="24"/>
        </w:rPr>
        <w:t xml:space="preserve">At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xml:space="preserve">, Eleanor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paced the great hall, wringing her hands as she glanced anxiously out the tall windows. The manor was situated on high ground, safe from the floodwaters that had overtaken the village below, but safety brought little comfort to a mother whose daughter had ventured into the heart of the storm.</w:t>
      </w:r>
    </w:p>
    <w:p w14:paraId="511330B7" w14:textId="77777777" w:rsidR="00136216" w:rsidRPr="00C9454D" w:rsidRDefault="00136216" w:rsidP="00C9454D">
      <w:pPr>
        <w:rPr>
          <w:sz w:val="24"/>
          <w:szCs w:val="24"/>
        </w:rPr>
      </w:pPr>
      <w:r w:rsidRPr="00C9454D">
        <w:rPr>
          <w:sz w:val="24"/>
          <w:szCs w:val="24"/>
        </w:rPr>
        <w:t>“She went to the mill,” Eleanor said for the tenth time, her voice shaking. “I told her not to go, but she wouldn’t listen.”</w:t>
      </w:r>
    </w:p>
    <w:p w14:paraId="6840AD67" w14:textId="0F704DE0" w:rsidR="00136216" w:rsidRPr="00C9454D" w:rsidRDefault="00136216" w:rsidP="00C9454D">
      <w:pPr>
        <w:rPr>
          <w:sz w:val="24"/>
          <w:szCs w:val="24"/>
        </w:rPr>
      </w:pPr>
      <w:r w:rsidRPr="00C9454D">
        <w:rPr>
          <w:sz w:val="24"/>
          <w:szCs w:val="24"/>
        </w:rPr>
        <w:t xml:space="preserve">“Lady </w:t>
      </w:r>
      <w:r w:rsidR="00C91054" w:rsidRPr="00C9454D">
        <w:rPr>
          <w:sz w:val="24"/>
          <w:szCs w:val="24"/>
        </w:rPr>
        <w:t>de</w:t>
      </w:r>
      <w:r w:rsidR="00BB7416" w:rsidRPr="00C9454D">
        <w:rPr>
          <w:sz w:val="24"/>
          <w:szCs w:val="24"/>
        </w:rPr>
        <w:t xml:space="preserve"> </w:t>
      </w:r>
      <w:proofErr w:type="spellStart"/>
      <w:r w:rsidR="00BB7416" w:rsidRPr="00C9454D">
        <w:rPr>
          <w:sz w:val="24"/>
          <w:szCs w:val="24"/>
        </w:rPr>
        <w:t>Barham</w:t>
      </w:r>
      <w:proofErr w:type="spellEnd"/>
      <w:r w:rsidRPr="00C9454D">
        <w:rPr>
          <w:sz w:val="24"/>
          <w:szCs w:val="24"/>
        </w:rPr>
        <w:t>,” one of the servants tried to soothe her, “Miss Abilene is clever and strong. She’ll return.”</w:t>
      </w:r>
    </w:p>
    <w:p w14:paraId="144928DB" w14:textId="77777777" w:rsidR="00136216" w:rsidRPr="00C9454D" w:rsidRDefault="00136216" w:rsidP="00C9454D">
      <w:pPr>
        <w:rPr>
          <w:sz w:val="24"/>
          <w:szCs w:val="24"/>
        </w:rPr>
      </w:pPr>
      <w:r w:rsidRPr="00C9454D">
        <w:rPr>
          <w:sz w:val="24"/>
          <w:szCs w:val="24"/>
        </w:rPr>
        <w:t>“No,” Eleanor said sharply, her eyes wild with panic. “You didn’t see the mill—it was swept away! She’s... she’s gone.” Her voice broke, and she pressed a trembling hand to her mouth.</w:t>
      </w:r>
    </w:p>
    <w:p w14:paraId="55B10444" w14:textId="334DC66B" w:rsidR="00136216" w:rsidRPr="00C9454D" w:rsidRDefault="00136216" w:rsidP="00C9454D">
      <w:pPr>
        <w:rPr>
          <w:sz w:val="24"/>
          <w:szCs w:val="24"/>
        </w:rPr>
      </w:pPr>
      <w:r w:rsidRPr="00C9454D">
        <w:rPr>
          <w:sz w:val="24"/>
          <w:szCs w:val="24"/>
        </w:rPr>
        <w:t xml:space="preserve">It was then that the heavy wooden doors of the manor swung open, and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stro</w:t>
      </w:r>
      <w:r w:rsidR="00DD1FF5" w:rsidRPr="00C9454D">
        <w:rPr>
          <w:sz w:val="24"/>
          <w:szCs w:val="24"/>
        </w:rPr>
        <w:t xml:space="preserve">de </w:t>
      </w:r>
      <w:r w:rsidRPr="00C9454D">
        <w:rPr>
          <w:sz w:val="24"/>
          <w:szCs w:val="24"/>
        </w:rPr>
        <w:t>inside, his armor slick with rain and mud. He looked every inch the battle-hardened knight, but the concern etched into his face betrayed the depth of his worry.</w:t>
      </w:r>
    </w:p>
    <w:p w14:paraId="02FD9314" w14:textId="77777777" w:rsidR="00136216" w:rsidRPr="00C9454D" w:rsidRDefault="00136216" w:rsidP="00C9454D">
      <w:pPr>
        <w:rPr>
          <w:sz w:val="24"/>
          <w:szCs w:val="24"/>
        </w:rPr>
      </w:pPr>
      <w:r w:rsidRPr="00C9454D">
        <w:rPr>
          <w:sz w:val="24"/>
          <w:szCs w:val="24"/>
        </w:rPr>
        <w:t>“Sir Guy!” Eleanor rushed to him, clutching his arm. “Abilene—she went to the mill. It’s gone! The water—” Her words dissolved into sobs.</w:t>
      </w:r>
    </w:p>
    <w:p w14:paraId="550008BB" w14:textId="4E66F895" w:rsidR="00136216" w:rsidRPr="00C9454D" w:rsidRDefault="00136216" w:rsidP="00C9454D">
      <w:pPr>
        <w:rPr>
          <w:sz w:val="24"/>
          <w:szCs w:val="24"/>
        </w:rPr>
      </w:pPr>
      <w:r w:rsidRPr="00C9454D">
        <w:rPr>
          <w:sz w:val="24"/>
          <w:szCs w:val="24"/>
        </w:rPr>
        <w:t xml:space="preserve">Guy’s jaw tightened as he steadied her. “Lady </w:t>
      </w:r>
      <w:r w:rsidR="00AE2908" w:rsidRPr="00C9454D">
        <w:rPr>
          <w:sz w:val="24"/>
          <w:szCs w:val="24"/>
        </w:rPr>
        <w:t>de</w:t>
      </w:r>
      <w:r w:rsidR="00BB7416" w:rsidRPr="00C9454D">
        <w:rPr>
          <w:sz w:val="24"/>
          <w:szCs w:val="24"/>
        </w:rPr>
        <w:t xml:space="preserve"> </w:t>
      </w:r>
      <w:proofErr w:type="spellStart"/>
      <w:r w:rsidR="00BB7416" w:rsidRPr="00C9454D">
        <w:rPr>
          <w:sz w:val="24"/>
          <w:szCs w:val="24"/>
        </w:rPr>
        <w:t>Barham</w:t>
      </w:r>
      <w:proofErr w:type="spellEnd"/>
      <w:r w:rsidRPr="00C9454D">
        <w:rPr>
          <w:sz w:val="24"/>
          <w:szCs w:val="24"/>
        </w:rPr>
        <w:t>, tell me exactly where you last saw her.”</w:t>
      </w:r>
    </w:p>
    <w:p w14:paraId="7D5BDD0D" w14:textId="5678E55B" w:rsidR="00136216" w:rsidRPr="00C9454D" w:rsidRDefault="00136216" w:rsidP="00C9454D">
      <w:pPr>
        <w:rPr>
          <w:sz w:val="24"/>
          <w:szCs w:val="24"/>
        </w:rPr>
      </w:pPr>
      <w:r w:rsidRPr="00C9454D">
        <w:rPr>
          <w:sz w:val="24"/>
          <w:szCs w:val="24"/>
        </w:rPr>
        <w:t>“She ran out to</w:t>
      </w:r>
      <w:r w:rsidR="00774D50" w:rsidRPr="00C9454D">
        <w:rPr>
          <w:sz w:val="24"/>
          <w:szCs w:val="24"/>
        </w:rPr>
        <w:t xml:space="preserve"> </w:t>
      </w:r>
      <w:r w:rsidR="00D1072C" w:rsidRPr="00C9454D">
        <w:rPr>
          <w:sz w:val="24"/>
          <w:szCs w:val="24"/>
        </w:rPr>
        <w:t>get</w:t>
      </w:r>
      <w:r w:rsidRPr="00C9454D">
        <w:rPr>
          <w:sz w:val="24"/>
          <w:szCs w:val="24"/>
        </w:rPr>
        <w:t xml:space="preserve"> Old Agnes,” Eleanor managed, her voice trembling. “She thought she could bring her back. But the mill—it was taken by the river. She’s gone, Sir Guy. My daughter is gone.”</w:t>
      </w:r>
    </w:p>
    <w:p w14:paraId="483C3AE0" w14:textId="77777777" w:rsidR="00136216" w:rsidRPr="00C9454D" w:rsidRDefault="00136216" w:rsidP="00C9454D">
      <w:pPr>
        <w:rPr>
          <w:sz w:val="24"/>
          <w:szCs w:val="24"/>
        </w:rPr>
      </w:pPr>
      <w:r w:rsidRPr="00C9454D">
        <w:rPr>
          <w:sz w:val="24"/>
          <w:szCs w:val="24"/>
        </w:rPr>
        <w:t>“No,” Guy said firmly, his blue eyes blazing with determination. “She’s not gone. I’ll find her.”</w:t>
      </w:r>
    </w:p>
    <w:p w14:paraId="49AB86A8" w14:textId="77777777" w:rsidR="00136216" w:rsidRPr="00C9454D" w:rsidRDefault="00136216" w:rsidP="00C9454D">
      <w:pPr>
        <w:rPr>
          <w:sz w:val="24"/>
          <w:szCs w:val="24"/>
        </w:rPr>
      </w:pPr>
      <w:r w:rsidRPr="00C9454D">
        <w:rPr>
          <w:sz w:val="24"/>
          <w:szCs w:val="24"/>
        </w:rPr>
        <w:t>Eleanor gripped his arm tighter, her nails digging into the leather bracer. “Please,” she whispered. “Please bring her back.”</w:t>
      </w:r>
    </w:p>
    <w:p w14:paraId="5459A85B" w14:textId="77777777" w:rsidR="00136216" w:rsidRPr="00C9454D" w:rsidRDefault="00136216" w:rsidP="00C9454D">
      <w:pPr>
        <w:rPr>
          <w:sz w:val="24"/>
          <w:szCs w:val="24"/>
        </w:rPr>
      </w:pPr>
      <w:r w:rsidRPr="00C9454D">
        <w:rPr>
          <w:sz w:val="24"/>
          <w:szCs w:val="24"/>
        </w:rPr>
        <w:t>Guy nodded, his expression grim. Without another word, he turned and headed back into the storm.</w:t>
      </w:r>
    </w:p>
    <w:p w14:paraId="5C9A0FFF" w14:textId="77777777" w:rsidR="00D554F1" w:rsidRPr="00C9454D" w:rsidRDefault="00D554F1" w:rsidP="00C9454D">
      <w:pPr>
        <w:rPr>
          <w:sz w:val="24"/>
          <w:szCs w:val="24"/>
        </w:rPr>
      </w:pPr>
    </w:p>
    <w:p w14:paraId="1E67CF29" w14:textId="2067BF73" w:rsidR="00D554F1" w:rsidRPr="00C9454D" w:rsidRDefault="00D554F1" w:rsidP="00C9454D">
      <w:pPr>
        <w:rPr>
          <w:sz w:val="24"/>
          <w:szCs w:val="24"/>
        </w:rPr>
      </w:pPr>
      <w:r w:rsidRPr="00C9454D">
        <w:rPr>
          <w:b/>
          <w:bCs/>
          <w:sz w:val="24"/>
          <w:szCs w:val="24"/>
        </w:rPr>
        <w:t>Abilene – The Flood at the Mill</w:t>
      </w:r>
    </w:p>
    <w:p w14:paraId="0F83077A" w14:textId="77777777" w:rsidR="00D554F1" w:rsidRPr="00C9454D" w:rsidRDefault="00D554F1" w:rsidP="00C9454D">
      <w:pPr>
        <w:rPr>
          <w:sz w:val="24"/>
          <w:szCs w:val="24"/>
        </w:rPr>
      </w:pPr>
      <w:r w:rsidRPr="00C9454D">
        <w:rPr>
          <w:sz w:val="24"/>
          <w:szCs w:val="24"/>
        </w:rPr>
        <w:t>The river had always whispered.</w:t>
      </w:r>
    </w:p>
    <w:p w14:paraId="30C293E9" w14:textId="77777777" w:rsidR="00D554F1" w:rsidRPr="00C9454D" w:rsidRDefault="00D554F1" w:rsidP="00C9454D">
      <w:pPr>
        <w:rPr>
          <w:sz w:val="24"/>
          <w:szCs w:val="24"/>
        </w:rPr>
      </w:pPr>
      <w:r w:rsidRPr="00C9454D">
        <w:rPr>
          <w:sz w:val="24"/>
          <w:szCs w:val="24"/>
        </w:rPr>
        <w:t>That morning, it screamed.</w:t>
      </w:r>
    </w:p>
    <w:p w14:paraId="33B11B26" w14:textId="77777777" w:rsidR="00D554F1" w:rsidRPr="00C9454D" w:rsidRDefault="00D554F1" w:rsidP="00C9454D">
      <w:pPr>
        <w:rPr>
          <w:sz w:val="24"/>
          <w:szCs w:val="24"/>
        </w:rPr>
      </w:pPr>
      <w:r w:rsidRPr="00C9454D">
        <w:rPr>
          <w:sz w:val="24"/>
          <w:szCs w:val="24"/>
        </w:rPr>
        <w:t>The water came faster than they’d expected—faster than the town criers, the bells, the warnings scratched in chalk on shop doors. One moment, the creek kissed the edges of the mill. The next, it clawed through its doors.</w:t>
      </w:r>
    </w:p>
    <w:p w14:paraId="2C6B61EA" w14:textId="77777777" w:rsidR="00D554F1" w:rsidRPr="00C9454D" w:rsidRDefault="00D554F1" w:rsidP="00C9454D">
      <w:pPr>
        <w:rPr>
          <w:sz w:val="24"/>
          <w:szCs w:val="24"/>
        </w:rPr>
      </w:pPr>
      <w:r w:rsidRPr="00C9454D">
        <w:rPr>
          <w:sz w:val="24"/>
          <w:szCs w:val="24"/>
        </w:rPr>
        <w:t>Abilene had run with nothing but her shawl. No boots. No bread. Just instinct. And Agnes.</w:t>
      </w:r>
    </w:p>
    <w:p w14:paraId="2E981112" w14:textId="77777777" w:rsidR="00D554F1" w:rsidRPr="00C9454D" w:rsidRDefault="00D554F1" w:rsidP="00C9454D">
      <w:pPr>
        <w:rPr>
          <w:sz w:val="24"/>
          <w:szCs w:val="24"/>
        </w:rPr>
      </w:pPr>
      <w:r w:rsidRPr="00C9454D">
        <w:rPr>
          <w:sz w:val="24"/>
          <w:szCs w:val="24"/>
        </w:rPr>
        <w:t>Old Agnes, stubborn as the sunrise, had refused to leave her flour barrels. “We’ll ride it out upstairs,” she said. “Same as ‘52.”</w:t>
      </w:r>
    </w:p>
    <w:p w14:paraId="1AD3A8D2" w14:textId="77777777" w:rsidR="00D554F1" w:rsidRPr="00C9454D" w:rsidRDefault="00D554F1" w:rsidP="00C9454D">
      <w:pPr>
        <w:rPr>
          <w:sz w:val="24"/>
          <w:szCs w:val="24"/>
        </w:rPr>
      </w:pPr>
      <w:r w:rsidRPr="00C9454D">
        <w:rPr>
          <w:sz w:val="24"/>
          <w:szCs w:val="24"/>
        </w:rPr>
        <w:t>But this wasn’t ‘52.</w:t>
      </w:r>
    </w:p>
    <w:p w14:paraId="45004C7E" w14:textId="77777777" w:rsidR="00D554F1" w:rsidRPr="00C9454D" w:rsidRDefault="00D554F1" w:rsidP="00C9454D">
      <w:pPr>
        <w:rPr>
          <w:sz w:val="24"/>
          <w:szCs w:val="24"/>
        </w:rPr>
      </w:pPr>
      <w:r w:rsidRPr="00C9454D">
        <w:rPr>
          <w:sz w:val="24"/>
          <w:szCs w:val="24"/>
        </w:rPr>
        <w:t>The water surged.</w:t>
      </w:r>
    </w:p>
    <w:p w14:paraId="37834D33" w14:textId="77777777" w:rsidR="00D554F1" w:rsidRPr="00C9454D" w:rsidRDefault="00D554F1" w:rsidP="00C9454D">
      <w:pPr>
        <w:rPr>
          <w:sz w:val="24"/>
          <w:szCs w:val="24"/>
        </w:rPr>
      </w:pPr>
      <w:r w:rsidRPr="00C9454D">
        <w:rPr>
          <w:sz w:val="24"/>
          <w:szCs w:val="24"/>
        </w:rPr>
        <w:t>Abilene dragged Agnes up the stairwell, the cold already numbing her legs. They reached the second level, but the water followed like a living thing, greedy and loud. Floor by floor, stair by stair—it rose.</w:t>
      </w:r>
    </w:p>
    <w:p w14:paraId="433565AF" w14:textId="77777777" w:rsidR="00D554F1" w:rsidRPr="00C9454D" w:rsidRDefault="00D554F1" w:rsidP="00C9454D">
      <w:pPr>
        <w:rPr>
          <w:sz w:val="24"/>
          <w:szCs w:val="24"/>
        </w:rPr>
      </w:pPr>
      <w:r w:rsidRPr="00C9454D">
        <w:rPr>
          <w:sz w:val="24"/>
          <w:szCs w:val="24"/>
        </w:rPr>
        <w:t>The rafters were their only chance.</w:t>
      </w:r>
    </w:p>
    <w:p w14:paraId="728AC157" w14:textId="77777777" w:rsidR="00D554F1" w:rsidRPr="00C9454D" w:rsidRDefault="00D554F1" w:rsidP="00C9454D">
      <w:pPr>
        <w:rPr>
          <w:sz w:val="24"/>
          <w:szCs w:val="24"/>
        </w:rPr>
      </w:pPr>
      <w:r w:rsidRPr="00C9454D">
        <w:rPr>
          <w:sz w:val="24"/>
          <w:szCs w:val="24"/>
        </w:rPr>
        <w:t>Abilene shoved barrels aside, climbed onto crates, pulled Agnes up behind her. The water was at their waists. Then their chests.</w:t>
      </w:r>
    </w:p>
    <w:p w14:paraId="50280D7B" w14:textId="77777777" w:rsidR="00D554F1" w:rsidRPr="00C9454D" w:rsidRDefault="00D554F1" w:rsidP="00C9454D">
      <w:pPr>
        <w:rPr>
          <w:sz w:val="24"/>
          <w:szCs w:val="24"/>
        </w:rPr>
      </w:pPr>
      <w:r w:rsidRPr="00C9454D">
        <w:rPr>
          <w:sz w:val="24"/>
          <w:szCs w:val="24"/>
        </w:rPr>
        <w:t>“Roof,” Abilene whispered. “We’ve got to get to the roof.”</w:t>
      </w:r>
    </w:p>
    <w:p w14:paraId="2B9A10A9" w14:textId="77777777" w:rsidR="00D554F1" w:rsidRPr="00C9454D" w:rsidRDefault="00D554F1" w:rsidP="00C9454D">
      <w:pPr>
        <w:rPr>
          <w:sz w:val="24"/>
          <w:szCs w:val="24"/>
        </w:rPr>
      </w:pPr>
      <w:r w:rsidRPr="00C9454D">
        <w:rPr>
          <w:sz w:val="24"/>
          <w:szCs w:val="24"/>
        </w:rPr>
        <w:t>There was a small window, high and half-rotted. Just big enough.</w:t>
      </w:r>
    </w:p>
    <w:p w14:paraId="507DE93A" w14:textId="77777777" w:rsidR="00D554F1" w:rsidRPr="00C9454D" w:rsidRDefault="00D554F1" w:rsidP="00C9454D">
      <w:pPr>
        <w:rPr>
          <w:sz w:val="24"/>
          <w:szCs w:val="24"/>
        </w:rPr>
      </w:pPr>
      <w:r w:rsidRPr="00C9454D">
        <w:rPr>
          <w:sz w:val="24"/>
          <w:szCs w:val="24"/>
        </w:rPr>
        <w:t>She lifted Agnes—arms shaking, body screaming—and tried to wedge her through.</w:t>
      </w:r>
    </w:p>
    <w:p w14:paraId="09693B01" w14:textId="77777777" w:rsidR="00D554F1" w:rsidRPr="00C9454D" w:rsidRDefault="00D554F1" w:rsidP="00C9454D">
      <w:pPr>
        <w:rPr>
          <w:sz w:val="24"/>
          <w:szCs w:val="24"/>
        </w:rPr>
      </w:pPr>
      <w:r w:rsidRPr="00C9454D">
        <w:rPr>
          <w:sz w:val="24"/>
          <w:szCs w:val="24"/>
        </w:rPr>
        <w:t>But Agnes slipped.</w:t>
      </w:r>
    </w:p>
    <w:p w14:paraId="25093C2E" w14:textId="77777777" w:rsidR="00D554F1" w:rsidRPr="00C9454D" w:rsidRDefault="00D554F1" w:rsidP="00C9454D">
      <w:pPr>
        <w:rPr>
          <w:sz w:val="24"/>
          <w:szCs w:val="24"/>
        </w:rPr>
      </w:pPr>
      <w:r w:rsidRPr="00C9454D">
        <w:rPr>
          <w:sz w:val="24"/>
          <w:szCs w:val="24"/>
        </w:rPr>
        <w:t>Her hand missed the beam. The water claimed her.</w:t>
      </w:r>
    </w:p>
    <w:p w14:paraId="6E5667A2" w14:textId="77777777" w:rsidR="00D554F1" w:rsidRPr="00C9454D" w:rsidRDefault="00D554F1" w:rsidP="00C9454D">
      <w:pPr>
        <w:rPr>
          <w:sz w:val="24"/>
          <w:szCs w:val="24"/>
        </w:rPr>
      </w:pPr>
      <w:r w:rsidRPr="00C9454D">
        <w:rPr>
          <w:sz w:val="24"/>
          <w:szCs w:val="24"/>
        </w:rPr>
        <w:t>One second she was there. The next, she wasn’t.</w:t>
      </w:r>
    </w:p>
    <w:p w14:paraId="03D2912A" w14:textId="77777777" w:rsidR="00D554F1" w:rsidRPr="00C9454D" w:rsidRDefault="00D554F1" w:rsidP="00C9454D">
      <w:pPr>
        <w:rPr>
          <w:sz w:val="24"/>
          <w:szCs w:val="24"/>
        </w:rPr>
      </w:pPr>
      <w:r w:rsidRPr="00C9454D">
        <w:rPr>
          <w:sz w:val="24"/>
          <w:szCs w:val="24"/>
        </w:rPr>
        <w:t>“AGNES!” Abilene screamed, throat tearing.</w:t>
      </w:r>
    </w:p>
    <w:p w14:paraId="4017AD88" w14:textId="77777777" w:rsidR="00D554F1" w:rsidRPr="00C9454D" w:rsidRDefault="00D554F1" w:rsidP="00C9454D">
      <w:pPr>
        <w:rPr>
          <w:sz w:val="24"/>
          <w:szCs w:val="24"/>
        </w:rPr>
      </w:pPr>
      <w:r w:rsidRPr="00C9454D">
        <w:rPr>
          <w:sz w:val="24"/>
          <w:szCs w:val="24"/>
        </w:rPr>
        <w:t>But there was no reply. Only the groan of timbers and the roar of the flood.</w:t>
      </w:r>
    </w:p>
    <w:p w14:paraId="676919DD" w14:textId="77777777" w:rsidR="00D554F1" w:rsidRPr="00C9454D" w:rsidRDefault="00D554F1" w:rsidP="00C9454D">
      <w:pPr>
        <w:rPr>
          <w:sz w:val="24"/>
          <w:szCs w:val="24"/>
        </w:rPr>
      </w:pPr>
      <w:r w:rsidRPr="00C9454D">
        <w:rPr>
          <w:sz w:val="24"/>
          <w:szCs w:val="24"/>
        </w:rPr>
        <w:t>Abilene turned back, chest heaving, and reached for the window. Water at her neck now. Her skirt a lead weight. Her feet no longer finding floor.</w:t>
      </w:r>
    </w:p>
    <w:p w14:paraId="46121CDC" w14:textId="77777777" w:rsidR="00D554F1" w:rsidRPr="00C9454D" w:rsidRDefault="00D554F1" w:rsidP="00C9454D">
      <w:pPr>
        <w:rPr>
          <w:sz w:val="24"/>
          <w:szCs w:val="24"/>
        </w:rPr>
      </w:pPr>
      <w:r w:rsidRPr="00C9454D">
        <w:rPr>
          <w:sz w:val="24"/>
          <w:szCs w:val="24"/>
        </w:rPr>
        <w:t xml:space="preserve">She grabbed the window frame—mud slick, splintered—and </w:t>
      </w:r>
      <w:r w:rsidRPr="00C9454D">
        <w:rPr>
          <w:b/>
          <w:bCs/>
          <w:sz w:val="24"/>
          <w:szCs w:val="24"/>
        </w:rPr>
        <w:t>hung</w:t>
      </w:r>
      <w:r w:rsidRPr="00C9454D">
        <w:rPr>
          <w:sz w:val="24"/>
          <w:szCs w:val="24"/>
        </w:rPr>
        <w:t>.</w:t>
      </w:r>
    </w:p>
    <w:p w14:paraId="3FE9FB24" w14:textId="77777777" w:rsidR="00D554F1" w:rsidRPr="00C9454D" w:rsidRDefault="00D554F1" w:rsidP="00C9454D">
      <w:pPr>
        <w:rPr>
          <w:sz w:val="24"/>
          <w:szCs w:val="24"/>
        </w:rPr>
      </w:pPr>
      <w:r w:rsidRPr="00C9454D">
        <w:rPr>
          <w:sz w:val="24"/>
          <w:szCs w:val="24"/>
        </w:rPr>
        <w:t xml:space="preserve">Half in, half out. Body flung against stone. Rain in her eyes. Wind in her mouth. The mill beneath her </w:t>
      </w:r>
      <w:r w:rsidRPr="00C9454D">
        <w:rPr>
          <w:b/>
          <w:bCs/>
          <w:sz w:val="24"/>
          <w:szCs w:val="24"/>
        </w:rPr>
        <w:t>shuddered</w:t>
      </w:r>
      <w:r w:rsidRPr="00C9454D">
        <w:rPr>
          <w:sz w:val="24"/>
          <w:szCs w:val="24"/>
        </w:rPr>
        <w:t>.</w:t>
      </w:r>
    </w:p>
    <w:p w14:paraId="0E54580B" w14:textId="77777777" w:rsidR="00D554F1" w:rsidRPr="00C9454D" w:rsidRDefault="00D554F1" w:rsidP="00C9454D">
      <w:pPr>
        <w:rPr>
          <w:sz w:val="24"/>
          <w:szCs w:val="24"/>
        </w:rPr>
      </w:pPr>
      <w:r w:rsidRPr="00C9454D">
        <w:rPr>
          <w:sz w:val="24"/>
          <w:szCs w:val="24"/>
        </w:rPr>
        <w:t xml:space="preserve">Then: </w:t>
      </w:r>
      <w:r w:rsidRPr="00C9454D">
        <w:rPr>
          <w:b/>
          <w:bCs/>
          <w:sz w:val="24"/>
          <w:szCs w:val="24"/>
        </w:rPr>
        <w:t>CRACK.</w:t>
      </w:r>
    </w:p>
    <w:p w14:paraId="54C247CE" w14:textId="77777777" w:rsidR="00D554F1" w:rsidRPr="00C9454D" w:rsidRDefault="00D554F1" w:rsidP="00C9454D">
      <w:pPr>
        <w:rPr>
          <w:sz w:val="24"/>
          <w:szCs w:val="24"/>
        </w:rPr>
      </w:pPr>
      <w:r w:rsidRPr="00C9454D">
        <w:rPr>
          <w:sz w:val="24"/>
          <w:szCs w:val="24"/>
        </w:rPr>
        <w:t>The foundation tore.</w:t>
      </w:r>
    </w:p>
    <w:p w14:paraId="3C499150" w14:textId="77777777" w:rsidR="00D554F1" w:rsidRPr="00C9454D" w:rsidRDefault="00D554F1" w:rsidP="00C9454D">
      <w:pPr>
        <w:rPr>
          <w:sz w:val="24"/>
          <w:szCs w:val="24"/>
        </w:rPr>
      </w:pPr>
      <w:r w:rsidRPr="00C9454D">
        <w:rPr>
          <w:sz w:val="24"/>
          <w:szCs w:val="24"/>
        </w:rPr>
        <w:t>The entire mill shifted.</w:t>
      </w:r>
    </w:p>
    <w:p w14:paraId="6D587DFB" w14:textId="77777777" w:rsidR="00D554F1" w:rsidRPr="00C9454D" w:rsidRDefault="00D554F1" w:rsidP="00C9454D">
      <w:pPr>
        <w:rPr>
          <w:sz w:val="24"/>
          <w:szCs w:val="24"/>
        </w:rPr>
      </w:pPr>
      <w:r w:rsidRPr="00C9454D">
        <w:rPr>
          <w:sz w:val="24"/>
          <w:szCs w:val="24"/>
        </w:rPr>
        <w:t>The floor fell away behind her.</w:t>
      </w:r>
    </w:p>
    <w:p w14:paraId="76E5F0CE" w14:textId="77777777" w:rsidR="00D554F1" w:rsidRPr="00C9454D" w:rsidRDefault="00D554F1" w:rsidP="00C9454D">
      <w:pPr>
        <w:rPr>
          <w:sz w:val="24"/>
          <w:szCs w:val="24"/>
        </w:rPr>
      </w:pPr>
      <w:r w:rsidRPr="00C9454D">
        <w:rPr>
          <w:sz w:val="24"/>
          <w:szCs w:val="24"/>
        </w:rPr>
        <w:t>She screamed—once. A primal sound. A sound she would never hear again without tasting river.</w:t>
      </w:r>
    </w:p>
    <w:p w14:paraId="6E53FAF4" w14:textId="77777777" w:rsidR="00D554F1" w:rsidRPr="00C9454D" w:rsidRDefault="00D554F1" w:rsidP="00C9454D">
      <w:pPr>
        <w:rPr>
          <w:sz w:val="24"/>
          <w:szCs w:val="24"/>
        </w:rPr>
      </w:pPr>
      <w:r w:rsidRPr="00C9454D">
        <w:rPr>
          <w:sz w:val="24"/>
          <w:szCs w:val="24"/>
        </w:rPr>
        <w:t>And then, somehow—</w:t>
      </w:r>
      <w:r w:rsidRPr="00C9454D">
        <w:rPr>
          <w:b/>
          <w:bCs/>
          <w:sz w:val="24"/>
          <w:szCs w:val="24"/>
        </w:rPr>
        <w:t>she hoisted.</w:t>
      </w:r>
    </w:p>
    <w:p w14:paraId="26CF670A" w14:textId="77777777" w:rsidR="00D554F1" w:rsidRPr="00C9454D" w:rsidRDefault="00D554F1" w:rsidP="00C9454D">
      <w:pPr>
        <w:rPr>
          <w:sz w:val="24"/>
          <w:szCs w:val="24"/>
        </w:rPr>
      </w:pPr>
      <w:r w:rsidRPr="00C9454D">
        <w:rPr>
          <w:sz w:val="24"/>
          <w:szCs w:val="24"/>
        </w:rPr>
        <w:t>With every strength left in her. With thighs that tore, arms that failed, will that did not.</w:t>
      </w:r>
    </w:p>
    <w:p w14:paraId="7DB0C2F8" w14:textId="77777777" w:rsidR="00D554F1" w:rsidRPr="00C9454D" w:rsidRDefault="00D554F1" w:rsidP="00C9454D">
      <w:pPr>
        <w:rPr>
          <w:sz w:val="24"/>
          <w:szCs w:val="24"/>
        </w:rPr>
      </w:pPr>
      <w:r w:rsidRPr="00C9454D">
        <w:rPr>
          <w:sz w:val="24"/>
          <w:szCs w:val="24"/>
        </w:rPr>
        <w:t>She pulled herself onto the roof.</w:t>
      </w:r>
    </w:p>
    <w:p w14:paraId="0134AA38" w14:textId="77777777" w:rsidR="00D554F1" w:rsidRPr="00C9454D" w:rsidRDefault="00D554F1" w:rsidP="00C9454D">
      <w:pPr>
        <w:rPr>
          <w:sz w:val="24"/>
          <w:szCs w:val="24"/>
        </w:rPr>
      </w:pPr>
      <w:r w:rsidRPr="00C9454D">
        <w:rPr>
          <w:sz w:val="24"/>
          <w:szCs w:val="24"/>
        </w:rPr>
        <w:t>She found a hold. A seam in the stone. A nail in the beam.</w:t>
      </w:r>
    </w:p>
    <w:p w14:paraId="5C72DF37" w14:textId="77777777" w:rsidR="00D554F1" w:rsidRPr="00C9454D" w:rsidRDefault="00D554F1" w:rsidP="00C9454D">
      <w:pPr>
        <w:rPr>
          <w:sz w:val="24"/>
          <w:szCs w:val="24"/>
        </w:rPr>
      </w:pPr>
      <w:r w:rsidRPr="00C9454D">
        <w:rPr>
          <w:sz w:val="24"/>
          <w:szCs w:val="24"/>
        </w:rPr>
        <w:t>She planted.</w:t>
      </w:r>
    </w:p>
    <w:p w14:paraId="3DEA15A7" w14:textId="77777777" w:rsidR="00D554F1" w:rsidRPr="00C9454D" w:rsidRDefault="00D554F1" w:rsidP="00C9454D">
      <w:pPr>
        <w:rPr>
          <w:sz w:val="24"/>
          <w:szCs w:val="24"/>
        </w:rPr>
      </w:pPr>
      <w:r w:rsidRPr="00C9454D">
        <w:rPr>
          <w:sz w:val="24"/>
          <w:szCs w:val="24"/>
        </w:rPr>
        <w:t>She did not weep. There was no time.</w:t>
      </w:r>
    </w:p>
    <w:p w14:paraId="584D7059" w14:textId="77777777" w:rsidR="00D554F1" w:rsidRPr="00C9454D" w:rsidRDefault="00D554F1" w:rsidP="00C9454D">
      <w:pPr>
        <w:rPr>
          <w:sz w:val="24"/>
          <w:szCs w:val="24"/>
        </w:rPr>
      </w:pPr>
      <w:r w:rsidRPr="00C9454D">
        <w:rPr>
          <w:sz w:val="24"/>
          <w:szCs w:val="24"/>
        </w:rPr>
        <w:t>And then—another crash.</w:t>
      </w:r>
    </w:p>
    <w:p w14:paraId="2DDBE784" w14:textId="77777777" w:rsidR="00D554F1" w:rsidRPr="00C9454D" w:rsidRDefault="00D554F1" w:rsidP="00C9454D">
      <w:pPr>
        <w:rPr>
          <w:sz w:val="24"/>
          <w:szCs w:val="24"/>
        </w:rPr>
      </w:pPr>
      <w:r w:rsidRPr="00C9454D">
        <w:rPr>
          <w:sz w:val="24"/>
          <w:szCs w:val="24"/>
        </w:rPr>
        <w:t xml:space="preserve">The mill </w:t>
      </w:r>
      <w:r w:rsidRPr="00C9454D">
        <w:rPr>
          <w:b/>
          <w:bCs/>
          <w:sz w:val="24"/>
          <w:szCs w:val="24"/>
        </w:rPr>
        <w:t>lodged</w:t>
      </w:r>
      <w:r w:rsidRPr="00C9454D">
        <w:rPr>
          <w:sz w:val="24"/>
          <w:szCs w:val="24"/>
        </w:rPr>
        <w:t>. Against something. Hard. Immovable.</w:t>
      </w:r>
    </w:p>
    <w:p w14:paraId="684D7CFB" w14:textId="77777777" w:rsidR="00D554F1" w:rsidRPr="00C9454D" w:rsidRDefault="00D554F1" w:rsidP="00C9454D">
      <w:pPr>
        <w:rPr>
          <w:sz w:val="24"/>
          <w:szCs w:val="24"/>
        </w:rPr>
      </w:pPr>
      <w:r w:rsidRPr="00C9454D">
        <w:rPr>
          <w:sz w:val="24"/>
          <w:szCs w:val="24"/>
        </w:rPr>
        <w:t>The big oaks.</w:t>
      </w:r>
    </w:p>
    <w:p w14:paraId="7FC094B4" w14:textId="77777777" w:rsidR="00D554F1" w:rsidRPr="00C9454D" w:rsidRDefault="00D554F1" w:rsidP="00C9454D">
      <w:pPr>
        <w:rPr>
          <w:sz w:val="24"/>
          <w:szCs w:val="24"/>
        </w:rPr>
      </w:pPr>
      <w:r w:rsidRPr="00C9454D">
        <w:rPr>
          <w:sz w:val="24"/>
          <w:szCs w:val="24"/>
        </w:rPr>
        <w:t>Abilene clung to the sloped edge, her back pressed to the heavens.</w:t>
      </w:r>
    </w:p>
    <w:p w14:paraId="1A15B055" w14:textId="77777777" w:rsidR="00D554F1" w:rsidRPr="00C9454D" w:rsidRDefault="00D554F1" w:rsidP="00C9454D">
      <w:pPr>
        <w:rPr>
          <w:sz w:val="24"/>
          <w:szCs w:val="24"/>
        </w:rPr>
      </w:pPr>
      <w:r w:rsidRPr="00C9454D">
        <w:rPr>
          <w:sz w:val="24"/>
          <w:szCs w:val="24"/>
        </w:rPr>
        <w:t>She did the only thing there was left to do.</w:t>
      </w:r>
    </w:p>
    <w:p w14:paraId="4D1A78EE" w14:textId="77777777" w:rsidR="00D554F1" w:rsidRPr="00C9454D" w:rsidRDefault="00D554F1" w:rsidP="00C9454D">
      <w:pPr>
        <w:rPr>
          <w:sz w:val="24"/>
          <w:szCs w:val="24"/>
        </w:rPr>
      </w:pPr>
      <w:r w:rsidRPr="00C9454D">
        <w:rPr>
          <w:b/>
          <w:bCs/>
          <w:sz w:val="24"/>
          <w:szCs w:val="24"/>
        </w:rPr>
        <w:t>She prayed.</w:t>
      </w:r>
    </w:p>
    <w:p w14:paraId="0E9C9649" w14:textId="6D91B72B" w:rsidR="00136216" w:rsidRPr="00C9454D" w:rsidRDefault="00D554F1" w:rsidP="00C9454D">
      <w:pPr>
        <w:rPr>
          <w:sz w:val="24"/>
          <w:szCs w:val="24"/>
        </w:rPr>
      </w:pPr>
      <w:r w:rsidRPr="00C9454D">
        <w:rPr>
          <w:sz w:val="24"/>
          <w:szCs w:val="24"/>
        </w:rPr>
        <w:t>And the flood rolled on.</w:t>
      </w:r>
    </w:p>
    <w:p w14:paraId="283E1F3A" w14:textId="5299F999" w:rsidR="00136216" w:rsidRPr="00C9454D" w:rsidRDefault="00136216" w:rsidP="00C9454D">
      <w:pPr>
        <w:rPr>
          <w:sz w:val="24"/>
          <w:szCs w:val="24"/>
        </w:rPr>
      </w:pPr>
      <w:r w:rsidRPr="00C9454D">
        <w:rPr>
          <w:sz w:val="24"/>
          <w:szCs w:val="24"/>
        </w:rPr>
        <w:t>The floodwaters were unrelenting, the river’s roar drowning out every other sound as Guy navigated the treacherous landscape</w:t>
      </w:r>
      <w:r w:rsidR="00093FE9" w:rsidRPr="00C9454D">
        <w:rPr>
          <w:sz w:val="24"/>
          <w:szCs w:val="24"/>
        </w:rPr>
        <w:t xml:space="preserve"> on horseback</w:t>
      </w:r>
      <w:r w:rsidRPr="00C9454D">
        <w:rPr>
          <w:sz w:val="24"/>
          <w:szCs w:val="24"/>
        </w:rPr>
        <w:t xml:space="preserve">. The roads were submerged, the once-familiar paths of </w:t>
      </w:r>
      <w:proofErr w:type="spellStart"/>
      <w:r w:rsidR="00225D06" w:rsidRPr="00C9454D">
        <w:rPr>
          <w:sz w:val="24"/>
          <w:szCs w:val="24"/>
        </w:rPr>
        <w:t>Teston</w:t>
      </w:r>
      <w:proofErr w:type="spellEnd"/>
      <w:r w:rsidRPr="00C9454D">
        <w:rPr>
          <w:sz w:val="24"/>
          <w:szCs w:val="24"/>
        </w:rPr>
        <w:t xml:space="preserve"> transformed into a chaotic maze of water and debris. Villagers clung to rooftops and trees, their cries for help lost in the deafening storm.</w:t>
      </w:r>
    </w:p>
    <w:p w14:paraId="7240AA17" w14:textId="77777777" w:rsidR="00136216" w:rsidRPr="00C9454D" w:rsidRDefault="00136216" w:rsidP="00C9454D">
      <w:pPr>
        <w:rPr>
          <w:sz w:val="24"/>
          <w:szCs w:val="24"/>
        </w:rPr>
      </w:pPr>
      <w:r w:rsidRPr="00C9454D">
        <w:rPr>
          <w:sz w:val="24"/>
          <w:szCs w:val="24"/>
        </w:rPr>
        <w:t>Guy’s horse struggled through the thick mud, its hooves slipping as it braced against the current. He scanned the floodwaters desperately, his sharp eyes searching for any sign of Abilene. His heart pounded as he imagined her swept away, her slender frame no match for the river’s savage strength.</w:t>
      </w:r>
    </w:p>
    <w:p w14:paraId="35CA3323" w14:textId="77777777" w:rsidR="00136216" w:rsidRPr="00C9454D" w:rsidRDefault="00136216" w:rsidP="00C9454D">
      <w:pPr>
        <w:rPr>
          <w:sz w:val="24"/>
          <w:szCs w:val="24"/>
        </w:rPr>
      </w:pPr>
      <w:r w:rsidRPr="00C9454D">
        <w:rPr>
          <w:sz w:val="24"/>
          <w:szCs w:val="24"/>
        </w:rPr>
        <w:t>As he approached the area near the mill, the destruction became even more apparent. The structure, once a sturdy fixture on the riverbank, had been torn from its foundation and swept downstream. Pieces of its wooden frame jutted out of the water like broken ribs, tangled with uprooted trees and fragments of nearby cottages.</w:t>
      </w:r>
    </w:p>
    <w:p w14:paraId="29188614" w14:textId="77777777" w:rsidR="00136216" w:rsidRPr="00C9454D" w:rsidRDefault="00136216" w:rsidP="00C9454D">
      <w:pPr>
        <w:rPr>
          <w:sz w:val="24"/>
          <w:szCs w:val="24"/>
        </w:rPr>
      </w:pPr>
      <w:r w:rsidRPr="00C9454D">
        <w:rPr>
          <w:sz w:val="24"/>
          <w:szCs w:val="24"/>
        </w:rPr>
        <w:t>“Abilene!” Guy shouted, his voice hoarse. He called her name again and again, his voice breaking as the storm offered no answer.</w:t>
      </w:r>
    </w:p>
    <w:p w14:paraId="2CDC883B" w14:textId="77777777" w:rsidR="00136216" w:rsidRPr="00C9454D" w:rsidRDefault="00136216" w:rsidP="00C9454D">
      <w:pPr>
        <w:rPr>
          <w:sz w:val="24"/>
          <w:szCs w:val="24"/>
        </w:rPr>
      </w:pPr>
    </w:p>
    <w:p w14:paraId="2363068B" w14:textId="77777777" w:rsidR="00136216" w:rsidRPr="00C9454D" w:rsidRDefault="00136216" w:rsidP="00C9454D">
      <w:pPr>
        <w:rPr>
          <w:sz w:val="24"/>
          <w:szCs w:val="24"/>
        </w:rPr>
      </w:pPr>
      <w:r w:rsidRPr="00C9454D">
        <w:rPr>
          <w:sz w:val="24"/>
          <w:szCs w:val="24"/>
        </w:rPr>
        <w:t>For a moment, despair threatened to overwhelm him. He dismounted, sinking to his knees in the mud as the rain continued to pour. His mind conjured images of her—her determined hazel eyes, her quick smile, the way her laughter seemed to light up even the darkest moments. He clenched his fists, his nails biting into his palms.</w:t>
      </w:r>
    </w:p>
    <w:p w14:paraId="28FEC46F" w14:textId="77777777" w:rsidR="00136216" w:rsidRPr="00C9454D" w:rsidRDefault="00136216" w:rsidP="00C9454D">
      <w:pPr>
        <w:rPr>
          <w:sz w:val="24"/>
          <w:szCs w:val="24"/>
        </w:rPr>
      </w:pPr>
      <w:r w:rsidRPr="00C9454D">
        <w:rPr>
          <w:sz w:val="24"/>
          <w:szCs w:val="24"/>
        </w:rPr>
        <w:t>“Abilene...” he whispered, the word a prayer, a plea.</w:t>
      </w:r>
    </w:p>
    <w:p w14:paraId="50C2AA2B" w14:textId="77777777" w:rsidR="00136216" w:rsidRPr="00C9454D" w:rsidRDefault="00136216" w:rsidP="00C9454D">
      <w:pPr>
        <w:rPr>
          <w:sz w:val="24"/>
          <w:szCs w:val="24"/>
        </w:rPr>
      </w:pPr>
      <w:r w:rsidRPr="00C9454D">
        <w:rPr>
          <w:sz w:val="24"/>
          <w:szCs w:val="24"/>
        </w:rPr>
        <w:t>Then, through the mist and rain, he saw it—the remnants of the mill lodged against a massive oak tree on the riverbank. And there, huddled on the roof, was Abilene. Her cloak was soaked, her dark hair plastered to her pale face. She clung to the edge of the structure, her body trembling with cold and exhaustion.</w:t>
      </w:r>
    </w:p>
    <w:p w14:paraId="57071746" w14:textId="77777777" w:rsidR="00136216" w:rsidRPr="00C9454D" w:rsidRDefault="00136216" w:rsidP="00C9454D">
      <w:pPr>
        <w:rPr>
          <w:sz w:val="24"/>
          <w:szCs w:val="24"/>
        </w:rPr>
      </w:pPr>
      <w:r w:rsidRPr="00C9454D">
        <w:rPr>
          <w:sz w:val="24"/>
          <w:szCs w:val="24"/>
        </w:rPr>
        <w:t>“Abilene!” Guy shouted, his voice cutting through the roar of the river.</w:t>
      </w:r>
    </w:p>
    <w:p w14:paraId="4614C899" w14:textId="77777777" w:rsidR="00136216" w:rsidRPr="00C9454D" w:rsidRDefault="00136216" w:rsidP="00C9454D">
      <w:pPr>
        <w:rPr>
          <w:sz w:val="24"/>
          <w:szCs w:val="24"/>
        </w:rPr>
      </w:pPr>
      <w:r w:rsidRPr="00C9454D">
        <w:rPr>
          <w:sz w:val="24"/>
          <w:szCs w:val="24"/>
        </w:rPr>
        <w:t>Her head lifted weakly, and she turned toward him. Relief and disbelief flooded her face as she raised a trembling hand. “Guy!” she called, her voice faint but unmistakable.</w:t>
      </w:r>
    </w:p>
    <w:p w14:paraId="26606C33" w14:textId="77777777" w:rsidR="00136216" w:rsidRPr="00C9454D" w:rsidRDefault="00136216" w:rsidP="00C9454D">
      <w:pPr>
        <w:rPr>
          <w:sz w:val="24"/>
          <w:szCs w:val="24"/>
        </w:rPr>
      </w:pPr>
    </w:p>
    <w:p w14:paraId="5C23B977" w14:textId="77777777" w:rsidR="00136216" w:rsidRPr="00C9454D" w:rsidRDefault="00136216" w:rsidP="00C9454D">
      <w:pPr>
        <w:rPr>
          <w:sz w:val="24"/>
          <w:szCs w:val="24"/>
        </w:rPr>
      </w:pPr>
      <w:r w:rsidRPr="00C9454D">
        <w:rPr>
          <w:sz w:val="24"/>
          <w:szCs w:val="24"/>
        </w:rPr>
        <w:t>Guy’s heart surged with both relief and urgency. He secured his horse to a nearby tree and grabbed the rope he had brought with him. Tying one end to the oak, he approached as close as he dared, the muddy ground threatening to give way beneath his boots.</w:t>
      </w:r>
    </w:p>
    <w:p w14:paraId="618EFB5F" w14:textId="77777777" w:rsidR="00136216" w:rsidRPr="00C9454D" w:rsidRDefault="00136216" w:rsidP="00C9454D">
      <w:pPr>
        <w:rPr>
          <w:sz w:val="24"/>
          <w:szCs w:val="24"/>
        </w:rPr>
      </w:pPr>
      <w:r w:rsidRPr="00C9454D">
        <w:rPr>
          <w:sz w:val="24"/>
          <w:szCs w:val="24"/>
        </w:rPr>
        <w:t>“Stay where you are!” he ordered, his voice firm. “I’ll get you off!”</w:t>
      </w:r>
    </w:p>
    <w:p w14:paraId="454E4FFE" w14:textId="1DCAED50" w:rsidR="00136216" w:rsidRPr="00C9454D" w:rsidRDefault="00136216" w:rsidP="00C9454D">
      <w:pPr>
        <w:rPr>
          <w:sz w:val="24"/>
          <w:szCs w:val="24"/>
        </w:rPr>
      </w:pPr>
      <w:r w:rsidRPr="00C9454D">
        <w:rPr>
          <w:sz w:val="24"/>
          <w:szCs w:val="24"/>
        </w:rPr>
        <w:t>Abilene nodded, her eyes wi</w:t>
      </w:r>
      <w:r w:rsidR="00DD1FF5" w:rsidRPr="00C9454D">
        <w:rPr>
          <w:sz w:val="24"/>
          <w:szCs w:val="24"/>
        </w:rPr>
        <w:t xml:space="preserve">de </w:t>
      </w:r>
      <w:r w:rsidRPr="00C9454D">
        <w:rPr>
          <w:sz w:val="24"/>
          <w:szCs w:val="24"/>
        </w:rPr>
        <w:t xml:space="preserve">with fear but trusting him completely. Guy worked quickly, throwing the other end of the rope toward her. It took three attempts before she caught it, her frozen fingers fumbling to secure it around </w:t>
      </w:r>
      <w:r w:rsidR="000B072B" w:rsidRPr="00C9454D">
        <w:rPr>
          <w:sz w:val="24"/>
          <w:szCs w:val="24"/>
        </w:rPr>
        <w:t xml:space="preserve">a </w:t>
      </w:r>
      <w:r w:rsidR="00AA2094" w:rsidRPr="00C9454D">
        <w:rPr>
          <w:sz w:val="24"/>
          <w:szCs w:val="24"/>
        </w:rPr>
        <w:t xml:space="preserve">roof </w:t>
      </w:r>
      <w:r w:rsidR="000B072B" w:rsidRPr="00C9454D">
        <w:rPr>
          <w:sz w:val="24"/>
          <w:szCs w:val="24"/>
        </w:rPr>
        <w:t>post</w:t>
      </w:r>
      <w:r w:rsidR="00302556" w:rsidRPr="00C9454D">
        <w:rPr>
          <w:sz w:val="24"/>
          <w:szCs w:val="24"/>
        </w:rPr>
        <w:t xml:space="preserve"> and to herself</w:t>
      </w:r>
      <w:r w:rsidR="00AB28EB" w:rsidRPr="00C9454D">
        <w:rPr>
          <w:sz w:val="24"/>
          <w:szCs w:val="24"/>
        </w:rPr>
        <w:t>.</w:t>
      </w:r>
    </w:p>
    <w:p w14:paraId="685F8D00" w14:textId="08018FB8" w:rsidR="00136216" w:rsidRPr="00C9454D" w:rsidRDefault="00136216" w:rsidP="00C9454D">
      <w:pPr>
        <w:rPr>
          <w:sz w:val="24"/>
          <w:szCs w:val="24"/>
        </w:rPr>
      </w:pPr>
      <w:r w:rsidRPr="00C9454D">
        <w:rPr>
          <w:sz w:val="24"/>
          <w:szCs w:val="24"/>
        </w:rPr>
        <w:t xml:space="preserve">“Hold tight!” Guy shouted. He braced himself against the oak, using its trunk for leverage as he began to pull </w:t>
      </w:r>
      <w:r w:rsidR="000B072B" w:rsidRPr="00C9454D">
        <w:rPr>
          <w:sz w:val="24"/>
          <w:szCs w:val="24"/>
        </w:rPr>
        <w:t>the</w:t>
      </w:r>
      <w:r w:rsidR="002E3DC7" w:rsidRPr="00C9454D">
        <w:rPr>
          <w:sz w:val="24"/>
          <w:szCs w:val="24"/>
        </w:rPr>
        <w:t xml:space="preserve"> </w:t>
      </w:r>
      <w:r w:rsidR="00A662C2" w:rsidRPr="00C9454D">
        <w:rPr>
          <w:sz w:val="24"/>
          <w:szCs w:val="24"/>
        </w:rPr>
        <w:t>mill</w:t>
      </w:r>
      <w:r w:rsidR="000D179F" w:rsidRPr="00C9454D">
        <w:rPr>
          <w:sz w:val="24"/>
          <w:szCs w:val="24"/>
        </w:rPr>
        <w:t>’s</w:t>
      </w:r>
      <w:r w:rsidR="00302556" w:rsidRPr="00C9454D">
        <w:rPr>
          <w:sz w:val="24"/>
          <w:szCs w:val="24"/>
        </w:rPr>
        <w:t xml:space="preserve"> roof</w:t>
      </w:r>
      <w:r w:rsidRPr="00C9454D">
        <w:rPr>
          <w:sz w:val="24"/>
          <w:szCs w:val="24"/>
        </w:rPr>
        <w:t xml:space="preserve"> toward the bank. The current fought him every step of the way, tugging at the </w:t>
      </w:r>
      <w:r w:rsidR="0039281C" w:rsidRPr="00C9454D">
        <w:rPr>
          <w:sz w:val="24"/>
          <w:szCs w:val="24"/>
        </w:rPr>
        <w:t>roof</w:t>
      </w:r>
      <w:r w:rsidRPr="00C9454D">
        <w:rPr>
          <w:sz w:val="24"/>
          <w:szCs w:val="24"/>
        </w:rPr>
        <w:t xml:space="preserve"> and threatening to tear it free from its precarious position. But Guy held fast, his muscles straining as he inched Abilene closer to safety.</w:t>
      </w:r>
    </w:p>
    <w:p w14:paraId="34B12F03" w14:textId="77777777" w:rsidR="00136216" w:rsidRPr="00C9454D" w:rsidRDefault="00136216" w:rsidP="00C9454D">
      <w:pPr>
        <w:rPr>
          <w:sz w:val="24"/>
          <w:szCs w:val="24"/>
        </w:rPr>
      </w:pPr>
      <w:r w:rsidRPr="00C9454D">
        <w:rPr>
          <w:sz w:val="24"/>
          <w:szCs w:val="24"/>
        </w:rPr>
        <w:t>When she was finally within reach, he extended his hand. “Jump to me!” he commanded.</w:t>
      </w:r>
    </w:p>
    <w:p w14:paraId="0C656327" w14:textId="5AEE7B6F" w:rsidR="00136216" w:rsidRPr="00C9454D" w:rsidRDefault="00136216" w:rsidP="00C9454D">
      <w:pPr>
        <w:rPr>
          <w:sz w:val="24"/>
          <w:szCs w:val="24"/>
        </w:rPr>
      </w:pPr>
      <w:r w:rsidRPr="00C9454D">
        <w:rPr>
          <w:sz w:val="24"/>
          <w:szCs w:val="24"/>
        </w:rPr>
        <w:t>Abilene hesitated only for a moment before pushing off. Her body collided with his, the force nearly knocking them both into the water. But Guy held her tightly, anchoring them both to the oak until he was certain they were safe.</w:t>
      </w:r>
    </w:p>
    <w:p w14:paraId="28999993" w14:textId="77777777" w:rsidR="00136216" w:rsidRPr="00C9454D" w:rsidRDefault="00136216" w:rsidP="00C9454D">
      <w:pPr>
        <w:rPr>
          <w:sz w:val="24"/>
          <w:szCs w:val="24"/>
        </w:rPr>
      </w:pPr>
    </w:p>
    <w:p w14:paraId="27A55E0B" w14:textId="77777777" w:rsidR="00136216" w:rsidRPr="00C9454D" w:rsidRDefault="00136216" w:rsidP="00C9454D">
      <w:pPr>
        <w:rPr>
          <w:sz w:val="24"/>
          <w:szCs w:val="24"/>
        </w:rPr>
      </w:pPr>
      <w:r w:rsidRPr="00C9454D">
        <w:rPr>
          <w:sz w:val="24"/>
          <w:szCs w:val="24"/>
        </w:rPr>
        <w:t>They collapsed onto the muddy bank, gasping for breath. For a long moment, neither of them spoke, the storm raging around them as they clung to the solid ground. Then Guy turned to her, his hands gripping her shoulders as he searched her face.</w:t>
      </w:r>
    </w:p>
    <w:p w14:paraId="0E1583F9" w14:textId="77777777" w:rsidR="00136216" w:rsidRPr="00C9454D" w:rsidRDefault="00136216" w:rsidP="00C9454D">
      <w:pPr>
        <w:rPr>
          <w:sz w:val="24"/>
          <w:szCs w:val="24"/>
        </w:rPr>
      </w:pPr>
      <w:r w:rsidRPr="00C9454D">
        <w:rPr>
          <w:sz w:val="24"/>
          <w:szCs w:val="24"/>
        </w:rPr>
        <w:t>“Are you hurt?” he demanded, his voice rough with emotion.</w:t>
      </w:r>
    </w:p>
    <w:p w14:paraId="6A748EDE" w14:textId="77777777" w:rsidR="00136216" w:rsidRPr="00C9454D" w:rsidRDefault="00136216" w:rsidP="00C9454D">
      <w:pPr>
        <w:rPr>
          <w:sz w:val="24"/>
          <w:szCs w:val="24"/>
        </w:rPr>
      </w:pPr>
      <w:r w:rsidRPr="00C9454D">
        <w:rPr>
          <w:sz w:val="24"/>
          <w:szCs w:val="24"/>
        </w:rPr>
        <w:t>“No,” Abilene whispered, her voice trembling. “But Agnes—she’s gone.”</w:t>
      </w:r>
    </w:p>
    <w:p w14:paraId="1499C952" w14:textId="77777777" w:rsidR="00136216" w:rsidRPr="00C9454D" w:rsidRDefault="00136216" w:rsidP="00C9454D">
      <w:pPr>
        <w:rPr>
          <w:sz w:val="24"/>
          <w:szCs w:val="24"/>
        </w:rPr>
      </w:pPr>
      <w:r w:rsidRPr="00C9454D">
        <w:rPr>
          <w:sz w:val="24"/>
          <w:szCs w:val="24"/>
        </w:rPr>
        <w:t>Guy’s expression softened, and he pulled her into his arms, his strength a shield against the storm. “You’re alive,” he said quietly, his voice steady despite the chaos around them. “That’s what matters.”</w:t>
      </w:r>
    </w:p>
    <w:p w14:paraId="6ACD0D21" w14:textId="5A569759" w:rsidR="00136216" w:rsidRPr="00C9454D" w:rsidRDefault="00136216" w:rsidP="00C9454D">
      <w:pPr>
        <w:rPr>
          <w:sz w:val="24"/>
          <w:szCs w:val="24"/>
        </w:rPr>
      </w:pPr>
      <w:r w:rsidRPr="00C9454D">
        <w:rPr>
          <w:sz w:val="24"/>
          <w:szCs w:val="24"/>
        </w:rPr>
        <w:t>Abilene closed her eyes, the weight of loss mingling with the fragile relief of survival. She was safe, but the Medway had taken so much—homes, lives, and the innocence of a village that would never be the same.</w:t>
      </w:r>
    </w:p>
    <w:p w14:paraId="3AA78A79" w14:textId="77777777" w:rsidR="00321198" w:rsidRPr="00C9454D" w:rsidRDefault="00321198" w:rsidP="00C9454D">
      <w:pPr>
        <w:rPr>
          <w:sz w:val="24"/>
          <w:szCs w:val="24"/>
        </w:rPr>
      </w:pPr>
    </w:p>
    <w:p w14:paraId="7C32255B" w14:textId="60E48AA3" w:rsidR="00A434CC" w:rsidRPr="00C9454D" w:rsidRDefault="009E01F2" w:rsidP="00C9454D">
      <w:pPr>
        <w:pStyle w:val="Heading2"/>
        <w:rPr>
          <w:sz w:val="24"/>
          <w:szCs w:val="24"/>
        </w:rPr>
      </w:pPr>
      <w:r w:rsidRPr="00C9454D">
        <w:rPr>
          <w:sz w:val="24"/>
          <w:szCs w:val="24"/>
        </w:rPr>
        <w:t>The Day After</w:t>
      </w:r>
    </w:p>
    <w:p w14:paraId="066FBB6A" w14:textId="77777777" w:rsidR="00060970" w:rsidRPr="00C9454D" w:rsidRDefault="00060970" w:rsidP="00C9454D">
      <w:pPr>
        <w:rPr>
          <w:sz w:val="24"/>
          <w:szCs w:val="24"/>
        </w:rPr>
      </w:pPr>
    </w:p>
    <w:p w14:paraId="2AD00FB1" w14:textId="22549806" w:rsidR="00A434CC" w:rsidRPr="00C9454D" w:rsidRDefault="00A434CC" w:rsidP="00C9454D">
      <w:pPr>
        <w:rPr>
          <w:sz w:val="24"/>
          <w:szCs w:val="24"/>
        </w:rPr>
      </w:pPr>
      <w:r w:rsidRPr="00C9454D">
        <w:rPr>
          <w:sz w:val="24"/>
          <w:szCs w:val="24"/>
        </w:rPr>
        <w:t>When the rain stopped at dawn, the Medway River began to rece</w:t>
      </w:r>
      <w:r w:rsidR="00DD1FF5" w:rsidRPr="00C9454D">
        <w:rPr>
          <w:sz w:val="24"/>
          <w:szCs w:val="24"/>
        </w:rPr>
        <w:t xml:space="preserve">de </w:t>
      </w:r>
      <w:r w:rsidRPr="00C9454D">
        <w:rPr>
          <w:sz w:val="24"/>
          <w:szCs w:val="24"/>
        </w:rPr>
        <w:t xml:space="preserve">rapidly, leaving behind a wasteland of destruction. The village of </w:t>
      </w:r>
      <w:proofErr w:type="spellStart"/>
      <w:r w:rsidR="00225D06" w:rsidRPr="00C9454D">
        <w:rPr>
          <w:sz w:val="24"/>
          <w:szCs w:val="24"/>
        </w:rPr>
        <w:t>Teston</w:t>
      </w:r>
      <w:proofErr w:type="spellEnd"/>
      <w:r w:rsidRPr="00C9454D">
        <w:rPr>
          <w:sz w:val="24"/>
          <w:szCs w:val="24"/>
        </w:rPr>
        <w:t>, once a place of life and laughter, now resembled a battlefield. The air was thick with the stench of mud, decay, and death. Bodies lay tangled in the debris—men, women, children, and livestock—silent witnesses to the river’s unrelenting fury. The devastation was unimaginable; for every survivor, it seemed ten more had perished.</w:t>
      </w:r>
    </w:p>
    <w:p w14:paraId="0AF6C80E" w14:textId="49A87AEC" w:rsidR="00A434CC" w:rsidRPr="00C9454D" w:rsidRDefault="00A434CC" w:rsidP="00C9454D">
      <w:pPr>
        <w:rPr>
          <w:sz w:val="24"/>
          <w:szCs w:val="24"/>
        </w:rPr>
      </w:pPr>
      <w:r w:rsidRPr="00C9454D">
        <w:rPr>
          <w:sz w:val="24"/>
          <w:szCs w:val="24"/>
        </w:rPr>
        <w:t xml:space="preserve">Abilene stood at the edge of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xml:space="preserve">’s high ground, staring out at the ruin below. Her hazel eyes scanned the horizon, but there was no solace to be found. The river had carved a path of destruction through the valley, swallowing fields and homes alike. Trees, their roots torn from the earth, lay strewn across the landscape like discarded toys. What remained of </w:t>
      </w:r>
      <w:proofErr w:type="spellStart"/>
      <w:r w:rsidR="00225D06" w:rsidRPr="00C9454D">
        <w:rPr>
          <w:sz w:val="24"/>
          <w:szCs w:val="24"/>
        </w:rPr>
        <w:t>Teston</w:t>
      </w:r>
      <w:proofErr w:type="spellEnd"/>
      <w:r w:rsidRPr="00C9454D">
        <w:rPr>
          <w:sz w:val="24"/>
          <w:szCs w:val="24"/>
        </w:rPr>
        <w:t xml:space="preserve"> was unrecognizable—timber and thatch scattered like ashes after a fire, the skeletal remains of cottages protruding from the mud.</w:t>
      </w:r>
    </w:p>
    <w:p w14:paraId="386570E4" w14:textId="77777777" w:rsidR="00A434CC" w:rsidRPr="00C9454D" w:rsidRDefault="00A434CC" w:rsidP="00C9454D">
      <w:pPr>
        <w:rPr>
          <w:sz w:val="24"/>
          <w:szCs w:val="24"/>
        </w:rPr>
      </w:pPr>
    </w:p>
    <w:p w14:paraId="26A8B053" w14:textId="487ABD25" w:rsidR="00A434CC" w:rsidRPr="00C9454D" w:rsidRDefault="00A434CC" w:rsidP="00C9454D">
      <w:pPr>
        <w:rPr>
          <w:sz w:val="24"/>
          <w:szCs w:val="24"/>
        </w:rPr>
      </w:pPr>
      <w:r w:rsidRPr="00C9454D">
        <w:rPr>
          <w:sz w:val="24"/>
          <w:szCs w:val="24"/>
        </w:rPr>
        <w:t xml:space="preserve">The villagers, those who had survived, moved </w:t>
      </w:r>
      <w:r w:rsidR="00257FE0" w:rsidRPr="00C9454D">
        <w:rPr>
          <w:sz w:val="24"/>
          <w:szCs w:val="24"/>
        </w:rPr>
        <w:t>lifeless</w:t>
      </w:r>
      <w:r w:rsidRPr="00C9454D">
        <w:rPr>
          <w:sz w:val="24"/>
          <w:szCs w:val="24"/>
        </w:rPr>
        <w:t xml:space="preserve"> through the wreckage. Their cries for missing loved ones echoed across the barren fields. Guy and Abilene worked alongsi</w:t>
      </w:r>
      <w:r w:rsidR="00DD1FF5" w:rsidRPr="00C9454D">
        <w:rPr>
          <w:sz w:val="24"/>
          <w:szCs w:val="24"/>
        </w:rPr>
        <w:t xml:space="preserve">de </w:t>
      </w:r>
      <w:r w:rsidRPr="00C9454D">
        <w:rPr>
          <w:sz w:val="24"/>
          <w:szCs w:val="24"/>
        </w:rPr>
        <w:t>them, but the hope of finding survivors dwindled with each passing hour. The mud was thick and unyielding, trapping everything in its cold, suffocating grip.</w:t>
      </w:r>
    </w:p>
    <w:p w14:paraId="30811D4C" w14:textId="77777777" w:rsidR="00A434CC" w:rsidRPr="00C9454D" w:rsidRDefault="00A434CC" w:rsidP="00C9454D">
      <w:pPr>
        <w:rPr>
          <w:sz w:val="24"/>
          <w:szCs w:val="24"/>
        </w:rPr>
      </w:pPr>
      <w:r w:rsidRPr="00C9454D">
        <w:rPr>
          <w:sz w:val="24"/>
          <w:szCs w:val="24"/>
        </w:rPr>
        <w:t>By midmorning, they found the first cluster of bodies. A family of four, their arms still wrapped around one another as if in a final act of protection, lay buried beneath the collapsed remains of their cottage. Abilene turned away, her hand pressed to her mouth to stifle a sob. She had seen death before—she was no stranger to loss—but this... this was something else. This was annihilation.</w:t>
      </w:r>
    </w:p>
    <w:p w14:paraId="644DA87A" w14:textId="77777777" w:rsidR="00A434CC" w:rsidRPr="00C9454D" w:rsidRDefault="00A434CC" w:rsidP="00C9454D">
      <w:pPr>
        <w:rPr>
          <w:sz w:val="24"/>
          <w:szCs w:val="24"/>
        </w:rPr>
      </w:pPr>
      <w:r w:rsidRPr="00C9454D">
        <w:rPr>
          <w:sz w:val="24"/>
          <w:szCs w:val="24"/>
        </w:rPr>
        <w:t>Guy’s voice, low and steady, broke through her despair. “We need to keep moving.”</w:t>
      </w:r>
    </w:p>
    <w:p w14:paraId="12452F2F" w14:textId="77777777" w:rsidR="00A434CC" w:rsidRPr="00C9454D" w:rsidRDefault="00A434CC" w:rsidP="00C9454D">
      <w:pPr>
        <w:rPr>
          <w:sz w:val="24"/>
          <w:szCs w:val="24"/>
        </w:rPr>
      </w:pPr>
      <w:r w:rsidRPr="00C9454D">
        <w:rPr>
          <w:sz w:val="24"/>
          <w:szCs w:val="24"/>
        </w:rPr>
        <w:t>She nodded, swallowing her grief as she forced herself to follow him. Together, they pulled bodies from the wreckage, laying them in neat rows for the priest to bless. The living grew fewer with each search, and the dead multiplied. Every discovery was a fresh wound, every face a reminder of what had been lost.</w:t>
      </w:r>
    </w:p>
    <w:p w14:paraId="032FCFE8" w14:textId="77777777" w:rsidR="00A434CC" w:rsidRPr="00C9454D" w:rsidRDefault="00A434CC" w:rsidP="00C9454D">
      <w:pPr>
        <w:rPr>
          <w:sz w:val="24"/>
          <w:szCs w:val="24"/>
        </w:rPr>
      </w:pPr>
    </w:p>
    <w:p w14:paraId="5C47A2BD" w14:textId="77777777" w:rsidR="00A434CC" w:rsidRPr="00C9454D" w:rsidRDefault="00A434CC" w:rsidP="00C9454D">
      <w:pPr>
        <w:rPr>
          <w:sz w:val="24"/>
          <w:szCs w:val="24"/>
        </w:rPr>
      </w:pPr>
      <w:r w:rsidRPr="00C9454D">
        <w:rPr>
          <w:sz w:val="24"/>
          <w:szCs w:val="24"/>
        </w:rPr>
        <w:t>By the second day, the scope of the tragedy was undeniable. The Medway had claimed nearly everyone who had lived along its banks. Only a handful of villagers had survived, their faces hollow with shock as they wandered the ruins. Children cried for parents who would never return. Mothers wept over the bodies of their sons. The fields were littered with carcasses—sheep, cattle, and horses—bloated and broken by the flood. Even the land itself seemed lifeless, the once fertile soil now a wasteland of mud and debris.</w:t>
      </w:r>
    </w:p>
    <w:p w14:paraId="433B13FD" w14:textId="77777777" w:rsidR="00A434CC" w:rsidRPr="00C9454D" w:rsidRDefault="00A434CC" w:rsidP="00C9454D">
      <w:pPr>
        <w:rPr>
          <w:sz w:val="24"/>
          <w:szCs w:val="24"/>
        </w:rPr>
      </w:pPr>
      <w:r w:rsidRPr="00C9454D">
        <w:rPr>
          <w:sz w:val="24"/>
          <w:szCs w:val="24"/>
        </w:rPr>
        <w:t>Guy moved among the wreckage with grim determination, his broad shoulders tense beneath his armor. He had seen villages destroyed by war, lives torn apart by the blade, but this destruction felt deeper, more personal. This was his home. These were his people. And he had been powerless to stop it.</w:t>
      </w:r>
    </w:p>
    <w:p w14:paraId="4C7AADE5" w14:textId="77777777" w:rsidR="00A434CC" w:rsidRPr="00C9454D" w:rsidRDefault="00A434CC" w:rsidP="00C9454D">
      <w:pPr>
        <w:rPr>
          <w:sz w:val="24"/>
          <w:szCs w:val="24"/>
        </w:rPr>
      </w:pPr>
      <w:r w:rsidRPr="00C9454D">
        <w:rPr>
          <w:sz w:val="24"/>
          <w:szCs w:val="24"/>
        </w:rPr>
        <w:t>“Guy,” Abilene called, her voice shaking. “Over here.”</w:t>
      </w:r>
    </w:p>
    <w:p w14:paraId="196E13FE" w14:textId="5B8B83DA" w:rsidR="00A434CC" w:rsidRPr="00C9454D" w:rsidRDefault="00A434CC" w:rsidP="00C9454D">
      <w:pPr>
        <w:rPr>
          <w:sz w:val="24"/>
          <w:szCs w:val="24"/>
        </w:rPr>
      </w:pPr>
      <w:r w:rsidRPr="00C9454D">
        <w:rPr>
          <w:sz w:val="24"/>
          <w:szCs w:val="24"/>
        </w:rPr>
        <w:t>He turned to find her kneeling besi</w:t>
      </w:r>
      <w:r w:rsidR="00DD1FF5" w:rsidRPr="00C9454D">
        <w:rPr>
          <w:sz w:val="24"/>
          <w:szCs w:val="24"/>
        </w:rPr>
        <w:t xml:space="preserve">de </w:t>
      </w:r>
      <w:r w:rsidRPr="00C9454D">
        <w:rPr>
          <w:sz w:val="24"/>
          <w:szCs w:val="24"/>
        </w:rPr>
        <w:t>a young boy, no older than six, whose lifeless body was half-buried in the mud. She cradled the child in her arms, her tears falling silently as she rocked him gently. Guy approached, his throat tight as he knelt besi</w:t>
      </w:r>
      <w:r w:rsidR="00DD1FF5" w:rsidRPr="00C9454D">
        <w:rPr>
          <w:sz w:val="24"/>
          <w:szCs w:val="24"/>
        </w:rPr>
        <w:t xml:space="preserve">de </w:t>
      </w:r>
      <w:r w:rsidRPr="00C9454D">
        <w:rPr>
          <w:sz w:val="24"/>
          <w:szCs w:val="24"/>
        </w:rPr>
        <w:t>her.</w:t>
      </w:r>
    </w:p>
    <w:p w14:paraId="2F01BD08" w14:textId="77777777" w:rsidR="00A434CC" w:rsidRPr="00C9454D" w:rsidRDefault="00A434CC" w:rsidP="00C9454D">
      <w:pPr>
        <w:rPr>
          <w:sz w:val="24"/>
          <w:szCs w:val="24"/>
        </w:rPr>
      </w:pPr>
      <w:r w:rsidRPr="00C9454D">
        <w:rPr>
          <w:sz w:val="24"/>
          <w:szCs w:val="24"/>
        </w:rPr>
        <w:t>“Let me,” he said softly, reaching for the boy. Abilene hesitated, then released him into Guy’s arms. Together, they carried the child to the growing row of bodies at the edge of the village.</w:t>
      </w:r>
    </w:p>
    <w:p w14:paraId="70BDB9DD" w14:textId="77777777" w:rsidR="00A434CC" w:rsidRPr="00C9454D" w:rsidRDefault="00A434CC" w:rsidP="00C9454D">
      <w:pPr>
        <w:rPr>
          <w:sz w:val="24"/>
          <w:szCs w:val="24"/>
        </w:rPr>
      </w:pPr>
    </w:p>
    <w:p w14:paraId="39904AF2" w14:textId="77777777" w:rsidR="00A434CC" w:rsidRPr="00C9454D" w:rsidRDefault="00A434CC" w:rsidP="00C9454D">
      <w:pPr>
        <w:rPr>
          <w:sz w:val="24"/>
          <w:szCs w:val="24"/>
        </w:rPr>
      </w:pPr>
      <w:r w:rsidRPr="00C9454D">
        <w:rPr>
          <w:sz w:val="24"/>
          <w:szCs w:val="24"/>
        </w:rPr>
        <w:t xml:space="preserve">On the third day, the priest arrived from the nearby abbey, his robes caked with mud from the journey. Father </w:t>
      </w:r>
      <w:proofErr w:type="spellStart"/>
      <w:r w:rsidRPr="00C9454D">
        <w:rPr>
          <w:sz w:val="24"/>
          <w:szCs w:val="24"/>
        </w:rPr>
        <w:t>Elric</w:t>
      </w:r>
      <w:proofErr w:type="spellEnd"/>
      <w:r w:rsidRPr="00C9454D">
        <w:rPr>
          <w:sz w:val="24"/>
          <w:szCs w:val="24"/>
        </w:rPr>
        <w:t>, a man of middling height with a weathered face and sharp, intelligent eyes, moved among the survivors, offering prayers and blessings. His voice carried an authority that commanded respect, even in the face of such despair.</w:t>
      </w:r>
    </w:p>
    <w:p w14:paraId="6F9802E6" w14:textId="77777777" w:rsidR="00A434CC" w:rsidRPr="00C9454D" w:rsidRDefault="00A434CC" w:rsidP="00C9454D">
      <w:pPr>
        <w:rPr>
          <w:sz w:val="24"/>
          <w:szCs w:val="24"/>
        </w:rPr>
      </w:pPr>
      <w:r w:rsidRPr="00C9454D">
        <w:rPr>
          <w:sz w:val="24"/>
          <w:szCs w:val="24"/>
        </w:rPr>
        <w:t xml:space="preserve">“This land is cursed,” one villager muttered as Father </w:t>
      </w:r>
      <w:proofErr w:type="spellStart"/>
      <w:r w:rsidRPr="00C9454D">
        <w:rPr>
          <w:sz w:val="24"/>
          <w:szCs w:val="24"/>
        </w:rPr>
        <w:t>Elric</w:t>
      </w:r>
      <w:proofErr w:type="spellEnd"/>
      <w:r w:rsidRPr="00C9454D">
        <w:rPr>
          <w:sz w:val="24"/>
          <w:szCs w:val="24"/>
        </w:rPr>
        <w:t xml:space="preserve"> passed. “We’ll never recover.”</w:t>
      </w:r>
    </w:p>
    <w:p w14:paraId="35B41B5B" w14:textId="64D0AA89" w:rsidR="00A434CC" w:rsidRPr="00C9454D" w:rsidRDefault="00A434CC" w:rsidP="00C9454D">
      <w:pPr>
        <w:rPr>
          <w:sz w:val="24"/>
          <w:szCs w:val="24"/>
        </w:rPr>
      </w:pPr>
      <w:r w:rsidRPr="00C9454D">
        <w:rPr>
          <w:sz w:val="24"/>
          <w:szCs w:val="24"/>
        </w:rPr>
        <w:t>“Silence!” the priest snapped, his tone harsh. “</w:t>
      </w:r>
      <w:r w:rsidR="00B343D9" w:rsidRPr="00C9454D">
        <w:rPr>
          <w:sz w:val="24"/>
          <w:szCs w:val="24"/>
        </w:rPr>
        <w:t>Time</w:t>
      </w:r>
      <w:r w:rsidR="00CA6D76" w:rsidRPr="00C9454D">
        <w:rPr>
          <w:sz w:val="24"/>
          <w:szCs w:val="24"/>
        </w:rPr>
        <w:t xml:space="preserve"> and chance happen to all of </w:t>
      </w:r>
      <w:r w:rsidR="00B343D9" w:rsidRPr="00C9454D">
        <w:rPr>
          <w:sz w:val="24"/>
          <w:szCs w:val="24"/>
        </w:rPr>
        <w:t>them. There</w:t>
      </w:r>
      <w:r w:rsidRPr="00C9454D">
        <w:rPr>
          <w:sz w:val="24"/>
          <w:szCs w:val="24"/>
        </w:rPr>
        <w:t xml:space="preserve"> is no curse here, only the will of God. We must rebuild, but first, we must bury the dead and give thanks for those who survived.”</w:t>
      </w:r>
    </w:p>
    <w:p w14:paraId="598A37D1" w14:textId="77777777" w:rsidR="00A434CC" w:rsidRPr="00C9454D" w:rsidRDefault="00A434CC" w:rsidP="00C9454D">
      <w:pPr>
        <w:rPr>
          <w:sz w:val="24"/>
          <w:szCs w:val="24"/>
        </w:rPr>
      </w:pPr>
      <w:r w:rsidRPr="00C9454D">
        <w:rPr>
          <w:sz w:val="24"/>
          <w:szCs w:val="24"/>
        </w:rPr>
        <w:t xml:space="preserve">Abilene approached Father </w:t>
      </w:r>
      <w:proofErr w:type="spellStart"/>
      <w:r w:rsidRPr="00C9454D">
        <w:rPr>
          <w:sz w:val="24"/>
          <w:szCs w:val="24"/>
        </w:rPr>
        <w:t>Elric</w:t>
      </w:r>
      <w:proofErr w:type="spellEnd"/>
      <w:r w:rsidRPr="00C9454D">
        <w:rPr>
          <w:sz w:val="24"/>
          <w:szCs w:val="24"/>
        </w:rPr>
        <w:t>, her expression weary but determined. “Father, what of the survivors? The food stores are gone, and the fields are ruined. There’s nothing left.”</w:t>
      </w:r>
    </w:p>
    <w:p w14:paraId="268C2AE3" w14:textId="5DF77B81" w:rsidR="00A434CC" w:rsidRPr="00C9454D" w:rsidRDefault="00A434CC"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studied her, his gaze sharp. “Then you must seek aid. The king has resources—he can help.</w:t>
      </w:r>
      <w:r w:rsidR="006F135C" w:rsidRPr="00C9454D">
        <w:rPr>
          <w:sz w:val="24"/>
          <w:szCs w:val="24"/>
        </w:rPr>
        <w:t xml:space="preserve">  Best we send </w:t>
      </w:r>
      <w:r w:rsidR="00D5235A" w:rsidRPr="00C9454D">
        <w:rPr>
          <w:sz w:val="24"/>
          <w:szCs w:val="24"/>
        </w:rPr>
        <w:t>those whom have the ear of the king</w:t>
      </w:r>
      <w:r w:rsidR="00BA5F25" w:rsidRPr="00C9454D">
        <w:rPr>
          <w:sz w:val="24"/>
          <w:szCs w:val="24"/>
        </w:rPr>
        <w:t xml:space="preserve">.  Who among us feel assured </w:t>
      </w:r>
      <w:r w:rsidR="00846024" w:rsidRPr="00C9454D">
        <w:rPr>
          <w:sz w:val="24"/>
          <w:szCs w:val="24"/>
        </w:rPr>
        <w:t>to be heard at court</w:t>
      </w:r>
      <w:r w:rsidR="002324E2" w:rsidRPr="00C9454D">
        <w:rPr>
          <w:sz w:val="24"/>
          <w:szCs w:val="24"/>
        </w:rPr>
        <w:t xml:space="preserve">?  You, Lord </w:t>
      </w:r>
      <w:r w:rsidR="00DD1FF5" w:rsidRPr="00C9454D">
        <w:rPr>
          <w:sz w:val="24"/>
          <w:szCs w:val="24"/>
        </w:rPr>
        <w:t xml:space="preserve">de </w:t>
      </w:r>
      <w:proofErr w:type="spellStart"/>
      <w:r w:rsidR="002324E2" w:rsidRPr="00C9454D">
        <w:rPr>
          <w:sz w:val="24"/>
          <w:szCs w:val="24"/>
        </w:rPr>
        <w:t>Barham</w:t>
      </w:r>
      <w:proofErr w:type="spellEnd"/>
      <w:r w:rsidR="00B2218A" w:rsidRPr="00C9454D">
        <w:rPr>
          <w:sz w:val="24"/>
          <w:szCs w:val="24"/>
        </w:rPr>
        <w:t xml:space="preserve"> and Sir Guy?”</w:t>
      </w:r>
    </w:p>
    <w:p w14:paraId="6A5617C3" w14:textId="131FAF4C" w:rsidR="00A434CC" w:rsidRPr="00C9454D" w:rsidRDefault="00A434CC" w:rsidP="00C9454D">
      <w:pPr>
        <w:rPr>
          <w:sz w:val="24"/>
          <w:szCs w:val="24"/>
        </w:rPr>
      </w:pPr>
      <w:r w:rsidRPr="00C9454D">
        <w:rPr>
          <w:sz w:val="24"/>
          <w:szCs w:val="24"/>
        </w:rPr>
        <w:t>Guy, who had been standing nearby, stepped forward. “</w:t>
      </w:r>
      <w:r w:rsidR="00C43D75" w:rsidRPr="00C9454D">
        <w:rPr>
          <w:sz w:val="24"/>
          <w:szCs w:val="24"/>
        </w:rPr>
        <w:t>Of course</w:t>
      </w:r>
      <w:r w:rsidR="00957BDF" w:rsidRPr="00C9454D">
        <w:rPr>
          <w:sz w:val="24"/>
          <w:szCs w:val="24"/>
        </w:rPr>
        <w:t>…</w:t>
      </w:r>
      <w:r w:rsidRPr="00C9454D">
        <w:rPr>
          <w:sz w:val="24"/>
          <w:szCs w:val="24"/>
        </w:rPr>
        <w:t>And what will it cost to beg the king for aid?”</w:t>
      </w:r>
    </w:p>
    <w:p w14:paraId="4547FAEA" w14:textId="03B8FB4B" w:rsidR="000030D8" w:rsidRPr="00C9454D" w:rsidRDefault="00A434CC" w:rsidP="00C9454D">
      <w:pPr>
        <w:rPr>
          <w:sz w:val="24"/>
          <w:szCs w:val="24"/>
        </w:rPr>
      </w:pPr>
      <w:r w:rsidRPr="00C9454D">
        <w:rPr>
          <w:sz w:val="24"/>
          <w:szCs w:val="24"/>
        </w:rPr>
        <w:t>“A small price, I imagine,” the priest said, his tone cool</w:t>
      </w:r>
      <w:r w:rsidR="00373EC4" w:rsidRPr="00C9454D">
        <w:rPr>
          <w:sz w:val="24"/>
          <w:szCs w:val="24"/>
        </w:rPr>
        <w:t xml:space="preserve">. </w:t>
      </w:r>
      <w:r w:rsidR="00491D18" w:rsidRPr="00C9454D">
        <w:rPr>
          <w:sz w:val="24"/>
          <w:szCs w:val="24"/>
        </w:rPr>
        <w:t>“</w:t>
      </w:r>
      <w:r w:rsidR="004F1943" w:rsidRPr="00C9454D">
        <w:rPr>
          <w:sz w:val="24"/>
          <w:szCs w:val="24"/>
        </w:rPr>
        <w:t>What say you</w:t>
      </w:r>
      <w:r w:rsidR="00983128" w:rsidRPr="00C9454D">
        <w:rPr>
          <w:sz w:val="24"/>
          <w:szCs w:val="24"/>
        </w:rPr>
        <w:t xml:space="preserve">, Lord </w:t>
      </w:r>
      <w:r w:rsidR="00DD1FF5" w:rsidRPr="00C9454D">
        <w:rPr>
          <w:sz w:val="24"/>
          <w:szCs w:val="24"/>
        </w:rPr>
        <w:t xml:space="preserve">de </w:t>
      </w:r>
      <w:proofErr w:type="spellStart"/>
      <w:r w:rsidR="00983128" w:rsidRPr="00C9454D">
        <w:rPr>
          <w:sz w:val="24"/>
          <w:szCs w:val="24"/>
        </w:rPr>
        <w:t>Barham</w:t>
      </w:r>
      <w:proofErr w:type="spellEnd"/>
      <w:r w:rsidR="00957BDF" w:rsidRPr="00C9454D">
        <w:rPr>
          <w:sz w:val="24"/>
          <w:szCs w:val="24"/>
        </w:rPr>
        <w:t>?”</w:t>
      </w:r>
    </w:p>
    <w:p w14:paraId="03DA70C1" w14:textId="3DB1FE2C" w:rsidR="00A434CC" w:rsidRPr="00C9454D" w:rsidRDefault="00D81571" w:rsidP="00C9454D">
      <w:pPr>
        <w:rPr>
          <w:sz w:val="24"/>
          <w:szCs w:val="24"/>
        </w:rPr>
      </w:pPr>
      <w:r w:rsidRPr="00C9454D">
        <w:rPr>
          <w:sz w:val="24"/>
          <w:szCs w:val="24"/>
        </w:rPr>
        <w:t xml:space="preserve">Richard looked toward </w:t>
      </w:r>
      <w:proofErr w:type="spellStart"/>
      <w:r w:rsidRPr="00C9454D">
        <w:rPr>
          <w:sz w:val="24"/>
          <w:szCs w:val="24"/>
        </w:rPr>
        <w:t>Abeline</w:t>
      </w:r>
      <w:proofErr w:type="spellEnd"/>
      <w:r w:rsidRPr="00C9454D">
        <w:rPr>
          <w:sz w:val="24"/>
          <w:szCs w:val="24"/>
        </w:rPr>
        <w:t xml:space="preserve"> as he </w:t>
      </w:r>
      <w:r w:rsidR="00FA17AC" w:rsidRPr="00C9454D">
        <w:rPr>
          <w:sz w:val="24"/>
          <w:szCs w:val="24"/>
        </w:rPr>
        <w:t xml:space="preserve">conceded as he had injured himself </w:t>
      </w:r>
      <w:r w:rsidR="00D71164" w:rsidRPr="00C9454D">
        <w:rPr>
          <w:sz w:val="24"/>
          <w:szCs w:val="24"/>
        </w:rPr>
        <w:t>amidst the flood.</w:t>
      </w:r>
      <w:r w:rsidR="00A434CC" w:rsidRPr="00C9454D">
        <w:rPr>
          <w:sz w:val="24"/>
          <w:szCs w:val="24"/>
        </w:rPr>
        <w:t xml:space="preserve"> Then </w:t>
      </w:r>
      <w:r w:rsidR="004E0523" w:rsidRPr="00C9454D">
        <w:rPr>
          <w:sz w:val="24"/>
          <w:szCs w:val="24"/>
        </w:rPr>
        <w:t xml:space="preserve">Father </w:t>
      </w:r>
      <w:proofErr w:type="spellStart"/>
      <w:r w:rsidR="004E0523" w:rsidRPr="00C9454D">
        <w:rPr>
          <w:sz w:val="24"/>
          <w:szCs w:val="24"/>
        </w:rPr>
        <w:t>Elric</w:t>
      </w:r>
      <w:proofErr w:type="spellEnd"/>
      <w:r w:rsidR="00A434CC" w:rsidRPr="00C9454D">
        <w:rPr>
          <w:sz w:val="24"/>
          <w:szCs w:val="24"/>
        </w:rPr>
        <w:t xml:space="preserve"> turned to Abilene, his expression softening. “</w:t>
      </w:r>
      <w:r w:rsidR="00D24A1A" w:rsidRPr="00C9454D">
        <w:rPr>
          <w:sz w:val="24"/>
          <w:szCs w:val="24"/>
        </w:rPr>
        <w:t>My Lady you</w:t>
      </w:r>
      <w:r w:rsidR="00953E64" w:rsidRPr="00C9454D">
        <w:rPr>
          <w:sz w:val="24"/>
          <w:szCs w:val="24"/>
        </w:rPr>
        <w:t xml:space="preserve"> are choice, </w:t>
      </w:r>
      <w:r w:rsidR="00C6403B" w:rsidRPr="00C9454D">
        <w:rPr>
          <w:sz w:val="24"/>
          <w:szCs w:val="24"/>
        </w:rPr>
        <w:t>but</w:t>
      </w:r>
      <w:r w:rsidR="00A434CC" w:rsidRPr="00C9454D">
        <w:rPr>
          <w:sz w:val="24"/>
          <w:szCs w:val="24"/>
        </w:rPr>
        <w:t xml:space="preserve"> you cannot go before the king unmarried. It would be unseemly.”</w:t>
      </w:r>
    </w:p>
    <w:p w14:paraId="6E245894" w14:textId="77777777" w:rsidR="00A434CC" w:rsidRPr="00C9454D" w:rsidRDefault="00A434CC" w:rsidP="00C9454D">
      <w:pPr>
        <w:rPr>
          <w:sz w:val="24"/>
          <w:szCs w:val="24"/>
        </w:rPr>
      </w:pPr>
      <w:r w:rsidRPr="00C9454D">
        <w:rPr>
          <w:sz w:val="24"/>
          <w:szCs w:val="24"/>
        </w:rPr>
        <w:t>Abilene stiffened. “Father, this is hardly the time—”</w:t>
      </w:r>
    </w:p>
    <w:p w14:paraId="03671603" w14:textId="77777777" w:rsidR="00A434CC" w:rsidRPr="00C9454D" w:rsidRDefault="00A434CC" w:rsidP="00C9454D">
      <w:pPr>
        <w:rPr>
          <w:sz w:val="24"/>
          <w:szCs w:val="24"/>
        </w:rPr>
      </w:pPr>
      <w:r w:rsidRPr="00C9454D">
        <w:rPr>
          <w:sz w:val="24"/>
          <w:szCs w:val="24"/>
        </w:rPr>
        <w:t xml:space="preserve">“It is precisely the time,” Father </w:t>
      </w:r>
      <w:proofErr w:type="spellStart"/>
      <w:r w:rsidRPr="00C9454D">
        <w:rPr>
          <w:sz w:val="24"/>
          <w:szCs w:val="24"/>
        </w:rPr>
        <w:t>Elric</w:t>
      </w:r>
      <w:proofErr w:type="spellEnd"/>
      <w:r w:rsidRPr="00C9454D">
        <w:rPr>
          <w:sz w:val="24"/>
          <w:szCs w:val="24"/>
        </w:rPr>
        <w:t xml:space="preserve"> interrupted, his voice firm. “The king’s court is a place of power and scrutiny. A woman traveling alone would be dismissed or worse, ridiculed. But as a married woman, you would carry the respect of your husband’s name. Together, you would stand as a united front.”</w:t>
      </w:r>
    </w:p>
    <w:p w14:paraId="24C42877" w14:textId="77777777" w:rsidR="00A434CC" w:rsidRPr="00C9454D" w:rsidRDefault="00A434CC" w:rsidP="00C9454D">
      <w:pPr>
        <w:rPr>
          <w:sz w:val="24"/>
          <w:szCs w:val="24"/>
        </w:rPr>
      </w:pPr>
      <w:r w:rsidRPr="00C9454D">
        <w:rPr>
          <w:sz w:val="24"/>
          <w:szCs w:val="24"/>
        </w:rPr>
        <w:t>Guy looked at Abilene, his jaw tightening. “If this is what must be done, then so be it.”</w:t>
      </w:r>
    </w:p>
    <w:p w14:paraId="145119A0" w14:textId="77777777" w:rsidR="00A434CC" w:rsidRPr="00C9454D" w:rsidRDefault="00A434CC" w:rsidP="00C9454D">
      <w:pPr>
        <w:rPr>
          <w:sz w:val="24"/>
          <w:szCs w:val="24"/>
        </w:rPr>
      </w:pPr>
      <w:r w:rsidRPr="00C9454D">
        <w:rPr>
          <w:sz w:val="24"/>
          <w:szCs w:val="24"/>
        </w:rPr>
        <w:t xml:space="preserve">Abilene opened her mouth to protest, but the exhaustion in her body and the weight of the past three days silenced her. Father </w:t>
      </w:r>
      <w:proofErr w:type="spellStart"/>
      <w:r w:rsidRPr="00C9454D">
        <w:rPr>
          <w:sz w:val="24"/>
          <w:szCs w:val="24"/>
        </w:rPr>
        <w:t>Elric’s</w:t>
      </w:r>
      <w:proofErr w:type="spellEnd"/>
      <w:r w:rsidRPr="00C9454D">
        <w:rPr>
          <w:sz w:val="24"/>
          <w:szCs w:val="24"/>
        </w:rPr>
        <w:t xml:space="preserve"> logic was sound, and though her heart bristled at the idea of marriage under such circumstances, she knew he was right.</w:t>
      </w:r>
    </w:p>
    <w:p w14:paraId="0650D20A" w14:textId="77777777" w:rsidR="00A434CC" w:rsidRPr="00C9454D" w:rsidRDefault="00A434CC" w:rsidP="00C9454D">
      <w:pPr>
        <w:rPr>
          <w:sz w:val="24"/>
          <w:szCs w:val="24"/>
        </w:rPr>
      </w:pPr>
      <w:r w:rsidRPr="00C9454D">
        <w:rPr>
          <w:sz w:val="24"/>
          <w:szCs w:val="24"/>
        </w:rPr>
        <w:t>“When?” she asked quietly.</w:t>
      </w:r>
    </w:p>
    <w:p w14:paraId="659684F9" w14:textId="77777777" w:rsidR="00A434CC" w:rsidRPr="00C9454D" w:rsidRDefault="00A434CC"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folded his hands, his expression softening. “When you are ready, my child. But sooner is better.”</w:t>
      </w:r>
    </w:p>
    <w:p w14:paraId="5A783F43" w14:textId="77777777" w:rsidR="00A434CC" w:rsidRPr="00C9454D" w:rsidRDefault="00A434CC" w:rsidP="00C9454D">
      <w:pPr>
        <w:rPr>
          <w:sz w:val="24"/>
          <w:szCs w:val="24"/>
        </w:rPr>
      </w:pPr>
    </w:p>
    <w:p w14:paraId="521FE261" w14:textId="6255909F" w:rsidR="00A434CC" w:rsidRPr="00C9454D" w:rsidRDefault="00A434CC" w:rsidP="00C9454D">
      <w:pPr>
        <w:rPr>
          <w:sz w:val="24"/>
          <w:szCs w:val="24"/>
        </w:rPr>
      </w:pPr>
      <w:r w:rsidRPr="00C9454D">
        <w:rPr>
          <w:sz w:val="24"/>
          <w:szCs w:val="24"/>
        </w:rPr>
        <w:t xml:space="preserve">As the sun set on the third day, the survivors gathered around the fire at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their faces pale and drawn. The dead had been buried, their names spoken softly in prayers that drifted into the night. The living sat in silence, their grief too deep for words.</w:t>
      </w:r>
    </w:p>
    <w:p w14:paraId="2C3C7270" w14:textId="420F9900" w:rsidR="00A434CC" w:rsidRPr="00C9454D" w:rsidRDefault="00A434CC" w:rsidP="00C9454D">
      <w:pPr>
        <w:rPr>
          <w:sz w:val="24"/>
          <w:szCs w:val="24"/>
        </w:rPr>
      </w:pPr>
      <w:r w:rsidRPr="00C9454D">
        <w:rPr>
          <w:sz w:val="24"/>
          <w:szCs w:val="24"/>
        </w:rPr>
        <w:t>Abilene sat besi</w:t>
      </w:r>
      <w:r w:rsidR="00DD1FF5" w:rsidRPr="00C9454D">
        <w:rPr>
          <w:sz w:val="24"/>
          <w:szCs w:val="24"/>
        </w:rPr>
        <w:t xml:space="preserve">de </w:t>
      </w:r>
      <w:r w:rsidRPr="00C9454D">
        <w:rPr>
          <w:sz w:val="24"/>
          <w:szCs w:val="24"/>
        </w:rPr>
        <w:t>Guy, her hands clasped tightly in her lap. The firelight flickered across his face, illuminating the lines of exhaustion and pain etched into his features. She thought of the priest’s words, of the journey ahead, and of the future that now seemed so uncertain.</w:t>
      </w:r>
    </w:p>
    <w:p w14:paraId="25FF0C4E" w14:textId="35866D4B" w:rsidR="00A434CC" w:rsidRPr="00C9454D" w:rsidRDefault="00A434CC" w:rsidP="00C9454D">
      <w:pPr>
        <w:rPr>
          <w:sz w:val="24"/>
          <w:szCs w:val="24"/>
        </w:rPr>
      </w:pPr>
      <w:r w:rsidRPr="00C9454D">
        <w:rPr>
          <w:sz w:val="24"/>
          <w:szCs w:val="24"/>
        </w:rPr>
        <w:t xml:space="preserve">“We’ll go to the king,” she said finally, her voice steady despite the turmoil in her heart. “And we’ll do whatever it takes to save </w:t>
      </w:r>
      <w:proofErr w:type="spellStart"/>
      <w:r w:rsidR="00225D06" w:rsidRPr="00C9454D">
        <w:rPr>
          <w:sz w:val="24"/>
          <w:szCs w:val="24"/>
        </w:rPr>
        <w:t>Teston</w:t>
      </w:r>
      <w:proofErr w:type="spellEnd"/>
      <w:r w:rsidRPr="00C9454D">
        <w:rPr>
          <w:sz w:val="24"/>
          <w:szCs w:val="24"/>
        </w:rPr>
        <w:t>.”</w:t>
      </w:r>
    </w:p>
    <w:p w14:paraId="4487C91A" w14:textId="77777777" w:rsidR="00A434CC" w:rsidRPr="00C9454D" w:rsidRDefault="00A434CC" w:rsidP="00C9454D">
      <w:pPr>
        <w:rPr>
          <w:sz w:val="24"/>
          <w:szCs w:val="24"/>
        </w:rPr>
      </w:pPr>
      <w:r w:rsidRPr="00C9454D">
        <w:rPr>
          <w:sz w:val="24"/>
          <w:szCs w:val="24"/>
        </w:rPr>
        <w:t>Guy nodded, his blue eyes meeting hers. “Together.”</w:t>
      </w:r>
    </w:p>
    <w:p w14:paraId="066520DE" w14:textId="77777777" w:rsidR="00EC2F08" w:rsidRPr="00C9454D" w:rsidRDefault="00EC2F08" w:rsidP="00C9454D">
      <w:pPr>
        <w:rPr>
          <w:b/>
          <w:bCs/>
          <w:sz w:val="24"/>
          <w:szCs w:val="24"/>
        </w:rPr>
      </w:pPr>
    </w:p>
    <w:p w14:paraId="16D44190" w14:textId="38328D57" w:rsidR="00EC2F08" w:rsidRPr="00C9454D" w:rsidRDefault="00EC2F08" w:rsidP="00C9454D">
      <w:pPr>
        <w:pStyle w:val="Heading2"/>
        <w:rPr>
          <w:sz w:val="24"/>
          <w:szCs w:val="24"/>
        </w:rPr>
      </w:pPr>
      <w:r w:rsidRPr="00C9454D">
        <w:rPr>
          <w:sz w:val="24"/>
          <w:szCs w:val="24"/>
        </w:rPr>
        <w:t>The Day He Stood on His Own</w:t>
      </w:r>
    </w:p>
    <w:p w14:paraId="1CFE794F" w14:textId="77777777" w:rsidR="00060970" w:rsidRPr="00C9454D" w:rsidRDefault="00060970" w:rsidP="00C9454D">
      <w:pPr>
        <w:rPr>
          <w:sz w:val="24"/>
          <w:szCs w:val="24"/>
        </w:rPr>
      </w:pPr>
    </w:p>
    <w:p w14:paraId="67E401EF" w14:textId="2EA981BE" w:rsidR="00EC2F08" w:rsidRPr="00C9454D" w:rsidRDefault="00EC2F08" w:rsidP="00C9454D">
      <w:pPr>
        <w:rPr>
          <w:sz w:val="24"/>
          <w:szCs w:val="24"/>
        </w:rPr>
      </w:pPr>
      <w:r w:rsidRPr="00C9454D">
        <w:rPr>
          <w:sz w:val="24"/>
          <w:szCs w:val="24"/>
        </w:rPr>
        <w:t xml:space="preserve">With the flood devastating </w:t>
      </w:r>
      <w:proofErr w:type="spellStart"/>
      <w:r w:rsidRPr="00C9454D">
        <w:rPr>
          <w:sz w:val="24"/>
          <w:szCs w:val="24"/>
        </w:rPr>
        <w:t>Teston</w:t>
      </w:r>
      <w:proofErr w:type="spellEnd"/>
      <w:r w:rsidRPr="00C9454D">
        <w:rPr>
          <w:sz w:val="24"/>
          <w:szCs w:val="24"/>
        </w:rPr>
        <w:t xml:space="preserve">, </w:t>
      </w:r>
      <w:proofErr w:type="spellStart"/>
      <w:r w:rsidRPr="00C9454D">
        <w:rPr>
          <w:sz w:val="24"/>
          <w:szCs w:val="24"/>
        </w:rPr>
        <w:t>Warine</w:t>
      </w:r>
      <w:proofErr w:type="spellEnd"/>
      <w:r w:rsidRPr="00C9454D">
        <w:rPr>
          <w:sz w:val="24"/>
          <w:szCs w:val="24"/>
        </w:rPr>
        <w:t xml:space="preserve"> had no choice but to step into the role of leader.</w:t>
      </w:r>
    </w:p>
    <w:p w14:paraId="312B18C0" w14:textId="3755464C" w:rsidR="00EC2F08" w:rsidRPr="00C9454D" w:rsidRDefault="00EC2F08" w:rsidP="00C9454D">
      <w:pPr>
        <w:rPr>
          <w:sz w:val="24"/>
          <w:szCs w:val="24"/>
        </w:rPr>
      </w:pPr>
      <w:r w:rsidRPr="00C9454D">
        <w:rPr>
          <w:sz w:val="24"/>
          <w:szCs w:val="24"/>
        </w:rPr>
        <w:t xml:space="preserve">Guy and Abilene were needed </w:t>
      </w:r>
      <w:r w:rsidR="00783B56" w:rsidRPr="00C9454D">
        <w:rPr>
          <w:sz w:val="24"/>
          <w:szCs w:val="24"/>
        </w:rPr>
        <w:t>at King’s Court</w:t>
      </w:r>
      <w:r w:rsidRPr="00C9454D">
        <w:rPr>
          <w:sz w:val="24"/>
          <w:szCs w:val="24"/>
        </w:rPr>
        <w:t xml:space="preserve">, and the people needed someone to </w:t>
      </w:r>
      <w:r w:rsidR="00783B56" w:rsidRPr="00C9454D">
        <w:rPr>
          <w:sz w:val="24"/>
          <w:szCs w:val="24"/>
        </w:rPr>
        <w:t xml:space="preserve">help </w:t>
      </w:r>
      <w:r w:rsidRPr="00C9454D">
        <w:rPr>
          <w:sz w:val="24"/>
          <w:szCs w:val="24"/>
        </w:rPr>
        <w:t>rebuild.</w:t>
      </w:r>
    </w:p>
    <w:p w14:paraId="5D6138F1" w14:textId="77777777" w:rsidR="00EC2F08" w:rsidRPr="00C9454D" w:rsidRDefault="00EC2F08" w:rsidP="00C9454D">
      <w:pPr>
        <w:rPr>
          <w:sz w:val="24"/>
          <w:szCs w:val="24"/>
        </w:rPr>
      </w:pPr>
      <w:proofErr w:type="spellStart"/>
      <w:r w:rsidRPr="00C9454D">
        <w:rPr>
          <w:sz w:val="24"/>
          <w:szCs w:val="24"/>
        </w:rPr>
        <w:t>Warine</w:t>
      </w:r>
      <w:proofErr w:type="spellEnd"/>
      <w:r w:rsidRPr="00C9454D">
        <w:rPr>
          <w:sz w:val="24"/>
          <w:szCs w:val="24"/>
        </w:rPr>
        <w:t xml:space="preserve"> had spent years thinking himself lesser than his sister, but now, standing in the ruins of a broken village, he realized—</w:t>
      </w:r>
    </w:p>
    <w:p w14:paraId="75D2626B" w14:textId="77777777" w:rsidR="00EC2F08" w:rsidRPr="00C9454D" w:rsidRDefault="00EC2F08" w:rsidP="00C9454D">
      <w:pPr>
        <w:rPr>
          <w:sz w:val="24"/>
          <w:szCs w:val="24"/>
        </w:rPr>
      </w:pPr>
      <w:r w:rsidRPr="00C9454D">
        <w:rPr>
          <w:sz w:val="24"/>
          <w:szCs w:val="24"/>
        </w:rPr>
        <w:t>He was the one left standing.</w:t>
      </w:r>
    </w:p>
    <w:p w14:paraId="2316A027" w14:textId="77777777" w:rsidR="00EC2F08" w:rsidRPr="00C9454D" w:rsidRDefault="00EC2F08" w:rsidP="00C9454D">
      <w:pPr>
        <w:rPr>
          <w:sz w:val="24"/>
          <w:szCs w:val="24"/>
        </w:rPr>
      </w:pPr>
      <w:r w:rsidRPr="00C9454D">
        <w:rPr>
          <w:sz w:val="24"/>
          <w:szCs w:val="24"/>
        </w:rPr>
        <w:t>And the people were looking to him.</w:t>
      </w:r>
    </w:p>
    <w:p w14:paraId="360AC69E" w14:textId="77777777" w:rsidR="00EC2F08" w:rsidRPr="00C9454D" w:rsidRDefault="00EC2F08" w:rsidP="00C9454D">
      <w:pPr>
        <w:rPr>
          <w:sz w:val="24"/>
          <w:szCs w:val="24"/>
        </w:rPr>
      </w:pPr>
      <w:r w:rsidRPr="00C9454D">
        <w:rPr>
          <w:sz w:val="24"/>
          <w:szCs w:val="24"/>
        </w:rPr>
        <w:t>So, he got to work.</w:t>
      </w:r>
    </w:p>
    <w:p w14:paraId="56727C0E" w14:textId="77777777" w:rsidR="00EC2F08" w:rsidRPr="00C9454D" w:rsidRDefault="00EC2F08" w:rsidP="00C9454D">
      <w:pPr>
        <w:rPr>
          <w:sz w:val="24"/>
          <w:szCs w:val="24"/>
        </w:rPr>
      </w:pPr>
      <w:r w:rsidRPr="00C9454D">
        <w:rPr>
          <w:sz w:val="24"/>
          <w:szCs w:val="24"/>
        </w:rPr>
        <w:t>Not as Abilene’s brother.</w:t>
      </w:r>
    </w:p>
    <w:p w14:paraId="010E0B11" w14:textId="77777777" w:rsidR="00EC2F08" w:rsidRPr="00C9454D" w:rsidRDefault="00EC2F08" w:rsidP="00C9454D">
      <w:pPr>
        <w:rPr>
          <w:sz w:val="24"/>
          <w:szCs w:val="24"/>
        </w:rPr>
      </w:pPr>
      <w:r w:rsidRPr="00C9454D">
        <w:rPr>
          <w:sz w:val="24"/>
          <w:szCs w:val="24"/>
        </w:rPr>
        <w:t>Not as the lesser heir.</w:t>
      </w:r>
    </w:p>
    <w:p w14:paraId="12CB46D2" w14:textId="618F70C6" w:rsidR="00EC2F08" w:rsidRPr="00C9454D" w:rsidRDefault="00EC2F08" w:rsidP="00C9454D">
      <w:pPr>
        <w:rPr>
          <w:sz w:val="24"/>
          <w:szCs w:val="24"/>
        </w:rPr>
      </w:pPr>
      <w:r w:rsidRPr="00C9454D">
        <w:rPr>
          <w:sz w:val="24"/>
          <w:szCs w:val="24"/>
        </w:rPr>
        <w:t xml:space="preserve">But as </w:t>
      </w:r>
      <w:proofErr w:type="spellStart"/>
      <w:r w:rsidRPr="00C9454D">
        <w:rPr>
          <w:sz w:val="24"/>
          <w:szCs w:val="24"/>
        </w:rPr>
        <w:t>Warine</w:t>
      </w:r>
      <w:proofErr w:type="spellEnd"/>
      <w:r w:rsidRPr="00C9454D">
        <w:rPr>
          <w:sz w:val="24"/>
          <w:szCs w:val="24"/>
        </w:rPr>
        <w:t xml:space="preserve"> </w:t>
      </w:r>
      <w:r w:rsidR="00DD1FF5" w:rsidRPr="00C9454D">
        <w:rPr>
          <w:sz w:val="24"/>
          <w:szCs w:val="24"/>
        </w:rPr>
        <w:t xml:space="preserve">de </w:t>
      </w:r>
      <w:proofErr w:type="spellStart"/>
      <w:r w:rsidRPr="00C9454D">
        <w:rPr>
          <w:sz w:val="24"/>
          <w:szCs w:val="24"/>
        </w:rPr>
        <w:t>Barham</w:t>
      </w:r>
      <w:proofErr w:type="spellEnd"/>
      <w:r w:rsidRPr="00C9454D">
        <w:rPr>
          <w:sz w:val="24"/>
          <w:szCs w:val="24"/>
        </w:rPr>
        <w:t>.</w:t>
      </w:r>
    </w:p>
    <w:p w14:paraId="1B68B03F" w14:textId="4EBD13BB" w:rsidR="00EC2F08" w:rsidRPr="00C9454D" w:rsidRDefault="00EC2F08" w:rsidP="00C9454D">
      <w:pPr>
        <w:rPr>
          <w:sz w:val="24"/>
          <w:szCs w:val="24"/>
        </w:rPr>
      </w:pPr>
      <w:r w:rsidRPr="00C9454D">
        <w:rPr>
          <w:sz w:val="24"/>
          <w:szCs w:val="24"/>
        </w:rPr>
        <w:t>Brick by brick, he helped re</w:t>
      </w:r>
      <w:r w:rsidR="00783B56" w:rsidRPr="00C9454D">
        <w:rPr>
          <w:sz w:val="24"/>
          <w:szCs w:val="24"/>
        </w:rPr>
        <w:t>claim</w:t>
      </w:r>
      <w:r w:rsidRPr="00C9454D">
        <w:rPr>
          <w:sz w:val="24"/>
          <w:szCs w:val="24"/>
        </w:rPr>
        <w:t xml:space="preserve"> </w:t>
      </w:r>
      <w:proofErr w:type="spellStart"/>
      <w:r w:rsidRPr="00C9454D">
        <w:rPr>
          <w:sz w:val="24"/>
          <w:szCs w:val="24"/>
        </w:rPr>
        <w:t>Teston</w:t>
      </w:r>
      <w:proofErr w:type="spellEnd"/>
      <w:r w:rsidRPr="00C9454D">
        <w:rPr>
          <w:sz w:val="24"/>
          <w:szCs w:val="24"/>
        </w:rPr>
        <w:t>.</w:t>
      </w:r>
    </w:p>
    <w:p w14:paraId="1A3E2A95" w14:textId="5BB7750F" w:rsidR="00EC2F08" w:rsidRPr="00C9454D" w:rsidRDefault="00EC2F08" w:rsidP="00C9454D">
      <w:pPr>
        <w:rPr>
          <w:sz w:val="24"/>
          <w:szCs w:val="24"/>
        </w:rPr>
      </w:pPr>
      <w:r w:rsidRPr="00C9454D">
        <w:rPr>
          <w:sz w:val="24"/>
          <w:szCs w:val="24"/>
        </w:rPr>
        <w:t>He coordinated the food supply. He organized the survivors, ensuring those with tra</w:t>
      </w:r>
      <w:r w:rsidR="00DD1FF5" w:rsidRPr="00C9454D">
        <w:rPr>
          <w:sz w:val="24"/>
          <w:szCs w:val="24"/>
        </w:rPr>
        <w:t xml:space="preserve">de </w:t>
      </w:r>
      <w:r w:rsidRPr="00C9454D">
        <w:rPr>
          <w:sz w:val="24"/>
          <w:szCs w:val="24"/>
        </w:rPr>
        <w:t>skills had the materials they needed. He brokered alliances with neighboring villages to bring resources in.</w:t>
      </w:r>
    </w:p>
    <w:p w14:paraId="5DF44F1C" w14:textId="3DF4D7EC" w:rsidR="00EC2F08" w:rsidRPr="00C9454D" w:rsidRDefault="00EC2F08" w:rsidP="00C9454D">
      <w:pPr>
        <w:rPr>
          <w:sz w:val="24"/>
          <w:szCs w:val="24"/>
        </w:rPr>
      </w:pPr>
      <w:r w:rsidRPr="00C9454D">
        <w:rPr>
          <w:sz w:val="24"/>
          <w:szCs w:val="24"/>
        </w:rPr>
        <w:t xml:space="preserve">And by the time Abilene and Guy return, </w:t>
      </w:r>
      <w:proofErr w:type="spellStart"/>
      <w:r w:rsidRPr="00C9454D">
        <w:rPr>
          <w:sz w:val="24"/>
          <w:szCs w:val="24"/>
        </w:rPr>
        <w:t>Teston</w:t>
      </w:r>
      <w:proofErr w:type="spellEnd"/>
      <w:r w:rsidRPr="00C9454D">
        <w:rPr>
          <w:sz w:val="24"/>
          <w:szCs w:val="24"/>
        </w:rPr>
        <w:t xml:space="preserve"> w</w:t>
      </w:r>
      <w:r w:rsidR="00783B56" w:rsidRPr="00C9454D">
        <w:rPr>
          <w:sz w:val="24"/>
          <w:szCs w:val="24"/>
        </w:rPr>
        <w:t>ill be alive again</w:t>
      </w:r>
      <w:r w:rsidRPr="00C9454D">
        <w:rPr>
          <w:sz w:val="24"/>
          <w:szCs w:val="24"/>
        </w:rPr>
        <w:t>.</w:t>
      </w:r>
    </w:p>
    <w:p w14:paraId="008BD77B" w14:textId="1D933E51" w:rsidR="00EC2F08" w:rsidRPr="00C9454D" w:rsidRDefault="00EC2F08" w:rsidP="00C9454D">
      <w:pPr>
        <w:rPr>
          <w:sz w:val="24"/>
          <w:szCs w:val="24"/>
        </w:rPr>
      </w:pPr>
      <w:r w:rsidRPr="00C9454D">
        <w:rPr>
          <w:sz w:val="24"/>
          <w:szCs w:val="24"/>
        </w:rPr>
        <w:t>And for the first time in his life, when his sister look</w:t>
      </w:r>
      <w:r w:rsidR="00783B56" w:rsidRPr="00C9454D">
        <w:rPr>
          <w:sz w:val="24"/>
          <w:szCs w:val="24"/>
        </w:rPr>
        <w:t xml:space="preserve">s </w:t>
      </w:r>
      <w:r w:rsidRPr="00C9454D">
        <w:rPr>
          <w:sz w:val="24"/>
          <w:szCs w:val="24"/>
        </w:rPr>
        <w:t xml:space="preserve">at him, she </w:t>
      </w:r>
      <w:r w:rsidR="00783B56" w:rsidRPr="00C9454D">
        <w:rPr>
          <w:sz w:val="24"/>
          <w:szCs w:val="24"/>
        </w:rPr>
        <w:t>will</w:t>
      </w:r>
      <w:r w:rsidRPr="00C9454D">
        <w:rPr>
          <w:sz w:val="24"/>
          <w:szCs w:val="24"/>
        </w:rPr>
        <w:t xml:space="preserve"> not see her younger brother.</w:t>
      </w:r>
    </w:p>
    <w:p w14:paraId="0FD62D81" w14:textId="2FEA3D84" w:rsidR="00EC2F08" w:rsidRPr="00C9454D" w:rsidRDefault="00EC2F08" w:rsidP="00C9454D">
      <w:pPr>
        <w:rPr>
          <w:sz w:val="24"/>
          <w:szCs w:val="24"/>
        </w:rPr>
      </w:pPr>
      <w:r w:rsidRPr="00C9454D">
        <w:rPr>
          <w:sz w:val="24"/>
          <w:szCs w:val="24"/>
        </w:rPr>
        <w:t xml:space="preserve">She </w:t>
      </w:r>
      <w:r w:rsidR="00783B56" w:rsidRPr="00C9454D">
        <w:rPr>
          <w:sz w:val="24"/>
          <w:szCs w:val="24"/>
        </w:rPr>
        <w:t xml:space="preserve">will see </w:t>
      </w:r>
      <w:r w:rsidRPr="00C9454D">
        <w:rPr>
          <w:sz w:val="24"/>
          <w:szCs w:val="24"/>
        </w:rPr>
        <w:t>a leader.</w:t>
      </w:r>
    </w:p>
    <w:p w14:paraId="315B6224" w14:textId="77777777" w:rsidR="00E746A8" w:rsidRPr="00C9454D" w:rsidRDefault="00E746A8" w:rsidP="00C9454D">
      <w:pPr>
        <w:pStyle w:val="Heading2"/>
        <w:rPr>
          <w:rFonts w:asciiTheme="minorHAnsi" w:eastAsiaTheme="minorEastAsia" w:hAnsiTheme="minorHAnsi" w:cstheme="minorBidi"/>
          <w:color w:val="auto"/>
          <w:sz w:val="24"/>
          <w:szCs w:val="24"/>
        </w:rPr>
      </w:pPr>
      <w:r w:rsidRPr="00C9454D">
        <w:rPr>
          <w:rFonts w:asciiTheme="minorHAnsi" w:eastAsiaTheme="minorEastAsia" w:hAnsiTheme="minorHAnsi" w:cstheme="minorBidi"/>
          <w:color w:val="auto"/>
          <w:sz w:val="24"/>
          <w:szCs w:val="24"/>
        </w:rPr>
        <w:t>Leadership takes many forms. Sometimes, it’s rebuilding a village. Sometimes, it’s standing in a kitchen, holding a broken marriage together with prayer and grit. I know what it means to lead quietly, too</w:t>
      </w:r>
    </w:p>
    <w:p w14:paraId="7C3B3FBF" w14:textId="77777777" w:rsidR="00E746A8" w:rsidRPr="00C9454D" w:rsidRDefault="00E746A8" w:rsidP="00C9454D">
      <w:pPr>
        <w:pStyle w:val="Heading2"/>
        <w:rPr>
          <w:rFonts w:asciiTheme="minorHAnsi" w:eastAsiaTheme="minorEastAsia" w:hAnsiTheme="minorHAnsi" w:cstheme="minorBidi"/>
          <w:color w:val="auto"/>
          <w:sz w:val="24"/>
          <w:szCs w:val="24"/>
        </w:rPr>
      </w:pPr>
    </w:p>
    <w:p w14:paraId="36FDB184" w14:textId="77777777" w:rsidR="0005440C" w:rsidRPr="00C9454D" w:rsidRDefault="0005440C" w:rsidP="00C9454D">
      <w:pPr>
        <w:pStyle w:val="Heading2"/>
        <w:rPr>
          <w:sz w:val="24"/>
          <w:szCs w:val="24"/>
        </w:rPr>
      </w:pPr>
    </w:p>
    <w:p w14:paraId="51A6E302" w14:textId="77777777" w:rsidR="0005440C" w:rsidRPr="00C9454D" w:rsidRDefault="0005440C" w:rsidP="00C9454D">
      <w:pPr>
        <w:pStyle w:val="Heading2"/>
        <w:rPr>
          <w:sz w:val="24"/>
          <w:szCs w:val="24"/>
        </w:rPr>
      </w:pPr>
    </w:p>
    <w:p w14:paraId="35219EE3" w14:textId="3D8FD338" w:rsidR="008F449D" w:rsidRPr="00C9454D" w:rsidRDefault="008F449D" w:rsidP="00C9454D">
      <w:pPr>
        <w:pStyle w:val="Heading2"/>
        <w:rPr>
          <w:sz w:val="24"/>
          <w:szCs w:val="24"/>
        </w:rPr>
      </w:pPr>
      <w:r w:rsidRPr="00C9454D">
        <w:rPr>
          <w:sz w:val="24"/>
          <w:szCs w:val="24"/>
        </w:rPr>
        <w:t>Present – The Covenant That Could Not Break</w:t>
      </w:r>
    </w:p>
    <w:p w14:paraId="000061AC" w14:textId="77777777" w:rsidR="00E746A8" w:rsidRPr="00C9454D" w:rsidRDefault="00E746A8" w:rsidP="00C9454D">
      <w:pPr>
        <w:rPr>
          <w:sz w:val="24"/>
          <w:szCs w:val="24"/>
        </w:rPr>
      </w:pPr>
    </w:p>
    <w:p w14:paraId="65D93996" w14:textId="18473D1E" w:rsidR="008F449D" w:rsidRPr="00C9454D" w:rsidRDefault="008F449D" w:rsidP="00C9454D">
      <w:pPr>
        <w:rPr>
          <w:sz w:val="24"/>
          <w:szCs w:val="24"/>
        </w:rPr>
      </w:pPr>
      <w:r w:rsidRPr="00C9454D">
        <w:rPr>
          <w:sz w:val="24"/>
          <w:szCs w:val="24"/>
        </w:rPr>
        <w:t>We met through a friend of a friend—two wanderers orbiting the same faith.</w:t>
      </w:r>
      <w:r w:rsidRPr="00C9454D">
        <w:rPr>
          <w:sz w:val="24"/>
          <w:szCs w:val="24"/>
        </w:rPr>
        <w:br/>
        <w:t>He was ten years older. A single father. Guarded. Steady. Wary.</w:t>
      </w:r>
      <w:r w:rsidRPr="00C9454D">
        <w:rPr>
          <w:sz w:val="24"/>
          <w:szCs w:val="24"/>
        </w:rPr>
        <w:br/>
        <w:t>I was a single mother of two, ten years into carrying it all alone, learning the rhythm of surrender and survival.</w:t>
      </w:r>
    </w:p>
    <w:p w14:paraId="59832880" w14:textId="77777777" w:rsidR="008F449D" w:rsidRPr="00C9454D" w:rsidRDefault="008F449D" w:rsidP="00C9454D">
      <w:pPr>
        <w:rPr>
          <w:sz w:val="24"/>
          <w:szCs w:val="24"/>
        </w:rPr>
      </w:pPr>
      <w:r w:rsidRPr="00C9454D">
        <w:rPr>
          <w:sz w:val="24"/>
          <w:szCs w:val="24"/>
        </w:rPr>
        <w:t>At first, Russ said little. His replies were short, his posture reserved, like a man who had been burned too many times to offer warmth easily. He had weathered a marriage that unraveled, a battle for stability, and the long silence of nights spent protecting a child on his own.</w:t>
      </w:r>
    </w:p>
    <w:p w14:paraId="17B59DC1" w14:textId="77777777" w:rsidR="008F449D" w:rsidRPr="00C9454D" w:rsidRDefault="008F449D" w:rsidP="00C9454D">
      <w:pPr>
        <w:rPr>
          <w:sz w:val="24"/>
          <w:szCs w:val="24"/>
        </w:rPr>
      </w:pPr>
      <w:r w:rsidRPr="00C9454D">
        <w:rPr>
          <w:sz w:val="24"/>
          <w:szCs w:val="24"/>
        </w:rPr>
        <w:t>He didn’t believe I was what I seemed—not really. Thought I was too kind, too present, too full of light.</w:t>
      </w:r>
      <w:r w:rsidRPr="00C9454D">
        <w:rPr>
          <w:sz w:val="24"/>
          <w:szCs w:val="24"/>
        </w:rPr>
        <w:br/>
        <w:t>But I was. And that authenticity—it disarmed him.</w:t>
      </w:r>
    </w:p>
    <w:p w14:paraId="2D71B421" w14:textId="77777777" w:rsidR="008F449D" w:rsidRPr="00C9454D" w:rsidRDefault="008F449D" w:rsidP="00C9454D">
      <w:pPr>
        <w:rPr>
          <w:sz w:val="24"/>
          <w:szCs w:val="24"/>
        </w:rPr>
      </w:pPr>
      <w:r w:rsidRPr="00C9454D">
        <w:rPr>
          <w:sz w:val="24"/>
          <w:szCs w:val="24"/>
        </w:rPr>
        <w:t>For two years, we courted with honor. No touching. No lingering too long. No fire left untended.</w:t>
      </w:r>
      <w:r w:rsidRPr="00C9454D">
        <w:rPr>
          <w:sz w:val="24"/>
          <w:szCs w:val="24"/>
        </w:rPr>
        <w:br/>
        <w:t>Just truth. Friendship. Prayers.</w:t>
      </w:r>
      <w:r w:rsidRPr="00C9454D">
        <w:rPr>
          <w:sz w:val="24"/>
          <w:szCs w:val="24"/>
        </w:rPr>
        <w:br/>
        <w:t>Once a month, he’d travel to the foothills of Appalachia where I lived, always with purpose, always with respect.</w:t>
      </w:r>
      <w:r w:rsidRPr="00C9454D">
        <w:rPr>
          <w:sz w:val="24"/>
          <w:szCs w:val="24"/>
        </w:rPr>
        <w:br/>
        <w:t>And after my youngest graduated, we packed up the old life and drove north—into the unknown.</w:t>
      </w:r>
    </w:p>
    <w:p w14:paraId="7E18269C" w14:textId="77777777" w:rsidR="008F449D" w:rsidRPr="00C9454D" w:rsidRDefault="008F449D" w:rsidP="00C9454D">
      <w:pPr>
        <w:rPr>
          <w:sz w:val="24"/>
          <w:szCs w:val="24"/>
        </w:rPr>
      </w:pPr>
      <w:r w:rsidRPr="00C9454D">
        <w:rPr>
          <w:sz w:val="24"/>
          <w:szCs w:val="24"/>
        </w:rPr>
        <w:t>We were happy.</w:t>
      </w:r>
      <w:r w:rsidRPr="00C9454D">
        <w:rPr>
          <w:sz w:val="24"/>
          <w:szCs w:val="24"/>
        </w:rPr>
        <w:br/>
        <w:t>But shadows, sometimes, travel too.</w:t>
      </w:r>
    </w:p>
    <w:p w14:paraId="7F8E1997" w14:textId="77777777" w:rsidR="008F449D" w:rsidRPr="00C9454D" w:rsidRDefault="008F449D" w:rsidP="00C9454D">
      <w:pPr>
        <w:rPr>
          <w:sz w:val="24"/>
          <w:szCs w:val="24"/>
        </w:rPr>
      </w:pPr>
      <w:r w:rsidRPr="00C9454D">
        <w:rPr>
          <w:sz w:val="24"/>
          <w:szCs w:val="24"/>
        </w:rPr>
        <w:t xml:space="preserve">His daughter—raised by a woman who knew how to </w:t>
      </w:r>
      <w:proofErr w:type="spellStart"/>
      <w:r w:rsidRPr="00C9454D">
        <w:rPr>
          <w:sz w:val="24"/>
          <w:szCs w:val="24"/>
        </w:rPr>
        <w:t>weaponize</w:t>
      </w:r>
      <w:proofErr w:type="spellEnd"/>
      <w:r w:rsidRPr="00C9454D">
        <w:rPr>
          <w:sz w:val="24"/>
          <w:szCs w:val="24"/>
        </w:rPr>
        <w:t xml:space="preserve"> access—came with her own ghosts. She crossed boundaries with mine, testing edges that should never be tested. And when discipline was needed, her mother whispered discord from the other side.</w:t>
      </w:r>
    </w:p>
    <w:p w14:paraId="0978BDDB" w14:textId="77777777" w:rsidR="008F449D" w:rsidRPr="00C9454D" w:rsidRDefault="008F449D" w:rsidP="00C9454D">
      <w:pPr>
        <w:rPr>
          <w:sz w:val="24"/>
          <w:szCs w:val="24"/>
        </w:rPr>
      </w:pPr>
      <w:r w:rsidRPr="00C9454D">
        <w:rPr>
          <w:sz w:val="24"/>
          <w:szCs w:val="24"/>
        </w:rPr>
        <w:t>It came to a head on a forced vacation. A storm of words. A line drawn in bone.</w:t>
      </w:r>
      <w:r w:rsidRPr="00C9454D">
        <w:rPr>
          <w:sz w:val="24"/>
          <w:szCs w:val="24"/>
        </w:rPr>
        <w:br/>
        <w:t>I stood ten toes down and spoke truth with grace.</w:t>
      </w:r>
    </w:p>
    <w:p w14:paraId="781821BE" w14:textId="77777777" w:rsidR="008F449D" w:rsidRPr="00C9454D" w:rsidRDefault="008F449D" w:rsidP="00C9454D">
      <w:pPr>
        <w:rPr>
          <w:sz w:val="24"/>
          <w:szCs w:val="24"/>
        </w:rPr>
      </w:pPr>
      <w:r w:rsidRPr="00C9454D">
        <w:rPr>
          <w:sz w:val="24"/>
          <w:szCs w:val="24"/>
        </w:rPr>
        <w:t>His daughter gave him a choice.</w:t>
      </w:r>
      <w:r w:rsidRPr="00C9454D">
        <w:rPr>
          <w:sz w:val="24"/>
          <w:szCs w:val="24"/>
        </w:rPr>
        <w:br/>
        <w:t>Her… or me.</w:t>
      </w:r>
    </w:p>
    <w:p w14:paraId="50D37626" w14:textId="1C86CE92" w:rsidR="008F449D" w:rsidRPr="00C9454D" w:rsidRDefault="008F449D" w:rsidP="00C9454D">
      <w:pPr>
        <w:rPr>
          <w:sz w:val="24"/>
          <w:szCs w:val="24"/>
        </w:rPr>
      </w:pPr>
      <w:r w:rsidRPr="00C9454D">
        <w:rPr>
          <w:sz w:val="24"/>
          <w:szCs w:val="24"/>
        </w:rPr>
        <w:t xml:space="preserve">But Russ had already made a covenant. Not with me—but with </w:t>
      </w:r>
      <w:proofErr w:type="spellStart"/>
      <w:r w:rsidR="007E1E1E">
        <w:rPr>
          <w:sz w:val="24"/>
          <w:szCs w:val="24"/>
        </w:rPr>
        <w:t>Yahuah</w:t>
      </w:r>
      <w:proofErr w:type="spellEnd"/>
      <w:r w:rsidRPr="00C9454D">
        <w:rPr>
          <w:sz w:val="24"/>
          <w:szCs w:val="24"/>
        </w:rPr>
        <w:t>.</w:t>
      </w:r>
      <w:r w:rsidRPr="00C9454D">
        <w:rPr>
          <w:sz w:val="24"/>
          <w:szCs w:val="24"/>
        </w:rPr>
        <w:br/>
        <w:t>To break that vow would have been to sever his soul.</w:t>
      </w:r>
    </w:p>
    <w:p w14:paraId="5B688105" w14:textId="77777777" w:rsidR="008F449D" w:rsidRPr="00C9454D" w:rsidRDefault="008F449D" w:rsidP="00C9454D">
      <w:pPr>
        <w:rPr>
          <w:sz w:val="24"/>
          <w:szCs w:val="24"/>
        </w:rPr>
      </w:pPr>
      <w:r w:rsidRPr="00C9454D">
        <w:rPr>
          <w:sz w:val="24"/>
          <w:szCs w:val="24"/>
        </w:rPr>
        <w:t>And so, she left.</w:t>
      </w:r>
      <w:r w:rsidRPr="00C9454D">
        <w:rPr>
          <w:sz w:val="24"/>
          <w:szCs w:val="24"/>
        </w:rPr>
        <w:br/>
        <w:t>We haven’t seen her in eight years.</w:t>
      </w:r>
    </w:p>
    <w:p w14:paraId="532A8843" w14:textId="77777777" w:rsidR="008F449D" w:rsidRPr="00C9454D" w:rsidRDefault="008F449D" w:rsidP="00C9454D">
      <w:pPr>
        <w:rPr>
          <w:sz w:val="24"/>
          <w:szCs w:val="24"/>
        </w:rPr>
      </w:pPr>
      <w:r w:rsidRPr="00C9454D">
        <w:rPr>
          <w:sz w:val="24"/>
          <w:szCs w:val="24"/>
        </w:rPr>
        <w:t>We moved on. Built a new life. Found quiet joy again.</w:t>
      </w:r>
    </w:p>
    <w:p w14:paraId="21BA5E50" w14:textId="77777777" w:rsidR="008F449D" w:rsidRPr="00C9454D" w:rsidRDefault="008F449D" w:rsidP="00C9454D">
      <w:pPr>
        <w:rPr>
          <w:sz w:val="24"/>
          <w:szCs w:val="24"/>
        </w:rPr>
      </w:pPr>
      <w:r w:rsidRPr="00C9454D">
        <w:rPr>
          <w:sz w:val="24"/>
          <w:szCs w:val="24"/>
        </w:rPr>
        <w:t>But there’s an ache my husband carries that I never press on.</w:t>
      </w:r>
      <w:r w:rsidRPr="00C9454D">
        <w:rPr>
          <w:sz w:val="24"/>
          <w:szCs w:val="24"/>
        </w:rPr>
        <w:br/>
        <w:t>An ache shaped like a daughter lost in war.</w:t>
      </w:r>
      <w:r w:rsidRPr="00C9454D">
        <w:rPr>
          <w:sz w:val="24"/>
          <w:szCs w:val="24"/>
        </w:rPr>
        <w:br/>
        <w:t>A silence I honor with my own.</w:t>
      </w:r>
    </w:p>
    <w:p w14:paraId="05C0F317" w14:textId="77777777" w:rsidR="008F449D" w:rsidRPr="00C9454D" w:rsidRDefault="008F449D" w:rsidP="00C9454D">
      <w:pPr>
        <w:rPr>
          <w:sz w:val="24"/>
          <w:szCs w:val="24"/>
        </w:rPr>
      </w:pPr>
      <w:r w:rsidRPr="00C9454D">
        <w:rPr>
          <w:sz w:val="24"/>
          <w:szCs w:val="24"/>
        </w:rPr>
        <w:t>Because love, real love, doesn’t demand healing on a schedule.</w:t>
      </w:r>
      <w:r w:rsidRPr="00C9454D">
        <w:rPr>
          <w:sz w:val="24"/>
          <w:szCs w:val="24"/>
        </w:rPr>
        <w:br/>
        <w:t>It just stays.</w:t>
      </w:r>
    </w:p>
    <w:p w14:paraId="1D505891" w14:textId="75559FF2" w:rsidR="004D48A7" w:rsidRPr="00C9454D" w:rsidRDefault="005E659A" w:rsidP="00C9454D">
      <w:pPr>
        <w:rPr>
          <w:sz w:val="24"/>
          <w:szCs w:val="24"/>
        </w:rPr>
      </w:pPr>
      <w:r w:rsidRPr="00C9454D">
        <w:rPr>
          <w:sz w:val="24"/>
          <w:szCs w:val="24"/>
        </w:rPr>
        <w:t>But even love can’t shield you from the storms that mold your soul. And I have walked through tempests—not of weather, but of the mind.</w:t>
      </w:r>
    </w:p>
    <w:p w14:paraId="16E12C70" w14:textId="77777777" w:rsidR="001968F8" w:rsidRPr="00C9454D" w:rsidRDefault="001968F8" w:rsidP="00C9454D">
      <w:pPr>
        <w:pStyle w:val="Heading2"/>
        <w:rPr>
          <w:sz w:val="24"/>
          <w:szCs w:val="24"/>
        </w:rPr>
      </w:pPr>
      <w:r w:rsidRPr="00C9454D">
        <w:rPr>
          <w:sz w:val="24"/>
          <w:szCs w:val="24"/>
        </w:rPr>
        <w:t>The Storm That Shaped Me</w:t>
      </w:r>
    </w:p>
    <w:p w14:paraId="57726FFF" w14:textId="77777777" w:rsidR="001968F8" w:rsidRPr="00C9454D" w:rsidRDefault="001968F8" w:rsidP="00C9454D">
      <w:pPr>
        <w:rPr>
          <w:sz w:val="24"/>
          <w:szCs w:val="24"/>
        </w:rPr>
      </w:pPr>
    </w:p>
    <w:p w14:paraId="5C3F6306" w14:textId="77777777" w:rsidR="001968F8" w:rsidRPr="00C9454D" w:rsidRDefault="001968F8" w:rsidP="00C9454D">
      <w:pPr>
        <w:rPr>
          <w:sz w:val="24"/>
          <w:szCs w:val="24"/>
        </w:rPr>
      </w:pPr>
      <w:r w:rsidRPr="00C9454D">
        <w:rPr>
          <w:sz w:val="24"/>
          <w:szCs w:val="24"/>
        </w:rPr>
        <w:t>I was born into a world that did not welcome me softly. From the beginning, I fought.</w:t>
      </w:r>
    </w:p>
    <w:p w14:paraId="06C6D1C6" w14:textId="77777777" w:rsidR="001968F8" w:rsidRPr="00C9454D" w:rsidRDefault="001968F8" w:rsidP="00C9454D">
      <w:pPr>
        <w:rPr>
          <w:sz w:val="24"/>
          <w:szCs w:val="24"/>
        </w:rPr>
      </w:pPr>
      <w:r w:rsidRPr="00C9454D">
        <w:rPr>
          <w:sz w:val="24"/>
          <w:szCs w:val="24"/>
        </w:rPr>
        <w:t>They tried to define me—practitioners with their labels, family with their expectations, a world that wanted me to fit into neat little boxes. But I was never made to be contained.</w:t>
      </w:r>
    </w:p>
    <w:p w14:paraId="146A3E52" w14:textId="77777777" w:rsidR="001968F8" w:rsidRPr="00C9454D" w:rsidRDefault="001968F8" w:rsidP="00C9454D">
      <w:pPr>
        <w:rPr>
          <w:sz w:val="24"/>
          <w:szCs w:val="24"/>
        </w:rPr>
      </w:pPr>
      <w:r w:rsidRPr="00C9454D">
        <w:rPr>
          <w:sz w:val="24"/>
          <w:szCs w:val="24"/>
        </w:rPr>
        <w:t>I have been called many things. Too sensitive. Too strong. Too much.</w:t>
      </w:r>
    </w:p>
    <w:p w14:paraId="4AE59BC4" w14:textId="77777777" w:rsidR="001968F8" w:rsidRPr="00C9454D" w:rsidRDefault="001968F8" w:rsidP="00C9454D">
      <w:pPr>
        <w:rPr>
          <w:sz w:val="24"/>
          <w:szCs w:val="24"/>
        </w:rPr>
      </w:pPr>
      <w:r w:rsidRPr="00C9454D">
        <w:rPr>
          <w:sz w:val="24"/>
          <w:szCs w:val="24"/>
        </w:rPr>
        <w:t>I have been misdiagnosed, misunderstood, underestimated.</w:t>
      </w:r>
    </w:p>
    <w:p w14:paraId="65958F15" w14:textId="77777777" w:rsidR="001968F8" w:rsidRPr="00C9454D" w:rsidRDefault="001968F8" w:rsidP="00C9454D">
      <w:pPr>
        <w:rPr>
          <w:sz w:val="24"/>
          <w:szCs w:val="24"/>
        </w:rPr>
      </w:pPr>
      <w:r w:rsidRPr="00C9454D">
        <w:rPr>
          <w:sz w:val="24"/>
          <w:szCs w:val="24"/>
        </w:rPr>
        <w:t>They tried to drown my spirit in medications and institutions, in rules I did not write and beliefs I did not share. I was left to navigate shadows, searching for the truth they refused to see—that I was never broken. Only misplaced.</w:t>
      </w:r>
    </w:p>
    <w:p w14:paraId="359F1383" w14:textId="77777777" w:rsidR="001968F8" w:rsidRPr="00C9454D" w:rsidRDefault="001968F8" w:rsidP="00C9454D">
      <w:pPr>
        <w:rPr>
          <w:sz w:val="24"/>
          <w:szCs w:val="24"/>
        </w:rPr>
      </w:pPr>
      <w:r w:rsidRPr="00C9454D">
        <w:rPr>
          <w:sz w:val="24"/>
          <w:szCs w:val="24"/>
        </w:rPr>
        <w:t>And just like my ancestors, I survived. I endured.</w:t>
      </w:r>
    </w:p>
    <w:p w14:paraId="0B3C777B" w14:textId="27B3D2D4" w:rsidR="00EC2F08" w:rsidRPr="00C9454D" w:rsidRDefault="001968F8" w:rsidP="00C9454D">
      <w:pPr>
        <w:rPr>
          <w:sz w:val="24"/>
          <w:szCs w:val="24"/>
        </w:rPr>
      </w:pPr>
      <w:r w:rsidRPr="00C9454D">
        <w:rPr>
          <w:sz w:val="24"/>
          <w:szCs w:val="24"/>
        </w:rPr>
        <w:t xml:space="preserve">I found my voice. I found </w:t>
      </w:r>
      <w:r w:rsidR="006E5A10">
        <w:rPr>
          <w:sz w:val="24"/>
          <w:szCs w:val="24"/>
        </w:rPr>
        <w:t>Jehovah</w:t>
      </w:r>
      <w:r w:rsidRPr="00C9454D">
        <w:rPr>
          <w:sz w:val="24"/>
          <w:szCs w:val="24"/>
        </w:rPr>
        <w:t>. And in Him, I found the strength that had always been mine.</w:t>
      </w:r>
    </w:p>
    <w:p w14:paraId="0487D0B3" w14:textId="5AF822A3" w:rsidR="00692700" w:rsidRPr="00C9454D" w:rsidRDefault="001276C8" w:rsidP="00C9454D">
      <w:pPr>
        <w:pStyle w:val="Heading2"/>
        <w:rPr>
          <w:sz w:val="24"/>
          <w:szCs w:val="24"/>
        </w:rPr>
      </w:pPr>
      <w:r w:rsidRPr="00C9454D">
        <w:rPr>
          <w:sz w:val="24"/>
          <w:szCs w:val="24"/>
        </w:rPr>
        <w:br w:type="page"/>
      </w:r>
      <w:r w:rsidR="00692700" w:rsidRPr="00C9454D">
        <w:rPr>
          <w:sz w:val="24"/>
          <w:szCs w:val="24"/>
        </w:rPr>
        <w:t xml:space="preserve">Father </w:t>
      </w:r>
      <w:proofErr w:type="spellStart"/>
      <w:r w:rsidR="00692700" w:rsidRPr="00C9454D">
        <w:rPr>
          <w:sz w:val="24"/>
          <w:szCs w:val="24"/>
        </w:rPr>
        <w:t>Elric’s</w:t>
      </w:r>
      <w:proofErr w:type="spellEnd"/>
      <w:r w:rsidR="00692700" w:rsidRPr="00C9454D">
        <w:rPr>
          <w:sz w:val="24"/>
          <w:szCs w:val="24"/>
        </w:rPr>
        <w:t xml:space="preserve"> Journey</w:t>
      </w:r>
    </w:p>
    <w:p w14:paraId="6EA522D1" w14:textId="77777777" w:rsidR="002E4B5B" w:rsidRPr="00C9454D" w:rsidRDefault="002E4B5B" w:rsidP="00C9454D">
      <w:pPr>
        <w:rPr>
          <w:sz w:val="24"/>
          <w:szCs w:val="24"/>
        </w:rPr>
      </w:pPr>
    </w:p>
    <w:p w14:paraId="695E0964" w14:textId="77777777" w:rsidR="00692700" w:rsidRPr="00C9454D" w:rsidRDefault="00692700"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had always been a curious child, his mind hungry for knowledge in a way that set him apart from his peers. Born the youngest son of a minor noble family, he was sent to the monastery at a young age—a fate not uncommon for those with no land or title to inherit. For most boys, the cloistered life was a quiet death of ambition, a slow submission to the monotony of prayer and manual labor. But for </w:t>
      </w:r>
      <w:proofErr w:type="spellStart"/>
      <w:r w:rsidRPr="00C9454D">
        <w:rPr>
          <w:sz w:val="24"/>
          <w:szCs w:val="24"/>
        </w:rPr>
        <w:t>Elric</w:t>
      </w:r>
      <w:proofErr w:type="spellEnd"/>
      <w:r w:rsidRPr="00C9454D">
        <w:rPr>
          <w:sz w:val="24"/>
          <w:szCs w:val="24"/>
        </w:rPr>
        <w:t>, it was a revelation.</w:t>
      </w:r>
    </w:p>
    <w:p w14:paraId="579B26AA" w14:textId="77777777" w:rsidR="00692700" w:rsidRPr="00C9454D" w:rsidRDefault="00692700" w:rsidP="00C9454D">
      <w:pPr>
        <w:rPr>
          <w:sz w:val="24"/>
          <w:szCs w:val="24"/>
        </w:rPr>
      </w:pPr>
      <w:r w:rsidRPr="00C9454D">
        <w:rPr>
          <w:sz w:val="24"/>
          <w:szCs w:val="24"/>
        </w:rPr>
        <w:t xml:space="preserve">The monastery library became his sanctuary. Its shelves groaned under the weight of illuminated manuscripts, their pages filled with wisdom collected over centuries. </w:t>
      </w:r>
      <w:proofErr w:type="spellStart"/>
      <w:r w:rsidRPr="00C9454D">
        <w:rPr>
          <w:sz w:val="24"/>
          <w:szCs w:val="24"/>
        </w:rPr>
        <w:t>Elric</w:t>
      </w:r>
      <w:proofErr w:type="spellEnd"/>
      <w:r w:rsidRPr="00C9454D">
        <w:rPr>
          <w:sz w:val="24"/>
          <w:szCs w:val="24"/>
        </w:rPr>
        <w:t xml:space="preserve"> would sit for hours, his small fingers tracing the intricate script as he absorbed histories, psalms, and theological arguments. The other novices called him odd, more interested in dusty tomes than the simple pleasures of boyhood, but he paid them no mind. The world of words was far richer than the world beyond the monastery walls.</w:t>
      </w:r>
    </w:p>
    <w:p w14:paraId="76272078" w14:textId="77777777" w:rsidR="00692700" w:rsidRPr="00C9454D" w:rsidRDefault="00692700" w:rsidP="00C9454D">
      <w:pPr>
        <w:rPr>
          <w:sz w:val="24"/>
          <w:szCs w:val="24"/>
        </w:rPr>
      </w:pPr>
    </w:p>
    <w:p w14:paraId="56159E31" w14:textId="77777777" w:rsidR="00692700" w:rsidRPr="00C9454D" w:rsidRDefault="00692700" w:rsidP="00C9454D">
      <w:pPr>
        <w:rPr>
          <w:sz w:val="24"/>
          <w:szCs w:val="24"/>
        </w:rPr>
      </w:pPr>
      <w:r w:rsidRPr="00C9454D">
        <w:rPr>
          <w:sz w:val="24"/>
          <w:szCs w:val="24"/>
        </w:rPr>
        <w:t xml:space="preserve">By the time </w:t>
      </w:r>
      <w:proofErr w:type="spellStart"/>
      <w:r w:rsidRPr="00C9454D">
        <w:rPr>
          <w:sz w:val="24"/>
          <w:szCs w:val="24"/>
        </w:rPr>
        <w:t>Elric</w:t>
      </w:r>
      <w:proofErr w:type="spellEnd"/>
      <w:r w:rsidRPr="00C9454D">
        <w:rPr>
          <w:sz w:val="24"/>
          <w:szCs w:val="24"/>
        </w:rPr>
        <w:t xml:space="preserve"> was a young man, his reputation as a scholar had spread beyond the abbey. The abbot took notice of his sharp mind and entrusted him with the care of the library, a position usually reserved for older monks. It was during this time that </w:t>
      </w:r>
      <w:proofErr w:type="spellStart"/>
      <w:r w:rsidRPr="00C9454D">
        <w:rPr>
          <w:sz w:val="24"/>
          <w:szCs w:val="24"/>
        </w:rPr>
        <w:t>Elric</w:t>
      </w:r>
      <w:proofErr w:type="spellEnd"/>
      <w:r w:rsidRPr="00C9454D">
        <w:rPr>
          <w:sz w:val="24"/>
          <w:szCs w:val="24"/>
        </w:rPr>
        <w:t xml:space="preserve"> first encountered the ancient manuscripts—documents hidden away in a locked cabinet, their existence whispered of but never acknowledged openly.</w:t>
      </w:r>
    </w:p>
    <w:p w14:paraId="1662AEB8" w14:textId="1F36A5AD" w:rsidR="00692700" w:rsidRPr="00C9454D" w:rsidRDefault="00692700" w:rsidP="00C9454D">
      <w:pPr>
        <w:rPr>
          <w:sz w:val="24"/>
          <w:szCs w:val="24"/>
        </w:rPr>
      </w:pPr>
      <w:r w:rsidRPr="00C9454D">
        <w:rPr>
          <w:sz w:val="24"/>
          <w:szCs w:val="24"/>
        </w:rPr>
        <w:t xml:space="preserve">The texts were unlike anything he had ever read. Written in faded Latin, Greek, and Hebrew, they spoke of truths that diverged sharply from the doctrines taught by the Church. There were references to a name—a sacred name—that appeared again and again: </w:t>
      </w:r>
      <w:proofErr w:type="spellStart"/>
      <w:r w:rsidR="007E1E1E">
        <w:rPr>
          <w:sz w:val="24"/>
          <w:szCs w:val="24"/>
        </w:rPr>
        <w:t>Yahuah</w:t>
      </w:r>
      <w:proofErr w:type="spellEnd"/>
      <w:r w:rsidRPr="00C9454D">
        <w:rPr>
          <w:sz w:val="24"/>
          <w:szCs w:val="24"/>
        </w:rPr>
        <w:t>. The manuscripts spoke of a resurrection hope, of a God who was not a distant tyrant but a loving Father. They contradicted the teachings of eternal torment, presenting instead a vision of divine justice and mercy.</w:t>
      </w:r>
    </w:p>
    <w:p w14:paraId="62D5986A" w14:textId="77777777" w:rsidR="00692700" w:rsidRPr="00C9454D" w:rsidRDefault="00692700" w:rsidP="00C9454D">
      <w:pPr>
        <w:rPr>
          <w:sz w:val="24"/>
          <w:szCs w:val="24"/>
        </w:rPr>
      </w:pPr>
      <w:proofErr w:type="spellStart"/>
      <w:r w:rsidRPr="00C9454D">
        <w:rPr>
          <w:sz w:val="24"/>
          <w:szCs w:val="24"/>
        </w:rPr>
        <w:t>Elric</w:t>
      </w:r>
      <w:proofErr w:type="spellEnd"/>
      <w:r w:rsidRPr="00C9454D">
        <w:rPr>
          <w:sz w:val="24"/>
          <w:szCs w:val="24"/>
        </w:rPr>
        <w:t xml:space="preserve"> was captivated. He spent countless nights by candlelight, poring over the texts, his heart racing as he uncovered truths that felt both ancient and alive. He learned of the early Christians, their simple faith untainted by the elaborate hierarchy of the papacy. He read of a time when God's name was spoken freely, before it was buried beneath centuries of tradition and fear.</w:t>
      </w:r>
    </w:p>
    <w:p w14:paraId="374516F7" w14:textId="77777777" w:rsidR="00692700" w:rsidRPr="00C9454D" w:rsidRDefault="00692700" w:rsidP="00C9454D">
      <w:pPr>
        <w:rPr>
          <w:sz w:val="24"/>
          <w:szCs w:val="24"/>
        </w:rPr>
      </w:pPr>
      <w:r w:rsidRPr="00C9454D">
        <w:rPr>
          <w:sz w:val="24"/>
          <w:szCs w:val="24"/>
        </w:rPr>
        <w:t xml:space="preserve">The more </w:t>
      </w:r>
      <w:proofErr w:type="spellStart"/>
      <w:r w:rsidRPr="00C9454D">
        <w:rPr>
          <w:sz w:val="24"/>
          <w:szCs w:val="24"/>
        </w:rPr>
        <w:t>Elric</w:t>
      </w:r>
      <w:proofErr w:type="spellEnd"/>
      <w:r w:rsidRPr="00C9454D">
        <w:rPr>
          <w:sz w:val="24"/>
          <w:szCs w:val="24"/>
        </w:rPr>
        <w:t xml:space="preserve"> learned, the more he struggled with his place in the Church. He saw the corruption, the greed, and the manipulation of the faithful. Yet he also saw the power of the institution—the safety it provided to those who depended on its charity, the order it brought to a chaotic world. He knew that to openly question its authority would be to invite exile or worse.</w:t>
      </w:r>
    </w:p>
    <w:p w14:paraId="708ED041" w14:textId="77777777" w:rsidR="00692700" w:rsidRPr="00C9454D" w:rsidRDefault="00692700" w:rsidP="00C9454D">
      <w:pPr>
        <w:rPr>
          <w:sz w:val="24"/>
          <w:szCs w:val="24"/>
        </w:rPr>
      </w:pPr>
    </w:p>
    <w:p w14:paraId="31D8353E" w14:textId="77777777" w:rsidR="00692700" w:rsidRPr="00C9454D" w:rsidRDefault="00692700" w:rsidP="00C9454D">
      <w:pPr>
        <w:rPr>
          <w:sz w:val="24"/>
          <w:szCs w:val="24"/>
        </w:rPr>
      </w:pPr>
      <w:r w:rsidRPr="00C9454D">
        <w:rPr>
          <w:sz w:val="24"/>
          <w:szCs w:val="24"/>
        </w:rPr>
        <w:t xml:space="preserve">And so, </w:t>
      </w:r>
      <w:proofErr w:type="spellStart"/>
      <w:r w:rsidRPr="00C9454D">
        <w:rPr>
          <w:sz w:val="24"/>
          <w:szCs w:val="24"/>
        </w:rPr>
        <w:t>Elric</w:t>
      </w:r>
      <w:proofErr w:type="spellEnd"/>
      <w:r w:rsidRPr="00C9454D">
        <w:rPr>
          <w:sz w:val="24"/>
          <w:szCs w:val="24"/>
        </w:rPr>
        <w:t xml:space="preserve"> began to lead a double life.</w:t>
      </w:r>
    </w:p>
    <w:p w14:paraId="4E7F4717" w14:textId="77777777" w:rsidR="00692700" w:rsidRPr="00C9454D" w:rsidRDefault="00692700" w:rsidP="00C9454D">
      <w:pPr>
        <w:rPr>
          <w:sz w:val="24"/>
          <w:szCs w:val="24"/>
        </w:rPr>
      </w:pPr>
      <w:r w:rsidRPr="00C9454D">
        <w:rPr>
          <w:sz w:val="24"/>
          <w:szCs w:val="24"/>
        </w:rPr>
        <w:t>By day, he was the model of a devout priest—obedient, diligent, and zealous in his duties. He conducted Mass with solemnity, heard confessions with compassion, and tended to the poor with genuine kindness. But by night, he was a seeker of truth, studying the forbidden texts and teaching their lessons to a select few he deemed trustworthy.</w:t>
      </w:r>
    </w:p>
    <w:p w14:paraId="03D726B5" w14:textId="280A354B" w:rsidR="00692700" w:rsidRPr="00C9454D" w:rsidRDefault="00692700" w:rsidP="00C9454D">
      <w:pPr>
        <w:rPr>
          <w:sz w:val="24"/>
          <w:szCs w:val="24"/>
        </w:rPr>
      </w:pPr>
      <w:r w:rsidRPr="00C9454D">
        <w:rPr>
          <w:sz w:val="24"/>
          <w:szCs w:val="24"/>
        </w:rPr>
        <w:t xml:space="preserve">In the quiet corners of the abbey, he gathered a small group of like-minded souls—brothers and laypeople who shared his hunger for truth. Together, they read the Scriptures, speaking </w:t>
      </w:r>
      <w:proofErr w:type="spellStart"/>
      <w:r w:rsidR="007E1E1E">
        <w:rPr>
          <w:sz w:val="24"/>
          <w:szCs w:val="24"/>
        </w:rPr>
        <w:t>Yahuah</w:t>
      </w:r>
      <w:r w:rsidRPr="00C9454D">
        <w:rPr>
          <w:sz w:val="24"/>
          <w:szCs w:val="24"/>
        </w:rPr>
        <w:t>’s</w:t>
      </w:r>
      <w:proofErr w:type="spellEnd"/>
      <w:r w:rsidRPr="00C9454D">
        <w:rPr>
          <w:sz w:val="24"/>
          <w:szCs w:val="24"/>
        </w:rPr>
        <w:t xml:space="preserve"> name in hushed tones as they sought to understand His will. They met in secret, their gatherings hidden from the prying eyes of the Church hierarchy.</w:t>
      </w:r>
    </w:p>
    <w:p w14:paraId="6CC84A1F" w14:textId="0A07343C" w:rsidR="00A20FF2" w:rsidRPr="00C9454D" w:rsidRDefault="00585139" w:rsidP="00C9454D">
      <w:pPr>
        <w:rPr>
          <w:sz w:val="24"/>
          <w:szCs w:val="24"/>
        </w:rPr>
      </w:pPr>
      <w:r w:rsidRPr="00C9454D">
        <w:rPr>
          <w:sz w:val="24"/>
          <w:szCs w:val="24"/>
        </w:rPr>
        <w:t>“</w:t>
      </w:r>
      <w:r w:rsidR="00AD08A3" w:rsidRPr="00C9454D">
        <w:rPr>
          <w:sz w:val="24"/>
          <w:szCs w:val="24"/>
        </w:rPr>
        <w:t>And they continued reading aloud from the book, from the Law of the true God, clearly explaining it and putting meaning into it; so they helped the people to understand what was being read</w:t>
      </w:r>
      <w:r w:rsidR="0067230D" w:rsidRPr="00C9454D">
        <w:rPr>
          <w:sz w:val="24"/>
          <w:szCs w:val="24"/>
        </w:rPr>
        <w:t>” Ne</w:t>
      </w:r>
      <w:r w:rsidR="004F3C5B" w:rsidRPr="00C9454D">
        <w:rPr>
          <w:sz w:val="24"/>
          <w:szCs w:val="24"/>
        </w:rPr>
        <w:t xml:space="preserve">hemiah 8:8 </w:t>
      </w:r>
    </w:p>
    <w:p w14:paraId="6FF4B010" w14:textId="77777777" w:rsidR="00692700" w:rsidRPr="00C9454D" w:rsidRDefault="00692700" w:rsidP="00C9454D">
      <w:pPr>
        <w:rPr>
          <w:sz w:val="24"/>
          <w:szCs w:val="24"/>
        </w:rPr>
      </w:pPr>
      <w:proofErr w:type="spellStart"/>
      <w:r w:rsidRPr="00C9454D">
        <w:rPr>
          <w:sz w:val="24"/>
          <w:szCs w:val="24"/>
        </w:rPr>
        <w:t>Elric</w:t>
      </w:r>
      <w:proofErr w:type="spellEnd"/>
      <w:r w:rsidRPr="00C9454D">
        <w:rPr>
          <w:sz w:val="24"/>
          <w:szCs w:val="24"/>
        </w:rPr>
        <w:t xml:space="preserve"> knew the danger he faced. If discovered, he could be branded a heretic, imprisoned, or even executed. But he could not deny the fire that burned within him—a fire fueled by the belief that these truths were worth any risk.</w:t>
      </w:r>
    </w:p>
    <w:p w14:paraId="19134C80" w14:textId="77777777" w:rsidR="00692700" w:rsidRPr="00C9454D" w:rsidRDefault="00692700" w:rsidP="00C9454D">
      <w:pPr>
        <w:rPr>
          <w:sz w:val="24"/>
          <w:szCs w:val="24"/>
        </w:rPr>
      </w:pPr>
    </w:p>
    <w:p w14:paraId="146A998D" w14:textId="77777777" w:rsidR="00692700" w:rsidRPr="00C9454D" w:rsidRDefault="00692700" w:rsidP="00C9454D">
      <w:pPr>
        <w:rPr>
          <w:sz w:val="24"/>
          <w:szCs w:val="24"/>
        </w:rPr>
      </w:pPr>
      <w:r w:rsidRPr="00C9454D">
        <w:rPr>
          <w:sz w:val="24"/>
          <w:szCs w:val="24"/>
        </w:rPr>
        <w:t xml:space="preserve">As the years passed, </w:t>
      </w:r>
      <w:proofErr w:type="spellStart"/>
      <w:r w:rsidRPr="00C9454D">
        <w:rPr>
          <w:sz w:val="24"/>
          <w:szCs w:val="24"/>
        </w:rPr>
        <w:t>Elric’s</w:t>
      </w:r>
      <w:proofErr w:type="spellEnd"/>
      <w:r w:rsidRPr="00C9454D">
        <w:rPr>
          <w:sz w:val="24"/>
          <w:szCs w:val="24"/>
        </w:rPr>
        <w:t xml:space="preserve"> quiet rebellion grew more focused. He traveled between villages and abbeys, spreading his message in subtle ways. He spoke of hope to those who mourned, of justice to those who suffered under the weight of the feudal system. He offered a vision of a God who cared deeply for His creation, a God who promised a better future.</w:t>
      </w:r>
    </w:p>
    <w:p w14:paraId="5165C319" w14:textId="06B04016" w:rsidR="00046366" w:rsidRPr="00C9454D" w:rsidRDefault="00984966" w:rsidP="00C9454D">
      <w:pPr>
        <w:rPr>
          <w:sz w:val="24"/>
          <w:szCs w:val="24"/>
        </w:rPr>
      </w:pPr>
      <w:r w:rsidRPr="00C9454D">
        <w:rPr>
          <w:sz w:val="24"/>
          <w:szCs w:val="24"/>
        </w:rPr>
        <w:t>“For I well know the thoughts that I am thinking toward you,’ declares</w:t>
      </w:r>
      <w:r w:rsidR="00DE267E" w:rsidRPr="00C9454D">
        <w:rPr>
          <w:sz w:val="24"/>
          <w:szCs w:val="24"/>
        </w:rPr>
        <w:t xml:space="preserve"> </w:t>
      </w:r>
      <w:proofErr w:type="spellStart"/>
      <w:r w:rsidR="007E1E1E">
        <w:rPr>
          <w:sz w:val="24"/>
          <w:szCs w:val="24"/>
        </w:rPr>
        <w:t>Yahuah</w:t>
      </w:r>
      <w:proofErr w:type="spellEnd"/>
      <w:r w:rsidRPr="00C9454D">
        <w:rPr>
          <w:sz w:val="24"/>
          <w:szCs w:val="24"/>
        </w:rPr>
        <w:t>, ‘thoughts of peace, and not of calamity, to give you a future and a hope” Jeremiah 29</w:t>
      </w:r>
      <w:r w:rsidR="00E3547D" w:rsidRPr="00C9454D">
        <w:rPr>
          <w:sz w:val="24"/>
          <w:szCs w:val="24"/>
        </w:rPr>
        <w:t>:11</w:t>
      </w:r>
    </w:p>
    <w:p w14:paraId="589181E6" w14:textId="1C7BC1F8" w:rsidR="00692700" w:rsidRPr="00C9454D" w:rsidRDefault="00692700" w:rsidP="00C9454D">
      <w:pPr>
        <w:rPr>
          <w:sz w:val="24"/>
          <w:szCs w:val="24"/>
        </w:rPr>
      </w:pPr>
      <w:r w:rsidRPr="00C9454D">
        <w:rPr>
          <w:sz w:val="24"/>
          <w:szCs w:val="24"/>
        </w:rPr>
        <w:t xml:space="preserve">It was during one of these journeys that </w:t>
      </w:r>
      <w:proofErr w:type="spellStart"/>
      <w:r w:rsidRPr="00C9454D">
        <w:rPr>
          <w:sz w:val="24"/>
          <w:szCs w:val="24"/>
        </w:rPr>
        <w:t>Elric</w:t>
      </w:r>
      <w:proofErr w:type="spellEnd"/>
      <w:r w:rsidRPr="00C9454D">
        <w:rPr>
          <w:sz w:val="24"/>
          <w:szCs w:val="24"/>
        </w:rPr>
        <w:t xml:space="preserve"> first came to </w:t>
      </w:r>
      <w:proofErr w:type="spellStart"/>
      <w:r w:rsidR="00225D06" w:rsidRPr="00C9454D">
        <w:rPr>
          <w:sz w:val="24"/>
          <w:szCs w:val="24"/>
        </w:rPr>
        <w:t>Teston</w:t>
      </w:r>
      <w:proofErr w:type="spellEnd"/>
      <w:r w:rsidRPr="00C9454D">
        <w:rPr>
          <w:sz w:val="24"/>
          <w:szCs w:val="24"/>
        </w:rPr>
        <w:t xml:space="preserve">. The village was small but lively, its people warm and welcoming. The priest before him had been a good man but lacked </w:t>
      </w:r>
      <w:proofErr w:type="spellStart"/>
      <w:r w:rsidRPr="00C9454D">
        <w:rPr>
          <w:sz w:val="24"/>
          <w:szCs w:val="24"/>
        </w:rPr>
        <w:t>Elric’s</w:t>
      </w:r>
      <w:proofErr w:type="spellEnd"/>
      <w:r w:rsidRPr="00C9454D">
        <w:rPr>
          <w:sz w:val="24"/>
          <w:szCs w:val="24"/>
        </w:rPr>
        <w:t xml:space="preserve"> fervor, and the villagers quickly took to the new priest with his sharp mind and compassionate heart.</w:t>
      </w:r>
    </w:p>
    <w:p w14:paraId="61313FED" w14:textId="6FB865AA" w:rsidR="00692700" w:rsidRPr="00C9454D" w:rsidRDefault="00692700" w:rsidP="00C9454D">
      <w:pPr>
        <w:rPr>
          <w:sz w:val="24"/>
          <w:szCs w:val="24"/>
        </w:rPr>
      </w:pPr>
      <w:r w:rsidRPr="00C9454D">
        <w:rPr>
          <w:sz w:val="24"/>
          <w:szCs w:val="24"/>
        </w:rPr>
        <w:t xml:space="preserve">At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xml:space="preserve">, </w:t>
      </w:r>
      <w:proofErr w:type="spellStart"/>
      <w:r w:rsidRPr="00C9454D">
        <w:rPr>
          <w:sz w:val="24"/>
          <w:szCs w:val="24"/>
        </w:rPr>
        <w:t>Elric</w:t>
      </w:r>
      <w:proofErr w:type="spellEnd"/>
      <w:r w:rsidRPr="00C9454D">
        <w:rPr>
          <w:sz w:val="24"/>
          <w:szCs w:val="24"/>
        </w:rPr>
        <w:t xml:space="preserve"> found an unexpected ally in Abilene </w:t>
      </w:r>
      <w:r w:rsidR="00ED40F0" w:rsidRPr="00C9454D">
        <w:rPr>
          <w:sz w:val="24"/>
          <w:szCs w:val="24"/>
        </w:rPr>
        <w:t>de</w:t>
      </w:r>
      <w:r w:rsidR="00BB7416" w:rsidRPr="00C9454D">
        <w:rPr>
          <w:sz w:val="24"/>
          <w:szCs w:val="24"/>
        </w:rPr>
        <w:t xml:space="preserve"> </w:t>
      </w:r>
      <w:proofErr w:type="spellStart"/>
      <w:r w:rsidR="00BB7416" w:rsidRPr="00C9454D">
        <w:rPr>
          <w:sz w:val="24"/>
          <w:szCs w:val="24"/>
        </w:rPr>
        <w:t>Barham</w:t>
      </w:r>
      <w:proofErr w:type="spellEnd"/>
      <w:r w:rsidRPr="00C9454D">
        <w:rPr>
          <w:sz w:val="24"/>
          <w:szCs w:val="24"/>
        </w:rPr>
        <w:t xml:space="preserve">. Though young, she possessed a keen intellect and an inquisitive nature that mirrored his own. Their conversations often ventured beyond the surface, touching on questions of faith, justice, and the nature of God. </w:t>
      </w:r>
      <w:proofErr w:type="spellStart"/>
      <w:r w:rsidRPr="00C9454D">
        <w:rPr>
          <w:sz w:val="24"/>
          <w:szCs w:val="24"/>
        </w:rPr>
        <w:t>Elric</w:t>
      </w:r>
      <w:proofErr w:type="spellEnd"/>
      <w:r w:rsidRPr="00C9454D">
        <w:rPr>
          <w:sz w:val="24"/>
          <w:szCs w:val="24"/>
        </w:rPr>
        <w:t xml:space="preserve"> saw in her a kindred spirit, someone who might one day play a role in the greater purpose he felt called to fulfill.</w:t>
      </w:r>
    </w:p>
    <w:p w14:paraId="396E4C1A" w14:textId="77777777" w:rsidR="00692700" w:rsidRPr="00C9454D" w:rsidRDefault="00692700" w:rsidP="00C9454D">
      <w:pPr>
        <w:rPr>
          <w:sz w:val="24"/>
          <w:szCs w:val="24"/>
        </w:rPr>
      </w:pPr>
    </w:p>
    <w:p w14:paraId="576A5597" w14:textId="219DB7B3" w:rsidR="00692700" w:rsidRPr="00C9454D" w:rsidRDefault="00692700" w:rsidP="00C9454D">
      <w:pPr>
        <w:rPr>
          <w:sz w:val="24"/>
          <w:szCs w:val="24"/>
        </w:rPr>
      </w:pPr>
      <w:r w:rsidRPr="00C9454D">
        <w:rPr>
          <w:sz w:val="24"/>
          <w:szCs w:val="24"/>
        </w:rPr>
        <w:t xml:space="preserve">Despite his secret life, </w:t>
      </w:r>
      <w:proofErr w:type="spellStart"/>
      <w:r w:rsidRPr="00C9454D">
        <w:rPr>
          <w:sz w:val="24"/>
          <w:szCs w:val="24"/>
        </w:rPr>
        <w:t>Elric</w:t>
      </w:r>
      <w:proofErr w:type="spellEnd"/>
      <w:r w:rsidRPr="00C9454D">
        <w:rPr>
          <w:sz w:val="24"/>
          <w:szCs w:val="24"/>
        </w:rPr>
        <w:t xml:space="preserve"> never lost sight of his duties as a priest. He buried the dead with reverence, comforted the grieving with sincerity, and worked tirelessly to uplift the people of </w:t>
      </w:r>
      <w:proofErr w:type="spellStart"/>
      <w:r w:rsidR="00225D06" w:rsidRPr="00C9454D">
        <w:rPr>
          <w:sz w:val="24"/>
          <w:szCs w:val="24"/>
        </w:rPr>
        <w:t>Teston</w:t>
      </w:r>
      <w:proofErr w:type="spellEnd"/>
      <w:r w:rsidRPr="00C9454D">
        <w:rPr>
          <w:sz w:val="24"/>
          <w:szCs w:val="24"/>
        </w:rPr>
        <w:t>. Yet his heart remained torn, caught between the institution he served and the truths he had come to know.</w:t>
      </w:r>
    </w:p>
    <w:p w14:paraId="25625B06" w14:textId="70B26185" w:rsidR="00692700" w:rsidRPr="00C9454D" w:rsidRDefault="00692700" w:rsidP="00C9454D">
      <w:pPr>
        <w:rPr>
          <w:sz w:val="24"/>
          <w:szCs w:val="24"/>
        </w:rPr>
      </w:pPr>
      <w:r w:rsidRPr="00C9454D">
        <w:rPr>
          <w:sz w:val="24"/>
          <w:szCs w:val="24"/>
        </w:rPr>
        <w:t xml:space="preserve">One night, as he knelt in prayer beneath the stars, he spoke </w:t>
      </w:r>
      <w:proofErr w:type="spellStart"/>
      <w:r w:rsidR="007E1E1E">
        <w:rPr>
          <w:sz w:val="24"/>
          <w:szCs w:val="24"/>
        </w:rPr>
        <w:t>Yahuah</w:t>
      </w:r>
      <w:r w:rsidRPr="00C9454D">
        <w:rPr>
          <w:sz w:val="24"/>
          <w:szCs w:val="24"/>
        </w:rPr>
        <w:t>’s</w:t>
      </w:r>
      <w:proofErr w:type="spellEnd"/>
      <w:r w:rsidRPr="00C9454D">
        <w:rPr>
          <w:sz w:val="24"/>
          <w:szCs w:val="24"/>
        </w:rPr>
        <w:t xml:space="preserve"> name aloud, his voice trembling with emotion. “Gui</w:t>
      </w:r>
      <w:r w:rsidR="00DD1FF5" w:rsidRPr="00C9454D">
        <w:rPr>
          <w:sz w:val="24"/>
          <w:szCs w:val="24"/>
        </w:rPr>
        <w:t xml:space="preserve">de </w:t>
      </w:r>
      <w:r w:rsidRPr="00C9454D">
        <w:rPr>
          <w:sz w:val="24"/>
          <w:szCs w:val="24"/>
        </w:rPr>
        <w:t>me,” he whispered. “If I am wrong, show me the error of my ways. If I am right, give me the strength to carry on</w:t>
      </w:r>
      <w:r w:rsidR="00FA7BC2" w:rsidRPr="00C9454D">
        <w:rPr>
          <w:sz w:val="24"/>
          <w:szCs w:val="24"/>
        </w:rPr>
        <w:t>. In C</w:t>
      </w:r>
      <w:r w:rsidR="0000043D" w:rsidRPr="00C9454D">
        <w:rPr>
          <w:sz w:val="24"/>
          <w:szCs w:val="24"/>
        </w:rPr>
        <w:t>hrist our Savoir. AMEN</w:t>
      </w:r>
      <w:r w:rsidRPr="00C9454D">
        <w:rPr>
          <w:sz w:val="24"/>
          <w:szCs w:val="24"/>
        </w:rPr>
        <w:t>.”</w:t>
      </w:r>
    </w:p>
    <w:p w14:paraId="494AAE80" w14:textId="77777777" w:rsidR="00692700" w:rsidRPr="00C9454D" w:rsidRDefault="00692700" w:rsidP="00C9454D">
      <w:pPr>
        <w:rPr>
          <w:sz w:val="24"/>
          <w:szCs w:val="24"/>
        </w:rPr>
      </w:pPr>
      <w:r w:rsidRPr="00C9454D">
        <w:rPr>
          <w:sz w:val="24"/>
          <w:szCs w:val="24"/>
        </w:rPr>
        <w:t xml:space="preserve">The wind stirred the trees, and a sense of peace washed over him. </w:t>
      </w:r>
      <w:proofErr w:type="spellStart"/>
      <w:r w:rsidRPr="00C9454D">
        <w:rPr>
          <w:sz w:val="24"/>
          <w:szCs w:val="24"/>
        </w:rPr>
        <w:t>Elric</w:t>
      </w:r>
      <w:proofErr w:type="spellEnd"/>
      <w:r w:rsidRPr="00C9454D">
        <w:rPr>
          <w:sz w:val="24"/>
          <w:szCs w:val="24"/>
        </w:rPr>
        <w:t xml:space="preserve"> rose, his resolve strengthened. Whatever the cost, he would continue to serve—not the Church, but the God he had come to know and love.</w:t>
      </w:r>
    </w:p>
    <w:p w14:paraId="51153C9D" w14:textId="77777777" w:rsidR="00692700" w:rsidRPr="00C9454D" w:rsidRDefault="00692700" w:rsidP="00C9454D">
      <w:pPr>
        <w:rPr>
          <w:sz w:val="24"/>
          <w:szCs w:val="24"/>
        </w:rPr>
      </w:pPr>
    </w:p>
    <w:p w14:paraId="36C34441" w14:textId="23D8868B" w:rsidR="00692700" w:rsidRPr="00C9454D" w:rsidRDefault="00692700" w:rsidP="00C9454D">
      <w:pPr>
        <w:rPr>
          <w:sz w:val="24"/>
          <w:szCs w:val="24"/>
        </w:rPr>
      </w:pPr>
      <w:r w:rsidRPr="00C9454D">
        <w:rPr>
          <w:sz w:val="24"/>
          <w:szCs w:val="24"/>
        </w:rPr>
        <w:t xml:space="preserve">Father </w:t>
      </w:r>
      <w:proofErr w:type="spellStart"/>
      <w:r w:rsidRPr="00C9454D">
        <w:rPr>
          <w:sz w:val="24"/>
          <w:szCs w:val="24"/>
        </w:rPr>
        <w:t>Elric’s</w:t>
      </w:r>
      <w:proofErr w:type="spellEnd"/>
      <w:r w:rsidRPr="00C9454D">
        <w:rPr>
          <w:sz w:val="24"/>
          <w:szCs w:val="24"/>
        </w:rPr>
        <w:t xml:space="preserve"> presence in </w:t>
      </w:r>
      <w:proofErr w:type="spellStart"/>
      <w:r w:rsidR="00225D06" w:rsidRPr="00C9454D">
        <w:rPr>
          <w:sz w:val="24"/>
          <w:szCs w:val="24"/>
        </w:rPr>
        <w:t>Teston</w:t>
      </w:r>
      <w:proofErr w:type="spellEnd"/>
      <w:r w:rsidRPr="00C9454D">
        <w:rPr>
          <w:sz w:val="24"/>
          <w:szCs w:val="24"/>
        </w:rPr>
        <w:t xml:space="preserve"> would become a cornerstone for the people in their darkest days. His wisdom and courage would gui</w:t>
      </w:r>
      <w:r w:rsidR="00DD1FF5" w:rsidRPr="00C9454D">
        <w:rPr>
          <w:sz w:val="24"/>
          <w:szCs w:val="24"/>
        </w:rPr>
        <w:t xml:space="preserve">de </w:t>
      </w:r>
      <w:r w:rsidRPr="00C9454D">
        <w:rPr>
          <w:sz w:val="24"/>
          <w:szCs w:val="24"/>
        </w:rPr>
        <w:t>Abilene and Guy through trials yet to come, his quiet rebellion a testament to the power of faith in the face of corruption.</w:t>
      </w:r>
    </w:p>
    <w:p w14:paraId="7C1E36B2" w14:textId="77777777" w:rsidR="00692700" w:rsidRPr="00C9454D" w:rsidRDefault="00692700" w:rsidP="00C9454D">
      <w:pPr>
        <w:rPr>
          <w:sz w:val="24"/>
          <w:szCs w:val="24"/>
        </w:rPr>
      </w:pPr>
      <w:r w:rsidRPr="00C9454D">
        <w:rPr>
          <w:sz w:val="24"/>
          <w:szCs w:val="24"/>
        </w:rPr>
        <w:t>And though he lived a life of secrecy, he found joy in the knowledge that he was not alone—that the truths he had discovered would live on in the hearts of those who were ready to hear them.</w:t>
      </w:r>
    </w:p>
    <w:p w14:paraId="355732A8" w14:textId="57CED260" w:rsidR="0094023A" w:rsidRPr="00C9454D" w:rsidRDefault="008C68E0" w:rsidP="00C9454D">
      <w:pPr>
        <w:rPr>
          <w:sz w:val="24"/>
          <w:szCs w:val="24"/>
        </w:rPr>
      </w:pPr>
      <w:r w:rsidRPr="00C9454D">
        <w:rPr>
          <w:sz w:val="24"/>
          <w:szCs w:val="24"/>
        </w:rPr>
        <w:br w:type="page"/>
      </w:r>
    </w:p>
    <w:p w14:paraId="4CD60BD6" w14:textId="2F42EBA7" w:rsidR="00B04CC7" w:rsidRPr="00C9454D" w:rsidRDefault="00B04CC7" w:rsidP="00C9454D">
      <w:pPr>
        <w:pStyle w:val="Heading2"/>
        <w:rPr>
          <w:sz w:val="24"/>
          <w:szCs w:val="24"/>
        </w:rPr>
      </w:pPr>
      <w:r w:rsidRPr="00C9454D">
        <w:rPr>
          <w:sz w:val="24"/>
          <w:szCs w:val="24"/>
        </w:rPr>
        <w:t>A Wedding in the Ruins</w:t>
      </w:r>
    </w:p>
    <w:p w14:paraId="45579F51" w14:textId="77777777" w:rsidR="002E4B5B" w:rsidRPr="00C9454D" w:rsidRDefault="002E4B5B" w:rsidP="00C9454D">
      <w:pPr>
        <w:rPr>
          <w:sz w:val="24"/>
          <w:szCs w:val="24"/>
        </w:rPr>
      </w:pPr>
    </w:p>
    <w:p w14:paraId="4A90EBDB" w14:textId="4006A787" w:rsidR="00B04CC7" w:rsidRPr="00C9454D" w:rsidRDefault="00B04CC7" w:rsidP="00C9454D">
      <w:pPr>
        <w:rPr>
          <w:sz w:val="24"/>
          <w:szCs w:val="24"/>
        </w:rPr>
      </w:pPr>
      <w:r w:rsidRPr="00C9454D">
        <w:rPr>
          <w:sz w:val="24"/>
          <w:szCs w:val="24"/>
        </w:rPr>
        <w:t xml:space="preserve">The devastation of the flood clung to </w:t>
      </w:r>
      <w:proofErr w:type="spellStart"/>
      <w:r w:rsidR="00225D06" w:rsidRPr="00C9454D">
        <w:rPr>
          <w:sz w:val="24"/>
          <w:szCs w:val="24"/>
        </w:rPr>
        <w:t>Teston</w:t>
      </w:r>
      <w:proofErr w:type="spellEnd"/>
      <w:r w:rsidRPr="00C9454D">
        <w:rPr>
          <w:sz w:val="24"/>
          <w:szCs w:val="24"/>
        </w:rPr>
        <w:t xml:space="preserve"> like a heavy shroud. The river had receded, but its scars remained—fields turned to barren mudflats, shattered timbers jutting from the earth, and rows of hastily dug graves marking the lives lost. For three days, the villagers had labored to recover what they could, their hands blistered and hearts hollow. Yet amidst the ruin, life went on, determined and unyielding.</w:t>
      </w:r>
    </w:p>
    <w:p w14:paraId="34B5059A" w14:textId="77777777" w:rsidR="00B04CC7" w:rsidRPr="00C9454D" w:rsidRDefault="00B04CC7" w:rsidP="00C9454D">
      <w:pPr>
        <w:rPr>
          <w:sz w:val="24"/>
          <w:szCs w:val="24"/>
        </w:rPr>
      </w:pPr>
      <w:r w:rsidRPr="00C9454D">
        <w:rPr>
          <w:sz w:val="24"/>
          <w:szCs w:val="24"/>
        </w:rPr>
        <w:t xml:space="preserve">It was Father </w:t>
      </w:r>
      <w:proofErr w:type="spellStart"/>
      <w:r w:rsidRPr="00C9454D">
        <w:rPr>
          <w:sz w:val="24"/>
          <w:szCs w:val="24"/>
        </w:rPr>
        <w:t>Elric</w:t>
      </w:r>
      <w:proofErr w:type="spellEnd"/>
      <w:r w:rsidRPr="00C9454D">
        <w:rPr>
          <w:sz w:val="24"/>
          <w:szCs w:val="24"/>
        </w:rPr>
        <w:t xml:space="preserve"> who insisted on the wedding.</w:t>
      </w:r>
    </w:p>
    <w:p w14:paraId="1FA4C501" w14:textId="4382D972" w:rsidR="00B04CC7" w:rsidRPr="00C9454D" w:rsidRDefault="00B04CC7" w:rsidP="00C9454D">
      <w:pPr>
        <w:rPr>
          <w:sz w:val="24"/>
          <w:szCs w:val="24"/>
        </w:rPr>
      </w:pPr>
      <w:r w:rsidRPr="00C9454D">
        <w:rPr>
          <w:sz w:val="24"/>
          <w:szCs w:val="24"/>
        </w:rPr>
        <w:t>“You cannot go to the king’s court unmarried,” he had said, his tone leaving no room for argument. “The court respects strength and unity, and a bond such as yours will give you both.</w:t>
      </w:r>
      <w:r w:rsidR="00D106E5" w:rsidRPr="00C9454D">
        <w:rPr>
          <w:sz w:val="24"/>
          <w:szCs w:val="24"/>
        </w:rPr>
        <w:t xml:space="preserve"> </w:t>
      </w:r>
      <w:r w:rsidR="00A869B8" w:rsidRPr="00C9454D">
        <w:rPr>
          <w:sz w:val="24"/>
          <w:szCs w:val="24"/>
        </w:rPr>
        <w:t>Besides it is due.</w:t>
      </w:r>
      <w:r w:rsidR="00AC101C" w:rsidRPr="00C9454D">
        <w:rPr>
          <w:sz w:val="24"/>
          <w:szCs w:val="24"/>
        </w:rPr>
        <w:t xml:space="preserve">  Are you not betrothed</w:t>
      </w:r>
      <w:r w:rsidR="00322665" w:rsidRPr="00C9454D">
        <w:rPr>
          <w:sz w:val="24"/>
          <w:szCs w:val="24"/>
        </w:rPr>
        <w:t>?”</w:t>
      </w:r>
    </w:p>
    <w:p w14:paraId="0F268BF6" w14:textId="6D006EEC" w:rsidR="00B04CC7" w:rsidRPr="00C9454D" w:rsidRDefault="00B04CC7" w:rsidP="00C9454D">
      <w:pPr>
        <w:rPr>
          <w:sz w:val="24"/>
          <w:szCs w:val="24"/>
        </w:rPr>
      </w:pPr>
      <w:r w:rsidRPr="00C9454D">
        <w:rPr>
          <w:sz w:val="24"/>
          <w:szCs w:val="24"/>
        </w:rPr>
        <w:t>Abilene had hesitated, her hazel eyes flickering with uncertainty. The weight of the past days pressed heavily on her, and the thought of a wedding amidst the wreckage felt almost frivolous. But when she met Guy’s gaze, steady and unwavering, she found the resolve to agree.</w:t>
      </w:r>
      <w:r w:rsidR="00A30C72" w:rsidRPr="00C9454D">
        <w:rPr>
          <w:sz w:val="24"/>
          <w:szCs w:val="24"/>
        </w:rPr>
        <w:t xml:space="preserve"> “</w:t>
      </w:r>
      <w:r w:rsidR="00586EC9" w:rsidRPr="00C9454D">
        <w:rPr>
          <w:sz w:val="24"/>
          <w:szCs w:val="24"/>
        </w:rPr>
        <w:t>Let it be so.”</w:t>
      </w:r>
    </w:p>
    <w:p w14:paraId="5C19B497" w14:textId="72267963" w:rsidR="00B916B6" w:rsidRPr="00C9454D" w:rsidRDefault="00B916B6" w:rsidP="00C9454D">
      <w:pPr>
        <w:rPr>
          <w:sz w:val="24"/>
          <w:szCs w:val="24"/>
        </w:rPr>
      </w:pPr>
      <w:r w:rsidRPr="00C9454D">
        <w:rPr>
          <w:sz w:val="24"/>
          <w:szCs w:val="24"/>
        </w:rPr>
        <w:t xml:space="preserve">Guy </w:t>
      </w:r>
      <w:r w:rsidR="00964FA7" w:rsidRPr="00C9454D">
        <w:rPr>
          <w:sz w:val="24"/>
          <w:szCs w:val="24"/>
        </w:rPr>
        <w:t xml:space="preserve">humbly </w:t>
      </w:r>
      <w:r w:rsidR="00753824" w:rsidRPr="00C9454D">
        <w:rPr>
          <w:sz w:val="24"/>
          <w:szCs w:val="24"/>
        </w:rPr>
        <w:t>smiled and exhaled</w:t>
      </w:r>
      <w:r w:rsidRPr="00C9454D">
        <w:rPr>
          <w:sz w:val="24"/>
          <w:szCs w:val="24"/>
        </w:rPr>
        <w:t xml:space="preserve"> a sigh of relief </w:t>
      </w:r>
      <w:r w:rsidR="00274CB0" w:rsidRPr="00C9454D">
        <w:rPr>
          <w:sz w:val="24"/>
          <w:szCs w:val="24"/>
        </w:rPr>
        <w:t xml:space="preserve">as he </w:t>
      </w:r>
      <w:r w:rsidR="00FA046D" w:rsidRPr="00C9454D">
        <w:rPr>
          <w:sz w:val="24"/>
          <w:szCs w:val="24"/>
        </w:rPr>
        <w:t xml:space="preserve">caught </w:t>
      </w:r>
      <w:proofErr w:type="spellStart"/>
      <w:r w:rsidR="00FA046D" w:rsidRPr="00C9454D">
        <w:rPr>
          <w:sz w:val="24"/>
          <w:szCs w:val="24"/>
        </w:rPr>
        <w:t>Abeline’s</w:t>
      </w:r>
      <w:proofErr w:type="spellEnd"/>
      <w:r w:rsidR="00FA046D" w:rsidRPr="00C9454D">
        <w:rPr>
          <w:sz w:val="24"/>
          <w:szCs w:val="24"/>
        </w:rPr>
        <w:t xml:space="preserve"> stare.</w:t>
      </w:r>
    </w:p>
    <w:p w14:paraId="54D4129D" w14:textId="77777777" w:rsidR="00B04CC7" w:rsidRPr="00C9454D" w:rsidRDefault="00B04CC7" w:rsidP="00C9454D">
      <w:pPr>
        <w:rPr>
          <w:sz w:val="24"/>
          <w:szCs w:val="24"/>
        </w:rPr>
      </w:pPr>
    </w:p>
    <w:p w14:paraId="66DAFE5A" w14:textId="77777777" w:rsidR="00B04CC7" w:rsidRPr="00C9454D" w:rsidRDefault="00B04CC7" w:rsidP="00C9454D">
      <w:pPr>
        <w:rPr>
          <w:sz w:val="24"/>
          <w:szCs w:val="24"/>
        </w:rPr>
      </w:pPr>
      <w:r w:rsidRPr="00C9454D">
        <w:rPr>
          <w:sz w:val="24"/>
          <w:szCs w:val="24"/>
        </w:rPr>
        <w:t xml:space="preserve">The ceremony was held on what remained of the village green, a patch of ground that had escaped the worst of the flood. The air was thick with the scent of wet earth, and the broken silhouettes of cottages stood as solemn witnesses. The villagers gathered in what clean clothing they could muster, their faces pale but hopeful as they watched the couple stand before Father </w:t>
      </w:r>
      <w:proofErr w:type="spellStart"/>
      <w:r w:rsidRPr="00C9454D">
        <w:rPr>
          <w:sz w:val="24"/>
          <w:szCs w:val="24"/>
        </w:rPr>
        <w:t>Elric</w:t>
      </w:r>
      <w:proofErr w:type="spellEnd"/>
      <w:r w:rsidRPr="00C9454D">
        <w:rPr>
          <w:sz w:val="24"/>
          <w:szCs w:val="24"/>
        </w:rPr>
        <w:t>.</w:t>
      </w:r>
    </w:p>
    <w:p w14:paraId="7A5CC36B" w14:textId="77777777" w:rsidR="00B04CC7" w:rsidRPr="00C9454D" w:rsidRDefault="00B04CC7" w:rsidP="00C9454D">
      <w:pPr>
        <w:rPr>
          <w:sz w:val="24"/>
          <w:szCs w:val="24"/>
        </w:rPr>
      </w:pPr>
      <w:r w:rsidRPr="00C9454D">
        <w:rPr>
          <w:sz w:val="24"/>
          <w:szCs w:val="24"/>
        </w:rPr>
        <w:t>Abilene wore a simple gown, hastily stitched together from salvaged linen. The hem was stained with mud, but her posture was straight, her chin held high. Her dark hair was braided and adorned with a sprig of wildflowers, a small splash of color amidst the gray.</w:t>
      </w:r>
    </w:p>
    <w:p w14:paraId="53C1E252" w14:textId="6CD4A68C" w:rsidR="00B04CC7" w:rsidRPr="00C9454D" w:rsidRDefault="00B04CC7" w:rsidP="00C9454D">
      <w:pPr>
        <w:rPr>
          <w:sz w:val="24"/>
          <w:szCs w:val="24"/>
        </w:rPr>
      </w:pPr>
      <w:r w:rsidRPr="00C9454D">
        <w:rPr>
          <w:sz w:val="24"/>
          <w:szCs w:val="24"/>
        </w:rPr>
        <w:t>Guy stood besi</w:t>
      </w:r>
      <w:r w:rsidR="00DD1FF5" w:rsidRPr="00C9454D">
        <w:rPr>
          <w:sz w:val="24"/>
          <w:szCs w:val="24"/>
        </w:rPr>
        <w:t xml:space="preserve">de </w:t>
      </w:r>
      <w:r w:rsidRPr="00C9454D">
        <w:rPr>
          <w:sz w:val="24"/>
          <w:szCs w:val="24"/>
        </w:rPr>
        <w:t>her, his broad shoulders encased in armor that bore the scratches and dents of his labor over the past days. He had polished it as best he could, but the wear was evident—a reflection of the trials they had endured.</w:t>
      </w:r>
    </w:p>
    <w:p w14:paraId="501446C5" w14:textId="23B1DC09" w:rsidR="00B04CC7" w:rsidRPr="00C9454D" w:rsidRDefault="00B04CC7"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spoke the words with solemnity, his voice carrying over the crowd. “In the sight of God, we join these two souls together, not in splendor, but in faith and hope. May their union be a </w:t>
      </w:r>
      <w:r w:rsidR="00CC03F8" w:rsidRPr="00C9454D">
        <w:rPr>
          <w:sz w:val="24"/>
          <w:szCs w:val="24"/>
        </w:rPr>
        <w:t xml:space="preserve">monument </w:t>
      </w:r>
      <w:r w:rsidRPr="00C9454D">
        <w:rPr>
          <w:sz w:val="24"/>
          <w:szCs w:val="24"/>
        </w:rPr>
        <w:t>of resilience, a reminder that even amidst ruin, life finds a way.”</w:t>
      </w:r>
    </w:p>
    <w:p w14:paraId="34EBCB62" w14:textId="77777777" w:rsidR="00B04CC7" w:rsidRPr="00C9454D" w:rsidRDefault="00B04CC7" w:rsidP="00C9454D">
      <w:pPr>
        <w:rPr>
          <w:sz w:val="24"/>
          <w:szCs w:val="24"/>
        </w:rPr>
      </w:pPr>
      <w:r w:rsidRPr="00C9454D">
        <w:rPr>
          <w:sz w:val="24"/>
          <w:szCs w:val="24"/>
        </w:rPr>
        <w:t>As Guy took Abilene’s hand, his calloused fingers enveloping hers, a memory flickered in his mind—a memory of his first wedding, years ago in a quiet French village. Isabelle’s face came to him, ethereal and radiant in the sunlight, her laughter a melody that had once filled his world. That day had been perfect, unmarred by hardship or grief.</w:t>
      </w:r>
    </w:p>
    <w:p w14:paraId="54E643F2" w14:textId="77777777" w:rsidR="00B04CC7" w:rsidRPr="00C9454D" w:rsidRDefault="00B04CC7" w:rsidP="00C9454D">
      <w:pPr>
        <w:rPr>
          <w:sz w:val="24"/>
          <w:szCs w:val="24"/>
        </w:rPr>
      </w:pPr>
      <w:r w:rsidRPr="00C9454D">
        <w:rPr>
          <w:sz w:val="24"/>
          <w:szCs w:val="24"/>
        </w:rPr>
        <w:t>But this was different. This was not a celebration of innocence but a testament to survival. As he looked at Abilene, her hazel eyes filled with quiet strength, he felt a sense of peace. This union was forged in fire, and its foundation was unshakable.</w:t>
      </w:r>
    </w:p>
    <w:p w14:paraId="20C9707C" w14:textId="77777777" w:rsidR="00B04CC7" w:rsidRPr="00C9454D" w:rsidRDefault="00B04CC7" w:rsidP="00C9454D">
      <w:pPr>
        <w:rPr>
          <w:sz w:val="24"/>
          <w:szCs w:val="24"/>
        </w:rPr>
      </w:pPr>
    </w:p>
    <w:p w14:paraId="6AED0928" w14:textId="77777777" w:rsidR="00B04CC7" w:rsidRPr="00C9454D" w:rsidRDefault="00B04CC7" w:rsidP="00C9454D">
      <w:pPr>
        <w:rPr>
          <w:sz w:val="24"/>
          <w:szCs w:val="24"/>
        </w:rPr>
      </w:pPr>
      <w:r w:rsidRPr="00C9454D">
        <w:rPr>
          <w:sz w:val="24"/>
          <w:szCs w:val="24"/>
        </w:rPr>
        <w:t>The villagers offered what they could for a modest feast—bread baked from salvaged flour, dried meats from stores that had miraculously survived the flood, and a jug of mead shared between them all. They toasted the couple with weary smiles, their spirits lifted, if only for a moment.</w:t>
      </w:r>
    </w:p>
    <w:p w14:paraId="228521A5" w14:textId="6AD8745D" w:rsidR="00B04CC7" w:rsidRPr="00C9454D" w:rsidRDefault="00B04CC7" w:rsidP="00C9454D">
      <w:pPr>
        <w:rPr>
          <w:sz w:val="24"/>
          <w:szCs w:val="24"/>
        </w:rPr>
      </w:pPr>
      <w:r w:rsidRPr="00C9454D">
        <w:rPr>
          <w:sz w:val="24"/>
          <w:szCs w:val="24"/>
        </w:rPr>
        <w:t xml:space="preserve">When the sun dipped below the horizon, painting the sky in muted shades of gold and gray, Guy and Abilene slipped away to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The manor, though spared from the flood, bore its own share of wear from the storm. Yet within its walls, there was warmth—a fire crackling in the hearth, its light casting flickering shadows on the stone walls.</w:t>
      </w:r>
    </w:p>
    <w:p w14:paraId="4CE207E2" w14:textId="77777777" w:rsidR="00625308" w:rsidRPr="00C9454D" w:rsidRDefault="00625308" w:rsidP="00C9454D">
      <w:pPr>
        <w:rPr>
          <w:sz w:val="24"/>
          <w:szCs w:val="24"/>
        </w:rPr>
      </w:pPr>
    </w:p>
    <w:p w14:paraId="1D14AFCE" w14:textId="48DB0E6D" w:rsidR="004C05C6" w:rsidRPr="00C9454D" w:rsidRDefault="004C05C6" w:rsidP="00C9454D">
      <w:pPr>
        <w:rPr>
          <w:sz w:val="24"/>
          <w:szCs w:val="24"/>
        </w:rPr>
      </w:pPr>
      <w:r w:rsidRPr="00C9454D">
        <w:rPr>
          <w:sz w:val="24"/>
          <w:szCs w:val="24"/>
        </w:rPr>
        <w:t>The room was quiet save for the soft crackle of the single candle on the bedsi</w:t>
      </w:r>
      <w:r w:rsidR="00DD1FF5" w:rsidRPr="00C9454D">
        <w:rPr>
          <w:sz w:val="24"/>
          <w:szCs w:val="24"/>
        </w:rPr>
        <w:t xml:space="preserve">de </w:t>
      </w:r>
      <w:r w:rsidRPr="00C9454D">
        <w:rPr>
          <w:sz w:val="24"/>
          <w:szCs w:val="24"/>
        </w:rPr>
        <w:t>table. The faint scent of rain lingered in the air, mingling with the earthy aroma of the mud that clung to their boots. The devastation of the flood loomed in their minds, but for the first time in days, they were alone, together, with no demands but their own.</w:t>
      </w:r>
    </w:p>
    <w:p w14:paraId="38516A13" w14:textId="0058AF52" w:rsidR="008C08E4" w:rsidRPr="00C9454D" w:rsidRDefault="004C05C6" w:rsidP="00C9454D">
      <w:pPr>
        <w:rPr>
          <w:sz w:val="24"/>
          <w:szCs w:val="24"/>
        </w:rPr>
      </w:pPr>
      <w:r w:rsidRPr="00C9454D">
        <w:rPr>
          <w:sz w:val="24"/>
          <w:szCs w:val="24"/>
        </w:rPr>
        <w:t>Abilene stood by the window, her silhouette framed by the pale moonlight. She had let down her dark hair, the waves cascading over her shoulders, and Guy couldn’t help but let his gaze linger. She was beautiful—not in the striking, polished way of courtly ladies, but in a way that felt utterly real, utterly hers. The sight of her, standing there with quiet strength, stirred something deep within him</w:t>
      </w:r>
      <w:r w:rsidR="002D57B8" w:rsidRPr="00C9454D">
        <w:rPr>
          <w:sz w:val="24"/>
          <w:szCs w:val="24"/>
        </w:rPr>
        <w:t>.</w:t>
      </w:r>
    </w:p>
    <w:p w14:paraId="1C62873D" w14:textId="7F74D151" w:rsidR="004C05C6" w:rsidRPr="00C9454D" w:rsidRDefault="004C05C6" w:rsidP="00C9454D">
      <w:pPr>
        <w:rPr>
          <w:sz w:val="24"/>
          <w:szCs w:val="24"/>
        </w:rPr>
      </w:pPr>
      <w:r w:rsidRPr="00C9454D">
        <w:rPr>
          <w:sz w:val="24"/>
          <w:szCs w:val="24"/>
        </w:rPr>
        <w:t>“Abilene,” he said softly, stepping closer.</w:t>
      </w:r>
    </w:p>
    <w:p w14:paraId="0AEAEB08" w14:textId="77777777" w:rsidR="004C05C6" w:rsidRPr="00C9454D" w:rsidRDefault="004C05C6" w:rsidP="00C9454D">
      <w:pPr>
        <w:rPr>
          <w:sz w:val="24"/>
          <w:szCs w:val="24"/>
        </w:rPr>
      </w:pPr>
      <w:r w:rsidRPr="00C9454D">
        <w:rPr>
          <w:sz w:val="24"/>
          <w:szCs w:val="24"/>
        </w:rPr>
        <w:t>She turned, her hazel eyes meeting his. There was a vulnerability in her expression, but also a quiet fire. “I didn’t realize how heavy it all felt,” she murmured. “Until now.”</w:t>
      </w:r>
    </w:p>
    <w:p w14:paraId="71474A66" w14:textId="77777777" w:rsidR="004C05C6" w:rsidRPr="00C9454D" w:rsidRDefault="004C05C6" w:rsidP="00C9454D">
      <w:pPr>
        <w:rPr>
          <w:sz w:val="24"/>
          <w:szCs w:val="24"/>
        </w:rPr>
      </w:pPr>
      <w:r w:rsidRPr="00C9454D">
        <w:rPr>
          <w:sz w:val="24"/>
          <w:szCs w:val="24"/>
        </w:rPr>
        <w:t>Guy nodded, closing the space between them. “You’ve carried more than anyone should,” he said, his voice low. “But you’re here. We’re here.”</w:t>
      </w:r>
    </w:p>
    <w:p w14:paraId="56FE299C" w14:textId="77777777" w:rsidR="004C05C6" w:rsidRPr="00C9454D" w:rsidRDefault="004C05C6" w:rsidP="00C9454D">
      <w:pPr>
        <w:rPr>
          <w:sz w:val="24"/>
          <w:szCs w:val="24"/>
        </w:rPr>
      </w:pPr>
      <w:r w:rsidRPr="00C9454D">
        <w:rPr>
          <w:sz w:val="24"/>
          <w:szCs w:val="24"/>
        </w:rPr>
        <w:t>Her breath hitched as he reached for her, his roughened hands resting lightly on her arms. His touch was hesitant at first, almost reverent, as though he were afraid she might break. But when she leaned into him, her fingers brushing his chest, the hesitation melted away.</w:t>
      </w:r>
    </w:p>
    <w:p w14:paraId="6F8F1791" w14:textId="77777777" w:rsidR="004C05C6" w:rsidRPr="00C9454D" w:rsidRDefault="004C05C6" w:rsidP="00C9454D">
      <w:pPr>
        <w:rPr>
          <w:sz w:val="24"/>
          <w:szCs w:val="24"/>
        </w:rPr>
      </w:pPr>
    </w:p>
    <w:p w14:paraId="5F8803F8" w14:textId="77777777" w:rsidR="004C05C6" w:rsidRPr="00C9454D" w:rsidRDefault="004C05C6" w:rsidP="00C9454D">
      <w:pPr>
        <w:rPr>
          <w:sz w:val="24"/>
          <w:szCs w:val="24"/>
        </w:rPr>
      </w:pPr>
      <w:r w:rsidRPr="00C9454D">
        <w:rPr>
          <w:sz w:val="24"/>
          <w:szCs w:val="24"/>
        </w:rPr>
        <w:t>The first kiss was soft, tentative, a meeting of lips that spoke more than words could. But it quickly deepened, their passion igniting like a spark catching flame. Guy’s hands slid up her arms to cup her face, his thumbs brushing her cheeks as he kissed her with a hunger he hadn’t known he possessed. Abilene’s fingers tangled in his tunic, pulling him closer, as though afraid he might slip away.</w:t>
      </w:r>
    </w:p>
    <w:p w14:paraId="000D2953" w14:textId="77777777" w:rsidR="004C05C6" w:rsidRPr="00C9454D" w:rsidRDefault="004C05C6" w:rsidP="00C9454D">
      <w:pPr>
        <w:rPr>
          <w:sz w:val="24"/>
          <w:szCs w:val="24"/>
        </w:rPr>
      </w:pPr>
      <w:r w:rsidRPr="00C9454D">
        <w:rPr>
          <w:sz w:val="24"/>
          <w:szCs w:val="24"/>
        </w:rPr>
        <w:t>All the fear, the sorrow, the exhaustion of the past days seemed to pour out of them in that moment. Their kisses grew fervent, their breaths mingling as they clung to each other. Guy’s armor creaked as he pulled her flush against him, his hands trailing down to her waist, then her hips. He felt the curve of her body through the coarse fabric of her gown, and it awakened a need in him that he could no longer ignore.</w:t>
      </w:r>
    </w:p>
    <w:p w14:paraId="13F6FBAB" w14:textId="77777777" w:rsidR="004C05C6" w:rsidRPr="00C9454D" w:rsidRDefault="004C05C6" w:rsidP="00C9454D">
      <w:pPr>
        <w:rPr>
          <w:sz w:val="24"/>
          <w:szCs w:val="24"/>
        </w:rPr>
      </w:pPr>
      <w:r w:rsidRPr="00C9454D">
        <w:rPr>
          <w:sz w:val="24"/>
          <w:szCs w:val="24"/>
        </w:rPr>
        <w:t>Abilene gasped as his lips left hers to trail along her jaw, then her neck. Her hands moved instinctively, unfastening the buckles of his armor, piece by piece, until the steel fell away and he stood before her in just his linen shirt. She ran her fingers over his chest, feeling the strength of him, the steady rise and fall of his breaths.</w:t>
      </w:r>
    </w:p>
    <w:p w14:paraId="0521908A" w14:textId="0D9B1B1F" w:rsidR="004C05C6" w:rsidRPr="00C9454D" w:rsidRDefault="004C05C6" w:rsidP="00C9454D">
      <w:pPr>
        <w:rPr>
          <w:sz w:val="24"/>
          <w:szCs w:val="24"/>
        </w:rPr>
      </w:pPr>
      <w:r w:rsidRPr="00C9454D">
        <w:rPr>
          <w:sz w:val="24"/>
          <w:szCs w:val="24"/>
        </w:rPr>
        <w:t>“You’ve been my str</w:t>
      </w:r>
      <w:r w:rsidR="008B3531" w:rsidRPr="00C9454D">
        <w:rPr>
          <w:sz w:val="24"/>
          <w:szCs w:val="24"/>
        </w:rPr>
        <w:t>onghold</w:t>
      </w:r>
      <w:r w:rsidRPr="00C9454D">
        <w:rPr>
          <w:sz w:val="24"/>
          <w:szCs w:val="24"/>
        </w:rPr>
        <w:t>,” she whispered, her voice trembling with emotion. “Through everything.”</w:t>
      </w:r>
    </w:p>
    <w:p w14:paraId="73B2AEDA" w14:textId="77777777" w:rsidR="004C05C6" w:rsidRPr="00C9454D" w:rsidRDefault="004C05C6" w:rsidP="00C9454D">
      <w:pPr>
        <w:rPr>
          <w:sz w:val="24"/>
          <w:szCs w:val="24"/>
        </w:rPr>
      </w:pPr>
      <w:r w:rsidRPr="00C9454D">
        <w:rPr>
          <w:sz w:val="24"/>
          <w:szCs w:val="24"/>
        </w:rPr>
        <w:t>Guy’s eyes darkened, and he cupped her face once more, his thumb tracing the curve of her cheek. “You’ve been mine,” he said, his voice rough with emotion. “More than you’ll ever know.”</w:t>
      </w:r>
    </w:p>
    <w:p w14:paraId="28EADC19" w14:textId="77777777" w:rsidR="004C05C6" w:rsidRPr="00C9454D" w:rsidRDefault="004C05C6" w:rsidP="00C9454D">
      <w:pPr>
        <w:rPr>
          <w:sz w:val="24"/>
          <w:szCs w:val="24"/>
        </w:rPr>
      </w:pPr>
    </w:p>
    <w:p w14:paraId="550A78EE" w14:textId="77777777" w:rsidR="004C05C6" w:rsidRPr="00C9454D" w:rsidRDefault="004C05C6" w:rsidP="00C9454D">
      <w:pPr>
        <w:rPr>
          <w:sz w:val="24"/>
          <w:szCs w:val="24"/>
        </w:rPr>
      </w:pPr>
      <w:r w:rsidRPr="00C9454D">
        <w:rPr>
          <w:sz w:val="24"/>
          <w:szCs w:val="24"/>
        </w:rPr>
        <w:t>The room grew warmer as they shed the layers that separated them, their movements both urgent and tender. Guy’s hands trembled slightly as he loosened the ties of her gown, the fabric slipping from her shoulders to pool at her feet. He stepped back, his gaze roaming over her as though committing every detail to memory.</w:t>
      </w:r>
    </w:p>
    <w:p w14:paraId="0DCE381A" w14:textId="77777777" w:rsidR="004C05C6" w:rsidRPr="00C9454D" w:rsidRDefault="004C05C6" w:rsidP="00C9454D">
      <w:pPr>
        <w:rPr>
          <w:sz w:val="24"/>
          <w:szCs w:val="24"/>
        </w:rPr>
      </w:pPr>
      <w:r w:rsidRPr="00C9454D">
        <w:rPr>
          <w:sz w:val="24"/>
          <w:szCs w:val="24"/>
        </w:rPr>
        <w:t>“You’re perfect,” he said, his voice a reverent whisper.</w:t>
      </w:r>
    </w:p>
    <w:p w14:paraId="3B4AF7AA" w14:textId="27595EA1" w:rsidR="004C05C6" w:rsidRPr="00C9454D" w:rsidRDefault="004C05C6" w:rsidP="00C9454D">
      <w:pPr>
        <w:rPr>
          <w:sz w:val="24"/>
          <w:szCs w:val="24"/>
        </w:rPr>
      </w:pPr>
      <w:r w:rsidRPr="00C9454D">
        <w:rPr>
          <w:sz w:val="24"/>
          <w:szCs w:val="24"/>
        </w:rPr>
        <w:t>Abilene flushed, her arms instinctively crossing over her chest, but Guy caught her wrists gently. “Don’t hi</w:t>
      </w:r>
      <w:r w:rsidR="00DD1FF5" w:rsidRPr="00C9454D">
        <w:rPr>
          <w:sz w:val="24"/>
          <w:szCs w:val="24"/>
        </w:rPr>
        <w:t xml:space="preserve">de </w:t>
      </w:r>
      <w:r w:rsidRPr="00C9454D">
        <w:rPr>
          <w:sz w:val="24"/>
          <w:szCs w:val="24"/>
        </w:rPr>
        <w:t>from me,” he murmured. “Not tonight.”</w:t>
      </w:r>
    </w:p>
    <w:p w14:paraId="460C13C4" w14:textId="77777777" w:rsidR="004C05C6" w:rsidRPr="00C9454D" w:rsidRDefault="004C05C6" w:rsidP="00C9454D">
      <w:pPr>
        <w:rPr>
          <w:sz w:val="24"/>
          <w:szCs w:val="24"/>
        </w:rPr>
      </w:pPr>
      <w:r w:rsidRPr="00C9454D">
        <w:rPr>
          <w:sz w:val="24"/>
          <w:szCs w:val="24"/>
        </w:rPr>
        <w:t>She let her arms fall, her eyes meeting his with a mixture of shyness and boldness. Guy reached for her again, pulling her to him, their bare skin pressing together. The warmth of his touch sent shivers through her, and she felt a longing she hadn’t known was there until now.</w:t>
      </w:r>
    </w:p>
    <w:p w14:paraId="585F2C54" w14:textId="77777777" w:rsidR="004C05C6" w:rsidRPr="00C9454D" w:rsidRDefault="004C05C6" w:rsidP="00C9454D">
      <w:pPr>
        <w:rPr>
          <w:sz w:val="24"/>
          <w:szCs w:val="24"/>
        </w:rPr>
      </w:pPr>
      <w:r w:rsidRPr="00C9454D">
        <w:rPr>
          <w:sz w:val="24"/>
          <w:szCs w:val="24"/>
        </w:rPr>
        <w:t>Their lips met again, and this time there was no hesitation. Guy’s kisses were deeper, more demanding, as his hands explored her curves with a tenderness that belied the strength in them. Abilene’s fingers traced the lines of his back, feeling the scars that told the story of his battles, the life he had lived before her.</w:t>
      </w:r>
    </w:p>
    <w:p w14:paraId="56348275" w14:textId="77777777" w:rsidR="004C05C6" w:rsidRPr="00C9454D" w:rsidRDefault="004C05C6" w:rsidP="00C9454D">
      <w:pPr>
        <w:rPr>
          <w:sz w:val="24"/>
          <w:szCs w:val="24"/>
        </w:rPr>
      </w:pPr>
    </w:p>
    <w:p w14:paraId="377DAA95" w14:textId="762C6893" w:rsidR="004C05C6" w:rsidRPr="00C9454D" w:rsidRDefault="004C05C6" w:rsidP="00C9454D">
      <w:pPr>
        <w:rPr>
          <w:sz w:val="24"/>
          <w:szCs w:val="24"/>
        </w:rPr>
      </w:pPr>
      <w:r w:rsidRPr="00C9454D">
        <w:rPr>
          <w:sz w:val="24"/>
          <w:szCs w:val="24"/>
        </w:rPr>
        <w:t>When they came together, it was with a raw intensity that neither of them had anticipated. Their bodies moved in unison, every touch and kiss a release of the emotions they had held insi</w:t>
      </w:r>
      <w:r w:rsidR="00DD1FF5" w:rsidRPr="00C9454D">
        <w:rPr>
          <w:sz w:val="24"/>
          <w:szCs w:val="24"/>
        </w:rPr>
        <w:t xml:space="preserve">de </w:t>
      </w:r>
      <w:r w:rsidRPr="00C9454D">
        <w:rPr>
          <w:sz w:val="24"/>
          <w:szCs w:val="24"/>
        </w:rPr>
        <w:t>for so long. Fear, sorrow, and uncertainty melted away, replaced by a sense of connection so profound it took their breaths away.</w:t>
      </w:r>
    </w:p>
    <w:p w14:paraId="6B05D511" w14:textId="77777777" w:rsidR="004C05C6" w:rsidRPr="00C9454D" w:rsidRDefault="004C05C6" w:rsidP="00C9454D">
      <w:pPr>
        <w:rPr>
          <w:sz w:val="24"/>
          <w:szCs w:val="24"/>
        </w:rPr>
      </w:pPr>
      <w:r w:rsidRPr="00C9454D">
        <w:rPr>
          <w:sz w:val="24"/>
          <w:szCs w:val="24"/>
        </w:rPr>
        <w:t>Abilene clung to Guy, her hands fisting in his hair as he whispered her name like a prayer. Every moment was charged with emotion, their passion born not just of desire but of something deeper—a need to affirm that they were alive, that they had survived, that they were not alone.</w:t>
      </w:r>
    </w:p>
    <w:p w14:paraId="59CBDD31" w14:textId="77777777" w:rsidR="004C05C6" w:rsidRPr="00C9454D" w:rsidRDefault="004C05C6" w:rsidP="00C9454D">
      <w:pPr>
        <w:rPr>
          <w:sz w:val="24"/>
          <w:szCs w:val="24"/>
        </w:rPr>
      </w:pPr>
      <w:r w:rsidRPr="00C9454D">
        <w:rPr>
          <w:sz w:val="24"/>
          <w:szCs w:val="24"/>
        </w:rPr>
        <w:t>When they finally stilled, their breaths mingling in the quiet, Abilene rested her head against Guy’s chest. His arms encircled her, holding her as though he never intended to let go.</w:t>
      </w:r>
    </w:p>
    <w:p w14:paraId="7CF18FEB" w14:textId="77777777" w:rsidR="004C05C6" w:rsidRPr="00C9454D" w:rsidRDefault="004C05C6" w:rsidP="00C9454D">
      <w:pPr>
        <w:rPr>
          <w:sz w:val="24"/>
          <w:szCs w:val="24"/>
        </w:rPr>
      </w:pPr>
      <w:r w:rsidRPr="00C9454D">
        <w:rPr>
          <w:sz w:val="24"/>
          <w:szCs w:val="24"/>
        </w:rPr>
        <w:t>“I didn’t know,” she murmured, her voice barely audible. “I didn’t know how much I needed this. How much I needed you.”</w:t>
      </w:r>
    </w:p>
    <w:p w14:paraId="5A2B1285" w14:textId="77777777" w:rsidR="004C05C6" w:rsidRPr="00C9454D" w:rsidRDefault="004C05C6" w:rsidP="00C9454D">
      <w:pPr>
        <w:rPr>
          <w:sz w:val="24"/>
          <w:szCs w:val="24"/>
        </w:rPr>
      </w:pPr>
      <w:r w:rsidRPr="00C9454D">
        <w:rPr>
          <w:sz w:val="24"/>
          <w:szCs w:val="24"/>
        </w:rPr>
        <w:t>Guy pressed a kiss to her hair, his voice soft and filled with conviction. “You’re mine now, Abilene. And I’m yours. Nothing will change that.”</w:t>
      </w:r>
    </w:p>
    <w:p w14:paraId="417264BD" w14:textId="77777777" w:rsidR="004C05C6" w:rsidRPr="00C9454D" w:rsidRDefault="004C05C6" w:rsidP="00C9454D">
      <w:pPr>
        <w:rPr>
          <w:sz w:val="24"/>
          <w:szCs w:val="24"/>
        </w:rPr>
      </w:pPr>
    </w:p>
    <w:p w14:paraId="5C8F7A21" w14:textId="4F968CC8" w:rsidR="004C05C6" w:rsidRPr="00C9454D" w:rsidRDefault="004C05C6" w:rsidP="00C9454D">
      <w:pPr>
        <w:rPr>
          <w:sz w:val="24"/>
          <w:szCs w:val="24"/>
        </w:rPr>
      </w:pPr>
      <w:r w:rsidRPr="00C9454D">
        <w:rPr>
          <w:sz w:val="24"/>
          <w:szCs w:val="24"/>
        </w:rPr>
        <w:t>They lay together as the candle burned low, the outsi</w:t>
      </w:r>
      <w:r w:rsidR="00DD1FF5" w:rsidRPr="00C9454D">
        <w:rPr>
          <w:sz w:val="24"/>
          <w:szCs w:val="24"/>
        </w:rPr>
        <w:t xml:space="preserve">de </w:t>
      </w:r>
      <w:r w:rsidRPr="00C9454D">
        <w:rPr>
          <w:sz w:val="24"/>
          <w:szCs w:val="24"/>
        </w:rPr>
        <w:t xml:space="preserve">world forgotten for a while. The ruin and loss of </w:t>
      </w:r>
      <w:proofErr w:type="spellStart"/>
      <w:r w:rsidR="00225D06" w:rsidRPr="00C9454D">
        <w:rPr>
          <w:sz w:val="24"/>
          <w:szCs w:val="24"/>
        </w:rPr>
        <w:t>Teston</w:t>
      </w:r>
      <w:proofErr w:type="spellEnd"/>
      <w:r w:rsidRPr="00C9454D">
        <w:rPr>
          <w:sz w:val="24"/>
          <w:szCs w:val="24"/>
        </w:rPr>
        <w:t xml:space="preserve"> would still be there in the morning, but for now, they allowed themselves this moment—this fragile, beautiful moment where nothing else mattered but each other.</w:t>
      </w:r>
    </w:p>
    <w:p w14:paraId="074D2B2B" w14:textId="77777777" w:rsidR="004C05C6" w:rsidRPr="00C9454D" w:rsidRDefault="004C05C6" w:rsidP="00C9454D">
      <w:pPr>
        <w:rPr>
          <w:sz w:val="24"/>
          <w:szCs w:val="24"/>
        </w:rPr>
      </w:pPr>
      <w:r w:rsidRPr="00C9454D">
        <w:rPr>
          <w:sz w:val="24"/>
          <w:szCs w:val="24"/>
        </w:rPr>
        <w:t>In the quiet of the night, as Abilene drifted off to sleep in Guy’s arms, she felt a glimmer of hope. The future was uncertain, but together, they could face whatever it held.</w:t>
      </w:r>
    </w:p>
    <w:p w14:paraId="6F3B62FE" w14:textId="1B960391" w:rsidR="00846233" w:rsidRPr="00C9454D" w:rsidRDefault="009616E5" w:rsidP="00C9454D">
      <w:pPr>
        <w:rPr>
          <w:rStyle w:val="Heading2Char"/>
          <w:sz w:val="24"/>
          <w:szCs w:val="24"/>
        </w:rPr>
      </w:pPr>
      <w:r w:rsidRPr="00C9454D">
        <w:rPr>
          <w:sz w:val="24"/>
          <w:szCs w:val="24"/>
        </w:rPr>
        <w:br w:type="page"/>
      </w:r>
    </w:p>
    <w:p w14:paraId="2B33D13B" w14:textId="77777777" w:rsidR="002E4B5B" w:rsidRPr="00C9454D" w:rsidRDefault="007B0CDE" w:rsidP="00C9454D">
      <w:pPr>
        <w:rPr>
          <w:rStyle w:val="Heading2Char"/>
          <w:sz w:val="24"/>
          <w:szCs w:val="24"/>
        </w:rPr>
      </w:pPr>
      <w:r w:rsidRPr="00C9454D">
        <w:rPr>
          <w:rStyle w:val="Heading2Char"/>
          <w:sz w:val="24"/>
          <w:szCs w:val="24"/>
        </w:rPr>
        <w:t>To The King</w:t>
      </w:r>
    </w:p>
    <w:p w14:paraId="32D7F12E" w14:textId="1B0685F5" w:rsidR="00B97430" w:rsidRPr="00C9454D" w:rsidRDefault="00B97430" w:rsidP="00C9454D">
      <w:pPr>
        <w:rPr>
          <w:sz w:val="24"/>
          <w:szCs w:val="24"/>
        </w:rPr>
      </w:pPr>
      <w:r w:rsidRPr="00C9454D">
        <w:rPr>
          <w:rStyle w:val="Heading2Char"/>
          <w:sz w:val="24"/>
          <w:szCs w:val="24"/>
        </w:rPr>
        <w:br/>
      </w:r>
      <w:r w:rsidRPr="00C9454D">
        <w:rPr>
          <w:sz w:val="24"/>
          <w:szCs w:val="24"/>
        </w:rPr>
        <w:t xml:space="preserve">The first light of dawn filtered through the small cracks in the shutters, bathing the room in a soft golden glow. </w:t>
      </w:r>
      <w:proofErr w:type="spellStart"/>
      <w:r w:rsidR="006D34D8" w:rsidRPr="00C9454D">
        <w:rPr>
          <w:sz w:val="24"/>
          <w:szCs w:val="24"/>
        </w:rPr>
        <w:t>Abiliene</w:t>
      </w:r>
      <w:proofErr w:type="spellEnd"/>
      <w:r w:rsidRPr="00C9454D">
        <w:rPr>
          <w:sz w:val="24"/>
          <w:szCs w:val="24"/>
        </w:rPr>
        <w:t xml:space="preserve"> stirred first, her hand brushing against the warmth of Guy’s arm. For a brief moment, the horrors of the flood were forgotten, replaced by the tender reality of their new bond. She smiled to herself, savoring the fleeting peace.</w:t>
      </w:r>
    </w:p>
    <w:p w14:paraId="214C4AA7" w14:textId="77777777" w:rsidR="00B97430" w:rsidRPr="00C9454D" w:rsidRDefault="00B97430" w:rsidP="00C9454D">
      <w:pPr>
        <w:rPr>
          <w:sz w:val="24"/>
          <w:szCs w:val="24"/>
        </w:rPr>
      </w:pPr>
      <w:r w:rsidRPr="00C9454D">
        <w:rPr>
          <w:sz w:val="24"/>
          <w:szCs w:val="24"/>
        </w:rPr>
        <w:t>Guy stretched and sat up, his hair tousled and his expression already clouded with the weight of the day ahead. “We should leave before the sun rises too high,” he said, his voice heavy with purpose.</w:t>
      </w:r>
    </w:p>
    <w:p w14:paraId="06D8B373" w14:textId="166020E0" w:rsidR="00B97430" w:rsidRPr="00C9454D" w:rsidRDefault="006D34D8" w:rsidP="00C9454D">
      <w:pPr>
        <w:rPr>
          <w:sz w:val="24"/>
          <w:szCs w:val="24"/>
        </w:rPr>
      </w:pPr>
      <w:proofErr w:type="spellStart"/>
      <w:r w:rsidRPr="00C9454D">
        <w:rPr>
          <w:sz w:val="24"/>
          <w:szCs w:val="24"/>
        </w:rPr>
        <w:t>Abiliene</w:t>
      </w:r>
      <w:proofErr w:type="spellEnd"/>
      <w:r w:rsidR="00B97430" w:rsidRPr="00C9454D">
        <w:rPr>
          <w:sz w:val="24"/>
          <w:szCs w:val="24"/>
        </w:rPr>
        <w:t xml:space="preserve"> nodded, already rising to prepare their few belongings. The air was filled with the distant cries of crows—a haunting reminder of the flood's aftermath. They had little time to waste. The journey to the King's Court was their only hope of securing resources to rebuild, not just their lives but the lives of their people.</w:t>
      </w:r>
    </w:p>
    <w:p w14:paraId="426900E5" w14:textId="41EE13B6" w:rsidR="00B97430" w:rsidRPr="00C9454D" w:rsidRDefault="00B97430" w:rsidP="00C9454D">
      <w:pPr>
        <w:rPr>
          <w:sz w:val="24"/>
          <w:szCs w:val="24"/>
        </w:rPr>
      </w:pPr>
      <w:r w:rsidRPr="00C9454D">
        <w:rPr>
          <w:sz w:val="24"/>
          <w:szCs w:val="24"/>
        </w:rPr>
        <w:t xml:space="preserve">By mid-morning, they were on the road, their small cart laden with what little they could carry. The river they followed was no longer the gentle life-giver it once was. Its banks were scarred, the ground littered with debris: broken thatch, splintered wood, and the occasional grotesque sight of a swollen body lodged among the reeds. </w:t>
      </w:r>
      <w:proofErr w:type="spellStart"/>
      <w:r w:rsidR="006D34D8" w:rsidRPr="00C9454D">
        <w:rPr>
          <w:sz w:val="24"/>
          <w:szCs w:val="24"/>
        </w:rPr>
        <w:t>Abiliene</w:t>
      </w:r>
      <w:r w:rsidRPr="00C9454D">
        <w:rPr>
          <w:sz w:val="24"/>
          <w:szCs w:val="24"/>
        </w:rPr>
        <w:t>’s</w:t>
      </w:r>
      <w:proofErr w:type="spellEnd"/>
      <w:r w:rsidRPr="00C9454D">
        <w:rPr>
          <w:sz w:val="24"/>
          <w:szCs w:val="24"/>
        </w:rPr>
        <w:t xml:space="preserve"> hand flew to her mouth, and Guy tightened his grip on the reins, his jaw clenched.</w:t>
      </w:r>
    </w:p>
    <w:p w14:paraId="51541AEC" w14:textId="77777777" w:rsidR="00B97430" w:rsidRPr="00C9454D" w:rsidRDefault="00B97430" w:rsidP="00C9454D">
      <w:pPr>
        <w:rPr>
          <w:sz w:val="24"/>
          <w:szCs w:val="24"/>
        </w:rPr>
      </w:pPr>
      <w:r w:rsidRPr="00C9454D">
        <w:rPr>
          <w:sz w:val="24"/>
          <w:szCs w:val="24"/>
        </w:rPr>
        <w:t>As they traveled farther downriver, the scale of the devastation became clearer. Village after village lay in ruins, their inhabitants either missing or wandering aimlessly among the wreckage. The few survivors they encountered shared grim stories of the flood’s ferocity, their eyes hollow from loss.</w:t>
      </w:r>
    </w:p>
    <w:p w14:paraId="22999F63" w14:textId="77777777" w:rsidR="00B97430" w:rsidRPr="00C9454D" w:rsidRDefault="00B97430" w:rsidP="00C9454D">
      <w:pPr>
        <w:rPr>
          <w:sz w:val="24"/>
          <w:szCs w:val="24"/>
        </w:rPr>
      </w:pPr>
      <w:r w:rsidRPr="00C9454D">
        <w:rPr>
          <w:sz w:val="24"/>
          <w:szCs w:val="24"/>
        </w:rPr>
        <w:t>By the second day, the forests grew denser, the road narrowing to a trail flanked by towering oaks. The air grew still, heavy with an unspoken tension. Guy’s hand rested instinctively on the hilt of his sword.</w:t>
      </w:r>
    </w:p>
    <w:p w14:paraId="7A844FA9" w14:textId="24582ADD" w:rsidR="00B97430" w:rsidRPr="00C9454D" w:rsidRDefault="00B97430" w:rsidP="00C9454D">
      <w:pPr>
        <w:rPr>
          <w:sz w:val="24"/>
          <w:szCs w:val="24"/>
        </w:rPr>
      </w:pPr>
      <w:r w:rsidRPr="00C9454D">
        <w:rPr>
          <w:sz w:val="24"/>
          <w:szCs w:val="24"/>
        </w:rPr>
        <w:t xml:space="preserve">It was near dusk when they heard it—a sharp rustle in the underbrush. </w:t>
      </w:r>
      <w:proofErr w:type="spellStart"/>
      <w:r w:rsidR="006D34D8" w:rsidRPr="00C9454D">
        <w:rPr>
          <w:sz w:val="24"/>
          <w:szCs w:val="24"/>
        </w:rPr>
        <w:t>Abiliene</w:t>
      </w:r>
      <w:proofErr w:type="spellEnd"/>
      <w:r w:rsidRPr="00C9454D">
        <w:rPr>
          <w:sz w:val="24"/>
          <w:szCs w:val="24"/>
        </w:rPr>
        <w:t xml:space="preserve"> froze, her eyes scanning the shadows. From the trees emerged a small band of figures, their faces half-hidden by cloaks and dirt. They carried makeshift weapons—clubs, knives, and one battered sword that looked as though it had seen better days.</w:t>
      </w:r>
    </w:p>
    <w:p w14:paraId="40F0F729" w14:textId="77777777" w:rsidR="00B97430" w:rsidRPr="00C9454D" w:rsidRDefault="00B97430" w:rsidP="00C9454D">
      <w:pPr>
        <w:rPr>
          <w:sz w:val="24"/>
          <w:szCs w:val="24"/>
        </w:rPr>
      </w:pPr>
      <w:r w:rsidRPr="00C9454D">
        <w:rPr>
          <w:sz w:val="24"/>
          <w:szCs w:val="24"/>
        </w:rPr>
        <w:t>The leader stepped forward, his voice rough but steady. “Travelers, this is no safe road for the unguarded. Hand over what you’ve got, and no one will get hurt.”</w:t>
      </w:r>
    </w:p>
    <w:p w14:paraId="7746C7F8" w14:textId="409C7428" w:rsidR="00B97430" w:rsidRPr="00C9454D" w:rsidRDefault="00B97430" w:rsidP="00C9454D">
      <w:pPr>
        <w:rPr>
          <w:sz w:val="24"/>
          <w:szCs w:val="24"/>
        </w:rPr>
      </w:pPr>
      <w:r w:rsidRPr="00C9454D">
        <w:rPr>
          <w:sz w:val="24"/>
          <w:szCs w:val="24"/>
        </w:rPr>
        <w:t xml:space="preserve">Guy stepped in front of </w:t>
      </w:r>
      <w:proofErr w:type="spellStart"/>
      <w:r w:rsidR="006D34D8" w:rsidRPr="00C9454D">
        <w:rPr>
          <w:sz w:val="24"/>
          <w:szCs w:val="24"/>
        </w:rPr>
        <w:t>Abiliene</w:t>
      </w:r>
      <w:proofErr w:type="spellEnd"/>
      <w:r w:rsidRPr="00C9454D">
        <w:rPr>
          <w:sz w:val="24"/>
          <w:szCs w:val="24"/>
        </w:rPr>
        <w:t>, his tone low and calm. “We’ve nothing worth stealing.”</w:t>
      </w:r>
    </w:p>
    <w:p w14:paraId="71725A65" w14:textId="77777777" w:rsidR="00B97430" w:rsidRPr="00C9454D" w:rsidRDefault="00B97430" w:rsidP="00C9454D">
      <w:pPr>
        <w:rPr>
          <w:sz w:val="24"/>
          <w:szCs w:val="24"/>
        </w:rPr>
      </w:pPr>
      <w:r w:rsidRPr="00C9454D">
        <w:rPr>
          <w:sz w:val="24"/>
          <w:szCs w:val="24"/>
        </w:rPr>
        <w:t>The outlaw’s gaze flicked over them both, his posture tense. For a moment, no one moved. Then, with a slight nod, he motioned for his group to fall back. “Keep walking,” he said sharply. “And pray you don’t cross this path again.”</w:t>
      </w:r>
    </w:p>
    <w:p w14:paraId="4B02C4B5" w14:textId="03371471" w:rsidR="00B97430" w:rsidRPr="00C9454D" w:rsidRDefault="00B97430" w:rsidP="00C9454D">
      <w:pPr>
        <w:rPr>
          <w:sz w:val="24"/>
          <w:szCs w:val="24"/>
        </w:rPr>
      </w:pPr>
      <w:r w:rsidRPr="00C9454D">
        <w:rPr>
          <w:sz w:val="24"/>
          <w:szCs w:val="24"/>
        </w:rPr>
        <w:t xml:space="preserve">Guy didn’t wait for an invitation. He gripped </w:t>
      </w:r>
      <w:proofErr w:type="spellStart"/>
      <w:r w:rsidR="006D34D8" w:rsidRPr="00C9454D">
        <w:rPr>
          <w:sz w:val="24"/>
          <w:szCs w:val="24"/>
        </w:rPr>
        <w:t>Abiliene</w:t>
      </w:r>
      <w:r w:rsidRPr="00C9454D">
        <w:rPr>
          <w:sz w:val="24"/>
          <w:szCs w:val="24"/>
        </w:rPr>
        <w:t>’s</w:t>
      </w:r>
      <w:proofErr w:type="spellEnd"/>
      <w:r w:rsidRPr="00C9454D">
        <w:rPr>
          <w:sz w:val="24"/>
          <w:szCs w:val="24"/>
        </w:rPr>
        <w:t xml:space="preserve"> arm gently and urged her forward. She glanced back just once, catching a fleeting glimpse of the leader’s face as he turned away—a shadow of something unspoken lingered in his eyes.</w:t>
      </w:r>
    </w:p>
    <w:p w14:paraId="444142DF" w14:textId="75C5C84B" w:rsidR="00B97430" w:rsidRPr="00C9454D" w:rsidRDefault="00B97430" w:rsidP="00C9454D">
      <w:pPr>
        <w:rPr>
          <w:sz w:val="24"/>
          <w:szCs w:val="24"/>
        </w:rPr>
      </w:pPr>
      <w:r w:rsidRPr="00C9454D">
        <w:rPr>
          <w:sz w:val="24"/>
          <w:szCs w:val="24"/>
        </w:rPr>
        <w:t xml:space="preserve">They walked on in silence, the air thick with tension. </w:t>
      </w:r>
      <w:proofErr w:type="spellStart"/>
      <w:r w:rsidR="006D34D8" w:rsidRPr="00C9454D">
        <w:rPr>
          <w:sz w:val="24"/>
          <w:szCs w:val="24"/>
        </w:rPr>
        <w:t>Abiliene</w:t>
      </w:r>
      <w:r w:rsidRPr="00C9454D">
        <w:rPr>
          <w:sz w:val="24"/>
          <w:szCs w:val="24"/>
        </w:rPr>
        <w:t>’s</w:t>
      </w:r>
      <w:proofErr w:type="spellEnd"/>
      <w:r w:rsidRPr="00C9454D">
        <w:rPr>
          <w:sz w:val="24"/>
          <w:szCs w:val="24"/>
        </w:rPr>
        <w:t xml:space="preserve"> thoughts churned as she replayed the encounter. The leader’s voice, the look in his eyes—it didn’t seem like the malice of a hardened criminal. What had driven him to such a life? Hunger? Desperation? Loss?</w:t>
      </w:r>
    </w:p>
    <w:p w14:paraId="16AF4D2A" w14:textId="77777777" w:rsidR="00B97430" w:rsidRPr="00C9454D" w:rsidRDefault="00B97430" w:rsidP="00C9454D">
      <w:pPr>
        <w:rPr>
          <w:sz w:val="24"/>
          <w:szCs w:val="24"/>
        </w:rPr>
      </w:pPr>
      <w:r w:rsidRPr="00C9454D">
        <w:rPr>
          <w:sz w:val="24"/>
          <w:szCs w:val="24"/>
        </w:rPr>
        <w:t>“They’re still people,” she murmured, more to herself than to Guy.</w:t>
      </w:r>
    </w:p>
    <w:p w14:paraId="5E300A2A" w14:textId="77777777" w:rsidR="00B97430" w:rsidRPr="00C9454D" w:rsidRDefault="00B97430" w:rsidP="00C9454D">
      <w:pPr>
        <w:rPr>
          <w:sz w:val="24"/>
          <w:szCs w:val="24"/>
        </w:rPr>
      </w:pPr>
      <w:r w:rsidRPr="00C9454D">
        <w:rPr>
          <w:sz w:val="24"/>
          <w:szCs w:val="24"/>
        </w:rPr>
        <w:t>“What?” Guy asked, glancing at her.</w:t>
      </w:r>
    </w:p>
    <w:p w14:paraId="7402D927" w14:textId="77777777" w:rsidR="00B97430" w:rsidRPr="00C9454D" w:rsidRDefault="00B97430" w:rsidP="00C9454D">
      <w:pPr>
        <w:rPr>
          <w:sz w:val="24"/>
          <w:szCs w:val="24"/>
        </w:rPr>
      </w:pPr>
      <w:r w:rsidRPr="00C9454D">
        <w:rPr>
          <w:sz w:val="24"/>
          <w:szCs w:val="24"/>
        </w:rPr>
        <w:t>“The outlaws,” she said, her voice soft. “I wonder what could have forced them into this. No one’s born to that life. What happened to them?”</w:t>
      </w:r>
    </w:p>
    <w:p w14:paraId="2C519C96" w14:textId="4028C752" w:rsidR="00B97430" w:rsidRPr="00C9454D" w:rsidRDefault="00B97430" w:rsidP="00C9454D">
      <w:pPr>
        <w:rPr>
          <w:sz w:val="24"/>
          <w:szCs w:val="24"/>
        </w:rPr>
      </w:pPr>
      <w:r w:rsidRPr="00C9454D">
        <w:rPr>
          <w:sz w:val="24"/>
          <w:szCs w:val="24"/>
        </w:rPr>
        <w:t xml:space="preserve">Guy’s brow furrowed, but he said nothing, his focus on the road ahead. </w:t>
      </w:r>
      <w:proofErr w:type="spellStart"/>
      <w:r w:rsidR="006D34D8" w:rsidRPr="00C9454D">
        <w:rPr>
          <w:sz w:val="24"/>
          <w:szCs w:val="24"/>
        </w:rPr>
        <w:t>Abiliene</w:t>
      </w:r>
      <w:proofErr w:type="spellEnd"/>
      <w:r w:rsidRPr="00C9454D">
        <w:rPr>
          <w:sz w:val="24"/>
          <w:szCs w:val="24"/>
        </w:rPr>
        <w:t xml:space="preserve"> fell quiet, but the thought stayed with her, a lingering question she couldn’t shake.</w:t>
      </w:r>
    </w:p>
    <w:p w14:paraId="057B56E1" w14:textId="240F9901" w:rsidR="00033942" w:rsidRPr="00C9454D" w:rsidRDefault="009616E5" w:rsidP="00C9454D">
      <w:pPr>
        <w:rPr>
          <w:sz w:val="24"/>
          <w:szCs w:val="24"/>
        </w:rPr>
      </w:pPr>
      <w:r w:rsidRPr="00C9454D">
        <w:rPr>
          <w:sz w:val="24"/>
          <w:szCs w:val="24"/>
        </w:rPr>
        <w:br w:type="page"/>
      </w:r>
    </w:p>
    <w:p w14:paraId="19190E52" w14:textId="67D1A099" w:rsidR="00D514AE" w:rsidRPr="00C9454D" w:rsidRDefault="00D514AE" w:rsidP="00C9454D">
      <w:pPr>
        <w:pStyle w:val="Heading2"/>
        <w:rPr>
          <w:sz w:val="24"/>
          <w:szCs w:val="24"/>
        </w:rPr>
      </w:pPr>
      <w:r w:rsidRPr="00C9454D">
        <w:rPr>
          <w:sz w:val="24"/>
          <w:szCs w:val="24"/>
        </w:rPr>
        <w:t>Do</w:t>
      </w:r>
      <w:r w:rsidR="000E26F2" w:rsidRPr="00C9454D">
        <w:rPr>
          <w:sz w:val="24"/>
          <w:szCs w:val="24"/>
        </w:rPr>
        <w:t>ver Ahead</w:t>
      </w:r>
    </w:p>
    <w:p w14:paraId="18D7321D" w14:textId="77777777" w:rsidR="002E4B5B" w:rsidRPr="00C9454D" w:rsidRDefault="002E4B5B" w:rsidP="00C9454D">
      <w:pPr>
        <w:rPr>
          <w:sz w:val="24"/>
          <w:szCs w:val="24"/>
        </w:rPr>
      </w:pPr>
    </w:p>
    <w:p w14:paraId="67C0AE4F" w14:textId="77777777" w:rsidR="00033942" w:rsidRPr="00C9454D" w:rsidRDefault="00033942" w:rsidP="00C9454D">
      <w:pPr>
        <w:rPr>
          <w:sz w:val="24"/>
          <w:szCs w:val="24"/>
        </w:rPr>
      </w:pPr>
      <w:r w:rsidRPr="00C9454D">
        <w:rPr>
          <w:sz w:val="24"/>
          <w:szCs w:val="24"/>
        </w:rPr>
        <w:t>The third day of their journey began with the sound of birdsong, a delicate melody that seemed at odds with the devastation they had witnessed along the river. The morning mist clung to the trees as Guy and Abilene continued down the narrow trail, their cart creaking with every bump and rut in the road.</w:t>
      </w:r>
    </w:p>
    <w:p w14:paraId="65EBEBDB" w14:textId="77777777" w:rsidR="00033942" w:rsidRPr="00C9454D" w:rsidRDefault="00033942" w:rsidP="00C9454D">
      <w:pPr>
        <w:rPr>
          <w:sz w:val="24"/>
          <w:szCs w:val="24"/>
        </w:rPr>
      </w:pPr>
      <w:r w:rsidRPr="00C9454D">
        <w:rPr>
          <w:sz w:val="24"/>
          <w:szCs w:val="24"/>
        </w:rPr>
        <w:t>“I wonder if the king will even hear us,” Abilene said softly. “Do you think he will care about one village among so many?”</w:t>
      </w:r>
    </w:p>
    <w:p w14:paraId="26C424A0" w14:textId="77777777" w:rsidR="00033942" w:rsidRPr="00C9454D" w:rsidRDefault="00033942" w:rsidP="00C9454D">
      <w:pPr>
        <w:rPr>
          <w:sz w:val="24"/>
          <w:szCs w:val="24"/>
        </w:rPr>
      </w:pPr>
      <w:r w:rsidRPr="00C9454D">
        <w:rPr>
          <w:sz w:val="24"/>
          <w:szCs w:val="24"/>
        </w:rPr>
        <w:t>Guy glanced at her, his expression steady but tired. “If he doesn’t care, we’ll make him listen,” he said firmly.</w:t>
      </w:r>
    </w:p>
    <w:p w14:paraId="4DBDCF76" w14:textId="77777777" w:rsidR="00033942" w:rsidRPr="00C9454D" w:rsidRDefault="00033942" w:rsidP="00C9454D">
      <w:pPr>
        <w:rPr>
          <w:sz w:val="24"/>
          <w:szCs w:val="24"/>
        </w:rPr>
      </w:pPr>
      <w:r w:rsidRPr="00C9454D">
        <w:rPr>
          <w:sz w:val="24"/>
          <w:szCs w:val="24"/>
        </w:rPr>
        <w:t>The path grew rougher as the day wore on, forcing them to stop by early evening when the wheels of their cart threatened to give out. The clearing they found was small but secluded, the kind of place that offered some measure of safety for the night.</w:t>
      </w:r>
    </w:p>
    <w:p w14:paraId="05CCCAB2" w14:textId="77777777" w:rsidR="00033942" w:rsidRPr="00C9454D" w:rsidRDefault="00033942" w:rsidP="00C9454D">
      <w:pPr>
        <w:rPr>
          <w:sz w:val="24"/>
          <w:szCs w:val="24"/>
        </w:rPr>
      </w:pPr>
      <w:r w:rsidRPr="00C9454D">
        <w:rPr>
          <w:sz w:val="24"/>
          <w:szCs w:val="24"/>
        </w:rPr>
        <w:t>“We’ll camp here,” Guy said, unhitching the cart and leading the horse to a patch of grass by the stream.</w:t>
      </w:r>
    </w:p>
    <w:p w14:paraId="1C88C690" w14:textId="77777777" w:rsidR="00033942" w:rsidRPr="00C9454D" w:rsidRDefault="00033942" w:rsidP="00C9454D">
      <w:pPr>
        <w:rPr>
          <w:sz w:val="24"/>
          <w:szCs w:val="24"/>
        </w:rPr>
      </w:pPr>
      <w:r w:rsidRPr="00C9454D">
        <w:rPr>
          <w:sz w:val="24"/>
          <w:szCs w:val="24"/>
        </w:rPr>
        <w:t>Abilene set to work gathering what they could for a meal, their provisions now down to scraps. As the fire crackled to life, she looked across at her husband, who sat sharpening his sword, his shoulders tense.</w:t>
      </w:r>
    </w:p>
    <w:p w14:paraId="4636491F" w14:textId="6CF99DD4" w:rsidR="00033942" w:rsidRPr="00C9454D" w:rsidRDefault="00033942" w:rsidP="00C9454D">
      <w:pPr>
        <w:rPr>
          <w:sz w:val="24"/>
          <w:szCs w:val="24"/>
        </w:rPr>
      </w:pPr>
      <w:r w:rsidRPr="00C9454D">
        <w:rPr>
          <w:sz w:val="24"/>
          <w:szCs w:val="24"/>
        </w:rPr>
        <w:t>“You don’t rest,” she said softly, moving to sit besi</w:t>
      </w:r>
      <w:r w:rsidR="00DD1FF5" w:rsidRPr="00C9454D">
        <w:rPr>
          <w:sz w:val="24"/>
          <w:szCs w:val="24"/>
        </w:rPr>
        <w:t xml:space="preserve">de </w:t>
      </w:r>
      <w:r w:rsidRPr="00C9454D">
        <w:rPr>
          <w:sz w:val="24"/>
          <w:szCs w:val="24"/>
        </w:rPr>
        <w:t>him.</w:t>
      </w:r>
    </w:p>
    <w:p w14:paraId="2B9FF6B1" w14:textId="77777777" w:rsidR="00033942" w:rsidRPr="00C9454D" w:rsidRDefault="00033942" w:rsidP="00C9454D">
      <w:pPr>
        <w:rPr>
          <w:sz w:val="24"/>
          <w:szCs w:val="24"/>
        </w:rPr>
      </w:pPr>
      <w:r w:rsidRPr="00C9454D">
        <w:rPr>
          <w:sz w:val="24"/>
          <w:szCs w:val="24"/>
        </w:rPr>
        <w:t>“There’s no time for rest,” he replied, though his voice lacked the sharp edge of dismissal.</w:t>
      </w:r>
    </w:p>
    <w:p w14:paraId="32C7A245" w14:textId="77777777" w:rsidR="00033942" w:rsidRPr="00C9454D" w:rsidRDefault="00033942" w:rsidP="00C9454D">
      <w:pPr>
        <w:rPr>
          <w:sz w:val="24"/>
          <w:szCs w:val="24"/>
        </w:rPr>
      </w:pPr>
      <w:r w:rsidRPr="00C9454D">
        <w:rPr>
          <w:sz w:val="24"/>
          <w:szCs w:val="24"/>
        </w:rPr>
        <w:t>Abilene placed her hand on his, stilling the blade. “Even if it’s just for tonight, let it be enough.”</w:t>
      </w:r>
    </w:p>
    <w:p w14:paraId="2FA8ECDC" w14:textId="77777777" w:rsidR="00033942" w:rsidRPr="00C9454D" w:rsidRDefault="00033942" w:rsidP="00C9454D">
      <w:pPr>
        <w:rPr>
          <w:sz w:val="24"/>
          <w:szCs w:val="24"/>
        </w:rPr>
      </w:pPr>
      <w:r w:rsidRPr="00C9454D">
        <w:rPr>
          <w:sz w:val="24"/>
          <w:szCs w:val="24"/>
        </w:rPr>
        <w:t>For a moment, he said nothing, his eyes locked on hers. Then, with a quiet sigh, he set the sword aside. They shared what little food they had before lying together beneath their cloaks. The warmth of his body against hers, the way his arm wrapped protectively around her—it was enough to remind her that even in the face of so much loss, they had found something worth holding on to.</w:t>
      </w:r>
    </w:p>
    <w:p w14:paraId="7E938BCF" w14:textId="77777777" w:rsidR="00033942" w:rsidRPr="00C9454D" w:rsidRDefault="00033942" w:rsidP="00C9454D">
      <w:pPr>
        <w:rPr>
          <w:sz w:val="24"/>
          <w:szCs w:val="24"/>
        </w:rPr>
      </w:pPr>
      <w:r w:rsidRPr="00C9454D">
        <w:rPr>
          <w:sz w:val="24"/>
          <w:szCs w:val="24"/>
        </w:rPr>
        <w:t>The night passed in whispered exchanges, their closeness unspoken yet deeply felt. When Abilene finally drifted to sleep, her head resting on Guy’s chest, she carried with her the quiet assurance of their bond, a strength that would carry them through the days ahead.</w:t>
      </w:r>
    </w:p>
    <w:p w14:paraId="7D6786DF" w14:textId="77777777" w:rsidR="00033942" w:rsidRPr="00C9454D" w:rsidRDefault="00033942" w:rsidP="00C9454D">
      <w:pPr>
        <w:rPr>
          <w:sz w:val="24"/>
          <w:szCs w:val="24"/>
        </w:rPr>
      </w:pPr>
    </w:p>
    <w:p w14:paraId="07AE10D3" w14:textId="77777777" w:rsidR="00033942" w:rsidRPr="00C9454D" w:rsidRDefault="00033942" w:rsidP="00C9454D">
      <w:pPr>
        <w:rPr>
          <w:sz w:val="24"/>
          <w:szCs w:val="24"/>
        </w:rPr>
      </w:pPr>
      <w:r w:rsidRPr="00C9454D">
        <w:rPr>
          <w:sz w:val="24"/>
          <w:szCs w:val="24"/>
        </w:rPr>
        <w:t>The road to King’s Court grew heavier with each passing day. The flood’s aftermath stretched far beyond their village. Entire hamlets were silent, their ruins swallowed by mud and debris. By the sixth day, they encountered survivors—not rebuilding, but combing through the wreckage for their dead.</w:t>
      </w:r>
    </w:p>
    <w:p w14:paraId="3BC83336" w14:textId="1BCF6845" w:rsidR="00033942" w:rsidRPr="00C9454D" w:rsidRDefault="00033942" w:rsidP="00C9454D">
      <w:pPr>
        <w:rPr>
          <w:sz w:val="24"/>
          <w:szCs w:val="24"/>
        </w:rPr>
      </w:pPr>
      <w:r w:rsidRPr="00C9454D">
        <w:rPr>
          <w:sz w:val="24"/>
          <w:szCs w:val="24"/>
        </w:rPr>
        <w:t>Abilene’s heart ached as she saw a woman kneeling besi</w:t>
      </w:r>
      <w:r w:rsidR="00DD1FF5" w:rsidRPr="00C9454D">
        <w:rPr>
          <w:sz w:val="24"/>
          <w:szCs w:val="24"/>
        </w:rPr>
        <w:t xml:space="preserve">de </w:t>
      </w:r>
      <w:r w:rsidRPr="00C9454D">
        <w:rPr>
          <w:sz w:val="24"/>
          <w:szCs w:val="24"/>
        </w:rPr>
        <w:t>what could only be her child, her wails rising over the eerie quiet. Guy placed a hand on Abilene’s shoulder, guiding her forward. “We can’t stop,” he murmured, though the pain in his voice mirrored hers.</w:t>
      </w:r>
    </w:p>
    <w:p w14:paraId="0A61802D" w14:textId="77777777" w:rsidR="00033942" w:rsidRPr="00C9454D" w:rsidRDefault="00033942" w:rsidP="00C9454D">
      <w:pPr>
        <w:rPr>
          <w:sz w:val="24"/>
          <w:szCs w:val="24"/>
        </w:rPr>
      </w:pPr>
      <w:r w:rsidRPr="00C9454D">
        <w:rPr>
          <w:sz w:val="24"/>
          <w:szCs w:val="24"/>
        </w:rPr>
        <w:t>The weight of the devastation hung over them as the walls of Dover Castle finally came into view. Rising from the rocky cliffs, its stone towers and high battlements stood as a symbol of strength against the chaos of the world.</w:t>
      </w:r>
    </w:p>
    <w:p w14:paraId="597F04DB" w14:textId="77777777" w:rsidR="00033942" w:rsidRPr="00C9454D" w:rsidRDefault="00033942" w:rsidP="00C9454D">
      <w:pPr>
        <w:rPr>
          <w:sz w:val="24"/>
          <w:szCs w:val="24"/>
        </w:rPr>
      </w:pPr>
      <w:r w:rsidRPr="00C9454D">
        <w:rPr>
          <w:sz w:val="24"/>
          <w:szCs w:val="24"/>
        </w:rPr>
        <w:t>The approach to the castle was unlike anything Abilene had imagined. The smell of horses and sweat filled the air, mingling with the sharp tang of the sea. Merchants and commoners crowded the outer gates, their voices a chaotic din as they clamored for entry.</w:t>
      </w:r>
    </w:p>
    <w:p w14:paraId="78EA1C79" w14:textId="77777777" w:rsidR="00033942" w:rsidRPr="00C9454D" w:rsidRDefault="00033942" w:rsidP="00C9454D">
      <w:pPr>
        <w:rPr>
          <w:sz w:val="24"/>
          <w:szCs w:val="24"/>
        </w:rPr>
      </w:pPr>
      <w:r w:rsidRPr="00C9454D">
        <w:rPr>
          <w:sz w:val="24"/>
          <w:szCs w:val="24"/>
        </w:rPr>
        <w:t>Guy guided their cart past the crowd, his shoulders squared. “Keep your head high,” he said to Abilene.</w:t>
      </w:r>
    </w:p>
    <w:p w14:paraId="485342C5" w14:textId="77777777" w:rsidR="00033942" w:rsidRPr="00C9454D" w:rsidRDefault="00033942" w:rsidP="00C9454D">
      <w:pPr>
        <w:rPr>
          <w:sz w:val="24"/>
          <w:szCs w:val="24"/>
        </w:rPr>
      </w:pPr>
      <w:r w:rsidRPr="00C9454D">
        <w:rPr>
          <w:sz w:val="24"/>
          <w:szCs w:val="24"/>
        </w:rPr>
        <w:t>They were stopped at the inner gates by a steward clad in royal livery. His sharp eyes swept over them, pausing briefly on Abilene. “State your purpose.”</w:t>
      </w:r>
    </w:p>
    <w:p w14:paraId="3D35604D" w14:textId="3C310A26" w:rsidR="00033942" w:rsidRPr="00C9454D" w:rsidRDefault="00033942" w:rsidP="00C9454D">
      <w:pPr>
        <w:rPr>
          <w:sz w:val="24"/>
          <w:szCs w:val="24"/>
        </w:rPr>
      </w:pPr>
      <w:r w:rsidRPr="00C9454D">
        <w:rPr>
          <w:sz w:val="24"/>
          <w:szCs w:val="24"/>
        </w:rPr>
        <w:t xml:space="preserve">“We come on behalf of the village of </w:t>
      </w:r>
      <w:proofErr w:type="spellStart"/>
      <w:r w:rsidR="00225D06" w:rsidRPr="00C9454D">
        <w:rPr>
          <w:sz w:val="24"/>
          <w:szCs w:val="24"/>
        </w:rPr>
        <w:t>Teston</w:t>
      </w:r>
      <w:proofErr w:type="spellEnd"/>
      <w:r w:rsidRPr="00C9454D">
        <w:rPr>
          <w:sz w:val="24"/>
          <w:szCs w:val="24"/>
        </w:rPr>
        <w:t>,” Guy said. “We seek an audience with the king.”</w:t>
      </w:r>
    </w:p>
    <w:p w14:paraId="43BC308E" w14:textId="6AE21892" w:rsidR="00033942" w:rsidRPr="00C9454D" w:rsidRDefault="00033942" w:rsidP="00C9454D">
      <w:pPr>
        <w:rPr>
          <w:sz w:val="24"/>
          <w:szCs w:val="24"/>
        </w:rPr>
      </w:pPr>
      <w:r w:rsidRPr="00C9454D">
        <w:rPr>
          <w:sz w:val="24"/>
          <w:szCs w:val="24"/>
        </w:rPr>
        <w:t xml:space="preserve">The steward’s gaze lingered on Guy before recognition dawned. “You’re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You fought at </w:t>
      </w:r>
      <w:proofErr w:type="spellStart"/>
      <w:r w:rsidRPr="00C9454D">
        <w:rPr>
          <w:sz w:val="24"/>
          <w:szCs w:val="24"/>
        </w:rPr>
        <w:t>Arsuf</w:t>
      </w:r>
      <w:proofErr w:type="spellEnd"/>
      <w:r w:rsidRPr="00C9454D">
        <w:rPr>
          <w:sz w:val="24"/>
          <w:szCs w:val="24"/>
        </w:rPr>
        <w:t xml:space="preserve"> under the king’s banner.”</w:t>
      </w:r>
    </w:p>
    <w:p w14:paraId="259F9579" w14:textId="77777777" w:rsidR="00033942" w:rsidRPr="00C9454D" w:rsidRDefault="00033942" w:rsidP="00C9454D">
      <w:pPr>
        <w:rPr>
          <w:sz w:val="24"/>
          <w:szCs w:val="24"/>
        </w:rPr>
      </w:pPr>
      <w:r w:rsidRPr="00C9454D">
        <w:rPr>
          <w:sz w:val="24"/>
          <w:szCs w:val="24"/>
        </w:rPr>
        <w:t>Guy gave a curt nod.</w:t>
      </w:r>
    </w:p>
    <w:p w14:paraId="76360D48" w14:textId="77777777" w:rsidR="00033942" w:rsidRPr="00C9454D" w:rsidRDefault="00033942" w:rsidP="00C9454D">
      <w:pPr>
        <w:rPr>
          <w:sz w:val="24"/>
          <w:szCs w:val="24"/>
        </w:rPr>
      </w:pPr>
      <w:r w:rsidRPr="00C9454D">
        <w:rPr>
          <w:sz w:val="24"/>
          <w:szCs w:val="24"/>
        </w:rPr>
        <w:t>The steward turned to Abilene, his expression shifting. “And you, my lady?”</w:t>
      </w:r>
    </w:p>
    <w:p w14:paraId="12A88A8E" w14:textId="5F668952" w:rsidR="00033942" w:rsidRPr="00C9454D" w:rsidRDefault="00033942" w:rsidP="00C9454D">
      <w:pPr>
        <w:rPr>
          <w:sz w:val="24"/>
          <w:szCs w:val="24"/>
        </w:rPr>
      </w:pP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she said, her voice steady despite the tremor in her hands. “Of the </w:t>
      </w:r>
      <w:r w:rsidR="002239FE" w:rsidRPr="00C9454D">
        <w:rPr>
          <w:sz w:val="24"/>
          <w:szCs w:val="24"/>
        </w:rPr>
        <w:t>Fitz-</w:t>
      </w:r>
      <w:proofErr w:type="spellStart"/>
      <w:r w:rsidR="00CA1A4F" w:rsidRPr="00C9454D">
        <w:rPr>
          <w:sz w:val="24"/>
          <w:szCs w:val="24"/>
        </w:rPr>
        <w:t>Urse</w:t>
      </w:r>
      <w:proofErr w:type="spellEnd"/>
      <w:r w:rsidRPr="00C9454D">
        <w:rPr>
          <w:sz w:val="24"/>
          <w:szCs w:val="24"/>
        </w:rPr>
        <w:t xml:space="preserve"> line.”</w:t>
      </w:r>
    </w:p>
    <w:p w14:paraId="66D825C0" w14:textId="77777777" w:rsidR="00033942" w:rsidRPr="00C9454D" w:rsidRDefault="00033942" w:rsidP="00C9454D">
      <w:pPr>
        <w:rPr>
          <w:sz w:val="24"/>
          <w:szCs w:val="24"/>
        </w:rPr>
      </w:pPr>
      <w:r w:rsidRPr="00C9454D">
        <w:rPr>
          <w:sz w:val="24"/>
          <w:szCs w:val="24"/>
        </w:rPr>
        <w:t>The man straightened at the name, his demeanor instantly more formal. “Wait here. His Majesty will want to hear this himself.”</w:t>
      </w:r>
    </w:p>
    <w:p w14:paraId="0D2D317C" w14:textId="77777777" w:rsidR="00033942" w:rsidRPr="00C9454D" w:rsidRDefault="00033942" w:rsidP="00C9454D">
      <w:pPr>
        <w:rPr>
          <w:sz w:val="24"/>
          <w:szCs w:val="24"/>
        </w:rPr>
      </w:pPr>
      <w:r w:rsidRPr="00C9454D">
        <w:rPr>
          <w:sz w:val="24"/>
          <w:szCs w:val="24"/>
        </w:rPr>
        <w:t>As the gates opened to admit them, Abilene’s breath caught. The courtyard within was a flurry of activity—knights in gleaming armor, pages rushing with messages, and the distant clang of blacksmiths at work. Yet above it all loomed the Great Hall, its imposing doors flanked by royal guards.</w:t>
      </w:r>
    </w:p>
    <w:p w14:paraId="19D029C2" w14:textId="77777777" w:rsidR="00033942" w:rsidRPr="00C9454D" w:rsidRDefault="00033942" w:rsidP="00C9454D">
      <w:pPr>
        <w:rPr>
          <w:sz w:val="24"/>
          <w:szCs w:val="24"/>
        </w:rPr>
      </w:pPr>
      <w:r w:rsidRPr="00C9454D">
        <w:rPr>
          <w:sz w:val="24"/>
          <w:szCs w:val="24"/>
        </w:rPr>
        <w:t>Guy’s hand found hers, a steady anchor amid the chaos. “This is where we’ll be heard,” he said quietly.</w:t>
      </w:r>
    </w:p>
    <w:p w14:paraId="61DEA46F" w14:textId="77777777" w:rsidR="00033942" w:rsidRPr="00C9454D" w:rsidRDefault="00033942" w:rsidP="00C9454D">
      <w:pPr>
        <w:rPr>
          <w:sz w:val="24"/>
          <w:szCs w:val="24"/>
        </w:rPr>
      </w:pPr>
      <w:r w:rsidRPr="00C9454D">
        <w:rPr>
          <w:sz w:val="24"/>
          <w:szCs w:val="24"/>
        </w:rPr>
        <w:t>Abilene nodded, her gaze fixed on the hall. For the first time in days, hope flickered in her chest.</w:t>
      </w:r>
    </w:p>
    <w:p w14:paraId="4BE8BD92" w14:textId="18B85798" w:rsidR="00C912ED" w:rsidRPr="00C9454D" w:rsidRDefault="00C912ED" w:rsidP="00C9454D">
      <w:pPr>
        <w:rPr>
          <w:sz w:val="24"/>
          <w:szCs w:val="24"/>
        </w:rPr>
      </w:pPr>
    </w:p>
    <w:p w14:paraId="4FBD830A" w14:textId="20EEB511" w:rsidR="003F5B30" w:rsidRPr="00C9454D" w:rsidRDefault="003F5B30" w:rsidP="00C9454D">
      <w:pPr>
        <w:pStyle w:val="Heading2"/>
        <w:rPr>
          <w:sz w:val="24"/>
          <w:szCs w:val="24"/>
        </w:rPr>
      </w:pPr>
      <w:r w:rsidRPr="00C9454D">
        <w:rPr>
          <w:sz w:val="24"/>
          <w:szCs w:val="24"/>
        </w:rPr>
        <w:t>A King’s Grief</w:t>
      </w:r>
    </w:p>
    <w:p w14:paraId="49E2B3D7" w14:textId="77777777" w:rsidR="002E4B5B" w:rsidRPr="00C9454D" w:rsidRDefault="002E4B5B" w:rsidP="00C9454D">
      <w:pPr>
        <w:rPr>
          <w:sz w:val="24"/>
          <w:szCs w:val="24"/>
        </w:rPr>
      </w:pPr>
    </w:p>
    <w:p w14:paraId="3ABD7364" w14:textId="77777777" w:rsidR="00C912ED" w:rsidRPr="00C9454D" w:rsidRDefault="00C912ED" w:rsidP="00C9454D">
      <w:pPr>
        <w:rPr>
          <w:sz w:val="24"/>
          <w:szCs w:val="24"/>
        </w:rPr>
      </w:pPr>
      <w:r w:rsidRPr="00C9454D">
        <w:rPr>
          <w:sz w:val="24"/>
          <w:szCs w:val="24"/>
        </w:rPr>
        <w:t>The great hall of Dover Castle was steeped in shadows despite the midday sun streaming through the narrow windows. King Richard sat at the high table, his fingers drumming against the worn oak as his steward approached with a bow.</w:t>
      </w:r>
    </w:p>
    <w:p w14:paraId="110085A5" w14:textId="0027D9C7" w:rsidR="00C912ED" w:rsidRPr="00C9454D" w:rsidRDefault="00C912ED" w:rsidP="00C9454D">
      <w:pPr>
        <w:rPr>
          <w:sz w:val="24"/>
          <w:szCs w:val="24"/>
        </w:rPr>
      </w:pPr>
      <w:r w:rsidRPr="00C9454D">
        <w:rPr>
          <w:sz w:val="24"/>
          <w:szCs w:val="24"/>
        </w:rPr>
        <w:t>“They are here, Your Majesty,” the steward said. “</w:t>
      </w:r>
      <w:r w:rsidR="00CF43C1" w:rsidRPr="00C9454D">
        <w:rPr>
          <w:sz w:val="24"/>
          <w:szCs w:val="24"/>
        </w:rPr>
        <w:t xml:space="preserve">Sir </w:t>
      </w:r>
      <w:r w:rsidRPr="00C9454D">
        <w:rPr>
          <w:sz w:val="24"/>
          <w:szCs w:val="24"/>
        </w:rPr>
        <w:t xml:space="preserve">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and </w:t>
      </w:r>
      <w:r w:rsidR="00DB12B8" w:rsidRPr="00C9454D">
        <w:rPr>
          <w:sz w:val="24"/>
          <w:szCs w:val="24"/>
        </w:rPr>
        <w:t xml:space="preserve">Lady </w:t>
      </w:r>
      <w:r w:rsidRPr="00C9454D">
        <w:rPr>
          <w:sz w:val="24"/>
          <w:szCs w:val="24"/>
        </w:rPr>
        <w:t xml:space="preserve">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of the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line.”</w:t>
      </w:r>
    </w:p>
    <w:p w14:paraId="5C13B4E6" w14:textId="77777777" w:rsidR="00C912ED" w:rsidRPr="00C9454D" w:rsidRDefault="00C912ED" w:rsidP="00C9454D">
      <w:pPr>
        <w:rPr>
          <w:sz w:val="24"/>
          <w:szCs w:val="24"/>
        </w:rPr>
      </w:pPr>
      <w:r w:rsidRPr="00C9454D">
        <w:rPr>
          <w:sz w:val="24"/>
          <w:szCs w:val="24"/>
        </w:rPr>
        <w:t>Richard’s brow furrowed slightly at the mention of their names. He had heard whispers of the flood—accounts of rivers swelling beyond their banks, swallowing entire villages—but he had yet to grasp the full extent of the disaster. Still, he doubted these two could shed much light on the matter. Reports often grew exaggerated in times of crisis.</w:t>
      </w:r>
    </w:p>
    <w:p w14:paraId="7B0FD0F7" w14:textId="77777777" w:rsidR="00C912ED" w:rsidRPr="00C9454D" w:rsidRDefault="00C912ED" w:rsidP="00C9454D">
      <w:pPr>
        <w:rPr>
          <w:sz w:val="24"/>
          <w:szCs w:val="24"/>
        </w:rPr>
      </w:pPr>
      <w:r w:rsidRPr="00C9454D">
        <w:rPr>
          <w:sz w:val="24"/>
          <w:szCs w:val="24"/>
        </w:rPr>
        <w:t>“Bring them in,” he ordered, straightening in his chair.</w:t>
      </w:r>
    </w:p>
    <w:p w14:paraId="28D085C6" w14:textId="38F05F3A" w:rsidR="00C912ED" w:rsidRPr="00C9454D" w:rsidRDefault="00C912ED" w:rsidP="00C9454D">
      <w:pPr>
        <w:rPr>
          <w:sz w:val="24"/>
          <w:szCs w:val="24"/>
        </w:rPr>
      </w:pPr>
      <w:r w:rsidRPr="00C9454D">
        <w:rPr>
          <w:sz w:val="24"/>
          <w:szCs w:val="24"/>
        </w:rPr>
        <w:t xml:space="preserve">The heavy doors creaked open, and the couple entered. Richard’s sharp gaze swept over them. 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—battle-worn, resolute—carried himself with the bearing of a knight who had not forgotten the discipline of war. The woman besi</w:t>
      </w:r>
      <w:r w:rsidR="00DD1FF5" w:rsidRPr="00C9454D">
        <w:rPr>
          <w:sz w:val="24"/>
          <w:szCs w:val="24"/>
        </w:rPr>
        <w:t xml:space="preserve">de </w:t>
      </w:r>
      <w:r w:rsidRPr="00C9454D">
        <w:rPr>
          <w:sz w:val="24"/>
          <w:szCs w:val="24"/>
        </w:rPr>
        <w:t xml:space="preserve">him,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was a stark contrast: regal and composed, her noble lineage evident in every step.</w:t>
      </w:r>
    </w:p>
    <w:p w14:paraId="62A8C216" w14:textId="77777777" w:rsidR="00C912ED" w:rsidRPr="00C9454D" w:rsidRDefault="00C912ED" w:rsidP="00C9454D">
      <w:pPr>
        <w:rPr>
          <w:sz w:val="24"/>
          <w:szCs w:val="24"/>
        </w:rPr>
      </w:pPr>
      <w:r w:rsidRPr="00C9454D">
        <w:rPr>
          <w:sz w:val="24"/>
          <w:szCs w:val="24"/>
        </w:rPr>
        <w:t>They stopped before the dais, bowing deeply.</w:t>
      </w:r>
    </w:p>
    <w:p w14:paraId="7F2AB8EE" w14:textId="77777777" w:rsidR="00C912ED" w:rsidRPr="00C9454D" w:rsidRDefault="00C912ED" w:rsidP="00C9454D">
      <w:pPr>
        <w:rPr>
          <w:sz w:val="24"/>
          <w:szCs w:val="24"/>
        </w:rPr>
      </w:pPr>
      <w:r w:rsidRPr="00C9454D">
        <w:rPr>
          <w:sz w:val="24"/>
          <w:szCs w:val="24"/>
        </w:rPr>
        <w:t>“Your Majesty,” Guy said, his voice steady. “Thank you for granting us this audience.”</w:t>
      </w:r>
    </w:p>
    <w:p w14:paraId="250574BB" w14:textId="77777777" w:rsidR="00C912ED" w:rsidRPr="00C9454D" w:rsidRDefault="00C912ED" w:rsidP="00C9454D">
      <w:pPr>
        <w:rPr>
          <w:sz w:val="24"/>
          <w:szCs w:val="24"/>
        </w:rPr>
      </w:pPr>
      <w:r w:rsidRPr="00C9454D">
        <w:rPr>
          <w:sz w:val="24"/>
          <w:szCs w:val="24"/>
        </w:rPr>
        <w:t>Richard inclined his head. “Speak your purpose.”</w:t>
      </w:r>
    </w:p>
    <w:p w14:paraId="5D5BDD8F" w14:textId="1CFF94C8" w:rsidR="00C912ED" w:rsidRPr="00C9454D" w:rsidRDefault="00C912ED" w:rsidP="00C9454D">
      <w:pPr>
        <w:rPr>
          <w:sz w:val="24"/>
          <w:szCs w:val="24"/>
        </w:rPr>
      </w:pPr>
      <w:r w:rsidRPr="00C9454D">
        <w:rPr>
          <w:sz w:val="24"/>
          <w:szCs w:val="24"/>
        </w:rPr>
        <w:t xml:space="preserve">Guy raised his head, his tone earnest. “We come on behalf of </w:t>
      </w:r>
      <w:proofErr w:type="spellStart"/>
      <w:r w:rsidR="00225D06" w:rsidRPr="00C9454D">
        <w:rPr>
          <w:sz w:val="24"/>
          <w:szCs w:val="24"/>
        </w:rPr>
        <w:t>Teston</w:t>
      </w:r>
      <w:proofErr w:type="spellEnd"/>
      <w:r w:rsidRPr="00C9454D">
        <w:rPr>
          <w:sz w:val="24"/>
          <w:szCs w:val="24"/>
        </w:rPr>
        <w:t>, our village. The flood has destroyed everything—homes, fields, lives. What remains is unlivable. We need your help to rebuild.”</w:t>
      </w:r>
    </w:p>
    <w:p w14:paraId="284F968F" w14:textId="77777777" w:rsidR="00C912ED" w:rsidRPr="00C9454D" w:rsidRDefault="00C912ED" w:rsidP="00C9454D">
      <w:pPr>
        <w:rPr>
          <w:sz w:val="24"/>
          <w:szCs w:val="24"/>
        </w:rPr>
      </w:pPr>
      <w:r w:rsidRPr="00C9454D">
        <w:rPr>
          <w:sz w:val="24"/>
          <w:szCs w:val="24"/>
        </w:rPr>
        <w:t>Richard leaned back, studying them both. “Floods come and go, Sir Guy. Surely you do not suggest this one was any different.”</w:t>
      </w:r>
    </w:p>
    <w:p w14:paraId="104FBD1A" w14:textId="326DDE7A" w:rsidR="00C912ED" w:rsidRPr="00C9454D" w:rsidRDefault="00C912ED" w:rsidP="00C9454D">
      <w:pPr>
        <w:rPr>
          <w:sz w:val="24"/>
          <w:szCs w:val="24"/>
        </w:rPr>
      </w:pPr>
      <w:r w:rsidRPr="00C9454D">
        <w:rPr>
          <w:sz w:val="24"/>
          <w:szCs w:val="24"/>
        </w:rPr>
        <w:t xml:space="preserve">Abilene stepped forward, her voice cutting through the tension. “This was no ordinary flood, Your Majesty. Entire villages were swept away. The river rose like a beast, devouring everything in its path. Fields are gone, the land is drowned, and the dead number in the hundreds—perhaps more. </w:t>
      </w:r>
      <w:proofErr w:type="spellStart"/>
      <w:r w:rsidR="00225D06" w:rsidRPr="00C9454D">
        <w:rPr>
          <w:sz w:val="24"/>
          <w:szCs w:val="24"/>
        </w:rPr>
        <w:t>Teston</w:t>
      </w:r>
      <w:proofErr w:type="spellEnd"/>
      <w:r w:rsidRPr="00C9454D">
        <w:rPr>
          <w:sz w:val="24"/>
          <w:szCs w:val="24"/>
        </w:rPr>
        <w:t xml:space="preserve"> is but one of many villages lost.”</w:t>
      </w:r>
    </w:p>
    <w:p w14:paraId="5E16370E" w14:textId="77777777" w:rsidR="00C912ED" w:rsidRPr="00C9454D" w:rsidRDefault="00C912ED" w:rsidP="00C9454D">
      <w:pPr>
        <w:rPr>
          <w:sz w:val="24"/>
          <w:szCs w:val="24"/>
        </w:rPr>
      </w:pPr>
      <w:r w:rsidRPr="00C9454D">
        <w:rPr>
          <w:sz w:val="24"/>
          <w:szCs w:val="24"/>
        </w:rPr>
        <w:t>Richard’s eyes narrowed, skepticism flickering across his features. “You claim this is not isolated?”</w:t>
      </w:r>
    </w:p>
    <w:p w14:paraId="154AFF29" w14:textId="77777777" w:rsidR="00C912ED" w:rsidRPr="00C9454D" w:rsidRDefault="00C912ED" w:rsidP="00C9454D">
      <w:pPr>
        <w:rPr>
          <w:sz w:val="24"/>
          <w:szCs w:val="24"/>
        </w:rPr>
      </w:pPr>
      <w:r w:rsidRPr="00C9454D">
        <w:rPr>
          <w:sz w:val="24"/>
          <w:szCs w:val="24"/>
        </w:rPr>
        <w:t>“No, sire,” Guy interjected. “This is a regional calamity. The river has carved its own course through the land. Villages downstream no longer exist. Survivors are few, and those who remain are starving or dead from exposure. If aid does not come swiftly, there will be no one left to save.”</w:t>
      </w:r>
    </w:p>
    <w:p w14:paraId="792B9105" w14:textId="77777777" w:rsidR="00C912ED" w:rsidRPr="00C9454D" w:rsidRDefault="00C912ED" w:rsidP="00C9454D">
      <w:pPr>
        <w:rPr>
          <w:sz w:val="24"/>
          <w:szCs w:val="24"/>
        </w:rPr>
      </w:pPr>
      <w:r w:rsidRPr="00C9454D">
        <w:rPr>
          <w:sz w:val="24"/>
          <w:szCs w:val="24"/>
        </w:rPr>
        <w:t>Richard rose from his chair, pacing the length of the dais. “And what of the fields? The harvest?”</w:t>
      </w:r>
    </w:p>
    <w:p w14:paraId="176777D0" w14:textId="77777777" w:rsidR="00C912ED" w:rsidRPr="00C9454D" w:rsidRDefault="00C912ED" w:rsidP="00C9454D">
      <w:pPr>
        <w:rPr>
          <w:sz w:val="24"/>
          <w:szCs w:val="24"/>
        </w:rPr>
      </w:pPr>
      <w:r w:rsidRPr="00C9454D">
        <w:rPr>
          <w:sz w:val="24"/>
          <w:szCs w:val="24"/>
        </w:rPr>
        <w:t>“Gone,” Abilene replied, her voice firm. “The waters have destroyed the crops. The famine will come, Your Majesty. If not now, then soon. It will spread beyond the villages—this will reach the towns, the cities. Even the crown’s stores cannot last long if the land cannot yield.”</w:t>
      </w:r>
    </w:p>
    <w:p w14:paraId="776C17F0" w14:textId="77777777" w:rsidR="00C912ED" w:rsidRPr="00C9454D" w:rsidRDefault="00C912ED" w:rsidP="00C9454D">
      <w:pPr>
        <w:rPr>
          <w:sz w:val="24"/>
          <w:szCs w:val="24"/>
        </w:rPr>
      </w:pPr>
      <w:r w:rsidRPr="00C9454D">
        <w:rPr>
          <w:sz w:val="24"/>
          <w:szCs w:val="24"/>
        </w:rPr>
        <w:t>The weight of her words settled over the hall. For a moment, Richard said nothing, his mind racing. If what they claimed was true, this was not merely a disaster for the villages—it was a threat to the entire realm.</w:t>
      </w:r>
    </w:p>
    <w:p w14:paraId="08DF46EE" w14:textId="77777777" w:rsidR="00C912ED" w:rsidRPr="00C9454D" w:rsidRDefault="00C912ED" w:rsidP="00C9454D">
      <w:pPr>
        <w:rPr>
          <w:sz w:val="24"/>
          <w:szCs w:val="24"/>
        </w:rPr>
      </w:pPr>
      <w:r w:rsidRPr="00C9454D">
        <w:rPr>
          <w:sz w:val="24"/>
          <w:szCs w:val="24"/>
        </w:rPr>
        <w:t>He turned back to them, his expression unreadable. “You expect me to believe that such devastation has occurred, yet I have seen nothing of it myself?”</w:t>
      </w:r>
    </w:p>
    <w:p w14:paraId="78B0CBEF" w14:textId="6C35B773" w:rsidR="00C912ED" w:rsidRPr="00C9454D" w:rsidRDefault="00C912ED" w:rsidP="00C9454D">
      <w:pPr>
        <w:rPr>
          <w:sz w:val="24"/>
          <w:szCs w:val="24"/>
        </w:rPr>
      </w:pPr>
      <w:r w:rsidRPr="00C9454D">
        <w:rPr>
          <w:sz w:val="24"/>
          <w:szCs w:val="24"/>
        </w:rPr>
        <w:t xml:space="preserve">Guy met his gaze without flinching. “Then see it, Your Majesty. Come with us to </w:t>
      </w:r>
      <w:proofErr w:type="spellStart"/>
      <w:r w:rsidR="00225D06" w:rsidRPr="00C9454D">
        <w:rPr>
          <w:sz w:val="24"/>
          <w:szCs w:val="24"/>
        </w:rPr>
        <w:t>Teston</w:t>
      </w:r>
      <w:proofErr w:type="spellEnd"/>
      <w:r w:rsidRPr="00C9454D">
        <w:rPr>
          <w:sz w:val="24"/>
          <w:szCs w:val="24"/>
        </w:rPr>
        <w:t>. See what remains.”</w:t>
      </w:r>
    </w:p>
    <w:p w14:paraId="318C87DC" w14:textId="77777777" w:rsidR="00C912ED" w:rsidRPr="00C9454D" w:rsidRDefault="00C912ED" w:rsidP="00C9454D">
      <w:pPr>
        <w:rPr>
          <w:sz w:val="24"/>
          <w:szCs w:val="24"/>
        </w:rPr>
      </w:pPr>
      <w:r w:rsidRPr="00C9454D">
        <w:rPr>
          <w:sz w:val="24"/>
          <w:szCs w:val="24"/>
        </w:rPr>
        <w:t>Richard’s jaw tightened. The thought of leaving the safety of Dover, exposing himself to the hazards of the road, was not one he relished. But doubt gnawed at him. Could the flood truly be as catastrophic as they claimed?</w:t>
      </w:r>
    </w:p>
    <w:p w14:paraId="7744DC75" w14:textId="77777777" w:rsidR="00C912ED" w:rsidRPr="00C9454D" w:rsidRDefault="00C912ED" w:rsidP="00C9454D">
      <w:pPr>
        <w:rPr>
          <w:sz w:val="24"/>
          <w:szCs w:val="24"/>
        </w:rPr>
      </w:pPr>
      <w:r w:rsidRPr="00C9454D">
        <w:rPr>
          <w:sz w:val="24"/>
          <w:szCs w:val="24"/>
        </w:rPr>
        <w:t>He turned to his steward. “Prepare an envoy. I will see this devastation myself.”</w:t>
      </w:r>
    </w:p>
    <w:p w14:paraId="27CA7708" w14:textId="77777777" w:rsidR="00C912ED" w:rsidRPr="00C9454D" w:rsidRDefault="00C912ED" w:rsidP="00C9454D">
      <w:pPr>
        <w:rPr>
          <w:sz w:val="24"/>
          <w:szCs w:val="24"/>
        </w:rPr>
      </w:pPr>
      <w:r w:rsidRPr="00C9454D">
        <w:rPr>
          <w:sz w:val="24"/>
          <w:szCs w:val="24"/>
        </w:rPr>
        <w:t>The steward hesitated. “Your Majesty, the roads—”</w:t>
      </w:r>
    </w:p>
    <w:p w14:paraId="1D453192" w14:textId="2701B008" w:rsidR="00C912ED" w:rsidRPr="00C9454D" w:rsidRDefault="00C912ED" w:rsidP="00C9454D">
      <w:pPr>
        <w:rPr>
          <w:sz w:val="24"/>
          <w:szCs w:val="24"/>
        </w:rPr>
      </w:pPr>
      <w:r w:rsidRPr="00C9454D">
        <w:rPr>
          <w:sz w:val="24"/>
          <w:szCs w:val="24"/>
        </w:rPr>
        <w:t>“Will not deter me,” Richard said sharply. “If this is the worst disaster England has seen, I will not hi</w:t>
      </w:r>
      <w:r w:rsidR="00DD1FF5" w:rsidRPr="00C9454D">
        <w:rPr>
          <w:sz w:val="24"/>
          <w:szCs w:val="24"/>
        </w:rPr>
        <w:t xml:space="preserve">de </w:t>
      </w:r>
      <w:r w:rsidRPr="00C9454D">
        <w:rPr>
          <w:sz w:val="24"/>
          <w:szCs w:val="24"/>
        </w:rPr>
        <w:t>behind these walls. Ready the horses.”</w:t>
      </w:r>
    </w:p>
    <w:p w14:paraId="028B6258" w14:textId="19AD678E" w:rsidR="00C912ED" w:rsidRPr="00C9454D" w:rsidRDefault="00C912ED" w:rsidP="00C9454D">
      <w:pPr>
        <w:rPr>
          <w:sz w:val="24"/>
          <w:szCs w:val="24"/>
        </w:rPr>
      </w:pPr>
      <w:r w:rsidRPr="00C9454D">
        <w:rPr>
          <w:sz w:val="24"/>
          <w:szCs w:val="24"/>
        </w:rPr>
        <w:t xml:space="preserve">He looked back at Guy and Abilene. “You will lead me to </w:t>
      </w:r>
      <w:proofErr w:type="spellStart"/>
      <w:r w:rsidR="00225D06" w:rsidRPr="00C9454D">
        <w:rPr>
          <w:sz w:val="24"/>
          <w:szCs w:val="24"/>
        </w:rPr>
        <w:t>Teston</w:t>
      </w:r>
      <w:proofErr w:type="spellEnd"/>
      <w:r w:rsidRPr="00C9454D">
        <w:rPr>
          <w:sz w:val="24"/>
          <w:szCs w:val="24"/>
        </w:rPr>
        <w:t>. If your words prove true, the crown will do what is necessary. But if this is an exaggeration…”</w:t>
      </w:r>
    </w:p>
    <w:p w14:paraId="38487534" w14:textId="77777777" w:rsidR="00C912ED" w:rsidRPr="00C9454D" w:rsidRDefault="00C912ED" w:rsidP="00C9454D">
      <w:pPr>
        <w:rPr>
          <w:sz w:val="24"/>
          <w:szCs w:val="24"/>
        </w:rPr>
      </w:pPr>
      <w:r w:rsidRPr="00C9454D">
        <w:rPr>
          <w:sz w:val="24"/>
          <w:szCs w:val="24"/>
        </w:rPr>
        <w:t>“It is not,” Abilene said, her voice unwavering.</w:t>
      </w:r>
    </w:p>
    <w:p w14:paraId="4EC51E50" w14:textId="77777777" w:rsidR="00C912ED" w:rsidRPr="00C9454D" w:rsidRDefault="00C912ED" w:rsidP="00C9454D">
      <w:pPr>
        <w:rPr>
          <w:sz w:val="24"/>
          <w:szCs w:val="24"/>
        </w:rPr>
      </w:pPr>
      <w:r w:rsidRPr="00C9454D">
        <w:rPr>
          <w:sz w:val="24"/>
          <w:szCs w:val="24"/>
        </w:rPr>
        <w:t>Richard nodded, a flicker of respect crossing his features. “We shall see.”</w:t>
      </w:r>
    </w:p>
    <w:p w14:paraId="7B28CC69" w14:textId="77777777" w:rsidR="00C912ED" w:rsidRPr="00C9454D" w:rsidRDefault="00C912ED" w:rsidP="00C9454D">
      <w:pPr>
        <w:rPr>
          <w:sz w:val="24"/>
          <w:szCs w:val="24"/>
        </w:rPr>
      </w:pPr>
    </w:p>
    <w:p w14:paraId="6736C0D1" w14:textId="77777777" w:rsidR="00C912ED" w:rsidRPr="00C9454D" w:rsidRDefault="00C912ED" w:rsidP="00C9454D">
      <w:pPr>
        <w:rPr>
          <w:sz w:val="24"/>
          <w:szCs w:val="24"/>
        </w:rPr>
      </w:pPr>
      <w:r w:rsidRPr="00C9454D">
        <w:rPr>
          <w:sz w:val="24"/>
          <w:szCs w:val="24"/>
        </w:rPr>
        <w:t>That evening, as preparations were made, Richard stood by the window of his chamber, staring out at the horizon. The idea of villages simply vanishing seemed unfathomable, yet the conviction in their eyes had stirred something in him.</w:t>
      </w:r>
    </w:p>
    <w:p w14:paraId="6EBB9BA4" w14:textId="2F587639" w:rsidR="00E64C05" w:rsidRPr="00C9454D" w:rsidRDefault="00C912ED" w:rsidP="00C9454D">
      <w:pPr>
        <w:rPr>
          <w:sz w:val="24"/>
          <w:szCs w:val="24"/>
        </w:rPr>
      </w:pPr>
      <w:r w:rsidRPr="00C9454D">
        <w:rPr>
          <w:sz w:val="24"/>
          <w:szCs w:val="24"/>
        </w:rPr>
        <w:t xml:space="preserve">“Guy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he murmured to himself. Memories of </w:t>
      </w:r>
      <w:proofErr w:type="spellStart"/>
      <w:r w:rsidRPr="00C9454D">
        <w:rPr>
          <w:sz w:val="24"/>
          <w:szCs w:val="24"/>
        </w:rPr>
        <w:t>Arsuf</w:t>
      </w:r>
      <w:proofErr w:type="spellEnd"/>
      <w:r w:rsidRPr="00C9454D">
        <w:rPr>
          <w:sz w:val="24"/>
          <w:szCs w:val="24"/>
        </w:rPr>
        <w:t xml:space="preserve"> surfaced—of the knight’s valor, his unwavering loyalty. If anyone could be trusted to speak the truth, it was him.</w:t>
      </w:r>
    </w:p>
    <w:p w14:paraId="2E4ED5E5" w14:textId="77777777" w:rsidR="00E64C05" w:rsidRPr="00C9454D" w:rsidRDefault="00E64C05" w:rsidP="00C9454D">
      <w:pPr>
        <w:rPr>
          <w:sz w:val="24"/>
          <w:szCs w:val="24"/>
        </w:rPr>
      </w:pPr>
      <w:r w:rsidRPr="00C9454D">
        <w:rPr>
          <w:sz w:val="24"/>
          <w:szCs w:val="24"/>
        </w:rPr>
        <w:t>The air in the great hall of Dover Castle was heavy with the scent of damp stone and waxed wood. King Richard sat at the head of the long oak table, a sheaf of reports spread before him. His brow furrowed as he read, the words blurring together with the weight of their implications.</w:t>
      </w:r>
    </w:p>
    <w:p w14:paraId="60BC7085" w14:textId="2E33D633" w:rsidR="00E64C05" w:rsidRPr="00C9454D" w:rsidRDefault="00E64C05"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w:t>
      </w:r>
      <w:r w:rsidR="00D877E3" w:rsidRPr="00C9454D">
        <w:rPr>
          <w:sz w:val="24"/>
          <w:szCs w:val="24"/>
        </w:rPr>
        <w:t>eine</w:t>
      </w:r>
      <w:proofErr w:type="spellEnd"/>
      <w:r w:rsidRPr="00C9454D">
        <w:rPr>
          <w:sz w:val="24"/>
          <w:szCs w:val="24"/>
        </w:rPr>
        <w:t xml:space="preserve">,” he murmured, the name stirring a memory deep in the recesses of his mind. He read further.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of the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line.”</w:t>
      </w:r>
    </w:p>
    <w:p w14:paraId="383588CA" w14:textId="68529222" w:rsidR="00E64C05" w:rsidRPr="00C9454D" w:rsidRDefault="00E64C05" w:rsidP="00C9454D">
      <w:pPr>
        <w:rPr>
          <w:sz w:val="24"/>
          <w:szCs w:val="24"/>
        </w:rPr>
      </w:pPr>
      <w:r w:rsidRPr="00C9454D">
        <w:rPr>
          <w:sz w:val="24"/>
          <w:szCs w:val="24"/>
        </w:rPr>
        <w:t xml:space="preserve">The steward cleared his throat. “Yes, sire. A descendant of </w:t>
      </w:r>
      <w:r w:rsidR="00CB74B0" w:rsidRPr="00C9454D">
        <w:rPr>
          <w:sz w:val="24"/>
          <w:szCs w:val="24"/>
        </w:rPr>
        <w:t>Reginald</w:t>
      </w:r>
      <w:r w:rsidRPr="00C9454D">
        <w:rPr>
          <w:sz w:val="24"/>
          <w:szCs w:val="24"/>
        </w:rPr>
        <w:t xml:space="preserv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once baron of </w:t>
      </w:r>
      <w:proofErr w:type="spellStart"/>
      <w:r w:rsidRPr="00C9454D">
        <w:rPr>
          <w:sz w:val="24"/>
          <w:szCs w:val="24"/>
        </w:rPr>
        <w:t>Bulwick</w:t>
      </w:r>
      <w:proofErr w:type="spellEnd"/>
      <w:r w:rsidRPr="00C9454D">
        <w:rPr>
          <w:sz w:val="24"/>
          <w:szCs w:val="24"/>
        </w:rPr>
        <w:t xml:space="preserve"> and heir to </w:t>
      </w:r>
      <w:proofErr w:type="spellStart"/>
      <w:r w:rsidR="00F96737" w:rsidRPr="00C9454D">
        <w:rPr>
          <w:sz w:val="24"/>
          <w:szCs w:val="24"/>
        </w:rPr>
        <w:t>Barham</w:t>
      </w:r>
      <w:proofErr w:type="spellEnd"/>
      <w:r w:rsidR="00F96737" w:rsidRPr="00C9454D">
        <w:rPr>
          <w:sz w:val="24"/>
          <w:szCs w:val="24"/>
        </w:rPr>
        <w:t xml:space="preserve"> Court</w:t>
      </w:r>
      <w:r w:rsidRPr="00C9454D">
        <w:rPr>
          <w:sz w:val="24"/>
          <w:szCs w:val="24"/>
        </w:rPr>
        <w:t xml:space="preserve"> in Kent.”</w:t>
      </w:r>
    </w:p>
    <w:p w14:paraId="78CD8B7D" w14:textId="709DEA77" w:rsidR="00E64C05" w:rsidRPr="00C9454D" w:rsidRDefault="00E64C05" w:rsidP="00C9454D">
      <w:pPr>
        <w:rPr>
          <w:sz w:val="24"/>
          <w:szCs w:val="24"/>
        </w:rPr>
      </w:pPr>
      <w:r w:rsidRPr="00C9454D">
        <w:rPr>
          <w:sz w:val="24"/>
          <w:szCs w:val="24"/>
        </w:rPr>
        <w:t>Richard’s hand rested on the parchment, his fingers brushing the ink as if to summon the faces behind the names. “</w:t>
      </w:r>
      <w:r w:rsidR="00DD1FF5" w:rsidRPr="00C9454D">
        <w:rPr>
          <w:sz w:val="24"/>
          <w:szCs w:val="24"/>
        </w:rPr>
        <w:t xml:space="preserve">De </w:t>
      </w:r>
      <w:proofErr w:type="spellStart"/>
      <w:r w:rsidRPr="00C9454D">
        <w:rPr>
          <w:sz w:val="24"/>
          <w:szCs w:val="24"/>
        </w:rPr>
        <w:t>P</w:t>
      </w:r>
      <w:r w:rsidR="00D877E3" w:rsidRPr="00C9454D">
        <w:rPr>
          <w:sz w:val="24"/>
          <w:szCs w:val="24"/>
        </w:rPr>
        <w:t>eine</w:t>
      </w:r>
      <w:proofErr w:type="spellEnd"/>
      <w:r w:rsidRPr="00C9454D">
        <w:rPr>
          <w:sz w:val="24"/>
          <w:szCs w:val="24"/>
        </w:rPr>
        <w:t>,” he said again, his voice softer now. He leaned back, closing his eyes as the memory surfaced.</w:t>
      </w:r>
    </w:p>
    <w:p w14:paraId="006D4003" w14:textId="77777777" w:rsidR="00E64C05" w:rsidRPr="00C9454D" w:rsidRDefault="00FE197F" w:rsidP="00C9454D">
      <w:pPr>
        <w:rPr>
          <w:sz w:val="24"/>
          <w:szCs w:val="24"/>
        </w:rPr>
      </w:pPr>
      <w:r>
        <w:rPr>
          <w:noProof/>
          <w:sz w:val="24"/>
          <w:szCs w:val="24"/>
        </w:rPr>
      </w:r>
      <w:r w:rsidR="00FE197F">
        <w:rPr>
          <w:noProof/>
          <w:sz w:val="24"/>
          <w:szCs w:val="24"/>
        </w:rPr>
        <w:pict w14:anchorId="00B4D641">
          <v:rect id="_x0000_i1059" style="width:0;height:1.5pt" o:hralign="center" o:hrstd="t" o:hr="t" fillcolor="#a0a0a0" stroked="f"/>
        </w:pict>
      </w:r>
    </w:p>
    <w:p w14:paraId="7A3D6178" w14:textId="77777777" w:rsidR="00E64C05" w:rsidRPr="00C9454D" w:rsidRDefault="00E64C05" w:rsidP="00C9454D">
      <w:pPr>
        <w:pStyle w:val="Heading2"/>
        <w:rPr>
          <w:sz w:val="24"/>
          <w:szCs w:val="24"/>
        </w:rPr>
      </w:pPr>
      <w:r w:rsidRPr="00C9454D">
        <w:rPr>
          <w:sz w:val="24"/>
          <w:szCs w:val="24"/>
        </w:rPr>
        <w:t xml:space="preserve">The Battle of </w:t>
      </w:r>
      <w:proofErr w:type="spellStart"/>
      <w:r w:rsidRPr="00C9454D">
        <w:rPr>
          <w:sz w:val="24"/>
          <w:szCs w:val="24"/>
        </w:rPr>
        <w:t>Arsuf</w:t>
      </w:r>
      <w:proofErr w:type="spellEnd"/>
      <w:r w:rsidRPr="00C9454D">
        <w:rPr>
          <w:sz w:val="24"/>
          <w:szCs w:val="24"/>
        </w:rPr>
        <w:t>, September 7, 1191</w:t>
      </w:r>
    </w:p>
    <w:p w14:paraId="68A5F911" w14:textId="77777777" w:rsidR="003D3930" w:rsidRPr="00C9454D" w:rsidRDefault="003D3930" w:rsidP="00C9454D">
      <w:pPr>
        <w:rPr>
          <w:sz w:val="24"/>
          <w:szCs w:val="24"/>
        </w:rPr>
      </w:pPr>
    </w:p>
    <w:p w14:paraId="1FD12325" w14:textId="77777777" w:rsidR="00E64C05" w:rsidRPr="00C9454D" w:rsidRDefault="00E64C05" w:rsidP="00C9454D">
      <w:pPr>
        <w:rPr>
          <w:sz w:val="24"/>
          <w:szCs w:val="24"/>
        </w:rPr>
      </w:pPr>
      <w:r w:rsidRPr="00C9454D">
        <w:rPr>
          <w:sz w:val="24"/>
          <w:szCs w:val="24"/>
        </w:rPr>
        <w:t>The heat of the sun was merciless, bearing down on the armored knights as they marched in disciplined lines along the dusty coast. To their right, the glinting Mediterranean shimmered, a tantalizing promise of cool relief that would never come. To their left, the shadow of Saladin’s army loomed on the horizon.</w:t>
      </w:r>
    </w:p>
    <w:p w14:paraId="353E0CB2" w14:textId="20C8DDE2" w:rsidR="00E64C05" w:rsidRPr="00C9454D" w:rsidRDefault="00E64C05" w:rsidP="00C9454D">
      <w:pPr>
        <w:rPr>
          <w:sz w:val="24"/>
          <w:szCs w:val="24"/>
        </w:rPr>
      </w:pPr>
      <w:r w:rsidRPr="00C9454D">
        <w:rPr>
          <w:sz w:val="24"/>
          <w:szCs w:val="24"/>
        </w:rPr>
        <w:t>Richard ro</w:t>
      </w:r>
      <w:r w:rsidR="00DD1FF5" w:rsidRPr="00C9454D">
        <w:rPr>
          <w:sz w:val="24"/>
          <w:szCs w:val="24"/>
        </w:rPr>
        <w:t xml:space="preserve">de </w:t>
      </w:r>
      <w:r w:rsidRPr="00C9454D">
        <w:rPr>
          <w:sz w:val="24"/>
          <w:szCs w:val="24"/>
        </w:rPr>
        <w:t>at the center of his forces, his banner snapping sharply in the wind. He felt the weight of every soldier’s gaze on his back. Victory was not an option—it was a necessity. The Frankish army had to prove their might, or Jerusalem would remain forever out of reach.</w:t>
      </w:r>
    </w:p>
    <w:p w14:paraId="2879E2BB" w14:textId="77777777" w:rsidR="00E64C05" w:rsidRPr="00C9454D" w:rsidRDefault="00E64C05" w:rsidP="00C9454D">
      <w:pPr>
        <w:rPr>
          <w:sz w:val="24"/>
          <w:szCs w:val="24"/>
        </w:rPr>
      </w:pPr>
      <w:r w:rsidRPr="00C9454D">
        <w:rPr>
          <w:sz w:val="24"/>
          <w:szCs w:val="24"/>
        </w:rPr>
        <w:t>The first wave of Saracen cavalry came at them like a storm, their arrows darkening the sky. Shields raised, the crusaders held the line, their resolve unshaken.</w:t>
      </w:r>
    </w:p>
    <w:p w14:paraId="66FBE025" w14:textId="77777777" w:rsidR="00E64C05" w:rsidRPr="00C9454D" w:rsidRDefault="00E64C05" w:rsidP="00C9454D">
      <w:pPr>
        <w:rPr>
          <w:sz w:val="24"/>
          <w:szCs w:val="24"/>
        </w:rPr>
      </w:pPr>
      <w:r w:rsidRPr="00C9454D">
        <w:rPr>
          <w:sz w:val="24"/>
          <w:szCs w:val="24"/>
        </w:rPr>
        <w:t>“Hold!” Richard bellowed, his voice cutting through the chaos.</w:t>
      </w:r>
    </w:p>
    <w:p w14:paraId="67D2DED4" w14:textId="7AABF9A1" w:rsidR="00E64C05" w:rsidRPr="00C9454D" w:rsidRDefault="00E64C05" w:rsidP="00C9454D">
      <w:pPr>
        <w:rPr>
          <w:sz w:val="24"/>
          <w:szCs w:val="24"/>
        </w:rPr>
      </w:pPr>
      <w:r w:rsidRPr="00C9454D">
        <w:rPr>
          <w:sz w:val="24"/>
          <w:szCs w:val="24"/>
        </w:rPr>
        <w:t xml:space="preserve">At the forefront of the formation, Guy </w:t>
      </w:r>
      <w:r w:rsidR="00DD1FF5" w:rsidRPr="00C9454D">
        <w:rPr>
          <w:sz w:val="24"/>
          <w:szCs w:val="24"/>
        </w:rPr>
        <w:t xml:space="preserve">de </w:t>
      </w:r>
      <w:proofErr w:type="spellStart"/>
      <w:r w:rsidR="00D81DE4" w:rsidRPr="00C9454D">
        <w:rPr>
          <w:sz w:val="24"/>
          <w:szCs w:val="24"/>
        </w:rPr>
        <w:t>Peine</w:t>
      </w:r>
      <w:proofErr w:type="spellEnd"/>
      <w:r w:rsidRPr="00C9454D">
        <w:rPr>
          <w:sz w:val="24"/>
          <w:szCs w:val="24"/>
        </w:rPr>
        <w:t xml:space="preserve"> ro</w:t>
      </w:r>
      <w:r w:rsidR="00DD1FF5" w:rsidRPr="00C9454D">
        <w:rPr>
          <w:sz w:val="24"/>
          <w:szCs w:val="24"/>
        </w:rPr>
        <w:t xml:space="preserve">de </w:t>
      </w:r>
      <w:r w:rsidRPr="00C9454D">
        <w:rPr>
          <w:sz w:val="24"/>
          <w:szCs w:val="24"/>
        </w:rPr>
        <w:t>with the vanguard, his warhorse a thunderous force beneath him. Richard’s eyes followed him as he urged his men forward, his sword gleaming in the sunlight.</w:t>
      </w:r>
    </w:p>
    <w:p w14:paraId="1FBB60BB" w14:textId="77777777" w:rsidR="00E64C05" w:rsidRPr="00C9454D" w:rsidRDefault="00E64C05" w:rsidP="00C9454D">
      <w:pPr>
        <w:rPr>
          <w:sz w:val="24"/>
          <w:szCs w:val="24"/>
        </w:rPr>
      </w:pPr>
      <w:r w:rsidRPr="00C9454D">
        <w:rPr>
          <w:sz w:val="24"/>
          <w:szCs w:val="24"/>
        </w:rPr>
        <w:t>The enemy struck hard, their riders breaking against the crusader lines like waves upon the shore. Guy was a force of nature, cutting through the chaos with precision and fury. His shield bore fresh scars, his armor spattered with blood, but he did not falter.</w:t>
      </w:r>
    </w:p>
    <w:p w14:paraId="727AA71E" w14:textId="0AAF687F" w:rsidR="00E64C05" w:rsidRPr="00C9454D" w:rsidRDefault="00E64C05" w:rsidP="00C9454D">
      <w:pPr>
        <w:rPr>
          <w:sz w:val="24"/>
          <w:szCs w:val="24"/>
        </w:rPr>
      </w:pPr>
      <w:r w:rsidRPr="00C9454D">
        <w:rPr>
          <w:sz w:val="24"/>
          <w:szCs w:val="24"/>
        </w:rPr>
        <w:t>Richard spurred his horse forward, his own bla</w:t>
      </w:r>
      <w:r w:rsidR="00DD1FF5" w:rsidRPr="00C9454D">
        <w:rPr>
          <w:sz w:val="24"/>
          <w:szCs w:val="24"/>
        </w:rPr>
        <w:t xml:space="preserve">de </w:t>
      </w:r>
      <w:r w:rsidRPr="00C9454D">
        <w:rPr>
          <w:sz w:val="24"/>
          <w:szCs w:val="24"/>
        </w:rPr>
        <w:t>meeting the enemy with unrelenting strength. He caught glimpses of Guy amidst the fray—a figure of unwavering resolve, his voice carrying above the din.</w:t>
      </w:r>
    </w:p>
    <w:p w14:paraId="666A2B26" w14:textId="77777777" w:rsidR="00E64C05" w:rsidRPr="00C9454D" w:rsidRDefault="00E64C05" w:rsidP="00C9454D">
      <w:pPr>
        <w:rPr>
          <w:sz w:val="24"/>
          <w:szCs w:val="24"/>
        </w:rPr>
      </w:pPr>
      <w:r w:rsidRPr="00C9454D">
        <w:rPr>
          <w:sz w:val="24"/>
          <w:szCs w:val="24"/>
        </w:rPr>
        <w:t>“Push them back!” Guy shouted, rallying the men around him. “For the king! For Christendom!”</w:t>
      </w:r>
    </w:p>
    <w:p w14:paraId="12063762" w14:textId="77777777" w:rsidR="00E64C05" w:rsidRPr="00C9454D" w:rsidRDefault="00E64C05" w:rsidP="00C9454D">
      <w:pPr>
        <w:rPr>
          <w:sz w:val="24"/>
          <w:szCs w:val="24"/>
        </w:rPr>
      </w:pPr>
      <w:r w:rsidRPr="00C9454D">
        <w:rPr>
          <w:sz w:val="24"/>
          <w:szCs w:val="24"/>
        </w:rPr>
        <w:t>The crusaders surged, their collective strength driving the Saracens into retreat. The battle raged for hours, but when the dust finally settled, the field was theirs.</w:t>
      </w:r>
    </w:p>
    <w:p w14:paraId="138777A2" w14:textId="0EBD4A3E" w:rsidR="00E64C05" w:rsidRPr="00C9454D" w:rsidRDefault="00E64C05" w:rsidP="00C9454D">
      <w:pPr>
        <w:rPr>
          <w:sz w:val="24"/>
          <w:szCs w:val="24"/>
        </w:rPr>
      </w:pPr>
      <w:r w:rsidRPr="00C9454D">
        <w:rPr>
          <w:sz w:val="24"/>
          <w:szCs w:val="24"/>
        </w:rPr>
        <w:t>Richard dismounted, surveying the carnage with a mixture of pri</w:t>
      </w:r>
      <w:r w:rsidR="00DD1FF5" w:rsidRPr="00C9454D">
        <w:rPr>
          <w:sz w:val="24"/>
          <w:szCs w:val="24"/>
        </w:rPr>
        <w:t xml:space="preserve">de </w:t>
      </w:r>
      <w:r w:rsidRPr="00C9454D">
        <w:rPr>
          <w:sz w:val="24"/>
          <w:szCs w:val="24"/>
        </w:rPr>
        <w:t>and sorrow. His gaze fell upon Guy, who knelt besi</w:t>
      </w:r>
      <w:r w:rsidR="00DD1FF5" w:rsidRPr="00C9454D">
        <w:rPr>
          <w:sz w:val="24"/>
          <w:szCs w:val="24"/>
        </w:rPr>
        <w:t xml:space="preserve">de </w:t>
      </w:r>
      <w:r w:rsidRPr="00C9454D">
        <w:rPr>
          <w:sz w:val="24"/>
          <w:szCs w:val="24"/>
        </w:rPr>
        <w:t>a fallen comrade, murmuring a prayer. In that moment, Richard had seen not just a soldier but a man of conviction, whose courage and loyalty had turned the ti</w:t>
      </w:r>
      <w:r w:rsidR="00DD1FF5" w:rsidRPr="00C9454D">
        <w:rPr>
          <w:sz w:val="24"/>
          <w:szCs w:val="24"/>
        </w:rPr>
        <w:t xml:space="preserve">de </w:t>
      </w:r>
      <w:r w:rsidRPr="00C9454D">
        <w:rPr>
          <w:sz w:val="24"/>
          <w:szCs w:val="24"/>
        </w:rPr>
        <w:t>of the day.</w:t>
      </w:r>
    </w:p>
    <w:p w14:paraId="4F052AD6" w14:textId="77777777" w:rsidR="00E64C05" w:rsidRPr="00C9454D" w:rsidRDefault="00FE197F" w:rsidP="00C9454D">
      <w:pPr>
        <w:rPr>
          <w:sz w:val="24"/>
          <w:szCs w:val="24"/>
        </w:rPr>
      </w:pPr>
      <w:r>
        <w:rPr>
          <w:noProof/>
          <w:sz w:val="24"/>
          <w:szCs w:val="24"/>
        </w:rPr>
      </w:r>
      <w:r w:rsidR="00FE197F">
        <w:rPr>
          <w:noProof/>
          <w:sz w:val="24"/>
          <w:szCs w:val="24"/>
        </w:rPr>
        <w:pict w14:anchorId="348C32D6">
          <v:rect id="_x0000_i1060" style="width:0;height:1.5pt" o:hralign="center" o:hrstd="t" o:hr="t" fillcolor="#a0a0a0" stroked="f"/>
        </w:pict>
      </w:r>
    </w:p>
    <w:p w14:paraId="14493B4C" w14:textId="77777777" w:rsidR="00E64C05" w:rsidRPr="00C9454D" w:rsidRDefault="00E64C05" w:rsidP="00C9454D">
      <w:pPr>
        <w:rPr>
          <w:sz w:val="24"/>
          <w:szCs w:val="24"/>
        </w:rPr>
      </w:pPr>
      <w:r w:rsidRPr="00C9454D">
        <w:rPr>
          <w:sz w:val="24"/>
          <w:szCs w:val="24"/>
        </w:rPr>
        <w:t>Richard opened his eyes, the memory fading like smoke. He looked down at the report once more, his expression unreadable.</w:t>
      </w:r>
    </w:p>
    <w:p w14:paraId="58748722" w14:textId="3C2D86A0" w:rsidR="00E64C05" w:rsidRPr="00C9454D" w:rsidRDefault="00E64C05" w:rsidP="00C9454D">
      <w:pPr>
        <w:rPr>
          <w:sz w:val="24"/>
          <w:szCs w:val="24"/>
        </w:rPr>
      </w:pPr>
      <w:r w:rsidRPr="00C9454D">
        <w:rPr>
          <w:sz w:val="24"/>
          <w:szCs w:val="24"/>
        </w:rPr>
        <w:t xml:space="preserve">“Guy </w:t>
      </w:r>
      <w:r w:rsidR="00DD1FF5" w:rsidRPr="00C9454D">
        <w:rPr>
          <w:sz w:val="24"/>
          <w:szCs w:val="24"/>
        </w:rPr>
        <w:t xml:space="preserve">de </w:t>
      </w:r>
      <w:proofErr w:type="spellStart"/>
      <w:r w:rsidR="00D81DE4" w:rsidRPr="00C9454D">
        <w:rPr>
          <w:sz w:val="24"/>
          <w:szCs w:val="24"/>
        </w:rPr>
        <w:t>Peine</w:t>
      </w:r>
      <w:proofErr w:type="spellEnd"/>
      <w:r w:rsidRPr="00C9454D">
        <w:rPr>
          <w:sz w:val="24"/>
          <w:szCs w:val="24"/>
        </w:rPr>
        <w:t xml:space="preserve">,” he said softly, his voice carrying the weight of years. “A hero of </w:t>
      </w:r>
      <w:proofErr w:type="spellStart"/>
      <w:r w:rsidRPr="00C9454D">
        <w:rPr>
          <w:sz w:val="24"/>
          <w:szCs w:val="24"/>
        </w:rPr>
        <w:t>Arsuf</w:t>
      </w:r>
      <w:proofErr w:type="spellEnd"/>
      <w:r w:rsidRPr="00C9454D">
        <w:rPr>
          <w:sz w:val="24"/>
          <w:szCs w:val="24"/>
        </w:rPr>
        <w:t>.”</w:t>
      </w:r>
    </w:p>
    <w:p w14:paraId="5093DC9E" w14:textId="1F5B6C20" w:rsidR="00E64C05" w:rsidRPr="00C9454D" w:rsidRDefault="00E64C05" w:rsidP="00C9454D">
      <w:pPr>
        <w:rPr>
          <w:sz w:val="24"/>
          <w:szCs w:val="24"/>
        </w:rPr>
      </w:pPr>
      <w:r w:rsidRPr="00C9454D">
        <w:rPr>
          <w:sz w:val="24"/>
          <w:szCs w:val="24"/>
        </w:rPr>
        <w:t xml:space="preserve">He tapped the parchment. “And the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name. Scandal and nobility intertwined.” He rose from his chair, his mind already turning over the implications.</w:t>
      </w:r>
    </w:p>
    <w:p w14:paraId="53836CDE" w14:textId="1925FE2A" w:rsidR="00E64C05" w:rsidRPr="00C9454D" w:rsidRDefault="00E64C05" w:rsidP="00C9454D">
      <w:pPr>
        <w:rPr>
          <w:sz w:val="24"/>
          <w:szCs w:val="24"/>
        </w:rPr>
      </w:pPr>
      <w:r w:rsidRPr="00C9454D">
        <w:rPr>
          <w:sz w:val="24"/>
          <w:szCs w:val="24"/>
        </w:rPr>
        <w:t>The steward bowed and hurried away, leaving Richard alone with his thoughts. He stro</w:t>
      </w:r>
      <w:r w:rsidR="00DD1FF5" w:rsidRPr="00C9454D">
        <w:rPr>
          <w:sz w:val="24"/>
          <w:szCs w:val="24"/>
        </w:rPr>
        <w:t xml:space="preserve">de </w:t>
      </w:r>
      <w:r w:rsidRPr="00C9454D">
        <w:rPr>
          <w:sz w:val="24"/>
          <w:szCs w:val="24"/>
        </w:rPr>
        <w:t>to the window, gazing out over the bustling courtyard below. Somewhere among the throng, the man who had once fought besi</w:t>
      </w:r>
      <w:r w:rsidR="00DD1FF5" w:rsidRPr="00C9454D">
        <w:rPr>
          <w:sz w:val="24"/>
          <w:szCs w:val="24"/>
        </w:rPr>
        <w:t xml:space="preserve">de </w:t>
      </w:r>
      <w:r w:rsidRPr="00C9454D">
        <w:rPr>
          <w:sz w:val="24"/>
          <w:szCs w:val="24"/>
        </w:rPr>
        <w:t>him and the woman bearing a name steeped in both honor and controversy awaited their audience.</w:t>
      </w:r>
    </w:p>
    <w:p w14:paraId="73F467D2" w14:textId="1461977E" w:rsidR="00E64C05" w:rsidRPr="00C9454D" w:rsidRDefault="00E64C05" w:rsidP="00C9454D">
      <w:pPr>
        <w:rPr>
          <w:sz w:val="24"/>
          <w:szCs w:val="24"/>
        </w:rPr>
      </w:pPr>
      <w:r w:rsidRPr="00C9454D">
        <w:rPr>
          <w:sz w:val="24"/>
          <w:szCs w:val="24"/>
        </w:rPr>
        <w:t>Richard’s grip tightened on the hilt of his sword. This meeting, he knew, w</w:t>
      </w:r>
      <w:r w:rsidR="00DC161F" w:rsidRPr="00C9454D">
        <w:rPr>
          <w:sz w:val="24"/>
          <w:szCs w:val="24"/>
        </w:rPr>
        <w:t>as</w:t>
      </w:r>
      <w:r w:rsidRPr="00C9454D">
        <w:rPr>
          <w:sz w:val="24"/>
          <w:szCs w:val="24"/>
        </w:rPr>
        <w:t xml:space="preserve"> more than a plea for aid. It </w:t>
      </w:r>
      <w:r w:rsidR="00144DD7" w:rsidRPr="00C9454D">
        <w:rPr>
          <w:sz w:val="24"/>
          <w:szCs w:val="24"/>
        </w:rPr>
        <w:t>was</w:t>
      </w:r>
      <w:r w:rsidRPr="00C9454D">
        <w:rPr>
          <w:sz w:val="24"/>
          <w:szCs w:val="24"/>
        </w:rPr>
        <w:t xml:space="preserve"> a convergence of past and present, a moment that might shape the future in ways even he could not predict.</w:t>
      </w:r>
    </w:p>
    <w:p w14:paraId="68B6828E" w14:textId="7EB0DF0D" w:rsidR="00E64C05" w:rsidRPr="00C9454D" w:rsidRDefault="00FE197F" w:rsidP="00C9454D">
      <w:pPr>
        <w:rPr>
          <w:sz w:val="24"/>
          <w:szCs w:val="24"/>
        </w:rPr>
      </w:pPr>
      <w:r>
        <w:rPr>
          <w:noProof/>
          <w:sz w:val="24"/>
          <w:szCs w:val="24"/>
        </w:rPr>
      </w:r>
      <w:r w:rsidR="00FE197F">
        <w:rPr>
          <w:noProof/>
          <w:sz w:val="24"/>
          <w:szCs w:val="24"/>
        </w:rPr>
        <w:pict w14:anchorId="01871091">
          <v:rect id="_x0000_i1061" style="width:0;height:1.5pt" o:hralign="center" o:hrstd="t" o:hr="t" fillcolor="#a0a0a0" stroked="f"/>
        </w:pict>
      </w:r>
    </w:p>
    <w:p w14:paraId="42AA1DF5" w14:textId="3025C884" w:rsidR="00C912ED" w:rsidRPr="00C9454D" w:rsidRDefault="00C912ED" w:rsidP="00C9454D">
      <w:pPr>
        <w:rPr>
          <w:sz w:val="24"/>
          <w:szCs w:val="24"/>
        </w:rPr>
      </w:pPr>
      <w:r w:rsidRPr="00C9454D">
        <w:rPr>
          <w:sz w:val="24"/>
          <w:szCs w:val="24"/>
        </w:rPr>
        <w:t xml:space="preserve">And then there was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a woman with fire in her veins and nobility in her bearing. The </w:t>
      </w:r>
      <w:r w:rsidR="00546ACA" w:rsidRPr="00C9454D">
        <w:rPr>
          <w:sz w:val="24"/>
          <w:szCs w:val="24"/>
        </w:rPr>
        <w:t>Fitz-</w:t>
      </w:r>
      <w:proofErr w:type="spellStart"/>
      <w:r w:rsidR="00546ACA" w:rsidRPr="00C9454D">
        <w:rPr>
          <w:sz w:val="24"/>
          <w:szCs w:val="24"/>
        </w:rPr>
        <w:t>Urse</w:t>
      </w:r>
      <w:proofErr w:type="spellEnd"/>
      <w:r w:rsidRPr="00C9454D">
        <w:rPr>
          <w:sz w:val="24"/>
          <w:szCs w:val="24"/>
        </w:rPr>
        <w:t xml:space="preserve"> name carried its share of infamy, yet she seemed unburdened by it, driven instead by a fierce loyalty to her people.</w:t>
      </w:r>
    </w:p>
    <w:p w14:paraId="134C0790" w14:textId="77777777" w:rsidR="00C912ED" w:rsidRPr="00C9454D" w:rsidRDefault="00C912ED" w:rsidP="00C9454D">
      <w:pPr>
        <w:rPr>
          <w:sz w:val="24"/>
          <w:szCs w:val="24"/>
        </w:rPr>
      </w:pPr>
      <w:r w:rsidRPr="00C9454D">
        <w:rPr>
          <w:sz w:val="24"/>
          <w:szCs w:val="24"/>
        </w:rPr>
        <w:t>Richard’s gaze hardened. If the flood truly threatened the stability of his realm, he would need to act swiftly. The time for doubt had passed.</w:t>
      </w:r>
    </w:p>
    <w:p w14:paraId="05DDB091" w14:textId="19533946" w:rsidR="005D325D" w:rsidRPr="00C9454D" w:rsidRDefault="00D07303" w:rsidP="00C9454D">
      <w:pPr>
        <w:pStyle w:val="Heading2"/>
        <w:rPr>
          <w:sz w:val="24"/>
          <w:szCs w:val="24"/>
        </w:rPr>
      </w:pPr>
      <w:r w:rsidRPr="00C9454D">
        <w:rPr>
          <w:sz w:val="24"/>
          <w:szCs w:val="24"/>
        </w:rPr>
        <w:br w:type="page"/>
      </w:r>
    </w:p>
    <w:p w14:paraId="75CE5DEA" w14:textId="622022A3" w:rsidR="0043471A" w:rsidRPr="00C9454D" w:rsidRDefault="000A740B" w:rsidP="00C9454D">
      <w:pPr>
        <w:pStyle w:val="Heading2"/>
        <w:rPr>
          <w:sz w:val="24"/>
          <w:szCs w:val="24"/>
        </w:rPr>
      </w:pPr>
      <w:r w:rsidRPr="00C9454D">
        <w:rPr>
          <w:sz w:val="24"/>
          <w:szCs w:val="24"/>
        </w:rPr>
        <w:t>Kings Jou</w:t>
      </w:r>
      <w:r w:rsidR="009F618E" w:rsidRPr="00C9454D">
        <w:rPr>
          <w:sz w:val="24"/>
          <w:szCs w:val="24"/>
        </w:rPr>
        <w:t>rney</w:t>
      </w:r>
    </w:p>
    <w:p w14:paraId="3DCE2042" w14:textId="77777777" w:rsidR="003D3930" w:rsidRPr="00C9454D" w:rsidRDefault="003D3930" w:rsidP="00C9454D">
      <w:pPr>
        <w:rPr>
          <w:sz w:val="24"/>
          <w:szCs w:val="24"/>
        </w:rPr>
      </w:pPr>
    </w:p>
    <w:p w14:paraId="08F5D532" w14:textId="77777777" w:rsidR="0043471A" w:rsidRPr="00C9454D" w:rsidRDefault="0043471A" w:rsidP="00C9454D">
      <w:pPr>
        <w:rPr>
          <w:sz w:val="24"/>
          <w:szCs w:val="24"/>
        </w:rPr>
      </w:pPr>
      <w:r w:rsidRPr="00C9454D">
        <w:rPr>
          <w:sz w:val="24"/>
          <w:szCs w:val="24"/>
        </w:rPr>
        <w:t>The road stretched endlessly ahead, winding through what had once been a patchwork of villages and fertile fields. King Richard led the envoy, his gaze fixed on the horizon as the devastation around them unfolded in grim detail. The first day of the journey was marked by silence, the weight of what they witnessed leaving little room for words.</w:t>
      </w:r>
    </w:p>
    <w:p w14:paraId="5A0083F4" w14:textId="77777777" w:rsidR="0043471A" w:rsidRPr="00C9454D" w:rsidRDefault="0043471A" w:rsidP="00C9454D">
      <w:pPr>
        <w:rPr>
          <w:sz w:val="24"/>
          <w:szCs w:val="24"/>
        </w:rPr>
      </w:pPr>
      <w:r w:rsidRPr="00C9454D">
        <w:rPr>
          <w:sz w:val="24"/>
          <w:szCs w:val="24"/>
        </w:rPr>
        <w:t>By the second day, the enormity of the flood began to sink in. Fields that had once been golden with grain were now murky wastelands. Villages were reduced to little more than scattered timbers and heaps of mud. The stench of death hung heavy in the air, and the silence of the land was punctuated only by the occasional cries of scavenging crows.</w:t>
      </w:r>
    </w:p>
    <w:p w14:paraId="60D30899" w14:textId="58754FA8" w:rsidR="0043471A" w:rsidRPr="00C9454D" w:rsidRDefault="0043471A" w:rsidP="00C9454D">
      <w:pPr>
        <w:rPr>
          <w:sz w:val="24"/>
          <w:szCs w:val="24"/>
        </w:rPr>
      </w:pPr>
      <w:r w:rsidRPr="00C9454D">
        <w:rPr>
          <w:sz w:val="24"/>
          <w:szCs w:val="24"/>
        </w:rPr>
        <w:t>Richard’s horse stumbled slightly in the mud, snapping him out of his thoughts. He tightened the reins, glancing back at Guy and Abilene, who ro</w:t>
      </w:r>
      <w:r w:rsidR="00DD1FF5" w:rsidRPr="00C9454D">
        <w:rPr>
          <w:sz w:val="24"/>
          <w:szCs w:val="24"/>
        </w:rPr>
        <w:t xml:space="preserve">de </w:t>
      </w:r>
      <w:r w:rsidRPr="00C9454D">
        <w:rPr>
          <w:sz w:val="24"/>
          <w:szCs w:val="24"/>
        </w:rPr>
        <w:t>just behind him. They, too, were grim-faced, their eyes scanning the desolation.</w:t>
      </w:r>
    </w:p>
    <w:p w14:paraId="1AFDB112" w14:textId="77777777" w:rsidR="0043471A" w:rsidRPr="00C9454D" w:rsidRDefault="0043471A" w:rsidP="00C9454D">
      <w:pPr>
        <w:rPr>
          <w:sz w:val="24"/>
          <w:szCs w:val="24"/>
        </w:rPr>
      </w:pPr>
      <w:r w:rsidRPr="00C9454D">
        <w:rPr>
          <w:sz w:val="24"/>
          <w:szCs w:val="24"/>
        </w:rPr>
        <w:t>“This land should be feeding the kingdom,” Richard muttered, more to himself than to his companions. “Now it will feed no one.”</w:t>
      </w:r>
    </w:p>
    <w:p w14:paraId="117ED110" w14:textId="77777777" w:rsidR="0043471A" w:rsidRPr="00C9454D" w:rsidRDefault="0043471A" w:rsidP="00C9454D">
      <w:pPr>
        <w:rPr>
          <w:sz w:val="24"/>
          <w:szCs w:val="24"/>
        </w:rPr>
      </w:pPr>
      <w:r w:rsidRPr="00C9454D">
        <w:rPr>
          <w:sz w:val="24"/>
          <w:szCs w:val="24"/>
        </w:rPr>
        <w:t>Abilene guided her horse closer, her voice quiet but steady. “It is worse than we could have described, Your Majesty. The waters did not spare anything in their path.”</w:t>
      </w:r>
    </w:p>
    <w:p w14:paraId="49271E44" w14:textId="77777777" w:rsidR="0043471A" w:rsidRPr="00C9454D" w:rsidRDefault="0043471A" w:rsidP="00C9454D">
      <w:pPr>
        <w:rPr>
          <w:sz w:val="24"/>
          <w:szCs w:val="24"/>
        </w:rPr>
      </w:pPr>
      <w:r w:rsidRPr="00C9454D">
        <w:rPr>
          <w:sz w:val="24"/>
          <w:szCs w:val="24"/>
        </w:rPr>
        <w:t>Richard glanced at her, his skepticism from days before replaced by a deepening respect. “You were right to come to court,” he said. “Had you not, this might have gone unnoticed until famine was upon us.”</w:t>
      </w:r>
    </w:p>
    <w:p w14:paraId="7CC0ED2B" w14:textId="77777777" w:rsidR="0043471A" w:rsidRPr="00C9454D" w:rsidRDefault="0043471A" w:rsidP="00C9454D">
      <w:pPr>
        <w:rPr>
          <w:sz w:val="24"/>
          <w:szCs w:val="24"/>
        </w:rPr>
      </w:pPr>
      <w:r w:rsidRPr="00C9454D">
        <w:rPr>
          <w:sz w:val="24"/>
          <w:szCs w:val="24"/>
        </w:rPr>
        <w:t>Guy chimed in, his voice low but firm. “The worst is yet to come. Without aid, the survivors will fall to starvation—or worse, to those who would prey on their weakness.”</w:t>
      </w:r>
    </w:p>
    <w:p w14:paraId="10577BFE" w14:textId="77777777" w:rsidR="0043471A" w:rsidRPr="00C9454D" w:rsidRDefault="0043471A" w:rsidP="00C9454D">
      <w:pPr>
        <w:rPr>
          <w:sz w:val="24"/>
          <w:szCs w:val="24"/>
        </w:rPr>
      </w:pPr>
      <w:r w:rsidRPr="00C9454D">
        <w:rPr>
          <w:sz w:val="24"/>
          <w:szCs w:val="24"/>
        </w:rPr>
        <w:t>The king’s jaw tightened. “Outlaws,” he said grimly. “They’ll see this as an opportunity. If the land is lawless, they’ll take what they can.”</w:t>
      </w:r>
    </w:p>
    <w:p w14:paraId="073C6C02" w14:textId="0C35BED2" w:rsidR="0043471A" w:rsidRPr="00C9454D" w:rsidRDefault="0043471A" w:rsidP="00C9454D">
      <w:pPr>
        <w:rPr>
          <w:sz w:val="24"/>
          <w:szCs w:val="24"/>
        </w:rPr>
      </w:pPr>
      <w:r w:rsidRPr="00C9454D">
        <w:rPr>
          <w:sz w:val="24"/>
          <w:szCs w:val="24"/>
        </w:rPr>
        <w:t xml:space="preserve">Abilene nodded. “That is why </w:t>
      </w:r>
      <w:proofErr w:type="spellStart"/>
      <w:r w:rsidR="00225D06" w:rsidRPr="00C9454D">
        <w:rPr>
          <w:sz w:val="24"/>
          <w:szCs w:val="24"/>
        </w:rPr>
        <w:t>Teston</w:t>
      </w:r>
      <w:proofErr w:type="spellEnd"/>
      <w:r w:rsidRPr="00C9454D">
        <w:rPr>
          <w:sz w:val="24"/>
          <w:szCs w:val="24"/>
        </w:rPr>
        <w:t xml:space="preserve"> is vulnerable. It is not just the flood—it is everything that follows.”</w:t>
      </w:r>
    </w:p>
    <w:p w14:paraId="34084D10" w14:textId="77777777" w:rsidR="0043471A" w:rsidRPr="00C9454D" w:rsidRDefault="0043471A" w:rsidP="00C9454D">
      <w:pPr>
        <w:rPr>
          <w:sz w:val="24"/>
          <w:szCs w:val="24"/>
        </w:rPr>
      </w:pPr>
      <w:r w:rsidRPr="00C9454D">
        <w:rPr>
          <w:sz w:val="24"/>
          <w:szCs w:val="24"/>
        </w:rPr>
        <w:t>Richard said nothing, but the tension in his shoulders spoke volumes. He had faced many battles in his life, but this—this was a different kind of war.</w:t>
      </w:r>
    </w:p>
    <w:p w14:paraId="3D812B77" w14:textId="77777777" w:rsidR="0043471A" w:rsidRPr="00C9454D" w:rsidRDefault="0043471A" w:rsidP="00C9454D">
      <w:pPr>
        <w:rPr>
          <w:sz w:val="24"/>
          <w:szCs w:val="24"/>
        </w:rPr>
      </w:pPr>
    </w:p>
    <w:p w14:paraId="1F6D471A" w14:textId="77777777" w:rsidR="0043471A" w:rsidRPr="00C9454D" w:rsidRDefault="0043471A" w:rsidP="00C9454D">
      <w:pPr>
        <w:rPr>
          <w:sz w:val="24"/>
          <w:szCs w:val="24"/>
        </w:rPr>
      </w:pPr>
      <w:r w:rsidRPr="00C9454D">
        <w:rPr>
          <w:sz w:val="24"/>
          <w:szCs w:val="24"/>
        </w:rPr>
        <w:t>On the third day, they passed a village that had fared slightly better. A few houses remained standing, though they leaned precariously, their foundations weakened by the floodwaters. Survivors picked through the wreckage, their movements slow and deliberate.</w:t>
      </w:r>
    </w:p>
    <w:p w14:paraId="3E4D863D" w14:textId="77777777" w:rsidR="0043471A" w:rsidRPr="00C9454D" w:rsidRDefault="0043471A" w:rsidP="00C9454D">
      <w:pPr>
        <w:rPr>
          <w:sz w:val="24"/>
          <w:szCs w:val="24"/>
        </w:rPr>
      </w:pPr>
      <w:r w:rsidRPr="00C9454D">
        <w:rPr>
          <w:sz w:val="24"/>
          <w:szCs w:val="24"/>
        </w:rPr>
        <w:t>Richard reined in his horse, watching as an old man dragged a broken cart from a pile of debris. A young boy clung to his side, his face streaked with dirt.</w:t>
      </w:r>
    </w:p>
    <w:p w14:paraId="3F23AB2D" w14:textId="77777777" w:rsidR="0043471A" w:rsidRPr="00C9454D" w:rsidRDefault="0043471A" w:rsidP="00C9454D">
      <w:pPr>
        <w:rPr>
          <w:sz w:val="24"/>
          <w:szCs w:val="24"/>
        </w:rPr>
      </w:pPr>
      <w:r w:rsidRPr="00C9454D">
        <w:rPr>
          <w:sz w:val="24"/>
          <w:szCs w:val="24"/>
        </w:rPr>
        <w:t>“Majesty?” Guy prompted, sensing his hesitation.</w:t>
      </w:r>
    </w:p>
    <w:p w14:paraId="566AAF18" w14:textId="77777777" w:rsidR="0043471A" w:rsidRPr="00C9454D" w:rsidRDefault="0043471A" w:rsidP="00C9454D">
      <w:pPr>
        <w:rPr>
          <w:sz w:val="24"/>
          <w:szCs w:val="24"/>
        </w:rPr>
      </w:pPr>
      <w:r w:rsidRPr="00C9454D">
        <w:rPr>
          <w:sz w:val="24"/>
          <w:szCs w:val="24"/>
        </w:rPr>
        <w:t>Richard shook his head and continued forward. “This is what we fight for,” he said quietly. “Not banners or titles, but people like them. If we fail them now, we fail as rulers.”</w:t>
      </w:r>
    </w:p>
    <w:p w14:paraId="55CC0C13" w14:textId="77777777" w:rsidR="0043471A" w:rsidRPr="00C9454D" w:rsidRDefault="0043471A" w:rsidP="00C9454D">
      <w:pPr>
        <w:rPr>
          <w:sz w:val="24"/>
          <w:szCs w:val="24"/>
        </w:rPr>
      </w:pPr>
      <w:r w:rsidRPr="00C9454D">
        <w:rPr>
          <w:sz w:val="24"/>
          <w:szCs w:val="24"/>
        </w:rPr>
        <w:t>That night, as they camped beneath the stars, Richard sat near the fire, his thoughts heavy. Abilene approached, carrying a small bundle of bread and dried meat.</w:t>
      </w:r>
    </w:p>
    <w:p w14:paraId="0FF8255F" w14:textId="77777777" w:rsidR="0043471A" w:rsidRPr="00C9454D" w:rsidRDefault="0043471A" w:rsidP="00C9454D">
      <w:pPr>
        <w:rPr>
          <w:sz w:val="24"/>
          <w:szCs w:val="24"/>
        </w:rPr>
      </w:pPr>
      <w:r w:rsidRPr="00C9454D">
        <w:rPr>
          <w:sz w:val="24"/>
          <w:szCs w:val="24"/>
        </w:rPr>
        <w:t>“Your Majesty,” she said, offering the food.</w:t>
      </w:r>
    </w:p>
    <w:p w14:paraId="3DBE79A4" w14:textId="77777777" w:rsidR="0043471A" w:rsidRPr="00C9454D" w:rsidRDefault="0043471A" w:rsidP="00C9454D">
      <w:pPr>
        <w:rPr>
          <w:sz w:val="24"/>
          <w:szCs w:val="24"/>
        </w:rPr>
      </w:pPr>
      <w:r w:rsidRPr="00C9454D">
        <w:rPr>
          <w:sz w:val="24"/>
          <w:szCs w:val="24"/>
        </w:rPr>
        <w:t>Richard accepted it with a nod, studying her for a moment. “You are not what I expected,” he said bluntly.</w:t>
      </w:r>
    </w:p>
    <w:p w14:paraId="4F4D5108" w14:textId="77777777" w:rsidR="0043471A" w:rsidRPr="00C9454D" w:rsidRDefault="0043471A" w:rsidP="00C9454D">
      <w:pPr>
        <w:rPr>
          <w:sz w:val="24"/>
          <w:szCs w:val="24"/>
        </w:rPr>
      </w:pPr>
      <w:r w:rsidRPr="00C9454D">
        <w:rPr>
          <w:sz w:val="24"/>
          <w:szCs w:val="24"/>
        </w:rPr>
        <w:t>She arched a brow. “And what did you expect, sire?”</w:t>
      </w:r>
    </w:p>
    <w:p w14:paraId="642A928B" w14:textId="21CE3DF5" w:rsidR="0043471A" w:rsidRPr="00C9454D" w:rsidRDefault="0043471A" w:rsidP="00C9454D">
      <w:pPr>
        <w:rPr>
          <w:sz w:val="24"/>
          <w:szCs w:val="24"/>
        </w:rPr>
      </w:pPr>
      <w:r w:rsidRPr="00C9454D">
        <w:rPr>
          <w:sz w:val="24"/>
          <w:szCs w:val="24"/>
        </w:rPr>
        <w:t>“A noblewoman concerned only with her own comfort,” he replied. “Not someone who would ri</w:t>
      </w:r>
      <w:r w:rsidR="00DD1FF5" w:rsidRPr="00C9454D">
        <w:rPr>
          <w:sz w:val="24"/>
          <w:szCs w:val="24"/>
        </w:rPr>
        <w:t xml:space="preserve">de </w:t>
      </w:r>
      <w:r w:rsidRPr="00C9454D">
        <w:rPr>
          <w:sz w:val="24"/>
          <w:szCs w:val="24"/>
        </w:rPr>
        <w:t>through ruin to fight for her people.”</w:t>
      </w:r>
    </w:p>
    <w:p w14:paraId="5044DB40" w14:textId="77777777" w:rsidR="0043471A" w:rsidRPr="00C9454D" w:rsidRDefault="0043471A" w:rsidP="00C9454D">
      <w:pPr>
        <w:rPr>
          <w:sz w:val="24"/>
          <w:szCs w:val="24"/>
        </w:rPr>
      </w:pPr>
      <w:r w:rsidRPr="00C9454D">
        <w:rPr>
          <w:sz w:val="24"/>
          <w:szCs w:val="24"/>
        </w:rPr>
        <w:t>Abilene’s expression softened. “They are my people, Your Majesty. Without them, what is the purpose of nobility? It is not titles that define us, but what we do for those who depend on us.”</w:t>
      </w:r>
    </w:p>
    <w:p w14:paraId="7C9C10A5" w14:textId="77777777" w:rsidR="0043471A" w:rsidRPr="00C9454D" w:rsidRDefault="0043471A" w:rsidP="00C9454D">
      <w:pPr>
        <w:rPr>
          <w:sz w:val="24"/>
          <w:szCs w:val="24"/>
        </w:rPr>
      </w:pPr>
      <w:r w:rsidRPr="00C9454D">
        <w:rPr>
          <w:sz w:val="24"/>
          <w:szCs w:val="24"/>
        </w:rPr>
        <w:t>Richard’s gaze lingered on her for a moment before he looked away, his thoughts turning inward. He had spent so much of his life fighting wars abroad that he had nearly forgotten the weight of the crown he wore.</w:t>
      </w:r>
    </w:p>
    <w:p w14:paraId="0A378773" w14:textId="77777777" w:rsidR="0043471A" w:rsidRPr="00C9454D" w:rsidRDefault="0043471A" w:rsidP="00C9454D">
      <w:pPr>
        <w:rPr>
          <w:sz w:val="24"/>
          <w:szCs w:val="24"/>
        </w:rPr>
      </w:pPr>
    </w:p>
    <w:p w14:paraId="0F5403D9" w14:textId="77777777" w:rsidR="0043471A" w:rsidRPr="00C9454D" w:rsidRDefault="0043471A" w:rsidP="00C9454D">
      <w:pPr>
        <w:rPr>
          <w:sz w:val="24"/>
          <w:szCs w:val="24"/>
        </w:rPr>
      </w:pPr>
      <w:r w:rsidRPr="00C9454D">
        <w:rPr>
          <w:sz w:val="24"/>
          <w:szCs w:val="24"/>
        </w:rPr>
        <w:t>By the fifth day, the journey began to take its toll. Richard’s men grew quieter, their spirits dampened by the endless devastation. The king himself felt the strain, the enormity of the task before him pressing down like a physical weight.</w:t>
      </w:r>
    </w:p>
    <w:p w14:paraId="252450BC" w14:textId="77777777" w:rsidR="0043471A" w:rsidRPr="00C9454D" w:rsidRDefault="0043471A" w:rsidP="00C9454D">
      <w:pPr>
        <w:rPr>
          <w:sz w:val="24"/>
          <w:szCs w:val="24"/>
        </w:rPr>
      </w:pPr>
      <w:r w:rsidRPr="00C9454D">
        <w:rPr>
          <w:sz w:val="24"/>
          <w:szCs w:val="24"/>
        </w:rPr>
        <w:t>That evening, as they set up camp near a ruined village, Richard found himself speaking with Guy. The knight sat sharpening his sword, the rhythmic scrape of steel against stone a soothing counterpoint to the crackling fire.</w:t>
      </w:r>
    </w:p>
    <w:p w14:paraId="7D39F8E9" w14:textId="77777777" w:rsidR="0043471A" w:rsidRPr="00C9454D" w:rsidRDefault="0043471A" w:rsidP="00C9454D">
      <w:pPr>
        <w:rPr>
          <w:sz w:val="24"/>
          <w:szCs w:val="24"/>
        </w:rPr>
      </w:pPr>
      <w:r w:rsidRPr="00C9454D">
        <w:rPr>
          <w:sz w:val="24"/>
          <w:szCs w:val="24"/>
        </w:rPr>
        <w:t xml:space="preserve">“You fought well at </w:t>
      </w:r>
      <w:proofErr w:type="spellStart"/>
      <w:r w:rsidRPr="00C9454D">
        <w:rPr>
          <w:sz w:val="24"/>
          <w:szCs w:val="24"/>
        </w:rPr>
        <w:t>Arsuf</w:t>
      </w:r>
      <w:proofErr w:type="spellEnd"/>
      <w:r w:rsidRPr="00C9454D">
        <w:rPr>
          <w:sz w:val="24"/>
          <w:szCs w:val="24"/>
        </w:rPr>
        <w:t>,” Richard said suddenly, breaking the silence.</w:t>
      </w:r>
    </w:p>
    <w:p w14:paraId="340F00D3" w14:textId="77777777" w:rsidR="0043471A" w:rsidRPr="00C9454D" w:rsidRDefault="0043471A" w:rsidP="00C9454D">
      <w:pPr>
        <w:rPr>
          <w:sz w:val="24"/>
          <w:szCs w:val="24"/>
        </w:rPr>
      </w:pPr>
      <w:r w:rsidRPr="00C9454D">
        <w:rPr>
          <w:sz w:val="24"/>
          <w:szCs w:val="24"/>
        </w:rPr>
        <w:t>Guy looked up, surprised by the comment. “Thank you, sire.”</w:t>
      </w:r>
    </w:p>
    <w:p w14:paraId="3E9F73FF" w14:textId="22E26610" w:rsidR="0043471A" w:rsidRPr="00C9454D" w:rsidRDefault="0043471A" w:rsidP="00C9454D">
      <w:pPr>
        <w:rPr>
          <w:sz w:val="24"/>
          <w:szCs w:val="24"/>
        </w:rPr>
      </w:pPr>
      <w:r w:rsidRPr="00C9454D">
        <w:rPr>
          <w:sz w:val="24"/>
          <w:szCs w:val="24"/>
        </w:rPr>
        <w:t>Richard leaned back against a fallen log, his expression thoughtful. “It was men like you who turned the ti</w:t>
      </w:r>
      <w:r w:rsidR="00DD1FF5" w:rsidRPr="00C9454D">
        <w:rPr>
          <w:sz w:val="24"/>
          <w:szCs w:val="24"/>
        </w:rPr>
        <w:t xml:space="preserve">de </w:t>
      </w:r>
      <w:r w:rsidRPr="00C9454D">
        <w:rPr>
          <w:sz w:val="24"/>
          <w:szCs w:val="24"/>
        </w:rPr>
        <w:t>that day. Men who fought not for glory, but because it was the right thing to do.”</w:t>
      </w:r>
    </w:p>
    <w:p w14:paraId="0631D335" w14:textId="77777777" w:rsidR="0043471A" w:rsidRPr="00C9454D" w:rsidRDefault="0043471A" w:rsidP="00C9454D">
      <w:pPr>
        <w:rPr>
          <w:sz w:val="24"/>
          <w:szCs w:val="24"/>
        </w:rPr>
      </w:pPr>
      <w:r w:rsidRPr="00C9454D">
        <w:rPr>
          <w:sz w:val="24"/>
          <w:szCs w:val="24"/>
        </w:rPr>
        <w:t>Guy met his gaze evenly. “The same could be said of you, Majesty. You led us not as a king, but as a man among men.”</w:t>
      </w:r>
    </w:p>
    <w:p w14:paraId="40805C5D" w14:textId="77777777" w:rsidR="0043471A" w:rsidRPr="00C9454D" w:rsidRDefault="0043471A" w:rsidP="00C9454D">
      <w:pPr>
        <w:rPr>
          <w:sz w:val="24"/>
          <w:szCs w:val="24"/>
        </w:rPr>
      </w:pPr>
      <w:r w:rsidRPr="00C9454D">
        <w:rPr>
          <w:sz w:val="24"/>
          <w:szCs w:val="24"/>
        </w:rPr>
        <w:t>Richard’s lips twitched in a faint smile. “Perhaps. But a king cannot win every battle, Sir Guy. This… this feels like a war I am ill-prepared to fight.”</w:t>
      </w:r>
    </w:p>
    <w:p w14:paraId="176439E6" w14:textId="0D4F668B" w:rsidR="0043471A" w:rsidRPr="00C9454D" w:rsidRDefault="0043471A" w:rsidP="00C9454D">
      <w:pPr>
        <w:rPr>
          <w:sz w:val="24"/>
          <w:szCs w:val="24"/>
        </w:rPr>
      </w:pPr>
      <w:r w:rsidRPr="00C9454D">
        <w:rPr>
          <w:sz w:val="24"/>
          <w:szCs w:val="24"/>
        </w:rPr>
        <w:t xml:space="preserve">Guy nodded slowly. “Then let us fight it together. </w:t>
      </w:r>
      <w:proofErr w:type="spellStart"/>
      <w:r w:rsidR="00225D06" w:rsidRPr="00C9454D">
        <w:rPr>
          <w:sz w:val="24"/>
          <w:szCs w:val="24"/>
        </w:rPr>
        <w:t>Teston</w:t>
      </w:r>
      <w:proofErr w:type="spellEnd"/>
      <w:r w:rsidRPr="00C9454D">
        <w:rPr>
          <w:sz w:val="24"/>
          <w:szCs w:val="24"/>
        </w:rPr>
        <w:t xml:space="preserve"> is only the beginning, but it is a place to start.”</w:t>
      </w:r>
    </w:p>
    <w:p w14:paraId="7B0DE56C" w14:textId="77777777" w:rsidR="0043471A" w:rsidRPr="00C9454D" w:rsidRDefault="0043471A" w:rsidP="00C9454D">
      <w:pPr>
        <w:rPr>
          <w:sz w:val="24"/>
          <w:szCs w:val="24"/>
        </w:rPr>
      </w:pPr>
    </w:p>
    <w:p w14:paraId="5F275B44" w14:textId="1D2056D8" w:rsidR="0043471A" w:rsidRPr="00C9454D" w:rsidRDefault="0043471A" w:rsidP="00C9454D">
      <w:pPr>
        <w:rPr>
          <w:sz w:val="24"/>
          <w:szCs w:val="24"/>
        </w:rPr>
      </w:pPr>
      <w:r w:rsidRPr="00C9454D">
        <w:rPr>
          <w:sz w:val="24"/>
          <w:szCs w:val="24"/>
        </w:rPr>
        <w:t xml:space="preserve">On the seventh day, they reached </w:t>
      </w:r>
      <w:proofErr w:type="spellStart"/>
      <w:r w:rsidR="00225D06" w:rsidRPr="00C9454D">
        <w:rPr>
          <w:sz w:val="24"/>
          <w:szCs w:val="24"/>
        </w:rPr>
        <w:t>Teston</w:t>
      </w:r>
      <w:proofErr w:type="spellEnd"/>
      <w:r w:rsidRPr="00C9454D">
        <w:rPr>
          <w:sz w:val="24"/>
          <w:szCs w:val="24"/>
        </w:rPr>
        <w:t>. The sight that greeted them was as devastating as Richard had feared. The village square was buried in silt, and the cottages were little more than skeletons of wood and stone.</w:t>
      </w:r>
    </w:p>
    <w:p w14:paraId="03E52370" w14:textId="77777777" w:rsidR="0043471A" w:rsidRPr="00C9454D" w:rsidRDefault="0043471A"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stood at the edge of the square, his robes streaked with mud but his posture resolute. When he saw the king, he bowed deeply.</w:t>
      </w:r>
    </w:p>
    <w:p w14:paraId="088D2A1A" w14:textId="177874BB" w:rsidR="0043471A" w:rsidRPr="00C9454D" w:rsidRDefault="0043471A" w:rsidP="00C9454D">
      <w:pPr>
        <w:rPr>
          <w:sz w:val="24"/>
          <w:szCs w:val="24"/>
        </w:rPr>
      </w:pPr>
      <w:r w:rsidRPr="00C9454D">
        <w:rPr>
          <w:sz w:val="24"/>
          <w:szCs w:val="24"/>
        </w:rPr>
        <w:t xml:space="preserve">“Your Majesty,” he said. “Welcome to </w:t>
      </w:r>
      <w:proofErr w:type="spellStart"/>
      <w:r w:rsidR="00225D06" w:rsidRPr="00C9454D">
        <w:rPr>
          <w:sz w:val="24"/>
          <w:szCs w:val="24"/>
        </w:rPr>
        <w:t>Teston</w:t>
      </w:r>
      <w:proofErr w:type="spellEnd"/>
      <w:r w:rsidRPr="00C9454D">
        <w:rPr>
          <w:sz w:val="24"/>
          <w:szCs w:val="24"/>
        </w:rPr>
        <w:t>.”</w:t>
      </w:r>
    </w:p>
    <w:p w14:paraId="2A94D394" w14:textId="77777777" w:rsidR="0043471A" w:rsidRPr="00C9454D" w:rsidRDefault="0043471A" w:rsidP="00C9454D">
      <w:pPr>
        <w:rPr>
          <w:sz w:val="24"/>
          <w:szCs w:val="24"/>
        </w:rPr>
      </w:pPr>
      <w:r w:rsidRPr="00C9454D">
        <w:rPr>
          <w:sz w:val="24"/>
          <w:szCs w:val="24"/>
        </w:rPr>
        <w:t>Richard dismounted, his eyes scanning the scene. “What remains?” he asked bluntly.</w:t>
      </w:r>
    </w:p>
    <w:p w14:paraId="2A85AE15" w14:textId="6981EF00" w:rsidR="0043471A" w:rsidRPr="00C9454D" w:rsidRDefault="0043471A" w:rsidP="00C9454D">
      <w:pPr>
        <w:rPr>
          <w:sz w:val="24"/>
          <w:szCs w:val="24"/>
        </w:rPr>
      </w:pPr>
      <w:r w:rsidRPr="00C9454D">
        <w:rPr>
          <w:sz w:val="24"/>
          <w:szCs w:val="24"/>
        </w:rPr>
        <w:t xml:space="preserve">“Very little, sire,” </w:t>
      </w:r>
      <w:proofErr w:type="spellStart"/>
      <w:r w:rsidRPr="00C9454D">
        <w:rPr>
          <w:sz w:val="24"/>
          <w:szCs w:val="24"/>
        </w:rPr>
        <w:t>Elric</w:t>
      </w:r>
      <w:proofErr w:type="spellEnd"/>
      <w:r w:rsidRPr="00C9454D">
        <w:rPr>
          <w:sz w:val="24"/>
          <w:szCs w:val="24"/>
        </w:rPr>
        <w:t xml:space="preserve"> replied. “But there is something you should know. </w:t>
      </w:r>
      <w:r w:rsidR="00522C4D" w:rsidRPr="00C9454D">
        <w:rPr>
          <w:sz w:val="24"/>
          <w:szCs w:val="24"/>
        </w:rPr>
        <w:t>High Haven</w:t>
      </w:r>
      <w:r w:rsidRPr="00C9454D">
        <w:rPr>
          <w:sz w:val="24"/>
          <w:szCs w:val="24"/>
        </w:rPr>
        <w:t xml:space="preserve"> Estate lies untouched by the flood. It is abandoned but intact. If it could be restored…”</w:t>
      </w:r>
    </w:p>
    <w:p w14:paraId="657422E2" w14:textId="6D76FAE9" w:rsidR="0043471A" w:rsidRPr="00C9454D" w:rsidRDefault="0043471A" w:rsidP="00C9454D">
      <w:pPr>
        <w:rPr>
          <w:sz w:val="24"/>
          <w:szCs w:val="24"/>
        </w:rPr>
      </w:pPr>
      <w:r w:rsidRPr="00C9454D">
        <w:rPr>
          <w:sz w:val="24"/>
          <w:szCs w:val="24"/>
        </w:rPr>
        <w:t>Richard turned to him sharply. “</w:t>
      </w:r>
      <w:r w:rsidR="00522C4D" w:rsidRPr="00C9454D">
        <w:rPr>
          <w:sz w:val="24"/>
          <w:szCs w:val="24"/>
        </w:rPr>
        <w:t>High Haven</w:t>
      </w:r>
      <w:r w:rsidRPr="00C9454D">
        <w:rPr>
          <w:sz w:val="24"/>
          <w:szCs w:val="24"/>
        </w:rPr>
        <w:t>? Tell me more.”</w:t>
      </w:r>
    </w:p>
    <w:p w14:paraId="1D40D0FD" w14:textId="003DC5B9" w:rsidR="00D07303" w:rsidRPr="00C9454D" w:rsidRDefault="00D07303" w:rsidP="00C9454D">
      <w:pPr>
        <w:rPr>
          <w:sz w:val="24"/>
          <w:szCs w:val="24"/>
        </w:rPr>
      </w:pPr>
      <w:r w:rsidRPr="00C9454D">
        <w:rPr>
          <w:sz w:val="24"/>
          <w:szCs w:val="24"/>
        </w:rPr>
        <w:br w:type="page"/>
      </w:r>
    </w:p>
    <w:p w14:paraId="42A2D20E" w14:textId="135901DD" w:rsidR="00231BDA" w:rsidRPr="00C9454D" w:rsidRDefault="00231BDA" w:rsidP="00C9454D">
      <w:pPr>
        <w:rPr>
          <w:sz w:val="24"/>
          <w:szCs w:val="24"/>
        </w:rPr>
      </w:pPr>
      <w:r w:rsidRPr="00C9454D">
        <w:rPr>
          <w:sz w:val="24"/>
          <w:szCs w:val="24"/>
        </w:rPr>
        <w:t>.</w:t>
      </w:r>
    </w:p>
    <w:p w14:paraId="12650EC4" w14:textId="4EB2697D" w:rsidR="00EC79E8" w:rsidRPr="00C9454D" w:rsidRDefault="0034335B" w:rsidP="00C9454D">
      <w:pPr>
        <w:pStyle w:val="Heading2"/>
        <w:rPr>
          <w:sz w:val="24"/>
          <w:szCs w:val="24"/>
        </w:rPr>
      </w:pPr>
      <w:r w:rsidRPr="00C9454D">
        <w:rPr>
          <w:sz w:val="24"/>
          <w:szCs w:val="24"/>
        </w:rPr>
        <w:t>H</w:t>
      </w:r>
      <w:r w:rsidR="00A61B6B" w:rsidRPr="00C9454D">
        <w:rPr>
          <w:sz w:val="24"/>
          <w:szCs w:val="24"/>
        </w:rPr>
        <w:t>igh Haven Founded 914AD</w:t>
      </w:r>
    </w:p>
    <w:p w14:paraId="05C818A7" w14:textId="77777777" w:rsidR="003D3930" w:rsidRPr="00C9454D" w:rsidRDefault="003D3930" w:rsidP="00C9454D">
      <w:pPr>
        <w:rPr>
          <w:sz w:val="24"/>
          <w:szCs w:val="24"/>
        </w:rPr>
      </w:pPr>
    </w:p>
    <w:p w14:paraId="0D8A5287" w14:textId="42D7E2A8" w:rsidR="004D51FB" w:rsidRPr="00C9454D" w:rsidRDefault="00522C4D" w:rsidP="00C9454D">
      <w:pPr>
        <w:rPr>
          <w:sz w:val="24"/>
          <w:szCs w:val="24"/>
        </w:rPr>
      </w:pPr>
      <w:r w:rsidRPr="00C9454D">
        <w:rPr>
          <w:sz w:val="24"/>
          <w:szCs w:val="24"/>
        </w:rPr>
        <w:t>High Haven</w:t>
      </w:r>
      <w:r w:rsidR="000378FF" w:rsidRPr="00C9454D">
        <w:rPr>
          <w:sz w:val="24"/>
          <w:szCs w:val="24"/>
        </w:rPr>
        <w:t xml:space="preserve"> Estate stood as a shadow of its former glory. Even from a distance, its crumbling walls and overgrown grounds bore the marks of two centuries of neglect. Yet beneath the decay, there was a lingering grandeur—a ghost of what it had once been.</w:t>
      </w:r>
    </w:p>
    <w:p w14:paraId="20C5183B" w14:textId="0A3C1831" w:rsidR="000378FF" w:rsidRPr="00C9454D" w:rsidRDefault="00522C4D" w:rsidP="00C9454D">
      <w:pPr>
        <w:rPr>
          <w:sz w:val="24"/>
          <w:szCs w:val="24"/>
        </w:rPr>
      </w:pPr>
      <w:r w:rsidRPr="00C9454D">
        <w:rPr>
          <w:sz w:val="24"/>
          <w:szCs w:val="24"/>
        </w:rPr>
        <w:t>High Haven</w:t>
      </w:r>
      <w:r w:rsidR="000378FF" w:rsidRPr="00C9454D">
        <w:rPr>
          <w:sz w:val="24"/>
          <w:szCs w:val="24"/>
        </w:rPr>
        <w:t xml:space="preserve"> was conceived as a beacon of prosperity and craftsmanship. Built atop a vast granite deposit, the estate’s quarry provided the finest stone for castles, cathedrals, and bridges across the region. Its location, though remote, had been chosen for its abundant natural resources: a rushing stream that wound through the land, rich orchards that bore fruit even in lean years, and fertile fields that stretched as far as the eye could see.</w:t>
      </w:r>
    </w:p>
    <w:p w14:paraId="443F4741" w14:textId="1869630E" w:rsidR="000378FF" w:rsidRPr="00C9454D" w:rsidRDefault="000378FF" w:rsidP="00C9454D">
      <w:pPr>
        <w:rPr>
          <w:sz w:val="24"/>
          <w:szCs w:val="24"/>
        </w:rPr>
      </w:pPr>
      <w:r w:rsidRPr="00C9454D">
        <w:rPr>
          <w:sz w:val="24"/>
          <w:szCs w:val="24"/>
        </w:rPr>
        <w:t xml:space="preserve">At its height, </w:t>
      </w:r>
      <w:r w:rsidR="00522C4D" w:rsidRPr="00C9454D">
        <w:rPr>
          <w:sz w:val="24"/>
          <w:szCs w:val="24"/>
        </w:rPr>
        <w:t>High Haven</w:t>
      </w:r>
      <w:r w:rsidRPr="00C9454D">
        <w:rPr>
          <w:sz w:val="24"/>
          <w:szCs w:val="24"/>
        </w:rPr>
        <w:t xml:space="preserve"> was more than an estate—it was a world unto itself. The manor house, a sprawling structure of gray granite, rose like a fortress from the earth. Its walls were adorned with intricate carvings, each telling stories of the estate’s founding and the </w:t>
      </w:r>
      <w:proofErr w:type="spellStart"/>
      <w:r w:rsidRPr="00C9454D">
        <w:rPr>
          <w:sz w:val="24"/>
          <w:szCs w:val="24"/>
        </w:rPr>
        <w:t>Devereaux</w:t>
      </w:r>
      <w:proofErr w:type="spellEnd"/>
      <w:r w:rsidRPr="00C9454D">
        <w:rPr>
          <w:sz w:val="24"/>
          <w:szCs w:val="24"/>
        </w:rPr>
        <w:t xml:space="preserve"> family, who had served as its stewards for generations. </w:t>
      </w:r>
      <w:r w:rsidR="00522C4D" w:rsidRPr="00C9454D">
        <w:rPr>
          <w:sz w:val="24"/>
          <w:szCs w:val="24"/>
        </w:rPr>
        <w:t>High Haven</w:t>
      </w:r>
      <w:r w:rsidRPr="00C9454D">
        <w:rPr>
          <w:sz w:val="24"/>
          <w:szCs w:val="24"/>
        </w:rPr>
        <w:t>’s great hall boasted vaulted ceilings supported by carved beams, a testament to the craftsmanship of its time.</w:t>
      </w:r>
    </w:p>
    <w:p w14:paraId="4A9D6ED1" w14:textId="77777777" w:rsidR="000378FF" w:rsidRPr="00C9454D" w:rsidRDefault="000378FF" w:rsidP="00C9454D">
      <w:pPr>
        <w:rPr>
          <w:sz w:val="24"/>
          <w:szCs w:val="24"/>
        </w:rPr>
      </w:pPr>
      <w:r w:rsidRPr="00C9454D">
        <w:rPr>
          <w:sz w:val="24"/>
          <w:szCs w:val="24"/>
        </w:rPr>
        <w:t>The estate encompassed over a thousand acres, a patchwork of cultivated land, dense forests, and rocky outcroppings. The quarry itself was the crown jewel, its granite renowned for its durability and beauty. Builders from as far as Normandy and Flanders had once sought its stone, and its name was etched into the annals of architectural history.</w:t>
      </w:r>
    </w:p>
    <w:p w14:paraId="14B1187A" w14:textId="559B656A" w:rsidR="000378FF" w:rsidRPr="00C9454D" w:rsidRDefault="000378FF" w:rsidP="00C9454D">
      <w:pPr>
        <w:rPr>
          <w:sz w:val="24"/>
          <w:szCs w:val="24"/>
        </w:rPr>
      </w:pPr>
      <w:r w:rsidRPr="00C9454D">
        <w:rPr>
          <w:sz w:val="24"/>
          <w:szCs w:val="24"/>
        </w:rPr>
        <w:t>A wi</w:t>
      </w:r>
      <w:r w:rsidR="00DD1FF5" w:rsidRPr="00C9454D">
        <w:rPr>
          <w:sz w:val="24"/>
          <w:szCs w:val="24"/>
        </w:rPr>
        <w:t xml:space="preserve">de </w:t>
      </w:r>
      <w:r w:rsidRPr="00C9454D">
        <w:rPr>
          <w:sz w:val="24"/>
          <w:szCs w:val="24"/>
        </w:rPr>
        <w:t xml:space="preserve">stream cut through the estate, its clear waters feeding both the orchards and the sprawling gardens that once surrounded the manor. Apple, pear, and cherry trees formed a fragrant canopy in spring, while fields of lavender and wildflowers stretched along the stream’s banks. In its heyday, </w:t>
      </w:r>
      <w:r w:rsidR="00522C4D" w:rsidRPr="00C9454D">
        <w:rPr>
          <w:sz w:val="24"/>
          <w:szCs w:val="24"/>
        </w:rPr>
        <w:t>High Haven</w:t>
      </w:r>
      <w:r w:rsidRPr="00C9454D">
        <w:rPr>
          <w:sz w:val="24"/>
          <w:szCs w:val="24"/>
        </w:rPr>
        <w:t xml:space="preserve"> was a place of both utility and beauty, where nature and human ingenuity worked in harmony.</w:t>
      </w:r>
    </w:p>
    <w:p w14:paraId="6904BDE9" w14:textId="0484650D" w:rsidR="000378FF" w:rsidRPr="00C9454D" w:rsidRDefault="000378FF" w:rsidP="00C9454D">
      <w:pPr>
        <w:rPr>
          <w:sz w:val="24"/>
          <w:szCs w:val="24"/>
        </w:rPr>
      </w:pPr>
      <w:r w:rsidRPr="00C9454D">
        <w:rPr>
          <w:sz w:val="24"/>
          <w:szCs w:val="24"/>
        </w:rPr>
        <w:t xml:space="preserve">But time had not been kind to </w:t>
      </w:r>
      <w:r w:rsidR="00522C4D" w:rsidRPr="00C9454D">
        <w:rPr>
          <w:sz w:val="24"/>
          <w:szCs w:val="24"/>
        </w:rPr>
        <w:t>High Haven</w:t>
      </w:r>
      <w:r w:rsidRPr="00C9454D">
        <w:rPr>
          <w:sz w:val="24"/>
          <w:szCs w:val="24"/>
        </w:rPr>
        <w:t>.</w:t>
      </w:r>
    </w:p>
    <w:p w14:paraId="75F67952" w14:textId="0769D9F4" w:rsidR="000378FF" w:rsidRPr="00C9454D" w:rsidRDefault="000378FF" w:rsidP="00C9454D">
      <w:pPr>
        <w:rPr>
          <w:sz w:val="24"/>
          <w:szCs w:val="24"/>
        </w:rPr>
      </w:pPr>
      <w:r w:rsidRPr="00C9454D">
        <w:rPr>
          <w:sz w:val="24"/>
          <w:szCs w:val="24"/>
        </w:rPr>
        <w:t>Two centuries ago, the estate’s fortunes began to wane. The quarry fell silent, its stone no longer sought after as tra</w:t>
      </w:r>
      <w:r w:rsidR="00DD1FF5" w:rsidRPr="00C9454D">
        <w:rPr>
          <w:sz w:val="24"/>
          <w:szCs w:val="24"/>
        </w:rPr>
        <w:t xml:space="preserve">de </w:t>
      </w:r>
      <w:r w:rsidRPr="00C9454D">
        <w:rPr>
          <w:sz w:val="24"/>
          <w:szCs w:val="24"/>
        </w:rPr>
        <w:t>routes shifted and the needs of the kingdom changed. What had once been a thriving hub of activity became a ghostly ruin, the echoes of its past grandeur fading with each passing year.</w:t>
      </w:r>
    </w:p>
    <w:p w14:paraId="2BB30E9F" w14:textId="70EAD954" w:rsidR="00E20CC5" w:rsidRPr="00C9454D" w:rsidRDefault="00E91EAB" w:rsidP="00C9454D">
      <w:pPr>
        <w:rPr>
          <w:sz w:val="24"/>
          <w:szCs w:val="24"/>
        </w:rPr>
      </w:pPr>
      <w:r w:rsidRPr="00C9454D">
        <w:rPr>
          <w:sz w:val="24"/>
          <w:szCs w:val="24"/>
        </w:rPr>
        <w:t>Prosperity</w:t>
      </w:r>
      <w:r w:rsidR="00E20CC5" w:rsidRPr="00C9454D">
        <w:rPr>
          <w:sz w:val="24"/>
          <w:szCs w:val="24"/>
        </w:rPr>
        <w:t xml:space="preserve"> was fleeting, and the turning point came with the untimely death of the Baron in his prime.</w:t>
      </w:r>
    </w:p>
    <w:p w14:paraId="0F44B00C" w14:textId="77777777" w:rsidR="00E20CC5" w:rsidRPr="00C9454D" w:rsidRDefault="00E20CC5" w:rsidP="00C9454D">
      <w:pPr>
        <w:rPr>
          <w:sz w:val="24"/>
          <w:szCs w:val="24"/>
        </w:rPr>
      </w:pPr>
      <w:r w:rsidRPr="00C9454D">
        <w:rPr>
          <w:sz w:val="24"/>
          <w:szCs w:val="24"/>
        </w:rPr>
        <w:t>He had been a man of vision, beloved by his people for his fairness and generosity. His sudden death in his fifties—whether by illness, accident, or misfortune—shattered the stability of High Haven. The Baroness, left to oversee the vast estate, withdrew from the world.</w:t>
      </w:r>
    </w:p>
    <w:p w14:paraId="59227E5F" w14:textId="77777777" w:rsidR="00E20CC5" w:rsidRPr="00C9454D" w:rsidRDefault="00E20CC5" w:rsidP="00C9454D">
      <w:pPr>
        <w:rPr>
          <w:sz w:val="24"/>
          <w:szCs w:val="24"/>
        </w:rPr>
      </w:pPr>
      <w:r w:rsidRPr="00C9454D">
        <w:rPr>
          <w:sz w:val="24"/>
          <w:szCs w:val="24"/>
        </w:rPr>
        <w:t>At first, she maintained the quarry and lands with the efficiency her husband had instilled. But as the years passed, her grief consumed her. She became a recluse, never leaving the estate. Workers whispered of her wandering the grounds in her widow’s black, her face pale as death itself.</w:t>
      </w:r>
    </w:p>
    <w:p w14:paraId="1B56DD54" w14:textId="27C48393" w:rsidR="00E20CC5" w:rsidRPr="00C9454D" w:rsidRDefault="00E20CC5" w:rsidP="00C9454D">
      <w:pPr>
        <w:rPr>
          <w:sz w:val="24"/>
          <w:szCs w:val="24"/>
        </w:rPr>
      </w:pPr>
      <w:r w:rsidRPr="00C9454D">
        <w:rPr>
          <w:sz w:val="24"/>
          <w:szCs w:val="24"/>
        </w:rPr>
        <w:t>Rumors grew wild and strange. Some said she was mad, others claimed she had ma</w:t>
      </w:r>
      <w:r w:rsidR="00DD1FF5" w:rsidRPr="00C9454D">
        <w:rPr>
          <w:sz w:val="24"/>
          <w:szCs w:val="24"/>
        </w:rPr>
        <w:t xml:space="preserve">de </w:t>
      </w:r>
      <w:r w:rsidRPr="00C9454D">
        <w:rPr>
          <w:sz w:val="24"/>
          <w:szCs w:val="24"/>
        </w:rPr>
        <w:t>a pact with dark forces to protect her lands. Tales spread of ghostly lights flickering in the manor at night and the sound of a woman weeping carried on the wind. Few dared approach High Haven, and those who did returned with stories of an estate both hauntingly beautiful and eerily desolate.</w:t>
      </w:r>
    </w:p>
    <w:p w14:paraId="6E7598AF" w14:textId="77777777" w:rsidR="00E20CC5" w:rsidRPr="00C9454D" w:rsidRDefault="00E20CC5" w:rsidP="00C9454D">
      <w:pPr>
        <w:rPr>
          <w:sz w:val="24"/>
          <w:szCs w:val="24"/>
        </w:rPr>
      </w:pPr>
      <w:r w:rsidRPr="00C9454D">
        <w:rPr>
          <w:sz w:val="24"/>
          <w:szCs w:val="24"/>
        </w:rPr>
        <w:t>For forty years, the Baroness ruled alone, her presence both feared and pitied. When she finally passed, her death went unnoticed for weeks. By the time she was discovered, her body had decayed to the point of unrecognizability. It was said she had locked herself in the great hall, surrounded by the remnants of a life that had long since faded.</w:t>
      </w:r>
    </w:p>
    <w:p w14:paraId="306F621E" w14:textId="77777777" w:rsidR="00E20CC5" w:rsidRPr="00C9454D" w:rsidRDefault="00E20CC5" w:rsidP="00C9454D">
      <w:pPr>
        <w:rPr>
          <w:sz w:val="24"/>
          <w:szCs w:val="24"/>
        </w:rPr>
      </w:pPr>
      <w:r w:rsidRPr="00C9454D">
        <w:rPr>
          <w:sz w:val="24"/>
          <w:szCs w:val="24"/>
        </w:rPr>
        <w:t>With her death, High Haven fell into abandonment. The workers fled, the lands grew wild, and the quarry fell silent. Over the decades, nature reclaimed the estate, ivy creeping over the manor walls and wildflowers overtaking the gardens. The stream still flowed, its waters clear and untamed, but the bridges crumbled, their stones loosened by time.</w:t>
      </w:r>
    </w:p>
    <w:p w14:paraId="0EA83918" w14:textId="77777777" w:rsidR="002575F4" w:rsidRPr="00C9454D" w:rsidRDefault="002575F4" w:rsidP="00C9454D">
      <w:pPr>
        <w:rPr>
          <w:sz w:val="24"/>
          <w:szCs w:val="24"/>
        </w:rPr>
      </w:pPr>
      <w:r w:rsidRPr="00C9454D">
        <w:rPr>
          <w:sz w:val="24"/>
          <w:szCs w:val="24"/>
        </w:rPr>
        <w:t>And yet, even in its decay, there was a beauty to High Haven. The manor still stood, defiant against the passage of time. The stream still flowed, the orchard still bore fruit, and the quarry remained untouched—a sleeping giant waiting for the right moment to awaken.</w:t>
      </w:r>
    </w:p>
    <w:p w14:paraId="66A2FD99" w14:textId="77777777" w:rsidR="002575F4" w:rsidRPr="00C9454D" w:rsidRDefault="002575F4" w:rsidP="00C9454D">
      <w:pPr>
        <w:rPr>
          <w:sz w:val="24"/>
          <w:szCs w:val="24"/>
        </w:rPr>
      </w:pPr>
      <w:r w:rsidRPr="00C9454D">
        <w:rPr>
          <w:sz w:val="24"/>
          <w:szCs w:val="24"/>
        </w:rPr>
        <w:t>High Haven’s story was not over.</w:t>
      </w:r>
    </w:p>
    <w:p w14:paraId="6D78D07E" w14:textId="2F9A39C1" w:rsidR="009B56BB" w:rsidRPr="00C9454D" w:rsidRDefault="002575F4" w:rsidP="00C9454D">
      <w:pPr>
        <w:rPr>
          <w:sz w:val="24"/>
          <w:szCs w:val="24"/>
        </w:rPr>
      </w:pPr>
      <w:r w:rsidRPr="00C9454D">
        <w:rPr>
          <w:sz w:val="24"/>
          <w:szCs w:val="24"/>
        </w:rPr>
        <w:br w:type="page"/>
      </w:r>
    </w:p>
    <w:p w14:paraId="2AE461E6" w14:textId="77777777" w:rsidR="00A0136A" w:rsidRPr="00C9454D" w:rsidRDefault="00F23E8D" w:rsidP="00C9454D">
      <w:pPr>
        <w:rPr>
          <w:rFonts w:asciiTheme="majorHAnsi" w:eastAsiaTheme="majorEastAsia" w:hAnsiTheme="majorHAnsi" w:cstheme="majorBidi"/>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1196</w:t>
      </w:r>
      <w:r w:rsidR="00495B32" w:rsidRPr="00C9454D">
        <w:rPr>
          <w:rFonts w:asciiTheme="majorHAnsi" w:eastAsiaTheme="majorEastAsia" w:hAnsiTheme="majorHAnsi" w:cstheme="majorBidi"/>
          <w:color w:val="61721F" w:themeColor="accent1" w:themeShade="BF"/>
          <w:sz w:val="24"/>
          <w:szCs w:val="24"/>
        </w:rPr>
        <w:t xml:space="preserve"> </w:t>
      </w:r>
    </w:p>
    <w:p w14:paraId="4977B955" w14:textId="0A319316" w:rsidR="00F23E8D" w:rsidRPr="00C9454D" w:rsidRDefault="00495B32" w:rsidP="00C9454D">
      <w:pPr>
        <w:rPr>
          <w:rFonts w:asciiTheme="majorHAnsi" w:eastAsiaTheme="majorEastAsia" w:hAnsiTheme="majorHAnsi" w:cstheme="majorBidi"/>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Dawn of the Bear</w:t>
      </w:r>
    </w:p>
    <w:p w14:paraId="110DBE9C"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When King Richard and his envoy arrived at the estate, it was with a mix of curiosity and caution. The journey had been long, the weight of the devastation they had seen heavy on their minds. Yet, as they approached High Haven, there was a sense of awe that none could deny.</w:t>
      </w:r>
    </w:p>
    <w:p w14:paraId="57561A26"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The manor, though weathered and partially collapsed, still loomed large against the horizon. Its granite walls, streaked with moss and ivy, seemed to defy the passage of time. The stream still flowed with a steady rush, its waters glinting in the afternoon sun. Wildflowers grew in abundance where once-manicured gardens had stood, and the orchard, though untended, still bore fruit.</w:t>
      </w:r>
    </w:p>
    <w:p w14:paraId="1D35F57B"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 xml:space="preserve">“This was once the jewel of the region,” </w:t>
      </w:r>
      <w:proofErr w:type="spellStart"/>
      <w:r w:rsidRPr="00C9454D">
        <w:rPr>
          <w:rFonts w:asciiTheme="majorHAnsi" w:eastAsiaTheme="majorEastAsia" w:hAnsiTheme="majorHAnsi" w:cstheme="majorBidi"/>
          <w:color w:val="61721F" w:themeColor="accent1" w:themeShade="BF"/>
          <w:sz w:val="24"/>
          <w:szCs w:val="24"/>
        </w:rPr>
        <w:t>Warine</w:t>
      </w:r>
      <w:proofErr w:type="spellEnd"/>
      <w:r w:rsidRPr="00C9454D">
        <w:rPr>
          <w:rFonts w:asciiTheme="majorHAnsi" w:eastAsiaTheme="majorEastAsia" w:hAnsiTheme="majorHAnsi" w:cstheme="majorBidi"/>
          <w:color w:val="61721F" w:themeColor="accent1" w:themeShade="BF"/>
          <w:sz w:val="24"/>
          <w:szCs w:val="24"/>
        </w:rPr>
        <w:t xml:space="preserve"> said as he guided the king and his companions through the grounds. “A place of great industry and beauty. The quarry’s granite built castles, cathedrals, and bridges that still stand today.”</w:t>
      </w:r>
    </w:p>
    <w:p w14:paraId="3A1722B6"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“And now it stands forgotten,” Richard said, his tone heavy with both wonder and regret. He dismounted, his boots crunching on the overgrown path as he approached the manor.</w:t>
      </w:r>
    </w:p>
    <w:p w14:paraId="249B6E58"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Guy followed closely, his eyes scanning the crumbling structure. “The potential is still here,” he said. “The land is fertile, the stream flows strong, and the quarry remains untouched. With effort, High Haven could be restored.”</w:t>
      </w:r>
    </w:p>
    <w:p w14:paraId="79E4F1B8"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 xml:space="preserve">Richard nodded slowly. “But it is not without complications. You say the </w:t>
      </w:r>
      <w:proofErr w:type="spellStart"/>
      <w:r w:rsidRPr="00C9454D">
        <w:rPr>
          <w:rFonts w:asciiTheme="majorHAnsi" w:eastAsiaTheme="majorEastAsia" w:hAnsiTheme="majorHAnsi" w:cstheme="majorBidi"/>
          <w:color w:val="61721F" w:themeColor="accent1" w:themeShade="BF"/>
          <w:sz w:val="24"/>
          <w:szCs w:val="24"/>
        </w:rPr>
        <w:t>Devereaux</w:t>
      </w:r>
      <w:proofErr w:type="spellEnd"/>
      <w:r w:rsidRPr="00C9454D">
        <w:rPr>
          <w:rFonts w:asciiTheme="majorHAnsi" w:eastAsiaTheme="majorEastAsia" w:hAnsiTheme="majorHAnsi" w:cstheme="majorBidi"/>
          <w:color w:val="61721F" w:themeColor="accent1" w:themeShade="BF"/>
          <w:sz w:val="24"/>
          <w:szCs w:val="24"/>
        </w:rPr>
        <w:t xml:space="preserve"> were stewards of this land?”</w:t>
      </w:r>
    </w:p>
    <w:p w14:paraId="5F1A122F"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proofErr w:type="spellStart"/>
      <w:r w:rsidRPr="00C9454D">
        <w:rPr>
          <w:rFonts w:asciiTheme="majorHAnsi" w:eastAsiaTheme="majorEastAsia" w:hAnsiTheme="majorHAnsi" w:cstheme="majorBidi"/>
          <w:color w:val="61721F" w:themeColor="accent1" w:themeShade="BF"/>
          <w:sz w:val="24"/>
          <w:szCs w:val="24"/>
        </w:rPr>
        <w:t>Warine</w:t>
      </w:r>
      <w:proofErr w:type="spellEnd"/>
      <w:r w:rsidRPr="00C9454D">
        <w:rPr>
          <w:rFonts w:asciiTheme="majorHAnsi" w:eastAsiaTheme="majorEastAsia" w:hAnsiTheme="majorHAnsi" w:cstheme="majorBidi"/>
          <w:color w:val="61721F" w:themeColor="accent1" w:themeShade="BF"/>
          <w:sz w:val="24"/>
          <w:szCs w:val="24"/>
        </w:rPr>
        <w:t xml:space="preserve"> inclined his head. “They were, sire. But their stewardship was conditional. When the quarry fell silent, they let the estate fall to ruin. Their claim was forfeit long ago.”</w:t>
      </w:r>
    </w:p>
    <w:p w14:paraId="0638761C"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 xml:space="preserve">“And yet,” Abilene added, her voice cautious, “the </w:t>
      </w:r>
      <w:proofErr w:type="spellStart"/>
      <w:r w:rsidRPr="00C9454D">
        <w:rPr>
          <w:rFonts w:asciiTheme="majorHAnsi" w:eastAsiaTheme="majorEastAsia" w:hAnsiTheme="majorHAnsi" w:cstheme="majorBidi"/>
          <w:color w:val="61721F" w:themeColor="accent1" w:themeShade="BF"/>
          <w:sz w:val="24"/>
          <w:szCs w:val="24"/>
        </w:rPr>
        <w:t>Devereaux</w:t>
      </w:r>
      <w:proofErr w:type="spellEnd"/>
      <w:r w:rsidRPr="00C9454D">
        <w:rPr>
          <w:rFonts w:asciiTheme="majorHAnsi" w:eastAsiaTheme="majorEastAsia" w:hAnsiTheme="majorHAnsi" w:cstheme="majorBidi"/>
          <w:color w:val="61721F" w:themeColor="accent1" w:themeShade="BF"/>
          <w:sz w:val="24"/>
          <w:szCs w:val="24"/>
        </w:rPr>
        <w:t xml:space="preserve"> still border this land. They will not relinquish their perceived claim lightly.”</w:t>
      </w:r>
    </w:p>
    <w:p w14:paraId="3F17CC44"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Richard turned, his expression hardening. “If they have abandoned their duty, they have no claim. High Haven belongs to the crown now.”</w:t>
      </w:r>
    </w:p>
    <w:p w14:paraId="0F041A1B"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His gaze swept over the estate once more, a faint glimmer of resolve in his eyes. “This place will rise again. It will become the heart of this region, a symbol of what we can rebuild. But first, we must secure it.”</w:t>
      </w:r>
    </w:p>
    <w:p w14:paraId="2B6A49A3"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He paused, then turned to a steward who had accompanied him. “Summon the herald.”</w:t>
      </w:r>
    </w:p>
    <w:p w14:paraId="2797C52A"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The steward bowed and quickly returned with a man dressed in the royal colors, a scroll clutched in his hands.</w:t>
      </w:r>
    </w:p>
    <w:p w14:paraId="047392A9" w14:textId="3380B8FF"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 xml:space="preserve">“Sir Guy </w:t>
      </w:r>
      <w:r w:rsidR="00DD1FF5" w:rsidRPr="00C9454D">
        <w:rPr>
          <w:rFonts w:asciiTheme="majorHAnsi" w:eastAsiaTheme="majorEastAsia" w:hAnsiTheme="majorHAnsi" w:cstheme="majorBidi"/>
          <w:color w:val="61721F" w:themeColor="accent1" w:themeShade="BF"/>
          <w:sz w:val="24"/>
          <w:szCs w:val="24"/>
        </w:rPr>
        <w:t xml:space="preserve">de </w:t>
      </w:r>
      <w:proofErr w:type="spellStart"/>
      <w:r w:rsidRPr="00C9454D">
        <w:rPr>
          <w:rFonts w:asciiTheme="majorHAnsi" w:eastAsiaTheme="majorEastAsia" w:hAnsiTheme="majorHAnsi" w:cstheme="majorBidi"/>
          <w:color w:val="61721F" w:themeColor="accent1" w:themeShade="BF"/>
          <w:sz w:val="24"/>
          <w:szCs w:val="24"/>
        </w:rPr>
        <w:t>Peine</w:t>
      </w:r>
      <w:proofErr w:type="spellEnd"/>
      <w:r w:rsidRPr="00C9454D">
        <w:rPr>
          <w:rFonts w:asciiTheme="majorHAnsi" w:eastAsiaTheme="majorEastAsia" w:hAnsiTheme="majorHAnsi" w:cstheme="majorBidi"/>
          <w:color w:val="61721F" w:themeColor="accent1" w:themeShade="BF"/>
          <w:sz w:val="24"/>
          <w:szCs w:val="24"/>
        </w:rPr>
        <w:t xml:space="preserve">. Lady Abilene </w:t>
      </w:r>
      <w:r w:rsidR="00BB7416" w:rsidRPr="00C9454D">
        <w:rPr>
          <w:rFonts w:asciiTheme="majorHAnsi" w:eastAsiaTheme="majorEastAsia" w:hAnsiTheme="majorHAnsi" w:cstheme="majorBidi"/>
          <w:color w:val="61721F" w:themeColor="accent1" w:themeShade="BF"/>
          <w:sz w:val="24"/>
          <w:szCs w:val="24"/>
        </w:rPr>
        <w:t xml:space="preserve">de </w:t>
      </w:r>
      <w:proofErr w:type="spellStart"/>
      <w:r w:rsidR="00BB7416" w:rsidRPr="00C9454D">
        <w:rPr>
          <w:rFonts w:asciiTheme="majorHAnsi" w:eastAsiaTheme="majorEastAsia" w:hAnsiTheme="majorHAnsi" w:cstheme="majorBidi"/>
          <w:color w:val="61721F" w:themeColor="accent1" w:themeShade="BF"/>
          <w:sz w:val="24"/>
          <w:szCs w:val="24"/>
        </w:rPr>
        <w:t>Barham</w:t>
      </w:r>
      <w:proofErr w:type="spellEnd"/>
      <w:r w:rsidRPr="00C9454D">
        <w:rPr>
          <w:rFonts w:asciiTheme="majorHAnsi" w:eastAsiaTheme="majorEastAsia" w:hAnsiTheme="majorHAnsi" w:cstheme="majorBidi"/>
          <w:color w:val="61721F" w:themeColor="accent1" w:themeShade="BF"/>
          <w:sz w:val="24"/>
          <w:szCs w:val="24"/>
        </w:rPr>
        <w:t>,” Richard said, facing them. “Step forward.”</w:t>
      </w:r>
    </w:p>
    <w:p w14:paraId="60CE0BEC"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They did so, uncertain.</w:t>
      </w:r>
    </w:p>
    <w:p w14:paraId="5BAC5538"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“In recognition of your loyalty, courage, and vision for this place, I bestow upon you not only High Haven but the honor it once bore.” He nodded to the herald, who unfurled the scroll.</w:t>
      </w:r>
    </w:p>
    <w:p w14:paraId="7D4E222D" w14:textId="4D0C0EFF"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 xml:space="preserve">“Let it be recorded and known throughout the realm: The House of </w:t>
      </w:r>
      <w:r w:rsidR="00BB7416" w:rsidRPr="00C9454D">
        <w:rPr>
          <w:rFonts w:asciiTheme="majorHAnsi" w:eastAsiaTheme="majorEastAsia" w:hAnsiTheme="majorHAnsi" w:cstheme="majorBidi"/>
          <w:color w:val="61721F" w:themeColor="accent1" w:themeShade="BF"/>
          <w:sz w:val="24"/>
          <w:szCs w:val="24"/>
        </w:rPr>
        <w:t xml:space="preserve">De </w:t>
      </w:r>
      <w:proofErr w:type="spellStart"/>
      <w:r w:rsidR="00BB7416" w:rsidRPr="00C9454D">
        <w:rPr>
          <w:rFonts w:asciiTheme="majorHAnsi" w:eastAsiaTheme="majorEastAsia" w:hAnsiTheme="majorHAnsi" w:cstheme="majorBidi"/>
          <w:color w:val="61721F" w:themeColor="accent1" w:themeShade="BF"/>
          <w:sz w:val="24"/>
          <w:szCs w:val="24"/>
        </w:rPr>
        <w:t>Barham</w:t>
      </w:r>
      <w:proofErr w:type="spellEnd"/>
      <w:r w:rsidRPr="00C9454D">
        <w:rPr>
          <w:rFonts w:asciiTheme="majorHAnsi" w:eastAsiaTheme="majorEastAsia" w:hAnsiTheme="majorHAnsi" w:cstheme="majorBidi"/>
          <w:color w:val="61721F" w:themeColor="accent1" w:themeShade="BF"/>
          <w:sz w:val="24"/>
          <w:szCs w:val="24"/>
        </w:rPr>
        <w:t xml:space="preserve"> shall henceforth bear the arms of redemption and resilience. Argent, three bears passant sable, muzzled or—on a field of white, three black bears walking, restrained not by shame, but by strength under control. What was once a mark of disgrace will now be a standard of honor.”</w:t>
      </w:r>
    </w:p>
    <w:p w14:paraId="39821A93"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Gasps rippled through the entourage. Abilene’s eyes filled with tears. Guy bowed his head reverently.</w:t>
      </w:r>
    </w:p>
    <w:p w14:paraId="4F42478D"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Richard stepped closer, his tone more personal. “Let the past be written anew. Carry this crest with pride. Make High Haven a sanctuary, not just for your people, but for your lineage. Let your banner fly not from vanity—but as a testimony of what was reclaimed through faith, and through fire.”</w:t>
      </w:r>
    </w:p>
    <w:p w14:paraId="3CBFD75F"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Guy knelt. “We will bear it with honor, Your Majesty.”</w:t>
      </w:r>
    </w:p>
    <w:p w14:paraId="26B6279D" w14:textId="77777777"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Abilene followed, her voice soft but strong. “The bears will walk again.”</w:t>
      </w:r>
    </w:p>
    <w:p w14:paraId="26B7C800" w14:textId="5298BA3D" w:rsidR="00F23E8D" w:rsidRPr="00C9454D" w:rsidRDefault="00F23E8D" w:rsidP="00C9454D">
      <w:pPr>
        <w:rPr>
          <w:rFonts w:asciiTheme="majorHAnsi" w:eastAsiaTheme="majorEastAsia" w:hAnsiTheme="majorHAnsi" w:cstheme="majorBidi"/>
          <w:b/>
          <w:bCs/>
          <w:color w:val="61721F" w:themeColor="accent1" w:themeShade="BF"/>
          <w:sz w:val="24"/>
          <w:szCs w:val="24"/>
        </w:rPr>
      </w:pPr>
      <w:r w:rsidRPr="00C9454D">
        <w:rPr>
          <w:rFonts w:asciiTheme="majorHAnsi" w:eastAsiaTheme="majorEastAsia" w:hAnsiTheme="majorHAnsi" w:cstheme="majorBidi"/>
          <w:color w:val="61721F" w:themeColor="accent1" w:themeShade="BF"/>
          <w:sz w:val="24"/>
          <w:szCs w:val="24"/>
        </w:rPr>
        <w:t>Richard offered the scroll to them himself. “See that they walk in truth</w:t>
      </w:r>
      <w:r w:rsidR="00E157F8" w:rsidRPr="00C9454D">
        <w:rPr>
          <w:rFonts w:asciiTheme="majorHAnsi" w:eastAsiaTheme="majorEastAsia" w:hAnsiTheme="majorHAnsi" w:cstheme="majorBidi"/>
          <w:color w:val="61721F" w:themeColor="accent1" w:themeShade="BF"/>
          <w:sz w:val="24"/>
          <w:szCs w:val="24"/>
        </w:rPr>
        <w:t>”</w:t>
      </w:r>
    </w:p>
    <w:p w14:paraId="1A9A97E7" w14:textId="77777777" w:rsidR="00E157F8" w:rsidRPr="00C9454D" w:rsidRDefault="00E157F8" w:rsidP="00C9454D">
      <w:pPr>
        <w:rPr>
          <w:rFonts w:asciiTheme="majorHAnsi" w:eastAsiaTheme="majorEastAsia" w:hAnsiTheme="majorHAnsi" w:cstheme="majorBidi"/>
          <w:b/>
          <w:bCs/>
          <w:color w:val="61721F" w:themeColor="accent1" w:themeShade="BF"/>
          <w:sz w:val="24"/>
          <w:szCs w:val="24"/>
        </w:rPr>
      </w:pPr>
    </w:p>
    <w:p w14:paraId="18AE5469" w14:textId="1CE759FD" w:rsidR="00F56245" w:rsidRPr="00C9454D" w:rsidRDefault="00E157F8" w:rsidP="00C9454D">
      <w:pPr>
        <w:rPr>
          <w:rStyle w:val="Emphasis"/>
          <w:sz w:val="24"/>
          <w:szCs w:val="24"/>
        </w:rPr>
      </w:pPr>
      <w:r w:rsidRPr="00C9454D">
        <w:rPr>
          <w:rStyle w:val="Emphasis"/>
          <w:sz w:val="24"/>
          <w:szCs w:val="24"/>
        </w:rPr>
        <w:t xml:space="preserve">The Granting of Arms to House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xml:space="preserve"> In the year of our Lord 1196, by the authority of Richard, King of England, Duke of Normandy, and Count of Anjou, let it be known throughout the realm: That for acts of unwavering loyalty, service to the people, and restoration of honor to a name once fallen, the noble House of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xml:space="preserve"> is hereby granted the following coat of arms: Argent, three bears passant sable, muzzled or. This sacred crest, once marked by disgrace, shall now serve as a banner of redemption, resilience, and dignity. Let all who behold it understand that strength may be tamed by wisdom, and power may be sanctified by service. The arms are to be borne by Sir Guy </w:t>
      </w:r>
      <w:r w:rsidR="00DD1FF5" w:rsidRPr="00C9454D">
        <w:rPr>
          <w:rStyle w:val="Emphasis"/>
          <w:sz w:val="24"/>
          <w:szCs w:val="24"/>
        </w:rPr>
        <w:t xml:space="preserve">de </w:t>
      </w:r>
      <w:proofErr w:type="spellStart"/>
      <w:r w:rsidRPr="00C9454D">
        <w:rPr>
          <w:rStyle w:val="Emphasis"/>
          <w:sz w:val="24"/>
          <w:szCs w:val="24"/>
        </w:rPr>
        <w:t>Peine</w:t>
      </w:r>
      <w:proofErr w:type="spellEnd"/>
      <w:r w:rsidRPr="00C9454D">
        <w:rPr>
          <w:rStyle w:val="Emphasis"/>
          <w:sz w:val="24"/>
          <w:szCs w:val="24"/>
        </w:rPr>
        <w:t xml:space="preserve"> and Lady Abilene </w:t>
      </w:r>
      <w:r w:rsidR="00BB7416" w:rsidRPr="00C9454D">
        <w:rPr>
          <w:rStyle w:val="Emphasis"/>
          <w:sz w:val="24"/>
          <w:szCs w:val="24"/>
        </w:rPr>
        <w:t xml:space="preserve">de </w:t>
      </w:r>
      <w:proofErr w:type="spellStart"/>
      <w:r w:rsidR="00BB7416" w:rsidRPr="00C9454D">
        <w:rPr>
          <w:rStyle w:val="Emphasis"/>
          <w:sz w:val="24"/>
          <w:szCs w:val="24"/>
        </w:rPr>
        <w:t>Barham</w:t>
      </w:r>
      <w:proofErr w:type="spellEnd"/>
      <w:r w:rsidRPr="00C9454D">
        <w:rPr>
          <w:rStyle w:val="Emphasis"/>
          <w:sz w:val="24"/>
          <w:szCs w:val="24"/>
        </w:rPr>
        <w:t>, and by their heirs, as a sign of their divine inheritance and enduring faith. Thus sealed with the authority of the crown and witnessed by the court at High Haven</w:t>
      </w:r>
      <w:r w:rsidR="00F56245" w:rsidRPr="00C9454D">
        <w:rPr>
          <w:rStyle w:val="Emphasis"/>
          <w:sz w:val="24"/>
          <w:szCs w:val="24"/>
        </w:rPr>
        <w:br w:type="page"/>
      </w:r>
    </w:p>
    <w:p w14:paraId="64466B01" w14:textId="77777777" w:rsidR="00313663" w:rsidRPr="00C9454D" w:rsidRDefault="00313663" w:rsidP="00C9454D">
      <w:pPr>
        <w:pStyle w:val="Heading2"/>
        <w:rPr>
          <w:sz w:val="24"/>
          <w:szCs w:val="24"/>
        </w:rPr>
      </w:pPr>
    </w:p>
    <w:p w14:paraId="2CAF31F1" w14:textId="3151581E" w:rsidR="007B7A07" w:rsidRPr="00C9454D" w:rsidRDefault="005E6297" w:rsidP="00C9454D">
      <w:pPr>
        <w:pStyle w:val="Heading2"/>
        <w:rPr>
          <w:sz w:val="24"/>
          <w:szCs w:val="24"/>
        </w:rPr>
      </w:pPr>
      <w:r w:rsidRPr="00C9454D">
        <w:rPr>
          <w:sz w:val="24"/>
          <w:szCs w:val="24"/>
        </w:rPr>
        <w:t>The Ho</w:t>
      </w:r>
      <w:r w:rsidR="004933B2" w:rsidRPr="00C9454D">
        <w:rPr>
          <w:sz w:val="24"/>
          <w:szCs w:val="24"/>
        </w:rPr>
        <w:t>ard</w:t>
      </w:r>
      <w:r w:rsidRPr="00C9454D">
        <w:rPr>
          <w:sz w:val="24"/>
          <w:szCs w:val="24"/>
        </w:rPr>
        <w:t xml:space="preserve"> of a </w:t>
      </w:r>
      <w:r w:rsidR="00916934" w:rsidRPr="00C9454D">
        <w:rPr>
          <w:sz w:val="24"/>
          <w:szCs w:val="24"/>
        </w:rPr>
        <w:t>Dame</w:t>
      </w:r>
    </w:p>
    <w:p w14:paraId="280F66E8" w14:textId="77777777" w:rsidR="003D3930" w:rsidRPr="00C9454D" w:rsidRDefault="003D3930" w:rsidP="00C9454D">
      <w:pPr>
        <w:rPr>
          <w:sz w:val="24"/>
          <w:szCs w:val="24"/>
        </w:rPr>
      </w:pPr>
    </w:p>
    <w:p w14:paraId="3844F04D" w14:textId="4BD135E4" w:rsidR="007B7A07" w:rsidRPr="00C9454D" w:rsidRDefault="007B7A07" w:rsidP="00C9454D">
      <w:pPr>
        <w:rPr>
          <w:sz w:val="24"/>
          <w:szCs w:val="24"/>
        </w:rPr>
      </w:pPr>
      <w:r w:rsidRPr="00C9454D">
        <w:rPr>
          <w:sz w:val="24"/>
          <w:szCs w:val="24"/>
        </w:rPr>
        <w:t xml:space="preserve">The morning sun crept over the ridge as King Richard and his entourage approached </w:t>
      </w:r>
      <w:r w:rsidR="00522C4D" w:rsidRPr="00C9454D">
        <w:rPr>
          <w:sz w:val="24"/>
          <w:szCs w:val="24"/>
        </w:rPr>
        <w:t>High Haven</w:t>
      </w:r>
      <w:r w:rsidR="00C35518" w:rsidRPr="00C9454D">
        <w:rPr>
          <w:sz w:val="24"/>
          <w:szCs w:val="24"/>
        </w:rPr>
        <w:t xml:space="preserve">s </w:t>
      </w:r>
      <w:r w:rsidR="00942AE0" w:rsidRPr="00C9454D">
        <w:rPr>
          <w:sz w:val="24"/>
          <w:szCs w:val="24"/>
        </w:rPr>
        <w:t>Gates</w:t>
      </w:r>
      <w:r w:rsidRPr="00C9454D">
        <w:rPr>
          <w:sz w:val="24"/>
          <w:szCs w:val="24"/>
        </w:rPr>
        <w:t xml:space="preserve">. </w:t>
      </w:r>
    </w:p>
    <w:p w14:paraId="47C37E88" w14:textId="6EDCB1D3" w:rsidR="007B7A07" w:rsidRPr="00C9454D" w:rsidRDefault="007B7A07" w:rsidP="00C9454D">
      <w:pPr>
        <w:rPr>
          <w:sz w:val="24"/>
          <w:szCs w:val="24"/>
        </w:rPr>
      </w:pPr>
      <w:r w:rsidRPr="00C9454D">
        <w:rPr>
          <w:sz w:val="24"/>
          <w:szCs w:val="24"/>
        </w:rPr>
        <w:t>When the group reached the manor’s entrance, the doors resisted as they were pushed open, groaning under centuries of neglect. A foul stench poured out—a mixture of decay, urine, and rot that ma</w:t>
      </w:r>
      <w:r w:rsidR="00DD1FF5" w:rsidRPr="00C9454D">
        <w:rPr>
          <w:sz w:val="24"/>
          <w:szCs w:val="24"/>
        </w:rPr>
        <w:t xml:space="preserve">de </w:t>
      </w:r>
      <w:r w:rsidRPr="00C9454D">
        <w:rPr>
          <w:sz w:val="24"/>
          <w:szCs w:val="24"/>
        </w:rPr>
        <w:t>several soldiers recoil.</w:t>
      </w:r>
    </w:p>
    <w:p w14:paraId="31DA08F7" w14:textId="5F90AFAD" w:rsidR="007B7A07" w:rsidRPr="00C9454D" w:rsidRDefault="007B7A07" w:rsidP="00C9454D">
      <w:pPr>
        <w:rPr>
          <w:sz w:val="24"/>
          <w:szCs w:val="24"/>
        </w:rPr>
      </w:pPr>
      <w:r w:rsidRPr="00C9454D">
        <w:rPr>
          <w:sz w:val="24"/>
          <w:szCs w:val="24"/>
        </w:rPr>
        <w:t xml:space="preserve">“Abandoned for two hundred years,” </w:t>
      </w:r>
      <w:proofErr w:type="spellStart"/>
      <w:r w:rsidR="009D319B" w:rsidRPr="00C9454D">
        <w:rPr>
          <w:sz w:val="24"/>
          <w:szCs w:val="24"/>
        </w:rPr>
        <w:t>Warine</w:t>
      </w:r>
      <w:proofErr w:type="spellEnd"/>
      <w:r w:rsidRPr="00C9454D">
        <w:rPr>
          <w:sz w:val="24"/>
          <w:szCs w:val="24"/>
        </w:rPr>
        <w:t xml:space="preserve"> muttered. “And no wonder. Who would dare reclaim this place after what happened here?”</w:t>
      </w:r>
    </w:p>
    <w:p w14:paraId="1496B23E" w14:textId="20809CB1" w:rsidR="007B7A07" w:rsidRPr="00C9454D" w:rsidRDefault="007B7A07" w:rsidP="00C9454D">
      <w:pPr>
        <w:rPr>
          <w:sz w:val="24"/>
          <w:szCs w:val="24"/>
        </w:rPr>
      </w:pPr>
      <w:r w:rsidRPr="00C9454D">
        <w:rPr>
          <w:sz w:val="24"/>
          <w:szCs w:val="24"/>
        </w:rPr>
        <w:t>Richard stepped inside, his expression hardening as his boots crunched on debris. The great hall, once the pri</w:t>
      </w:r>
      <w:r w:rsidR="00DD1FF5" w:rsidRPr="00C9454D">
        <w:rPr>
          <w:sz w:val="24"/>
          <w:szCs w:val="24"/>
        </w:rPr>
        <w:t xml:space="preserve">de </w:t>
      </w:r>
      <w:r w:rsidRPr="00C9454D">
        <w:rPr>
          <w:sz w:val="24"/>
          <w:szCs w:val="24"/>
        </w:rPr>
        <w:t xml:space="preserve">of </w:t>
      </w:r>
      <w:r w:rsidR="00522C4D" w:rsidRPr="00C9454D">
        <w:rPr>
          <w:sz w:val="24"/>
          <w:szCs w:val="24"/>
        </w:rPr>
        <w:t>High Haven</w:t>
      </w:r>
      <w:r w:rsidRPr="00C9454D">
        <w:rPr>
          <w:sz w:val="24"/>
          <w:szCs w:val="24"/>
        </w:rPr>
        <w:t>, was now a wasteland of broken furniture, shattered pottery, and tangled piles of belongings. Rats darted through the chaos, their eyes gleaming in the dim light.</w:t>
      </w:r>
    </w:p>
    <w:p w14:paraId="7440A513" w14:textId="2BA64B8D" w:rsidR="007B7A07" w:rsidRPr="00C9454D" w:rsidRDefault="007B7A07" w:rsidP="00C9454D">
      <w:pPr>
        <w:rPr>
          <w:sz w:val="24"/>
          <w:szCs w:val="24"/>
        </w:rPr>
      </w:pPr>
      <w:r w:rsidRPr="00C9454D">
        <w:rPr>
          <w:sz w:val="24"/>
          <w:szCs w:val="24"/>
        </w:rPr>
        <w:t xml:space="preserve">“This is why no one returned,” </w:t>
      </w:r>
      <w:proofErr w:type="spellStart"/>
      <w:r w:rsidR="000C203F" w:rsidRPr="00C9454D">
        <w:rPr>
          <w:sz w:val="24"/>
          <w:szCs w:val="24"/>
        </w:rPr>
        <w:t>Warine</w:t>
      </w:r>
      <w:proofErr w:type="spellEnd"/>
      <w:r w:rsidRPr="00C9454D">
        <w:rPr>
          <w:sz w:val="24"/>
          <w:szCs w:val="24"/>
        </w:rPr>
        <w:t xml:space="preserve"> continued, his voice echoing in the cavernous room. “The Baroness—she hoarded everything. Sealed herself in here after her husband’s death. When she died, no one wanted to face this mess, nor the curse they believed lingered.”</w:t>
      </w:r>
    </w:p>
    <w:p w14:paraId="6F09BEB7" w14:textId="77777777" w:rsidR="007B7A07" w:rsidRPr="00C9454D" w:rsidRDefault="007B7A07" w:rsidP="00C9454D">
      <w:pPr>
        <w:rPr>
          <w:sz w:val="24"/>
          <w:szCs w:val="24"/>
        </w:rPr>
      </w:pPr>
      <w:r w:rsidRPr="00C9454D">
        <w:rPr>
          <w:sz w:val="24"/>
          <w:szCs w:val="24"/>
        </w:rPr>
        <w:t>“The curse?” Richard repeated, his tone skeptical.</w:t>
      </w:r>
    </w:p>
    <w:p w14:paraId="63E65336" w14:textId="49F94C60" w:rsidR="007B7A07" w:rsidRPr="00C9454D" w:rsidRDefault="007B7A07" w:rsidP="00C9454D">
      <w:pPr>
        <w:rPr>
          <w:sz w:val="24"/>
          <w:szCs w:val="24"/>
        </w:rPr>
      </w:pPr>
      <w:r w:rsidRPr="00C9454D">
        <w:rPr>
          <w:sz w:val="24"/>
          <w:szCs w:val="24"/>
        </w:rPr>
        <w:t xml:space="preserve">“They say her grief poisoned the very walls,” </w:t>
      </w:r>
      <w:proofErr w:type="spellStart"/>
      <w:r w:rsidR="00CB09BB" w:rsidRPr="00C9454D">
        <w:rPr>
          <w:sz w:val="24"/>
          <w:szCs w:val="24"/>
        </w:rPr>
        <w:t>Warine</w:t>
      </w:r>
      <w:proofErr w:type="spellEnd"/>
      <w:r w:rsidRPr="00C9454D">
        <w:rPr>
          <w:sz w:val="24"/>
          <w:szCs w:val="24"/>
        </w:rPr>
        <w:t xml:space="preserve"> said, his expression grim. “That her madness lingers, turning this place to rot.”</w:t>
      </w:r>
    </w:p>
    <w:p w14:paraId="16132BA4" w14:textId="77777777" w:rsidR="007B7A07" w:rsidRPr="00C9454D" w:rsidRDefault="007B7A07" w:rsidP="00C9454D">
      <w:pPr>
        <w:rPr>
          <w:sz w:val="24"/>
          <w:szCs w:val="24"/>
        </w:rPr>
      </w:pPr>
      <w:r w:rsidRPr="00C9454D">
        <w:rPr>
          <w:sz w:val="24"/>
          <w:szCs w:val="24"/>
        </w:rPr>
        <w:t>Richard shook his head. “Nonsense. This is not a curse—it is neglect. But it will take more than clearing debris to make this place livable again.”</w:t>
      </w:r>
    </w:p>
    <w:p w14:paraId="787DF111" w14:textId="77777777" w:rsidR="007B7A07" w:rsidRPr="00C9454D" w:rsidRDefault="007B7A07" w:rsidP="00C9454D">
      <w:pPr>
        <w:rPr>
          <w:sz w:val="24"/>
          <w:szCs w:val="24"/>
        </w:rPr>
      </w:pPr>
    </w:p>
    <w:p w14:paraId="129605C0" w14:textId="77777777" w:rsidR="007B7A07" w:rsidRPr="00C9454D" w:rsidRDefault="007B7A07" w:rsidP="00C9454D">
      <w:pPr>
        <w:rPr>
          <w:sz w:val="24"/>
          <w:szCs w:val="24"/>
        </w:rPr>
      </w:pPr>
      <w:r w:rsidRPr="00C9454D">
        <w:rPr>
          <w:sz w:val="24"/>
          <w:szCs w:val="24"/>
        </w:rPr>
        <w:t>Abilene moved cautiously through the hall, her eyes scanning the chaos. Despite the stench and disorder, she felt drawn to something deeper—a sense that beneath the decay, there was still life to be found.</w:t>
      </w:r>
    </w:p>
    <w:p w14:paraId="206751DF" w14:textId="3DBF0498" w:rsidR="007B7A07" w:rsidRPr="00C9454D" w:rsidRDefault="007B7A07" w:rsidP="00C9454D">
      <w:pPr>
        <w:rPr>
          <w:sz w:val="24"/>
          <w:szCs w:val="24"/>
        </w:rPr>
      </w:pPr>
      <w:r w:rsidRPr="00C9454D">
        <w:rPr>
          <w:sz w:val="24"/>
          <w:szCs w:val="24"/>
        </w:rPr>
        <w:t xml:space="preserve">Her foot brushed against a pile of papers scattered across the floor, their edges yellowed and brittle. She knelt, picking up a piece that had been spared the worst of the rot. Her breath </w:t>
      </w:r>
      <w:r w:rsidR="00572753" w:rsidRPr="00C9454D">
        <w:rPr>
          <w:sz w:val="24"/>
          <w:szCs w:val="24"/>
        </w:rPr>
        <w:t>stilled</w:t>
      </w:r>
      <w:r w:rsidRPr="00C9454D">
        <w:rPr>
          <w:sz w:val="24"/>
          <w:szCs w:val="24"/>
        </w:rPr>
        <w:t xml:space="preserve"> as she turned it over.</w:t>
      </w:r>
    </w:p>
    <w:p w14:paraId="36BC978D" w14:textId="77777777" w:rsidR="007B7A07" w:rsidRPr="00C9454D" w:rsidRDefault="007B7A07" w:rsidP="00C9454D">
      <w:pPr>
        <w:rPr>
          <w:sz w:val="24"/>
          <w:szCs w:val="24"/>
        </w:rPr>
      </w:pPr>
      <w:r w:rsidRPr="00C9454D">
        <w:rPr>
          <w:sz w:val="24"/>
          <w:szCs w:val="24"/>
        </w:rPr>
        <w:t>The name was written in an elegant hand, its ink faded but still legible:</w:t>
      </w:r>
    </w:p>
    <w:p w14:paraId="7C0ED742" w14:textId="77777777" w:rsidR="007B7A07" w:rsidRPr="00C9454D" w:rsidRDefault="007B7A07" w:rsidP="00C9454D">
      <w:pPr>
        <w:rPr>
          <w:sz w:val="24"/>
          <w:szCs w:val="24"/>
        </w:rPr>
      </w:pPr>
      <w:r w:rsidRPr="00C9454D">
        <w:rPr>
          <w:sz w:val="24"/>
          <w:szCs w:val="24"/>
        </w:rPr>
        <w:t xml:space="preserve">“Lady Helena </w:t>
      </w:r>
      <w:proofErr w:type="spellStart"/>
      <w:r w:rsidRPr="00C9454D">
        <w:rPr>
          <w:sz w:val="24"/>
          <w:szCs w:val="24"/>
        </w:rPr>
        <w:t>Ravenshire</w:t>
      </w:r>
      <w:proofErr w:type="spellEnd"/>
      <w:r w:rsidRPr="00C9454D">
        <w:rPr>
          <w:sz w:val="24"/>
          <w:szCs w:val="24"/>
        </w:rPr>
        <w:t xml:space="preserve">, Wife of </w:t>
      </w:r>
      <w:proofErr w:type="spellStart"/>
      <w:r w:rsidRPr="00C9454D">
        <w:rPr>
          <w:sz w:val="24"/>
          <w:szCs w:val="24"/>
        </w:rPr>
        <w:t>Alrich</w:t>
      </w:r>
      <w:proofErr w:type="spellEnd"/>
      <w:r w:rsidRPr="00C9454D">
        <w:rPr>
          <w:sz w:val="24"/>
          <w:szCs w:val="24"/>
        </w:rPr>
        <w:t>.”</w:t>
      </w:r>
    </w:p>
    <w:p w14:paraId="6064F36A" w14:textId="77777777" w:rsidR="007B7A07" w:rsidRPr="00C9454D" w:rsidRDefault="007B7A07" w:rsidP="00C9454D">
      <w:pPr>
        <w:rPr>
          <w:sz w:val="24"/>
          <w:szCs w:val="24"/>
        </w:rPr>
      </w:pPr>
      <w:r w:rsidRPr="00C9454D">
        <w:rPr>
          <w:sz w:val="24"/>
          <w:szCs w:val="24"/>
        </w:rPr>
        <w:t xml:space="preserve">Abilene traced the letters with her fingers, the weight of the name settling over her. Lady Helena </w:t>
      </w:r>
      <w:proofErr w:type="spellStart"/>
      <w:r w:rsidRPr="00C9454D">
        <w:rPr>
          <w:sz w:val="24"/>
          <w:szCs w:val="24"/>
        </w:rPr>
        <w:t>Ravenshire</w:t>
      </w:r>
      <w:proofErr w:type="spellEnd"/>
      <w:r w:rsidRPr="00C9454D">
        <w:rPr>
          <w:sz w:val="24"/>
          <w:szCs w:val="24"/>
        </w:rPr>
        <w:t>—the woman who had lived and died within these walls.</w:t>
      </w:r>
    </w:p>
    <w:p w14:paraId="1BDB0DD7" w14:textId="27826F68" w:rsidR="007B7A07" w:rsidRPr="00C9454D" w:rsidRDefault="007B7A07" w:rsidP="00C9454D">
      <w:pPr>
        <w:rPr>
          <w:sz w:val="24"/>
          <w:szCs w:val="24"/>
        </w:rPr>
      </w:pPr>
      <w:r w:rsidRPr="00C9454D">
        <w:rPr>
          <w:sz w:val="24"/>
          <w:szCs w:val="24"/>
        </w:rPr>
        <w:t>“What have you found?” Guy asked, stepping besi</w:t>
      </w:r>
      <w:r w:rsidR="00DD1FF5" w:rsidRPr="00C9454D">
        <w:rPr>
          <w:sz w:val="24"/>
          <w:szCs w:val="24"/>
        </w:rPr>
        <w:t xml:space="preserve">de </w:t>
      </w:r>
      <w:r w:rsidRPr="00C9454D">
        <w:rPr>
          <w:sz w:val="24"/>
          <w:szCs w:val="24"/>
        </w:rPr>
        <w:t>her.</w:t>
      </w:r>
    </w:p>
    <w:p w14:paraId="3DAEACE6" w14:textId="77777777" w:rsidR="007B7A07" w:rsidRPr="00C9454D" w:rsidRDefault="007B7A07" w:rsidP="00C9454D">
      <w:pPr>
        <w:rPr>
          <w:sz w:val="24"/>
          <w:szCs w:val="24"/>
        </w:rPr>
      </w:pPr>
      <w:r w:rsidRPr="00C9454D">
        <w:rPr>
          <w:sz w:val="24"/>
          <w:szCs w:val="24"/>
        </w:rPr>
        <w:t>“A name,” she said softly, holding up the paper. “Lady Helena. She was the Baroness of this place.”</w:t>
      </w:r>
    </w:p>
    <w:p w14:paraId="712BCB71" w14:textId="77777777" w:rsidR="007B7A07" w:rsidRPr="00C9454D" w:rsidRDefault="007B7A07" w:rsidP="00C9454D">
      <w:pPr>
        <w:rPr>
          <w:sz w:val="24"/>
          <w:szCs w:val="24"/>
        </w:rPr>
      </w:pPr>
      <w:r w:rsidRPr="00C9454D">
        <w:rPr>
          <w:sz w:val="24"/>
          <w:szCs w:val="24"/>
        </w:rPr>
        <w:t>Guy’s brow furrowed as he looked at the fragile parchment. “The stories about her—do you think they’re true?”</w:t>
      </w:r>
    </w:p>
    <w:p w14:paraId="3828B0BA" w14:textId="77777777" w:rsidR="007B7A07" w:rsidRPr="00C9454D" w:rsidRDefault="007B7A07" w:rsidP="00C9454D">
      <w:pPr>
        <w:rPr>
          <w:sz w:val="24"/>
          <w:szCs w:val="24"/>
        </w:rPr>
      </w:pPr>
      <w:r w:rsidRPr="00C9454D">
        <w:rPr>
          <w:sz w:val="24"/>
          <w:szCs w:val="24"/>
        </w:rPr>
        <w:t>“I don’t know,” Abilene admitted, rising to her feet. “But she wasn’t just a ghost. She was a woman, a wife, a keeper of this land. Whatever madness took her, it does not erase who she was.”</w:t>
      </w:r>
    </w:p>
    <w:p w14:paraId="0C10A105" w14:textId="77777777" w:rsidR="007B7A07" w:rsidRPr="00C9454D" w:rsidRDefault="007B7A07" w:rsidP="00C9454D">
      <w:pPr>
        <w:rPr>
          <w:sz w:val="24"/>
          <w:szCs w:val="24"/>
        </w:rPr>
      </w:pPr>
      <w:r w:rsidRPr="00C9454D">
        <w:rPr>
          <w:sz w:val="24"/>
          <w:szCs w:val="24"/>
        </w:rPr>
        <w:t>Richard approached, his gaze falling on the paper in Abilene’s hands. “The Baroness?” he asked, his tone neutral.</w:t>
      </w:r>
    </w:p>
    <w:p w14:paraId="74FE014C" w14:textId="77777777" w:rsidR="007B7A07" w:rsidRPr="00C9454D" w:rsidRDefault="007B7A07" w:rsidP="00C9454D">
      <w:pPr>
        <w:rPr>
          <w:sz w:val="24"/>
          <w:szCs w:val="24"/>
        </w:rPr>
      </w:pPr>
      <w:r w:rsidRPr="00C9454D">
        <w:rPr>
          <w:sz w:val="24"/>
          <w:szCs w:val="24"/>
        </w:rPr>
        <w:t xml:space="preserve">“Yes,” Abilene replied. “Lady Helena </w:t>
      </w:r>
      <w:proofErr w:type="spellStart"/>
      <w:r w:rsidRPr="00C9454D">
        <w:rPr>
          <w:sz w:val="24"/>
          <w:szCs w:val="24"/>
        </w:rPr>
        <w:t>Ravenshire</w:t>
      </w:r>
      <w:proofErr w:type="spellEnd"/>
      <w:r w:rsidRPr="00C9454D">
        <w:rPr>
          <w:sz w:val="24"/>
          <w:szCs w:val="24"/>
        </w:rPr>
        <w:t>. Her story may be tragic, but this was her home. And beneath the ruin, her legacy remains.”</w:t>
      </w:r>
    </w:p>
    <w:p w14:paraId="4F84C18F" w14:textId="77777777" w:rsidR="007B7A07" w:rsidRPr="00C9454D" w:rsidRDefault="007B7A07" w:rsidP="00C9454D">
      <w:pPr>
        <w:rPr>
          <w:sz w:val="24"/>
          <w:szCs w:val="24"/>
        </w:rPr>
      </w:pPr>
      <w:r w:rsidRPr="00C9454D">
        <w:rPr>
          <w:sz w:val="24"/>
          <w:szCs w:val="24"/>
        </w:rPr>
        <w:t>Richard studied her for a moment, then swept his gaze over the hall. “You see legacy in this filth?”</w:t>
      </w:r>
    </w:p>
    <w:p w14:paraId="33027C04" w14:textId="77777777" w:rsidR="007B7A07" w:rsidRPr="00C9454D" w:rsidRDefault="007B7A07" w:rsidP="00C9454D">
      <w:pPr>
        <w:rPr>
          <w:sz w:val="24"/>
          <w:szCs w:val="24"/>
        </w:rPr>
      </w:pPr>
      <w:r w:rsidRPr="00C9454D">
        <w:rPr>
          <w:sz w:val="24"/>
          <w:szCs w:val="24"/>
        </w:rPr>
        <w:t>“I do,” Abilene said firmly. “This place can be restored. The land is fertile, the stream runs clean, and even here, amidst the hoard, there are treasures. Look at the detail in the carvings, the craftsmanship of the furniture. This hall stood for centuries—it can stand again.”</w:t>
      </w:r>
    </w:p>
    <w:p w14:paraId="015C82F8" w14:textId="77777777" w:rsidR="007B7A07" w:rsidRPr="00C9454D" w:rsidRDefault="007B7A07" w:rsidP="00C9454D">
      <w:pPr>
        <w:rPr>
          <w:sz w:val="24"/>
          <w:szCs w:val="24"/>
        </w:rPr>
      </w:pPr>
      <w:r w:rsidRPr="00C9454D">
        <w:rPr>
          <w:sz w:val="24"/>
          <w:szCs w:val="24"/>
        </w:rPr>
        <w:t>Her optimism was infectious. Even Richard, a man hardened by war and loss, felt a flicker of possibility stir within him.</w:t>
      </w:r>
    </w:p>
    <w:p w14:paraId="55190B94" w14:textId="77777777" w:rsidR="007B7A07" w:rsidRPr="00C9454D" w:rsidRDefault="007B7A07" w:rsidP="00C9454D">
      <w:pPr>
        <w:rPr>
          <w:sz w:val="24"/>
          <w:szCs w:val="24"/>
        </w:rPr>
      </w:pPr>
      <w:r w:rsidRPr="00C9454D">
        <w:rPr>
          <w:sz w:val="24"/>
          <w:szCs w:val="24"/>
        </w:rPr>
        <w:t>“This will not be an easy task,” he said, his tone softening. “But I see now that you have the vision and courage to attempt it.”</w:t>
      </w:r>
    </w:p>
    <w:p w14:paraId="07535822" w14:textId="77777777" w:rsidR="00895168" w:rsidRPr="00C9454D" w:rsidRDefault="00895168" w:rsidP="00C9454D">
      <w:pPr>
        <w:rPr>
          <w:sz w:val="24"/>
          <w:szCs w:val="24"/>
        </w:rPr>
      </w:pPr>
      <w:r w:rsidRPr="00C9454D">
        <w:rPr>
          <w:sz w:val="24"/>
          <w:szCs w:val="24"/>
        </w:rPr>
        <w:t>“This is no mere gift,” Richard continued, cutting her off. “It is a charge. You will rebuild this place, not only for yourselves but for the people of this region. Make it a refuge, a beacon of what can be reclaimed.”</w:t>
      </w:r>
    </w:p>
    <w:p w14:paraId="2368BA2A" w14:textId="77777777" w:rsidR="00895168" w:rsidRPr="00C9454D" w:rsidRDefault="00895168" w:rsidP="00C9454D">
      <w:pPr>
        <w:rPr>
          <w:sz w:val="24"/>
          <w:szCs w:val="24"/>
        </w:rPr>
      </w:pPr>
      <w:r w:rsidRPr="00C9454D">
        <w:rPr>
          <w:sz w:val="24"/>
          <w:szCs w:val="24"/>
        </w:rPr>
        <w:t>Guy bowed deeply. “We will not fail you, Your Majesty.”</w:t>
      </w:r>
    </w:p>
    <w:p w14:paraId="03BA9E60" w14:textId="0E4F81B4" w:rsidR="00895168" w:rsidRPr="00C9454D" w:rsidRDefault="00895168" w:rsidP="00C9454D">
      <w:pPr>
        <w:rPr>
          <w:sz w:val="24"/>
          <w:szCs w:val="24"/>
        </w:rPr>
      </w:pPr>
      <w:r w:rsidRPr="00C9454D">
        <w:rPr>
          <w:sz w:val="24"/>
          <w:szCs w:val="24"/>
        </w:rPr>
        <w:t xml:space="preserve">Abilene followed suit, her voice filled with emotion. “Thank you, sire. </w:t>
      </w:r>
      <w:r w:rsidR="00522C4D" w:rsidRPr="00C9454D">
        <w:rPr>
          <w:sz w:val="24"/>
          <w:szCs w:val="24"/>
        </w:rPr>
        <w:t>High Haven</w:t>
      </w:r>
      <w:r w:rsidRPr="00C9454D">
        <w:rPr>
          <w:sz w:val="24"/>
          <w:szCs w:val="24"/>
        </w:rPr>
        <w:t xml:space="preserve"> will rise again.”</w:t>
      </w:r>
    </w:p>
    <w:p w14:paraId="295A766F" w14:textId="77777777" w:rsidR="00895168" w:rsidRPr="00C9454D" w:rsidRDefault="00895168" w:rsidP="00C9454D">
      <w:pPr>
        <w:rPr>
          <w:sz w:val="24"/>
          <w:szCs w:val="24"/>
        </w:rPr>
      </w:pPr>
      <w:r w:rsidRPr="00C9454D">
        <w:rPr>
          <w:sz w:val="24"/>
          <w:szCs w:val="24"/>
        </w:rPr>
        <w:t>Richard nodded, a faint smile tugging at his lips. “See that it does. For now, let us leave this place. It will take more than one day to tame it.”</w:t>
      </w:r>
    </w:p>
    <w:p w14:paraId="62D41D29" w14:textId="0BB18557" w:rsidR="007B7A07" w:rsidRPr="00C9454D" w:rsidRDefault="007B7A07" w:rsidP="00C9454D">
      <w:pPr>
        <w:rPr>
          <w:sz w:val="24"/>
          <w:szCs w:val="24"/>
        </w:rPr>
      </w:pPr>
      <w:r w:rsidRPr="00C9454D">
        <w:rPr>
          <w:sz w:val="24"/>
          <w:szCs w:val="24"/>
        </w:rPr>
        <w:t xml:space="preserve">As they exited the manor, Abilene cast one last glance over her shoulder. The hoard was overwhelming, the stench unbearable—but in her hand, she held the name of Lady Helena </w:t>
      </w:r>
      <w:proofErr w:type="spellStart"/>
      <w:r w:rsidRPr="00C9454D">
        <w:rPr>
          <w:sz w:val="24"/>
          <w:szCs w:val="24"/>
        </w:rPr>
        <w:t>Ravenshire</w:t>
      </w:r>
      <w:proofErr w:type="spellEnd"/>
      <w:r w:rsidRPr="00C9454D">
        <w:rPr>
          <w:sz w:val="24"/>
          <w:szCs w:val="24"/>
        </w:rPr>
        <w:t xml:space="preserve">. And in her heart, she carried the determination to honor the Baroness’s memory by breathing life back into </w:t>
      </w:r>
      <w:r w:rsidR="00522C4D" w:rsidRPr="00C9454D">
        <w:rPr>
          <w:sz w:val="24"/>
          <w:szCs w:val="24"/>
        </w:rPr>
        <w:t>High Haven</w:t>
      </w:r>
      <w:r w:rsidRPr="00C9454D">
        <w:rPr>
          <w:sz w:val="24"/>
          <w:szCs w:val="24"/>
        </w:rPr>
        <w:t>.</w:t>
      </w:r>
    </w:p>
    <w:p w14:paraId="133F4BB1" w14:textId="77777777" w:rsidR="001E3D4C" w:rsidRPr="00C9454D" w:rsidRDefault="00FE197F" w:rsidP="00C9454D">
      <w:pPr>
        <w:rPr>
          <w:sz w:val="24"/>
          <w:szCs w:val="24"/>
        </w:rPr>
      </w:pPr>
      <w:r>
        <w:rPr>
          <w:noProof/>
          <w:sz w:val="24"/>
          <w:szCs w:val="24"/>
        </w:rPr>
      </w:r>
      <w:r w:rsidR="00FE197F">
        <w:rPr>
          <w:noProof/>
          <w:sz w:val="24"/>
          <w:szCs w:val="24"/>
        </w:rPr>
        <w:pict w14:anchorId="5F40B18A">
          <v:rect id="_x0000_i1062" style="width:0;height:1.5pt" o:hralign="center" o:hrstd="t" o:hr="t" fillcolor="#a0a0a0" stroked="f"/>
        </w:pict>
      </w:r>
    </w:p>
    <w:p w14:paraId="732FC069" w14:textId="77777777" w:rsidR="003D3930" w:rsidRPr="00C9454D" w:rsidRDefault="0031516C" w:rsidP="00C9454D">
      <w:pPr>
        <w:rPr>
          <w:rStyle w:val="Heading2Char"/>
          <w:sz w:val="24"/>
          <w:szCs w:val="24"/>
        </w:rPr>
      </w:pPr>
      <w:r w:rsidRPr="00C9454D">
        <w:rPr>
          <w:rStyle w:val="Heading2Char"/>
          <w:sz w:val="24"/>
          <w:szCs w:val="24"/>
        </w:rPr>
        <w:t>Reckoning</w:t>
      </w:r>
    </w:p>
    <w:p w14:paraId="7E478A4E" w14:textId="58C0B013" w:rsidR="001E3D4C" w:rsidRPr="00C9454D" w:rsidRDefault="001E3D4C" w:rsidP="00C9454D">
      <w:pPr>
        <w:rPr>
          <w:b/>
          <w:bCs/>
          <w:sz w:val="24"/>
          <w:szCs w:val="24"/>
        </w:rPr>
      </w:pPr>
      <w:r w:rsidRPr="00C9454D">
        <w:rPr>
          <w:sz w:val="24"/>
          <w:szCs w:val="24"/>
        </w:rPr>
        <w:br/>
        <w:t>The road</w:t>
      </w:r>
      <w:r w:rsidR="00905AAA" w:rsidRPr="00C9454D">
        <w:rPr>
          <w:sz w:val="24"/>
          <w:szCs w:val="24"/>
        </w:rPr>
        <w:t xml:space="preserve"> back</w:t>
      </w:r>
      <w:r w:rsidR="004A6682" w:rsidRPr="00C9454D">
        <w:rPr>
          <w:sz w:val="24"/>
          <w:szCs w:val="24"/>
        </w:rPr>
        <w:t xml:space="preserve"> down</w:t>
      </w:r>
      <w:r w:rsidRPr="00C9454D">
        <w:rPr>
          <w:sz w:val="24"/>
          <w:szCs w:val="24"/>
        </w:rPr>
        <w:t xml:space="preserve"> to </w:t>
      </w:r>
      <w:proofErr w:type="spellStart"/>
      <w:r w:rsidR="00655B7C" w:rsidRPr="00C9454D">
        <w:rPr>
          <w:sz w:val="24"/>
          <w:szCs w:val="24"/>
        </w:rPr>
        <w:t>Teston</w:t>
      </w:r>
      <w:proofErr w:type="spellEnd"/>
      <w:r w:rsidRPr="00C9454D">
        <w:rPr>
          <w:sz w:val="24"/>
          <w:szCs w:val="24"/>
        </w:rPr>
        <w:t xml:space="preserve"> stretched out before them like a scar, winding through fields that had once teemed with life. For days, King Richard and his envoy </w:t>
      </w:r>
      <w:r w:rsidR="00E1088E" w:rsidRPr="00C9454D">
        <w:rPr>
          <w:sz w:val="24"/>
          <w:szCs w:val="24"/>
        </w:rPr>
        <w:t xml:space="preserve">had </w:t>
      </w:r>
      <w:r w:rsidRPr="00C9454D">
        <w:rPr>
          <w:sz w:val="24"/>
          <w:szCs w:val="24"/>
        </w:rPr>
        <w:t>traveled deeper into the heart of the flood’s devastation, the weight of the disaster press</w:t>
      </w:r>
      <w:r w:rsidR="00E1088E" w:rsidRPr="00C9454D">
        <w:rPr>
          <w:sz w:val="24"/>
          <w:szCs w:val="24"/>
        </w:rPr>
        <w:t>ed</w:t>
      </w:r>
      <w:r w:rsidRPr="00C9454D">
        <w:rPr>
          <w:sz w:val="24"/>
          <w:szCs w:val="24"/>
        </w:rPr>
        <w:t xml:space="preserve"> heavier with each passing mile.</w:t>
      </w:r>
    </w:p>
    <w:p w14:paraId="1991DDB5" w14:textId="77777777" w:rsidR="001E3D4C" w:rsidRPr="00C9454D" w:rsidRDefault="001E3D4C" w:rsidP="00C9454D">
      <w:pPr>
        <w:rPr>
          <w:sz w:val="24"/>
          <w:szCs w:val="24"/>
        </w:rPr>
      </w:pPr>
      <w:r w:rsidRPr="00C9454D">
        <w:rPr>
          <w:sz w:val="24"/>
          <w:szCs w:val="24"/>
        </w:rPr>
        <w:t>By the second day, the land seemed to wither before their eyes. Crops lay flattened beneath layers of silt, their vibrant greens replaced by a sickly brown. Villages were ghostly remnants, their ruins standing as silent monuments to lives lost.</w:t>
      </w:r>
    </w:p>
    <w:p w14:paraId="0BF3168A" w14:textId="4BAEB4B5" w:rsidR="001E3D4C" w:rsidRPr="00C9454D" w:rsidRDefault="001E3D4C" w:rsidP="00C9454D">
      <w:pPr>
        <w:rPr>
          <w:sz w:val="24"/>
          <w:szCs w:val="24"/>
        </w:rPr>
      </w:pPr>
      <w:r w:rsidRPr="00C9454D">
        <w:rPr>
          <w:sz w:val="24"/>
          <w:szCs w:val="24"/>
        </w:rPr>
        <w:t>“It’s worse than I</w:t>
      </w:r>
      <w:r w:rsidR="00E94032" w:rsidRPr="00C9454D">
        <w:rPr>
          <w:sz w:val="24"/>
          <w:szCs w:val="24"/>
        </w:rPr>
        <w:t xml:space="preserve"> could of</w:t>
      </w:r>
      <w:r w:rsidRPr="00C9454D">
        <w:rPr>
          <w:sz w:val="24"/>
          <w:szCs w:val="24"/>
        </w:rPr>
        <w:t xml:space="preserve"> imagined,” Richard muttered as they ro</w:t>
      </w:r>
      <w:r w:rsidR="00DD1FF5" w:rsidRPr="00C9454D">
        <w:rPr>
          <w:sz w:val="24"/>
          <w:szCs w:val="24"/>
        </w:rPr>
        <w:t xml:space="preserve">de </w:t>
      </w:r>
      <w:r w:rsidRPr="00C9454D">
        <w:rPr>
          <w:sz w:val="24"/>
          <w:szCs w:val="24"/>
        </w:rPr>
        <w:t>past a village that had been reduced to nothing more than timber scattered across the riverbank. His voice, though steady, carried a weight that did not escape those around him.</w:t>
      </w:r>
    </w:p>
    <w:p w14:paraId="07B45EF0" w14:textId="1B12FD5E" w:rsidR="001E3D4C" w:rsidRPr="00C9454D" w:rsidRDefault="001E3D4C" w:rsidP="00C9454D">
      <w:pPr>
        <w:rPr>
          <w:sz w:val="24"/>
          <w:szCs w:val="24"/>
        </w:rPr>
      </w:pPr>
      <w:r w:rsidRPr="00C9454D">
        <w:rPr>
          <w:sz w:val="24"/>
          <w:szCs w:val="24"/>
        </w:rPr>
        <w:t>Abilene, riding close besi</w:t>
      </w:r>
      <w:r w:rsidR="00DD1FF5" w:rsidRPr="00C9454D">
        <w:rPr>
          <w:sz w:val="24"/>
          <w:szCs w:val="24"/>
        </w:rPr>
        <w:t xml:space="preserve">de </w:t>
      </w:r>
      <w:r w:rsidRPr="00C9454D">
        <w:rPr>
          <w:sz w:val="24"/>
          <w:szCs w:val="24"/>
        </w:rPr>
        <w:t>him, nodded solemnly. “Your Majesty. The river itself has become a graveyard. We do not know how many bodies lie beneath the silt.”</w:t>
      </w:r>
    </w:p>
    <w:p w14:paraId="2DAAD682" w14:textId="78B7C6AA" w:rsidR="001E3D4C" w:rsidRPr="00C9454D" w:rsidRDefault="001E3D4C" w:rsidP="00C9454D">
      <w:pPr>
        <w:rPr>
          <w:sz w:val="24"/>
          <w:szCs w:val="24"/>
        </w:rPr>
      </w:pPr>
      <w:r w:rsidRPr="00C9454D">
        <w:rPr>
          <w:sz w:val="24"/>
          <w:szCs w:val="24"/>
        </w:rPr>
        <w:t>The thought sent a chill down Richard’s spine. He glanced at Guy, who ro</w:t>
      </w:r>
      <w:r w:rsidR="00DD1FF5" w:rsidRPr="00C9454D">
        <w:rPr>
          <w:sz w:val="24"/>
          <w:szCs w:val="24"/>
        </w:rPr>
        <w:t xml:space="preserve">de </w:t>
      </w:r>
      <w:r w:rsidRPr="00C9454D">
        <w:rPr>
          <w:sz w:val="24"/>
          <w:szCs w:val="24"/>
        </w:rPr>
        <w:t>just behind him, his expression set in grim determination. “If the water is tainted,” Richard said, his tone thoughtful, “then the people are drinking poison.”</w:t>
      </w:r>
    </w:p>
    <w:p w14:paraId="0DF41158" w14:textId="40C66C2D" w:rsidR="001E3D4C" w:rsidRPr="00C9454D" w:rsidRDefault="001E3D4C" w:rsidP="00C9454D">
      <w:pPr>
        <w:rPr>
          <w:sz w:val="24"/>
          <w:szCs w:val="24"/>
        </w:rPr>
      </w:pPr>
      <w:r w:rsidRPr="00C9454D">
        <w:rPr>
          <w:sz w:val="24"/>
          <w:szCs w:val="24"/>
        </w:rPr>
        <w:t xml:space="preserve">“That is the reality in </w:t>
      </w:r>
      <w:proofErr w:type="spellStart"/>
      <w:r w:rsidR="00655B7C" w:rsidRPr="00C9454D">
        <w:rPr>
          <w:sz w:val="24"/>
          <w:szCs w:val="24"/>
        </w:rPr>
        <w:t>Teston</w:t>
      </w:r>
      <w:proofErr w:type="spellEnd"/>
      <w:r w:rsidRPr="00C9454D">
        <w:rPr>
          <w:sz w:val="24"/>
          <w:szCs w:val="24"/>
        </w:rPr>
        <w:t>,” Guy replied. “The sickness has already begun.”</w:t>
      </w:r>
    </w:p>
    <w:p w14:paraId="674A27D2" w14:textId="77777777" w:rsidR="001E3D4C" w:rsidRPr="00C9454D" w:rsidRDefault="00FE197F" w:rsidP="00C9454D">
      <w:pPr>
        <w:rPr>
          <w:sz w:val="24"/>
          <w:szCs w:val="24"/>
        </w:rPr>
      </w:pPr>
      <w:r>
        <w:rPr>
          <w:noProof/>
          <w:sz w:val="24"/>
          <w:szCs w:val="24"/>
        </w:rPr>
      </w:r>
      <w:r w:rsidR="00FE197F">
        <w:rPr>
          <w:noProof/>
          <w:sz w:val="24"/>
          <w:szCs w:val="24"/>
        </w:rPr>
        <w:pict w14:anchorId="4FE7EED3">
          <v:rect id="_x0000_i1063" style="width:0;height:1.5pt" o:hralign="center" o:hrstd="t" o:hr="t" fillcolor="#a0a0a0" stroked="f"/>
        </w:pict>
      </w:r>
    </w:p>
    <w:p w14:paraId="22E68EBD" w14:textId="5A446099" w:rsidR="001E3D4C" w:rsidRPr="00C9454D" w:rsidRDefault="001E3D4C" w:rsidP="00C9454D">
      <w:pPr>
        <w:rPr>
          <w:sz w:val="24"/>
          <w:szCs w:val="24"/>
        </w:rPr>
      </w:pPr>
      <w:r w:rsidRPr="00C9454D">
        <w:rPr>
          <w:sz w:val="24"/>
          <w:szCs w:val="24"/>
        </w:rPr>
        <w:t xml:space="preserve">By the time they reached </w:t>
      </w:r>
      <w:proofErr w:type="spellStart"/>
      <w:r w:rsidR="00655B7C" w:rsidRPr="00C9454D">
        <w:rPr>
          <w:sz w:val="24"/>
          <w:szCs w:val="24"/>
        </w:rPr>
        <w:t>Teston</w:t>
      </w:r>
      <w:proofErr w:type="spellEnd"/>
      <w:r w:rsidRPr="00C9454D">
        <w:rPr>
          <w:sz w:val="24"/>
          <w:szCs w:val="24"/>
        </w:rPr>
        <w:t>, the signs of illness were unmistakable. The villagers who had survived the flood now bore gaunt faces, their skin pale and their movements sluggish. A sour smell clung to the air, a mix of decay and disease that ma</w:t>
      </w:r>
      <w:r w:rsidR="00DD1FF5" w:rsidRPr="00C9454D">
        <w:rPr>
          <w:sz w:val="24"/>
          <w:szCs w:val="24"/>
        </w:rPr>
        <w:t xml:space="preserve">de </w:t>
      </w:r>
      <w:r w:rsidRPr="00C9454D">
        <w:rPr>
          <w:sz w:val="24"/>
          <w:szCs w:val="24"/>
        </w:rPr>
        <w:t>the soldiers murmur uneasily.</w:t>
      </w:r>
    </w:p>
    <w:p w14:paraId="01FEAE46" w14:textId="77777777" w:rsidR="001E3D4C" w:rsidRPr="00C9454D" w:rsidRDefault="001E3D4C"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was waiting at the edge of the square when the royal envoy arrived. He stepped forward as the king dismounted, his robes stained with mud and his face drawn with exhaustion.</w:t>
      </w:r>
    </w:p>
    <w:p w14:paraId="22705D18" w14:textId="192C6578" w:rsidR="001E3D4C" w:rsidRPr="00C9454D" w:rsidRDefault="001E3D4C" w:rsidP="00C9454D">
      <w:pPr>
        <w:rPr>
          <w:sz w:val="24"/>
          <w:szCs w:val="24"/>
        </w:rPr>
      </w:pPr>
      <w:r w:rsidRPr="00C9454D">
        <w:rPr>
          <w:sz w:val="24"/>
          <w:szCs w:val="24"/>
        </w:rPr>
        <w:t>“Your Majesty,” he said, bowing deeply. “Welcome</w:t>
      </w:r>
      <w:r w:rsidR="00EC621F" w:rsidRPr="00C9454D">
        <w:rPr>
          <w:sz w:val="24"/>
          <w:szCs w:val="24"/>
        </w:rPr>
        <w:t xml:space="preserve"> back</w:t>
      </w:r>
      <w:r w:rsidRPr="00C9454D">
        <w:rPr>
          <w:sz w:val="24"/>
          <w:szCs w:val="24"/>
        </w:rPr>
        <w:t xml:space="preserve"> to </w:t>
      </w:r>
      <w:proofErr w:type="spellStart"/>
      <w:r w:rsidR="00655B7C" w:rsidRPr="00C9454D">
        <w:rPr>
          <w:sz w:val="24"/>
          <w:szCs w:val="24"/>
        </w:rPr>
        <w:t>Teston</w:t>
      </w:r>
      <w:proofErr w:type="spellEnd"/>
      <w:r w:rsidRPr="00C9454D">
        <w:rPr>
          <w:sz w:val="24"/>
          <w:szCs w:val="24"/>
        </w:rPr>
        <w:t>. Though I wish it were under better circumstances.”</w:t>
      </w:r>
    </w:p>
    <w:p w14:paraId="4BB014E6" w14:textId="77777777" w:rsidR="001E3D4C" w:rsidRPr="00C9454D" w:rsidRDefault="001E3D4C" w:rsidP="00C9454D">
      <w:pPr>
        <w:rPr>
          <w:sz w:val="24"/>
          <w:szCs w:val="24"/>
        </w:rPr>
      </w:pPr>
      <w:r w:rsidRPr="00C9454D">
        <w:rPr>
          <w:sz w:val="24"/>
          <w:szCs w:val="24"/>
        </w:rPr>
        <w:t xml:space="preserve">Richard approached him, his sharp gaze scanning the village. “Father </w:t>
      </w:r>
      <w:proofErr w:type="spellStart"/>
      <w:r w:rsidRPr="00C9454D">
        <w:rPr>
          <w:sz w:val="24"/>
          <w:szCs w:val="24"/>
        </w:rPr>
        <w:t>Elric</w:t>
      </w:r>
      <w:proofErr w:type="spellEnd"/>
      <w:r w:rsidRPr="00C9454D">
        <w:rPr>
          <w:sz w:val="24"/>
          <w:szCs w:val="24"/>
        </w:rPr>
        <w:t>, you’ve held this place together. But I see it has taken its toll. What is the state of your people?”</w:t>
      </w:r>
    </w:p>
    <w:p w14:paraId="3D1E885B" w14:textId="7535C4A1" w:rsidR="001E3D4C" w:rsidRPr="00C9454D" w:rsidRDefault="001E3D4C" w:rsidP="00C9454D">
      <w:pPr>
        <w:rPr>
          <w:sz w:val="24"/>
          <w:szCs w:val="24"/>
        </w:rPr>
      </w:pPr>
      <w:proofErr w:type="spellStart"/>
      <w:r w:rsidRPr="00C9454D">
        <w:rPr>
          <w:sz w:val="24"/>
          <w:szCs w:val="24"/>
        </w:rPr>
        <w:t>Elric</w:t>
      </w:r>
      <w:proofErr w:type="spellEnd"/>
      <w:r w:rsidRPr="00C9454D">
        <w:rPr>
          <w:sz w:val="24"/>
          <w:szCs w:val="24"/>
        </w:rPr>
        <w:t xml:space="preserve"> hesitated, his shoulders sagging under the weight of his reply. “Sire, we have bur</w:t>
      </w:r>
      <w:r w:rsidR="000474A9" w:rsidRPr="00C9454D">
        <w:rPr>
          <w:sz w:val="24"/>
          <w:szCs w:val="24"/>
        </w:rPr>
        <w:t>ied</w:t>
      </w:r>
      <w:r w:rsidRPr="00C9454D">
        <w:rPr>
          <w:sz w:val="24"/>
          <w:szCs w:val="24"/>
        </w:rPr>
        <w:t xml:space="preserve"> the dead, but the river… it hides more than we can count. The waters have turned foul, and those who drink from it grow ill. Fever spreads among the survivors, and I fear it will claim more lives if we do not act swiftly.”</w:t>
      </w:r>
    </w:p>
    <w:p w14:paraId="5761EBDD" w14:textId="1336F350" w:rsidR="001E3D4C" w:rsidRPr="00C9454D" w:rsidRDefault="001E3D4C" w:rsidP="00C9454D">
      <w:pPr>
        <w:rPr>
          <w:sz w:val="24"/>
          <w:szCs w:val="24"/>
        </w:rPr>
      </w:pPr>
      <w:r w:rsidRPr="00C9454D">
        <w:rPr>
          <w:sz w:val="24"/>
          <w:szCs w:val="24"/>
        </w:rPr>
        <w:t>The king’s jaw tightened. “</w:t>
      </w:r>
      <w:r w:rsidR="000E4AD5" w:rsidRPr="00C9454D">
        <w:rPr>
          <w:sz w:val="24"/>
          <w:szCs w:val="24"/>
        </w:rPr>
        <w:t>So</w:t>
      </w:r>
      <w:r w:rsidRPr="00C9454D">
        <w:rPr>
          <w:sz w:val="24"/>
          <w:szCs w:val="24"/>
        </w:rPr>
        <w:t xml:space="preserve"> the river is poisoned?”</w:t>
      </w:r>
    </w:p>
    <w:p w14:paraId="62A27133" w14:textId="77777777" w:rsidR="001E3D4C" w:rsidRPr="00C9454D" w:rsidRDefault="001E3D4C" w:rsidP="00C9454D">
      <w:pPr>
        <w:rPr>
          <w:sz w:val="24"/>
          <w:szCs w:val="24"/>
        </w:rPr>
      </w:pPr>
      <w:r w:rsidRPr="00C9454D">
        <w:rPr>
          <w:sz w:val="24"/>
          <w:szCs w:val="24"/>
        </w:rPr>
        <w:t xml:space="preserve">“Yes, Your Majesty,” </w:t>
      </w:r>
      <w:proofErr w:type="spellStart"/>
      <w:r w:rsidRPr="00C9454D">
        <w:rPr>
          <w:sz w:val="24"/>
          <w:szCs w:val="24"/>
        </w:rPr>
        <w:t>Elric</w:t>
      </w:r>
      <w:proofErr w:type="spellEnd"/>
      <w:r w:rsidRPr="00C9454D">
        <w:rPr>
          <w:sz w:val="24"/>
          <w:szCs w:val="24"/>
        </w:rPr>
        <w:t xml:space="preserve"> replied gravely. “The flood has buried bodies deep in the silt. We cannot see them, let alone remove them. The water is tainted, and we have no clean source to replace it.”</w:t>
      </w:r>
    </w:p>
    <w:p w14:paraId="0CDD8B4B" w14:textId="77777777" w:rsidR="001E3D4C" w:rsidRPr="00C9454D" w:rsidRDefault="001E3D4C" w:rsidP="00C9454D">
      <w:pPr>
        <w:rPr>
          <w:sz w:val="24"/>
          <w:szCs w:val="24"/>
        </w:rPr>
      </w:pPr>
      <w:r w:rsidRPr="00C9454D">
        <w:rPr>
          <w:sz w:val="24"/>
          <w:szCs w:val="24"/>
        </w:rPr>
        <w:t>Richard turned to his steward, who stood nearby. “Send word to Dover. We’ll need barrels of clean water brought here at once.”</w:t>
      </w:r>
    </w:p>
    <w:p w14:paraId="2A3586F4" w14:textId="77777777" w:rsidR="001E3D4C" w:rsidRPr="00C9454D" w:rsidRDefault="001E3D4C" w:rsidP="00C9454D">
      <w:pPr>
        <w:rPr>
          <w:sz w:val="24"/>
          <w:szCs w:val="24"/>
        </w:rPr>
      </w:pPr>
      <w:r w:rsidRPr="00C9454D">
        <w:rPr>
          <w:sz w:val="24"/>
          <w:szCs w:val="24"/>
        </w:rPr>
        <w:t xml:space="preserve">“Sire,” </w:t>
      </w:r>
      <w:proofErr w:type="spellStart"/>
      <w:r w:rsidRPr="00C9454D">
        <w:rPr>
          <w:sz w:val="24"/>
          <w:szCs w:val="24"/>
        </w:rPr>
        <w:t>Elric</w:t>
      </w:r>
      <w:proofErr w:type="spellEnd"/>
      <w:r w:rsidRPr="00C9454D">
        <w:rPr>
          <w:sz w:val="24"/>
          <w:szCs w:val="24"/>
        </w:rPr>
        <w:t xml:space="preserve"> continued, “even if water is brought, it is not a long-term solution. We need a new source, a place where the people can find shelter, clean water, and stability.”</w:t>
      </w:r>
    </w:p>
    <w:p w14:paraId="6286F5C9" w14:textId="3C779F68" w:rsidR="001E3D4C" w:rsidRPr="00C9454D" w:rsidRDefault="001E3D4C" w:rsidP="00C9454D">
      <w:pPr>
        <w:rPr>
          <w:sz w:val="24"/>
          <w:szCs w:val="24"/>
        </w:rPr>
      </w:pPr>
      <w:r w:rsidRPr="00C9454D">
        <w:rPr>
          <w:sz w:val="24"/>
          <w:szCs w:val="24"/>
        </w:rPr>
        <w:t>It was Abilene who spoke next, her voice calm but insistent. “</w:t>
      </w:r>
      <w:r w:rsidR="00522C4D" w:rsidRPr="00C9454D">
        <w:rPr>
          <w:sz w:val="24"/>
          <w:szCs w:val="24"/>
        </w:rPr>
        <w:t>High Haven</w:t>
      </w:r>
      <w:r w:rsidRPr="00C9454D">
        <w:rPr>
          <w:sz w:val="24"/>
          <w:szCs w:val="24"/>
        </w:rPr>
        <w:t>.”</w:t>
      </w:r>
    </w:p>
    <w:p w14:paraId="149BC4FA" w14:textId="6BE56DBB" w:rsidR="001E3D4C" w:rsidRPr="00C9454D" w:rsidRDefault="001E3D4C" w:rsidP="00C9454D">
      <w:pPr>
        <w:rPr>
          <w:sz w:val="24"/>
          <w:szCs w:val="24"/>
        </w:rPr>
      </w:pPr>
      <w:proofErr w:type="spellStart"/>
      <w:r w:rsidRPr="00C9454D">
        <w:rPr>
          <w:sz w:val="24"/>
          <w:szCs w:val="24"/>
        </w:rPr>
        <w:t>Elric’s</w:t>
      </w:r>
      <w:proofErr w:type="spellEnd"/>
      <w:r w:rsidRPr="00C9454D">
        <w:rPr>
          <w:sz w:val="24"/>
          <w:szCs w:val="24"/>
        </w:rPr>
        <w:t xml:space="preserve"> eyes flickered with recognition, and he nodded. “The estate lies untouched by the flood. Its stream is pure, and the land is vast. It could become a refuge for the region, if it were</w:t>
      </w:r>
      <w:r w:rsidR="006843A0" w:rsidRPr="00C9454D">
        <w:rPr>
          <w:sz w:val="24"/>
          <w:szCs w:val="24"/>
        </w:rPr>
        <w:t xml:space="preserve"> quickly</w:t>
      </w:r>
      <w:r w:rsidRPr="00C9454D">
        <w:rPr>
          <w:sz w:val="24"/>
          <w:szCs w:val="24"/>
        </w:rPr>
        <w:t xml:space="preserve"> reclaimed.”</w:t>
      </w:r>
    </w:p>
    <w:p w14:paraId="4A34DB33" w14:textId="42AE3AF7" w:rsidR="001E3D4C" w:rsidRPr="00C9454D" w:rsidRDefault="001E3D4C" w:rsidP="00C9454D">
      <w:pPr>
        <w:rPr>
          <w:sz w:val="24"/>
          <w:szCs w:val="24"/>
        </w:rPr>
      </w:pPr>
      <w:r w:rsidRPr="00C9454D">
        <w:rPr>
          <w:sz w:val="24"/>
          <w:szCs w:val="24"/>
        </w:rPr>
        <w:t xml:space="preserve">A </w:t>
      </w:r>
      <w:r w:rsidR="00923085" w:rsidRPr="00C9454D">
        <w:rPr>
          <w:sz w:val="24"/>
          <w:szCs w:val="24"/>
        </w:rPr>
        <w:t>spark</w:t>
      </w:r>
      <w:r w:rsidRPr="00C9454D">
        <w:rPr>
          <w:sz w:val="24"/>
          <w:szCs w:val="24"/>
        </w:rPr>
        <w:t xml:space="preserve"> of determination lit Richard’s eyes. “Then we shall see it for ourselves. If </w:t>
      </w:r>
      <w:r w:rsidR="00522C4D" w:rsidRPr="00C9454D">
        <w:rPr>
          <w:sz w:val="24"/>
          <w:szCs w:val="24"/>
        </w:rPr>
        <w:t>High Haven</w:t>
      </w:r>
      <w:r w:rsidRPr="00C9454D">
        <w:rPr>
          <w:sz w:val="24"/>
          <w:szCs w:val="24"/>
        </w:rPr>
        <w:t xml:space="preserve"> can provi</w:t>
      </w:r>
      <w:r w:rsidR="00DD1FF5" w:rsidRPr="00C9454D">
        <w:rPr>
          <w:sz w:val="24"/>
          <w:szCs w:val="24"/>
        </w:rPr>
        <w:t xml:space="preserve">de </w:t>
      </w:r>
      <w:r w:rsidRPr="00C9454D">
        <w:rPr>
          <w:sz w:val="24"/>
          <w:szCs w:val="24"/>
        </w:rPr>
        <w:t xml:space="preserve">what </w:t>
      </w:r>
      <w:proofErr w:type="spellStart"/>
      <w:r w:rsidR="00655B7C" w:rsidRPr="00C9454D">
        <w:rPr>
          <w:sz w:val="24"/>
          <w:szCs w:val="24"/>
        </w:rPr>
        <w:t>Teston</w:t>
      </w:r>
      <w:proofErr w:type="spellEnd"/>
      <w:r w:rsidRPr="00C9454D">
        <w:rPr>
          <w:sz w:val="24"/>
          <w:szCs w:val="24"/>
        </w:rPr>
        <w:t xml:space="preserve"> and the surrounding villages need, it will be reclaimed in the name of the crown.”</w:t>
      </w:r>
    </w:p>
    <w:p w14:paraId="2892764A" w14:textId="744D012F" w:rsidR="001E3D4C" w:rsidRPr="00C9454D" w:rsidRDefault="001E3D4C" w:rsidP="00C9454D">
      <w:pPr>
        <w:rPr>
          <w:sz w:val="24"/>
          <w:szCs w:val="24"/>
        </w:rPr>
      </w:pPr>
      <w:proofErr w:type="spellStart"/>
      <w:r w:rsidRPr="00C9454D">
        <w:rPr>
          <w:sz w:val="24"/>
          <w:szCs w:val="24"/>
        </w:rPr>
        <w:t>Elric</w:t>
      </w:r>
      <w:proofErr w:type="spellEnd"/>
      <w:r w:rsidRPr="00C9454D">
        <w:rPr>
          <w:sz w:val="24"/>
          <w:szCs w:val="24"/>
        </w:rPr>
        <w:t xml:space="preserve"> bowed deeply. “Thank you, Your Majesty. It is the hope we have been praying for.”</w:t>
      </w:r>
    </w:p>
    <w:p w14:paraId="652141E6" w14:textId="7B56AD32" w:rsidR="001E3D4C" w:rsidRPr="00C9454D" w:rsidRDefault="00FE197F" w:rsidP="00C9454D">
      <w:pPr>
        <w:rPr>
          <w:sz w:val="24"/>
          <w:szCs w:val="24"/>
        </w:rPr>
      </w:pPr>
      <w:r>
        <w:rPr>
          <w:noProof/>
          <w:sz w:val="24"/>
          <w:szCs w:val="24"/>
        </w:rPr>
      </w:r>
      <w:r w:rsidR="00FE197F">
        <w:rPr>
          <w:noProof/>
          <w:sz w:val="24"/>
          <w:szCs w:val="24"/>
        </w:rPr>
        <w:pict w14:anchorId="0FC1E4FB">
          <v:rect id="_x0000_i1064" style="width:0;height:1.5pt" o:hralign="center" o:hrstd="t" o:hr="t" fillcolor="#a0a0a0" stroked="f"/>
        </w:pict>
      </w:r>
    </w:p>
    <w:p w14:paraId="18C77C86" w14:textId="4B576456" w:rsidR="00DA063D" w:rsidRPr="00C9454D" w:rsidRDefault="00A97FA4" w:rsidP="00C9454D">
      <w:pPr>
        <w:rPr>
          <w:sz w:val="24"/>
          <w:szCs w:val="24"/>
        </w:rPr>
      </w:pPr>
      <w:r w:rsidRPr="00C9454D">
        <w:rPr>
          <w:sz w:val="24"/>
          <w:szCs w:val="24"/>
        </w:rPr>
        <w:br w:type="page"/>
      </w:r>
    </w:p>
    <w:p w14:paraId="576BFD2C" w14:textId="2AC82947" w:rsidR="00AD38DA" w:rsidRPr="00C9454D" w:rsidRDefault="00552316" w:rsidP="00C9454D">
      <w:pPr>
        <w:pStyle w:val="Heading2"/>
        <w:rPr>
          <w:sz w:val="24"/>
          <w:szCs w:val="24"/>
        </w:rPr>
      </w:pPr>
      <w:r w:rsidRPr="00C9454D">
        <w:rPr>
          <w:sz w:val="24"/>
          <w:szCs w:val="24"/>
        </w:rPr>
        <w:t xml:space="preserve">Restoration of </w:t>
      </w:r>
      <w:r w:rsidR="00DA063D" w:rsidRPr="00C9454D">
        <w:rPr>
          <w:sz w:val="24"/>
          <w:szCs w:val="24"/>
        </w:rPr>
        <w:t xml:space="preserve">the </w:t>
      </w:r>
      <w:r w:rsidR="00A4410B" w:rsidRPr="00C9454D">
        <w:rPr>
          <w:sz w:val="24"/>
          <w:szCs w:val="24"/>
        </w:rPr>
        <w:t>Dame</w:t>
      </w:r>
    </w:p>
    <w:p w14:paraId="69861AD8" w14:textId="77777777" w:rsidR="003D3930" w:rsidRPr="00C9454D" w:rsidRDefault="003D3930" w:rsidP="00C9454D">
      <w:pPr>
        <w:rPr>
          <w:sz w:val="24"/>
          <w:szCs w:val="24"/>
        </w:rPr>
      </w:pPr>
    </w:p>
    <w:p w14:paraId="64DC646A" w14:textId="3BD961B1" w:rsidR="00AD38DA" w:rsidRPr="00C9454D" w:rsidRDefault="00AD38DA" w:rsidP="00C9454D">
      <w:pPr>
        <w:rPr>
          <w:sz w:val="24"/>
          <w:szCs w:val="24"/>
        </w:rPr>
      </w:pPr>
      <w:r w:rsidRPr="00C9454D">
        <w:rPr>
          <w:sz w:val="24"/>
          <w:szCs w:val="24"/>
        </w:rPr>
        <w:t xml:space="preserve">The faint glow of dawn had barely touched the horizon when Abilene opened her eyes, her thoughts racing with energy that had built steadily throughout the night. Sleep had eluded her, her mind consumed by an idea she couldn’t shake—a </w:t>
      </w:r>
      <w:r w:rsidR="00965A7F" w:rsidRPr="00C9454D">
        <w:rPr>
          <w:sz w:val="24"/>
          <w:szCs w:val="24"/>
        </w:rPr>
        <w:t>solution</w:t>
      </w:r>
      <w:r w:rsidRPr="00C9454D">
        <w:rPr>
          <w:sz w:val="24"/>
          <w:szCs w:val="24"/>
        </w:rPr>
        <w:t xml:space="preserve"> to the poisoned river water that plagued </w:t>
      </w:r>
      <w:proofErr w:type="spellStart"/>
      <w:r w:rsidR="00225D06" w:rsidRPr="00C9454D">
        <w:rPr>
          <w:sz w:val="24"/>
          <w:szCs w:val="24"/>
        </w:rPr>
        <w:t>Teston</w:t>
      </w:r>
      <w:proofErr w:type="spellEnd"/>
      <w:r w:rsidRPr="00C9454D">
        <w:rPr>
          <w:sz w:val="24"/>
          <w:szCs w:val="24"/>
        </w:rPr>
        <w:t>.</w:t>
      </w:r>
    </w:p>
    <w:p w14:paraId="760511C4" w14:textId="572F00C3" w:rsidR="00AD38DA" w:rsidRPr="00C9454D" w:rsidRDefault="006424E5" w:rsidP="00C9454D">
      <w:pPr>
        <w:rPr>
          <w:sz w:val="24"/>
          <w:szCs w:val="24"/>
        </w:rPr>
      </w:pPr>
      <w:r w:rsidRPr="00C9454D">
        <w:rPr>
          <w:sz w:val="24"/>
          <w:szCs w:val="24"/>
        </w:rPr>
        <w:t>She pondered various solutions in the calm stillness.</w:t>
      </w:r>
      <w:r w:rsidR="00EB107E" w:rsidRPr="00C9454D">
        <w:rPr>
          <w:sz w:val="24"/>
          <w:szCs w:val="24"/>
        </w:rPr>
        <w:t xml:space="preserve"> She</w:t>
      </w:r>
      <w:r w:rsidR="00321A14" w:rsidRPr="00C9454D">
        <w:rPr>
          <w:sz w:val="24"/>
          <w:szCs w:val="24"/>
        </w:rPr>
        <w:t xml:space="preserve"> thought of </w:t>
      </w:r>
      <w:r w:rsidR="00B55651" w:rsidRPr="00C9454D">
        <w:rPr>
          <w:sz w:val="24"/>
          <w:szCs w:val="24"/>
        </w:rPr>
        <w:t xml:space="preserve">her and </w:t>
      </w:r>
      <w:proofErr w:type="spellStart"/>
      <w:r w:rsidR="009F57D0" w:rsidRPr="00C9454D">
        <w:rPr>
          <w:sz w:val="24"/>
          <w:szCs w:val="24"/>
        </w:rPr>
        <w:t>Warine</w:t>
      </w:r>
      <w:r w:rsidR="004457D9" w:rsidRPr="00C9454D">
        <w:rPr>
          <w:sz w:val="24"/>
          <w:szCs w:val="24"/>
        </w:rPr>
        <w:t>’s</w:t>
      </w:r>
      <w:proofErr w:type="spellEnd"/>
      <w:r w:rsidR="00B55651" w:rsidRPr="00C9454D">
        <w:rPr>
          <w:sz w:val="24"/>
          <w:szCs w:val="24"/>
        </w:rPr>
        <w:t xml:space="preserve"> childhood </w:t>
      </w:r>
      <w:r w:rsidR="00B4787A" w:rsidRPr="00C9454D">
        <w:rPr>
          <w:sz w:val="24"/>
          <w:szCs w:val="24"/>
        </w:rPr>
        <w:t>antics</w:t>
      </w:r>
      <w:r w:rsidR="00B55651" w:rsidRPr="00C9454D">
        <w:rPr>
          <w:sz w:val="24"/>
          <w:szCs w:val="24"/>
        </w:rPr>
        <w:t>.</w:t>
      </w:r>
      <w:r w:rsidR="00A97517" w:rsidRPr="00C9454D">
        <w:rPr>
          <w:sz w:val="24"/>
          <w:szCs w:val="24"/>
        </w:rPr>
        <w:t xml:space="preserve">  </w:t>
      </w:r>
      <w:proofErr w:type="spellStart"/>
      <w:r w:rsidR="00A97517" w:rsidRPr="00C9454D">
        <w:rPr>
          <w:sz w:val="24"/>
          <w:szCs w:val="24"/>
        </w:rPr>
        <w:t>Abeline</w:t>
      </w:r>
      <w:proofErr w:type="spellEnd"/>
      <w:r w:rsidR="00A97517" w:rsidRPr="00C9454D">
        <w:rPr>
          <w:sz w:val="24"/>
          <w:szCs w:val="24"/>
        </w:rPr>
        <w:t xml:space="preserve"> would read </w:t>
      </w:r>
      <w:r w:rsidR="00D34E8B" w:rsidRPr="00C9454D">
        <w:rPr>
          <w:sz w:val="24"/>
          <w:szCs w:val="24"/>
        </w:rPr>
        <w:t>of an innovation in her science studies</w:t>
      </w:r>
      <w:r w:rsidR="00865275" w:rsidRPr="00C9454D">
        <w:rPr>
          <w:sz w:val="24"/>
          <w:szCs w:val="24"/>
        </w:rPr>
        <w:t xml:space="preserve"> and </w:t>
      </w:r>
      <w:r w:rsidR="00516319" w:rsidRPr="00C9454D">
        <w:rPr>
          <w:sz w:val="24"/>
          <w:szCs w:val="24"/>
        </w:rPr>
        <w:t>coerce</w:t>
      </w:r>
      <w:r w:rsidR="00865275" w:rsidRPr="00C9454D">
        <w:rPr>
          <w:sz w:val="24"/>
          <w:szCs w:val="24"/>
        </w:rPr>
        <w:t xml:space="preserve"> </w:t>
      </w:r>
      <w:proofErr w:type="spellStart"/>
      <w:r w:rsidR="00865275" w:rsidRPr="00C9454D">
        <w:rPr>
          <w:sz w:val="24"/>
          <w:szCs w:val="24"/>
        </w:rPr>
        <w:t>Warine</w:t>
      </w:r>
      <w:proofErr w:type="spellEnd"/>
      <w:r w:rsidR="00865275" w:rsidRPr="00C9454D">
        <w:rPr>
          <w:sz w:val="24"/>
          <w:szCs w:val="24"/>
        </w:rPr>
        <w:t xml:space="preserve"> to execute</w:t>
      </w:r>
      <w:r w:rsidR="00090E63" w:rsidRPr="00C9454D">
        <w:rPr>
          <w:sz w:val="24"/>
          <w:szCs w:val="24"/>
        </w:rPr>
        <w:t xml:space="preserve">, </w:t>
      </w:r>
      <w:r w:rsidR="00516319" w:rsidRPr="00C9454D">
        <w:rPr>
          <w:sz w:val="24"/>
          <w:szCs w:val="24"/>
        </w:rPr>
        <w:t xml:space="preserve">so father would only put </w:t>
      </w:r>
      <w:r w:rsidR="0036348E" w:rsidRPr="00C9454D">
        <w:rPr>
          <w:sz w:val="24"/>
          <w:szCs w:val="24"/>
        </w:rPr>
        <w:t xml:space="preserve">the </w:t>
      </w:r>
      <w:r w:rsidR="00516319" w:rsidRPr="00C9454D">
        <w:rPr>
          <w:sz w:val="24"/>
          <w:szCs w:val="24"/>
        </w:rPr>
        <w:t xml:space="preserve">blame </w:t>
      </w:r>
      <w:r w:rsidR="00090E63" w:rsidRPr="00C9454D">
        <w:rPr>
          <w:sz w:val="24"/>
          <w:szCs w:val="24"/>
        </w:rPr>
        <w:t xml:space="preserve">on </w:t>
      </w:r>
      <w:r w:rsidR="00EB4136" w:rsidRPr="00C9454D">
        <w:rPr>
          <w:sz w:val="24"/>
          <w:szCs w:val="24"/>
        </w:rPr>
        <w:t>him. She</w:t>
      </w:r>
      <w:r w:rsidR="00AD4AF6" w:rsidRPr="00C9454D">
        <w:rPr>
          <w:sz w:val="24"/>
          <w:szCs w:val="24"/>
        </w:rPr>
        <w:t xml:space="preserve"> had learned how to make </w:t>
      </w:r>
      <w:r w:rsidR="00965A7F" w:rsidRPr="00C9454D">
        <w:rPr>
          <w:sz w:val="24"/>
          <w:szCs w:val="24"/>
        </w:rPr>
        <w:t>polluted water drinkable</w:t>
      </w:r>
      <w:r w:rsidR="003C50D7" w:rsidRPr="00C9454D">
        <w:rPr>
          <w:sz w:val="24"/>
          <w:szCs w:val="24"/>
        </w:rPr>
        <w:t xml:space="preserve"> if ever in </w:t>
      </w:r>
      <w:r w:rsidR="003A0B4C" w:rsidRPr="00C9454D">
        <w:rPr>
          <w:sz w:val="24"/>
          <w:szCs w:val="24"/>
        </w:rPr>
        <w:t>a position</w:t>
      </w:r>
      <w:r w:rsidR="00617E2B" w:rsidRPr="00C9454D">
        <w:rPr>
          <w:sz w:val="24"/>
          <w:szCs w:val="24"/>
        </w:rPr>
        <w:t xml:space="preserve"> of survival.</w:t>
      </w:r>
      <w:r w:rsidR="00EB4136" w:rsidRPr="00C9454D">
        <w:rPr>
          <w:sz w:val="24"/>
          <w:szCs w:val="24"/>
        </w:rPr>
        <w:t xml:space="preserve">  She </w:t>
      </w:r>
      <w:r w:rsidR="000204B9" w:rsidRPr="00C9454D">
        <w:rPr>
          <w:sz w:val="24"/>
          <w:szCs w:val="24"/>
        </w:rPr>
        <w:t>just</w:t>
      </w:r>
      <w:r w:rsidR="00EB4136" w:rsidRPr="00C9454D">
        <w:rPr>
          <w:sz w:val="24"/>
          <w:szCs w:val="24"/>
        </w:rPr>
        <w:t xml:space="preserve"> wanted </w:t>
      </w:r>
      <w:r w:rsidR="002E28A9" w:rsidRPr="00C9454D">
        <w:rPr>
          <w:sz w:val="24"/>
          <w:szCs w:val="24"/>
        </w:rPr>
        <w:t>her little brother to succumb</w:t>
      </w:r>
      <w:r w:rsidR="00AD4AF6" w:rsidRPr="00C9454D">
        <w:rPr>
          <w:sz w:val="24"/>
          <w:szCs w:val="24"/>
        </w:rPr>
        <w:t xml:space="preserve"> </w:t>
      </w:r>
      <w:r w:rsidR="006122B8" w:rsidRPr="00C9454D">
        <w:rPr>
          <w:sz w:val="24"/>
          <w:szCs w:val="24"/>
        </w:rPr>
        <w:t>to her wiles.</w:t>
      </w:r>
      <w:r w:rsidR="00276CE4" w:rsidRPr="00C9454D">
        <w:rPr>
          <w:sz w:val="24"/>
          <w:szCs w:val="24"/>
        </w:rPr>
        <w:t xml:space="preserve">  </w:t>
      </w:r>
      <w:r w:rsidR="000204B9" w:rsidRPr="00C9454D">
        <w:rPr>
          <w:sz w:val="24"/>
          <w:szCs w:val="24"/>
        </w:rPr>
        <w:t>Nevertheless,</w:t>
      </w:r>
      <w:r w:rsidR="00551BF0" w:rsidRPr="00C9454D">
        <w:rPr>
          <w:sz w:val="24"/>
          <w:szCs w:val="24"/>
        </w:rPr>
        <w:t xml:space="preserve"> it will </w:t>
      </w:r>
      <w:r w:rsidR="002E6D5F" w:rsidRPr="00C9454D">
        <w:rPr>
          <w:sz w:val="24"/>
          <w:szCs w:val="24"/>
        </w:rPr>
        <w:t>serve a purpose now</w:t>
      </w:r>
      <w:r w:rsidR="000204B9" w:rsidRPr="00C9454D">
        <w:rPr>
          <w:sz w:val="24"/>
          <w:szCs w:val="24"/>
        </w:rPr>
        <w:t>.</w:t>
      </w:r>
      <w:r w:rsidR="00865275" w:rsidRPr="00C9454D">
        <w:rPr>
          <w:sz w:val="24"/>
          <w:szCs w:val="24"/>
        </w:rPr>
        <w:t xml:space="preserve"> </w:t>
      </w:r>
      <w:r w:rsidR="000204B9" w:rsidRPr="00C9454D">
        <w:rPr>
          <w:sz w:val="24"/>
          <w:szCs w:val="24"/>
        </w:rPr>
        <w:t>The</w:t>
      </w:r>
      <w:r w:rsidR="00AD38DA" w:rsidRPr="00C9454D">
        <w:rPr>
          <w:sz w:val="24"/>
          <w:szCs w:val="24"/>
        </w:rPr>
        <w:t xml:space="preserve"> plan began to take shape</w:t>
      </w:r>
      <w:r w:rsidR="00190063" w:rsidRPr="00C9454D">
        <w:rPr>
          <w:sz w:val="24"/>
          <w:szCs w:val="24"/>
        </w:rPr>
        <w:t xml:space="preserve"> in her mind</w:t>
      </w:r>
      <w:r w:rsidR="00AD38DA" w:rsidRPr="00C9454D">
        <w:rPr>
          <w:sz w:val="24"/>
          <w:szCs w:val="24"/>
        </w:rPr>
        <w:t>. A filtration system, simple yet revolutionary, using the natural elements around them. Layers of sand, moss, charcoal, and stone to cleanse the water. It wouldn’t make the river drinkable yet, but it could make it safe for washing and irrigating crops. It could save lives and give the villagers a foothold to rebuild.</w:t>
      </w:r>
    </w:p>
    <w:p w14:paraId="3B87958C" w14:textId="242FEB46" w:rsidR="00AD38DA" w:rsidRPr="00C9454D" w:rsidRDefault="00AD38DA" w:rsidP="00C9454D">
      <w:pPr>
        <w:rPr>
          <w:sz w:val="24"/>
          <w:szCs w:val="24"/>
        </w:rPr>
      </w:pPr>
      <w:r w:rsidRPr="00C9454D">
        <w:rPr>
          <w:sz w:val="24"/>
          <w:szCs w:val="24"/>
        </w:rPr>
        <w:t>Abilene sat up, unable to wait another moment. She turned to Guy, still snoring besi</w:t>
      </w:r>
      <w:r w:rsidR="00DD1FF5" w:rsidRPr="00C9454D">
        <w:rPr>
          <w:sz w:val="24"/>
          <w:szCs w:val="24"/>
        </w:rPr>
        <w:t xml:space="preserve">de </w:t>
      </w:r>
      <w:r w:rsidRPr="00C9454D">
        <w:rPr>
          <w:sz w:val="24"/>
          <w:szCs w:val="24"/>
        </w:rPr>
        <w:t>her, and shook his shoulder gently. “Guy,” she whispered, then louder, “Guy, wake up!”</w:t>
      </w:r>
    </w:p>
    <w:p w14:paraId="5B80F3C0" w14:textId="77777777" w:rsidR="00AD38DA" w:rsidRPr="00C9454D" w:rsidRDefault="00AD38DA" w:rsidP="00C9454D">
      <w:pPr>
        <w:rPr>
          <w:sz w:val="24"/>
          <w:szCs w:val="24"/>
        </w:rPr>
      </w:pPr>
      <w:r w:rsidRPr="00C9454D">
        <w:rPr>
          <w:sz w:val="24"/>
          <w:szCs w:val="24"/>
        </w:rPr>
        <w:t>He groaned, turning over and mumbling, “It’s not even light out.”</w:t>
      </w:r>
    </w:p>
    <w:p w14:paraId="7D13E90F" w14:textId="77777777" w:rsidR="00AD38DA" w:rsidRPr="00C9454D" w:rsidRDefault="00AD38DA" w:rsidP="00C9454D">
      <w:pPr>
        <w:rPr>
          <w:sz w:val="24"/>
          <w:szCs w:val="24"/>
        </w:rPr>
      </w:pPr>
      <w:r w:rsidRPr="00C9454D">
        <w:rPr>
          <w:sz w:val="24"/>
          <w:szCs w:val="24"/>
        </w:rPr>
        <w:t>“That doesn’t matter,” she said, tugging the blanket off him with a grin. “I’ve thought of something—something important. We need to get started right away.”</w:t>
      </w:r>
    </w:p>
    <w:p w14:paraId="7FE0DC42" w14:textId="77777777" w:rsidR="00AD38DA" w:rsidRPr="00C9454D" w:rsidRDefault="00AD38DA" w:rsidP="00C9454D">
      <w:pPr>
        <w:rPr>
          <w:sz w:val="24"/>
          <w:szCs w:val="24"/>
        </w:rPr>
      </w:pPr>
      <w:r w:rsidRPr="00C9454D">
        <w:rPr>
          <w:sz w:val="24"/>
          <w:szCs w:val="24"/>
        </w:rPr>
        <w:t>Guy opened one eye, his expression groggy. “It’s barely morning, Abilene. Whatever it is, can’t it wait?”</w:t>
      </w:r>
    </w:p>
    <w:p w14:paraId="706EBAE6" w14:textId="7B42E4BB" w:rsidR="00AD38DA" w:rsidRPr="00C9454D" w:rsidRDefault="00AD38DA" w:rsidP="00C9454D">
      <w:pPr>
        <w:rPr>
          <w:sz w:val="24"/>
          <w:szCs w:val="24"/>
        </w:rPr>
      </w:pPr>
      <w:r w:rsidRPr="00C9454D">
        <w:rPr>
          <w:sz w:val="24"/>
          <w:szCs w:val="24"/>
        </w:rPr>
        <w:t xml:space="preserve">“No,” she said firmly, already reaching for her boots. “I’ve figured out how we can clean the river water. We’ll build a filtration system—wooden troughs with layers of sand, moss, charcoal, and stone. It’ll catch the impurities, even the poisons. The water won’t be perfect, but it’ll be clean enough for washing and irrigation. It will help </w:t>
      </w:r>
      <w:proofErr w:type="spellStart"/>
      <w:r w:rsidR="00225D06" w:rsidRPr="00C9454D">
        <w:rPr>
          <w:sz w:val="24"/>
          <w:szCs w:val="24"/>
        </w:rPr>
        <w:t>Teston</w:t>
      </w:r>
      <w:proofErr w:type="spellEnd"/>
      <w:r w:rsidRPr="00C9454D">
        <w:rPr>
          <w:sz w:val="24"/>
          <w:szCs w:val="24"/>
        </w:rPr>
        <w:t xml:space="preserve"> survive.”</w:t>
      </w:r>
    </w:p>
    <w:p w14:paraId="6304EB2F" w14:textId="77777777" w:rsidR="00AD38DA" w:rsidRPr="00C9454D" w:rsidRDefault="00AD38DA" w:rsidP="00C9454D">
      <w:pPr>
        <w:rPr>
          <w:sz w:val="24"/>
          <w:szCs w:val="24"/>
        </w:rPr>
      </w:pPr>
      <w:r w:rsidRPr="00C9454D">
        <w:rPr>
          <w:sz w:val="24"/>
          <w:szCs w:val="24"/>
        </w:rPr>
        <w:t>Guy sat up fully now, rubbing his eyes. “And you think this will work?”</w:t>
      </w:r>
    </w:p>
    <w:p w14:paraId="4EBF5DFD" w14:textId="754F8258" w:rsidR="00AD38DA" w:rsidRPr="00C9454D" w:rsidRDefault="00AD38DA" w:rsidP="00C9454D">
      <w:pPr>
        <w:rPr>
          <w:sz w:val="24"/>
          <w:szCs w:val="24"/>
        </w:rPr>
      </w:pPr>
      <w:r w:rsidRPr="00C9454D">
        <w:rPr>
          <w:sz w:val="24"/>
          <w:szCs w:val="24"/>
        </w:rPr>
        <w:t xml:space="preserve">“I know it will,” she said, her voice bright with determination. </w:t>
      </w:r>
      <w:r w:rsidR="0077718F" w:rsidRPr="00C9454D">
        <w:rPr>
          <w:sz w:val="24"/>
          <w:szCs w:val="24"/>
        </w:rPr>
        <w:t>“</w:t>
      </w:r>
      <w:r w:rsidR="001E62B6" w:rsidRPr="00C9454D">
        <w:rPr>
          <w:sz w:val="24"/>
          <w:szCs w:val="24"/>
        </w:rPr>
        <w:t xml:space="preserve">I convinced </w:t>
      </w:r>
      <w:proofErr w:type="spellStart"/>
      <w:r w:rsidR="001E62B6" w:rsidRPr="00C9454D">
        <w:rPr>
          <w:sz w:val="24"/>
          <w:szCs w:val="24"/>
        </w:rPr>
        <w:t>Warine</w:t>
      </w:r>
      <w:proofErr w:type="spellEnd"/>
      <w:r w:rsidR="001E62B6" w:rsidRPr="00C9454D">
        <w:rPr>
          <w:sz w:val="24"/>
          <w:szCs w:val="24"/>
        </w:rPr>
        <w:t xml:space="preserve"> to drink </w:t>
      </w:r>
      <w:r w:rsidR="0014155A" w:rsidRPr="00C9454D">
        <w:rPr>
          <w:sz w:val="24"/>
          <w:szCs w:val="24"/>
        </w:rPr>
        <w:t xml:space="preserve">my filtered </w:t>
      </w:r>
      <w:r w:rsidR="00E202BA" w:rsidRPr="00C9454D">
        <w:rPr>
          <w:sz w:val="24"/>
          <w:szCs w:val="24"/>
        </w:rPr>
        <w:t xml:space="preserve">dirt </w:t>
      </w:r>
      <w:r w:rsidR="0014155A" w:rsidRPr="00C9454D">
        <w:rPr>
          <w:sz w:val="24"/>
          <w:szCs w:val="24"/>
        </w:rPr>
        <w:t xml:space="preserve">water when we were </w:t>
      </w:r>
      <w:r w:rsidR="00E202BA" w:rsidRPr="00C9454D">
        <w:rPr>
          <w:sz w:val="24"/>
          <w:szCs w:val="24"/>
        </w:rPr>
        <w:t>children</w:t>
      </w:r>
      <w:r w:rsidR="00535519" w:rsidRPr="00C9454D">
        <w:rPr>
          <w:sz w:val="24"/>
          <w:szCs w:val="24"/>
        </w:rPr>
        <w:t>.</w:t>
      </w:r>
      <w:r w:rsidR="00E202BA" w:rsidRPr="00C9454D">
        <w:rPr>
          <w:sz w:val="24"/>
          <w:szCs w:val="24"/>
        </w:rPr>
        <w:t>”</w:t>
      </w:r>
      <w:r w:rsidR="005A68A9" w:rsidRPr="00C9454D">
        <w:rPr>
          <w:sz w:val="24"/>
          <w:szCs w:val="24"/>
        </w:rPr>
        <w:t xml:space="preserve"> </w:t>
      </w:r>
      <w:proofErr w:type="spellStart"/>
      <w:r w:rsidR="005A68A9" w:rsidRPr="00C9454D">
        <w:rPr>
          <w:sz w:val="24"/>
          <w:szCs w:val="24"/>
        </w:rPr>
        <w:t>Abeline</w:t>
      </w:r>
      <w:proofErr w:type="spellEnd"/>
      <w:r w:rsidR="005A68A9" w:rsidRPr="00C9454D">
        <w:rPr>
          <w:sz w:val="24"/>
          <w:szCs w:val="24"/>
        </w:rPr>
        <w:t xml:space="preserve"> </w:t>
      </w:r>
      <w:r w:rsidR="0012378D" w:rsidRPr="00C9454D">
        <w:rPr>
          <w:sz w:val="24"/>
          <w:szCs w:val="24"/>
        </w:rPr>
        <w:t xml:space="preserve">paused </w:t>
      </w:r>
      <w:r w:rsidR="005A68A9" w:rsidRPr="00C9454D">
        <w:rPr>
          <w:sz w:val="24"/>
          <w:szCs w:val="24"/>
        </w:rPr>
        <w:t xml:space="preserve">with a </w:t>
      </w:r>
      <w:r w:rsidR="00535519" w:rsidRPr="00C9454D">
        <w:rPr>
          <w:sz w:val="24"/>
          <w:szCs w:val="24"/>
        </w:rPr>
        <w:t>precocious</w:t>
      </w:r>
      <w:r w:rsidR="005A68A9" w:rsidRPr="00C9454D">
        <w:rPr>
          <w:sz w:val="24"/>
          <w:szCs w:val="24"/>
        </w:rPr>
        <w:t xml:space="preserve"> grin</w:t>
      </w:r>
      <w:r w:rsidR="00535519" w:rsidRPr="00C9454D">
        <w:rPr>
          <w:sz w:val="24"/>
          <w:szCs w:val="24"/>
        </w:rPr>
        <w:t xml:space="preserve">. </w:t>
      </w:r>
      <w:r w:rsidR="00E4703C" w:rsidRPr="00C9454D">
        <w:rPr>
          <w:sz w:val="24"/>
          <w:szCs w:val="24"/>
        </w:rPr>
        <w:t>“</w:t>
      </w:r>
      <w:r w:rsidR="00E202BA" w:rsidRPr="00C9454D">
        <w:rPr>
          <w:sz w:val="24"/>
          <w:szCs w:val="24"/>
        </w:rPr>
        <w:t>We’ll</w:t>
      </w:r>
      <w:r w:rsidRPr="00C9454D">
        <w:rPr>
          <w:sz w:val="24"/>
          <w:szCs w:val="24"/>
        </w:rPr>
        <w:t xml:space="preserve"> divert the clean stream from </w:t>
      </w:r>
      <w:r w:rsidR="00522C4D" w:rsidRPr="00C9454D">
        <w:rPr>
          <w:sz w:val="24"/>
          <w:szCs w:val="24"/>
        </w:rPr>
        <w:t>High Haven</w:t>
      </w:r>
      <w:r w:rsidRPr="00C9454D">
        <w:rPr>
          <w:sz w:val="24"/>
          <w:szCs w:val="24"/>
        </w:rPr>
        <w:t xml:space="preserve"> to help irrigate the fields, and the filtered river water will be safe for the villagers. Guy, it’s revolutionary. If we can pull this off, it could change everything.”</w:t>
      </w:r>
    </w:p>
    <w:p w14:paraId="1E858CAD" w14:textId="55A31128" w:rsidR="00AD38DA" w:rsidRPr="00C9454D" w:rsidRDefault="00AD38DA" w:rsidP="00C9454D">
      <w:pPr>
        <w:rPr>
          <w:sz w:val="24"/>
          <w:szCs w:val="24"/>
        </w:rPr>
      </w:pPr>
      <w:r w:rsidRPr="00C9454D">
        <w:rPr>
          <w:sz w:val="24"/>
          <w:szCs w:val="24"/>
        </w:rPr>
        <w:t>He studied her for a moment, then smiled despite himself. “All right,</w:t>
      </w:r>
      <w:r w:rsidR="00693ADA" w:rsidRPr="00C9454D">
        <w:rPr>
          <w:sz w:val="24"/>
          <w:szCs w:val="24"/>
        </w:rPr>
        <w:t xml:space="preserve"> </w:t>
      </w:r>
      <w:r w:rsidR="00D66FA4" w:rsidRPr="00C9454D">
        <w:rPr>
          <w:sz w:val="24"/>
          <w:szCs w:val="24"/>
        </w:rPr>
        <w:t xml:space="preserve">since </w:t>
      </w:r>
      <w:proofErr w:type="spellStart"/>
      <w:r w:rsidR="00693ADA" w:rsidRPr="00C9454D">
        <w:rPr>
          <w:sz w:val="24"/>
          <w:szCs w:val="24"/>
        </w:rPr>
        <w:t>Warine</w:t>
      </w:r>
      <w:proofErr w:type="spellEnd"/>
      <w:r w:rsidR="00693ADA" w:rsidRPr="00C9454D">
        <w:rPr>
          <w:sz w:val="24"/>
          <w:szCs w:val="24"/>
        </w:rPr>
        <w:t xml:space="preserve"> lived</w:t>
      </w:r>
      <w:r w:rsidR="00F50E9C" w:rsidRPr="00C9454D">
        <w:rPr>
          <w:sz w:val="24"/>
          <w:szCs w:val="24"/>
        </w:rPr>
        <w:t>.”</w:t>
      </w:r>
      <w:r w:rsidRPr="00C9454D">
        <w:rPr>
          <w:sz w:val="24"/>
          <w:szCs w:val="24"/>
        </w:rPr>
        <w:t xml:space="preserve"> he said</w:t>
      </w:r>
      <w:r w:rsidR="008857C5" w:rsidRPr="00C9454D">
        <w:rPr>
          <w:sz w:val="24"/>
          <w:szCs w:val="24"/>
        </w:rPr>
        <w:t xml:space="preserve">, </w:t>
      </w:r>
      <w:r w:rsidRPr="00C9454D">
        <w:rPr>
          <w:sz w:val="24"/>
          <w:szCs w:val="24"/>
        </w:rPr>
        <w:t>swinging his legs over the si</w:t>
      </w:r>
      <w:r w:rsidR="00DD1FF5" w:rsidRPr="00C9454D">
        <w:rPr>
          <w:sz w:val="24"/>
          <w:szCs w:val="24"/>
        </w:rPr>
        <w:t xml:space="preserve">de </w:t>
      </w:r>
      <w:r w:rsidRPr="00C9454D">
        <w:rPr>
          <w:sz w:val="24"/>
          <w:szCs w:val="24"/>
        </w:rPr>
        <w:t xml:space="preserve">of the bed. “You’ve convinced me. Let’s make it </w:t>
      </w:r>
      <w:r w:rsidR="00F85DAA" w:rsidRPr="00C9454D">
        <w:rPr>
          <w:sz w:val="24"/>
          <w:szCs w:val="24"/>
        </w:rPr>
        <w:t>so</w:t>
      </w:r>
      <w:r w:rsidRPr="00C9454D">
        <w:rPr>
          <w:sz w:val="24"/>
          <w:szCs w:val="24"/>
        </w:rPr>
        <w:t>.”</w:t>
      </w:r>
    </w:p>
    <w:p w14:paraId="0472938E" w14:textId="77777777" w:rsidR="00AD38DA" w:rsidRPr="00C9454D" w:rsidRDefault="00AD38DA" w:rsidP="00C9454D">
      <w:pPr>
        <w:rPr>
          <w:sz w:val="24"/>
          <w:szCs w:val="24"/>
        </w:rPr>
      </w:pPr>
    </w:p>
    <w:p w14:paraId="3A9365BC" w14:textId="77777777" w:rsidR="00AD38DA" w:rsidRPr="00C9454D" w:rsidRDefault="00AD38DA" w:rsidP="00C9454D">
      <w:pPr>
        <w:rPr>
          <w:sz w:val="24"/>
          <w:szCs w:val="24"/>
        </w:rPr>
      </w:pPr>
      <w:r w:rsidRPr="00C9454D">
        <w:rPr>
          <w:sz w:val="24"/>
          <w:szCs w:val="24"/>
        </w:rPr>
        <w:t>By the time the sun rose, Abilene had gathered a group of villagers by the riverbank to explain her idea. She sketched out the filtration system in the dirt with a stick, her enthusiasm carrying her words.</w:t>
      </w:r>
    </w:p>
    <w:p w14:paraId="43B2AB26" w14:textId="77777777" w:rsidR="00AD38DA" w:rsidRPr="00C9454D" w:rsidRDefault="00AD38DA" w:rsidP="00C9454D">
      <w:pPr>
        <w:rPr>
          <w:sz w:val="24"/>
          <w:szCs w:val="24"/>
        </w:rPr>
      </w:pPr>
      <w:r w:rsidRPr="00C9454D">
        <w:rPr>
          <w:sz w:val="24"/>
          <w:szCs w:val="24"/>
        </w:rPr>
        <w:t>“We’ll build wooden troughs,” she said, her voice steady. “Inside, we’ll layer stone, sand, moss, and charcoal. As the river water flows through these layers, the debris and impurities will be trapped. What comes out will be clean enough for washing and irrigating crops. It’s not perfect, but it’s a start.”</w:t>
      </w:r>
    </w:p>
    <w:p w14:paraId="385CA014" w14:textId="77777777" w:rsidR="00AD38DA" w:rsidRPr="00C9454D" w:rsidRDefault="00AD38DA" w:rsidP="00C9454D">
      <w:pPr>
        <w:rPr>
          <w:sz w:val="24"/>
          <w:szCs w:val="24"/>
        </w:rPr>
      </w:pPr>
      <w:r w:rsidRPr="00C9454D">
        <w:rPr>
          <w:sz w:val="24"/>
          <w:szCs w:val="24"/>
        </w:rPr>
        <w:t xml:space="preserve">The villagers exchanged uncertain glances, but Father </w:t>
      </w:r>
      <w:proofErr w:type="spellStart"/>
      <w:r w:rsidRPr="00C9454D">
        <w:rPr>
          <w:sz w:val="24"/>
          <w:szCs w:val="24"/>
        </w:rPr>
        <w:t>Elric</w:t>
      </w:r>
      <w:proofErr w:type="spellEnd"/>
      <w:r w:rsidRPr="00C9454D">
        <w:rPr>
          <w:sz w:val="24"/>
          <w:szCs w:val="24"/>
        </w:rPr>
        <w:t xml:space="preserve"> stepped forward, nodding thoughtfully. “It’s sound logic,” he said. “If it works, it could save lives. Let’s try.”</w:t>
      </w:r>
    </w:p>
    <w:p w14:paraId="5475FFD9" w14:textId="77777777" w:rsidR="00AD38DA" w:rsidRPr="00C9454D" w:rsidRDefault="00AD38DA" w:rsidP="00C9454D">
      <w:pPr>
        <w:rPr>
          <w:sz w:val="24"/>
          <w:szCs w:val="24"/>
        </w:rPr>
      </w:pPr>
      <w:r w:rsidRPr="00C9454D">
        <w:rPr>
          <w:sz w:val="24"/>
          <w:szCs w:val="24"/>
        </w:rPr>
        <w:t>Under Abilene’s direction, the villagers began building the troughs. Charcoal was carefully burned in pits, sand was collected and sifted, and moss was gathered from the nearby woods. The layers were assembled with precision, each one critical to the filtration process.</w:t>
      </w:r>
    </w:p>
    <w:p w14:paraId="4DE506D7" w14:textId="77777777" w:rsidR="00AD38DA" w:rsidRPr="00C9454D" w:rsidRDefault="00AD38DA" w:rsidP="00C9454D">
      <w:pPr>
        <w:rPr>
          <w:sz w:val="24"/>
          <w:szCs w:val="24"/>
        </w:rPr>
      </w:pPr>
      <w:r w:rsidRPr="00C9454D">
        <w:rPr>
          <w:sz w:val="24"/>
          <w:szCs w:val="24"/>
        </w:rPr>
        <w:t>“Keep the flow steady,” Abilene instructed as water was diverted through the first trough. When the filtered water emerged, clearer than anyone had seen in weeks, a wave of relief swept through the group.</w:t>
      </w:r>
    </w:p>
    <w:p w14:paraId="66444C3B" w14:textId="77777777" w:rsidR="00AD38DA" w:rsidRPr="00C9454D" w:rsidRDefault="00AD38DA" w:rsidP="00C9454D">
      <w:pPr>
        <w:rPr>
          <w:sz w:val="24"/>
          <w:szCs w:val="24"/>
        </w:rPr>
      </w:pPr>
      <w:r w:rsidRPr="00C9454D">
        <w:rPr>
          <w:sz w:val="24"/>
          <w:szCs w:val="24"/>
        </w:rPr>
        <w:t xml:space="preserve">“It works,” Father </w:t>
      </w:r>
      <w:proofErr w:type="spellStart"/>
      <w:r w:rsidRPr="00C9454D">
        <w:rPr>
          <w:sz w:val="24"/>
          <w:szCs w:val="24"/>
        </w:rPr>
        <w:t>Elric</w:t>
      </w:r>
      <w:proofErr w:type="spellEnd"/>
      <w:r w:rsidRPr="00C9454D">
        <w:rPr>
          <w:sz w:val="24"/>
          <w:szCs w:val="24"/>
        </w:rPr>
        <w:t xml:space="preserve"> said, his voice filled with awe. “Lady Abilene, you’ve given us hope.”</w:t>
      </w:r>
    </w:p>
    <w:p w14:paraId="652D6360" w14:textId="77777777" w:rsidR="00AD38DA" w:rsidRPr="00C9454D" w:rsidRDefault="00AD38DA" w:rsidP="00C9454D">
      <w:pPr>
        <w:rPr>
          <w:sz w:val="24"/>
          <w:szCs w:val="24"/>
        </w:rPr>
      </w:pPr>
    </w:p>
    <w:p w14:paraId="194A41F4" w14:textId="5F6FBA31" w:rsidR="00AD38DA" w:rsidRPr="00C9454D" w:rsidRDefault="00AD38DA" w:rsidP="00C9454D">
      <w:pPr>
        <w:rPr>
          <w:sz w:val="24"/>
          <w:szCs w:val="24"/>
        </w:rPr>
      </w:pPr>
      <w:r w:rsidRPr="00C9454D">
        <w:rPr>
          <w:sz w:val="24"/>
          <w:szCs w:val="24"/>
        </w:rPr>
        <w:t xml:space="preserve">At </w:t>
      </w:r>
      <w:r w:rsidR="00522C4D" w:rsidRPr="00C9454D">
        <w:rPr>
          <w:sz w:val="24"/>
          <w:szCs w:val="24"/>
        </w:rPr>
        <w:t>High Haven</w:t>
      </w:r>
      <w:r w:rsidRPr="00C9454D">
        <w:rPr>
          <w:sz w:val="24"/>
          <w:szCs w:val="24"/>
        </w:rPr>
        <w:t>, the reclamation of the great hall continued alongsi</w:t>
      </w:r>
      <w:r w:rsidR="00DD1FF5" w:rsidRPr="00C9454D">
        <w:rPr>
          <w:sz w:val="24"/>
          <w:szCs w:val="24"/>
        </w:rPr>
        <w:t xml:space="preserve">de </w:t>
      </w:r>
      <w:r w:rsidRPr="00C9454D">
        <w:rPr>
          <w:sz w:val="24"/>
          <w:szCs w:val="24"/>
        </w:rPr>
        <w:t>the water project. The villagers worked tirelessly, hauling out debris and sorting it into piles: a burn pile for rotted wood and fabric, a disposal pit for broken glass and scraps, and a keep pile for anything salvageable.</w:t>
      </w:r>
    </w:p>
    <w:p w14:paraId="50D0EC94" w14:textId="77777777" w:rsidR="00AD38DA" w:rsidRPr="00C9454D" w:rsidRDefault="00AD38DA" w:rsidP="00C9454D">
      <w:pPr>
        <w:rPr>
          <w:sz w:val="24"/>
          <w:szCs w:val="24"/>
        </w:rPr>
      </w:pPr>
      <w:r w:rsidRPr="00C9454D">
        <w:rPr>
          <w:sz w:val="24"/>
          <w:szCs w:val="24"/>
        </w:rPr>
        <w:t>Abilene moved through the hall with tireless energy, marveling at the treasures they uncovered. Tapestries, linens, furniture—each piece seemed chosen with care, preserved beneath the chaos of the hoard.</w:t>
      </w:r>
    </w:p>
    <w:p w14:paraId="7A10D9C8" w14:textId="77777777" w:rsidR="00AD38DA" w:rsidRPr="00C9454D" w:rsidRDefault="00AD38DA" w:rsidP="00C9454D">
      <w:pPr>
        <w:rPr>
          <w:sz w:val="24"/>
          <w:szCs w:val="24"/>
        </w:rPr>
      </w:pPr>
      <w:r w:rsidRPr="00C9454D">
        <w:rPr>
          <w:sz w:val="24"/>
          <w:szCs w:val="24"/>
        </w:rPr>
        <w:t>“It’s as though she knew someone would find this someday,” Abilene said, holding up a finely embroidered tablecloth.</w:t>
      </w:r>
    </w:p>
    <w:p w14:paraId="737FBCB2" w14:textId="77777777" w:rsidR="00AD38DA" w:rsidRPr="00C9454D" w:rsidRDefault="00AD38DA" w:rsidP="00C9454D">
      <w:pPr>
        <w:rPr>
          <w:sz w:val="24"/>
          <w:szCs w:val="24"/>
        </w:rPr>
      </w:pPr>
      <w:r w:rsidRPr="00C9454D">
        <w:rPr>
          <w:sz w:val="24"/>
          <w:szCs w:val="24"/>
        </w:rPr>
        <w:t>“Or maybe she just had your taste,” Guy teased as he passed by, carrying a carved chest toward the keep pile.</w:t>
      </w:r>
    </w:p>
    <w:p w14:paraId="0677005D" w14:textId="77777777" w:rsidR="00AD38DA" w:rsidRPr="00C9454D" w:rsidRDefault="00AD38DA" w:rsidP="00C9454D">
      <w:pPr>
        <w:rPr>
          <w:sz w:val="24"/>
          <w:szCs w:val="24"/>
        </w:rPr>
      </w:pPr>
      <w:r w:rsidRPr="00C9454D">
        <w:rPr>
          <w:sz w:val="24"/>
          <w:szCs w:val="24"/>
        </w:rPr>
        <w:t xml:space="preserve">Abilene laughed, but his words struck a chord. The more she uncovered, the more she felt a kinship with Lady Helena </w:t>
      </w:r>
      <w:proofErr w:type="spellStart"/>
      <w:r w:rsidRPr="00C9454D">
        <w:rPr>
          <w:sz w:val="24"/>
          <w:szCs w:val="24"/>
        </w:rPr>
        <w:t>Ravenshire</w:t>
      </w:r>
      <w:proofErr w:type="spellEnd"/>
      <w:r w:rsidRPr="00C9454D">
        <w:rPr>
          <w:sz w:val="24"/>
          <w:szCs w:val="24"/>
        </w:rPr>
        <w:t>—a sense that they might have been kindred spirits in another time.</w:t>
      </w:r>
    </w:p>
    <w:p w14:paraId="1E55A177" w14:textId="77777777" w:rsidR="00AD38DA" w:rsidRPr="00C9454D" w:rsidRDefault="00AD38DA" w:rsidP="00C9454D">
      <w:pPr>
        <w:rPr>
          <w:sz w:val="24"/>
          <w:szCs w:val="24"/>
        </w:rPr>
      </w:pPr>
    </w:p>
    <w:p w14:paraId="5620161D" w14:textId="77777777" w:rsidR="00AD38DA" w:rsidRPr="00C9454D" w:rsidRDefault="00AD38DA" w:rsidP="00C9454D">
      <w:pPr>
        <w:rPr>
          <w:sz w:val="24"/>
          <w:szCs w:val="24"/>
        </w:rPr>
      </w:pPr>
      <w:r w:rsidRPr="00C9454D">
        <w:rPr>
          <w:sz w:val="24"/>
          <w:szCs w:val="24"/>
        </w:rPr>
        <w:t>On the fourth day, as Abilene sorted through the remnants of Lady Helena’s private study, she uncovered a small chest hidden beneath a pile of decayed parchment. Its brass fittings were tarnished but intact, and with Guy’s help, she pried it open.</w:t>
      </w:r>
    </w:p>
    <w:p w14:paraId="27FD461B" w14:textId="2247D6B1" w:rsidR="00AD38DA" w:rsidRPr="00C9454D" w:rsidRDefault="00AD38DA" w:rsidP="00C9454D">
      <w:pPr>
        <w:rPr>
          <w:sz w:val="24"/>
          <w:szCs w:val="24"/>
        </w:rPr>
      </w:pPr>
      <w:r w:rsidRPr="00C9454D">
        <w:rPr>
          <w:sz w:val="24"/>
          <w:szCs w:val="24"/>
        </w:rPr>
        <w:t>Insi</w:t>
      </w:r>
      <w:r w:rsidR="00DD1FF5" w:rsidRPr="00C9454D">
        <w:rPr>
          <w:sz w:val="24"/>
          <w:szCs w:val="24"/>
        </w:rPr>
        <w:t xml:space="preserve">de </w:t>
      </w:r>
      <w:r w:rsidRPr="00C9454D">
        <w:rPr>
          <w:sz w:val="24"/>
          <w:szCs w:val="24"/>
        </w:rPr>
        <w:t>were rows of leather-bound journals, their covers supple and meticulously preserved. Abilene lifted the top journal, her heart pounding as she opened it to the first page.</w:t>
      </w:r>
    </w:p>
    <w:p w14:paraId="3A773F0B" w14:textId="77777777" w:rsidR="00AD38DA" w:rsidRPr="00C9454D" w:rsidRDefault="00AD38DA" w:rsidP="00C9454D">
      <w:pPr>
        <w:rPr>
          <w:sz w:val="24"/>
          <w:szCs w:val="24"/>
        </w:rPr>
      </w:pPr>
      <w:r w:rsidRPr="00C9454D">
        <w:rPr>
          <w:sz w:val="24"/>
          <w:szCs w:val="24"/>
        </w:rPr>
        <w:t>The words seemed to leap from the page, written in an elegant hand:</w:t>
      </w:r>
    </w:p>
    <w:p w14:paraId="0BBA5C8B" w14:textId="77777777" w:rsidR="00AD38DA" w:rsidRPr="00C9454D" w:rsidRDefault="00AD38DA" w:rsidP="00C9454D">
      <w:pPr>
        <w:rPr>
          <w:sz w:val="24"/>
          <w:szCs w:val="24"/>
        </w:rPr>
      </w:pPr>
      <w:r w:rsidRPr="00C9454D">
        <w:rPr>
          <w:sz w:val="24"/>
          <w:szCs w:val="24"/>
        </w:rPr>
        <w:t xml:space="preserve">**“To the one who finds this, know that you were meant to. The burden I leave behind is heavy, and for that, I ask forgiveness. I bore and buried seven children, each one a light extinguished before it could fully shine. My husband, </w:t>
      </w:r>
      <w:proofErr w:type="spellStart"/>
      <w:r w:rsidRPr="00C9454D">
        <w:rPr>
          <w:sz w:val="24"/>
          <w:szCs w:val="24"/>
        </w:rPr>
        <w:t>Alrich</w:t>
      </w:r>
      <w:proofErr w:type="spellEnd"/>
      <w:r w:rsidRPr="00C9454D">
        <w:rPr>
          <w:sz w:val="24"/>
          <w:szCs w:val="24"/>
        </w:rPr>
        <w:t>, rests with them, and though I was left alone in this house of grief, I found solace in ancient truths.</w:t>
      </w:r>
    </w:p>
    <w:p w14:paraId="077D0848" w14:textId="6A64A685" w:rsidR="00AD38DA" w:rsidRPr="00C9454D" w:rsidRDefault="00AD38DA" w:rsidP="00C9454D">
      <w:pPr>
        <w:rPr>
          <w:sz w:val="24"/>
          <w:szCs w:val="24"/>
        </w:rPr>
      </w:pPr>
      <w:r w:rsidRPr="00C9454D">
        <w:rPr>
          <w:sz w:val="24"/>
          <w:szCs w:val="24"/>
        </w:rPr>
        <w:t>These pages hold my reflections, my struggles, and the fragments of hope that sustained me. May they gui</w:t>
      </w:r>
      <w:r w:rsidR="00DD1FF5" w:rsidRPr="00C9454D">
        <w:rPr>
          <w:sz w:val="24"/>
          <w:szCs w:val="24"/>
        </w:rPr>
        <w:t xml:space="preserve">de </w:t>
      </w:r>
      <w:r w:rsidRPr="00C9454D">
        <w:rPr>
          <w:sz w:val="24"/>
          <w:szCs w:val="24"/>
        </w:rPr>
        <w:t>you as they have guided me. And may you carry forward what I could not.”**</w:t>
      </w:r>
    </w:p>
    <w:p w14:paraId="62B36614" w14:textId="77777777" w:rsidR="00AD38DA" w:rsidRPr="00C9454D" w:rsidRDefault="00AD38DA" w:rsidP="00C9454D">
      <w:pPr>
        <w:rPr>
          <w:sz w:val="24"/>
          <w:szCs w:val="24"/>
        </w:rPr>
      </w:pPr>
      <w:r w:rsidRPr="00C9454D">
        <w:rPr>
          <w:sz w:val="24"/>
          <w:szCs w:val="24"/>
        </w:rPr>
        <w:t>Abilene pressed a hand to her chest, her voice trembling as she read the words aloud. “Seven children,” she whispered. “And her husband… she lost them all.”</w:t>
      </w:r>
    </w:p>
    <w:p w14:paraId="176008C0" w14:textId="77777777" w:rsidR="00AD38DA" w:rsidRPr="00C9454D" w:rsidRDefault="00AD38DA" w:rsidP="00C9454D">
      <w:pPr>
        <w:rPr>
          <w:sz w:val="24"/>
          <w:szCs w:val="24"/>
        </w:rPr>
      </w:pPr>
      <w:r w:rsidRPr="00C9454D">
        <w:rPr>
          <w:sz w:val="24"/>
          <w:szCs w:val="24"/>
        </w:rPr>
        <w:t>“She wasn’t mad,” Guy said softly, his hand resting on her shoulder. “She was grieving. And she wanted someone to find this.”</w:t>
      </w:r>
    </w:p>
    <w:p w14:paraId="5A3C6E69" w14:textId="77777777" w:rsidR="00AD38DA" w:rsidRPr="00C9454D" w:rsidRDefault="00AD38DA" w:rsidP="00C9454D">
      <w:pPr>
        <w:rPr>
          <w:sz w:val="24"/>
          <w:szCs w:val="24"/>
        </w:rPr>
      </w:pPr>
      <w:r w:rsidRPr="00C9454D">
        <w:rPr>
          <w:sz w:val="24"/>
          <w:szCs w:val="24"/>
        </w:rPr>
        <w:t>Abilene nodded, tears filling her eyes as she flipped through the journals. They contained meticulous inventory lists, records of the quarry’s management, and reflections on faith and resilience. Among the pages were references to ancient manuscripts and truths that had given Lady Helena strength in her darkest moments.</w:t>
      </w:r>
    </w:p>
    <w:p w14:paraId="5B64A8FB" w14:textId="77777777" w:rsidR="00AD38DA" w:rsidRPr="00C9454D" w:rsidRDefault="00AD38DA" w:rsidP="00C9454D">
      <w:pPr>
        <w:rPr>
          <w:sz w:val="24"/>
          <w:szCs w:val="24"/>
        </w:rPr>
      </w:pPr>
      <w:r w:rsidRPr="00C9454D">
        <w:rPr>
          <w:sz w:val="24"/>
          <w:szCs w:val="24"/>
        </w:rPr>
        <w:t>“She left this for me,” Abilene murmured. “I feel like I know her. Like… I could have been her.”</w:t>
      </w:r>
    </w:p>
    <w:p w14:paraId="3FB3822C" w14:textId="77777777" w:rsidR="00AD38DA" w:rsidRPr="00C9454D" w:rsidRDefault="00AD38DA" w:rsidP="00C9454D">
      <w:pPr>
        <w:rPr>
          <w:sz w:val="24"/>
          <w:szCs w:val="24"/>
        </w:rPr>
      </w:pPr>
      <w:r w:rsidRPr="00C9454D">
        <w:rPr>
          <w:sz w:val="24"/>
          <w:szCs w:val="24"/>
        </w:rPr>
        <w:t>Guy’s gaze softened. “You’ve honored her by bringing this place back to life. She’d be proud of what you’re doing.”</w:t>
      </w:r>
    </w:p>
    <w:p w14:paraId="6495956B" w14:textId="77777777" w:rsidR="00AD38DA" w:rsidRPr="00C9454D" w:rsidRDefault="00AD38DA" w:rsidP="00C9454D">
      <w:pPr>
        <w:rPr>
          <w:sz w:val="24"/>
          <w:szCs w:val="24"/>
        </w:rPr>
      </w:pPr>
    </w:p>
    <w:p w14:paraId="04A160D8" w14:textId="15EC2CCF" w:rsidR="00327B9D" w:rsidRPr="00C9454D" w:rsidRDefault="00AD38DA" w:rsidP="00C9454D">
      <w:pPr>
        <w:rPr>
          <w:sz w:val="24"/>
          <w:szCs w:val="24"/>
        </w:rPr>
      </w:pPr>
      <w:r w:rsidRPr="00C9454D">
        <w:rPr>
          <w:sz w:val="24"/>
          <w:szCs w:val="24"/>
        </w:rPr>
        <w:t xml:space="preserve">By the end of the week, </w:t>
      </w:r>
      <w:r w:rsidR="00522C4D" w:rsidRPr="00C9454D">
        <w:rPr>
          <w:sz w:val="24"/>
          <w:szCs w:val="24"/>
        </w:rPr>
        <w:t>High Haven</w:t>
      </w:r>
      <w:r w:rsidRPr="00C9454D">
        <w:rPr>
          <w:sz w:val="24"/>
          <w:szCs w:val="24"/>
        </w:rPr>
        <w:t xml:space="preserve"> was transformed. The great hall was no longer a den of </w:t>
      </w:r>
      <w:r w:rsidR="00F5626E" w:rsidRPr="00C9454D">
        <w:rPr>
          <w:sz w:val="24"/>
          <w:szCs w:val="24"/>
        </w:rPr>
        <w:t>chaos,</w:t>
      </w:r>
      <w:r w:rsidRPr="00C9454D">
        <w:rPr>
          <w:sz w:val="24"/>
          <w:szCs w:val="24"/>
        </w:rPr>
        <w:t xml:space="preserve"> but a clean, open space filled with light</w:t>
      </w:r>
      <w:r w:rsidR="00327B9D" w:rsidRPr="00C9454D">
        <w:rPr>
          <w:sz w:val="24"/>
          <w:szCs w:val="24"/>
        </w:rPr>
        <w:t xml:space="preserve">, once a chaotic hoard, now gleamed with clean stone floors and freshly placed furniture. The keep pile had yielded enough treasures to furnish not only </w:t>
      </w:r>
      <w:r w:rsidR="00522C4D" w:rsidRPr="00C9454D">
        <w:rPr>
          <w:sz w:val="24"/>
          <w:szCs w:val="24"/>
        </w:rPr>
        <w:t>High Haven</w:t>
      </w:r>
      <w:r w:rsidR="00327B9D" w:rsidRPr="00C9454D">
        <w:rPr>
          <w:sz w:val="24"/>
          <w:szCs w:val="24"/>
        </w:rPr>
        <w:t xml:space="preserve"> but a second manor as well.</w:t>
      </w:r>
    </w:p>
    <w:p w14:paraId="3E0CF52B" w14:textId="0930C0D0" w:rsidR="00327B9D" w:rsidRPr="00C9454D" w:rsidRDefault="00327B9D" w:rsidP="00C9454D">
      <w:pPr>
        <w:rPr>
          <w:sz w:val="24"/>
          <w:szCs w:val="24"/>
        </w:rPr>
      </w:pPr>
      <w:r w:rsidRPr="00C9454D">
        <w:rPr>
          <w:sz w:val="24"/>
          <w:szCs w:val="24"/>
        </w:rPr>
        <w:t>Abilene sat on a restored chair near the hearth, the chest of journals at her feet. She held one of them tightly, feeling as though Lady Helena herself were besi</w:t>
      </w:r>
      <w:r w:rsidR="00DD1FF5" w:rsidRPr="00C9454D">
        <w:rPr>
          <w:sz w:val="24"/>
          <w:szCs w:val="24"/>
        </w:rPr>
        <w:t xml:space="preserve">de </w:t>
      </w:r>
      <w:r w:rsidRPr="00C9454D">
        <w:rPr>
          <w:sz w:val="24"/>
          <w:szCs w:val="24"/>
        </w:rPr>
        <w:t>her.</w:t>
      </w:r>
    </w:p>
    <w:p w14:paraId="12263D07" w14:textId="77777777" w:rsidR="00327B9D" w:rsidRPr="00C9454D" w:rsidRDefault="00327B9D" w:rsidP="00C9454D">
      <w:pPr>
        <w:rPr>
          <w:sz w:val="24"/>
          <w:szCs w:val="24"/>
        </w:rPr>
      </w:pPr>
      <w:r w:rsidRPr="00C9454D">
        <w:rPr>
          <w:sz w:val="24"/>
          <w:szCs w:val="24"/>
        </w:rPr>
        <w:t>“I feel like I know her,” she said to Guy, her voice quiet. “Her struggles, her hopes… it’s as if she left this for me.”</w:t>
      </w:r>
    </w:p>
    <w:p w14:paraId="5FFFF72E" w14:textId="77777777" w:rsidR="00327B9D" w:rsidRPr="00C9454D" w:rsidRDefault="00327B9D" w:rsidP="00C9454D">
      <w:pPr>
        <w:rPr>
          <w:sz w:val="24"/>
          <w:szCs w:val="24"/>
        </w:rPr>
      </w:pPr>
      <w:r w:rsidRPr="00C9454D">
        <w:rPr>
          <w:sz w:val="24"/>
          <w:szCs w:val="24"/>
        </w:rPr>
        <w:t>“She did,” Guy replied simply. “And you’ve honored her by bringing this place back to life.”</w:t>
      </w:r>
    </w:p>
    <w:p w14:paraId="79BA7E0B" w14:textId="26680FD6" w:rsidR="00327B9D" w:rsidRPr="00C9454D" w:rsidRDefault="00327B9D" w:rsidP="00C9454D">
      <w:pPr>
        <w:rPr>
          <w:sz w:val="24"/>
          <w:szCs w:val="24"/>
        </w:rPr>
      </w:pPr>
      <w:r w:rsidRPr="00C9454D">
        <w:rPr>
          <w:sz w:val="24"/>
          <w:szCs w:val="24"/>
        </w:rPr>
        <w:t xml:space="preserve">Abilene nodded, gazing around the room. </w:t>
      </w:r>
      <w:r w:rsidR="00522C4D" w:rsidRPr="00C9454D">
        <w:rPr>
          <w:sz w:val="24"/>
          <w:szCs w:val="24"/>
        </w:rPr>
        <w:t>High Haven</w:t>
      </w:r>
      <w:r w:rsidRPr="00C9454D">
        <w:rPr>
          <w:sz w:val="24"/>
          <w:szCs w:val="24"/>
        </w:rPr>
        <w:t xml:space="preserve"> was no longer a relic of the past. It was a place of hope, reborn from the ashes of tragedy. And for the first time in a long time, she felt truly at peace.</w:t>
      </w:r>
    </w:p>
    <w:p w14:paraId="599215FE" w14:textId="02826024" w:rsidR="00AD38DA" w:rsidRPr="00C9454D" w:rsidRDefault="00AD38DA" w:rsidP="00C9454D">
      <w:pPr>
        <w:rPr>
          <w:sz w:val="24"/>
          <w:szCs w:val="24"/>
        </w:rPr>
      </w:pPr>
      <w:r w:rsidRPr="00C9454D">
        <w:rPr>
          <w:sz w:val="24"/>
          <w:szCs w:val="24"/>
        </w:rPr>
        <w:t xml:space="preserve">The water filtration system was already making a difference in </w:t>
      </w:r>
      <w:proofErr w:type="spellStart"/>
      <w:r w:rsidR="00225D06" w:rsidRPr="00C9454D">
        <w:rPr>
          <w:sz w:val="24"/>
          <w:szCs w:val="24"/>
        </w:rPr>
        <w:t>Teston</w:t>
      </w:r>
      <w:proofErr w:type="spellEnd"/>
      <w:r w:rsidRPr="00C9454D">
        <w:rPr>
          <w:sz w:val="24"/>
          <w:szCs w:val="24"/>
        </w:rPr>
        <w:t>, providing the villagers with clean water for washing and irrigation.</w:t>
      </w:r>
    </w:p>
    <w:p w14:paraId="54628F3C" w14:textId="4E180E97" w:rsidR="00AD38DA" w:rsidRPr="00C9454D" w:rsidRDefault="00AD38DA" w:rsidP="00C9454D">
      <w:pPr>
        <w:rPr>
          <w:sz w:val="24"/>
          <w:szCs w:val="24"/>
        </w:rPr>
      </w:pPr>
      <w:r w:rsidRPr="00C9454D">
        <w:rPr>
          <w:sz w:val="24"/>
          <w:szCs w:val="24"/>
        </w:rPr>
        <w:t xml:space="preserve">Abilene sat by the hearth that evening, the chest of journals at her feet, feeling a deep connection to Lady Helena </w:t>
      </w:r>
      <w:proofErr w:type="spellStart"/>
      <w:r w:rsidRPr="00C9454D">
        <w:rPr>
          <w:sz w:val="24"/>
          <w:szCs w:val="24"/>
        </w:rPr>
        <w:t>Ravenshire</w:t>
      </w:r>
      <w:proofErr w:type="spellEnd"/>
      <w:r w:rsidRPr="00C9454D">
        <w:rPr>
          <w:sz w:val="24"/>
          <w:szCs w:val="24"/>
        </w:rPr>
        <w:t xml:space="preserve">. </w:t>
      </w:r>
      <w:r w:rsidR="00522C4D" w:rsidRPr="00C9454D">
        <w:rPr>
          <w:sz w:val="24"/>
          <w:szCs w:val="24"/>
        </w:rPr>
        <w:t>High Haven</w:t>
      </w:r>
      <w:r w:rsidRPr="00C9454D">
        <w:rPr>
          <w:sz w:val="24"/>
          <w:szCs w:val="24"/>
        </w:rPr>
        <w:t xml:space="preserve"> was no longer just a relic of the past—it was a place of hope, reborn from tragedy. And she was determined to see it thrive.</w:t>
      </w:r>
    </w:p>
    <w:p w14:paraId="22E6A4DA" w14:textId="77777777" w:rsidR="00501C70" w:rsidRPr="00C9454D" w:rsidRDefault="00501C70" w:rsidP="00C9454D">
      <w:pPr>
        <w:rPr>
          <w:sz w:val="24"/>
          <w:szCs w:val="24"/>
        </w:rPr>
      </w:pPr>
    </w:p>
    <w:p w14:paraId="4075F79F" w14:textId="77777777" w:rsidR="00D00210" w:rsidRPr="00C9454D" w:rsidRDefault="00D00210" w:rsidP="00C9454D">
      <w:pPr>
        <w:rPr>
          <w:sz w:val="24"/>
          <w:szCs w:val="24"/>
        </w:rPr>
      </w:pPr>
      <w:r w:rsidRPr="00C9454D">
        <w:rPr>
          <w:sz w:val="24"/>
          <w:szCs w:val="24"/>
        </w:rPr>
        <w:t>A Thousand Years and An Ocean Apart</w:t>
      </w:r>
    </w:p>
    <w:p w14:paraId="08A95366" w14:textId="77777777" w:rsidR="00D00210" w:rsidRPr="00C9454D" w:rsidRDefault="00D00210" w:rsidP="00C9454D">
      <w:pPr>
        <w:rPr>
          <w:sz w:val="24"/>
          <w:szCs w:val="24"/>
        </w:rPr>
      </w:pPr>
    </w:p>
    <w:p w14:paraId="62F13237" w14:textId="77777777" w:rsidR="00D00210" w:rsidRPr="00C9454D" w:rsidRDefault="00D00210" w:rsidP="00C9454D">
      <w:pPr>
        <w:rPr>
          <w:sz w:val="24"/>
          <w:szCs w:val="24"/>
        </w:rPr>
      </w:pPr>
      <w:r w:rsidRPr="00C9454D">
        <w:rPr>
          <w:sz w:val="24"/>
          <w:szCs w:val="24"/>
        </w:rPr>
        <w:t>The soft glow of the laptop lit my face as I leaned forward, my fingers poised above the keyboard. A faint hum filled the room, broken only by the occasional creak of the farmhouse settling around me. Papers lay scattered across the desk—genealogy charts, census records, and maps, each one a fragment of the story I’d spent twenty years piecing together.</w:t>
      </w:r>
    </w:p>
    <w:p w14:paraId="5A2050BB" w14:textId="77777777" w:rsidR="00D00210" w:rsidRPr="00C9454D" w:rsidRDefault="00D00210" w:rsidP="00C9454D">
      <w:pPr>
        <w:rPr>
          <w:sz w:val="24"/>
          <w:szCs w:val="24"/>
        </w:rPr>
      </w:pPr>
      <w:r w:rsidRPr="00C9454D">
        <w:rPr>
          <w:sz w:val="24"/>
          <w:szCs w:val="24"/>
        </w:rPr>
        <w:t>Tonight, my search had led me to a newly digitized archive from Kent, England, one I hadn’t seen before. The name High Haven had surfaced sporadically over the years, appearing in passing mentions and cryptic references. I had always dismissed it as a curiosity, something too vague to pursue. But now, as the archive loaded, I couldn’t shake the feeling that I was about to uncover something significant.</w:t>
      </w:r>
    </w:p>
    <w:p w14:paraId="24C5ED3A" w14:textId="77777777" w:rsidR="00D00210" w:rsidRPr="00C9454D" w:rsidRDefault="00D00210" w:rsidP="00C9454D">
      <w:pPr>
        <w:rPr>
          <w:sz w:val="24"/>
          <w:szCs w:val="24"/>
        </w:rPr>
      </w:pPr>
      <w:r w:rsidRPr="00C9454D">
        <w:rPr>
          <w:sz w:val="24"/>
          <w:szCs w:val="24"/>
        </w:rPr>
        <w:t>My breath caught as the document appeared on the screen—The parchment was faded, the ink softened with age, but the words were clear enough to read:</w:t>
      </w:r>
    </w:p>
    <w:p w14:paraId="582A94FF" w14:textId="77777777" w:rsidR="00D00210" w:rsidRPr="00C9454D" w:rsidRDefault="00D00210" w:rsidP="00C9454D">
      <w:pPr>
        <w:rPr>
          <w:i/>
          <w:iCs/>
          <w:sz w:val="24"/>
          <w:szCs w:val="24"/>
        </w:rPr>
      </w:pPr>
      <w:r w:rsidRPr="00C9454D">
        <w:rPr>
          <w:i/>
          <w:iCs/>
          <w:sz w:val="24"/>
          <w:szCs w:val="24"/>
        </w:rPr>
        <w:t xml:space="preserve">The Granting of Arms to House De </w:t>
      </w:r>
      <w:proofErr w:type="spellStart"/>
      <w:r w:rsidRPr="00C9454D">
        <w:rPr>
          <w:i/>
          <w:iCs/>
          <w:sz w:val="24"/>
          <w:szCs w:val="24"/>
        </w:rPr>
        <w:t>Barham</w:t>
      </w:r>
      <w:proofErr w:type="spellEnd"/>
      <w:r w:rsidRPr="00C9454D">
        <w:rPr>
          <w:i/>
          <w:iCs/>
          <w:sz w:val="24"/>
          <w:szCs w:val="24"/>
        </w:rPr>
        <w:t xml:space="preserve"> In the year of our Lord 1196, by the authority of Richard, King of England, Duke of Normandy, and Count of Anjou, let it be known throughout the realm: That for acts of unwavering loyalty, service to the people, and restoration of honor to a name once fallen, the noble House of De </w:t>
      </w:r>
      <w:proofErr w:type="spellStart"/>
      <w:r w:rsidRPr="00C9454D">
        <w:rPr>
          <w:i/>
          <w:iCs/>
          <w:sz w:val="24"/>
          <w:szCs w:val="24"/>
        </w:rPr>
        <w:t>Barham</w:t>
      </w:r>
      <w:proofErr w:type="spellEnd"/>
      <w:r w:rsidRPr="00C9454D">
        <w:rPr>
          <w:i/>
          <w:iCs/>
          <w:sz w:val="24"/>
          <w:szCs w:val="24"/>
        </w:rPr>
        <w:t xml:space="preserve"> is hereby granted the following coat of arms: Argent, three bears passant sable, muzzled or. This sacred crest, once marked by disgrace, shall now serve as a banner of redemption, resilience, and dignity. Let all who behold it understand that strength may be tamed by wisdom, and power may be sanctified by service. The arms are to be borne by Sir Guy de </w:t>
      </w:r>
      <w:proofErr w:type="spellStart"/>
      <w:r w:rsidRPr="00C9454D">
        <w:rPr>
          <w:i/>
          <w:iCs/>
          <w:sz w:val="24"/>
          <w:szCs w:val="24"/>
        </w:rPr>
        <w:t>Peine</w:t>
      </w:r>
      <w:proofErr w:type="spellEnd"/>
      <w:r w:rsidRPr="00C9454D">
        <w:rPr>
          <w:i/>
          <w:iCs/>
          <w:sz w:val="24"/>
          <w:szCs w:val="24"/>
        </w:rPr>
        <w:t xml:space="preserve"> and Lady Abilene de </w:t>
      </w:r>
      <w:proofErr w:type="spellStart"/>
      <w:r w:rsidRPr="00C9454D">
        <w:rPr>
          <w:i/>
          <w:iCs/>
          <w:sz w:val="24"/>
          <w:szCs w:val="24"/>
        </w:rPr>
        <w:t>Barham</w:t>
      </w:r>
      <w:proofErr w:type="spellEnd"/>
      <w:r w:rsidRPr="00C9454D">
        <w:rPr>
          <w:i/>
          <w:iCs/>
          <w:sz w:val="24"/>
          <w:szCs w:val="24"/>
        </w:rPr>
        <w:t>, and by their heirs, as a sign of their divine inheritance and enduring faith. Thus sealed with the authority of the crown and witnessed by the court at High Haven</w:t>
      </w:r>
    </w:p>
    <w:p w14:paraId="74A2ED0D" w14:textId="77777777" w:rsidR="00D00210" w:rsidRPr="00C9454D" w:rsidRDefault="00D00210" w:rsidP="00C9454D">
      <w:pPr>
        <w:rPr>
          <w:sz w:val="24"/>
          <w:szCs w:val="24"/>
        </w:rPr>
      </w:pPr>
      <w:r w:rsidRPr="00C9454D">
        <w:rPr>
          <w:sz w:val="24"/>
          <w:szCs w:val="24"/>
        </w:rPr>
        <w:t xml:space="preserve">I stared at the screen, my heart pounding. I traced the names with her finger, my mind racing as the weight of the discovery settled over me. Guy de </w:t>
      </w:r>
      <w:proofErr w:type="spellStart"/>
      <w:r w:rsidRPr="00C9454D">
        <w:rPr>
          <w:sz w:val="24"/>
          <w:szCs w:val="24"/>
        </w:rPr>
        <w:t>Peine</w:t>
      </w:r>
      <w:proofErr w:type="spellEnd"/>
      <w:r w:rsidRPr="00C9454D">
        <w:rPr>
          <w:sz w:val="24"/>
          <w:szCs w:val="24"/>
        </w:rPr>
        <w:t xml:space="preserve">. Abilene De </w:t>
      </w:r>
      <w:proofErr w:type="spellStart"/>
      <w:r w:rsidRPr="00C9454D">
        <w:rPr>
          <w:sz w:val="24"/>
          <w:szCs w:val="24"/>
        </w:rPr>
        <w:t>Barham</w:t>
      </w:r>
      <w:proofErr w:type="spellEnd"/>
      <w:r w:rsidRPr="00C9454D">
        <w:rPr>
          <w:sz w:val="24"/>
          <w:szCs w:val="24"/>
        </w:rPr>
        <w:t>. Their union had been lost to time, but now, here it was, documented in the hand of a king.</w:t>
      </w:r>
    </w:p>
    <w:p w14:paraId="296CF393" w14:textId="77777777" w:rsidR="00D00210" w:rsidRPr="00C9454D" w:rsidRDefault="00D00210" w:rsidP="00C9454D">
      <w:pPr>
        <w:rPr>
          <w:sz w:val="24"/>
          <w:szCs w:val="24"/>
        </w:rPr>
      </w:pPr>
      <w:r w:rsidRPr="00C9454D">
        <w:rPr>
          <w:sz w:val="24"/>
          <w:szCs w:val="24"/>
        </w:rPr>
        <w:t>“Russ!” I called, my voice trembling with excitement.</w:t>
      </w:r>
    </w:p>
    <w:p w14:paraId="53C91EF3" w14:textId="77777777" w:rsidR="00D00210" w:rsidRPr="00C9454D" w:rsidRDefault="00D00210" w:rsidP="00C9454D">
      <w:pPr>
        <w:rPr>
          <w:sz w:val="24"/>
          <w:szCs w:val="24"/>
        </w:rPr>
      </w:pPr>
      <w:r w:rsidRPr="00C9454D">
        <w:rPr>
          <w:sz w:val="24"/>
          <w:szCs w:val="24"/>
        </w:rPr>
        <w:t>Heavy footsteps echoed down the hallway, and Russ appeared in the doorway, his brow furrowed. “What?” he asked, taking in the cluttered desk and my wide-eyed expression.</w:t>
      </w:r>
    </w:p>
    <w:p w14:paraId="65B5343B" w14:textId="77777777" w:rsidR="00D00210" w:rsidRPr="00C9454D" w:rsidRDefault="00D00210" w:rsidP="00C9454D">
      <w:pPr>
        <w:rPr>
          <w:sz w:val="24"/>
          <w:szCs w:val="24"/>
        </w:rPr>
      </w:pPr>
      <w:r w:rsidRPr="00C9454D">
        <w:rPr>
          <w:sz w:val="24"/>
          <w:szCs w:val="24"/>
        </w:rPr>
        <w:t xml:space="preserve">“Look at this.” I turned the laptop toward him, pointing to the screen. “Guy de </w:t>
      </w:r>
      <w:proofErr w:type="spellStart"/>
      <w:r w:rsidRPr="00C9454D">
        <w:rPr>
          <w:sz w:val="24"/>
          <w:szCs w:val="24"/>
        </w:rPr>
        <w:t>Peine</w:t>
      </w:r>
      <w:proofErr w:type="spellEnd"/>
      <w:r w:rsidRPr="00C9454D">
        <w:rPr>
          <w:sz w:val="24"/>
          <w:szCs w:val="24"/>
        </w:rPr>
        <w:t xml:space="preserve"> and Abilene De </w:t>
      </w:r>
      <w:proofErr w:type="spellStart"/>
      <w:r w:rsidRPr="00C9454D">
        <w:rPr>
          <w:sz w:val="24"/>
          <w:szCs w:val="24"/>
        </w:rPr>
        <w:t>Barham</w:t>
      </w:r>
      <w:proofErr w:type="spellEnd"/>
      <w:r w:rsidRPr="00C9454D">
        <w:rPr>
          <w:sz w:val="24"/>
          <w:szCs w:val="24"/>
        </w:rPr>
        <w:t>. They were granted the manor of High Haven and the titles of Baron and Baroness. It’s right here, dated 1196, under King Richard I.”</w:t>
      </w:r>
    </w:p>
    <w:p w14:paraId="73A1A11C" w14:textId="77777777" w:rsidR="00D00210" w:rsidRPr="00C9454D" w:rsidRDefault="00D00210" w:rsidP="00C9454D">
      <w:pPr>
        <w:rPr>
          <w:sz w:val="24"/>
          <w:szCs w:val="24"/>
        </w:rPr>
      </w:pPr>
      <w:r w:rsidRPr="00C9454D">
        <w:rPr>
          <w:sz w:val="24"/>
          <w:szCs w:val="24"/>
        </w:rPr>
        <w:t>Russ stepped closer, leaning down to read the text. “High Haven”</w:t>
      </w:r>
    </w:p>
    <w:p w14:paraId="1AAE9BAC" w14:textId="77777777" w:rsidR="00D00210" w:rsidRPr="00C9454D" w:rsidRDefault="00D00210" w:rsidP="00C9454D">
      <w:pPr>
        <w:rPr>
          <w:sz w:val="24"/>
          <w:szCs w:val="24"/>
        </w:rPr>
      </w:pPr>
      <w:r w:rsidRPr="00C9454D">
        <w:rPr>
          <w:sz w:val="24"/>
          <w:szCs w:val="24"/>
        </w:rPr>
        <w:t xml:space="preserve">I nodded, my excitement bubbling over. “Yes! I’ve seen it mentioned in passing, but I never found anything concrete—until now. This is the first real connection. And look at the names—Guy and Abilene. De </w:t>
      </w:r>
      <w:proofErr w:type="spellStart"/>
      <w:r w:rsidRPr="00C9454D">
        <w:rPr>
          <w:sz w:val="24"/>
          <w:szCs w:val="24"/>
        </w:rPr>
        <w:t>Peine</w:t>
      </w:r>
      <w:proofErr w:type="spellEnd"/>
      <w:r w:rsidRPr="00C9454D">
        <w:rPr>
          <w:sz w:val="24"/>
          <w:szCs w:val="24"/>
        </w:rPr>
        <w:t xml:space="preserve"> and De </w:t>
      </w:r>
      <w:proofErr w:type="spellStart"/>
      <w:r w:rsidRPr="00C9454D">
        <w:rPr>
          <w:sz w:val="24"/>
          <w:szCs w:val="24"/>
        </w:rPr>
        <w:t>Barham</w:t>
      </w:r>
      <w:proofErr w:type="spellEnd"/>
      <w:r w:rsidRPr="00C9454D">
        <w:rPr>
          <w:sz w:val="24"/>
          <w:szCs w:val="24"/>
        </w:rPr>
        <w:t>. That’s us, Russ. Those are our ancestors.”</w:t>
      </w:r>
    </w:p>
    <w:p w14:paraId="3796C98F" w14:textId="77777777" w:rsidR="00D00210" w:rsidRPr="00C9454D" w:rsidRDefault="00D00210" w:rsidP="00C9454D">
      <w:pPr>
        <w:rPr>
          <w:sz w:val="24"/>
          <w:szCs w:val="24"/>
        </w:rPr>
      </w:pPr>
      <w:r w:rsidRPr="00C9454D">
        <w:rPr>
          <w:sz w:val="24"/>
          <w:szCs w:val="24"/>
        </w:rPr>
        <w:t>Russ’s brow furrowed further as he studied the document.</w:t>
      </w:r>
    </w:p>
    <w:p w14:paraId="2EBF5601" w14:textId="77777777" w:rsidR="00D00210" w:rsidRPr="00C9454D" w:rsidRDefault="00D00210" w:rsidP="00C9454D">
      <w:pPr>
        <w:rPr>
          <w:sz w:val="24"/>
          <w:szCs w:val="24"/>
        </w:rPr>
      </w:pPr>
      <w:r w:rsidRPr="00C9454D">
        <w:rPr>
          <w:sz w:val="24"/>
          <w:szCs w:val="24"/>
        </w:rPr>
        <w:t xml:space="preserve"> “They were married, Russ.  They built a life together in England. And now, a thousand years later, here we are.” </w:t>
      </w:r>
    </w:p>
    <w:p w14:paraId="7D534325" w14:textId="77777777" w:rsidR="00D00210" w:rsidRPr="00C9454D" w:rsidRDefault="00D00210" w:rsidP="00C9454D">
      <w:pPr>
        <w:rPr>
          <w:sz w:val="24"/>
          <w:szCs w:val="24"/>
        </w:rPr>
      </w:pPr>
      <w:r w:rsidRPr="00C9454D">
        <w:rPr>
          <w:sz w:val="24"/>
          <w:szCs w:val="24"/>
        </w:rPr>
        <w:t>Russ straightened, crossing his arms as he considered her words.</w:t>
      </w:r>
    </w:p>
    <w:p w14:paraId="7E43DA06" w14:textId="77777777" w:rsidR="00D00210" w:rsidRPr="00C9454D" w:rsidRDefault="00D00210" w:rsidP="00C9454D">
      <w:pPr>
        <w:rPr>
          <w:sz w:val="24"/>
          <w:szCs w:val="24"/>
        </w:rPr>
      </w:pPr>
      <w:r w:rsidRPr="00C9454D">
        <w:rPr>
          <w:sz w:val="24"/>
          <w:szCs w:val="24"/>
        </w:rPr>
        <w:t xml:space="preserve">“What are the odds that two names—De </w:t>
      </w:r>
      <w:proofErr w:type="spellStart"/>
      <w:r w:rsidRPr="00C9454D">
        <w:rPr>
          <w:sz w:val="24"/>
          <w:szCs w:val="24"/>
        </w:rPr>
        <w:t>Peine</w:t>
      </w:r>
      <w:proofErr w:type="spellEnd"/>
      <w:r w:rsidRPr="00C9454D">
        <w:rPr>
          <w:sz w:val="24"/>
          <w:szCs w:val="24"/>
        </w:rPr>
        <w:t xml:space="preserve"> and De </w:t>
      </w:r>
      <w:proofErr w:type="spellStart"/>
      <w:r w:rsidRPr="00C9454D">
        <w:rPr>
          <w:sz w:val="24"/>
          <w:szCs w:val="24"/>
        </w:rPr>
        <w:t>Barham</w:t>
      </w:r>
      <w:proofErr w:type="spellEnd"/>
      <w:r w:rsidRPr="00C9454D">
        <w:rPr>
          <w:sz w:val="24"/>
          <w:szCs w:val="24"/>
        </w:rPr>
        <w:t>—would cross paths again after a thousand years and an ocean apart?”</w:t>
      </w:r>
    </w:p>
    <w:p w14:paraId="0C10147D" w14:textId="77777777" w:rsidR="00D00210" w:rsidRPr="00C9454D" w:rsidRDefault="00D00210" w:rsidP="00C9454D">
      <w:pPr>
        <w:rPr>
          <w:sz w:val="24"/>
          <w:szCs w:val="24"/>
        </w:rPr>
      </w:pPr>
      <w:r w:rsidRPr="00C9454D">
        <w:rPr>
          <w:sz w:val="24"/>
          <w:szCs w:val="24"/>
        </w:rPr>
        <w:t>Russ didn’t answer immediately, his gaze fixed on the laptop screen. Finally, he said, “Only you, my love, only you”</w:t>
      </w:r>
    </w:p>
    <w:p w14:paraId="5FEEC012" w14:textId="77777777" w:rsidR="00D00210" w:rsidRPr="00C9454D" w:rsidRDefault="00D00210" w:rsidP="00C9454D">
      <w:pPr>
        <w:rPr>
          <w:sz w:val="24"/>
          <w:szCs w:val="24"/>
        </w:rPr>
      </w:pPr>
      <w:r w:rsidRPr="00C9454D">
        <w:rPr>
          <w:sz w:val="24"/>
          <w:szCs w:val="24"/>
        </w:rPr>
        <w:t xml:space="preserve">My thoughts raced as I considered the implications. The De </w:t>
      </w:r>
      <w:proofErr w:type="spellStart"/>
      <w:r w:rsidRPr="00C9454D">
        <w:rPr>
          <w:sz w:val="24"/>
          <w:szCs w:val="24"/>
        </w:rPr>
        <w:t>Barham</w:t>
      </w:r>
      <w:proofErr w:type="spellEnd"/>
      <w:r w:rsidRPr="00C9454D">
        <w:rPr>
          <w:sz w:val="24"/>
          <w:szCs w:val="24"/>
        </w:rPr>
        <w:t xml:space="preserve"> and De </w:t>
      </w:r>
      <w:proofErr w:type="spellStart"/>
      <w:r w:rsidRPr="00C9454D">
        <w:rPr>
          <w:sz w:val="24"/>
          <w:szCs w:val="24"/>
        </w:rPr>
        <w:t>Peine</w:t>
      </w:r>
      <w:proofErr w:type="spellEnd"/>
      <w:r w:rsidRPr="00C9454D">
        <w:rPr>
          <w:sz w:val="24"/>
          <w:szCs w:val="24"/>
        </w:rPr>
        <w:t xml:space="preserve"> names had crossed paths in a distant past I could barely imagine, and now, here we are again, intertwined in the present. It felt like more than coincidence. It felt like history repeating itself.</w:t>
      </w:r>
    </w:p>
    <w:p w14:paraId="654B6960" w14:textId="77777777" w:rsidR="00D00210" w:rsidRPr="00C9454D" w:rsidRDefault="00D00210" w:rsidP="00C9454D">
      <w:pPr>
        <w:rPr>
          <w:sz w:val="24"/>
          <w:szCs w:val="24"/>
        </w:rPr>
      </w:pPr>
      <w:r w:rsidRPr="00C9454D">
        <w:rPr>
          <w:sz w:val="24"/>
          <w:szCs w:val="24"/>
        </w:rPr>
        <w:t>Russ broke the silence, his voice softer now. “You really think this is connected?”</w:t>
      </w:r>
    </w:p>
    <w:p w14:paraId="191664DD" w14:textId="77777777" w:rsidR="00D00210" w:rsidRPr="00C9454D" w:rsidRDefault="00D00210" w:rsidP="00C9454D">
      <w:pPr>
        <w:rPr>
          <w:sz w:val="24"/>
          <w:szCs w:val="24"/>
        </w:rPr>
      </w:pPr>
      <w:r w:rsidRPr="00C9454D">
        <w:rPr>
          <w:sz w:val="24"/>
          <w:szCs w:val="24"/>
        </w:rPr>
        <w:t>I smiled, my hand resting on the edge of the desk. “I don’t know. But it feels like it does.”</w:t>
      </w:r>
    </w:p>
    <w:p w14:paraId="0B2835B9" w14:textId="77777777" w:rsidR="00D00210" w:rsidRPr="00C9454D" w:rsidRDefault="00D00210" w:rsidP="00C9454D">
      <w:pPr>
        <w:rPr>
          <w:sz w:val="24"/>
          <w:szCs w:val="24"/>
        </w:rPr>
      </w:pPr>
      <w:r w:rsidRPr="00C9454D">
        <w:rPr>
          <w:sz w:val="24"/>
          <w:szCs w:val="24"/>
        </w:rPr>
        <w:t>“I’ve got to finish barn chores, have fun, my lady” Russ said playfully “Always, my lord” I gave back.</w:t>
      </w:r>
    </w:p>
    <w:p w14:paraId="20A1BFF8" w14:textId="77777777" w:rsidR="00D00210" w:rsidRPr="00C9454D" w:rsidRDefault="00D00210" w:rsidP="00C9454D">
      <w:pPr>
        <w:rPr>
          <w:sz w:val="24"/>
          <w:szCs w:val="24"/>
        </w:rPr>
      </w:pPr>
      <w:r w:rsidRPr="00C9454D">
        <w:rPr>
          <w:sz w:val="24"/>
          <w:szCs w:val="24"/>
        </w:rPr>
        <w:t xml:space="preserve">I leaned back in my chair and there it was, neatly circled in red ink: Sybil de </w:t>
      </w:r>
      <w:proofErr w:type="spellStart"/>
      <w:r w:rsidRPr="00C9454D">
        <w:rPr>
          <w:sz w:val="24"/>
          <w:szCs w:val="24"/>
        </w:rPr>
        <w:t>Falaise</w:t>
      </w:r>
      <w:proofErr w:type="spellEnd"/>
      <w:r w:rsidRPr="00C9454D">
        <w:rPr>
          <w:sz w:val="24"/>
          <w:szCs w:val="24"/>
        </w:rPr>
        <w:t>, niece of King Henry I.</w:t>
      </w:r>
    </w:p>
    <w:p w14:paraId="784E44B0" w14:textId="77777777" w:rsidR="00D00210" w:rsidRPr="00C9454D" w:rsidRDefault="00D00210" w:rsidP="00C9454D">
      <w:pPr>
        <w:rPr>
          <w:sz w:val="24"/>
          <w:szCs w:val="24"/>
        </w:rPr>
      </w:pPr>
      <w:r w:rsidRPr="00C9454D">
        <w:rPr>
          <w:sz w:val="24"/>
          <w:szCs w:val="24"/>
        </w:rPr>
        <w:t xml:space="preserve">“She more than just a niece?” I murmured aloud, recalling the theories she had read in old genealogical journals. Sybil’s marriage to Baldwin de </w:t>
      </w:r>
      <w:proofErr w:type="spellStart"/>
      <w:r w:rsidRPr="00C9454D">
        <w:rPr>
          <w:sz w:val="24"/>
          <w:szCs w:val="24"/>
        </w:rPr>
        <w:t>Boulers</w:t>
      </w:r>
      <w:proofErr w:type="spellEnd"/>
      <w:r w:rsidRPr="00C9454D">
        <w:rPr>
          <w:sz w:val="24"/>
          <w:szCs w:val="24"/>
        </w:rPr>
        <w:t>, Lord of Montgomery, had been one of political necessity, but the presence of King Henry I at her wedding suggested a deeper connection. Historians speculated that Sybil was, in fact, Henry’s illegitimate daughter, legitimized in the eyes of the court through her uncle’s blessing.</w:t>
      </w:r>
    </w:p>
    <w:p w14:paraId="1F39530B" w14:textId="6DAE0B98" w:rsidR="003708AD" w:rsidRPr="00C9454D" w:rsidRDefault="00D00210" w:rsidP="00C9454D">
      <w:pPr>
        <w:rPr>
          <w:sz w:val="24"/>
          <w:szCs w:val="24"/>
        </w:rPr>
      </w:pPr>
      <w:r w:rsidRPr="00C9454D">
        <w:rPr>
          <w:sz w:val="24"/>
          <w:szCs w:val="24"/>
        </w:rPr>
        <w:t xml:space="preserve">I traced the lineage on my chart. Baldwin and Sybil had been Abilene De </w:t>
      </w:r>
      <w:proofErr w:type="spellStart"/>
      <w:r w:rsidRPr="00C9454D">
        <w:rPr>
          <w:sz w:val="24"/>
          <w:szCs w:val="24"/>
        </w:rPr>
        <w:t>Barham’s</w:t>
      </w:r>
      <w:proofErr w:type="spellEnd"/>
      <w:r w:rsidRPr="00C9454D">
        <w:rPr>
          <w:sz w:val="24"/>
          <w:szCs w:val="24"/>
        </w:rPr>
        <w:t xml:space="preserve"> great-grandparents, their union anchoring Abilene’s place among England’s noble bloodlines. It was no wonder that Abilene’s status had been elevated when she was presented at court with Guy de </w:t>
      </w:r>
      <w:proofErr w:type="spellStart"/>
      <w:r w:rsidRPr="00C9454D">
        <w:rPr>
          <w:sz w:val="24"/>
          <w:szCs w:val="24"/>
        </w:rPr>
        <w:t>Peine</w:t>
      </w:r>
      <w:proofErr w:type="spellEnd"/>
      <w:r w:rsidRPr="00C9454D">
        <w:rPr>
          <w:sz w:val="24"/>
          <w:szCs w:val="24"/>
        </w:rPr>
        <w:t xml:space="preserve">. She wasn’t just a De </w:t>
      </w:r>
      <w:proofErr w:type="spellStart"/>
      <w:r w:rsidRPr="00C9454D">
        <w:rPr>
          <w:sz w:val="24"/>
          <w:szCs w:val="24"/>
        </w:rPr>
        <w:t>Barham</w:t>
      </w:r>
      <w:proofErr w:type="spellEnd"/>
      <w:r w:rsidRPr="00C9454D">
        <w:rPr>
          <w:sz w:val="24"/>
          <w:szCs w:val="24"/>
        </w:rPr>
        <w:t>; she was a descendant of kings</w:t>
      </w:r>
      <w:r w:rsidR="00A97FA4" w:rsidRPr="00C9454D">
        <w:rPr>
          <w:sz w:val="24"/>
          <w:szCs w:val="24"/>
        </w:rPr>
        <w:br w:type="page"/>
      </w:r>
    </w:p>
    <w:p w14:paraId="26478B1F" w14:textId="3FB6416E" w:rsidR="00E113A9" w:rsidRPr="00C9454D" w:rsidRDefault="00E113A9" w:rsidP="00C9454D">
      <w:pPr>
        <w:pStyle w:val="Heading2"/>
        <w:rPr>
          <w:sz w:val="24"/>
          <w:szCs w:val="24"/>
        </w:rPr>
      </w:pPr>
      <w:r w:rsidRPr="00C9454D">
        <w:rPr>
          <w:sz w:val="24"/>
          <w:szCs w:val="24"/>
        </w:rPr>
        <w:t>Lady Helena</w:t>
      </w:r>
      <w:r w:rsidR="000B7872" w:rsidRPr="00C9454D">
        <w:rPr>
          <w:sz w:val="24"/>
          <w:szCs w:val="24"/>
        </w:rPr>
        <w:t xml:space="preserve"> of </w:t>
      </w:r>
      <w:r w:rsidR="00522C4D" w:rsidRPr="00C9454D">
        <w:rPr>
          <w:sz w:val="24"/>
          <w:szCs w:val="24"/>
        </w:rPr>
        <w:t>High Haven</w:t>
      </w:r>
    </w:p>
    <w:p w14:paraId="57490B95" w14:textId="0D869D44" w:rsidR="003F5278" w:rsidRPr="00C9454D" w:rsidRDefault="003F5278" w:rsidP="00C9454D">
      <w:pPr>
        <w:pStyle w:val="Heading2"/>
        <w:rPr>
          <w:sz w:val="24"/>
          <w:szCs w:val="24"/>
        </w:rPr>
      </w:pPr>
      <w:r w:rsidRPr="00C9454D">
        <w:rPr>
          <w:sz w:val="24"/>
          <w:szCs w:val="24"/>
        </w:rPr>
        <w:t>9</w:t>
      </w:r>
      <w:r w:rsidR="00374A59" w:rsidRPr="00C9454D">
        <w:rPr>
          <w:sz w:val="24"/>
          <w:szCs w:val="24"/>
        </w:rPr>
        <w:t>14</w:t>
      </w:r>
      <w:r w:rsidR="00D14C98" w:rsidRPr="00C9454D">
        <w:rPr>
          <w:sz w:val="24"/>
          <w:szCs w:val="24"/>
        </w:rPr>
        <w:t>AD</w:t>
      </w:r>
    </w:p>
    <w:p w14:paraId="4B34ED5F" w14:textId="77777777" w:rsidR="003D3930" w:rsidRPr="00C9454D" w:rsidRDefault="003D3930" w:rsidP="00C9454D">
      <w:pPr>
        <w:rPr>
          <w:sz w:val="24"/>
          <w:szCs w:val="24"/>
        </w:rPr>
      </w:pPr>
    </w:p>
    <w:p w14:paraId="75338FC1" w14:textId="5A93EDC5" w:rsidR="003708AD" w:rsidRPr="00C9454D" w:rsidRDefault="003708AD" w:rsidP="00C9454D">
      <w:pPr>
        <w:rPr>
          <w:sz w:val="24"/>
          <w:szCs w:val="24"/>
        </w:rPr>
      </w:pPr>
      <w:r w:rsidRPr="00C9454D">
        <w:rPr>
          <w:sz w:val="24"/>
          <w:szCs w:val="24"/>
        </w:rPr>
        <w:t xml:space="preserve">Lady Helena </w:t>
      </w:r>
      <w:proofErr w:type="spellStart"/>
      <w:r w:rsidRPr="00C9454D">
        <w:rPr>
          <w:sz w:val="24"/>
          <w:szCs w:val="24"/>
        </w:rPr>
        <w:t>Ravenshire</w:t>
      </w:r>
      <w:proofErr w:type="spellEnd"/>
      <w:r w:rsidRPr="00C9454D">
        <w:rPr>
          <w:sz w:val="24"/>
          <w:szCs w:val="24"/>
        </w:rPr>
        <w:t xml:space="preserve"> was only sixteen when she first met Lord </w:t>
      </w:r>
      <w:proofErr w:type="spellStart"/>
      <w:r w:rsidRPr="00C9454D">
        <w:rPr>
          <w:sz w:val="24"/>
          <w:szCs w:val="24"/>
        </w:rPr>
        <w:t>Alrich</w:t>
      </w:r>
      <w:proofErr w:type="spellEnd"/>
      <w:r w:rsidRPr="00C9454D">
        <w:rPr>
          <w:sz w:val="24"/>
          <w:szCs w:val="24"/>
        </w:rPr>
        <w:t xml:space="preserve"> of </w:t>
      </w:r>
      <w:r w:rsidR="00522C4D" w:rsidRPr="00C9454D">
        <w:rPr>
          <w:sz w:val="24"/>
          <w:szCs w:val="24"/>
        </w:rPr>
        <w:t>High Haven</w:t>
      </w:r>
      <w:r w:rsidRPr="00C9454D">
        <w:rPr>
          <w:sz w:val="24"/>
          <w:szCs w:val="24"/>
        </w:rPr>
        <w:t xml:space="preserve">. He was the most sought-after man in the region, a widower in his late thirties who owned the prosperous granite quarry and the grand estate of </w:t>
      </w:r>
      <w:r w:rsidR="00522C4D" w:rsidRPr="00C9454D">
        <w:rPr>
          <w:sz w:val="24"/>
          <w:szCs w:val="24"/>
        </w:rPr>
        <w:t>High Haven</w:t>
      </w:r>
      <w:r w:rsidRPr="00C9454D">
        <w:rPr>
          <w:sz w:val="24"/>
          <w:szCs w:val="24"/>
        </w:rPr>
        <w:t xml:space="preserve">. Noblewomen whispered his name with reverence, their daughters vying for his attention. But Lord </w:t>
      </w:r>
      <w:proofErr w:type="spellStart"/>
      <w:r w:rsidRPr="00C9454D">
        <w:rPr>
          <w:sz w:val="24"/>
          <w:szCs w:val="24"/>
        </w:rPr>
        <w:t>Alrich</w:t>
      </w:r>
      <w:proofErr w:type="spellEnd"/>
      <w:r w:rsidRPr="00C9454D">
        <w:rPr>
          <w:sz w:val="24"/>
          <w:szCs w:val="24"/>
        </w:rPr>
        <w:t>, a man of sharp intellect and quiet strength, was captivated not by wealth or beauty but by something far more profound.</w:t>
      </w:r>
    </w:p>
    <w:p w14:paraId="561ED93F" w14:textId="77777777" w:rsidR="003708AD" w:rsidRPr="00C9454D" w:rsidRDefault="003708AD" w:rsidP="00C9454D">
      <w:pPr>
        <w:rPr>
          <w:sz w:val="24"/>
          <w:szCs w:val="24"/>
        </w:rPr>
      </w:pPr>
      <w:r w:rsidRPr="00C9454D">
        <w:rPr>
          <w:sz w:val="24"/>
          <w:szCs w:val="24"/>
        </w:rPr>
        <w:t>Helena had been introduced to him at a gathering of noble families. She had a youthful exuberance that turned heads, but it was her mind that caught his attention. While other young women fluttered fans and offered coy smiles, Helena had asked him about the stars.</w:t>
      </w:r>
    </w:p>
    <w:p w14:paraId="788122B8" w14:textId="77777777" w:rsidR="003708AD" w:rsidRPr="00C9454D" w:rsidRDefault="003708AD" w:rsidP="00C9454D">
      <w:pPr>
        <w:rPr>
          <w:sz w:val="24"/>
          <w:szCs w:val="24"/>
        </w:rPr>
      </w:pPr>
      <w:r w:rsidRPr="00C9454D">
        <w:rPr>
          <w:sz w:val="24"/>
          <w:szCs w:val="24"/>
        </w:rPr>
        <w:t>“The stars?” he had repeated, caught off guard.</w:t>
      </w:r>
    </w:p>
    <w:p w14:paraId="0D1DEF13" w14:textId="77777777" w:rsidR="003708AD" w:rsidRPr="00C9454D" w:rsidRDefault="003708AD" w:rsidP="00C9454D">
      <w:pPr>
        <w:rPr>
          <w:sz w:val="24"/>
          <w:szCs w:val="24"/>
        </w:rPr>
      </w:pPr>
      <w:r w:rsidRPr="00C9454D">
        <w:rPr>
          <w:sz w:val="24"/>
          <w:szCs w:val="24"/>
        </w:rPr>
        <w:t>“Yes,” she had said with a knowing smile. “Do you think they are fixed in place, or do they move as we do? And if they move, what guides them?”</w:t>
      </w:r>
    </w:p>
    <w:p w14:paraId="506953B0" w14:textId="73BFE18D" w:rsidR="003708AD" w:rsidRPr="00C9454D" w:rsidRDefault="003708AD" w:rsidP="00C9454D">
      <w:pPr>
        <w:rPr>
          <w:sz w:val="24"/>
          <w:szCs w:val="24"/>
        </w:rPr>
      </w:pPr>
      <w:r w:rsidRPr="00C9454D">
        <w:rPr>
          <w:sz w:val="24"/>
          <w:szCs w:val="24"/>
        </w:rPr>
        <w:t>Her question had ma</w:t>
      </w:r>
      <w:r w:rsidR="00DD1FF5" w:rsidRPr="00C9454D">
        <w:rPr>
          <w:sz w:val="24"/>
          <w:szCs w:val="24"/>
        </w:rPr>
        <w:t xml:space="preserve">de </w:t>
      </w:r>
      <w:r w:rsidRPr="00C9454D">
        <w:rPr>
          <w:sz w:val="24"/>
          <w:szCs w:val="24"/>
        </w:rPr>
        <w:t>him laugh—a deep, genuine laugh that startled even him. “You’re unlike anyone I’ve ever met,” he had said.</w:t>
      </w:r>
    </w:p>
    <w:p w14:paraId="73BC7215" w14:textId="77777777" w:rsidR="003708AD" w:rsidRPr="00C9454D" w:rsidRDefault="003708AD" w:rsidP="00C9454D">
      <w:pPr>
        <w:rPr>
          <w:sz w:val="24"/>
          <w:szCs w:val="24"/>
        </w:rPr>
      </w:pPr>
      <w:r w:rsidRPr="00C9454D">
        <w:rPr>
          <w:sz w:val="24"/>
          <w:szCs w:val="24"/>
        </w:rPr>
        <w:t xml:space="preserve">From that moment, Lord </w:t>
      </w:r>
      <w:proofErr w:type="spellStart"/>
      <w:r w:rsidRPr="00C9454D">
        <w:rPr>
          <w:sz w:val="24"/>
          <w:szCs w:val="24"/>
        </w:rPr>
        <w:t>Alrich</w:t>
      </w:r>
      <w:proofErr w:type="spellEnd"/>
      <w:r w:rsidRPr="00C9454D">
        <w:rPr>
          <w:sz w:val="24"/>
          <w:szCs w:val="24"/>
        </w:rPr>
        <w:t xml:space="preserve"> found reasons to visit Helena’s family. Their courtship was unconventional. While others sought to impress him with charm and appearances, Helena challenged his ideas, offering her own insights with sharp wit and fearless curiosity. </w:t>
      </w:r>
      <w:proofErr w:type="spellStart"/>
      <w:r w:rsidRPr="00C9454D">
        <w:rPr>
          <w:sz w:val="24"/>
          <w:szCs w:val="24"/>
        </w:rPr>
        <w:t>Alrich</w:t>
      </w:r>
      <w:proofErr w:type="spellEnd"/>
      <w:r w:rsidRPr="00C9454D">
        <w:rPr>
          <w:sz w:val="24"/>
          <w:szCs w:val="24"/>
        </w:rPr>
        <w:t>, who had thought himself beyond love after his first wife’s passing, found himself captivated not only by Helena’s beauty but by her brilliance.</w:t>
      </w:r>
    </w:p>
    <w:p w14:paraId="1F718618" w14:textId="77777777" w:rsidR="003708AD" w:rsidRPr="00C9454D" w:rsidRDefault="003708AD" w:rsidP="00C9454D">
      <w:pPr>
        <w:rPr>
          <w:sz w:val="24"/>
          <w:szCs w:val="24"/>
        </w:rPr>
      </w:pPr>
      <w:r w:rsidRPr="00C9454D">
        <w:rPr>
          <w:sz w:val="24"/>
          <w:szCs w:val="24"/>
        </w:rPr>
        <w:t>For two years, he waited, visiting frequently, enjoying conversations in her father’s garden. On her eighteenth birthday, he proposed, his love for her as certain as the earth beneath his feet.</w:t>
      </w:r>
    </w:p>
    <w:p w14:paraId="613200F0" w14:textId="77777777" w:rsidR="003708AD" w:rsidRPr="00C9454D" w:rsidRDefault="003708AD" w:rsidP="00C9454D">
      <w:pPr>
        <w:rPr>
          <w:sz w:val="24"/>
          <w:szCs w:val="24"/>
        </w:rPr>
      </w:pPr>
    </w:p>
    <w:p w14:paraId="565AD632" w14:textId="6DCC9458" w:rsidR="003708AD" w:rsidRPr="00C9454D" w:rsidRDefault="003708AD" w:rsidP="00C9454D">
      <w:pPr>
        <w:rPr>
          <w:sz w:val="24"/>
          <w:szCs w:val="24"/>
        </w:rPr>
      </w:pPr>
      <w:r w:rsidRPr="00C9454D">
        <w:rPr>
          <w:sz w:val="24"/>
          <w:szCs w:val="24"/>
        </w:rPr>
        <w:t xml:space="preserve">Their wedding was a grand celebration, held under a canopy of blooming cherry blossoms at </w:t>
      </w:r>
      <w:r w:rsidR="00522C4D" w:rsidRPr="00C9454D">
        <w:rPr>
          <w:sz w:val="24"/>
          <w:szCs w:val="24"/>
        </w:rPr>
        <w:t>High Haven</w:t>
      </w:r>
      <w:r w:rsidRPr="00C9454D">
        <w:rPr>
          <w:sz w:val="24"/>
          <w:szCs w:val="24"/>
        </w:rPr>
        <w:t xml:space="preserve">. Helena wore a gown of pale blue silk, her hair adorned with delicate pearls that caught the sunlight. As she walked toward </w:t>
      </w:r>
      <w:proofErr w:type="spellStart"/>
      <w:r w:rsidRPr="00C9454D">
        <w:rPr>
          <w:sz w:val="24"/>
          <w:szCs w:val="24"/>
        </w:rPr>
        <w:t>Alrich</w:t>
      </w:r>
      <w:proofErr w:type="spellEnd"/>
      <w:r w:rsidRPr="00C9454D">
        <w:rPr>
          <w:sz w:val="24"/>
          <w:szCs w:val="24"/>
        </w:rPr>
        <w:t>, her steps light but deliberate, he felt an overwhelming sense of gratitu</w:t>
      </w:r>
      <w:r w:rsidR="00DD1FF5" w:rsidRPr="00C9454D">
        <w:rPr>
          <w:sz w:val="24"/>
          <w:szCs w:val="24"/>
        </w:rPr>
        <w:t xml:space="preserve">de </w:t>
      </w:r>
      <w:r w:rsidRPr="00C9454D">
        <w:rPr>
          <w:sz w:val="24"/>
          <w:szCs w:val="24"/>
        </w:rPr>
        <w:t>for the joy she brought into his life.</w:t>
      </w:r>
    </w:p>
    <w:p w14:paraId="75D8224A" w14:textId="77777777" w:rsidR="003708AD" w:rsidRPr="00C9454D" w:rsidRDefault="003708AD" w:rsidP="00C9454D">
      <w:pPr>
        <w:rPr>
          <w:sz w:val="24"/>
          <w:szCs w:val="24"/>
        </w:rPr>
      </w:pPr>
      <w:r w:rsidRPr="00C9454D">
        <w:rPr>
          <w:sz w:val="24"/>
          <w:szCs w:val="24"/>
        </w:rPr>
        <w:t xml:space="preserve">That night, the manor buzzed with life as guests danced and laughed beneath the twinkling lights. But </w:t>
      </w:r>
      <w:proofErr w:type="spellStart"/>
      <w:r w:rsidRPr="00C9454D">
        <w:rPr>
          <w:sz w:val="24"/>
          <w:szCs w:val="24"/>
        </w:rPr>
        <w:t>Alrich’s</w:t>
      </w:r>
      <w:proofErr w:type="spellEnd"/>
      <w:r w:rsidRPr="00C9454D">
        <w:rPr>
          <w:sz w:val="24"/>
          <w:szCs w:val="24"/>
        </w:rPr>
        <w:t xml:space="preserve"> gaze rarely left Helena. Her laughter, her smile, the way she moved—it all felt like a dream he dared not wake from.</w:t>
      </w:r>
    </w:p>
    <w:p w14:paraId="7FA860D2" w14:textId="77777777" w:rsidR="003708AD" w:rsidRPr="00C9454D" w:rsidRDefault="003708AD" w:rsidP="00C9454D">
      <w:pPr>
        <w:rPr>
          <w:sz w:val="24"/>
          <w:szCs w:val="24"/>
        </w:rPr>
      </w:pPr>
      <w:r w:rsidRPr="00C9454D">
        <w:rPr>
          <w:sz w:val="24"/>
          <w:szCs w:val="24"/>
        </w:rPr>
        <w:t>When the festivities finally ended, they retired to their chamber. The fire cast a warm glow across the room, illuminating the silk-draped bed and the delicate arrangements of flowers Helena had chosen.</w:t>
      </w:r>
    </w:p>
    <w:p w14:paraId="799766E0" w14:textId="77777777" w:rsidR="003708AD" w:rsidRPr="00C9454D" w:rsidRDefault="003708AD" w:rsidP="00C9454D">
      <w:pPr>
        <w:rPr>
          <w:sz w:val="24"/>
          <w:szCs w:val="24"/>
        </w:rPr>
      </w:pPr>
      <w:proofErr w:type="spellStart"/>
      <w:r w:rsidRPr="00C9454D">
        <w:rPr>
          <w:sz w:val="24"/>
          <w:szCs w:val="24"/>
        </w:rPr>
        <w:t>Alrich</w:t>
      </w:r>
      <w:proofErr w:type="spellEnd"/>
      <w:r w:rsidRPr="00C9454D">
        <w:rPr>
          <w:sz w:val="24"/>
          <w:szCs w:val="24"/>
        </w:rPr>
        <w:t xml:space="preserve"> stood near the window, his silhouette strong and steady. Helena, her cheeks still flushed from the day’s excitement, approached him quietly. She rested her hand on his arm.</w:t>
      </w:r>
    </w:p>
    <w:p w14:paraId="405292B1" w14:textId="77777777" w:rsidR="003708AD" w:rsidRPr="00C9454D" w:rsidRDefault="003708AD" w:rsidP="00C9454D">
      <w:pPr>
        <w:rPr>
          <w:sz w:val="24"/>
          <w:szCs w:val="24"/>
        </w:rPr>
      </w:pPr>
      <w:r w:rsidRPr="00C9454D">
        <w:rPr>
          <w:sz w:val="24"/>
          <w:szCs w:val="24"/>
        </w:rPr>
        <w:t>“Are you nervous?” she asked, teasing gently.</w:t>
      </w:r>
    </w:p>
    <w:p w14:paraId="3AD258C2" w14:textId="77777777" w:rsidR="003708AD" w:rsidRPr="00C9454D" w:rsidRDefault="003708AD" w:rsidP="00C9454D">
      <w:pPr>
        <w:rPr>
          <w:sz w:val="24"/>
          <w:szCs w:val="24"/>
        </w:rPr>
      </w:pPr>
      <w:r w:rsidRPr="00C9454D">
        <w:rPr>
          <w:sz w:val="24"/>
          <w:szCs w:val="24"/>
        </w:rPr>
        <w:t>He turned to her, his eyes soft but intense. “Nervous isn’t the word,” he said, his voice low. “I’ve wanted this—wanted you—for so long. I’m afraid it’s all too perfect. That I’ll wake tomorrow and find it was a dream.”</w:t>
      </w:r>
    </w:p>
    <w:p w14:paraId="32A3D6C1" w14:textId="77777777" w:rsidR="003708AD" w:rsidRPr="00C9454D" w:rsidRDefault="003708AD" w:rsidP="00C9454D">
      <w:pPr>
        <w:rPr>
          <w:sz w:val="24"/>
          <w:szCs w:val="24"/>
        </w:rPr>
      </w:pPr>
      <w:r w:rsidRPr="00C9454D">
        <w:rPr>
          <w:sz w:val="24"/>
          <w:szCs w:val="24"/>
        </w:rPr>
        <w:t xml:space="preserve">Helena smiled, stepping closer. “I’m here, </w:t>
      </w:r>
      <w:proofErr w:type="spellStart"/>
      <w:r w:rsidRPr="00C9454D">
        <w:rPr>
          <w:sz w:val="24"/>
          <w:szCs w:val="24"/>
        </w:rPr>
        <w:t>Alrich</w:t>
      </w:r>
      <w:proofErr w:type="spellEnd"/>
      <w:r w:rsidRPr="00C9454D">
        <w:rPr>
          <w:sz w:val="24"/>
          <w:szCs w:val="24"/>
        </w:rPr>
        <w:t>. I’m real.”</w:t>
      </w:r>
    </w:p>
    <w:p w14:paraId="52728081" w14:textId="77777777" w:rsidR="003708AD" w:rsidRPr="00C9454D" w:rsidRDefault="003708AD" w:rsidP="00C9454D">
      <w:pPr>
        <w:rPr>
          <w:sz w:val="24"/>
          <w:szCs w:val="24"/>
        </w:rPr>
      </w:pPr>
      <w:r w:rsidRPr="00C9454D">
        <w:rPr>
          <w:sz w:val="24"/>
          <w:szCs w:val="24"/>
        </w:rPr>
        <w:t>He reached out, cupping her face in his hands. “Helena,” he murmured, his voice breaking slightly. “You’ve brought life back into me. After all I’ve lost, I never thought I could feel this way again. I love you more than I thought was possible. I don’t know how I lived so long without you.”</w:t>
      </w:r>
    </w:p>
    <w:p w14:paraId="0DB8BF44" w14:textId="77777777" w:rsidR="003708AD" w:rsidRPr="00C9454D" w:rsidRDefault="003708AD" w:rsidP="00C9454D">
      <w:pPr>
        <w:rPr>
          <w:sz w:val="24"/>
          <w:szCs w:val="24"/>
        </w:rPr>
      </w:pPr>
      <w:r w:rsidRPr="00C9454D">
        <w:rPr>
          <w:sz w:val="24"/>
          <w:szCs w:val="24"/>
        </w:rPr>
        <w:t>Her breath hitched as he leaned in, their lips meeting in a kiss that was both tender and urgent. The years of waiting, the months of longing—it all poured into that moment.</w:t>
      </w:r>
    </w:p>
    <w:p w14:paraId="038E447C" w14:textId="77777777" w:rsidR="003708AD" w:rsidRPr="00C9454D" w:rsidRDefault="003708AD" w:rsidP="00C9454D">
      <w:pPr>
        <w:rPr>
          <w:sz w:val="24"/>
          <w:szCs w:val="24"/>
        </w:rPr>
      </w:pPr>
      <w:r w:rsidRPr="00C9454D">
        <w:rPr>
          <w:sz w:val="24"/>
          <w:szCs w:val="24"/>
        </w:rPr>
        <w:t xml:space="preserve">They undressed slowly, each piece of clothing removed with care and reverence, as though they were unwrapping the most delicate of gifts. </w:t>
      </w:r>
      <w:proofErr w:type="spellStart"/>
      <w:r w:rsidRPr="00C9454D">
        <w:rPr>
          <w:sz w:val="24"/>
          <w:szCs w:val="24"/>
        </w:rPr>
        <w:t>Alrich</w:t>
      </w:r>
      <w:proofErr w:type="spellEnd"/>
      <w:r w:rsidRPr="00C9454D">
        <w:rPr>
          <w:sz w:val="24"/>
          <w:szCs w:val="24"/>
        </w:rPr>
        <w:t xml:space="preserve"> traced her collarbone with his fingers, marveling at her beauty.</w:t>
      </w:r>
    </w:p>
    <w:p w14:paraId="03E6060B" w14:textId="77777777" w:rsidR="003708AD" w:rsidRPr="00C9454D" w:rsidRDefault="003708AD" w:rsidP="00C9454D">
      <w:pPr>
        <w:rPr>
          <w:sz w:val="24"/>
          <w:szCs w:val="24"/>
        </w:rPr>
      </w:pPr>
      <w:r w:rsidRPr="00C9454D">
        <w:rPr>
          <w:sz w:val="24"/>
          <w:szCs w:val="24"/>
        </w:rPr>
        <w:t>“You’re exquisite,” he whispered, his voice thick with emotion.</w:t>
      </w:r>
    </w:p>
    <w:p w14:paraId="2A8281EE" w14:textId="77777777" w:rsidR="003708AD" w:rsidRPr="00C9454D" w:rsidRDefault="003708AD" w:rsidP="00C9454D">
      <w:pPr>
        <w:rPr>
          <w:sz w:val="24"/>
          <w:szCs w:val="24"/>
        </w:rPr>
      </w:pPr>
      <w:r w:rsidRPr="00C9454D">
        <w:rPr>
          <w:sz w:val="24"/>
          <w:szCs w:val="24"/>
        </w:rPr>
        <w:t>Helena’s cheeks flushed, but she held his gaze. “And you, my lord, are everything I’ve ever dreamed of.”</w:t>
      </w:r>
    </w:p>
    <w:p w14:paraId="6BBF4832" w14:textId="2829FD3A" w:rsidR="003708AD" w:rsidRPr="00C9454D" w:rsidRDefault="003708AD" w:rsidP="00C9454D">
      <w:pPr>
        <w:rPr>
          <w:sz w:val="24"/>
          <w:szCs w:val="24"/>
        </w:rPr>
      </w:pPr>
      <w:r w:rsidRPr="00C9454D">
        <w:rPr>
          <w:sz w:val="24"/>
          <w:szCs w:val="24"/>
        </w:rPr>
        <w:t>He laughed softly, his forehead resting against hers. “</w:t>
      </w:r>
      <w:r w:rsidR="006E4371" w:rsidRPr="00C9454D">
        <w:rPr>
          <w:sz w:val="24"/>
          <w:szCs w:val="24"/>
        </w:rPr>
        <w:t>My sweet girl</w:t>
      </w:r>
      <w:r w:rsidR="00A1229A" w:rsidRPr="00C9454D">
        <w:rPr>
          <w:sz w:val="24"/>
          <w:szCs w:val="24"/>
        </w:rPr>
        <w:t>, may</w:t>
      </w:r>
      <w:r w:rsidRPr="00C9454D">
        <w:rPr>
          <w:sz w:val="24"/>
          <w:szCs w:val="24"/>
        </w:rPr>
        <w:t xml:space="preserve"> your lord</w:t>
      </w:r>
      <w:r w:rsidR="00CA3ECF" w:rsidRPr="00C9454D">
        <w:rPr>
          <w:sz w:val="24"/>
          <w:szCs w:val="24"/>
        </w:rPr>
        <w:t>….”</w:t>
      </w:r>
      <w:r w:rsidR="00110BEA" w:rsidRPr="00C9454D">
        <w:rPr>
          <w:sz w:val="24"/>
          <w:szCs w:val="24"/>
        </w:rPr>
        <w:t xml:space="preserve">as he </w:t>
      </w:r>
      <w:r w:rsidR="00755565" w:rsidRPr="00C9454D">
        <w:rPr>
          <w:sz w:val="24"/>
          <w:szCs w:val="24"/>
        </w:rPr>
        <w:t>spoke</w:t>
      </w:r>
      <w:r w:rsidR="00110BEA" w:rsidRPr="00C9454D">
        <w:rPr>
          <w:sz w:val="24"/>
          <w:szCs w:val="24"/>
        </w:rPr>
        <w:t xml:space="preserve">, </w:t>
      </w:r>
      <w:r w:rsidR="003B0B1F" w:rsidRPr="00C9454D">
        <w:rPr>
          <w:sz w:val="24"/>
          <w:szCs w:val="24"/>
        </w:rPr>
        <w:t>Helena kissed the words from his mouth</w:t>
      </w:r>
      <w:r w:rsidR="000B67A0" w:rsidRPr="00C9454D">
        <w:rPr>
          <w:sz w:val="24"/>
          <w:szCs w:val="24"/>
        </w:rPr>
        <w:t>.</w:t>
      </w:r>
    </w:p>
    <w:p w14:paraId="2441A3F8" w14:textId="77777777" w:rsidR="003708AD" w:rsidRPr="00C9454D" w:rsidRDefault="003708AD" w:rsidP="00C9454D">
      <w:pPr>
        <w:rPr>
          <w:sz w:val="24"/>
          <w:szCs w:val="24"/>
        </w:rPr>
      </w:pPr>
      <w:r w:rsidRPr="00C9454D">
        <w:rPr>
          <w:sz w:val="24"/>
          <w:szCs w:val="24"/>
        </w:rPr>
        <w:t>They lay together, their bodies entwined, the firelight dancing across their skin. Helena’s youthful exuberance shone through, her laughter mingling with their whispered words. But there was also a maturity in her—a quiet confidence that deepened their connection.</w:t>
      </w:r>
    </w:p>
    <w:p w14:paraId="053C3A0A" w14:textId="77777777" w:rsidR="003708AD" w:rsidRPr="00C9454D" w:rsidRDefault="003708AD" w:rsidP="00C9454D">
      <w:pPr>
        <w:rPr>
          <w:sz w:val="24"/>
          <w:szCs w:val="24"/>
        </w:rPr>
      </w:pPr>
      <w:proofErr w:type="spellStart"/>
      <w:r w:rsidRPr="00C9454D">
        <w:rPr>
          <w:sz w:val="24"/>
          <w:szCs w:val="24"/>
        </w:rPr>
        <w:t>Alrich</w:t>
      </w:r>
      <w:proofErr w:type="spellEnd"/>
      <w:r w:rsidRPr="00C9454D">
        <w:rPr>
          <w:sz w:val="24"/>
          <w:szCs w:val="24"/>
        </w:rPr>
        <w:t xml:space="preserve"> was utterly captivated, unable to get enough of her. He kissed her neck, her shoulders, her hands, each touch a silent declaration of his love. “You are my everything, Helena,” he said, his voice raw. “My heart, my soul, my future.”</w:t>
      </w:r>
    </w:p>
    <w:p w14:paraId="728B360C" w14:textId="72B4679D" w:rsidR="003708AD" w:rsidRPr="00C9454D" w:rsidRDefault="003708AD" w:rsidP="00C9454D">
      <w:pPr>
        <w:rPr>
          <w:sz w:val="24"/>
          <w:szCs w:val="24"/>
        </w:rPr>
      </w:pPr>
      <w:r w:rsidRPr="00C9454D">
        <w:rPr>
          <w:sz w:val="24"/>
          <w:szCs w:val="24"/>
        </w:rPr>
        <w:t>“And you are mine,</w:t>
      </w:r>
      <w:r w:rsidR="008D5EB3" w:rsidRPr="00C9454D">
        <w:rPr>
          <w:sz w:val="24"/>
          <w:szCs w:val="24"/>
        </w:rPr>
        <w:t xml:space="preserve"> my love”</w:t>
      </w:r>
      <w:r w:rsidRPr="00C9454D">
        <w:rPr>
          <w:sz w:val="24"/>
          <w:szCs w:val="24"/>
        </w:rPr>
        <w:t xml:space="preserve"> she replied, her voice steady despite the tears glistening in her eyes.</w:t>
      </w:r>
    </w:p>
    <w:p w14:paraId="61A54ED6" w14:textId="77777777" w:rsidR="003708AD" w:rsidRPr="00C9454D" w:rsidRDefault="003708AD" w:rsidP="00C9454D">
      <w:pPr>
        <w:rPr>
          <w:sz w:val="24"/>
          <w:szCs w:val="24"/>
        </w:rPr>
      </w:pPr>
    </w:p>
    <w:p w14:paraId="1DCE57EA" w14:textId="1AC89199" w:rsidR="003708AD" w:rsidRPr="00C9454D" w:rsidRDefault="003708AD" w:rsidP="00C9454D">
      <w:pPr>
        <w:rPr>
          <w:sz w:val="24"/>
          <w:szCs w:val="24"/>
        </w:rPr>
      </w:pPr>
      <w:r w:rsidRPr="00C9454D">
        <w:rPr>
          <w:sz w:val="24"/>
          <w:szCs w:val="24"/>
        </w:rPr>
        <w:t xml:space="preserve">The first years of their marriage were blissful. </w:t>
      </w:r>
      <w:r w:rsidR="00522C4D" w:rsidRPr="00C9454D">
        <w:rPr>
          <w:sz w:val="24"/>
          <w:szCs w:val="24"/>
        </w:rPr>
        <w:t>High Haven</w:t>
      </w:r>
      <w:r w:rsidRPr="00C9454D">
        <w:rPr>
          <w:sz w:val="24"/>
          <w:szCs w:val="24"/>
        </w:rPr>
        <w:t xml:space="preserve"> thrived, its quarry producing stone for castles and cathedrals across the kingdom. Helena took to her role as Lady of </w:t>
      </w:r>
      <w:r w:rsidR="00522C4D" w:rsidRPr="00C9454D">
        <w:rPr>
          <w:sz w:val="24"/>
          <w:szCs w:val="24"/>
        </w:rPr>
        <w:t>High Haven</w:t>
      </w:r>
      <w:r w:rsidRPr="00C9454D">
        <w:rPr>
          <w:sz w:val="24"/>
          <w:szCs w:val="24"/>
        </w:rPr>
        <w:t xml:space="preserve"> with grace, managing the manor and its affairs with a balance of warmth and efficiency.</w:t>
      </w:r>
    </w:p>
    <w:p w14:paraId="100F5C44" w14:textId="77777777" w:rsidR="003708AD" w:rsidRPr="00C9454D" w:rsidRDefault="003708AD" w:rsidP="00C9454D">
      <w:pPr>
        <w:rPr>
          <w:sz w:val="24"/>
          <w:szCs w:val="24"/>
        </w:rPr>
      </w:pPr>
      <w:r w:rsidRPr="00C9454D">
        <w:rPr>
          <w:sz w:val="24"/>
          <w:szCs w:val="24"/>
        </w:rPr>
        <w:t>When Helena became pregnant, their happiness seemed complete. But their joy turned to heartbreak when their first child, a boy, was born too early and lived only three days.</w:t>
      </w:r>
    </w:p>
    <w:p w14:paraId="38534F48" w14:textId="7CABFCAB" w:rsidR="003708AD" w:rsidRPr="00C9454D" w:rsidRDefault="003708AD" w:rsidP="00C9454D">
      <w:pPr>
        <w:rPr>
          <w:sz w:val="24"/>
          <w:szCs w:val="24"/>
        </w:rPr>
      </w:pPr>
      <w:r w:rsidRPr="00C9454D">
        <w:rPr>
          <w:sz w:val="24"/>
          <w:szCs w:val="24"/>
        </w:rPr>
        <w:t xml:space="preserve">The loss shattered Helena. She wept for days, her grief consuming. </w:t>
      </w:r>
      <w:r w:rsidR="00922AD2" w:rsidRPr="00C9454D">
        <w:rPr>
          <w:sz w:val="24"/>
          <w:szCs w:val="24"/>
        </w:rPr>
        <w:t>Lamenta</w:t>
      </w:r>
      <w:r w:rsidR="00AB4400" w:rsidRPr="00C9454D">
        <w:rPr>
          <w:sz w:val="24"/>
          <w:szCs w:val="24"/>
        </w:rPr>
        <w:t>tions besieg</w:t>
      </w:r>
      <w:r w:rsidR="00010DAC" w:rsidRPr="00C9454D">
        <w:rPr>
          <w:sz w:val="24"/>
          <w:szCs w:val="24"/>
        </w:rPr>
        <w:t>ing her</w:t>
      </w:r>
      <w:r w:rsidR="00D234C8" w:rsidRPr="00C9454D">
        <w:rPr>
          <w:sz w:val="24"/>
          <w:szCs w:val="24"/>
        </w:rPr>
        <w:t xml:space="preserve"> day and night</w:t>
      </w:r>
      <w:r w:rsidR="003D3886" w:rsidRPr="00C9454D">
        <w:rPr>
          <w:sz w:val="24"/>
          <w:szCs w:val="24"/>
        </w:rPr>
        <w:t xml:space="preserve">.  </w:t>
      </w:r>
      <w:proofErr w:type="spellStart"/>
      <w:r w:rsidRPr="00C9454D">
        <w:rPr>
          <w:sz w:val="24"/>
          <w:szCs w:val="24"/>
        </w:rPr>
        <w:t>Alrich</w:t>
      </w:r>
      <w:proofErr w:type="spellEnd"/>
      <w:r w:rsidRPr="00C9454D">
        <w:rPr>
          <w:sz w:val="24"/>
          <w:szCs w:val="24"/>
        </w:rPr>
        <w:t>, though devastated himself, tried to be her rock, but nothing seemed to ease her pain. One night, as she sat by the fire, she turned to him, her voice trembling.</w:t>
      </w:r>
    </w:p>
    <w:p w14:paraId="6F1547EF" w14:textId="77777777" w:rsidR="003708AD" w:rsidRPr="00C9454D" w:rsidRDefault="003708AD" w:rsidP="00C9454D">
      <w:pPr>
        <w:rPr>
          <w:sz w:val="24"/>
          <w:szCs w:val="24"/>
        </w:rPr>
      </w:pPr>
      <w:r w:rsidRPr="00C9454D">
        <w:rPr>
          <w:sz w:val="24"/>
          <w:szCs w:val="24"/>
        </w:rPr>
        <w:t>“Where is he now?” she asked. “Is he in heaven? Purgatory? Or nowhere at all?”</w:t>
      </w:r>
    </w:p>
    <w:p w14:paraId="1E75804E" w14:textId="09074B0E" w:rsidR="003708AD" w:rsidRPr="00C9454D" w:rsidRDefault="003708AD" w:rsidP="00C9454D">
      <w:pPr>
        <w:rPr>
          <w:sz w:val="24"/>
          <w:szCs w:val="24"/>
        </w:rPr>
      </w:pPr>
      <w:proofErr w:type="spellStart"/>
      <w:r w:rsidRPr="00C9454D">
        <w:rPr>
          <w:sz w:val="24"/>
          <w:szCs w:val="24"/>
        </w:rPr>
        <w:t>Alrich</w:t>
      </w:r>
      <w:proofErr w:type="spellEnd"/>
      <w:r w:rsidRPr="00C9454D">
        <w:rPr>
          <w:sz w:val="24"/>
          <w:szCs w:val="24"/>
        </w:rPr>
        <w:t xml:space="preserve"> had no answer, and the weight of his helplessness drove him to action. He sought out monks, scholars, and ancient texts, determined to find some truth that could bring her peace. Months later, he returned to her with </w:t>
      </w:r>
      <w:r w:rsidR="00A86E68" w:rsidRPr="00C9454D">
        <w:rPr>
          <w:sz w:val="24"/>
          <w:szCs w:val="24"/>
        </w:rPr>
        <w:t>writing</w:t>
      </w:r>
      <w:r w:rsidR="00172DA7" w:rsidRPr="00C9454D">
        <w:rPr>
          <w:sz w:val="24"/>
          <w:szCs w:val="24"/>
        </w:rPr>
        <w:t>s</w:t>
      </w:r>
      <w:r w:rsidR="00CF4F36" w:rsidRPr="00C9454D">
        <w:rPr>
          <w:sz w:val="24"/>
          <w:szCs w:val="24"/>
        </w:rPr>
        <w:t xml:space="preserve"> </w:t>
      </w:r>
      <w:r w:rsidRPr="00C9454D">
        <w:rPr>
          <w:sz w:val="24"/>
          <w:szCs w:val="24"/>
        </w:rPr>
        <w:t>that spoke of a resurrection—a promise that the dead would rise again, that families would be reunited.</w:t>
      </w:r>
    </w:p>
    <w:p w14:paraId="77AFCB40" w14:textId="77777777" w:rsidR="009E17EC" w:rsidRPr="00C9454D" w:rsidRDefault="009E17EC" w:rsidP="00C9454D">
      <w:pPr>
        <w:rPr>
          <w:sz w:val="24"/>
          <w:szCs w:val="24"/>
        </w:rPr>
      </w:pPr>
    </w:p>
    <w:p w14:paraId="6E085880" w14:textId="48301559" w:rsidR="00C62981" w:rsidRPr="00C9454D" w:rsidRDefault="00FD71BA" w:rsidP="00C9454D">
      <w:pPr>
        <w:rPr>
          <w:sz w:val="24"/>
          <w:szCs w:val="24"/>
        </w:rPr>
      </w:pPr>
      <w:r w:rsidRPr="00C9454D">
        <w:rPr>
          <w:sz w:val="24"/>
          <w:szCs w:val="24"/>
        </w:rPr>
        <w:t>“</w:t>
      </w:r>
      <w:r w:rsidR="00DE0232" w:rsidRPr="00C9454D">
        <w:rPr>
          <w:sz w:val="24"/>
          <w:szCs w:val="24"/>
        </w:rPr>
        <w:t>His spirit goes out, he returns to the ground; On that very day his thoughts perish.</w:t>
      </w:r>
      <w:r w:rsidR="00BB1880" w:rsidRPr="00C9454D">
        <w:rPr>
          <w:sz w:val="24"/>
          <w:szCs w:val="24"/>
        </w:rPr>
        <w:t>” P</w:t>
      </w:r>
      <w:r w:rsidR="00573914" w:rsidRPr="00C9454D">
        <w:rPr>
          <w:sz w:val="24"/>
          <w:szCs w:val="24"/>
        </w:rPr>
        <w:t>s</w:t>
      </w:r>
      <w:r w:rsidR="009E17EC" w:rsidRPr="00C9454D">
        <w:rPr>
          <w:sz w:val="24"/>
          <w:szCs w:val="24"/>
        </w:rPr>
        <w:t>alms</w:t>
      </w:r>
      <w:r w:rsidR="00BB1880" w:rsidRPr="00C9454D">
        <w:rPr>
          <w:sz w:val="24"/>
          <w:szCs w:val="24"/>
        </w:rPr>
        <w:t xml:space="preserve"> 146:4</w:t>
      </w:r>
    </w:p>
    <w:p w14:paraId="159E8888" w14:textId="4175AE90" w:rsidR="00DE0232" w:rsidRPr="00C9454D" w:rsidRDefault="00BB1880" w:rsidP="00C9454D">
      <w:pPr>
        <w:rPr>
          <w:sz w:val="24"/>
          <w:szCs w:val="24"/>
        </w:rPr>
      </w:pPr>
      <w:r w:rsidRPr="00C9454D">
        <w:rPr>
          <w:sz w:val="24"/>
          <w:szCs w:val="24"/>
        </w:rPr>
        <w:t>“</w:t>
      </w:r>
      <w:r w:rsidR="00FD71BA" w:rsidRPr="00C9454D">
        <w:rPr>
          <w:sz w:val="24"/>
          <w:szCs w:val="24"/>
        </w:rPr>
        <w:t>And</w:t>
      </w:r>
      <w:r w:rsidR="008A3549" w:rsidRPr="00C9454D">
        <w:rPr>
          <w:sz w:val="24"/>
          <w:szCs w:val="24"/>
        </w:rPr>
        <w:t xml:space="preserve"> I have hope toward God, which hope these men also look forward to, that there is going to be a resurrection of both the righteous and the unrighteous.</w:t>
      </w:r>
      <w:r w:rsidRPr="00C9454D">
        <w:rPr>
          <w:sz w:val="24"/>
          <w:szCs w:val="24"/>
        </w:rPr>
        <w:t xml:space="preserve">” </w:t>
      </w:r>
      <w:r w:rsidR="001E623B" w:rsidRPr="00C9454D">
        <w:rPr>
          <w:sz w:val="24"/>
          <w:szCs w:val="24"/>
        </w:rPr>
        <w:t>Acts 24:1</w:t>
      </w:r>
      <w:r w:rsidR="003348F3" w:rsidRPr="00C9454D">
        <w:rPr>
          <w:sz w:val="24"/>
          <w:szCs w:val="24"/>
        </w:rPr>
        <w:t>5</w:t>
      </w:r>
    </w:p>
    <w:p w14:paraId="70B0D2D0" w14:textId="41FEE071" w:rsidR="00D97C7A" w:rsidRPr="00C9454D" w:rsidRDefault="00BA2E27" w:rsidP="00C9454D">
      <w:pPr>
        <w:rPr>
          <w:sz w:val="24"/>
          <w:szCs w:val="24"/>
        </w:rPr>
      </w:pPr>
      <w:r w:rsidRPr="00C9454D">
        <w:rPr>
          <w:sz w:val="24"/>
          <w:szCs w:val="24"/>
        </w:rPr>
        <w:t>“</w:t>
      </w:r>
      <w:r w:rsidR="00D97C7A" w:rsidRPr="00C9454D">
        <w:rPr>
          <w:sz w:val="24"/>
          <w:szCs w:val="24"/>
        </w:rPr>
        <w:t xml:space="preserve">He will wipe out every tear from their eyes, and death will be no more, neither will mourning nor outcry nor pain be anymore. The former things have passed </w:t>
      </w:r>
      <w:r w:rsidRPr="00C9454D">
        <w:rPr>
          <w:sz w:val="24"/>
          <w:szCs w:val="24"/>
        </w:rPr>
        <w:t>away.“</w:t>
      </w:r>
      <w:r w:rsidR="00996F22" w:rsidRPr="00C9454D">
        <w:rPr>
          <w:sz w:val="24"/>
          <w:szCs w:val="24"/>
        </w:rPr>
        <w:t xml:space="preserve"> </w:t>
      </w:r>
      <w:r w:rsidRPr="00C9454D">
        <w:rPr>
          <w:sz w:val="24"/>
          <w:szCs w:val="24"/>
        </w:rPr>
        <w:t>Revelation</w:t>
      </w:r>
      <w:r w:rsidR="00D97C7A" w:rsidRPr="00C9454D">
        <w:rPr>
          <w:sz w:val="24"/>
          <w:szCs w:val="24"/>
        </w:rPr>
        <w:t xml:space="preserve"> 21:4</w:t>
      </w:r>
    </w:p>
    <w:p w14:paraId="2F43696C" w14:textId="77777777" w:rsidR="009E17EC" w:rsidRPr="00C9454D" w:rsidRDefault="009E17EC" w:rsidP="00C9454D">
      <w:pPr>
        <w:rPr>
          <w:sz w:val="24"/>
          <w:szCs w:val="24"/>
        </w:rPr>
      </w:pPr>
    </w:p>
    <w:p w14:paraId="1CC7FA25" w14:textId="74C11B5B" w:rsidR="003708AD" w:rsidRPr="00C9454D" w:rsidRDefault="003708AD" w:rsidP="00C9454D">
      <w:pPr>
        <w:rPr>
          <w:sz w:val="24"/>
          <w:szCs w:val="24"/>
        </w:rPr>
      </w:pPr>
      <w:r w:rsidRPr="00C9454D">
        <w:rPr>
          <w:sz w:val="24"/>
          <w:szCs w:val="24"/>
        </w:rPr>
        <w:t>Helena clung to the hope these writings offered. “I will hold him again,” she whispered, her tears slowing. “I will hold my baby again.”</w:t>
      </w:r>
    </w:p>
    <w:p w14:paraId="3ED40DB2" w14:textId="662EEFBA" w:rsidR="003708AD" w:rsidRPr="00C9454D" w:rsidRDefault="003708AD" w:rsidP="00C9454D">
      <w:pPr>
        <w:rPr>
          <w:sz w:val="24"/>
          <w:szCs w:val="24"/>
        </w:rPr>
      </w:pPr>
      <w:r w:rsidRPr="00C9454D">
        <w:rPr>
          <w:sz w:val="24"/>
          <w:szCs w:val="24"/>
        </w:rPr>
        <w:t>Over the next two decades, tragedy shadowed their lives. Helena became pregnant s</w:t>
      </w:r>
      <w:r w:rsidR="00996F22" w:rsidRPr="00C9454D">
        <w:rPr>
          <w:sz w:val="24"/>
          <w:szCs w:val="24"/>
        </w:rPr>
        <w:t>ix</w:t>
      </w:r>
      <w:r w:rsidRPr="00C9454D">
        <w:rPr>
          <w:sz w:val="24"/>
          <w:szCs w:val="24"/>
        </w:rPr>
        <w:t xml:space="preserve"> more times. Each time, she carried her child with hope, only to lose them to miscarriage, stillbirth, or early death.</w:t>
      </w:r>
    </w:p>
    <w:p w14:paraId="681E3E9A" w14:textId="77777777" w:rsidR="003708AD" w:rsidRPr="00C9454D" w:rsidRDefault="003708AD" w:rsidP="00C9454D">
      <w:pPr>
        <w:rPr>
          <w:sz w:val="24"/>
          <w:szCs w:val="24"/>
        </w:rPr>
      </w:pPr>
      <w:r w:rsidRPr="00C9454D">
        <w:rPr>
          <w:sz w:val="24"/>
          <w:szCs w:val="24"/>
        </w:rPr>
        <w:t xml:space="preserve">Each loss left a scar, but the resurrection hope </w:t>
      </w:r>
      <w:proofErr w:type="spellStart"/>
      <w:r w:rsidRPr="00C9454D">
        <w:rPr>
          <w:sz w:val="24"/>
          <w:szCs w:val="24"/>
        </w:rPr>
        <w:t>Alrich</w:t>
      </w:r>
      <w:proofErr w:type="spellEnd"/>
      <w:r w:rsidRPr="00C9454D">
        <w:rPr>
          <w:sz w:val="24"/>
          <w:szCs w:val="24"/>
        </w:rPr>
        <w:t xml:space="preserve"> had introduced to her sustained her. “It is not goodbye,” she would tell herself as she wept over the tiny graves. “It is only for a time.”</w:t>
      </w:r>
    </w:p>
    <w:p w14:paraId="6B548B16" w14:textId="77777777" w:rsidR="003708AD" w:rsidRPr="00C9454D" w:rsidRDefault="003708AD" w:rsidP="00C9454D">
      <w:pPr>
        <w:rPr>
          <w:sz w:val="24"/>
          <w:szCs w:val="24"/>
        </w:rPr>
      </w:pPr>
      <w:r w:rsidRPr="00C9454D">
        <w:rPr>
          <w:sz w:val="24"/>
          <w:szCs w:val="24"/>
        </w:rPr>
        <w:t xml:space="preserve">When </w:t>
      </w:r>
      <w:proofErr w:type="spellStart"/>
      <w:r w:rsidRPr="00C9454D">
        <w:rPr>
          <w:sz w:val="24"/>
          <w:szCs w:val="24"/>
        </w:rPr>
        <w:t>Alrich</w:t>
      </w:r>
      <w:proofErr w:type="spellEnd"/>
      <w:r w:rsidRPr="00C9454D">
        <w:rPr>
          <w:sz w:val="24"/>
          <w:szCs w:val="24"/>
        </w:rPr>
        <w:t xml:space="preserve"> died in a quarry accident twenty years into their marriage, Helena’s heart broke anew. But she carried on, clinging to the truths he had uncovered and dedicating herself to preserving the life they had built together.</w:t>
      </w:r>
    </w:p>
    <w:p w14:paraId="245F45C0" w14:textId="56994C20" w:rsidR="00E2436A" w:rsidRPr="00C9454D" w:rsidRDefault="00E2436A" w:rsidP="00C9454D">
      <w:pPr>
        <w:rPr>
          <w:sz w:val="24"/>
          <w:szCs w:val="24"/>
        </w:rPr>
      </w:pPr>
      <w:r w:rsidRPr="00C9454D">
        <w:rPr>
          <w:sz w:val="24"/>
          <w:szCs w:val="24"/>
        </w:rPr>
        <w:t xml:space="preserve">“So that they are no longer two, but one flesh. Therefore, what God has yoked together, let no man put apart.” </w:t>
      </w:r>
      <w:r w:rsidR="00745801" w:rsidRPr="00C9454D">
        <w:rPr>
          <w:sz w:val="24"/>
          <w:szCs w:val="24"/>
        </w:rPr>
        <w:t>Matthew 19:6</w:t>
      </w:r>
    </w:p>
    <w:p w14:paraId="2568AF79" w14:textId="77777777" w:rsidR="003708AD" w:rsidRPr="00C9454D" w:rsidRDefault="003708AD" w:rsidP="00C9454D">
      <w:pPr>
        <w:rPr>
          <w:sz w:val="24"/>
          <w:szCs w:val="24"/>
        </w:rPr>
      </w:pPr>
    </w:p>
    <w:p w14:paraId="3C207EC3" w14:textId="0B33BE33" w:rsidR="003708AD" w:rsidRPr="00C9454D" w:rsidRDefault="003708AD" w:rsidP="00C9454D">
      <w:pPr>
        <w:rPr>
          <w:sz w:val="24"/>
          <w:szCs w:val="24"/>
        </w:rPr>
      </w:pPr>
      <w:r w:rsidRPr="00C9454D">
        <w:rPr>
          <w:sz w:val="24"/>
          <w:szCs w:val="24"/>
        </w:rPr>
        <w:t xml:space="preserve">For the next four decades, Helena ran the quarry and managed </w:t>
      </w:r>
      <w:r w:rsidR="00522C4D" w:rsidRPr="00C9454D">
        <w:rPr>
          <w:sz w:val="24"/>
          <w:szCs w:val="24"/>
        </w:rPr>
        <w:t>High Haven</w:t>
      </w:r>
      <w:r w:rsidRPr="00C9454D">
        <w:rPr>
          <w:sz w:val="24"/>
          <w:szCs w:val="24"/>
        </w:rPr>
        <w:t xml:space="preserve"> alone. Suitors came and went, but she dismissed them all, finding no one who could match </w:t>
      </w:r>
      <w:proofErr w:type="spellStart"/>
      <w:r w:rsidRPr="00C9454D">
        <w:rPr>
          <w:sz w:val="24"/>
          <w:szCs w:val="24"/>
        </w:rPr>
        <w:t>Alrich’s</w:t>
      </w:r>
      <w:proofErr w:type="spellEnd"/>
      <w:r w:rsidRPr="00C9454D">
        <w:rPr>
          <w:sz w:val="24"/>
          <w:szCs w:val="24"/>
        </w:rPr>
        <w:t xml:space="preserve"> depth or understanding. She poured herself into collecting antiquities and manuscripts, searching for knowledge and beauty to fill the void.</w:t>
      </w:r>
    </w:p>
    <w:p w14:paraId="45ABD575" w14:textId="3AB717E2" w:rsidR="003708AD" w:rsidRPr="00C9454D" w:rsidRDefault="003708AD" w:rsidP="00C9454D">
      <w:pPr>
        <w:rPr>
          <w:sz w:val="24"/>
          <w:szCs w:val="24"/>
        </w:rPr>
      </w:pPr>
      <w:r w:rsidRPr="00C9454D">
        <w:rPr>
          <w:sz w:val="24"/>
          <w:szCs w:val="24"/>
        </w:rPr>
        <w:t xml:space="preserve">What began as a passion turned into an obsession. She could not part with anything—not </w:t>
      </w:r>
      <w:proofErr w:type="spellStart"/>
      <w:r w:rsidRPr="00C9454D">
        <w:rPr>
          <w:sz w:val="24"/>
          <w:szCs w:val="24"/>
        </w:rPr>
        <w:t>Alrich’s</w:t>
      </w:r>
      <w:proofErr w:type="spellEnd"/>
      <w:r w:rsidRPr="00C9454D">
        <w:rPr>
          <w:sz w:val="24"/>
          <w:szCs w:val="24"/>
        </w:rPr>
        <w:t xml:space="preserve"> gifts, not the treasures they had sought together, nor the countless items she acquired after his death. By the end of her life, </w:t>
      </w:r>
      <w:r w:rsidR="00522C4D" w:rsidRPr="00C9454D">
        <w:rPr>
          <w:sz w:val="24"/>
          <w:szCs w:val="24"/>
        </w:rPr>
        <w:t>High Haven</w:t>
      </w:r>
      <w:r w:rsidRPr="00C9454D">
        <w:rPr>
          <w:sz w:val="24"/>
          <w:szCs w:val="24"/>
        </w:rPr>
        <w:t xml:space="preserve"> was a labyrinth of possessions, every room choked with furniture, tapestries, and artifacts.</w:t>
      </w:r>
    </w:p>
    <w:p w14:paraId="6C28C271" w14:textId="77777777" w:rsidR="003708AD" w:rsidRPr="00C9454D" w:rsidRDefault="003708AD" w:rsidP="00C9454D">
      <w:pPr>
        <w:rPr>
          <w:sz w:val="24"/>
          <w:szCs w:val="24"/>
        </w:rPr>
      </w:pPr>
      <w:r w:rsidRPr="00C9454D">
        <w:rPr>
          <w:sz w:val="24"/>
          <w:szCs w:val="24"/>
        </w:rPr>
        <w:t>Helena knew what she had done. “It is not madness,” she wrote in her final journal. “It is love. Love for a man who gave me life, love for the children I will hold again, and love for the truths I have uncovered. To the one who finds this, forgive what I have left behind. Take what I have preserved and carry it forward.”</w:t>
      </w:r>
    </w:p>
    <w:p w14:paraId="72B85A31" w14:textId="5AC7456F" w:rsidR="003708AD" w:rsidRPr="00C9454D" w:rsidRDefault="003708AD" w:rsidP="00C9454D">
      <w:pPr>
        <w:rPr>
          <w:sz w:val="24"/>
          <w:szCs w:val="24"/>
        </w:rPr>
      </w:pPr>
      <w:r w:rsidRPr="00C9454D">
        <w:rPr>
          <w:sz w:val="24"/>
          <w:szCs w:val="24"/>
        </w:rPr>
        <w:t xml:space="preserve">When she passed at the age of seventy-eight, she was found in her study, surrounded by her journals and treasures. Without an heir, </w:t>
      </w:r>
      <w:r w:rsidR="00522C4D" w:rsidRPr="00C9454D">
        <w:rPr>
          <w:sz w:val="24"/>
          <w:szCs w:val="24"/>
        </w:rPr>
        <w:t>High Haven</w:t>
      </w:r>
      <w:r w:rsidRPr="00C9454D">
        <w:rPr>
          <w:sz w:val="24"/>
          <w:szCs w:val="24"/>
        </w:rPr>
        <w:t xml:space="preserve"> fell into ruin, its quarry abandoned, its halls silent. Yet, beneath the decay, Lady Helena’s legacy remained—a testament to a woman who had lived for love, knowledge, and hope, even in the face of unimaginable loss.</w:t>
      </w:r>
    </w:p>
    <w:p w14:paraId="2568EE6E" w14:textId="77777777" w:rsidR="003708AD" w:rsidRPr="00C9454D" w:rsidRDefault="003708AD" w:rsidP="00C9454D">
      <w:pPr>
        <w:rPr>
          <w:sz w:val="24"/>
          <w:szCs w:val="24"/>
        </w:rPr>
      </w:pPr>
    </w:p>
    <w:p w14:paraId="30725E79" w14:textId="3A19EB1E" w:rsidR="00CB285C" w:rsidRPr="00C9454D" w:rsidRDefault="00A97FA4" w:rsidP="00C9454D">
      <w:pPr>
        <w:rPr>
          <w:sz w:val="24"/>
          <w:szCs w:val="24"/>
        </w:rPr>
      </w:pPr>
      <w:r w:rsidRPr="00C9454D">
        <w:rPr>
          <w:sz w:val="24"/>
          <w:szCs w:val="24"/>
        </w:rPr>
        <w:br w:type="page"/>
      </w:r>
    </w:p>
    <w:p w14:paraId="44DB2314" w14:textId="31956C10" w:rsidR="002C40BF" w:rsidRPr="00C9454D" w:rsidRDefault="002C40BF" w:rsidP="00C9454D">
      <w:pPr>
        <w:pStyle w:val="Heading2"/>
        <w:rPr>
          <w:sz w:val="24"/>
          <w:szCs w:val="24"/>
        </w:rPr>
      </w:pPr>
      <w:r w:rsidRPr="00C9454D">
        <w:rPr>
          <w:sz w:val="24"/>
          <w:szCs w:val="24"/>
        </w:rPr>
        <w:t>Unclean</w:t>
      </w:r>
    </w:p>
    <w:p w14:paraId="59137AA1" w14:textId="77777777" w:rsidR="003D3930" w:rsidRPr="00C9454D" w:rsidRDefault="003D3930" w:rsidP="00C9454D">
      <w:pPr>
        <w:rPr>
          <w:sz w:val="24"/>
          <w:szCs w:val="24"/>
        </w:rPr>
      </w:pPr>
    </w:p>
    <w:p w14:paraId="2E9F1177" w14:textId="442E76CE" w:rsidR="00CB285C" w:rsidRPr="00C9454D" w:rsidRDefault="00CB285C" w:rsidP="00C9454D">
      <w:pPr>
        <w:rPr>
          <w:sz w:val="24"/>
          <w:szCs w:val="24"/>
        </w:rPr>
      </w:pPr>
      <w:r w:rsidRPr="00C9454D">
        <w:rPr>
          <w:sz w:val="24"/>
          <w:szCs w:val="24"/>
        </w:rPr>
        <w:t xml:space="preserve">The sun rose over </w:t>
      </w:r>
      <w:r w:rsidR="00522C4D" w:rsidRPr="00C9454D">
        <w:rPr>
          <w:sz w:val="24"/>
          <w:szCs w:val="24"/>
        </w:rPr>
        <w:t>High Haven</w:t>
      </w:r>
      <w:r w:rsidRPr="00C9454D">
        <w:rPr>
          <w:sz w:val="24"/>
          <w:szCs w:val="24"/>
        </w:rPr>
        <w:t xml:space="preserve">, casting warm light across the restored manor and its bustling grounds. What had once been an abandoned ruin was now alive with purpose. Villagers moved with determination, their spirits lifted as the estate became a beacon of hope. Yet, beyond the walls of </w:t>
      </w:r>
      <w:r w:rsidR="00522C4D" w:rsidRPr="00C9454D">
        <w:rPr>
          <w:sz w:val="24"/>
          <w:szCs w:val="24"/>
        </w:rPr>
        <w:t>High Haven</w:t>
      </w:r>
      <w:r w:rsidRPr="00C9454D">
        <w:rPr>
          <w:sz w:val="24"/>
          <w:szCs w:val="24"/>
        </w:rPr>
        <w:t xml:space="preserve">, </w:t>
      </w:r>
      <w:proofErr w:type="spellStart"/>
      <w:r w:rsidR="00225D06" w:rsidRPr="00C9454D">
        <w:rPr>
          <w:sz w:val="24"/>
          <w:szCs w:val="24"/>
        </w:rPr>
        <w:t>Teston</w:t>
      </w:r>
      <w:proofErr w:type="spellEnd"/>
      <w:r w:rsidRPr="00C9454D">
        <w:rPr>
          <w:sz w:val="24"/>
          <w:szCs w:val="24"/>
        </w:rPr>
        <w:t xml:space="preserve"> still bore the scars of the flood.</w:t>
      </w:r>
    </w:p>
    <w:p w14:paraId="276DBCFA" w14:textId="54F47369" w:rsidR="00CB285C" w:rsidRPr="00C9454D" w:rsidRDefault="00CB285C" w:rsidP="00C9454D">
      <w:pPr>
        <w:rPr>
          <w:sz w:val="24"/>
          <w:szCs w:val="24"/>
        </w:rPr>
      </w:pPr>
      <w:r w:rsidRPr="00C9454D">
        <w:rPr>
          <w:sz w:val="24"/>
          <w:szCs w:val="24"/>
        </w:rPr>
        <w:t xml:space="preserve">Abilene stood on the terrace overlooking the quarry. Though it had been cleared of debris and the tools restored to working order, it sat quiet and idle. “We can’t delay any longer,” she said, turning to Guy. “The quarry has to reopen. The stone from </w:t>
      </w:r>
      <w:r w:rsidR="00522C4D" w:rsidRPr="00C9454D">
        <w:rPr>
          <w:sz w:val="24"/>
          <w:szCs w:val="24"/>
        </w:rPr>
        <w:t>High Haven</w:t>
      </w:r>
      <w:r w:rsidRPr="00C9454D">
        <w:rPr>
          <w:sz w:val="24"/>
          <w:szCs w:val="24"/>
        </w:rPr>
        <w:t xml:space="preserve"> can rebuild </w:t>
      </w:r>
      <w:proofErr w:type="spellStart"/>
      <w:r w:rsidR="00225D06" w:rsidRPr="00C9454D">
        <w:rPr>
          <w:sz w:val="24"/>
          <w:szCs w:val="24"/>
        </w:rPr>
        <w:t>Teston</w:t>
      </w:r>
      <w:proofErr w:type="spellEnd"/>
      <w:r w:rsidRPr="00C9454D">
        <w:rPr>
          <w:sz w:val="24"/>
          <w:szCs w:val="24"/>
        </w:rPr>
        <w:t>, but only if we start working now.”</w:t>
      </w:r>
    </w:p>
    <w:p w14:paraId="37F785E2" w14:textId="77777777" w:rsidR="00CB285C" w:rsidRPr="00C9454D" w:rsidRDefault="00CB285C" w:rsidP="00C9454D">
      <w:pPr>
        <w:rPr>
          <w:sz w:val="24"/>
          <w:szCs w:val="24"/>
        </w:rPr>
      </w:pPr>
      <w:r w:rsidRPr="00C9454D">
        <w:rPr>
          <w:sz w:val="24"/>
          <w:szCs w:val="24"/>
        </w:rPr>
        <w:t>Guy nodded, his brow furrowed. “We’ll need to bring in more workers,” he said. “Many of the villagers are too sick to work, and those who can are focused on the roads and bridges.”</w:t>
      </w:r>
    </w:p>
    <w:p w14:paraId="2DD7F862" w14:textId="54B5C3BF" w:rsidR="00CB285C" w:rsidRPr="00C9454D" w:rsidRDefault="00CB285C" w:rsidP="00C9454D">
      <w:pPr>
        <w:rPr>
          <w:sz w:val="24"/>
          <w:szCs w:val="24"/>
        </w:rPr>
      </w:pPr>
      <w:r w:rsidRPr="00C9454D">
        <w:rPr>
          <w:sz w:val="24"/>
          <w:szCs w:val="24"/>
        </w:rPr>
        <w:t>The mention of sickness ma</w:t>
      </w:r>
      <w:r w:rsidR="00DD1FF5" w:rsidRPr="00C9454D">
        <w:rPr>
          <w:sz w:val="24"/>
          <w:szCs w:val="24"/>
        </w:rPr>
        <w:t xml:space="preserve">de </w:t>
      </w:r>
      <w:r w:rsidRPr="00C9454D">
        <w:rPr>
          <w:sz w:val="24"/>
          <w:szCs w:val="24"/>
        </w:rPr>
        <w:t>Abilene’s heart ache. Despite the progress they had ma</w:t>
      </w:r>
      <w:r w:rsidR="00DD1FF5" w:rsidRPr="00C9454D">
        <w:rPr>
          <w:sz w:val="24"/>
          <w:szCs w:val="24"/>
        </w:rPr>
        <w:t xml:space="preserve">de </w:t>
      </w:r>
      <w:r w:rsidRPr="00C9454D">
        <w:rPr>
          <w:sz w:val="24"/>
          <w:szCs w:val="24"/>
        </w:rPr>
        <w:t xml:space="preserve">with the water filtration system, disease continued to spread through </w:t>
      </w:r>
      <w:proofErr w:type="spellStart"/>
      <w:r w:rsidR="00225D06" w:rsidRPr="00C9454D">
        <w:rPr>
          <w:sz w:val="24"/>
          <w:szCs w:val="24"/>
        </w:rPr>
        <w:t>Teston</w:t>
      </w:r>
      <w:proofErr w:type="spellEnd"/>
      <w:r w:rsidRPr="00C9454D">
        <w:rPr>
          <w:sz w:val="24"/>
          <w:szCs w:val="24"/>
        </w:rPr>
        <w:t>. The floodwaters had not only destroyed homes but left contamination in their wake. Villagers still handled the remains of the dead, often without understanding the risks.</w:t>
      </w:r>
    </w:p>
    <w:p w14:paraId="516093CE" w14:textId="77777777" w:rsidR="00CB285C" w:rsidRPr="00C9454D" w:rsidRDefault="00CB285C" w:rsidP="00C9454D">
      <w:pPr>
        <w:rPr>
          <w:sz w:val="24"/>
          <w:szCs w:val="24"/>
        </w:rPr>
      </w:pPr>
      <w:r w:rsidRPr="00C9454D">
        <w:rPr>
          <w:sz w:val="24"/>
          <w:szCs w:val="24"/>
        </w:rPr>
        <w:t>“We need to stop the sickness,” Abilene said firmly. “The water filtration system is helping, but it’s not enough. There has to be a better way.”</w:t>
      </w:r>
    </w:p>
    <w:p w14:paraId="01131544" w14:textId="77777777" w:rsidR="00CB285C" w:rsidRPr="00C9454D" w:rsidRDefault="00CB285C" w:rsidP="00C9454D">
      <w:pPr>
        <w:rPr>
          <w:sz w:val="24"/>
          <w:szCs w:val="24"/>
        </w:rPr>
      </w:pPr>
    </w:p>
    <w:p w14:paraId="5423737F" w14:textId="77777777" w:rsidR="00CB285C" w:rsidRPr="00C9454D" w:rsidRDefault="00CB285C" w:rsidP="00C9454D">
      <w:pPr>
        <w:rPr>
          <w:sz w:val="24"/>
          <w:szCs w:val="24"/>
        </w:rPr>
      </w:pPr>
      <w:r w:rsidRPr="00C9454D">
        <w:rPr>
          <w:sz w:val="24"/>
          <w:szCs w:val="24"/>
        </w:rPr>
        <w:t>Later that evening, as the fires in the great hall burned low, Abilene sat in Lady Helena’s study, poring over the journals she had uncovered weeks before. The leather-bound volumes were filled with meticulous entries, from inventory lists to philosophical musings.</w:t>
      </w:r>
    </w:p>
    <w:p w14:paraId="6F12A5E7" w14:textId="77777777" w:rsidR="00CB285C" w:rsidRPr="00C9454D" w:rsidRDefault="00CB285C" w:rsidP="00C9454D">
      <w:pPr>
        <w:rPr>
          <w:sz w:val="24"/>
          <w:szCs w:val="24"/>
        </w:rPr>
      </w:pPr>
      <w:r w:rsidRPr="00C9454D">
        <w:rPr>
          <w:sz w:val="24"/>
          <w:szCs w:val="24"/>
        </w:rPr>
        <w:t>One passage caught her eye, written in Lady Helena’s elegant hand:</w:t>
      </w:r>
    </w:p>
    <w:p w14:paraId="39738142" w14:textId="77777777" w:rsidR="00CB285C" w:rsidRPr="00C9454D" w:rsidRDefault="00CB285C" w:rsidP="00C9454D">
      <w:pPr>
        <w:rPr>
          <w:sz w:val="24"/>
          <w:szCs w:val="24"/>
        </w:rPr>
      </w:pPr>
      <w:r w:rsidRPr="00C9454D">
        <w:rPr>
          <w:sz w:val="24"/>
          <w:szCs w:val="24"/>
        </w:rPr>
        <w:t>“The ancient writings speak of cleanliness as a protection. To touch the dead is to invite uncleanliness, and water must cleanse not only the body but the spirit. The law of old may seem harsh, but within it lies wisdom to preserve life.”</w:t>
      </w:r>
    </w:p>
    <w:p w14:paraId="1F32A203" w14:textId="270A910F" w:rsidR="00CB285C" w:rsidRPr="00C9454D" w:rsidRDefault="00CB285C" w:rsidP="00C9454D">
      <w:pPr>
        <w:rPr>
          <w:sz w:val="24"/>
          <w:szCs w:val="24"/>
        </w:rPr>
      </w:pPr>
      <w:r w:rsidRPr="00C9454D">
        <w:rPr>
          <w:sz w:val="24"/>
          <w:szCs w:val="24"/>
        </w:rPr>
        <w:t xml:space="preserve">Abilene’s heart quickened as she read on. Lady Helena had copied passages from ancient manuscripts, including references to what Abilene recognized as the </w:t>
      </w:r>
      <w:r w:rsidR="00720D5B" w:rsidRPr="00C9454D">
        <w:rPr>
          <w:sz w:val="24"/>
          <w:szCs w:val="24"/>
        </w:rPr>
        <w:t xml:space="preserve">Old </w:t>
      </w:r>
      <w:r w:rsidRPr="00C9454D">
        <w:rPr>
          <w:sz w:val="24"/>
          <w:szCs w:val="24"/>
        </w:rPr>
        <w:t>Law. The writings described detailed practices for cleanliness—how to avoid contamination from dead bodies, the importance of washing hands and clothes, and the necessity of isolating the sick to prevent the spread of disease.</w:t>
      </w:r>
    </w:p>
    <w:p w14:paraId="747E092E" w14:textId="17FF95F8" w:rsidR="00CB285C" w:rsidRPr="00C9454D" w:rsidRDefault="00CB285C" w:rsidP="00C9454D">
      <w:pPr>
        <w:rPr>
          <w:sz w:val="24"/>
          <w:szCs w:val="24"/>
        </w:rPr>
      </w:pPr>
      <w:r w:rsidRPr="00C9454D">
        <w:rPr>
          <w:sz w:val="24"/>
          <w:szCs w:val="24"/>
        </w:rPr>
        <w:t xml:space="preserve">It was as though Lady Helena had written these words for her. The wisdom felt timeless, its relevance undeniable in the face of </w:t>
      </w:r>
      <w:proofErr w:type="spellStart"/>
      <w:r w:rsidR="00225D06" w:rsidRPr="00C9454D">
        <w:rPr>
          <w:sz w:val="24"/>
          <w:szCs w:val="24"/>
        </w:rPr>
        <w:t>Teston</w:t>
      </w:r>
      <w:r w:rsidRPr="00C9454D">
        <w:rPr>
          <w:sz w:val="24"/>
          <w:szCs w:val="24"/>
        </w:rPr>
        <w:t>’s</w:t>
      </w:r>
      <w:proofErr w:type="spellEnd"/>
      <w:r w:rsidRPr="00C9454D">
        <w:rPr>
          <w:sz w:val="24"/>
          <w:szCs w:val="24"/>
        </w:rPr>
        <w:t xml:space="preserve"> suffering.</w:t>
      </w:r>
    </w:p>
    <w:p w14:paraId="22331D7A" w14:textId="77777777" w:rsidR="00CB285C" w:rsidRPr="00C9454D" w:rsidRDefault="00CB285C" w:rsidP="00C9454D">
      <w:pPr>
        <w:rPr>
          <w:sz w:val="24"/>
          <w:szCs w:val="24"/>
        </w:rPr>
      </w:pPr>
      <w:r w:rsidRPr="00C9454D">
        <w:rPr>
          <w:sz w:val="24"/>
          <w:szCs w:val="24"/>
        </w:rPr>
        <w:t>Abilene closed the journal and leaned back in her chair, deep in thought. “Clean water is only the beginning,” she murmured. “If we can teach the villagers about cleanliness, about how to handle the dead and protect themselves, we can stop this sickness from spreading.”</w:t>
      </w:r>
    </w:p>
    <w:p w14:paraId="1DFE9D3A" w14:textId="77777777" w:rsidR="00CB285C" w:rsidRPr="00C9454D" w:rsidRDefault="00CB285C" w:rsidP="00C9454D">
      <w:pPr>
        <w:rPr>
          <w:sz w:val="24"/>
          <w:szCs w:val="24"/>
        </w:rPr>
      </w:pPr>
    </w:p>
    <w:p w14:paraId="4BE26D9F" w14:textId="7A9052A8" w:rsidR="00CB285C" w:rsidRPr="00C9454D" w:rsidRDefault="00CB285C" w:rsidP="00C9454D">
      <w:pPr>
        <w:rPr>
          <w:sz w:val="24"/>
          <w:szCs w:val="24"/>
        </w:rPr>
      </w:pPr>
      <w:r w:rsidRPr="00C9454D">
        <w:rPr>
          <w:sz w:val="24"/>
          <w:szCs w:val="24"/>
        </w:rPr>
        <w:t>The next morning, Abilene called a gathering in the village square. Standing on a makeshift platform, she held up the journal.</w:t>
      </w:r>
      <w:r w:rsidR="00DC37D7" w:rsidRPr="00C9454D">
        <w:rPr>
          <w:sz w:val="24"/>
          <w:szCs w:val="24"/>
        </w:rPr>
        <w:t xml:space="preserve">  With an assured steady voice that carried on </w:t>
      </w:r>
      <w:r w:rsidR="00E061DF" w:rsidRPr="00C9454D">
        <w:rPr>
          <w:sz w:val="24"/>
          <w:szCs w:val="24"/>
        </w:rPr>
        <w:t>the wind she read</w:t>
      </w:r>
      <w:r w:rsidR="001B492D" w:rsidRPr="00C9454D">
        <w:rPr>
          <w:sz w:val="24"/>
          <w:szCs w:val="24"/>
        </w:rPr>
        <w:t>,</w:t>
      </w:r>
    </w:p>
    <w:p w14:paraId="19F7F97A" w14:textId="4FACD622" w:rsidR="001B492D" w:rsidRPr="00C9454D" w:rsidRDefault="0035303F" w:rsidP="00C9454D">
      <w:pPr>
        <w:rPr>
          <w:sz w:val="24"/>
          <w:szCs w:val="24"/>
        </w:rPr>
      </w:pPr>
      <w:r w:rsidRPr="00C9454D">
        <w:rPr>
          <w:sz w:val="24"/>
          <w:szCs w:val="24"/>
        </w:rPr>
        <w:t>“</w:t>
      </w:r>
      <w:r w:rsidR="00D57B25" w:rsidRPr="00C9454D">
        <w:rPr>
          <w:sz w:val="24"/>
          <w:szCs w:val="24"/>
        </w:rPr>
        <w:t xml:space="preserve">This is the </w:t>
      </w:r>
      <w:r w:rsidR="002000E2" w:rsidRPr="00C9454D">
        <w:rPr>
          <w:sz w:val="24"/>
          <w:szCs w:val="24"/>
        </w:rPr>
        <w:t xml:space="preserve">Old Law of God, </w:t>
      </w:r>
      <w:r w:rsidR="00506D4F" w:rsidRPr="00C9454D">
        <w:rPr>
          <w:sz w:val="24"/>
          <w:szCs w:val="24"/>
        </w:rPr>
        <w:t xml:space="preserve">                                                                                              </w:t>
      </w:r>
      <w:r w:rsidR="001150A6" w:rsidRPr="00C9454D">
        <w:rPr>
          <w:sz w:val="24"/>
          <w:szCs w:val="24"/>
        </w:rPr>
        <w:t xml:space="preserve">Leviticus </w:t>
      </w:r>
      <w:r w:rsidR="007628A8" w:rsidRPr="00C9454D">
        <w:rPr>
          <w:sz w:val="24"/>
          <w:szCs w:val="24"/>
        </w:rPr>
        <w:t>11:</w:t>
      </w:r>
      <w:r w:rsidR="009A2D5A" w:rsidRPr="00C9454D">
        <w:rPr>
          <w:sz w:val="24"/>
          <w:szCs w:val="24"/>
        </w:rPr>
        <w:t>32</w:t>
      </w:r>
      <w:r w:rsidRPr="00C9454D">
        <w:rPr>
          <w:sz w:val="24"/>
          <w:szCs w:val="24"/>
        </w:rPr>
        <w:t xml:space="preserve"> and</w:t>
      </w:r>
      <w:r w:rsidR="009A2D5A" w:rsidRPr="00C9454D">
        <w:rPr>
          <w:sz w:val="24"/>
          <w:szCs w:val="24"/>
        </w:rPr>
        <w:t xml:space="preserve"> anything that any of them fall on when they are dead shall be unclean, any wooden utensil or article of woolen cloth or leather or sackcloth, any article that is put to any use; it shall be put into water and be unclean till evening, and be clean.</w:t>
      </w:r>
    </w:p>
    <w:p w14:paraId="4C27B46D" w14:textId="370C3771" w:rsidR="001B492D" w:rsidRPr="00C9454D" w:rsidRDefault="009A2D5A" w:rsidP="00C9454D">
      <w:pPr>
        <w:rPr>
          <w:sz w:val="24"/>
          <w:szCs w:val="24"/>
        </w:rPr>
      </w:pPr>
      <w:r w:rsidRPr="00C9454D">
        <w:rPr>
          <w:sz w:val="24"/>
          <w:szCs w:val="24"/>
        </w:rPr>
        <w:t>33And in the case of any earthen article that any of them falls insi</w:t>
      </w:r>
      <w:r w:rsidR="00DD1FF5" w:rsidRPr="00C9454D">
        <w:rPr>
          <w:sz w:val="24"/>
          <w:szCs w:val="24"/>
        </w:rPr>
        <w:t xml:space="preserve">de </w:t>
      </w:r>
      <w:r w:rsidRPr="00C9454D">
        <w:rPr>
          <w:sz w:val="24"/>
          <w:szCs w:val="24"/>
        </w:rPr>
        <w:t>of, whatever is insi</w:t>
      </w:r>
      <w:r w:rsidR="00DD1FF5" w:rsidRPr="00C9454D">
        <w:rPr>
          <w:sz w:val="24"/>
          <w:szCs w:val="24"/>
        </w:rPr>
        <w:t xml:space="preserve">de </w:t>
      </w:r>
      <w:r w:rsidRPr="00C9454D">
        <w:rPr>
          <w:sz w:val="24"/>
          <w:szCs w:val="24"/>
        </w:rPr>
        <w:t>it shall be unclean, and it you shall break.</w:t>
      </w:r>
    </w:p>
    <w:p w14:paraId="33C73E92" w14:textId="77777777" w:rsidR="001B492D" w:rsidRPr="00C9454D" w:rsidRDefault="009A2D5A" w:rsidP="00C9454D">
      <w:pPr>
        <w:rPr>
          <w:sz w:val="24"/>
          <w:szCs w:val="24"/>
        </w:rPr>
      </w:pPr>
      <w:r w:rsidRPr="00C9454D">
        <w:rPr>
          <w:sz w:val="24"/>
          <w:szCs w:val="24"/>
        </w:rPr>
        <w:t>34Of any food that is to be eaten, what water comes on shall be unclean, and any drink that is to be drunk in any vessel shall be unclean.</w:t>
      </w:r>
    </w:p>
    <w:p w14:paraId="2124E356" w14:textId="77777777" w:rsidR="001B492D" w:rsidRPr="00C9454D" w:rsidRDefault="009A2D5A" w:rsidP="00C9454D">
      <w:pPr>
        <w:rPr>
          <w:sz w:val="24"/>
          <w:szCs w:val="24"/>
        </w:rPr>
      </w:pPr>
      <w:r w:rsidRPr="00C9454D">
        <w:rPr>
          <w:sz w:val="24"/>
          <w:szCs w:val="24"/>
        </w:rPr>
        <w:t>35And anything that any of their carcasses falls on shall be unclean: baking-crock and boiling-brazier shall be demolished; they are unclean and you shall treat them as unclean.</w:t>
      </w:r>
    </w:p>
    <w:p w14:paraId="4BCB279C" w14:textId="77777777" w:rsidR="004B26E7" w:rsidRPr="00C9454D" w:rsidRDefault="009A2D5A" w:rsidP="00C9454D">
      <w:pPr>
        <w:rPr>
          <w:sz w:val="24"/>
          <w:szCs w:val="24"/>
        </w:rPr>
      </w:pPr>
      <w:r w:rsidRPr="00C9454D">
        <w:rPr>
          <w:sz w:val="24"/>
          <w:szCs w:val="24"/>
        </w:rPr>
        <w:t>36Only a spring or cistern, a body of water, shall be clean, but what touches their carcasses shall be unclean.</w:t>
      </w:r>
    </w:p>
    <w:p w14:paraId="717C89E0" w14:textId="77777777" w:rsidR="004B26E7" w:rsidRPr="00C9454D" w:rsidRDefault="009A2D5A" w:rsidP="00C9454D">
      <w:pPr>
        <w:rPr>
          <w:sz w:val="24"/>
          <w:szCs w:val="24"/>
        </w:rPr>
      </w:pPr>
      <w:r w:rsidRPr="00C9454D">
        <w:rPr>
          <w:sz w:val="24"/>
          <w:szCs w:val="24"/>
        </w:rPr>
        <w:t>37And when any of their carcasses falls on any planting-seed that is to be sown, it is clean;</w:t>
      </w:r>
    </w:p>
    <w:p w14:paraId="27ED789A" w14:textId="77777777" w:rsidR="004B26E7" w:rsidRPr="00C9454D" w:rsidRDefault="009A2D5A" w:rsidP="00C9454D">
      <w:pPr>
        <w:rPr>
          <w:sz w:val="24"/>
          <w:szCs w:val="24"/>
        </w:rPr>
      </w:pPr>
      <w:r w:rsidRPr="00C9454D">
        <w:rPr>
          <w:sz w:val="24"/>
          <w:szCs w:val="24"/>
        </w:rPr>
        <w:t>38but when water is put on seed and any of their carcasses falls on it you shall treat it as unclean.</w:t>
      </w:r>
    </w:p>
    <w:p w14:paraId="7A32DE15" w14:textId="77777777" w:rsidR="004B26E7" w:rsidRPr="00C9454D" w:rsidRDefault="009A2D5A" w:rsidP="00C9454D">
      <w:pPr>
        <w:rPr>
          <w:sz w:val="24"/>
          <w:szCs w:val="24"/>
        </w:rPr>
      </w:pPr>
      <w:r w:rsidRPr="00C9454D">
        <w:rPr>
          <w:sz w:val="24"/>
          <w:szCs w:val="24"/>
        </w:rPr>
        <w:t>39“And when any of the quadrupeds that serve you for food dies, he who touches its carcass shall be unclean till evening.</w:t>
      </w:r>
    </w:p>
    <w:p w14:paraId="78F18FB0" w14:textId="51E09671" w:rsidR="00261E6C" w:rsidRPr="00C9454D" w:rsidRDefault="009A2D5A" w:rsidP="00C9454D">
      <w:pPr>
        <w:rPr>
          <w:sz w:val="24"/>
          <w:szCs w:val="24"/>
        </w:rPr>
      </w:pPr>
      <w:r w:rsidRPr="00C9454D">
        <w:rPr>
          <w:sz w:val="24"/>
          <w:szCs w:val="24"/>
        </w:rPr>
        <w:t>40And he who eats any of its carcass shall wash his clothes and be unclean till evening. And he who takes up its carcass shall wash his clothes and be unclean till evening</w:t>
      </w:r>
      <w:r w:rsidR="0035303F" w:rsidRPr="00C9454D">
        <w:rPr>
          <w:sz w:val="24"/>
          <w:szCs w:val="24"/>
        </w:rPr>
        <w:t>”</w:t>
      </w:r>
    </w:p>
    <w:p w14:paraId="48944567" w14:textId="486933EF" w:rsidR="00CB285C" w:rsidRPr="00C9454D" w:rsidRDefault="00CB285C" w:rsidP="00C9454D">
      <w:pPr>
        <w:rPr>
          <w:sz w:val="24"/>
          <w:szCs w:val="24"/>
        </w:rPr>
      </w:pPr>
      <w:r w:rsidRPr="00C9454D">
        <w:rPr>
          <w:sz w:val="24"/>
          <w:szCs w:val="24"/>
        </w:rPr>
        <w:t xml:space="preserve">“These </w:t>
      </w:r>
      <w:r w:rsidR="003B7F5A" w:rsidRPr="00C9454D">
        <w:rPr>
          <w:sz w:val="24"/>
          <w:szCs w:val="24"/>
        </w:rPr>
        <w:t xml:space="preserve">are </w:t>
      </w:r>
      <w:r w:rsidR="00C179CE" w:rsidRPr="00C9454D">
        <w:rPr>
          <w:sz w:val="24"/>
          <w:szCs w:val="24"/>
        </w:rPr>
        <w:t xml:space="preserve">the Word of God copied from ancient </w:t>
      </w:r>
      <w:r w:rsidR="001A062B" w:rsidRPr="00C9454D">
        <w:rPr>
          <w:sz w:val="24"/>
          <w:szCs w:val="24"/>
        </w:rPr>
        <w:t>manuscripts</w:t>
      </w:r>
      <w:r w:rsidRPr="00C9454D">
        <w:rPr>
          <w:sz w:val="24"/>
          <w:szCs w:val="24"/>
        </w:rPr>
        <w:t xml:space="preserve"> by Lady Helena </w:t>
      </w:r>
      <w:proofErr w:type="spellStart"/>
      <w:r w:rsidRPr="00C9454D">
        <w:rPr>
          <w:sz w:val="24"/>
          <w:szCs w:val="24"/>
        </w:rPr>
        <w:t>Ravenshire</w:t>
      </w:r>
      <w:proofErr w:type="spellEnd"/>
      <w:r w:rsidRPr="00C9454D">
        <w:rPr>
          <w:sz w:val="24"/>
          <w:szCs w:val="24"/>
        </w:rPr>
        <w:t>,” she began, her voice steady but impassioned. “She found wisdom in ancient writings—wisdom that can save lives. To stop the sickness, we must change how we live. We must clean ourselves, our tools, our homes. We must be careful with the dead and protect the living.”</w:t>
      </w:r>
    </w:p>
    <w:p w14:paraId="7B3755AF" w14:textId="77777777" w:rsidR="00CB285C" w:rsidRPr="00C9454D" w:rsidRDefault="00CB285C" w:rsidP="00C9454D">
      <w:pPr>
        <w:rPr>
          <w:sz w:val="24"/>
          <w:szCs w:val="24"/>
        </w:rPr>
      </w:pPr>
      <w:r w:rsidRPr="00C9454D">
        <w:rPr>
          <w:sz w:val="24"/>
          <w:szCs w:val="24"/>
        </w:rPr>
        <w:t>She went on to explain the practices she had read about, from washing hands and clothes to using clean water for all tasks. She even suggested setting up temporary isolation for those who were most ill, to prevent further spread of disease.</w:t>
      </w:r>
    </w:p>
    <w:p w14:paraId="14DF0F8A" w14:textId="77777777" w:rsidR="00CB285C" w:rsidRPr="00C9454D" w:rsidRDefault="00CB285C" w:rsidP="00C9454D">
      <w:pPr>
        <w:rPr>
          <w:sz w:val="24"/>
          <w:szCs w:val="24"/>
        </w:rPr>
      </w:pPr>
      <w:r w:rsidRPr="00C9454D">
        <w:rPr>
          <w:sz w:val="24"/>
          <w:szCs w:val="24"/>
        </w:rPr>
        <w:t>At first, the villagers were hesitant, their faces etched with doubt. But as Abilene spoke, her conviction inspired them. “If we do this together,” she said, “we can stop the sickness. We can rebuild stronger than before.”</w:t>
      </w:r>
    </w:p>
    <w:p w14:paraId="4C63E970" w14:textId="77777777" w:rsidR="00CB285C" w:rsidRPr="00C9454D" w:rsidRDefault="00CB285C" w:rsidP="00C9454D">
      <w:pPr>
        <w:rPr>
          <w:sz w:val="24"/>
          <w:szCs w:val="24"/>
        </w:rPr>
      </w:pPr>
    </w:p>
    <w:p w14:paraId="2FFF5264" w14:textId="1AE568BC" w:rsidR="00CB285C" w:rsidRPr="00C9454D" w:rsidRDefault="00CB285C" w:rsidP="00C9454D">
      <w:pPr>
        <w:rPr>
          <w:sz w:val="24"/>
          <w:szCs w:val="24"/>
        </w:rPr>
      </w:pPr>
      <w:r w:rsidRPr="00C9454D">
        <w:rPr>
          <w:sz w:val="24"/>
          <w:szCs w:val="24"/>
        </w:rPr>
        <w:t xml:space="preserve">The weeks turned into months. The rebuilding of </w:t>
      </w:r>
      <w:proofErr w:type="spellStart"/>
      <w:r w:rsidR="00225D06" w:rsidRPr="00C9454D">
        <w:rPr>
          <w:sz w:val="24"/>
          <w:szCs w:val="24"/>
        </w:rPr>
        <w:t>Teston</w:t>
      </w:r>
      <w:proofErr w:type="spellEnd"/>
      <w:r w:rsidRPr="00C9454D">
        <w:rPr>
          <w:sz w:val="24"/>
          <w:szCs w:val="24"/>
        </w:rPr>
        <w:t xml:space="preserve"> progressed steadily, though not without challenges. The roads and bridges took shape under Guy’s watchful eye, built from the first stones cut from the reopened quarry. The filtration system, once viewed with skepticism, became an essential part of daily life, with neighboring villages sending messengers to learn about the design.</w:t>
      </w:r>
    </w:p>
    <w:p w14:paraId="7108A4F6" w14:textId="77777777" w:rsidR="00CB285C" w:rsidRPr="00C9454D" w:rsidRDefault="00CB285C" w:rsidP="00C9454D">
      <w:pPr>
        <w:rPr>
          <w:sz w:val="24"/>
          <w:szCs w:val="24"/>
        </w:rPr>
      </w:pPr>
      <w:r w:rsidRPr="00C9454D">
        <w:rPr>
          <w:sz w:val="24"/>
          <w:szCs w:val="24"/>
        </w:rPr>
        <w:t>Yet, even with these advancements, the scars of the flood remained. Graves lined the riverbank, and the memories of lost loved ones lingered heavily in the hearts of the survivors.</w:t>
      </w:r>
    </w:p>
    <w:p w14:paraId="73AD5B03" w14:textId="77777777" w:rsidR="00CB285C" w:rsidRPr="00C9454D" w:rsidRDefault="00CB285C" w:rsidP="00C9454D">
      <w:pPr>
        <w:rPr>
          <w:sz w:val="24"/>
          <w:szCs w:val="24"/>
        </w:rPr>
      </w:pPr>
      <w:r w:rsidRPr="00C9454D">
        <w:rPr>
          <w:sz w:val="24"/>
          <w:szCs w:val="24"/>
        </w:rPr>
        <w:t>It was in these moments of grief that Abilene found another way to help. Quietly, discreetly, she began sharing words of hope drawn from Lady Helena’s journals. She spoke of ancient truths that promised comfort, restoration, and a future where the dead would rise again.</w:t>
      </w:r>
    </w:p>
    <w:p w14:paraId="2304C13C" w14:textId="7015C4D9" w:rsidR="00CB285C" w:rsidRPr="00C9454D" w:rsidRDefault="00CB285C" w:rsidP="00C9454D">
      <w:pPr>
        <w:rPr>
          <w:sz w:val="24"/>
          <w:szCs w:val="24"/>
        </w:rPr>
      </w:pPr>
      <w:r w:rsidRPr="00C9454D">
        <w:rPr>
          <w:sz w:val="24"/>
          <w:szCs w:val="24"/>
        </w:rPr>
        <w:t>“I believe we will see them again,” she said softly to a grieving mother one evening. “This life is not the end. There is more waiting for us.</w:t>
      </w:r>
      <w:r w:rsidR="00282DFF" w:rsidRPr="00C9454D">
        <w:rPr>
          <w:sz w:val="24"/>
          <w:szCs w:val="24"/>
        </w:rPr>
        <w:t xml:space="preserve"> </w:t>
      </w:r>
      <w:r w:rsidR="00595BDF" w:rsidRPr="00C9454D">
        <w:rPr>
          <w:sz w:val="24"/>
          <w:szCs w:val="24"/>
        </w:rPr>
        <w:t>God</w:t>
      </w:r>
      <w:r w:rsidR="00A7794A" w:rsidRPr="00C9454D">
        <w:rPr>
          <w:sz w:val="24"/>
          <w:szCs w:val="24"/>
        </w:rPr>
        <w:t xml:space="preserve"> says</w:t>
      </w:r>
      <w:r w:rsidR="00DA27CB" w:rsidRPr="00C9454D">
        <w:rPr>
          <w:sz w:val="24"/>
          <w:szCs w:val="24"/>
        </w:rPr>
        <w:t xml:space="preserve">, </w:t>
      </w:r>
      <w:r w:rsidR="00A7794A" w:rsidRPr="00C9454D">
        <w:rPr>
          <w:sz w:val="24"/>
          <w:szCs w:val="24"/>
        </w:rPr>
        <w:t>“</w:t>
      </w:r>
      <w:r w:rsidR="00282DFF" w:rsidRPr="00C9454D">
        <w:rPr>
          <w:sz w:val="24"/>
          <w:szCs w:val="24"/>
        </w:rPr>
        <w:t xml:space="preserve">The righteous will possess the earth, and they will live forever on it.”  </w:t>
      </w:r>
      <w:r w:rsidRPr="00C9454D">
        <w:rPr>
          <w:sz w:val="24"/>
          <w:szCs w:val="24"/>
        </w:rPr>
        <w:t>The woman had looked at her with tear-filled eyes. “Do you truly believe that?”</w:t>
      </w:r>
    </w:p>
    <w:p w14:paraId="0875EA13" w14:textId="77777777" w:rsidR="00CB285C" w:rsidRPr="00C9454D" w:rsidRDefault="00CB285C" w:rsidP="00C9454D">
      <w:pPr>
        <w:rPr>
          <w:sz w:val="24"/>
          <w:szCs w:val="24"/>
        </w:rPr>
      </w:pPr>
      <w:r w:rsidRPr="00C9454D">
        <w:rPr>
          <w:sz w:val="24"/>
          <w:szCs w:val="24"/>
        </w:rPr>
        <w:t>Abilene nodded. “I do. And I think you will too, in time.”</w:t>
      </w:r>
    </w:p>
    <w:p w14:paraId="2EA1951F" w14:textId="77777777" w:rsidR="00CB285C" w:rsidRPr="00C9454D" w:rsidRDefault="00CB285C" w:rsidP="00C9454D">
      <w:pPr>
        <w:rPr>
          <w:sz w:val="24"/>
          <w:szCs w:val="24"/>
        </w:rPr>
      </w:pPr>
      <w:r w:rsidRPr="00C9454D">
        <w:rPr>
          <w:sz w:val="24"/>
          <w:szCs w:val="24"/>
        </w:rPr>
        <w:t>She didn’t share these truths widely, knowing that not all would be ready to hear them. But for those who were, her words became a balm for their wounded spirits, a light in their darkness.</w:t>
      </w:r>
    </w:p>
    <w:p w14:paraId="07E2A546" w14:textId="77777777" w:rsidR="00CB285C" w:rsidRPr="00C9454D" w:rsidRDefault="00CB285C" w:rsidP="00C9454D">
      <w:pPr>
        <w:rPr>
          <w:sz w:val="24"/>
          <w:szCs w:val="24"/>
        </w:rPr>
      </w:pPr>
    </w:p>
    <w:p w14:paraId="1CEB2E32" w14:textId="2C8AE117" w:rsidR="00CB285C" w:rsidRPr="00C9454D" w:rsidRDefault="00CB285C" w:rsidP="00C9454D">
      <w:pPr>
        <w:rPr>
          <w:sz w:val="24"/>
          <w:szCs w:val="24"/>
        </w:rPr>
      </w:pPr>
      <w:r w:rsidRPr="00C9454D">
        <w:rPr>
          <w:sz w:val="24"/>
          <w:szCs w:val="24"/>
        </w:rPr>
        <w:t xml:space="preserve">By the end of the season, the first visible transformations began to appear. </w:t>
      </w:r>
      <w:proofErr w:type="spellStart"/>
      <w:r w:rsidR="00225D06" w:rsidRPr="00C9454D">
        <w:rPr>
          <w:sz w:val="24"/>
          <w:szCs w:val="24"/>
        </w:rPr>
        <w:t>Teston</w:t>
      </w:r>
      <w:r w:rsidRPr="00C9454D">
        <w:rPr>
          <w:sz w:val="24"/>
          <w:szCs w:val="24"/>
        </w:rPr>
        <w:t>’s</w:t>
      </w:r>
      <w:proofErr w:type="spellEnd"/>
      <w:r w:rsidRPr="00C9454D">
        <w:rPr>
          <w:sz w:val="24"/>
          <w:szCs w:val="24"/>
        </w:rPr>
        <w:t xml:space="preserve"> roads were sturdy, its bridges strong, and its fields, though scarred, began to grow green once more. The water filtration system was heralded as a marvel, and </w:t>
      </w:r>
      <w:r w:rsidR="00522C4D" w:rsidRPr="00C9454D">
        <w:rPr>
          <w:sz w:val="24"/>
          <w:szCs w:val="24"/>
        </w:rPr>
        <w:t>High Haven</w:t>
      </w:r>
      <w:r w:rsidRPr="00C9454D">
        <w:rPr>
          <w:sz w:val="24"/>
          <w:szCs w:val="24"/>
        </w:rPr>
        <w:t xml:space="preserve">’s quarry roared with activity, supplying stone not only for </w:t>
      </w:r>
      <w:proofErr w:type="spellStart"/>
      <w:r w:rsidR="00225D06" w:rsidRPr="00C9454D">
        <w:rPr>
          <w:sz w:val="24"/>
          <w:szCs w:val="24"/>
        </w:rPr>
        <w:t>Teston</w:t>
      </w:r>
      <w:proofErr w:type="spellEnd"/>
      <w:r w:rsidRPr="00C9454D">
        <w:rPr>
          <w:sz w:val="24"/>
          <w:szCs w:val="24"/>
        </w:rPr>
        <w:t xml:space="preserve"> but for surrounding villages as well.</w:t>
      </w:r>
    </w:p>
    <w:p w14:paraId="0557FDBF" w14:textId="77777777" w:rsidR="00CB285C" w:rsidRPr="00C9454D" w:rsidRDefault="00CB285C" w:rsidP="00C9454D">
      <w:pPr>
        <w:rPr>
          <w:sz w:val="24"/>
          <w:szCs w:val="24"/>
        </w:rPr>
      </w:pPr>
      <w:r w:rsidRPr="00C9454D">
        <w:rPr>
          <w:sz w:val="24"/>
          <w:szCs w:val="24"/>
        </w:rPr>
        <w:t>Abilene often returned to Lady Helena’s study in the evenings, seeking guidance in the journals. Each entry felt like a conversation across time, a connection to a woman whose struggles and wisdom mirrored her own.</w:t>
      </w:r>
    </w:p>
    <w:p w14:paraId="1BAE4A1A" w14:textId="77777777" w:rsidR="00CB285C" w:rsidRPr="00C9454D" w:rsidRDefault="00CB285C" w:rsidP="00C9454D">
      <w:pPr>
        <w:rPr>
          <w:sz w:val="24"/>
          <w:szCs w:val="24"/>
        </w:rPr>
      </w:pPr>
      <w:r w:rsidRPr="00C9454D">
        <w:rPr>
          <w:sz w:val="24"/>
          <w:szCs w:val="24"/>
        </w:rPr>
        <w:t>One night, as she traced her fingers over the faded ink of a particularly moving passage, she whispered, “Thank you, Lady Helena. For everything.”</w:t>
      </w:r>
    </w:p>
    <w:p w14:paraId="08D439C5" w14:textId="3AC03CBA" w:rsidR="00E10A26" w:rsidRPr="00C9454D" w:rsidRDefault="00522C4D" w:rsidP="00C9454D">
      <w:pPr>
        <w:rPr>
          <w:sz w:val="24"/>
          <w:szCs w:val="24"/>
        </w:rPr>
      </w:pPr>
      <w:r w:rsidRPr="00C9454D">
        <w:rPr>
          <w:sz w:val="24"/>
          <w:szCs w:val="24"/>
        </w:rPr>
        <w:t>High Haven</w:t>
      </w:r>
      <w:r w:rsidR="00CB285C" w:rsidRPr="00C9454D">
        <w:rPr>
          <w:sz w:val="24"/>
          <w:szCs w:val="24"/>
        </w:rPr>
        <w:t xml:space="preserve"> was thriving, </w:t>
      </w:r>
      <w:proofErr w:type="spellStart"/>
      <w:r w:rsidR="00225D06" w:rsidRPr="00C9454D">
        <w:rPr>
          <w:sz w:val="24"/>
          <w:szCs w:val="24"/>
        </w:rPr>
        <w:t>Teston</w:t>
      </w:r>
      <w:proofErr w:type="spellEnd"/>
      <w:r w:rsidR="00CB285C" w:rsidRPr="00C9454D">
        <w:rPr>
          <w:sz w:val="24"/>
          <w:szCs w:val="24"/>
        </w:rPr>
        <w:t xml:space="preserve"> was healing, and Abilene felt, for the first time in a long while, that they were moving forward—not just rebuilding, but becoming something greater than they had been before</w:t>
      </w:r>
    </w:p>
    <w:p w14:paraId="7D36C4E3" w14:textId="7E66FA97" w:rsidR="00BC7911" w:rsidRPr="00C9454D" w:rsidRDefault="002939C3" w:rsidP="00C9454D">
      <w:pPr>
        <w:rPr>
          <w:sz w:val="24"/>
          <w:szCs w:val="24"/>
        </w:rPr>
      </w:pPr>
      <w:r w:rsidRPr="00C9454D">
        <w:rPr>
          <w:sz w:val="24"/>
          <w:szCs w:val="24"/>
        </w:rPr>
        <w:br w:type="page"/>
      </w:r>
    </w:p>
    <w:p w14:paraId="2A4A88CF" w14:textId="77777777" w:rsidR="00675EAD" w:rsidRPr="00C9454D" w:rsidRDefault="00EA0C17" w:rsidP="00C9454D">
      <w:pPr>
        <w:pStyle w:val="Heading2"/>
        <w:rPr>
          <w:sz w:val="24"/>
          <w:szCs w:val="24"/>
        </w:rPr>
      </w:pPr>
      <w:r w:rsidRPr="00C9454D">
        <w:rPr>
          <w:sz w:val="24"/>
          <w:szCs w:val="24"/>
        </w:rPr>
        <w:t>Allies</w:t>
      </w:r>
      <w:r w:rsidR="00014CC2" w:rsidRPr="00C9454D">
        <w:rPr>
          <w:sz w:val="24"/>
          <w:szCs w:val="24"/>
        </w:rPr>
        <w:t xml:space="preserve"> </w:t>
      </w:r>
    </w:p>
    <w:p w14:paraId="01F81BCC" w14:textId="50A02223" w:rsidR="00EA0C17" w:rsidRPr="00C9454D" w:rsidRDefault="00014CC2" w:rsidP="00C9454D">
      <w:pPr>
        <w:pStyle w:val="Heading2"/>
        <w:rPr>
          <w:sz w:val="24"/>
          <w:szCs w:val="24"/>
        </w:rPr>
      </w:pPr>
      <w:r w:rsidRPr="00C9454D">
        <w:rPr>
          <w:sz w:val="24"/>
          <w:szCs w:val="24"/>
        </w:rPr>
        <w:t>1197</w:t>
      </w:r>
    </w:p>
    <w:p w14:paraId="5F3CE572" w14:textId="77777777" w:rsidR="001869D8" w:rsidRPr="00C9454D" w:rsidRDefault="001869D8" w:rsidP="00C9454D">
      <w:pPr>
        <w:rPr>
          <w:sz w:val="24"/>
          <w:szCs w:val="24"/>
        </w:rPr>
      </w:pPr>
    </w:p>
    <w:p w14:paraId="392C3632" w14:textId="6FFEE952" w:rsidR="00BC7911" w:rsidRPr="00C9454D" w:rsidRDefault="00BC7911"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stood at the pulpit, his hands resting on the worn wood as his voice carried through the modest church in </w:t>
      </w:r>
      <w:proofErr w:type="spellStart"/>
      <w:r w:rsidR="00225D06" w:rsidRPr="00C9454D">
        <w:rPr>
          <w:sz w:val="24"/>
          <w:szCs w:val="24"/>
        </w:rPr>
        <w:t>Teston</w:t>
      </w:r>
      <w:proofErr w:type="spellEnd"/>
      <w:r w:rsidRPr="00C9454D">
        <w:rPr>
          <w:sz w:val="24"/>
          <w:szCs w:val="24"/>
        </w:rPr>
        <w:t>. The villagers sat in quiet reverence, their faces etched with fatigue and grief. The flood had taken so much—homes, loved ones, their sense of security. His sermons had become both a balm and a burden, a reminder of his role as their shepherd in these dark times.</w:t>
      </w:r>
    </w:p>
    <w:p w14:paraId="7027EE35" w14:textId="53AFE8C2" w:rsidR="00BC7911" w:rsidRPr="00C9454D" w:rsidRDefault="00BC7911" w:rsidP="00C9454D">
      <w:pPr>
        <w:rPr>
          <w:sz w:val="24"/>
          <w:szCs w:val="24"/>
        </w:rPr>
      </w:pPr>
      <w:r w:rsidRPr="00C9454D">
        <w:rPr>
          <w:sz w:val="24"/>
          <w:szCs w:val="24"/>
        </w:rPr>
        <w:t>Yet, even as he spoke the familiar words of doctrine, his mind wandered. It had been months since he first heard Lady Abilene share her quiet, revolutionary truths. She had spoken with a conviction that he could not ignore, words drawn from “ancient manuscripts.” The resurrection hope she described—the promise that the dead would rise again—had stayed with him, gnawing at the edges of his heart.</w:t>
      </w:r>
      <w:r w:rsidR="000C4FC6" w:rsidRPr="00C9454D">
        <w:rPr>
          <w:sz w:val="24"/>
          <w:szCs w:val="24"/>
        </w:rPr>
        <w:t xml:space="preserve">  </w:t>
      </w:r>
      <w:r w:rsidR="009C5C32" w:rsidRPr="00C9454D">
        <w:rPr>
          <w:sz w:val="24"/>
          <w:szCs w:val="24"/>
        </w:rPr>
        <w:t>After a lif</w:t>
      </w:r>
      <w:r w:rsidR="00E96CD8" w:rsidRPr="00C9454D">
        <w:rPr>
          <w:sz w:val="24"/>
          <w:szCs w:val="24"/>
        </w:rPr>
        <w:t xml:space="preserve">etime of keeping forbidden knowledge secret had he finally found </w:t>
      </w:r>
      <w:r w:rsidR="000B11AC" w:rsidRPr="00C9454D">
        <w:rPr>
          <w:sz w:val="24"/>
          <w:szCs w:val="24"/>
        </w:rPr>
        <w:t>an ally?</w:t>
      </w:r>
    </w:p>
    <w:p w14:paraId="46EA637C" w14:textId="4F9627F5" w:rsidR="00BC7911" w:rsidRPr="00C9454D" w:rsidRDefault="00BC7911" w:rsidP="00C9454D">
      <w:pPr>
        <w:rPr>
          <w:sz w:val="24"/>
          <w:szCs w:val="24"/>
        </w:rPr>
      </w:pPr>
      <w:r w:rsidRPr="00C9454D">
        <w:rPr>
          <w:sz w:val="24"/>
          <w:szCs w:val="24"/>
        </w:rPr>
        <w:t xml:space="preserve">The church’s teachings offered no such clarity. Purgatory, penance, and the distant hope of </w:t>
      </w:r>
      <w:r w:rsidR="00FB37FE" w:rsidRPr="00C9454D">
        <w:rPr>
          <w:sz w:val="24"/>
          <w:szCs w:val="24"/>
        </w:rPr>
        <w:t>heaven</w:t>
      </w:r>
      <w:r w:rsidRPr="00C9454D">
        <w:rPr>
          <w:sz w:val="24"/>
          <w:szCs w:val="24"/>
        </w:rPr>
        <w:t xml:space="preserve"> were all the villagers had ever known. But </w:t>
      </w:r>
      <w:r w:rsidR="001C5D06" w:rsidRPr="00C9454D">
        <w:rPr>
          <w:sz w:val="24"/>
          <w:szCs w:val="24"/>
        </w:rPr>
        <w:t>the truths</w:t>
      </w:r>
      <w:r w:rsidRPr="00C9454D">
        <w:rPr>
          <w:sz w:val="24"/>
          <w:szCs w:val="24"/>
        </w:rPr>
        <w:t xml:space="preserve"> were different. They were simple, profound, and most of all, filled with hope.</w:t>
      </w:r>
    </w:p>
    <w:p w14:paraId="6BF096EC" w14:textId="649AF022" w:rsidR="00EE10FE" w:rsidRPr="00C9454D" w:rsidRDefault="00CC37FA" w:rsidP="00C9454D">
      <w:pPr>
        <w:rPr>
          <w:sz w:val="24"/>
          <w:szCs w:val="24"/>
        </w:rPr>
      </w:pPr>
      <w:r w:rsidRPr="00C9454D">
        <w:rPr>
          <w:sz w:val="24"/>
          <w:szCs w:val="24"/>
        </w:rPr>
        <w:t xml:space="preserve">“I, </w:t>
      </w:r>
      <w:proofErr w:type="spellStart"/>
      <w:r w:rsidR="007E1E1E">
        <w:rPr>
          <w:sz w:val="24"/>
          <w:szCs w:val="24"/>
        </w:rPr>
        <w:t>Yahuah</w:t>
      </w:r>
      <w:proofErr w:type="spellEnd"/>
      <w:r w:rsidRPr="00C9454D">
        <w:rPr>
          <w:sz w:val="24"/>
          <w:szCs w:val="24"/>
        </w:rPr>
        <w:t xml:space="preserve">, am your God, the One teaching you to benefit yourself, the One guiding you in the way you should </w:t>
      </w:r>
      <w:proofErr w:type="spellStart"/>
      <w:r w:rsidRPr="00C9454D">
        <w:rPr>
          <w:sz w:val="24"/>
          <w:szCs w:val="24"/>
        </w:rPr>
        <w:t>walk.</w:t>
      </w:r>
      <w:r w:rsidR="000B3365" w:rsidRPr="00C9454D">
        <w:rPr>
          <w:sz w:val="24"/>
          <w:szCs w:val="24"/>
        </w:rPr>
        <w:t>”</w:t>
      </w:r>
      <w:r w:rsidRPr="00C9454D">
        <w:rPr>
          <w:sz w:val="24"/>
          <w:szCs w:val="24"/>
        </w:rPr>
        <w:t>Isaiah</w:t>
      </w:r>
      <w:proofErr w:type="spellEnd"/>
      <w:r w:rsidRPr="00C9454D">
        <w:rPr>
          <w:sz w:val="24"/>
          <w:szCs w:val="24"/>
        </w:rPr>
        <w:t xml:space="preserve"> 48:17</w:t>
      </w:r>
    </w:p>
    <w:p w14:paraId="7C09C263" w14:textId="5E889C04" w:rsidR="00CF4E62" w:rsidRPr="00C9454D" w:rsidRDefault="00CC37FA" w:rsidP="00C9454D">
      <w:pPr>
        <w:rPr>
          <w:sz w:val="24"/>
          <w:szCs w:val="24"/>
        </w:rPr>
      </w:pPr>
      <w:r w:rsidRPr="00C9454D">
        <w:rPr>
          <w:sz w:val="24"/>
          <w:szCs w:val="24"/>
        </w:rPr>
        <w:t xml:space="preserve">“Happy are those conscious of their spiritual need, since the Kingdom of the heavens belongs to </w:t>
      </w:r>
      <w:proofErr w:type="spellStart"/>
      <w:r w:rsidR="000B3365" w:rsidRPr="00C9454D">
        <w:rPr>
          <w:sz w:val="24"/>
          <w:szCs w:val="24"/>
        </w:rPr>
        <w:t>them.</w:t>
      </w:r>
      <w:r w:rsidR="0009206D" w:rsidRPr="00C9454D">
        <w:rPr>
          <w:sz w:val="24"/>
          <w:szCs w:val="24"/>
        </w:rPr>
        <w:t>”</w:t>
      </w:r>
      <w:r w:rsidR="000B3365" w:rsidRPr="00C9454D">
        <w:rPr>
          <w:sz w:val="24"/>
          <w:szCs w:val="24"/>
        </w:rPr>
        <w:t>Matthew</w:t>
      </w:r>
      <w:proofErr w:type="spellEnd"/>
      <w:r w:rsidRPr="00C9454D">
        <w:rPr>
          <w:sz w:val="24"/>
          <w:szCs w:val="24"/>
        </w:rPr>
        <w:t xml:space="preserve"> 5:3</w:t>
      </w:r>
    </w:p>
    <w:p w14:paraId="07BA1660" w14:textId="53D3891B" w:rsidR="00866B90" w:rsidRPr="00C9454D" w:rsidRDefault="00CC37FA" w:rsidP="00C9454D">
      <w:pPr>
        <w:rPr>
          <w:sz w:val="24"/>
          <w:szCs w:val="24"/>
        </w:rPr>
      </w:pPr>
      <w:r w:rsidRPr="00C9454D">
        <w:rPr>
          <w:sz w:val="24"/>
          <w:szCs w:val="24"/>
        </w:rPr>
        <w:t xml:space="preserve">“You must love your neighbor as </w:t>
      </w:r>
      <w:proofErr w:type="spellStart"/>
      <w:r w:rsidR="00EE10FE" w:rsidRPr="00C9454D">
        <w:rPr>
          <w:sz w:val="24"/>
          <w:szCs w:val="24"/>
        </w:rPr>
        <w:t>yourself.</w:t>
      </w:r>
      <w:r w:rsidR="0009206D" w:rsidRPr="00C9454D">
        <w:rPr>
          <w:sz w:val="24"/>
          <w:szCs w:val="24"/>
        </w:rPr>
        <w:t>”</w:t>
      </w:r>
      <w:r w:rsidR="00EE10FE" w:rsidRPr="00C9454D">
        <w:rPr>
          <w:sz w:val="24"/>
          <w:szCs w:val="24"/>
        </w:rPr>
        <w:t>Matthew</w:t>
      </w:r>
      <w:proofErr w:type="spellEnd"/>
      <w:r w:rsidRPr="00C9454D">
        <w:rPr>
          <w:sz w:val="24"/>
          <w:szCs w:val="24"/>
        </w:rPr>
        <w:t xml:space="preserve"> 22:39</w:t>
      </w:r>
    </w:p>
    <w:p w14:paraId="76B0C693" w14:textId="77777777" w:rsidR="005B6B2B" w:rsidRPr="00C9454D" w:rsidRDefault="005B6B2B" w:rsidP="00C9454D">
      <w:pPr>
        <w:rPr>
          <w:sz w:val="24"/>
          <w:szCs w:val="24"/>
        </w:rPr>
      </w:pPr>
      <w:r w:rsidRPr="00C9454D">
        <w:rPr>
          <w:sz w:val="24"/>
          <w:szCs w:val="24"/>
        </w:rPr>
        <w:t xml:space="preserve">“The righteous will possess the earth, and they will live forever on </w:t>
      </w:r>
      <w:proofErr w:type="spellStart"/>
      <w:r w:rsidRPr="00C9454D">
        <w:rPr>
          <w:sz w:val="24"/>
          <w:szCs w:val="24"/>
        </w:rPr>
        <w:t>it.”Psalm</w:t>
      </w:r>
      <w:proofErr w:type="spellEnd"/>
      <w:r w:rsidRPr="00C9454D">
        <w:rPr>
          <w:sz w:val="24"/>
          <w:szCs w:val="24"/>
        </w:rPr>
        <w:t xml:space="preserve"> 37:29</w:t>
      </w:r>
    </w:p>
    <w:p w14:paraId="141B0CED" w14:textId="77777777" w:rsidR="005B6B2B" w:rsidRPr="00C9454D" w:rsidRDefault="005B6B2B" w:rsidP="00C9454D">
      <w:pPr>
        <w:rPr>
          <w:sz w:val="24"/>
          <w:szCs w:val="24"/>
        </w:rPr>
      </w:pPr>
      <w:r w:rsidRPr="00C9454D">
        <w:rPr>
          <w:sz w:val="24"/>
          <w:szCs w:val="24"/>
        </w:rPr>
        <w:t xml:space="preserve">“The earth remains </w:t>
      </w:r>
      <w:proofErr w:type="spellStart"/>
      <w:r w:rsidRPr="00C9454D">
        <w:rPr>
          <w:sz w:val="24"/>
          <w:szCs w:val="24"/>
        </w:rPr>
        <w:t>forever.”Ecclesiastes</w:t>
      </w:r>
      <w:proofErr w:type="spellEnd"/>
      <w:r w:rsidRPr="00C9454D">
        <w:rPr>
          <w:sz w:val="24"/>
          <w:szCs w:val="24"/>
        </w:rPr>
        <w:t xml:space="preserve"> 1:4</w:t>
      </w:r>
    </w:p>
    <w:p w14:paraId="408370CC" w14:textId="0D5E0C54" w:rsidR="0097042F" w:rsidRPr="00C9454D" w:rsidRDefault="005B6B2B" w:rsidP="00C9454D">
      <w:pPr>
        <w:rPr>
          <w:sz w:val="24"/>
          <w:szCs w:val="24"/>
        </w:rPr>
      </w:pPr>
      <w:r w:rsidRPr="00C9454D">
        <w:rPr>
          <w:sz w:val="24"/>
          <w:szCs w:val="24"/>
        </w:rPr>
        <w:t xml:space="preserve">“He will swallow up death forever, and the Sovereign Lord </w:t>
      </w:r>
      <w:proofErr w:type="spellStart"/>
      <w:r w:rsidR="007E1E1E">
        <w:rPr>
          <w:sz w:val="24"/>
          <w:szCs w:val="24"/>
        </w:rPr>
        <w:t>Yahuah</w:t>
      </w:r>
      <w:proofErr w:type="spellEnd"/>
      <w:r w:rsidRPr="00C9454D">
        <w:rPr>
          <w:sz w:val="24"/>
          <w:szCs w:val="24"/>
        </w:rPr>
        <w:t xml:space="preserve"> will wipe away the tears from all </w:t>
      </w:r>
      <w:proofErr w:type="spellStart"/>
      <w:r w:rsidRPr="00C9454D">
        <w:rPr>
          <w:sz w:val="24"/>
          <w:szCs w:val="24"/>
        </w:rPr>
        <w:t>faces.”Isaiah</w:t>
      </w:r>
      <w:proofErr w:type="spellEnd"/>
      <w:r w:rsidRPr="00C9454D">
        <w:rPr>
          <w:sz w:val="24"/>
          <w:szCs w:val="24"/>
        </w:rPr>
        <w:t xml:space="preserve"> 25:8</w:t>
      </w:r>
    </w:p>
    <w:p w14:paraId="21A5D9BB" w14:textId="482C8BB0" w:rsidR="00CF30BF" w:rsidRPr="00C9454D" w:rsidRDefault="00CF30BF" w:rsidP="00C9454D">
      <w:pPr>
        <w:rPr>
          <w:sz w:val="24"/>
          <w:szCs w:val="24"/>
        </w:rPr>
      </w:pPr>
      <w:r w:rsidRPr="00C9454D">
        <w:rPr>
          <w:sz w:val="24"/>
          <w:szCs w:val="24"/>
        </w:rPr>
        <w:t xml:space="preserve">“They will build houses and live in them, and they will plant vineyards and eat their fruitage. They will not build for someone else to inhabit, nor will they plant for others to eat. For the days of my people will be like the days of a tree, and the work of their hands my chosen ones will enjoy to the </w:t>
      </w:r>
      <w:proofErr w:type="spellStart"/>
      <w:r w:rsidRPr="00C9454D">
        <w:rPr>
          <w:sz w:val="24"/>
          <w:szCs w:val="24"/>
        </w:rPr>
        <w:t>full.”Isaiah</w:t>
      </w:r>
      <w:proofErr w:type="spellEnd"/>
      <w:r w:rsidRPr="00C9454D">
        <w:rPr>
          <w:sz w:val="24"/>
          <w:szCs w:val="24"/>
        </w:rPr>
        <w:t xml:space="preserve"> 65:21, 22</w:t>
      </w:r>
    </w:p>
    <w:p w14:paraId="28F76C2E" w14:textId="77777777" w:rsidR="00BC7911" w:rsidRPr="00C9454D" w:rsidRDefault="00BC7911" w:rsidP="00C9454D">
      <w:pPr>
        <w:rPr>
          <w:sz w:val="24"/>
          <w:szCs w:val="24"/>
        </w:rPr>
      </w:pPr>
      <w:r w:rsidRPr="00C9454D">
        <w:rPr>
          <w:sz w:val="24"/>
          <w:szCs w:val="24"/>
        </w:rPr>
        <w:t>At first, he had been wary. “Lady Abilene,” he had said during one of their private conversations, “you tread dangerously close to heresy. These ideas… they contradict much of what the church teaches.”</w:t>
      </w:r>
    </w:p>
    <w:p w14:paraId="36FDFC46" w14:textId="12B15433" w:rsidR="00BC7911" w:rsidRPr="00C9454D" w:rsidRDefault="00BC7911" w:rsidP="00C9454D">
      <w:pPr>
        <w:rPr>
          <w:sz w:val="24"/>
          <w:szCs w:val="24"/>
        </w:rPr>
      </w:pPr>
      <w:r w:rsidRPr="00C9454D">
        <w:rPr>
          <w:sz w:val="24"/>
          <w:szCs w:val="24"/>
        </w:rPr>
        <w:t xml:space="preserve">She had met his gaze steadily, her voice unwavering. “Father </w:t>
      </w:r>
      <w:proofErr w:type="spellStart"/>
      <w:r w:rsidRPr="00C9454D">
        <w:rPr>
          <w:sz w:val="24"/>
          <w:szCs w:val="24"/>
        </w:rPr>
        <w:t>Elric</w:t>
      </w:r>
      <w:proofErr w:type="spellEnd"/>
      <w:r w:rsidRPr="00C9454D">
        <w:rPr>
          <w:sz w:val="24"/>
          <w:szCs w:val="24"/>
        </w:rPr>
        <w:t xml:space="preserve">, these are not my ideas. They are </w:t>
      </w:r>
      <w:r w:rsidR="005B5F36" w:rsidRPr="00C9454D">
        <w:rPr>
          <w:sz w:val="24"/>
          <w:szCs w:val="24"/>
        </w:rPr>
        <w:t xml:space="preserve">God’s </w:t>
      </w:r>
      <w:r w:rsidRPr="00C9454D">
        <w:rPr>
          <w:sz w:val="24"/>
          <w:szCs w:val="24"/>
        </w:rPr>
        <w:t xml:space="preserve">truths preserved through time, </w:t>
      </w:r>
      <w:r w:rsidR="005B188B" w:rsidRPr="00C9454D">
        <w:rPr>
          <w:sz w:val="24"/>
          <w:szCs w:val="24"/>
        </w:rPr>
        <w:t xml:space="preserve">inspired </w:t>
      </w:r>
      <w:r w:rsidRPr="00C9454D">
        <w:rPr>
          <w:sz w:val="24"/>
          <w:szCs w:val="24"/>
        </w:rPr>
        <w:t>by those who sought understanding. What if they are meant to give us hope now, in our darkest hour?”</w:t>
      </w:r>
    </w:p>
    <w:p w14:paraId="48C3E1EB" w14:textId="18A7F09E" w:rsidR="00BC7911" w:rsidRPr="00C9454D" w:rsidRDefault="00BC7911" w:rsidP="00C9454D">
      <w:pPr>
        <w:rPr>
          <w:sz w:val="24"/>
          <w:szCs w:val="24"/>
        </w:rPr>
      </w:pPr>
      <w:r w:rsidRPr="00C9454D">
        <w:rPr>
          <w:sz w:val="24"/>
          <w:szCs w:val="24"/>
        </w:rPr>
        <w:t>He had no answer for that.</w:t>
      </w:r>
      <w:r w:rsidR="00493C2B" w:rsidRPr="00C9454D">
        <w:rPr>
          <w:sz w:val="24"/>
          <w:szCs w:val="24"/>
        </w:rPr>
        <w:t xml:space="preserve"> </w:t>
      </w:r>
      <w:r w:rsidR="00112E2F" w:rsidRPr="00C9454D">
        <w:rPr>
          <w:sz w:val="24"/>
          <w:szCs w:val="24"/>
        </w:rPr>
        <w:t xml:space="preserve">Where had she found the </w:t>
      </w:r>
      <w:r w:rsidR="007B68CA" w:rsidRPr="00C9454D">
        <w:rPr>
          <w:sz w:val="24"/>
          <w:szCs w:val="24"/>
        </w:rPr>
        <w:t xml:space="preserve">strength </w:t>
      </w:r>
      <w:r w:rsidR="00F16076" w:rsidRPr="00C9454D">
        <w:rPr>
          <w:sz w:val="24"/>
          <w:szCs w:val="24"/>
        </w:rPr>
        <w:t xml:space="preserve">to be </w:t>
      </w:r>
      <w:r w:rsidR="00F0019E" w:rsidRPr="00C9454D">
        <w:rPr>
          <w:sz w:val="24"/>
          <w:szCs w:val="24"/>
        </w:rPr>
        <w:t>so</w:t>
      </w:r>
      <w:r w:rsidR="00F16076" w:rsidRPr="00C9454D">
        <w:rPr>
          <w:sz w:val="24"/>
          <w:szCs w:val="24"/>
        </w:rPr>
        <w:t xml:space="preserve"> bold?</w:t>
      </w:r>
    </w:p>
    <w:p w14:paraId="1DBEE212" w14:textId="77777777" w:rsidR="00BC7911" w:rsidRPr="00C9454D" w:rsidRDefault="00BC7911" w:rsidP="00C9454D">
      <w:pPr>
        <w:rPr>
          <w:sz w:val="24"/>
          <w:szCs w:val="24"/>
        </w:rPr>
      </w:pPr>
    </w:p>
    <w:p w14:paraId="3EF37D05" w14:textId="77777777" w:rsidR="00BC7911" w:rsidRPr="00C9454D" w:rsidRDefault="00BC7911" w:rsidP="00C9454D">
      <w:pPr>
        <w:rPr>
          <w:sz w:val="24"/>
          <w:szCs w:val="24"/>
        </w:rPr>
      </w:pPr>
      <w:r w:rsidRPr="00C9454D">
        <w:rPr>
          <w:sz w:val="24"/>
          <w:szCs w:val="24"/>
        </w:rPr>
        <w:t xml:space="preserve">Now, as the service ended and the villagers shuffled out of the church, Father </w:t>
      </w:r>
      <w:proofErr w:type="spellStart"/>
      <w:r w:rsidRPr="00C9454D">
        <w:rPr>
          <w:sz w:val="24"/>
          <w:szCs w:val="24"/>
        </w:rPr>
        <w:t>Elric</w:t>
      </w:r>
      <w:proofErr w:type="spellEnd"/>
      <w:r w:rsidRPr="00C9454D">
        <w:rPr>
          <w:sz w:val="24"/>
          <w:szCs w:val="24"/>
        </w:rPr>
        <w:t xml:space="preserve"> found himself lingering. He watched as Abilene approached a grieving man at the back of the room, her voice low and her hand resting gently on his shoulder.</w:t>
      </w:r>
    </w:p>
    <w:p w14:paraId="1E0FF04D" w14:textId="77777777" w:rsidR="00BC7911" w:rsidRPr="00C9454D" w:rsidRDefault="00BC7911" w:rsidP="00C9454D">
      <w:pPr>
        <w:rPr>
          <w:sz w:val="24"/>
          <w:szCs w:val="24"/>
        </w:rPr>
      </w:pPr>
      <w:r w:rsidRPr="00C9454D">
        <w:rPr>
          <w:sz w:val="24"/>
          <w:szCs w:val="24"/>
        </w:rPr>
        <w:t>He didn’t need to hear her words to know what she was saying. He had seen her do this many times over the past few weeks—offering quiet comfort to those mourning their losses. But it wasn’t just comfort she gave. It was something far greater: hope.</w:t>
      </w:r>
    </w:p>
    <w:p w14:paraId="2A002B54" w14:textId="7A4B046C" w:rsidR="009D4B5D" w:rsidRPr="00C9454D" w:rsidRDefault="00A23B47" w:rsidP="00C9454D">
      <w:pPr>
        <w:rPr>
          <w:sz w:val="24"/>
          <w:szCs w:val="24"/>
        </w:rPr>
      </w:pPr>
      <w:r w:rsidRPr="00C9454D">
        <w:rPr>
          <w:sz w:val="24"/>
          <w:szCs w:val="24"/>
        </w:rPr>
        <w:t>“Moreover, brothers, we do not want you to be ignorant about those who are sleeping in death, so that you may not sorrow as the rest do who have no hope”</w:t>
      </w:r>
    </w:p>
    <w:p w14:paraId="0E1BC27D" w14:textId="0A815776" w:rsidR="006555A5" w:rsidRPr="00C9454D" w:rsidRDefault="00D62A1B" w:rsidP="00C9454D">
      <w:pPr>
        <w:rPr>
          <w:sz w:val="24"/>
          <w:szCs w:val="24"/>
        </w:rPr>
      </w:pPr>
      <w:r w:rsidRPr="00C9454D">
        <w:rPr>
          <w:sz w:val="24"/>
          <w:szCs w:val="24"/>
        </w:rPr>
        <w:t>“</w:t>
      </w:r>
      <w:r w:rsidR="00C07439" w:rsidRPr="00C9454D">
        <w:rPr>
          <w:sz w:val="24"/>
          <w:szCs w:val="24"/>
        </w:rPr>
        <w:t xml:space="preserve">If like other men, I have fought with wild beasts at </w:t>
      </w:r>
      <w:proofErr w:type="spellStart"/>
      <w:r w:rsidR="00C07439" w:rsidRPr="00C9454D">
        <w:rPr>
          <w:sz w:val="24"/>
          <w:szCs w:val="24"/>
        </w:rPr>
        <w:t>Eph</w:t>
      </w:r>
      <w:r w:rsidR="00C07439" w:rsidRPr="00C9454D">
        <w:rPr>
          <w:rFonts w:ascii="Times New Roman" w:hAnsi="Times New Roman" w:cs="Times New Roman"/>
          <w:sz w:val="24"/>
          <w:szCs w:val="24"/>
        </w:rPr>
        <w:t>ʹ</w:t>
      </w:r>
      <w:r w:rsidR="00C07439" w:rsidRPr="00C9454D">
        <w:rPr>
          <w:sz w:val="24"/>
          <w:szCs w:val="24"/>
        </w:rPr>
        <w:t>e</w:t>
      </w:r>
      <w:r w:rsidR="00C07439" w:rsidRPr="00C9454D">
        <w:rPr>
          <w:rFonts w:ascii="Garamond" w:hAnsi="Garamond" w:cs="Garamond"/>
          <w:sz w:val="24"/>
          <w:szCs w:val="24"/>
        </w:rPr>
        <w:t>·</w:t>
      </w:r>
      <w:r w:rsidR="00C07439" w:rsidRPr="00C9454D">
        <w:rPr>
          <w:sz w:val="24"/>
          <w:szCs w:val="24"/>
        </w:rPr>
        <w:t>sus</w:t>
      </w:r>
      <w:proofErr w:type="spellEnd"/>
      <w:r w:rsidR="00C07439" w:rsidRPr="00C9454D">
        <w:rPr>
          <w:sz w:val="24"/>
          <w:szCs w:val="24"/>
        </w:rPr>
        <w:t xml:space="preserve">, of what good is it to me? If the dead are not to be raised up, </w:t>
      </w:r>
      <w:r w:rsidR="00C07439" w:rsidRPr="00C9454D">
        <w:rPr>
          <w:rFonts w:ascii="Garamond" w:hAnsi="Garamond" w:cs="Garamond"/>
          <w:sz w:val="24"/>
          <w:szCs w:val="24"/>
        </w:rPr>
        <w:t>“</w:t>
      </w:r>
      <w:r w:rsidR="00C07439" w:rsidRPr="00C9454D">
        <w:rPr>
          <w:sz w:val="24"/>
          <w:szCs w:val="24"/>
        </w:rPr>
        <w:t>let us eat and drink, for tomorrow we are to die.”</w:t>
      </w:r>
    </w:p>
    <w:p w14:paraId="64827863" w14:textId="1F36DEB9" w:rsidR="00BC7911" w:rsidRPr="00C9454D" w:rsidRDefault="00BC7911" w:rsidP="00C9454D">
      <w:pPr>
        <w:rPr>
          <w:sz w:val="24"/>
          <w:szCs w:val="24"/>
        </w:rPr>
      </w:pPr>
      <w:proofErr w:type="spellStart"/>
      <w:r w:rsidRPr="00C9454D">
        <w:rPr>
          <w:sz w:val="24"/>
          <w:szCs w:val="24"/>
        </w:rPr>
        <w:t>Elric</w:t>
      </w:r>
      <w:proofErr w:type="spellEnd"/>
      <w:r w:rsidRPr="00C9454D">
        <w:rPr>
          <w:sz w:val="24"/>
          <w:szCs w:val="24"/>
        </w:rPr>
        <w:t xml:space="preserve"> sighed, running a hand through his thinning hair. He had always prided himself on his faith, his dedication to the </w:t>
      </w:r>
      <w:r w:rsidR="000D1851" w:rsidRPr="00C9454D">
        <w:rPr>
          <w:sz w:val="24"/>
          <w:szCs w:val="24"/>
        </w:rPr>
        <w:t>scripture</w:t>
      </w:r>
      <w:r w:rsidRPr="00C9454D">
        <w:rPr>
          <w:sz w:val="24"/>
          <w:szCs w:val="24"/>
        </w:rPr>
        <w:t>. But now, for the first time in years, he felt something stir within him—something he hadn’t realized he had lost.</w:t>
      </w:r>
    </w:p>
    <w:p w14:paraId="7C515390" w14:textId="64D17C48" w:rsidR="00BC7911" w:rsidRPr="00C9454D" w:rsidRDefault="00BC7911" w:rsidP="00C9454D">
      <w:pPr>
        <w:rPr>
          <w:sz w:val="24"/>
          <w:szCs w:val="24"/>
        </w:rPr>
      </w:pPr>
      <w:r w:rsidRPr="00C9454D">
        <w:rPr>
          <w:sz w:val="24"/>
          <w:szCs w:val="24"/>
        </w:rPr>
        <w:t>C</w:t>
      </w:r>
      <w:r w:rsidR="00F945AF" w:rsidRPr="00C9454D">
        <w:rPr>
          <w:sz w:val="24"/>
          <w:szCs w:val="24"/>
        </w:rPr>
        <w:t>ourage</w:t>
      </w:r>
      <w:r w:rsidR="007B68CA" w:rsidRPr="00C9454D">
        <w:rPr>
          <w:sz w:val="24"/>
          <w:szCs w:val="24"/>
        </w:rPr>
        <w:t>.</w:t>
      </w:r>
    </w:p>
    <w:p w14:paraId="56FFC734" w14:textId="77777777" w:rsidR="00BC7911" w:rsidRPr="00C9454D" w:rsidRDefault="00BC7911" w:rsidP="00C9454D">
      <w:pPr>
        <w:rPr>
          <w:sz w:val="24"/>
          <w:szCs w:val="24"/>
        </w:rPr>
      </w:pPr>
    </w:p>
    <w:p w14:paraId="2D89F487" w14:textId="52F55D35" w:rsidR="00BC7911" w:rsidRPr="00C9454D" w:rsidRDefault="00BC7911" w:rsidP="00C9454D">
      <w:pPr>
        <w:rPr>
          <w:sz w:val="24"/>
          <w:szCs w:val="24"/>
        </w:rPr>
      </w:pPr>
      <w:r w:rsidRPr="00C9454D">
        <w:rPr>
          <w:sz w:val="24"/>
          <w:szCs w:val="24"/>
        </w:rPr>
        <w:t xml:space="preserve">Later that evening, Father </w:t>
      </w:r>
      <w:proofErr w:type="spellStart"/>
      <w:r w:rsidRPr="00C9454D">
        <w:rPr>
          <w:sz w:val="24"/>
          <w:szCs w:val="24"/>
        </w:rPr>
        <w:t>Elric</w:t>
      </w:r>
      <w:proofErr w:type="spellEnd"/>
      <w:r w:rsidRPr="00C9454D">
        <w:rPr>
          <w:sz w:val="24"/>
          <w:szCs w:val="24"/>
        </w:rPr>
        <w:t xml:space="preserve"> visited </w:t>
      </w:r>
      <w:r w:rsidR="00522C4D" w:rsidRPr="00C9454D">
        <w:rPr>
          <w:sz w:val="24"/>
          <w:szCs w:val="24"/>
        </w:rPr>
        <w:t>High Haven</w:t>
      </w:r>
      <w:r w:rsidRPr="00C9454D">
        <w:rPr>
          <w:sz w:val="24"/>
          <w:szCs w:val="24"/>
        </w:rPr>
        <w:t>. He found Abilene in the study, surrounded by Lady Helena’s journals. She looked up as he entered, a faint smile on her lips.</w:t>
      </w:r>
    </w:p>
    <w:p w14:paraId="2076A255" w14:textId="77777777" w:rsidR="00BC7911" w:rsidRPr="00C9454D" w:rsidRDefault="00BC7911"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she said warmly, gesturing to a chair across from her. “What brings you here?”</w:t>
      </w:r>
    </w:p>
    <w:p w14:paraId="023E4EB4" w14:textId="77777777" w:rsidR="00BC7911" w:rsidRPr="00C9454D" w:rsidRDefault="00BC7911" w:rsidP="00C9454D">
      <w:pPr>
        <w:rPr>
          <w:sz w:val="24"/>
          <w:szCs w:val="24"/>
        </w:rPr>
      </w:pPr>
      <w:r w:rsidRPr="00C9454D">
        <w:rPr>
          <w:sz w:val="24"/>
          <w:szCs w:val="24"/>
        </w:rPr>
        <w:t>He hesitated before sitting. “You’ve been… speaking to the villagers,” he began, choosing his words carefully. “Sharing these truths from Lady Helena’s writings.”</w:t>
      </w:r>
    </w:p>
    <w:p w14:paraId="2B5E0F3B" w14:textId="77777777" w:rsidR="00BC7911" w:rsidRPr="00C9454D" w:rsidRDefault="00BC7911" w:rsidP="00C9454D">
      <w:pPr>
        <w:rPr>
          <w:sz w:val="24"/>
          <w:szCs w:val="24"/>
        </w:rPr>
      </w:pPr>
      <w:r w:rsidRPr="00C9454D">
        <w:rPr>
          <w:sz w:val="24"/>
          <w:szCs w:val="24"/>
        </w:rPr>
        <w:t>“Yes,” she said simply, her expression open.</w:t>
      </w:r>
    </w:p>
    <w:p w14:paraId="527B1AFC" w14:textId="77777777" w:rsidR="00BC7911" w:rsidRPr="00C9454D" w:rsidRDefault="00BC7911" w:rsidP="00C9454D">
      <w:pPr>
        <w:rPr>
          <w:sz w:val="24"/>
          <w:szCs w:val="24"/>
        </w:rPr>
      </w:pPr>
      <w:r w:rsidRPr="00C9454D">
        <w:rPr>
          <w:sz w:val="24"/>
          <w:szCs w:val="24"/>
        </w:rPr>
        <w:t>“You must know how dangerous this is,” he said, his voice low. “If word reaches the wrong ears, it could be seen as blasphemy—or worse, rebellion against the church.”</w:t>
      </w:r>
    </w:p>
    <w:p w14:paraId="57C70A24" w14:textId="77777777" w:rsidR="00BC7911" w:rsidRPr="00C9454D" w:rsidRDefault="00BC7911" w:rsidP="00C9454D">
      <w:pPr>
        <w:rPr>
          <w:sz w:val="24"/>
          <w:szCs w:val="24"/>
        </w:rPr>
      </w:pPr>
      <w:r w:rsidRPr="00C9454D">
        <w:rPr>
          <w:sz w:val="24"/>
          <w:szCs w:val="24"/>
        </w:rPr>
        <w:t>Abilene nodded, her gaze steady. “I know the risks, Father. But the people need hope. They’ve lost so much. If these words can give them the strength to carry on, isn’t it worth the risk?”</w:t>
      </w:r>
    </w:p>
    <w:p w14:paraId="09DCE3B1" w14:textId="369D1BE5" w:rsidR="00BC7911" w:rsidRPr="00C9454D" w:rsidRDefault="00BC7911" w:rsidP="00C9454D">
      <w:pPr>
        <w:rPr>
          <w:sz w:val="24"/>
          <w:szCs w:val="24"/>
        </w:rPr>
      </w:pPr>
      <w:proofErr w:type="spellStart"/>
      <w:r w:rsidRPr="00C9454D">
        <w:rPr>
          <w:sz w:val="24"/>
          <w:szCs w:val="24"/>
        </w:rPr>
        <w:t>Elric</w:t>
      </w:r>
      <w:proofErr w:type="spellEnd"/>
      <w:r w:rsidRPr="00C9454D">
        <w:rPr>
          <w:sz w:val="24"/>
          <w:szCs w:val="24"/>
        </w:rPr>
        <w:t xml:space="preserve"> leaned back in his chair, staring at the flickering firelight. “What if </w:t>
      </w:r>
      <w:r w:rsidR="00D55A71" w:rsidRPr="00C9454D">
        <w:rPr>
          <w:sz w:val="24"/>
          <w:szCs w:val="24"/>
        </w:rPr>
        <w:t>we’re</w:t>
      </w:r>
      <w:r w:rsidRPr="00C9454D">
        <w:rPr>
          <w:sz w:val="24"/>
          <w:szCs w:val="24"/>
        </w:rPr>
        <w:t xml:space="preserve"> wrong?” he asked quietly.</w:t>
      </w:r>
    </w:p>
    <w:p w14:paraId="7A17C441" w14:textId="7E378F55" w:rsidR="00BC7911" w:rsidRPr="00C9454D" w:rsidRDefault="00BC7911" w:rsidP="00C9454D">
      <w:pPr>
        <w:rPr>
          <w:sz w:val="24"/>
          <w:szCs w:val="24"/>
        </w:rPr>
      </w:pPr>
      <w:r w:rsidRPr="00C9454D">
        <w:rPr>
          <w:sz w:val="24"/>
          <w:szCs w:val="24"/>
        </w:rPr>
        <w:t xml:space="preserve">She didn’t hesitate. “Then I will have given them something to hold onto in their grief. But what if </w:t>
      </w:r>
      <w:r w:rsidR="00167EE7" w:rsidRPr="00C9454D">
        <w:rPr>
          <w:sz w:val="24"/>
          <w:szCs w:val="24"/>
        </w:rPr>
        <w:t>we’re</w:t>
      </w:r>
      <w:r w:rsidRPr="00C9454D">
        <w:rPr>
          <w:sz w:val="24"/>
          <w:szCs w:val="24"/>
        </w:rPr>
        <w:t xml:space="preserve"> right? What if these truths are meant to be shared, to bring light to those in darkness?”</w:t>
      </w:r>
    </w:p>
    <w:p w14:paraId="7CD0F256" w14:textId="0E0D2063" w:rsidR="00BC7911" w:rsidRPr="00C9454D" w:rsidRDefault="00BC7911" w:rsidP="00C9454D">
      <w:pPr>
        <w:rPr>
          <w:sz w:val="24"/>
          <w:szCs w:val="24"/>
        </w:rPr>
      </w:pPr>
      <w:r w:rsidRPr="00C9454D">
        <w:rPr>
          <w:sz w:val="24"/>
          <w:szCs w:val="24"/>
        </w:rPr>
        <w:t>Her words struck a chord deep within him. For months, he had preached the doctrine he had been taught, clinging to it even as he watched his congregation suffer</w:t>
      </w:r>
      <w:r w:rsidR="00774923" w:rsidRPr="00C9454D">
        <w:rPr>
          <w:sz w:val="24"/>
          <w:szCs w:val="24"/>
        </w:rPr>
        <w:t xml:space="preserve">, not having the </w:t>
      </w:r>
      <w:r w:rsidR="00C11F00" w:rsidRPr="00C9454D">
        <w:rPr>
          <w:sz w:val="24"/>
          <w:szCs w:val="24"/>
        </w:rPr>
        <w:t>boldness</w:t>
      </w:r>
      <w:r w:rsidR="00774923" w:rsidRPr="00C9454D">
        <w:rPr>
          <w:sz w:val="24"/>
          <w:szCs w:val="24"/>
        </w:rPr>
        <w:t xml:space="preserve"> to teach </w:t>
      </w:r>
      <w:r w:rsidR="00EF3211" w:rsidRPr="00C9454D">
        <w:rPr>
          <w:sz w:val="24"/>
          <w:szCs w:val="24"/>
        </w:rPr>
        <w:t xml:space="preserve">truths. </w:t>
      </w:r>
      <w:r w:rsidRPr="00C9454D">
        <w:rPr>
          <w:sz w:val="24"/>
          <w:szCs w:val="24"/>
        </w:rPr>
        <w:t xml:space="preserve">But what had that doctrine truly offered them? Rules, rituals, and an uncertain afterlife. </w:t>
      </w:r>
      <w:r w:rsidR="00F846E6" w:rsidRPr="00C9454D">
        <w:rPr>
          <w:sz w:val="24"/>
          <w:szCs w:val="24"/>
        </w:rPr>
        <w:t>God’s</w:t>
      </w:r>
      <w:r w:rsidR="00672CDF" w:rsidRPr="00C9454D">
        <w:rPr>
          <w:sz w:val="24"/>
          <w:szCs w:val="24"/>
        </w:rPr>
        <w:t xml:space="preserve"> word</w:t>
      </w:r>
      <w:r w:rsidRPr="00C9454D">
        <w:rPr>
          <w:sz w:val="24"/>
          <w:szCs w:val="24"/>
        </w:rPr>
        <w:t xml:space="preserve"> was different—it was immediate, tangible, and profoundly comforting.</w:t>
      </w:r>
    </w:p>
    <w:p w14:paraId="76EDCFD7" w14:textId="77777777" w:rsidR="00BC7911" w:rsidRPr="00C9454D" w:rsidRDefault="00BC7911" w:rsidP="00C9454D">
      <w:pPr>
        <w:rPr>
          <w:sz w:val="24"/>
          <w:szCs w:val="24"/>
        </w:rPr>
      </w:pPr>
      <w:r w:rsidRPr="00C9454D">
        <w:rPr>
          <w:sz w:val="24"/>
          <w:szCs w:val="24"/>
        </w:rPr>
        <w:t>“I want to see them,” he said suddenly.</w:t>
      </w:r>
    </w:p>
    <w:p w14:paraId="1C4B5C06" w14:textId="77777777" w:rsidR="00BC7911" w:rsidRPr="00C9454D" w:rsidRDefault="00BC7911" w:rsidP="00C9454D">
      <w:pPr>
        <w:rPr>
          <w:sz w:val="24"/>
          <w:szCs w:val="24"/>
        </w:rPr>
      </w:pPr>
      <w:r w:rsidRPr="00C9454D">
        <w:rPr>
          <w:sz w:val="24"/>
          <w:szCs w:val="24"/>
        </w:rPr>
        <w:t>Abilene blinked in surprise. “The journals?”</w:t>
      </w:r>
    </w:p>
    <w:p w14:paraId="121621D5" w14:textId="77777777" w:rsidR="00BC7911" w:rsidRPr="00C9454D" w:rsidRDefault="00BC7911" w:rsidP="00C9454D">
      <w:pPr>
        <w:rPr>
          <w:sz w:val="24"/>
          <w:szCs w:val="24"/>
        </w:rPr>
      </w:pPr>
      <w:r w:rsidRPr="00C9454D">
        <w:rPr>
          <w:sz w:val="24"/>
          <w:szCs w:val="24"/>
        </w:rPr>
        <w:t>He nodded. “If I am to stand by you in this, I need to understand for myself.”</w:t>
      </w:r>
    </w:p>
    <w:p w14:paraId="761C9F13" w14:textId="77777777" w:rsidR="00BC7911" w:rsidRPr="00C9454D" w:rsidRDefault="00BC7911" w:rsidP="00C9454D">
      <w:pPr>
        <w:rPr>
          <w:sz w:val="24"/>
          <w:szCs w:val="24"/>
        </w:rPr>
      </w:pPr>
    </w:p>
    <w:p w14:paraId="430F8CAB" w14:textId="77777777" w:rsidR="00BC7911" w:rsidRPr="00C9454D" w:rsidRDefault="00BC7911" w:rsidP="00C9454D">
      <w:pPr>
        <w:rPr>
          <w:sz w:val="24"/>
          <w:szCs w:val="24"/>
        </w:rPr>
      </w:pPr>
      <w:r w:rsidRPr="00C9454D">
        <w:rPr>
          <w:sz w:val="24"/>
          <w:szCs w:val="24"/>
        </w:rPr>
        <w:t xml:space="preserve">In the weeks that followed, Father </w:t>
      </w:r>
      <w:proofErr w:type="spellStart"/>
      <w:r w:rsidRPr="00C9454D">
        <w:rPr>
          <w:sz w:val="24"/>
          <w:szCs w:val="24"/>
        </w:rPr>
        <w:t>Elric</w:t>
      </w:r>
      <w:proofErr w:type="spellEnd"/>
      <w:r w:rsidRPr="00C9454D">
        <w:rPr>
          <w:sz w:val="24"/>
          <w:szCs w:val="24"/>
        </w:rPr>
        <w:t xml:space="preserve"> became a quiet ally to Abilene. He read Lady Helena’s journals late into the night, finding himself drawn to the passages about the resurrection hope and the promises of ancient writings. He began to accompany Abilene as she visited grieving families, offering his presence as a shield against potential backlash.</w:t>
      </w:r>
    </w:p>
    <w:p w14:paraId="46946432" w14:textId="2B570420" w:rsidR="00BC7911" w:rsidRPr="00C9454D" w:rsidRDefault="00BC7911" w:rsidP="00C9454D">
      <w:pPr>
        <w:rPr>
          <w:sz w:val="24"/>
          <w:szCs w:val="24"/>
        </w:rPr>
      </w:pPr>
      <w:r w:rsidRPr="00C9454D">
        <w:rPr>
          <w:sz w:val="24"/>
          <w:szCs w:val="24"/>
        </w:rPr>
        <w:t xml:space="preserve">At first, they spoke discreetly, sharing the truths one-on-one with those who were most open to hearing them. But as the message spread, something remarkable began to happen. Villagers from neighboring communities started coming to </w:t>
      </w:r>
      <w:proofErr w:type="spellStart"/>
      <w:r w:rsidR="00225D06" w:rsidRPr="00C9454D">
        <w:rPr>
          <w:sz w:val="24"/>
          <w:szCs w:val="24"/>
        </w:rPr>
        <w:t>Teston</w:t>
      </w:r>
      <w:proofErr w:type="spellEnd"/>
      <w:r w:rsidRPr="00C9454D">
        <w:rPr>
          <w:sz w:val="24"/>
          <w:szCs w:val="24"/>
        </w:rPr>
        <w:t xml:space="preserve">, seeking Abilene and Father </w:t>
      </w:r>
      <w:proofErr w:type="spellStart"/>
      <w:r w:rsidRPr="00C9454D">
        <w:rPr>
          <w:sz w:val="24"/>
          <w:szCs w:val="24"/>
        </w:rPr>
        <w:t>Elric</w:t>
      </w:r>
      <w:proofErr w:type="spellEnd"/>
      <w:r w:rsidRPr="00C9454D">
        <w:rPr>
          <w:sz w:val="24"/>
          <w:szCs w:val="24"/>
        </w:rPr>
        <w:t>.</w:t>
      </w:r>
    </w:p>
    <w:p w14:paraId="45D4B778" w14:textId="77777777" w:rsidR="00BC7911" w:rsidRPr="00C9454D" w:rsidRDefault="00BC7911" w:rsidP="00C9454D">
      <w:pPr>
        <w:rPr>
          <w:sz w:val="24"/>
          <w:szCs w:val="24"/>
        </w:rPr>
      </w:pPr>
      <w:r w:rsidRPr="00C9454D">
        <w:rPr>
          <w:sz w:val="24"/>
          <w:szCs w:val="24"/>
        </w:rPr>
        <w:t>“Is it true?” they would ask, their voices trembling with desperation. “Can the dead truly return?”</w:t>
      </w:r>
    </w:p>
    <w:p w14:paraId="661C1879" w14:textId="0A1FD957" w:rsidR="00A71643" w:rsidRPr="00C9454D" w:rsidRDefault="00BC7911" w:rsidP="00C9454D">
      <w:pPr>
        <w:rPr>
          <w:sz w:val="24"/>
          <w:szCs w:val="24"/>
        </w:rPr>
      </w:pPr>
      <w:r w:rsidRPr="00C9454D">
        <w:rPr>
          <w:sz w:val="24"/>
          <w:szCs w:val="24"/>
        </w:rPr>
        <w:t>Abilene would meet their eyes, her voice gentle but firm. “Yes,” she would say. “There is hope. This life is not the end.</w:t>
      </w:r>
      <w:r w:rsidR="003A6607" w:rsidRPr="00C9454D">
        <w:rPr>
          <w:sz w:val="24"/>
          <w:szCs w:val="24"/>
        </w:rPr>
        <w:t xml:space="preserve"> Gods </w:t>
      </w:r>
      <w:r w:rsidR="00EB2A64" w:rsidRPr="00C9454D">
        <w:rPr>
          <w:sz w:val="24"/>
          <w:szCs w:val="24"/>
        </w:rPr>
        <w:t>words reads,</w:t>
      </w:r>
      <w:r w:rsidR="0020109B" w:rsidRPr="00C9454D">
        <w:rPr>
          <w:sz w:val="24"/>
          <w:szCs w:val="24"/>
        </w:rPr>
        <w:t xml:space="preserve"> </w:t>
      </w:r>
      <w:r w:rsidR="00ED3400" w:rsidRPr="00C9454D">
        <w:rPr>
          <w:sz w:val="24"/>
          <w:szCs w:val="24"/>
        </w:rPr>
        <w:t>John 5:28, 29</w:t>
      </w:r>
      <w:r w:rsidR="002A2CF5" w:rsidRPr="00C9454D">
        <w:rPr>
          <w:sz w:val="24"/>
          <w:szCs w:val="24"/>
        </w:rPr>
        <w:t xml:space="preserve"> </w:t>
      </w:r>
      <w:r w:rsidR="009D1605" w:rsidRPr="00C9454D">
        <w:rPr>
          <w:sz w:val="24"/>
          <w:szCs w:val="24"/>
        </w:rPr>
        <w:t xml:space="preserve">“Do not be amazed at this, for the hour is coming in which all those in the memorial tombs will hear his voice and come </w:t>
      </w:r>
      <w:r w:rsidR="006C4FD2" w:rsidRPr="00C9454D">
        <w:rPr>
          <w:sz w:val="24"/>
          <w:szCs w:val="24"/>
        </w:rPr>
        <w:t xml:space="preserve">out.” </w:t>
      </w:r>
      <w:r w:rsidR="00A358F8" w:rsidRPr="00C9454D">
        <w:rPr>
          <w:sz w:val="24"/>
          <w:szCs w:val="24"/>
        </w:rPr>
        <w:t xml:space="preserve">And </w:t>
      </w:r>
      <w:r w:rsidR="00A71643" w:rsidRPr="00C9454D">
        <w:rPr>
          <w:sz w:val="24"/>
          <w:szCs w:val="24"/>
        </w:rPr>
        <w:t>God cannot lie.</w:t>
      </w:r>
      <w:r w:rsidR="0070265B" w:rsidRPr="00C9454D">
        <w:rPr>
          <w:sz w:val="24"/>
          <w:szCs w:val="24"/>
        </w:rPr>
        <w:t xml:space="preserve"> </w:t>
      </w:r>
      <w:r w:rsidR="003D5B65" w:rsidRPr="00C9454D">
        <w:rPr>
          <w:sz w:val="24"/>
          <w:szCs w:val="24"/>
        </w:rPr>
        <w:t>Titus 1:2</w:t>
      </w:r>
      <w:r w:rsidR="00173552" w:rsidRPr="00C9454D">
        <w:rPr>
          <w:sz w:val="24"/>
          <w:szCs w:val="24"/>
        </w:rPr>
        <w:t xml:space="preserve"> </w:t>
      </w:r>
      <w:r w:rsidR="0004471E" w:rsidRPr="00C9454D">
        <w:rPr>
          <w:sz w:val="24"/>
          <w:szCs w:val="24"/>
        </w:rPr>
        <w:t>states</w:t>
      </w:r>
      <w:r w:rsidR="003D5B65" w:rsidRPr="00C9454D">
        <w:rPr>
          <w:sz w:val="24"/>
          <w:szCs w:val="24"/>
        </w:rPr>
        <w:t xml:space="preserve"> “based on a hope of the everlasting life that God, who cannot lie, promised long ago”</w:t>
      </w:r>
    </w:p>
    <w:p w14:paraId="6EA09FEE" w14:textId="77777777" w:rsidR="00BC7911" w:rsidRPr="00C9454D" w:rsidRDefault="00BC7911" w:rsidP="00C9454D">
      <w:pPr>
        <w:rPr>
          <w:sz w:val="24"/>
          <w:szCs w:val="24"/>
        </w:rPr>
      </w:pPr>
      <w:proofErr w:type="spellStart"/>
      <w:r w:rsidRPr="00C9454D">
        <w:rPr>
          <w:sz w:val="24"/>
          <w:szCs w:val="24"/>
        </w:rPr>
        <w:t>Elric</w:t>
      </w:r>
      <w:proofErr w:type="spellEnd"/>
      <w:r w:rsidRPr="00C9454D">
        <w:rPr>
          <w:sz w:val="24"/>
          <w:szCs w:val="24"/>
        </w:rPr>
        <w:t xml:space="preserve"> watched as the ripple effect took hold. Word of the resurrection hope spread like wildfire, carried from one grieving heart to another. He knew it was only a matter of time before the church took notice. But for now, he chose to stand with Abilene, to share this hope with those who needed it most.</w:t>
      </w:r>
    </w:p>
    <w:p w14:paraId="23244EA5" w14:textId="77777777" w:rsidR="00BC7911" w:rsidRPr="00C9454D" w:rsidRDefault="00BC7911" w:rsidP="00C9454D">
      <w:pPr>
        <w:rPr>
          <w:sz w:val="24"/>
          <w:szCs w:val="24"/>
        </w:rPr>
      </w:pPr>
    </w:p>
    <w:p w14:paraId="42E9DA0C" w14:textId="34681EDF" w:rsidR="00BC7911" w:rsidRPr="00C9454D" w:rsidRDefault="00BC7911" w:rsidP="00C9454D">
      <w:pPr>
        <w:rPr>
          <w:sz w:val="24"/>
          <w:szCs w:val="24"/>
        </w:rPr>
      </w:pPr>
      <w:r w:rsidRPr="00C9454D">
        <w:rPr>
          <w:sz w:val="24"/>
          <w:szCs w:val="24"/>
        </w:rPr>
        <w:t xml:space="preserve">One evening, as they walked back to </w:t>
      </w:r>
      <w:r w:rsidR="00522C4D" w:rsidRPr="00C9454D">
        <w:rPr>
          <w:sz w:val="24"/>
          <w:szCs w:val="24"/>
        </w:rPr>
        <w:t>High Haven</w:t>
      </w:r>
      <w:r w:rsidRPr="00C9454D">
        <w:rPr>
          <w:sz w:val="24"/>
          <w:szCs w:val="24"/>
        </w:rPr>
        <w:t xml:space="preserve"> after a particularly long day, </w:t>
      </w:r>
      <w:proofErr w:type="spellStart"/>
      <w:r w:rsidRPr="00C9454D">
        <w:rPr>
          <w:sz w:val="24"/>
          <w:szCs w:val="24"/>
        </w:rPr>
        <w:t>Elric</w:t>
      </w:r>
      <w:proofErr w:type="spellEnd"/>
      <w:r w:rsidRPr="00C9454D">
        <w:rPr>
          <w:sz w:val="24"/>
          <w:szCs w:val="24"/>
        </w:rPr>
        <w:t xml:space="preserve"> turned to Abilene. “Why do you do this?” he asked. “Why take such a risk?”</w:t>
      </w:r>
    </w:p>
    <w:p w14:paraId="205ECA7D" w14:textId="0F665F52" w:rsidR="00BC7911" w:rsidRPr="00C9454D" w:rsidRDefault="00BC7911" w:rsidP="00C9454D">
      <w:pPr>
        <w:rPr>
          <w:sz w:val="24"/>
          <w:szCs w:val="24"/>
        </w:rPr>
      </w:pPr>
      <w:r w:rsidRPr="00C9454D">
        <w:rPr>
          <w:sz w:val="24"/>
          <w:szCs w:val="24"/>
        </w:rPr>
        <w:t>She looked up at the stars, her expression thoughtful. “</w:t>
      </w:r>
      <w:r w:rsidR="00F63A76" w:rsidRPr="00C9454D">
        <w:rPr>
          <w:sz w:val="24"/>
          <w:szCs w:val="24"/>
        </w:rPr>
        <w:t>Love,</w:t>
      </w:r>
      <w:r w:rsidRPr="00C9454D">
        <w:rPr>
          <w:sz w:val="24"/>
          <w:szCs w:val="24"/>
        </w:rPr>
        <w:t xml:space="preserve"> it’s the right thing to do</w:t>
      </w:r>
      <w:r w:rsidR="00A84179" w:rsidRPr="00C9454D">
        <w:rPr>
          <w:sz w:val="24"/>
          <w:szCs w:val="24"/>
        </w:rPr>
        <w:t xml:space="preserve">. </w:t>
      </w:r>
      <w:r w:rsidR="0021547C" w:rsidRPr="00C9454D">
        <w:rPr>
          <w:sz w:val="24"/>
          <w:szCs w:val="24"/>
        </w:rPr>
        <w:t>Our Lord say</w:t>
      </w:r>
      <w:r w:rsidR="009931AF" w:rsidRPr="00C9454D">
        <w:rPr>
          <w:sz w:val="24"/>
          <w:szCs w:val="24"/>
        </w:rPr>
        <w:t>s</w:t>
      </w:r>
      <w:r w:rsidR="00942FB4" w:rsidRPr="00C9454D">
        <w:rPr>
          <w:sz w:val="24"/>
          <w:szCs w:val="24"/>
        </w:rPr>
        <w:t xml:space="preserve"> “</w:t>
      </w:r>
      <w:r w:rsidR="00FA570B" w:rsidRPr="00C9454D">
        <w:rPr>
          <w:sz w:val="24"/>
          <w:szCs w:val="24"/>
        </w:rPr>
        <w:t>I am giving you a new commandment, that you love one another; just as I have loved you, you also love one another.</w:t>
      </w:r>
      <w:r w:rsidR="009931AF" w:rsidRPr="00C9454D">
        <w:rPr>
          <w:sz w:val="24"/>
          <w:szCs w:val="24"/>
        </w:rPr>
        <w:t>”</w:t>
      </w:r>
      <w:r w:rsidRPr="00C9454D">
        <w:rPr>
          <w:sz w:val="24"/>
          <w:szCs w:val="24"/>
        </w:rPr>
        <w:t xml:space="preserve"> she said</w:t>
      </w:r>
      <w:r w:rsidR="000A3458" w:rsidRPr="00C9454D">
        <w:rPr>
          <w:sz w:val="24"/>
          <w:szCs w:val="24"/>
        </w:rPr>
        <w:t xml:space="preserve"> righteously</w:t>
      </w:r>
      <w:r w:rsidRPr="00C9454D">
        <w:rPr>
          <w:sz w:val="24"/>
          <w:szCs w:val="24"/>
        </w:rPr>
        <w:t>. “And because I believe this is what Lady Helena would have wanted. She left these journals for a reason, Father. Perhaps this is why.”</w:t>
      </w:r>
    </w:p>
    <w:p w14:paraId="6F8AE5DD" w14:textId="77777777" w:rsidR="00BC7911" w:rsidRPr="00C9454D" w:rsidRDefault="00BC7911" w:rsidP="00C9454D">
      <w:pPr>
        <w:rPr>
          <w:sz w:val="24"/>
          <w:szCs w:val="24"/>
        </w:rPr>
      </w:pPr>
      <w:r w:rsidRPr="00C9454D">
        <w:rPr>
          <w:sz w:val="24"/>
          <w:szCs w:val="24"/>
        </w:rPr>
        <w:t>He nodded slowly, her words settling into his heart. He didn’t have all the answers, and perhaps he never would. But for the first time in years, he felt like he was truly fulfilling his purpose—not as a priest bound by doctrine, but as a shepherd guiding his flock toward hope.</w:t>
      </w:r>
    </w:p>
    <w:p w14:paraId="3EA141ED" w14:textId="77777777" w:rsidR="00BC7911" w:rsidRPr="00C9454D" w:rsidRDefault="00BC7911" w:rsidP="00C9454D">
      <w:pPr>
        <w:rPr>
          <w:sz w:val="24"/>
          <w:szCs w:val="24"/>
        </w:rPr>
      </w:pPr>
    </w:p>
    <w:p w14:paraId="4B6AF7A4" w14:textId="4C83077C" w:rsidR="00BC7911" w:rsidRPr="00C9454D" w:rsidRDefault="00BC7911" w:rsidP="00C9454D">
      <w:pPr>
        <w:rPr>
          <w:sz w:val="24"/>
          <w:szCs w:val="24"/>
        </w:rPr>
      </w:pPr>
      <w:r w:rsidRPr="00C9454D">
        <w:rPr>
          <w:sz w:val="24"/>
          <w:szCs w:val="24"/>
        </w:rPr>
        <w:t xml:space="preserve">As the months passed, the ripple effect grew stronger. The resurrection hope became a quiet revolution, spreading from </w:t>
      </w:r>
      <w:proofErr w:type="spellStart"/>
      <w:r w:rsidR="00225D06" w:rsidRPr="00C9454D">
        <w:rPr>
          <w:sz w:val="24"/>
          <w:szCs w:val="24"/>
        </w:rPr>
        <w:t>Teston</w:t>
      </w:r>
      <w:proofErr w:type="spellEnd"/>
      <w:r w:rsidRPr="00C9454D">
        <w:rPr>
          <w:sz w:val="24"/>
          <w:szCs w:val="24"/>
        </w:rPr>
        <w:t xml:space="preserve"> to the surrounding villages. Father </w:t>
      </w:r>
      <w:proofErr w:type="spellStart"/>
      <w:r w:rsidRPr="00C9454D">
        <w:rPr>
          <w:sz w:val="24"/>
          <w:szCs w:val="24"/>
        </w:rPr>
        <w:t>Elric</w:t>
      </w:r>
      <w:proofErr w:type="spellEnd"/>
      <w:r w:rsidRPr="00C9454D">
        <w:rPr>
          <w:sz w:val="24"/>
          <w:szCs w:val="24"/>
        </w:rPr>
        <w:t xml:space="preserve"> continued to preach the church’s doctrine from the pulpit, but in private, he shared the truths he had come to believe.</w:t>
      </w:r>
    </w:p>
    <w:p w14:paraId="61AB208C" w14:textId="77777777" w:rsidR="00BC7911" w:rsidRPr="00C9454D" w:rsidRDefault="00BC7911" w:rsidP="00C9454D">
      <w:pPr>
        <w:rPr>
          <w:sz w:val="24"/>
          <w:szCs w:val="24"/>
        </w:rPr>
      </w:pPr>
      <w:r w:rsidRPr="00C9454D">
        <w:rPr>
          <w:sz w:val="24"/>
          <w:szCs w:val="24"/>
        </w:rPr>
        <w:t>He knew the risks, but as he watched the light return to the eyes of those who had once been consumed by grief, he felt no regret. The truth was worth it.</w:t>
      </w:r>
    </w:p>
    <w:p w14:paraId="7D0C901E" w14:textId="77777777" w:rsidR="00BC7911" w:rsidRPr="00C9454D" w:rsidRDefault="00BC7911" w:rsidP="00C9454D">
      <w:pPr>
        <w:rPr>
          <w:sz w:val="24"/>
          <w:szCs w:val="24"/>
        </w:rPr>
      </w:pPr>
      <w:r w:rsidRPr="00C9454D">
        <w:rPr>
          <w:sz w:val="24"/>
          <w:szCs w:val="24"/>
        </w:rPr>
        <w:t>And so, the seeds of hope were sown, carried by whispers and hearts determined to believe.</w:t>
      </w:r>
    </w:p>
    <w:p w14:paraId="53EE6D2C" w14:textId="62686AE8" w:rsidR="001A7A8C" w:rsidRPr="00C9454D" w:rsidRDefault="00E020A1" w:rsidP="00C9454D">
      <w:pPr>
        <w:rPr>
          <w:sz w:val="24"/>
          <w:szCs w:val="24"/>
        </w:rPr>
      </w:pPr>
      <w:r w:rsidRPr="00C9454D">
        <w:rPr>
          <w:sz w:val="24"/>
          <w:szCs w:val="24"/>
        </w:rPr>
        <w:t>“</w:t>
      </w:r>
      <w:r w:rsidR="0074664A" w:rsidRPr="00C9454D">
        <w:rPr>
          <w:sz w:val="24"/>
          <w:szCs w:val="24"/>
        </w:rPr>
        <w:t>Observe intently the birds of heaven; they do not sow seed or reap or gather into storehouses, yet your heavenly Father feeds them. Are you not worth more than they are?</w:t>
      </w:r>
      <w:r w:rsidRPr="00C9454D">
        <w:rPr>
          <w:sz w:val="24"/>
          <w:szCs w:val="24"/>
        </w:rPr>
        <w:t>”</w:t>
      </w:r>
      <w:r w:rsidR="006D29DE" w:rsidRPr="00C9454D">
        <w:rPr>
          <w:sz w:val="24"/>
          <w:szCs w:val="24"/>
        </w:rPr>
        <w:t xml:space="preserve"> Matthew</w:t>
      </w:r>
      <w:r w:rsidR="00F65A5A" w:rsidRPr="00C9454D">
        <w:rPr>
          <w:sz w:val="24"/>
          <w:szCs w:val="24"/>
        </w:rPr>
        <w:t xml:space="preserve"> 6:26</w:t>
      </w:r>
    </w:p>
    <w:p w14:paraId="662DD719" w14:textId="77777777" w:rsidR="001A7A8C" w:rsidRPr="00C9454D" w:rsidRDefault="00FE197F" w:rsidP="00C9454D">
      <w:pPr>
        <w:rPr>
          <w:sz w:val="24"/>
          <w:szCs w:val="24"/>
        </w:rPr>
      </w:pPr>
      <w:r>
        <w:rPr>
          <w:noProof/>
          <w:sz w:val="24"/>
          <w:szCs w:val="24"/>
        </w:rPr>
      </w:r>
      <w:r w:rsidR="00FE197F">
        <w:rPr>
          <w:noProof/>
          <w:sz w:val="24"/>
          <w:szCs w:val="24"/>
        </w:rPr>
        <w:pict w14:anchorId="5BE3EAFD">
          <v:rect id="_x0000_i1065" style="width:0;height:1.5pt" o:hralign="center" o:hrstd="t" o:hr="t" fillcolor="#a0a0a0" stroked="f"/>
        </w:pict>
      </w:r>
    </w:p>
    <w:p w14:paraId="207DF1D6" w14:textId="77777777" w:rsidR="00BE052E" w:rsidRPr="00C9454D" w:rsidRDefault="00BE052E" w:rsidP="00C9454D">
      <w:pPr>
        <w:rPr>
          <w:sz w:val="24"/>
          <w:szCs w:val="24"/>
        </w:rPr>
      </w:pPr>
      <w:r w:rsidRPr="00C9454D">
        <w:rPr>
          <w:sz w:val="24"/>
          <w:szCs w:val="24"/>
        </w:rPr>
        <w:br w:type="page"/>
      </w:r>
    </w:p>
    <w:p w14:paraId="1D8329B6" w14:textId="77777777" w:rsidR="00F51A0D" w:rsidRPr="00C9454D" w:rsidRDefault="001A7A8C" w:rsidP="00C9454D">
      <w:pPr>
        <w:rPr>
          <w:rStyle w:val="Heading2Char"/>
          <w:sz w:val="24"/>
          <w:szCs w:val="24"/>
        </w:rPr>
      </w:pPr>
      <w:r w:rsidRPr="00C9454D">
        <w:rPr>
          <w:rStyle w:val="Heading2Char"/>
          <w:sz w:val="24"/>
          <w:szCs w:val="24"/>
        </w:rPr>
        <w:t>Compassion in the Aftermath</w:t>
      </w:r>
      <w:r w:rsidR="006C79CD" w:rsidRPr="00C9454D">
        <w:rPr>
          <w:rStyle w:val="Heading2Char"/>
          <w:sz w:val="24"/>
          <w:szCs w:val="24"/>
        </w:rPr>
        <w:t xml:space="preserve"> </w:t>
      </w:r>
    </w:p>
    <w:p w14:paraId="52E86586" w14:textId="21859A74" w:rsidR="001869D8" w:rsidRPr="00C9454D" w:rsidRDefault="006C79CD" w:rsidP="00C9454D">
      <w:pPr>
        <w:rPr>
          <w:rStyle w:val="Heading2Char"/>
          <w:sz w:val="24"/>
          <w:szCs w:val="24"/>
        </w:rPr>
      </w:pPr>
      <w:r w:rsidRPr="00C9454D">
        <w:rPr>
          <w:rStyle w:val="Heading2Char"/>
          <w:sz w:val="24"/>
          <w:szCs w:val="24"/>
        </w:rPr>
        <w:t>1198</w:t>
      </w:r>
    </w:p>
    <w:p w14:paraId="07A1C48F" w14:textId="5B40757F" w:rsidR="001A7A8C" w:rsidRPr="00C9454D" w:rsidRDefault="001A7A8C" w:rsidP="00C9454D">
      <w:pPr>
        <w:rPr>
          <w:sz w:val="24"/>
          <w:szCs w:val="24"/>
        </w:rPr>
      </w:pPr>
      <w:r w:rsidRPr="00C9454D">
        <w:rPr>
          <w:sz w:val="24"/>
          <w:szCs w:val="24"/>
        </w:rPr>
        <w:br/>
        <w:t xml:space="preserve">The flood had stripped away not only homes but also the sense of safety and purpose that many in the surrounding villages once held. Abilene couldn’t stand by and watch them suffer. She saw mothers staring at empty cradles, fathers returning to silent homes, and children clutching what few belongings they could salvage. Her heart ached for them, and she knew the only solace she could offer was the truth of </w:t>
      </w:r>
      <w:r w:rsidR="00A25CB5" w:rsidRPr="00C9454D">
        <w:rPr>
          <w:sz w:val="24"/>
          <w:szCs w:val="24"/>
        </w:rPr>
        <w:t>God’s</w:t>
      </w:r>
      <w:r w:rsidRPr="00C9454D">
        <w:rPr>
          <w:sz w:val="24"/>
          <w:szCs w:val="24"/>
        </w:rPr>
        <w:t xml:space="preserve"> promises.</w:t>
      </w:r>
    </w:p>
    <w:p w14:paraId="63FE59B2" w14:textId="77777777" w:rsidR="001A7A8C" w:rsidRPr="00C9454D" w:rsidRDefault="001A7A8C" w:rsidP="00C9454D">
      <w:pPr>
        <w:rPr>
          <w:sz w:val="24"/>
          <w:szCs w:val="24"/>
        </w:rPr>
      </w:pPr>
      <w:r w:rsidRPr="00C9454D">
        <w:rPr>
          <w:sz w:val="24"/>
          <w:szCs w:val="24"/>
        </w:rPr>
        <w:t>One by one, she visited those most devastated by the tragedy. In their grief, they welcomed her presence, and as she shared scriptures about the resurrection, their tears turned to tentative hope.</w:t>
      </w:r>
    </w:p>
    <w:p w14:paraId="2FC3E0E6" w14:textId="2EC8407E" w:rsidR="001A7A8C" w:rsidRPr="00C9454D" w:rsidRDefault="001A7A8C" w:rsidP="00C9454D">
      <w:pPr>
        <w:rPr>
          <w:sz w:val="24"/>
          <w:szCs w:val="24"/>
        </w:rPr>
      </w:pPr>
      <w:r w:rsidRPr="00C9454D">
        <w:rPr>
          <w:sz w:val="24"/>
          <w:szCs w:val="24"/>
        </w:rPr>
        <w:t xml:space="preserve">“I can’t bring them back now,” she would say gently, “but </w:t>
      </w:r>
      <w:r w:rsidR="00E03BA1" w:rsidRPr="00C9454D">
        <w:rPr>
          <w:sz w:val="24"/>
          <w:szCs w:val="24"/>
        </w:rPr>
        <w:t>God</w:t>
      </w:r>
      <w:r w:rsidRPr="00C9454D">
        <w:rPr>
          <w:sz w:val="24"/>
          <w:szCs w:val="24"/>
        </w:rPr>
        <w:t xml:space="preserve"> promises we will see them again.</w:t>
      </w:r>
      <w:r w:rsidR="00007767" w:rsidRPr="00C9454D">
        <w:rPr>
          <w:sz w:val="24"/>
          <w:szCs w:val="24"/>
        </w:rPr>
        <w:t>” “</w:t>
      </w:r>
      <w:r w:rsidR="000A260E" w:rsidRPr="00C9454D">
        <w:rPr>
          <w:sz w:val="24"/>
          <w:szCs w:val="24"/>
        </w:rPr>
        <w:t xml:space="preserve">He will swallow up death forever, And the Sovereign Lord </w:t>
      </w:r>
      <w:proofErr w:type="spellStart"/>
      <w:r w:rsidR="007E1E1E">
        <w:rPr>
          <w:sz w:val="24"/>
          <w:szCs w:val="24"/>
        </w:rPr>
        <w:t>Yahuah</w:t>
      </w:r>
      <w:proofErr w:type="spellEnd"/>
      <w:r w:rsidR="000A260E" w:rsidRPr="00C9454D">
        <w:rPr>
          <w:sz w:val="24"/>
          <w:szCs w:val="24"/>
        </w:rPr>
        <w:t xml:space="preserve"> will wipe away the tears from all faces. The reproach of his people he will take away from all the earth, For </w:t>
      </w:r>
      <w:proofErr w:type="spellStart"/>
      <w:r w:rsidR="007E1E1E">
        <w:rPr>
          <w:sz w:val="24"/>
          <w:szCs w:val="24"/>
        </w:rPr>
        <w:t>Yahuah</w:t>
      </w:r>
      <w:proofErr w:type="spellEnd"/>
      <w:r w:rsidR="000A260E" w:rsidRPr="00C9454D">
        <w:rPr>
          <w:sz w:val="24"/>
          <w:szCs w:val="24"/>
        </w:rPr>
        <w:t xml:space="preserve"> himself has spoken it.</w:t>
      </w:r>
      <w:r w:rsidR="00E03BA1" w:rsidRPr="00C9454D">
        <w:rPr>
          <w:sz w:val="24"/>
          <w:szCs w:val="24"/>
        </w:rPr>
        <w:t>”</w:t>
      </w:r>
      <w:r w:rsidR="003A0A4B" w:rsidRPr="00C9454D">
        <w:rPr>
          <w:color w:val="292929"/>
          <w:sz w:val="24"/>
          <w:szCs w:val="24"/>
        </w:rPr>
        <w:t xml:space="preserve"> </w:t>
      </w:r>
      <w:r w:rsidR="00A06BD9" w:rsidRPr="00C9454D">
        <w:rPr>
          <w:color w:val="292929"/>
          <w:sz w:val="24"/>
          <w:szCs w:val="24"/>
        </w:rPr>
        <w:t>“</w:t>
      </w:r>
      <w:r w:rsidR="003A0A4B" w:rsidRPr="00C9454D">
        <w:rPr>
          <w:sz w:val="24"/>
          <w:szCs w:val="24"/>
        </w:rPr>
        <w:t>Your dead will live. My corpses will rise up. Awake and shout joyfully, You residents in the dust! For your dew is as the dew of the morning, And the earth will let those powerless in death come to life.</w:t>
      </w:r>
      <w:r w:rsidR="00A06BD9" w:rsidRPr="00C9454D">
        <w:rPr>
          <w:sz w:val="24"/>
          <w:szCs w:val="24"/>
        </w:rPr>
        <w:t xml:space="preserve">” </w:t>
      </w:r>
      <w:r w:rsidRPr="00C9454D">
        <w:rPr>
          <w:sz w:val="24"/>
          <w:szCs w:val="24"/>
        </w:rPr>
        <w:t>Her voice carried the quiet conviction of someone who believed every word.</w:t>
      </w:r>
    </w:p>
    <w:p w14:paraId="0897AC3A" w14:textId="77777777" w:rsidR="001A7A8C" w:rsidRPr="00C9454D" w:rsidRDefault="00FE197F" w:rsidP="00C9454D">
      <w:pPr>
        <w:rPr>
          <w:sz w:val="24"/>
          <w:szCs w:val="24"/>
        </w:rPr>
      </w:pPr>
      <w:r>
        <w:rPr>
          <w:noProof/>
          <w:sz w:val="24"/>
          <w:szCs w:val="24"/>
        </w:rPr>
      </w:r>
      <w:r w:rsidR="00FE197F">
        <w:rPr>
          <w:noProof/>
          <w:sz w:val="24"/>
          <w:szCs w:val="24"/>
        </w:rPr>
        <w:pict w14:anchorId="51BAC094">
          <v:rect id="_x0000_i1066" style="width:0;height:1.5pt" o:hralign="center" o:hrstd="t" o:hr="t" fillcolor="#a0a0a0" stroked="f"/>
        </w:pict>
      </w:r>
    </w:p>
    <w:p w14:paraId="0EA2F766" w14:textId="77777777" w:rsidR="00C4401E" w:rsidRPr="00C9454D" w:rsidRDefault="001A7A8C" w:rsidP="00C9454D">
      <w:pPr>
        <w:rPr>
          <w:rStyle w:val="Heading2Char"/>
          <w:sz w:val="24"/>
          <w:szCs w:val="24"/>
        </w:rPr>
      </w:pPr>
      <w:r w:rsidRPr="00C9454D">
        <w:rPr>
          <w:rStyle w:val="Heading2Char"/>
          <w:sz w:val="24"/>
          <w:szCs w:val="24"/>
        </w:rPr>
        <w:t>The Ripple Effect</w:t>
      </w:r>
    </w:p>
    <w:p w14:paraId="3DB6EA4A" w14:textId="1502271B" w:rsidR="001A7A8C" w:rsidRPr="00C9454D" w:rsidRDefault="001A7A8C" w:rsidP="00C9454D">
      <w:pPr>
        <w:rPr>
          <w:sz w:val="24"/>
          <w:szCs w:val="24"/>
        </w:rPr>
      </w:pPr>
      <w:r w:rsidRPr="00C9454D">
        <w:rPr>
          <w:sz w:val="24"/>
          <w:szCs w:val="24"/>
        </w:rPr>
        <w:br/>
        <w:t>Word of Abilene’s message spread like wildfire. The parents she consoled shared her words with their neighbors. Children who heard her speak ran to their friends, eager to repeat her promises. Soon, people were traveling from other villages, drawn by whispers of hope in a time of despair.</w:t>
      </w:r>
    </w:p>
    <w:p w14:paraId="520C635D" w14:textId="2A9AB7AC" w:rsidR="00A50602" w:rsidRPr="00C9454D" w:rsidRDefault="000F7AEB" w:rsidP="00C9454D">
      <w:pPr>
        <w:rPr>
          <w:sz w:val="24"/>
          <w:szCs w:val="24"/>
        </w:rPr>
      </w:pPr>
      <w:r w:rsidRPr="00C9454D">
        <w:rPr>
          <w:sz w:val="24"/>
          <w:szCs w:val="24"/>
        </w:rPr>
        <w:t>“</w:t>
      </w:r>
      <w:r w:rsidR="00A50602" w:rsidRPr="00C9454D">
        <w:rPr>
          <w:sz w:val="24"/>
          <w:szCs w:val="24"/>
        </w:rPr>
        <w:t>Jesus departed for the sea along with his disciples, and a great multitu</w:t>
      </w:r>
      <w:r w:rsidR="00DD1FF5" w:rsidRPr="00C9454D">
        <w:rPr>
          <w:sz w:val="24"/>
          <w:szCs w:val="24"/>
        </w:rPr>
        <w:t xml:space="preserve">de </w:t>
      </w:r>
      <w:r w:rsidR="00A50602" w:rsidRPr="00C9454D">
        <w:rPr>
          <w:sz w:val="24"/>
          <w:szCs w:val="24"/>
        </w:rPr>
        <w:t xml:space="preserve">from </w:t>
      </w:r>
      <w:proofErr w:type="spellStart"/>
      <w:r w:rsidR="00A50602" w:rsidRPr="00C9454D">
        <w:rPr>
          <w:sz w:val="24"/>
          <w:szCs w:val="24"/>
        </w:rPr>
        <w:t>Gal</w:t>
      </w:r>
      <w:r w:rsidR="00A50602" w:rsidRPr="00C9454D">
        <w:rPr>
          <w:rFonts w:ascii="Times New Roman" w:hAnsi="Times New Roman" w:cs="Times New Roman"/>
          <w:sz w:val="24"/>
          <w:szCs w:val="24"/>
        </w:rPr>
        <w:t>ʹ</w:t>
      </w:r>
      <w:r w:rsidR="00A50602" w:rsidRPr="00C9454D">
        <w:rPr>
          <w:sz w:val="24"/>
          <w:szCs w:val="24"/>
        </w:rPr>
        <w:t>i</w:t>
      </w:r>
      <w:r w:rsidR="00A50602" w:rsidRPr="00C9454D">
        <w:rPr>
          <w:rFonts w:ascii="Garamond" w:hAnsi="Garamond" w:cs="Garamond"/>
          <w:sz w:val="24"/>
          <w:szCs w:val="24"/>
        </w:rPr>
        <w:t>·</w:t>
      </w:r>
      <w:r w:rsidR="00A50602" w:rsidRPr="00C9454D">
        <w:rPr>
          <w:sz w:val="24"/>
          <w:szCs w:val="24"/>
        </w:rPr>
        <w:t>lee</w:t>
      </w:r>
      <w:proofErr w:type="spellEnd"/>
      <w:r w:rsidR="00A50602" w:rsidRPr="00C9454D">
        <w:rPr>
          <w:sz w:val="24"/>
          <w:szCs w:val="24"/>
        </w:rPr>
        <w:t xml:space="preserve"> and from </w:t>
      </w:r>
      <w:proofErr w:type="spellStart"/>
      <w:r w:rsidR="00A50602" w:rsidRPr="00C9454D">
        <w:rPr>
          <w:sz w:val="24"/>
          <w:szCs w:val="24"/>
        </w:rPr>
        <w:t>Ju</w:t>
      </w:r>
      <w:r w:rsidR="00A50602" w:rsidRPr="00C9454D">
        <w:rPr>
          <w:rFonts w:ascii="Garamond" w:hAnsi="Garamond" w:cs="Garamond"/>
          <w:sz w:val="24"/>
          <w:szCs w:val="24"/>
        </w:rPr>
        <w:t>·</w:t>
      </w:r>
      <w:r w:rsidR="00A50602" w:rsidRPr="00C9454D">
        <w:rPr>
          <w:sz w:val="24"/>
          <w:szCs w:val="24"/>
        </w:rPr>
        <w:t>de</w:t>
      </w:r>
      <w:r w:rsidR="00A50602" w:rsidRPr="00C9454D">
        <w:rPr>
          <w:rFonts w:ascii="Times New Roman" w:hAnsi="Times New Roman" w:cs="Times New Roman"/>
          <w:sz w:val="24"/>
          <w:szCs w:val="24"/>
        </w:rPr>
        <w:t>ʹ</w:t>
      </w:r>
      <w:r w:rsidR="00A50602" w:rsidRPr="00C9454D">
        <w:rPr>
          <w:sz w:val="24"/>
          <w:szCs w:val="24"/>
        </w:rPr>
        <w:t>a</w:t>
      </w:r>
      <w:proofErr w:type="spellEnd"/>
      <w:r w:rsidR="00A50602" w:rsidRPr="00C9454D">
        <w:rPr>
          <w:sz w:val="24"/>
          <w:szCs w:val="24"/>
        </w:rPr>
        <w:t xml:space="preserve"> followed him.</w:t>
      </w:r>
      <w:r w:rsidR="00AD1FA7" w:rsidRPr="00C9454D">
        <w:rPr>
          <w:sz w:val="24"/>
          <w:szCs w:val="24"/>
        </w:rPr>
        <w:t xml:space="preserve"> Even</w:t>
      </w:r>
      <w:r w:rsidR="00A50602" w:rsidRPr="00C9454D">
        <w:rPr>
          <w:sz w:val="24"/>
          <w:szCs w:val="24"/>
        </w:rPr>
        <w:t xml:space="preserve"> from Jerusalem and from </w:t>
      </w:r>
      <w:proofErr w:type="spellStart"/>
      <w:r w:rsidR="00A50602" w:rsidRPr="00C9454D">
        <w:rPr>
          <w:sz w:val="24"/>
          <w:szCs w:val="24"/>
        </w:rPr>
        <w:t>Id</w:t>
      </w:r>
      <w:r w:rsidR="00A50602" w:rsidRPr="00C9454D">
        <w:rPr>
          <w:rFonts w:ascii="Garamond" w:hAnsi="Garamond" w:cs="Garamond"/>
          <w:sz w:val="24"/>
          <w:szCs w:val="24"/>
        </w:rPr>
        <w:t>·</w:t>
      </w:r>
      <w:r w:rsidR="00A50602" w:rsidRPr="00C9454D">
        <w:rPr>
          <w:sz w:val="24"/>
          <w:szCs w:val="24"/>
        </w:rPr>
        <w:t>u</w:t>
      </w:r>
      <w:r w:rsidR="00A50602" w:rsidRPr="00C9454D">
        <w:rPr>
          <w:rFonts w:ascii="Garamond" w:hAnsi="Garamond" w:cs="Garamond"/>
          <w:sz w:val="24"/>
          <w:szCs w:val="24"/>
        </w:rPr>
        <w:t>·</w:t>
      </w:r>
      <w:r w:rsidR="00A50602" w:rsidRPr="00C9454D">
        <w:rPr>
          <w:sz w:val="24"/>
          <w:szCs w:val="24"/>
        </w:rPr>
        <w:t>me</w:t>
      </w:r>
      <w:r w:rsidR="00A50602" w:rsidRPr="00C9454D">
        <w:rPr>
          <w:rFonts w:ascii="Times New Roman" w:hAnsi="Times New Roman" w:cs="Times New Roman"/>
          <w:sz w:val="24"/>
          <w:szCs w:val="24"/>
        </w:rPr>
        <w:t>ʹ</w:t>
      </w:r>
      <w:r w:rsidR="00A50602" w:rsidRPr="00C9454D">
        <w:rPr>
          <w:sz w:val="24"/>
          <w:szCs w:val="24"/>
        </w:rPr>
        <w:t>a</w:t>
      </w:r>
      <w:proofErr w:type="spellEnd"/>
      <w:r w:rsidR="00A50602" w:rsidRPr="00C9454D">
        <w:rPr>
          <w:sz w:val="24"/>
          <w:szCs w:val="24"/>
        </w:rPr>
        <w:t xml:space="preserve"> and from across the Jordan and from around </w:t>
      </w:r>
      <w:proofErr w:type="spellStart"/>
      <w:r w:rsidR="00A50602" w:rsidRPr="00C9454D">
        <w:rPr>
          <w:sz w:val="24"/>
          <w:szCs w:val="24"/>
        </w:rPr>
        <w:t>Tyre</w:t>
      </w:r>
      <w:proofErr w:type="spellEnd"/>
      <w:r w:rsidR="00A50602" w:rsidRPr="00C9454D">
        <w:rPr>
          <w:sz w:val="24"/>
          <w:szCs w:val="24"/>
        </w:rPr>
        <w:t xml:space="preserve"> and </w:t>
      </w:r>
      <w:proofErr w:type="spellStart"/>
      <w:r w:rsidR="00A50602" w:rsidRPr="00C9454D">
        <w:rPr>
          <w:sz w:val="24"/>
          <w:szCs w:val="24"/>
        </w:rPr>
        <w:t>Si</w:t>
      </w:r>
      <w:r w:rsidR="00A50602" w:rsidRPr="00C9454D">
        <w:rPr>
          <w:rFonts w:ascii="Times New Roman" w:hAnsi="Times New Roman" w:cs="Times New Roman"/>
          <w:sz w:val="24"/>
          <w:szCs w:val="24"/>
        </w:rPr>
        <w:t>ʹ</w:t>
      </w:r>
      <w:r w:rsidR="00A50602" w:rsidRPr="00C9454D">
        <w:rPr>
          <w:sz w:val="24"/>
          <w:szCs w:val="24"/>
        </w:rPr>
        <w:t>don</w:t>
      </w:r>
      <w:proofErr w:type="spellEnd"/>
      <w:r w:rsidR="00A50602" w:rsidRPr="00C9454D">
        <w:rPr>
          <w:sz w:val="24"/>
          <w:szCs w:val="24"/>
        </w:rPr>
        <w:t>, a great multitu</w:t>
      </w:r>
      <w:r w:rsidR="00DD1FF5" w:rsidRPr="00C9454D">
        <w:rPr>
          <w:sz w:val="24"/>
          <w:szCs w:val="24"/>
        </w:rPr>
        <w:t xml:space="preserve">de </w:t>
      </w:r>
      <w:r w:rsidR="00A50602" w:rsidRPr="00C9454D">
        <w:rPr>
          <w:sz w:val="24"/>
          <w:szCs w:val="24"/>
        </w:rPr>
        <w:t>came to him when they heard about the many things he was doing.</w:t>
      </w:r>
      <w:r w:rsidRPr="00C9454D">
        <w:rPr>
          <w:sz w:val="24"/>
          <w:szCs w:val="24"/>
        </w:rPr>
        <w:t>”</w:t>
      </w:r>
    </w:p>
    <w:p w14:paraId="2D46DBB8" w14:textId="77777777" w:rsidR="001A7A8C" w:rsidRPr="00C9454D" w:rsidRDefault="001A7A8C" w:rsidP="00C9454D">
      <w:pPr>
        <w:rPr>
          <w:sz w:val="24"/>
          <w:szCs w:val="24"/>
        </w:rPr>
      </w:pPr>
      <w:r w:rsidRPr="00C9454D">
        <w:rPr>
          <w:sz w:val="24"/>
          <w:szCs w:val="24"/>
        </w:rPr>
        <w:t>What began as quiet conversations grew into gatherings. The grieving no longer came alone but brought friends, relatives, and entire families. Abilene hadn’t sought this attention, but she couldn’t turn people away when they came to her, desperate for the truth. Each time she opened her Bible, her words carried more weight, her gatherings grew larger, and the impact of her teachings deepened.</w:t>
      </w:r>
    </w:p>
    <w:p w14:paraId="1267FC96" w14:textId="77777777" w:rsidR="001A7A8C" w:rsidRPr="00C9454D" w:rsidRDefault="00FE197F" w:rsidP="00C9454D">
      <w:pPr>
        <w:rPr>
          <w:sz w:val="24"/>
          <w:szCs w:val="24"/>
        </w:rPr>
      </w:pPr>
      <w:r>
        <w:rPr>
          <w:noProof/>
          <w:sz w:val="24"/>
          <w:szCs w:val="24"/>
        </w:rPr>
      </w:r>
      <w:r w:rsidR="00FE197F">
        <w:rPr>
          <w:noProof/>
          <w:sz w:val="24"/>
          <w:szCs w:val="24"/>
        </w:rPr>
        <w:pict w14:anchorId="047AD159">
          <v:rect id="_x0000_i1067" style="width:0;height:1.5pt" o:hralign="center" o:hrstd="t" o:hr="t" fillcolor="#a0a0a0" stroked="f"/>
        </w:pict>
      </w:r>
    </w:p>
    <w:p w14:paraId="1EE0113E" w14:textId="77777777" w:rsidR="00C4401E" w:rsidRPr="00C9454D" w:rsidRDefault="001A7A8C" w:rsidP="00C9454D">
      <w:pPr>
        <w:rPr>
          <w:rStyle w:val="Heading2Char"/>
          <w:sz w:val="24"/>
          <w:szCs w:val="24"/>
        </w:rPr>
      </w:pPr>
      <w:r w:rsidRPr="00C9454D">
        <w:rPr>
          <w:rStyle w:val="Heading2Char"/>
          <w:sz w:val="24"/>
          <w:szCs w:val="24"/>
        </w:rPr>
        <w:t>The Church’s Response</w:t>
      </w:r>
    </w:p>
    <w:p w14:paraId="3A51B8B2" w14:textId="7CD953DC" w:rsidR="001A7A8C" w:rsidRPr="00C9454D" w:rsidRDefault="001A7A8C" w:rsidP="00C9454D">
      <w:pPr>
        <w:rPr>
          <w:sz w:val="24"/>
          <w:szCs w:val="24"/>
        </w:rPr>
      </w:pPr>
      <w:r w:rsidRPr="00C9454D">
        <w:rPr>
          <w:sz w:val="24"/>
          <w:szCs w:val="24"/>
        </w:rPr>
        <w:br/>
        <w:t xml:space="preserve">As the influx of visitors to </w:t>
      </w:r>
      <w:r w:rsidR="00522C4D" w:rsidRPr="00C9454D">
        <w:rPr>
          <w:sz w:val="24"/>
          <w:szCs w:val="24"/>
        </w:rPr>
        <w:t>High Haven</w:t>
      </w:r>
      <w:r w:rsidRPr="00C9454D">
        <w:rPr>
          <w:sz w:val="24"/>
          <w:szCs w:val="24"/>
        </w:rPr>
        <w:t xml:space="preserve"> continued, it didn’t take long for the Church to take notice. Reports of a woman teaching resurrection and using </w:t>
      </w:r>
      <w:proofErr w:type="spellStart"/>
      <w:r w:rsidR="007E1E1E">
        <w:rPr>
          <w:sz w:val="24"/>
          <w:szCs w:val="24"/>
        </w:rPr>
        <w:t>Yahuah</w:t>
      </w:r>
      <w:r w:rsidRPr="00C9454D">
        <w:rPr>
          <w:sz w:val="24"/>
          <w:szCs w:val="24"/>
        </w:rPr>
        <w:t>’s</w:t>
      </w:r>
      <w:proofErr w:type="spellEnd"/>
      <w:r w:rsidRPr="00C9454D">
        <w:rPr>
          <w:sz w:val="24"/>
          <w:szCs w:val="24"/>
        </w:rPr>
        <w:t xml:space="preserve"> name—a direct challenge to the Church’s authority—reached the ears of the papacy.</w:t>
      </w:r>
    </w:p>
    <w:p w14:paraId="6C2752F6" w14:textId="5BC66007" w:rsidR="001A7A8C" w:rsidRPr="00C9454D" w:rsidRDefault="001A7A8C" w:rsidP="00C9454D">
      <w:pPr>
        <w:rPr>
          <w:sz w:val="24"/>
          <w:szCs w:val="24"/>
        </w:rPr>
      </w:pPr>
      <w:r w:rsidRPr="00C9454D">
        <w:rPr>
          <w:sz w:val="24"/>
          <w:szCs w:val="24"/>
        </w:rPr>
        <w:t xml:space="preserve">Father Lucien, a man known for his sharp mind and unwavering loyalty to the Church, was dispatched to investigate. He arrived at </w:t>
      </w:r>
      <w:r w:rsidR="00522C4D" w:rsidRPr="00C9454D">
        <w:rPr>
          <w:sz w:val="24"/>
          <w:szCs w:val="24"/>
        </w:rPr>
        <w:t>High Haven</w:t>
      </w:r>
      <w:r w:rsidRPr="00C9454D">
        <w:rPr>
          <w:sz w:val="24"/>
          <w:szCs w:val="24"/>
        </w:rPr>
        <w:t xml:space="preserve"> with a small entourage, his presence casting a shadow over the lively </w:t>
      </w:r>
      <w:r w:rsidR="009118CA" w:rsidRPr="00C9454D">
        <w:rPr>
          <w:sz w:val="24"/>
          <w:szCs w:val="24"/>
        </w:rPr>
        <w:t>estate</w:t>
      </w:r>
      <w:r w:rsidRPr="00C9454D">
        <w:rPr>
          <w:sz w:val="24"/>
          <w:szCs w:val="24"/>
        </w:rPr>
        <w:t>. The villagers, once emboldened by Abilene’s teachings, grew quiet, their excitement tempered by fear.</w:t>
      </w:r>
    </w:p>
    <w:p w14:paraId="3BA6A074" w14:textId="77777777" w:rsidR="001A7A8C" w:rsidRPr="00C9454D" w:rsidRDefault="00FE197F" w:rsidP="00C9454D">
      <w:pPr>
        <w:rPr>
          <w:sz w:val="24"/>
          <w:szCs w:val="24"/>
        </w:rPr>
      </w:pPr>
      <w:r>
        <w:rPr>
          <w:noProof/>
          <w:sz w:val="24"/>
          <w:szCs w:val="24"/>
        </w:rPr>
      </w:r>
      <w:r w:rsidR="00FE197F">
        <w:rPr>
          <w:noProof/>
          <w:sz w:val="24"/>
          <w:szCs w:val="24"/>
        </w:rPr>
        <w:pict w14:anchorId="76BE062A">
          <v:rect id="_x0000_i1068" style="width:0;height:1.5pt" o:hralign="center" o:hrstd="t" o:hr="t" fillcolor="#a0a0a0" stroked="f"/>
        </w:pict>
      </w:r>
    </w:p>
    <w:p w14:paraId="1893A912" w14:textId="77777777" w:rsidR="00C4401E" w:rsidRPr="00C9454D" w:rsidRDefault="001A7A8C" w:rsidP="00C9454D">
      <w:pPr>
        <w:rPr>
          <w:rStyle w:val="Heading2Char"/>
          <w:sz w:val="24"/>
          <w:szCs w:val="24"/>
        </w:rPr>
      </w:pPr>
      <w:r w:rsidRPr="00C9454D">
        <w:rPr>
          <w:rStyle w:val="Heading2Char"/>
          <w:sz w:val="24"/>
          <w:szCs w:val="24"/>
        </w:rPr>
        <w:t>The Heresy Hearing</w:t>
      </w:r>
    </w:p>
    <w:p w14:paraId="02664A00" w14:textId="5DBC36EA" w:rsidR="001A7A8C" w:rsidRPr="00C9454D" w:rsidRDefault="001A7A8C" w:rsidP="00C9454D">
      <w:pPr>
        <w:rPr>
          <w:sz w:val="24"/>
          <w:szCs w:val="24"/>
        </w:rPr>
      </w:pPr>
      <w:r w:rsidRPr="00C9454D">
        <w:rPr>
          <w:sz w:val="24"/>
          <w:szCs w:val="24"/>
        </w:rPr>
        <w:br/>
        <w:t>The questioning took place in the chapel, where Father Lucien confronted Abilene before a gathering of villagers, scribes, and her family.</w:t>
      </w:r>
    </w:p>
    <w:p w14:paraId="29319CE5" w14:textId="77777777" w:rsidR="001A7A8C" w:rsidRPr="00C9454D" w:rsidRDefault="001A7A8C" w:rsidP="00C9454D">
      <w:pPr>
        <w:rPr>
          <w:sz w:val="24"/>
          <w:szCs w:val="24"/>
        </w:rPr>
      </w:pPr>
      <w:r w:rsidRPr="00C9454D">
        <w:rPr>
          <w:sz w:val="24"/>
          <w:szCs w:val="24"/>
        </w:rPr>
        <w:t>“You have been accused of spreading teachings contrary to the Holy Church,” he began, his voice echoing through the small room. “Do you deny it?”</w:t>
      </w:r>
    </w:p>
    <w:p w14:paraId="6F5CCE30" w14:textId="33FC5AAF" w:rsidR="001A7A8C" w:rsidRPr="00C9454D" w:rsidRDefault="001A7A8C" w:rsidP="00C9454D">
      <w:pPr>
        <w:rPr>
          <w:sz w:val="24"/>
          <w:szCs w:val="24"/>
        </w:rPr>
      </w:pPr>
      <w:r w:rsidRPr="00C9454D">
        <w:rPr>
          <w:sz w:val="24"/>
          <w:szCs w:val="24"/>
        </w:rPr>
        <w:t xml:space="preserve">Abilene stood tall, her Bible in hand. “I do not deny sharing what is written in scripture,” she said firmly. “I have spoken only </w:t>
      </w:r>
      <w:proofErr w:type="spellStart"/>
      <w:r w:rsidR="007E1E1E">
        <w:rPr>
          <w:sz w:val="24"/>
          <w:szCs w:val="24"/>
        </w:rPr>
        <w:t>Yahuah</w:t>
      </w:r>
      <w:r w:rsidRPr="00C9454D">
        <w:rPr>
          <w:sz w:val="24"/>
          <w:szCs w:val="24"/>
        </w:rPr>
        <w:t>’s</w:t>
      </w:r>
      <w:proofErr w:type="spellEnd"/>
      <w:r w:rsidRPr="00C9454D">
        <w:rPr>
          <w:sz w:val="24"/>
          <w:szCs w:val="24"/>
        </w:rPr>
        <w:t xml:space="preserve"> truth.”</w:t>
      </w:r>
    </w:p>
    <w:p w14:paraId="565F05D7" w14:textId="77777777" w:rsidR="001A7A8C" w:rsidRPr="00C9454D" w:rsidRDefault="001A7A8C" w:rsidP="00C9454D">
      <w:pPr>
        <w:rPr>
          <w:sz w:val="24"/>
          <w:szCs w:val="24"/>
        </w:rPr>
      </w:pPr>
      <w:r w:rsidRPr="00C9454D">
        <w:rPr>
          <w:sz w:val="24"/>
          <w:szCs w:val="24"/>
        </w:rPr>
        <w:t>“And yet,” Father Lucien continued, “you call God by a name the Church does not use. You promise a resurrection that contradicts the doctrine of eternal damnation. Are you so bold as to challenge the Church’s teachings?”</w:t>
      </w:r>
    </w:p>
    <w:p w14:paraId="166FF36E" w14:textId="6AC27CC0" w:rsidR="001A7A8C" w:rsidRPr="00C9454D" w:rsidRDefault="001A7A8C" w:rsidP="00C9454D">
      <w:pPr>
        <w:rPr>
          <w:sz w:val="24"/>
          <w:szCs w:val="24"/>
        </w:rPr>
      </w:pPr>
      <w:r w:rsidRPr="00C9454D">
        <w:rPr>
          <w:sz w:val="24"/>
          <w:szCs w:val="24"/>
        </w:rPr>
        <w:t xml:space="preserve">Abilene opened her Bible, her fingers steady as she turned to Psalm 83:18. “‘May people know that you, whose name is </w:t>
      </w:r>
      <w:proofErr w:type="spellStart"/>
      <w:r w:rsidR="007E1E1E">
        <w:rPr>
          <w:sz w:val="24"/>
          <w:szCs w:val="24"/>
        </w:rPr>
        <w:t>Yahuah</w:t>
      </w:r>
      <w:proofErr w:type="spellEnd"/>
      <w:r w:rsidRPr="00C9454D">
        <w:rPr>
          <w:sz w:val="24"/>
          <w:szCs w:val="24"/>
        </w:rPr>
        <w:t xml:space="preserve">, you alone are the Most High over all the earth.’ It is not my name—it is His. And the resurrection is not my promise—it is </w:t>
      </w:r>
      <w:proofErr w:type="spellStart"/>
      <w:r w:rsidR="007E1E1E">
        <w:rPr>
          <w:sz w:val="24"/>
          <w:szCs w:val="24"/>
        </w:rPr>
        <w:t>Yahuah</w:t>
      </w:r>
      <w:r w:rsidRPr="00C9454D">
        <w:rPr>
          <w:sz w:val="24"/>
          <w:szCs w:val="24"/>
        </w:rPr>
        <w:t>’s</w:t>
      </w:r>
      <w:proofErr w:type="spellEnd"/>
      <w:r w:rsidRPr="00C9454D">
        <w:rPr>
          <w:sz w:val="24"/>
          <w:szCs w:val="24"/>
        </w:rPr>
        <w:t>, as written in John 5:28, 29. I only speak the words He has given us.”</w:t>
      </w:r>
    </w:p>
    <w:p w14:paraId="5FDA9322" w14:textId="68B8595C" w:rsidR="001A7A8C" w:rsidRPr="00C9454D" w:rsidRDefault="001A7A8C" w:rsidP="00C9454D">
      <w:pPr>
        <w:rPr>
          <w:sz w:val="24"/>
          <w:szCs w:val="24"/>
        </w:rPr>
      </w:pPr>
      <w:r w:rsidRPr="00C9454D">
        <w:rPr>
          <w:sz w:val="24"/>
          <w:szCs w:val="24"/>
        </w:rPr>
        <w:t>Her voice never wavered, even as the inquisitor’s questions grew sharper. She defended herself with scripture, each verse delivered with the quiet strength of someone whose faith was unshakable. The villagers listened in awe, their fear replaced by a growing sense of pri</w:t>
      </w:r>
      <w:r w:rsidR="00DD1FF5" w:rsidRPr="00C9454D">
        <w:rPr>
          <w:sz w:val="24"/>
          <w:szCs w:val="24"/>
        </w:rPr>
        <w:t xml:space="preserve">de </w:t>
      </w:r>
      <w:r w:rsidRPr="00C9454D">
        <w:rPr>
          <w:sz w:val="24"/>
          <w:szCs w:val="24"/>
        </w:rPr>
        <w:t>in the woman who had given them hope.</w:t>
      </w:r>
    </w:p>
    <w:p w14:paraId="5F4B66D3" w14:textId="77777777" w:rsidR="001A7A8C" w:rsidRPr="00C9454D" w:rsidRDefault="00FE197F" w:rsidP="00C9454D">
      <w:pPr>
        <w:rPr>
          <w:sz w:val="24"/>
          <w:szCs w:val="24"/>
        </w:rPr>
      </w:pPr>
      <w:r>
        <w:rPr>
          <w:noProof/>
          <w:sz w:val="24"/>
          <w:szCs w:val="24"/>
        </w:rPr>
      </w:r>
      <w:r w:rsidR="00FE197F">
        <w:rPr>
          <w:noProof/>
          <w:sz w:val="24"/>
          <w:szCs w:val="24"/>
        </w:rPr>
        <w:pict w14:anchorId="72FF7A5B">
          <v:rect id="_x0000_i1069" style="width:0;height:1.5pt" o:hralign="center" o:hrstd="t" o:hr="t" fillcolor="#a0a0a0" stroked="f"/>
        </w:pict>
      </w:r>
    </w:p>
    <w:p w14:paraId="352EC159" w14:textId="77777777" w:rsidR="00C4401E" w:rsidRPr="00C9454D" w:rsidRDefault="001A7A8C" w:rsidP="00C9454D">
      <w:pPr>
        <w:rPr>
          <w:rStyle w:val="Heading2Char"/>
          <w:sz w:val="24"/>
          <w:szCs w:val="24"/>
        </w:rPr>
      </w:pPr>
      <w:r w:rsidRPr="00C9454D">
        <w:rPr>
          <w:rStyle w:val="Heading2Char"/>
          <w:sz w:val="24"/>
          <w:szCs w:val="24"/>
        </w:rPr>
        <w:t>The Aftermath</w:t>
      </w:r>
    </w:p>
    <w:p w14:paraId="6AB4A6EF" w14:textId="170F6402" w:rsidR="001A7A8C" w:rsidRPr="00C9454D" w:rsidRDefault="001A7A8C" w:rsidP="00C9454D">
      <w:pPr>
        <w:rPr>
          <w:sz w:val="24"/>
          <w:szCs w:val="24"/>
        </w:rPr>
      </w:pPr>
      <w:r w:rsidRPr="00C9454D">
        <w:rPr>
          <w:sz w:val="24"/>
          <w:szCs w:val="24"/>
        </w:rPr>
        <w:br/>
        <w:t xml:space="preserve">Though Father Lucien left without delivering a final judgment, his visit left a mark on </w:t>
      </w:r>
      <w:r w:rsidR="00522C4D" w:rsidRPr="00C9454D">
        <w:rPr>
          <w:sz w:val="24"/>
          <w:szCs w:val="24"/>
        </w:rPr>
        <w:t>High Haven</w:t>
      </w:r>
      <w:r w:rsidRPr="00C9454D">
        <w:rPr>
          <w:sz w:val="24"/>
          <w:szCs w:val="24"/>
        </w:rPr>
        <w:t xml:space="preserve">. The villagers, emboldened by Abilene’s courage, began to share her teachings more openly. They spoke of the resurrection, of </w:t>
      </w:r>
      <w:proofErr w:type="spellStart"/>
      <w:r w:rsidR="007E1E1E">
        <w:rPr>
          <w:sz w:val="24"/>
          <w:szCs w:val="24"/>
        </w:rPr>
        <w:t>Yahuah</w:t>
      </w:r>
      <w:r w:rsidRPr="00C9454D">
        <w:rPr>
          <w:sz w:val="24"/>
          <w:szCs w:val="24"/>
        </w:rPr>
        <w:t>’s</w:t>
      </w:r>
      <w:proofErr w:type="spellEnd"/>
      <w:r w:rsidRPr="00C9454D">
        <w:rPr>
          <w:sz w:val="24"/>
          <w:szCs w:val="24"/>
        </w:rPr>
        <w:t xml:space="preserve"> name, and of the hope that had carried them through their darkest days.</w:t>
      </w:r>
    </w:p>
    <w:p w14:paraId="2F750973" w14:textId="71B9D4EC" w:rsidR="001A7A8C" w:rsidRPr="00C9454D" w:rsidRDefault="001A7A8C" w:rsidP="00C9454D">
      <w:pPr>
        <w:rPr>
          <w:sz w:val="24"/>
          <w:szCs w:val="24"/>
        </w:rPr>
      </w:pPr>
      <w:r w:rsidRPr="00C9454D">
        <w:rPr>
          <w:sz w:val="24"/>
          <w:szCs w:val="24"/>
        </w:rPr>
        <w:t xml:space="preserve">Abilene, however, remained humble. “It’s not my work,” she told Guy one evening as they sat by the fire. “It’s </w:t>
      </w:r>
      <w:proofErr w:type="spellStart"/>
      <w:r w:rsidR="007E1E1E">
        <w:rPr>
          <w:sz w:val="24"/>
          <w:szCs w:val="24"/>
        </w:rPr>
        <w:t>Yahuah</w:t>
      </w:r>
      <w:r w:rsidRPr="00C9454D">
        <w:rPr>
          <w:sz w:val="24"/>
          <w:szCs w:val="24"/>
        </w:rPr>
        <w:t>’s</w:t>
      </w:r>
      <w:proofErr w:type="spellEnd"/>
      <w:r w:rsidRPr="00C9454D">
        <w:rPr>
          <w:sz w:val="24"/>
          <w:szCs w:val="24"/>
        </w:rPr>
        <w:t>. I’m just a messenger.”</w:t>
      </w:r>
    </w:p>
    <w:p w14:paraId="37F84676" w14:textId="77777777" w:rsidR="001A7A8C" w:rsidRPr="00C9454D" w:rsidRDefault="001A7A8C" w:rsidP="00C9454D">
      <w:pPr>
        <w:rPr>
          <w:sz w:val="24"/>
          <w:szCs w:val="24"/>
        </w:rPr>
      </w:pPr>
      <w:r w:rsidRPr="00C9454D">
        <w:rPr>
          <w:sz w:val="24"/>
          <w:szCs w:val="24"/>
        </w:rPr>
        <w:t>Guy nodded, his expression thoughtful. “But you’re a remarkable one,” he said. “I’ve never seen anything like what you did today. You stood up to them with nothing but your faith.”</w:t>
      </w:r>
    </w:p>
    <w:p w14:paraId="15DC2A25" w14:textId="77777777" w:rsidR="001A7A8C" w:rsidRPr="00C9454D" w:rsidRDefault="00FE197F" w:rsidP="00C9454D">
      <w:pPr>
        <w:rPr>
          <w:sz w:val="24"/>
          <w:szCs w:val="24"/>
        </w:rPr>
      </w:pPr>
      <w:r>
        <w:rPr>
          <w:noProof/>
          <w:sz w:val="24"/>
          <w:szCs w:val="24"/>
        </w:rPr>
      </w:r>
      <w:r w:rsidR="00FE197F">
        <w:rPr>
          <w:noProof/>
          <w:sz w:val="24"/>
          <w:szCs w:val="24"/>
        </w:rPr>
        <w:pict w14:anchorId="4E05F410">
          <v:rect id="_x0000_i1070" style="width:0;height:1.5pt" o:hralign="center" o:hrstd="t" o:hr="t" fillcolor="#a0a0a0" stroked="f"/>
        </w:pict>
      </w:r>
    </w:p>
    <w:p w14:paraId="0242C205" w14:textId="6FCE2C54" w:rsidR="001A7A8C" w:rsidRPr="00C9454D" w:rsidRDefault="001A7A8C" w:rsidP="00C9454D">
      <w:pPr>
        <w:rPr>
          <w:sz w:val="24"/>
          <w:szCs w:val="24"/>
        </w:rPr>
      </w:pPr>
    </w:p>
    <w:p w14:paraId="7B8AF1E6" w14:textId="77777777" w:rsidR="00C4401E" w:rsidRPr="00C9454D" w:rsidRDefault="001A7A8C" w:rsidP="00C9454D">
      <w:pPr>
        <w:rPr>
          <w:rStyle w:val="Heading2Char"/>
          <w:sz w:val="24"/>
          <w:szCs w:val="24"/>
        </w:rPr>
      </w:pPr>
      <w:r w:rsidRPr="00C9454D">
        <w:rPr>
          <w:rStyle w:val="Heading2Char"/>
          <w:sz w:val="24"/>
          <w:szCs w:val="24"/>
        </w:rPr>
        <w:t>The Church’s Long Shadow</w:t>
      </w:r>
    </w:p>
    <w:p w14:paraId="5619FA41" w14:textId="3AC6E6A4" w:rsidR="001A7A8C" w:rsidRPr="00C9454D" w:rsidRDefault="001A7A8C" w:rsidP="00C9454D">
      <w:pPr>
        <w:rPr>
          <w:sz w:val="24"/>
          <w:szCs w:val="24"/>
        </w:rPr>
      </w:pPr>
      <w:r w:rsidRPr="00C9454D">
        <w:rPr>
          <w:rStyle w:val="Heading2Char"/>
          <w:sz w:val="24"/>
          <w:szCs w:val="24"/>
        </w:rPr>
        <w:br/>
      </w:r>
      <w:r w:rsidRPr="00C9454D">
        <w:rPr>
          <w:sz w:val="24"/>
          <w:szCs w:val="24"/>
        </w:rPr>
        <w:t>Though the papacy did not immediately act against Abilene, the shadow of their authority loomed over the village. Some villagers feared further repercussions, while others grew bolder in their faith, inspired by her example. Abilene remained steadfast, knowing that the seeds she had planted would continue to grow, no matter what the future held.</w:t>
      </w:r>
    </w:p>
    <w:p w14:paraId="6AD320E3" w14:textId="58EBE877" w:rsidR="00D8162B" w:rsidRPr="00C9454D" w:rsidRDefault="00D8162B" w:rsidP="00C9454D">
      <w:pPr>
        <w:rPr>
          <w:sz w:val="24"/>
          <w:szCs w:val="24"/>
        </w:rPr>
      </w:pPr>
      <w:r w:rsidRPr="00C9454D">
        <w:rPr>
          <w:sz w:val="24"/>
          <w:szCs w:val="24"/>
        </w:rPr>
        <w:t>“Sow your seed in the morning and do not let your hand rest until the evening; for you do not know which will have success, whether this one or that one, or whether they will both do well.</w:t>
      </w:r>
      <w:r w:rsidR="009F459F" w:rsidRPr="00C9454D">
        <w:rPr>
          <w:sz w:val="24"/>
          <w:szCs w:val="24"/>
        </w:rPr>
        <w:t>”</w:t>
      </w:r>
    </w:p>
    <w:p w14:paraId="156D8CBE" w14:textId="6874FB21" w:rsidR="002939C3" w:rsidRPr="00C9454D" w:rsidRDefault="001A7A8C" w:rsidP="00C9454D">
      <w:pPr>
        <w:rPr>
          <w:sz w:val="24"/>
          <w:szCs w:val="24"/>
        </w:rPr>
      </w:pPr>
      <w:r w:rsidRPr="00C9454D">
        <w:rPr>
          <w:sz w:val="24"/>
          <w:szCs w:val="24"/>
        </w:rPr>
        <w:t xml:space="preserve">Guy, ever pragmatic, took quiet steps to protect their family and estate, ensuring that </w:t>
      </w:r>
      <w:r w:rsidR="00522C4D" w:rsidRPr="00C9454D">
        <w:rPr>
          <w:sz w:val="24"/>
          <w:szCs w:val="24"/>
        </w:rPr>
        <w:t>High Haven</w:t>
      </w:r>
      <w:r w:rsidRPr="00C9454D">
        <w:rPr>
          <w:sz w:val="24"/>
          <w:szCs w:val="24"/>
        </w:rPr>
        <w:t xml:space="preserve"> would remain a place of refuge and faith for all who sought it.</w:t>
      </w:r>
      <w:r w:rsidRPr="00C9454D">
        <w:rPr>
          <w:sz w:val="24"/>
          <w:szCs w:val="24"/>
        </w:rPr>
        <w:br w:type="page"/>
      </w:r>
    </w:p>
    <w:p w14:paraId="7A8DBA53" w14:textId="77777777" w:rsidR="00E233B1" w:rsidRPr="00C9454D" w:rsidRDefault="00E233B1" w:rsidP="00C9454D">
      <w:pPr>
        <w:rPr>
          <w:sz w:val="24"/>
          <w:szCs w:val="24"/>
        </w:rPr>
      </w:pPr>
    </w:p>
    <w:p w14:paraId="2FF9FF70" w14:textId="667A3470" w:rsidR="00953D45" w:rsidRPr="00C9454D" w:rsidRDefault="00E03496" w:rsidP="00C9454D">
      <w:pPr>
        <w:pStyle w:val="Heading2"/>
        <w:rPr>
          <w:sz w:val="24"/>
          <w:szCs w:val="24"/>
        </w:rPr>
      </w:pPr>
      <w:r w:rsidRPr="00C9454D">
        <w:rPr>
          <w:sz w:val="24"/>
          <w:szCs w:val="24"/>
        </w:rPr>
        <w:t>Longing</w:t>
      </w:r>
    </w:p>
    <w:p w14:paraId="38554864" w14:textId="77777777" w:rsidR="00C4401E" w:rsidRPr="00C9454D" w:rsidRDefault="00C4401E" w:rsidP="00C9454D">
      <w:pPr>
        <w:rPr>
          <w:sz w:val="24"/>
          <w:szCs w:val="24"/>
        </w:rPr>
      </w:pPr>
    </w:p>
    <w:p w14:paraId="24C94AEC" w14:textId="341B6695" w:rsidR="00953D45" w:rsidRPr="00C9454D" w:rsidRDefault="00953D45" w:rsidP="00C9454D">
      <w:pPr>
        <w:rPr>
          <w:sz w:val="24"/>
          <w:szCs w:val="24"/>
        </w:rPr>
      </w:pPr>
      <w:r w:rsidRPr="00C9454D">
        <w:rPr>
          <w:sz w:val="24"/>
          <w:szCs w:val="24"/>
        </w:rPr>
        <w:t xml:space="preserve">The years that followed the flood were transformative. What had begun as a desperate struggle to rebuild </w:t>
      </w:r>
      <w:proofErr w:type="spellStart"/>
      <w:r w:rsidR="00225D06" w:rsidRPr="00C9454D">
        <w:rPr>
          <w:sz w:val="24"/>
          <w:szCs w:val="24"/>
        </w:rPr>
        <w:t>Teston</w:t>
      </w:r>
      <w:proofErr w:type="spellEnd"/>
      <w:r w:rsidRPr="00C9454D">
        <w:rPr>
          <w:sz w:val="24"/>
          <w:szCs w:val="24"/>
        </w:rPr>
        <w:t xml:space="preserve"> grew into something far greater. </w:t>
      </w:r>
      <w:r w:rsidR="00522C4D" w:rsidRPr="00C9454D">
        <w:rPr>
          <w:sz w:val="24"/>
          <w:szCs w:val="24"/>
        </w:rPr>
        <w:t>High Haven</w:t>
      </w:r>
      <w:r w:rsidRPr="00C9454D">
        <w:rPr>
          <w:sz w:val="24"/>
          <w:szCs w:val="24"/>
        </w:rPr>
        <w:t xml:space="preserve">, under Abilene’s stewardship, became </w:t>
      </w:r>
      <w:r w:rsidR="00D54509" w:rsidRPr="00C9454D">
        <w:rPr>
          <w:sz w:val="24"/>
          <w:szCs w:val="24"/>
        </w:rPr>
        <w:t>a</w:t>
      </w:r>
      <w:r w:rsidR="00E16F16" w:rsidRPr="00C9454D">
        <w:rPr>
          <w:sz w:val="24"/>
          <w:szCs w:val="24"/>
        </w:rPr>
        <w:t xml:space="preserve"> lamp</w:t>
      </w:r>
      <w:r w:rsidR="00D54509" w:rsidRPr="00C9454D">
        <w:rPr>
          <w:sz w:val="24"/>
          <w:szCs w:val="24"/>
        </w:rPr>
        <w:t xml:space="preserve"> of</w:t>
      </w:r>
      <w:r w:rsidRPr="00C9454D">
        <w:rPr>
          <w:sz w:val="24"/>
          <w:szCs w:val="24"/>
        </w:rPr>
        <w:t xml:space="preserve"> ingenuity, hope, and renewal.</w:t>
      </w:r>
    </w:p>
    <w:p w14:paraId="717C9EC8" w14:textId="77777777" w:rsidR="005C4A0E" w:rsidRPr="00C9454D" w:rsidRDefault="00953D45" w:rsidP="00C9454D">
      <w:pPr>
        <w:rPr>
          <w:sz w:val="24"/>
          <w:szCs w:val="24"/>
        </w:rPr>
      </w:pPr>
      <w:r w:rsidRPr="00C9454D">
        <w:rPr>
          <w:sz w:val="24"/>
          <w:szCs w:val="24"/>
        </w:rPr>
        <w:t>Yet none of it would have been possible without Guy.</w:t>
      </w:r>
      <w:r w:rsidR="00AD744F" w:rsidRPr="00C9454D">
        <w:rPr>
          <w:sz w:val="24"/>
          <w:szCs w:val="24"/>
        </w:rPr>
        <w:t xml:space="preserve"> </w:t>
      </w:r>
    </w:p>
    <w:p w14:paraId="27C7EBE2" w14:textId="41FB6B15" w:rsidR="00B247ED" w:rsidRPr="00C9454D" w:rsidRDefault="005C4A0E" w:rsidP="00C9454D">
      <w:pPr>
        <w:rPr>
          <w:sz w:val="24"/>
          <w:szCs w:val="24"/>
        </w:rPr>
      </w:pPr>
      <w:r w:rsidRPr="00C9454D">
        <w:rPr>
          <w:sz w:val="24"/>
          <w:szCs w:val="24"/>
        </w:rPr>
        <w:t>For</w:t>
      </w:r>
      <w:r w:rsidR="00B247ED" w:rsidRPr="00C9454D">
        <w:rPr>
          <w:sz w:val="24"/>
          <w:szCs w:val="24"/>
        </w:rPr>
        <w:t xml:space="preserve"> all their success, there was a quiet sadness that neither Abilene nor Guy dared to voice.</w:t>
      </w:r>
    </w:p>
    <w:p w14:paraId="3BB115D1" w14:textId="57C4F4B9" w:rsidR="00B247ED" w:rsidRPr="00C9454D" w:rsidRDefault="00B247ED" w:rsidP="00C9454D">
      <w:pPr>
        <w:rPr>
          <w:sz w:val="24"/>
          <w:szCs w:val="24"/>
        </w:rPr>
      </w:pPr>
      <w:r w:rsidRPr="00C9454D">
        <w:rPr>
          <w:sz w:val="24"/>
          <w:szCs w:val="24"/>
        </w:rPr>
        <w:t xml:space="preserve">In the first year after the flood, Abilene didn’t think much of it. The devastation had left no time for reflection, much less worry. Between rebuilding </w:t>
      </w:r>
      <w:proofErr w:type="spellStart"/>
      <w:r w:rsidR="0060379D" w:rsidRPr="00C9454D">
        <w:rPr>
          <w:sz w:val="24"/>
          <w:szCs w:val="24"/>
        </w:rPr>
        <w:t>Teston</w:t>
      </w:r>
      <w:proofErr w:type="spellEnd"/>
      <w:r w:rsidRPr="00C9454D">
        <w:rPr>
          <w:sz w:val="24"/>
          <w:szCs w:val="24"/>
        </w:rPr>
        <w:t xml:space="preserve">, developing the water filtration system, and restoring </w:t>
      </w:r>
      <w:r w:rsidR="00522C4D" w:rsidRPr="00C9454D">
        <w:rPr>
          <w:sz w:val="24"/>
          <w:szCs w:val="24"/>
        </w:rPr>
        <w:t>High Haven</w:t>
      </w:r>
      <w:r w:rsidRPr="00C9454D">
        <w:rPr>
          <w:sz w:val="24"/>
          <w:szCs w:val="24"/>
        </w:rPr>
        <w:t>, her days were consumed by work and her nights by exhaustion.</w:t>
      </w:r>
    </w:p>
    <w:p w14:paraId="139ECF2A" w14:textId="77777777" w:rsidR="00B247ED" w:rsidRPr="00C9454D" w:rsidRDefault="00B247ED" w:rsidP="00C9454D">
      <w:pPr>
        <w:rPr>
          <w:sz w:val="24"/>
          <w:szCs w:val="24"/>
        </w:rPr>
      </w:pPr>
      <w:r w:rsidRPr="00C9454D">
        <w:rPr>
          <w:sz w:val="24"/>
          <w:szCs w:val="24"/>
        </w:rPr>
        <w:t>When her monthly cycle came, she barely noticed. “It’s just the stress,” she had told herself. “There’s too much going on.”</w:t>
      </w:r>
    </w:p>
    <w:p w14:paraId="4E7E48BC" w14:textId="77777777" w:rsidR="00B247ED" w:rsidRPr="00C9454D" w:rsidRDefault="00B247ED" w:rsidP="00C9454D">
      <w:pPr>
        <w:rPr>
          <w:sz w:val="24"/>
          <w:szCs w:val="24"/>
        </w:rPr>
      </w:pPr>
      <w:r w:rsidRPr="00C9454D">
        <w:rPr>
          <w:sz w:val="24"/>
          <w:szCs w:val="24"/>
        </w:rPr>
        <w:t>Guy never mentioned it, and she assumed he didn’t think about it either. They were still adjusting to their new life, and there was so much to be done.</w:t>
      </w:r>
    </w:p>
    <w:p w14:paraId="5DB94344" w14:textId="77777777" w:rsidR="00B247ED" w:rsidRPr="00C9454D" w:rsidRDefault="00FE197F" w:rsidP="00C9454D">
      <w:pPr>
        <w:rPr>
          <w:sz w:val="24"/>
          <w:szCs w:val="24"/>
        </w:rPr>
      </w:pPr>
      <w:r>
        <w:rPr>
          <w:noProof/>
          <w:sz w:val="24"/>
          <w:szCs w:val="24"/>
        </w:rPr>
      </w:r>
      <w:r w:rsidR="00FE197F">
        <w:rPr>
          <w:noProof/>
          <w:sz w:val="24"/>
          <w:szCs w:val="24"/>
        </w:rPr>
        <w:pict w14:anchorId="0A25A9FB">
          <v:rect id="_x0000_i1071" style="width:0;height:1.5pt" o:hralign="center" o:hrstd="t" o:hr="t" fillcolor="#a0a0a0" stroked="f"/>
        </w:pict>
      </w:r>
    </w:p>
    <w:p w14:paraId="275661EB" w14:textId="5B51A572" w:rsidR="00B247ED" w:rsidRPr="00C9454D" w:rsidRDefault="00B247ED" w:rsidP="00C9454D">
      <w:pPr>
        <w:rPr>
          <w:sz w:val="24"/>
          <w:szCs w:val="24"/>
        </w:rPr>
      </w:pPr>
      <w:r w:rsidRPr="00C9454D">
        <w:rPr>
          <w:sz w:val="24"/>
          <w:szCs w:val="24"/>
        </w:rPr>
        <w:t xml:space="preserve">By the second year, the pace of their work had only increased. The quarry was thriving, the roads and bridges were taking shape, and </w:t>
      </w:r>
      <w:r w:rsidR="00522C4D" w:rsidRPr="00C9454D">
        <w:rPr>
          <w:sz w:val="24"/>
          <w:szCs w:val="24"/>
        </w:rPr>
        <w:t>High Haven</w:t>
      </w:r>
      <w:r w:rsidRPr="00C9454D">
        <w:rPr>
          <w:sz w:val="24"/>
          <w:szCs w:val="24"/>
        </w:rPr>
        <w:t xml:space="preserve"> was becoming a center for innovation. Abilene rarely had a moment to herself, and when she did, it was spent pouring over Lady Helena’s journals or comforting villagers who sought her guidance.</w:t>
      </w:r>
    </w:p>
    <w:p w14:paraId="37F74286" w14:textId="77777777" w:rsidR="00B247ED" w:rsidRPr="00C9454D" w:rsidRDefault="00B247ED" w:rsidP="00C9454D">
      <w:pPr>
        <w:rPr>
          <w:sz w:val="24"/>
          <w:szCs w:val="24"/>
        </w:rPr>
      </w:pPr>
      <w:r w:rsidRPr="00C9454D">
        <w:rPr>
          <w:sz w:val="24"/>
          <w:szCs w:val="24"/>
        </w:rPr>
        <w:t>It wasn’t until late in the year, during a quiet evening with Guy, that she realized how much time had passed.</w:t>
      </w:r>
    </w:p>
    <w:p w14:paraId="23BFD377" w14:textId="77777777" w:rsidR="00B247ED" w:rsidRPr="00C9454D" w:rsidRDefault="00B247ED" w:rsidP="00C9454D">
      <w:pPr>
        <w:rPr>
          <w:sz w:val="24"/>
          <w:szCs w:val="24"/>
        </w:rPr>
      </w:pPr>
      <w:r w:rsidRPr="00C9454D">
        <w:rPr>
          <w:sz w:val="24"/>
          <w:szCs w:val="24"/>
        </w:rPr>
        <w:t>They were sitting by the fire, Guy’s hand resting on hers. He had been quieter than usual that day, his gaze distant.</w:t>
      </w:r>
    </w:p>
    <w:p w14:paraId="11204C55" w14:textId="77777777" w:rsidR="00B247ED" w:rsidRPr="00C9454D" w:rsidRDefault="00B247ED" w:rsidP="00C9454D">
      <w:pPr>
        <w:rPr>
          <w:sz w:val="24"/>
          <w:szCs w:val="24"/>
        </w:rPr>
      </w:pPr>
      <w:r w:rsidRPr="00C9454D">
        <w:rPr>
          <w:sz w:val="24"/>
          <w:szCs w:val="24"/>
        </w:rPr>
        <w:t>“What are you thinking about?” she asked softly.</w:t>
      </w:r>
    </w:p>
    <w:p w14:paraId="1F1D1307" w14:textId="77777777" w:rsidR="00B247ED" w:rsidRPr="00C9454D" w:rsidRDefault="00B247ED" w:rsidP="00C9454D">
      <w:pPr>
        <w:rPr>
          <w:sz w:val="24"/>
          <w:szCs w:val="24"/>
        </w:rPr>
      </w:pPr>
      <w:r w:rsidRPr="00C9454D">
        <w:rPr>
          <w:sz w:val="24"/>
          <w:szCs w:val="24"/>
        </w:rPr>
        <w:t>He hesitated, then shook his head with a faint smile. “Just everything we’ve accomplished,” he said. “How far we’ve come.”</w:t>
      </w:r>
    </w:p>
    <w:p w14:paraId="396FA539" w14:textId="77777777" w:rsidR="00B247ED" w:rsidRPr="00C9454D" w:rsidRDefault="00B247ED" w:rsidP="00C9454D">
      <w:pPr>
        <w:rPr>
          <w:sz w:val="24"/>
          <w:szCs w:val="24"/>
        </w:rPr>
      </w:pPr>
      <w:r w:rsidRPr="00C9454D">
        <w:rPr>
          <w:sz w:val="24"/>
          <w:szCs w:val="24"/>
        </w:rPr>
        <w:t>His words were kind, but Abilene could sense something unspoken beneath them. She wanted to ask, but fear held her back. Instead, she leaned against him, letting the warmth of his presence soothe her unease.</w:t>
      </w:r>
    </w:p>
    <w:p w14:paraId="0B223F98" w14:textId="77777777" w:rsidR="00B247ED" w:rsidRPr="00C9454D" w:rsidRDefault="00FE197F" w:rsidP="00C9454D">
      <w:pPr>
        <w:rPr>
          <w:sz w:val="24"/>
          <w:szCs w:val="24"/>
        </w:rPr>
      </w:pPr>
      <w:r>
        <w:rPr>
          <w:noProof/>
          <w:sz w:val="24"/>
          <w:szCs w:val="24"/>
        </w:rPr>
      </w:r>
      <w:r w:rsidR="00FE197F">
        <w:rPr>
          <w:noProof/>
          <w:sz w:val="24"/>
          <w:szCs w:val="24"/>
        </w:rPr>
        <w:pict w14:anchorId="61F6B25C">
          <v:rect id="_x0000_i1072" style="width:0;height:1.5pt" o:hralign="center" o:hrstd="t" o:hr="t" fillcolor="#a0a0a0" stroked="f"/>
        </w:pict>
      </w:r>
    </w:p>
    <w:p w14:paraId="3BEE736D" w14:textId="77777777" w:rsidR="00B247ED" w:rsidRPr="00C9454D" w:rsidRDefault="00B247ED" w:rsidP="00C9454D">
      <w:pPr>
        <w:rPr>
          <w:sz w:val="24"/>
          <w:szCs w:val="24"/>
        </w:rPr>
      </w:pPr>
      <w:r w:rsidRPr="00C9454D">
        <w:rPr>
          <w:sz w:val="24"/>
          <w:szCs w:val="24"/>
        </w:rPr>
        <w:t>By the third year, the truth was undeniable. Abilene was not pregnant, and it wasn’t because of stress or exhaustion. The realization settled over her like a heavy cloak, pressing down on her spirit.</w:t>
      </w:r>
    </w:p>
    <w:p w14:paraId="45CEE1D5" w14:textId="77777777" w:rsidR="00B247ED" w:rsidRPr="00C9454D" w:rsidRDefault="00B247ED" w:rsidP="00C9454D">
      <w:pPr>
        <w:rPr>
          <w:sz w:val="24"/>
          <w:szCs w:val="24"/>
        </w:rPr>
      </w:pPr>
      <w:r w:rsidRPr="00C9454D">
        <w:rPr>
          <w:sz w:val="24"/>
          <w:szCs w:val="24"/>
        </w:rPr>
        <w:t>She began to notice the small things—how Guy would pause when he saw a mother with her child, the way his gaze lingered on the babies in the village. He never said anything, never asked her why they hadn’t conceived. But she knew.</w:t>
      </w:r>
    </w:p>
    <w:p w14:paraId="2CBA7BED" w14:textId="77777777" w:rsidR="00B247ED" w:rsidRPr="00C9454D" w:rsidRDefault="00B247ED" w:rsidP="00C9454D">
      <w:pPr>
        <w:rPr>
          <w:sz w:val="24"/>
          <w:szCs w:val="24"/>
        </w:rPr>
      </w:pPr>
      <w:r w:rsidRPr="00C9454D">
        <w:rPr>
          <w:sz w:val="24"/>
          <w:szCs w:val="24"/>
        </w:rPr>
        <w:t>He wanted a child.</w:t>
      </w:r>
    </w:p>
    <w:p w14:paraId="0930FAE2" w14:textId="77777777" w:rsidR="00B247ED" w:rsidRPr="00C9454D" w:rsidRDefault="00B247ED" w:rsidP="00C9454D">
      <w:pPr>
        <w:rPr>
          <w:sz w:val="24"/>
          <w:szCs w:val="24"/>
        </w:rPr>
      </w:pPr>
      <w:r w:rsidRPr="00C9454D">
        <w:rPr>
          <w:sz w:val="24"/>
          <w:szCs w:val="24"/>
        </w:rPr>
        <w:t>And so did she.</w:t>
      </w:r>
    </w:p>
    <w:p w14:paraId="37156407" w14:textId="2FB40C06" w:rsidR="00B247ED" w:rsidRPr="00C9454D" w:rsidRDefault="00B247ED" w:rsidP="00C9454D">
      <w:pPr>
        <w:rPr>
          <w:sz w:val="24"/>
          <w:szCs w:val="24"/>
        </w:rPr>
      </w:pPr>
      <w:r w:rsidRPr="00C9454D">
        <w:rPr>
          <w:sz w:val="24"/>
          <w:szCs w:val="24"/>
        </w:rPr>
        <w:t>At night, as she lay besi</w:t>
      </w:r>
      <w:r w:rsidR="00DD1FF5" w:rsidRPr="00C9454D">
        <w:rPr>
          <w:sz w:val="24"/>
          <w:szCs w:val="24"/>
        </w:rPr>
        <w:t xml:space="preserve">de </w:t>
      </w:r>
      <w:r w:rsidRPr="00C9454D">
        <w:rPr>
          <w:sz w:val="24"/>
          <w:szCs w:val="24"/>
        </w:rPr>
        <w:t>him, she would stare at the ceiling, her thoughts swirling with grief and guilt. She loved Guy more than she thought possible, and the idea of not giving him the family he deserved was a pain she could barely endure.</w:t>
      </w:r>
    </w:p>
    <w:p w14:paraId="4AAB35A9" w14:textId="77777777" w:rsidR="00B247ED" w:rsidRPr="00C9454D" w:rsidRDefault="00B247ED" w:rsidP="00C9454D">
      <w:pPr>
        <w:rPr>
          <w:sz w:val="24"/>
          <w:szCs w:val="24"/>
        </w:rPr>
      </w:pPr>
      <w:r w:rsidRPr="00C9454D">
        <w:rPr>
          <w:sz w:val="24"/>
          <w:szCs w:val="24"/>
        </w:rPr>
        <w:t>Guy, for his part, kept his sadness buried deep. He didn’t want to burden Abilene with his longing, knowing how much she already carried. Instead, he poured himself into his work, overseeing the infrastructure projects and supporting her in every way he could.</w:t>
      </w:r>
    </w:p>
    <w:p w14:paraId="25367B6C" w14:textId="77777777" w:rsidR="00B247ED" w:rsidRPr="00C9454D" w:rsidRDefault="00B247ED" w:rsidP="00C9454D">
      <w:pPr>
        <w:rPr>
          <w:sz w:val="24"/>
          <w:szCs w:val="24"/>
        </w:rPr>
      </w:pPr>
      <w:r w:rsidRPr="00C9454D">
        <w:rPr>
          <w:sz w:val="24"/>
          <w:szCs w:val="24"/>
        </w:rPr>
        <w:t>But in the quiet moments, when he thought she wasn’t looking, Abilene saw the grief in his eyes. It mirrored her own.</w:t>
      </w:r>
    </w:p>
    <w:p w14:paraId="3629AEB5" w14:textId="77777777" w:rsidR="00B247ED" w:rsidRPr="00C9454D" w:rsidRDefault="00FE197F" w:rsidP="00C9454D">
      <w:pPr>
        <w:rPr>
          <w:sz w:val="24"/>
          <w:szCs w:val="24"/>
        </w:rPr>
      </w:pPr>
      <w:r>
        <w:rPr>
          <w:noProof/>
          <w:sz w:val="24"/>
          <w:szCs w:val="24"/>
        </w:rPr>
      </w:r>
      <w:r w:rsidR="00FE197F">
        <w:rPr>
          <w:noProof/>
          <w:sz w:val="24"/>
          <w:szCs w:val="24"/>
        </w:rPr>
        <w:pict w14:anchorId="50256BC2">
          <v:rect id="_x0000_i1073" style="width:0;height:1.5pt" o:hralign="center" o:hrstd="t" o:hr="t" fillcolor="#a0a0a0" stroked="f"/>
        </w:pict>
      </w:r>
    </w:p>
    <w:p w14:paraId="782032BD" w14:textId="77777777" w:rsidR="00B247ED" w:rsidRPr="00C9454D" w:rsidRDefault="00B247ED" w:rsidP="00C9454D">
      <w:pPr>
        <w:rPr>
          <w:sz w:val="24"/>
          <w:szCs w:val="24"/>
        </w:rPr>
      </w:pPr>
      <w:r w:rsidRPr="00C9454D">
        <w:rPr>
          <w:sz w:val="24"/>
          <w:szCs w:val="24"/>
        </w:rPr>
        <w:t>One afternoon, while reading Lady Helena’s journals, Abilene came across a passage that stopped her cold.</w:t>
      </w:r>
    </w:p>
    <w:p w14:paraId="06476676" w14:textId="77777777" w:rsidR="00B247ED" w:rsidRPr="00C9454D" w:rsidRDefault="00B247ED" w:rsidP="00C9454D">
      <w:pPr>
        <w:rPr>
          <w:sz w:val="24"/>
          <w:szCs w:val="24"/>
        </w:rPr>
      </w:pPr>
      <w:r w:rsidRPr="00C9454D">
        <w:rPr>
          <w:sz w:val="24"/>
          <w:szCs w:val="24"/>
        </w:rPr>
        <w:t>“I have laid seven babes to rest,” the journal read. “Seven lives, each a flicker of hope, extinguished too soon. I mourn them, but I am grateful for the brief moments I held them, for the love I was able to give. My husband mourns with me, though he does not always speak of it. I see it in his eyes, the weight he carries for my sake. We both suffer in silence, each trying to shield the other, and in doing so, we bear the burden alone.”</w:t>
      </w:r>
    </w:p>
    <w:p w14:paraId="7C32829F" w14:textId="77777777" w:rsidR="00B247ED" w:rsidRPr="00C9454D" w:rsidRDefault="00B247ED" w:rsidP="00C9454D">
      <w:pPr>
        <w:rPr>
          <w:sz w:val="24"/>
          <w:szCs w:val="24"/>
        </w:rPr>
      </w:pPr>
      <w:r w:rsidRPr="00C9454D">
        <w:rPr>
          <w:sz w:val="24"/>
          <w:szCs w:val="24"/>
        </w:rPr>
        <w:t>Abilene’s hands trembled as she read the words. They felt like a mirror to her own life, her own pain. Lady Helena had not been barren in the traditional sense, but her losses had left her just as bereft.</w:t>
      </w:r>
    </w:p>
    <w:p w14:paraId="38CA1216" w14:textId="77777777" w:rsidR="00B247ED" w:rsidRPr="00C9454D" w:rsidRDefault="00B247ED" w:rsidP="00C9454D">
      <w:pPr>
        <w:rPr>
          <w:sz w:val="24"/>
          <w:szCs w:val="24"/>
        </w:rPr>
      </w:pPr>
      <w:r w:rsidRPr="00C9454D">
        <w:rPr>
          <w:sz w:val="24"/>
          <w:szCs w:val="24"/>
        </w:rPr>
        <w:t>For the first time, Abilene truly understood the depth of Lady Helena’s grief. It wasn’t just the loss of her children—it was the unspoken sorrow between her and her husband, the shared pain that they bore separately out of love for one another.</w:t>
      </w:r>
    </w:p>
    <w:p w14:paraId="56B6CAD9" w14:textId="6174ACC5" w:rsidR="003214AA" w:rsidRPr="00C9454D" w:rsidRDefault="00462D5F" w:rsidP="00C9454D">
      <w:pPr>
        <w:rPr>
          <w:sz w:val="24"/>
          <w:szCs w:val="24"/>
        </w:rPr>
      </w:pPr>
      <w:r w:rsidRPr="00C9454D">
        <w:rPr>
          <w:sz w:val="24"/>
          <w:szCs w:val="24"/>
        </w:rPr>
        <w:t>“Nevertheless, each one of you must love his wife as he does himself; on the other hand, the wife should have deep respect for her husband.”</w:t>
      </w:r>
    </w:p>
    <w:p w14:paraId="3B24A771" w14:textId="77777777" w:rsidR="00B247ED" w:rsidRPr="00C9454D" w:rsidRDefault="00B247ED" w:rsidP="00C9454D">
      <w:pPr>
        <w:rPr>
          <w:sz w:val="24"/>
          <w:szCs w:val="24"/>
        </w:rPr>
      </w:pPr>
      <w:r w:rsidRPr="00C9454D">
        <w:rPr>
          <w:sz w:val="24"/>
          <w:szCs w:val="24"/>
        </w:rPr>
        <w:t>Tears blurred her vision as she closed the journal, clutching it to her chest.</w:t>
      </w:r>
    </w:p>
    <w:p w14:paraId="08385E8A" w14:textId="77777777" w:rsidR="00B247ED" w:rsidRPr="00C9454D" w:rsidRDefault="00FE197F" w:rsidP="00C9454D">
      <w:pPr>
        <w:rPr>
          <w:sz w:val="24"/>
          <w:szCs w:val="24"/>
        </w:rPr>
      </w:pPr>
      <w:r>
        <w:rPr>
          <w:noProof/>
          <w:sz w:val="24"/>
          <w:szCs w:val="24"/>
        </w:rPr>
      </w:r>
      <w:r w:rsidR="00FE197F">
        <w:rPr>
          <w:noProof/>
          <w:sz w:val="24"/>
          <w:szCs w:val="24"/>
        </w:rPr>
        <w:pict w14:anchorId="46A3C060">
          <v:rect id="_x0000_i1074" style="width:0;height:1.5pt" o:hralign="center" o:hrstd="t" o:hr="t" fillcolor="#a0a0a0" stroked="f"/>
        </w:pict>
      </w:r>
    </w:p>
    <w:p w14:paraId="758F885B" w14:textId="77777777" w:rsidR="00B247ED" w:rsidRPr="00C9454D" w:rsidRDefault="00B247ED" w:rsidP="00C9454D">
      <w:pPr>
        <w:rPr>
          <w:sz w:val="24"/>
          <w:szCs w:val="24"/>
        </w:rPr>
      </w:pPr>
      <w:r w:rsidRPr="00C9454D">
        <w:rPr>
          <w:sz w:val="24"/>
          <w:szCs w:val="24"/>
        </w:rPr>
        <w:t>That evening, Abilene approached Guy as he stood on the terrace overlooking the quarry. The sun was setting, casting a golden glow over the landscape.</w:t>
      </w:r>
    </w:p>
    <w:p w14:paraId="1E6EFC0E" w14:textId="4D306FB9" w:rsidR="00B247ED" w:rsidRPr="00C9454D" w:rsidRDefault="00B247ED" w:rsidP="00C9454D">
      <w:pPr>
        <w:rPr>
          <w:sz w:val="24"/>
          <w:szCs w:val="24"/>
        </w:rPr>
      </w:pPr>
      <w:r w:rsidRPr="00C9454D">
        <w:rPr>
          <w:sz w:val="24"/>
          <w:szCs w:val="24"/>
        </w:rPr>
        <w:t>“Guy,” she said softly, stepping besi</w:t>
      </w:r>
      <w:r w:rsidR="00DD1FF5" w:rsidRPr="00C9454D">
        <w:rPr>
          <w:sz w:val="24"/>
          <w:szCs w:val="24"/>
        </w:rPr>
        <w:t xml:space="preserve">de </w:t>
      </w:r>
      <w:r w:rsidRPr="00C9454D">
        <w:rPr>
          <w:sz w:val="24"/>
          <w:szCs w:val="24"/>
        </w:rPr>
        <w:t>him.</w:t>
      </w:r>
    </w:p>
    <w:p w14:paraId="22C85544" w14:textId="77777777" w:rsidR="00B247ED" w:rsidRPr="00C9454D" w:rsidRDefault="00B247ED" w:rsidP="00C9454D">
      <w:pPr>
        <w:rPr>
          <w:sz w:val="24"/>
          <w:szCs w:val="24"/>
        </w:rPr>
      </w:pPr>
      <w:r w:rsidRPr="00C9454D">
        <w:rPr>
          <w:sz w:val="24"/>
          <w:szCs w:val="24"/>
        </w:rPr>
        <w:t>He turned to her, his expression warm but guarded. “What is it?”</w:t>
      </w:r>
    </w:p>
    <w:p w14:paraId="7A7BE3AC" w14:textId="77777777" w:rsidR="00B247ED" w:rsidRPr="00C9454D" w:rsidRDefault="00B247ED" w:rsidP="00C9454D">
      <w:pPr>
        <w:rPr>
          <w:sz w:val="24"/>
          <w:szCs w:val="24"/>
        </w:rPr>
      </w:pPr>
      <w:r w:rsidRPr="00C9454D">
        <w:rPr>
          <w:sz w:val="24"/>
          <w:szCs w:val="24"/>
        </w:rPr>
        <w:t>She hesitated, the words catching in her throat. Then, with a shaky breath, she said, “I know.”</w:t>
      </w:r>
    </w:p>
    <w:p w14:paraId="7DDA32BE" w14:textId="77777777" w:rsidR="00B247ED" w:rsidRPr="00C9454D" w:rsidRDefault="00B247ED" w:rsidP="00C9454D">
      <w:pPr>
        <w:rPr>
          <w:sz w:val="24"/>
          <w:szCs w:val="24"/>
        </w:rPr>
      </w:pPr>
      <w:r w:rsidRPr="00C9454D">
        <w:rPr>
          <w:sz w:val="24"/>
          <w:szCs w:val="24"/>
        </w:rPr>
        <w:t>His brow furrowed. “Know what?”</w:t>
      </w:r>
    </w:p>
    <w:p w14:paraId="36D9AD91" w14:textId="77777777" w:rsidR="00B247ED" w:rsidRPr="00C9454D" w:rsidRDefault="00B247ED" w:rsidP="00C9454D">
      <w:pPr>
        <w:rPr>
          <w:sz w:val="24"/>
          <w:szCs w:val="24"/>
        </w:rPr>
      </w:pPr>
      <w:r w:rsidRPr="00C9454D">
        <w:rPr>
          <w:sz w:val="24"/>
          <w:szCs w:val="24"/>
        </w:rPr>
        <w:t>“That you want a child,” she said, her voice trembling. “That you’ve been holding it in, not saying anything because you don’t want to burden me. But I see it, Guy. I feel it.”</w:t>
      </w:r>
    </w:p>
    <w:p w14:paraId="57E467F8" w14:textId="77777777" w:rsidR="00B247ED" w:rsidRPr="00C9454D" w:rsidRDefault="00B247ED" w:rsidP="00C9454D">
      <w:pPr>
        <w:rPr>
          <w:sz w:val="24"/>
          <w:szCs w:val="24"/>
        </w:rPr>
      </w:pPr>
      <w:r w:rsidRPr="00C9454D">
        <w:rPr>
          <w:sz w:val="24"/>
          <w:szCs w:val="24"/>
        </w:rPr>
        <w:t>He looked away, his jaw tightening. “Abilene, I—”</w:t>
      </w:r>
    </w:p>
    <w:p w14:paraId="70757C31" w14:textId="77777777" w:rsidR="00B247ED" w:rsidRPr="00C9454D" w:rsidRDefault="00B247ED" w:rsidP="00C9454D">
      <w:pPr>
        <w:rPr>
          <w:sz w:val="24"/>
          <w:szCs w:val="24"/>
        </w:rPr>
      </w:pPr>
      <w:r w:rsidRPr="00C9454D">
        <w:rPr>
          <w:sz w:val="24"/>
          <w:szCs w:val="24"/>
        </w:rPr>
        <w:t>“I want it too,” she interrupted, tears spilling down her cheeks. “I want it more than anything. And I hate that I can’t give it to you.”</w:t>
      </w:r>
    </w:p>
    <w:p w14:paraId="662A619A" w14:textId="77777777" w:rsidR="00B247ED" w:rsidRPr="00C9454D" w:rsidRDefault="00B247ED" w:rsidP="00C9454D">
      <w:pPr>
        <w:rPr>
          <w:sz w:val="24"/>
          <w:szCs w:val="24"/>
        </w:rPr>
      </w:pPr>
      <w:r w:rsidRPr="00C9454D">
        <w:rPr>
          <w:sz w:val="24"/>
          <w:szCs w:val="24"/>
        </w:rPr>
        <w:t>He turned to her then, his eyes filled with emotion. “Abilene, don’t. This isn’t your fault.”</w:t>
      </w:r>
    </w:p>
    <w:p w14:paraId="02EF5041" w14:textId="77777777" w:rsidR="00B247ED" w:rsidRPr="00C9454D" w:rsidRDefault="00B247ED" w:rsidP="00C9454D">
      <w:pPr>
        <w:rPr>
          <w:sz w:val="24"/>
          <w:szCs w:val="24"/>
        </w:rPr>
      </w:pPr>
      <w:r w:rsidRPr="00C9454D">
        <w:rPr>
          <w:sz w:val="24"/>
          <w:szCs w:val="24"/>
        </w:rPr>
        <w:t>“But it feels like it is,” she whispered. “You’ve given me everything, and I can’t even—”</w:t>
      </w:r>
    </w:p>
    <w:p w14:paraId="31E67208" w14:textId="77777777" w:rsidR="00B247ED" w:rsidRPr="00C9454D" w:rsidRDefault="00B247ED" w:rsidP="00C9454D">
      <w:pPr>
        <w:rPr>
          <w:sz w:val="24"/>
          <w:szCs w:val="24"/>
        </w:rPr>
      </w:pPr>
      <w:r w:rsidRPr="00C9454D">
        <w:rPr>
          <w:sz w:val="24"/>
          <w:szCs w:val="24"/>
        </w:rPr>
        <w:t>Guy pulled her into his arms, holding her tightly. “You’ve given me more than I ever dreamed,” he said, his voice breaking. “You’ve given me love, a home, a purpose. Yes, I want a child. But not having one doesn’t change how much I love you. You’re enough, Abilene. You’ll always be enough.”</w:t>
      </w:r>
    </w:p>
    <w:p w14:paraId="70B15B06" w14:textId="77777777" w:rsidR="00B247ED" w:rsidRPr="00C9454D" w:rsidRDefault="00B247ED" w:rsidP="00C9454D">
      <w:pPr>
        <w:rPr>
          <w:sz w:val="24"/>
          <w:szCs w:val="24"/>
        </w:rPr>
      </w:pPr>
      <w:r w:rsidRPr="00C9454D">
        <w:rPr>
          <w:sz w:val="24"/>
          <w:szCs w:val="24"/>
        </w:rPr>
        <w:t>She sobbed against his chest, the weight of her grief spilling out. And for the first time, they shared their sorrow openly, no longer trying to shield each other from the pain.</w:t>
      </w:r>
    </w:p>
    <w:p w14:paraId="5EFDD5E9" w14:textId="77777777" w:rsidR="00B247ED" w:rsidRPr="00C9454D" w:rsidRDefault="00FE197F" w:rsidP="00C9454D">
      <w:pPr>
        <w:rPr>
          <w:sz w:val="24"/>
          <w:szCs w:val="24"/>
        </w:rPr>
      </w:pPr>
      <w:r>
        <w:rPr>
          <w:noProof/>
          <w:sz w:val="24"/>
          <w:szCs w:val="24"/>
        </w:rPr>
      </w:r>
      <w:r w:rsidR="00FE197F">
        <w:rPr>
          <w:noProof/>
          <w:sz w:val="24"/>
          <w:szCs w:val="24"/>
        </w:rPr>
        <w:pict w14:anchorId="131806FB">
          <v:rect id="_x0000_i1075" style="width:0;height:1.5pt" o:hralign="center" o:hrstd="t" o:hr="t" fillcolor="#a0a0a0" stroked="f"/>
        </w:pict>
      </w:r>
    </w:p>
    <w:p w14:paraId="4B0438AA" w14:textId="77777777" w:rsidR="00B247ED" w:rsidRPr="00C9454D" w:rsidRDefault="00B247ED" w:rsidP="00C9454D">
      <w:pPr>
        <w:rPr>
          <w:sz w:val="24"/>
          <w:szCs w:val="24"/>
        </w:rPr>
      </w:pPr>
      <w:r w:rsidRPr="00C9454D">
        <w:rPr>
          <w:sz w:val="24"/>
          <w:szCs w:val="24"/>
        </w:rPr>
        <w:t>In the days that followed, Abilene found herself returning to Lady Helena’s journals, drawing strength from the words of a woman who had faced similar struggles. She realized that Lady Helena had channeled her grief into something greater—her writings, her innovations, her legacy.</w:t>
      </w:r>
    </w:p>
    <w:p w14:paraId="7BFEB69C" w14:textId="77777777" w:rsidR="00B247ED" w:rsidRPr="00C9454D" w:rsidRDefault="00B247ED" w:rsidP="00C9454D">
      <w:pPr>
        <w:rPr>
          <w:sz w:val="24"/>
          <w:szCs w:val="24"/>
        </w:rPr>
      </w:pPr>
      <w:r w:rsidRPr="00C9454D">
        <w:rPr>
          <w:sz w:val="24"/>
          <w:szCs w:val="24"/>
        </w:rPr>
        <w:t>Perhaps Abilene could do the same.</w:t>
      </w:r>
    </w:p>
    <w:p w14:paraId="2D6E52FE" w14:textId="685D1999" w:rsidR="00B247ED" w:rsidRPr="00C9454D" w:rsidRDefault="00FE197F" w:rsidP="00C9454D">
      <w:pPr>
        <w:rPr>
          <w:sz w:val="24"/>
          <w:szCs w:val="24"/>
        </w:rPr>
      </w:pPr>
      <w:r>
        <w:rPr>
          <w:noProof/>
          <w:sz w:val="24"/>
          <w:szCs w:val="24"/>
        </w:rPr>
      </w:r>
      <w:r w:rsidR="00FE197F">
        <w:rPr>
          <w:noProof/>
          <w:sz w:val="24"/>
          <w:szCs w:val="24"/>
        </w:rPr>
        <w:pict w14:anchorId="1BD09870">
          <v:rect id="_x0000_i1076" style="width:0;height:1.5pt" o:hralign="center" o:hrstd="t" o:hr="t" fillcolor="#a0a0a0" stroked="f"/>
        </w:pict>
      </w:r>
    </w:p>
    <w:p w14:paraId="41AF9D23" w14:textId="77777777" w:rsidR="00A54947" w:rsidRPr="00C9454D" w:rsidRDefault="00A54947" w:rsidP="00C9454D">
      <w:pPr>
        <w:rPr>
          <w:sz w:val="24"/>
          <w:szCs w:val="24"/>
        </w:rPr>
      </w:pPr>
    </w:p>
    <w:p w14:paraId="4475954B" w14:textId="77777777" w:rsidR="00806F08" w:rsidRPr="00C9454D" w:rsidRDefault="00806F08" w:rsidP="00C9454D">
      <w:pPr>
        <w:pStyle w:val="Heading2"/>
        <w:rPr>
          <w:sz w:val="24"/>
          <w:szCs w:val="24"/>
        </w:rPr>
      </w:pPr>
      <w:r w:rsidRPr="00C9454D">
        <w:rPr>
          <w:sz w:val="24"/>
          <w:szCs w:val="24"/>
        </w:rPr>
        <w:t>Endurance</w:t>
      </w:r>
    </w:p>
    <w:p w14:paraId="3D4974F4" w14:textId="77777777" w:rsidR="00C4401E" w:rsidRPr="00C9454D" w:rsidRDefault="00C4401E" w:rsidP="00C9454D">
      <w:pPr>
        <w:rPr>
          <w:sz w:val="24"/>
          <w:szCs w:val="24"/>
        </w:rPr>
      </w:pPr>
    </w:p>
    <w:p w14:paraId="56B796FF" w14:textId="7B714BCB" w:rsidR="00953D45" w:rsidRPr="00C9454D" w:rsidRDefault="00953D45" w:rsidP="00C9454D">
      <w:pPr>
        <w:rPr>
          <w:sz w:val="24"/>
          <w:szCs w:val="24"/>
        </w:rPr>
      </w:pPr>
      <w:r w:rsidRPr="00C9454D">
        <w:rPr>
          <w:sz w:val="24"/>
          <w:szCs w:val="24"/>
        </w:rPr>
        <w:t>Abilene often marveled at how steady he remained, no matter the challenges they faced. While she poured herself into innovations and Lady Helena’s journals, Guy was the one who turned those ideas into action.</w:t>
      </w:r>
    </w:p>
    <w:p w14:paraId="1D3BF57C" w14:textId="34FC7831" w:rsidR="00953D45" w:rsidRPr="00C9454D" w:rsidRDefault="00953D45" w:rsidP="00C9454D">
      <w:pPr>
        <w:rPr>
          <w:sz w:val="24"/>
          <w:szCs w:val="24"/>
        </w:rPr>
      </w:pPr>
      <w:r w:rsidRPr="00C9454D">
        <w:rPr>
          <w:sz w:val="24"/>
          <w:szCs w:val="24"/>
        </w:rPr>
        <w:t>In the first year, Abilene developed her water filtration system, Guy was there to implement it. He oversaw the construction of the filtration troughs, ensuring they were built efficiently and could withstand daily use. When skeptical villagers hesitated to adopt the new system, it was Guy who reassured them.</w:t>
      </w:r>
    </w:p>
    <w:p w14:paraId="20454840" w14:textId="77777777" w:rsidR="00953D45" w:rsidRPr="00C9454D" w:rsidRDefault="00953D45" w:rsidP="00C9454D">
      <w:pPr>
        <w:rPr>
          <w:sz w:val="24"/>
          <w:szCs w:val="24"/>
        </w:rPr>
      </w:pPr>
      <w:r w:rsidRPr="00C9454D">
        <w:rPr>
          <w:sz w:val="24"/>
          <w:szCs w:val="24"/>
        </w:rPr>
        <w:t>“Trust her,” he had said more than once, his voice calm but firm. “If Lady Abilene says this will help, it will.”</w:t>
      </w:r>
    </w:p>
    <w:p w14:paraId="1CF18D8D" w14:textId="77777777" w:rsidR="00953D45" w:rsidRPr="00C9454D" w:rsidRDefault="00953D45" w:rsidP="00C9454D">
      <w:pPr>
        <w:rPr>
          <w:sz w:val="24"/>
          <w:szCs w:val="24"/>
        </w:rPr>
      </w:pPr>
      <w:r w:rsidRPr="00C9454D">
        <w:rPr>
          <w:sz w:val="24"/>
          <w:szCs w:val="24"/>
        </w:rPr>
        <w:t>His faith in her was unshakable. Even when doubts crept into Abilene’s mind, when she wondered if she was doing enough or moving too slowly, Guy was there to steady her.</w:t>
      </w:r>
    </w:p>
    <w:p w14:paraId="79D02CF1" w14:textId="77777777" w:rsidR="00953D45" w:rsidRPr="00C9454D" w:rsidRDefault="00953D45" w:rsidP="00C9454D">
      <w:pPr>
        <w:rPr>
          <w:sz w:val="24"/>
          <w:szCs w:val="24"/>
        </w:rPr>
      </w:pPr>
      <w:r w:rsidRPr="00C9454D">
        <w:rPr>
          <w:sz w:val="24"/>
          <w:szCs w:val="24"/>
        </w:rPr>
        <w:t>“You’re changing the world, one step at a time,” he told her one evening as they stood by the stream. “It might not feel fast enough, but look around, Abilene. People are listening to you. They’re looking to you. That’s no small thing.”</w:t>
      </w:r>
    </w:p>
    <w:p w14:paraId="425907C5" w14:textId="77777777" w:rsidR="00953D45" w:rsidRPr="00C9454D" w:rsidRDefault="00953D45" w:rsidP="00C9454D">
      <w:pPr>
        <w:rPr>
          <w:sz w:val="24"/>
          <w:szCs w:val="24"/>
        </w:rPr>
      </w:pPr>
      <w:r w:rsidRPr="00C9454D">
        <w:rPr>
          <w:sz w:val="24"/>
          <w:szCs w:val="24"/>
        </w:rPr>
        <w:t>His words stayed with her, giving her the strength to press forward.</w:t>
      </w:r>
    </w:p>
    <w:p w14:paraId="6C8BF1E5" w14:textId="77777777" w:rsidR="00953D45" w:rsidRPr="00C9454D" w:rsidRDefault="00953D45" w:rsidP="00C9454D">
      <w:pPr>
        <w:rPr>
          <w:sz w:val="24"/>
          <w:szCs w:val="24"/>
        </w:rPr>
      </w:pPr>
    </w:p>
    <w:p w14:paraId="4FCBDC85" w14:textId="0233A42D" w:rsidR="00953D45" w:rsidRPr="00C9454D" w:rsidRDefault="00953D45" w:rsidP="00C9454D">
      <w:pPr>
        <w:rPr>
          <w:sz w:val="24"/>
          <w:szCs w:val="24"/>
        </w:rPr>
      </w:pPr>
      <w:r w:rsidRPr="00C9454D">
        <w:rPr>
          <w:sz w:val="24"/>
          <w:szCs w:val="24"/>
        </w:rPr>
        <w:t xml:space="preserve">By the second year, Guy had become the backbone of </w:t>
      </w:r>
      <w:r w:rsidR="00522C4D" w:rsidRPr="00C9454D">
        <w:rPr>
          <w:sz w:val="24"/>
          <w:szCs w:val="24"/>
        </w:rPr>
        <w:t>High Haven</w:t>
      </w:r>
      <w:r w:rsidRPr="00C9454D">
        <w:rPr>
          <w:sz w:val="24"/>
          <w:szCs w:val="24"/>
        </w:rPr>
        <w:t>’s rebuilding efforts. He wasn’t just overseeing infrastructure—he was creating a vision for what their community could be.</w:t>
      </w:r>
    </w:p>
    <w:p w14:paraId="5AD7BDBF" w14:textId="77777777" w:rsidR="00953D45" w:rsidRPr="00C9454D" w:rsidRDefault="00953D45" w:rsidP="00C9454D">
      <w:pPr>
        <w:rPr>
          <w:sz w:val="24"/>
          <w:szCs w:val="24"/>
        </w:rPr>
      </w:pPr>
      <w:r w:rsidRPr="00C9454D">
        <w:rPr>
          <w:sz w:val="24"/>
          <w:szCs w:val="24"/>
        </w:rPr>
        <w:t>The roads and bridges he helped construct weren’t just functional; they were designed to last, built with care and precision that reflected his dedication. He coordinated teams of workers, many of whom were still grieving or recovering from illness, and found ways to inspire them.</w:t>
      </w:r>
    </w:p>
    <w:p w14:paraId="219723A7" w14:textId="77777777" w:rsidR="00953D45" w:rsidRPr="00C9454D" w:rsidRDefault="00953D45" w:rsidP="00C9454D">
      <w:pPr>
        <w:rPr>
          <w:sz w:val="24"/>
          <w:szCs w:val="24"/>
        </w:rPr>
      </w:pPr>
      <w:r w:rsidRPr="00C9454D">
        <w:rPr>
          <w:sz w:val="24"/>
          <w:szCs w:val="24"/>
        </w:rPr>
        <w:t>“Every stone we lay is a step toward a better future,” he would say, his voice carrying across the worksite. “This isn’t just rebuilding—it’s creating something stronger than what we had before.”</w:t>
      </w:r>
    </w:p>
    <w:p w14:paraId="3E3F7A49" w14:textId="2D5E831C" w:rsidR="00953D45" w:rsidRPr="00C9454D" w:rsidRDefault="00953D45" w:rsidP="00C9454D">
      <w:pPr>
        <w:rPr>
          <w:sz w:val="24"/>
          <w:szCs w:val="24"/>
        </w:rPr>
      </w:pPr>
      <w:r w:rsidRPr="00C9454D">
        <w:rPr>
          <w:sz w:val="24"/>
          <w:szCs w:val="24"/>
        </w:rPr>
        <w:t>The workers respected him, not just for his leadership but for his willingness to labor alongsi</w:t>
      </w:r>
      <w:r w:rsidR="00DD1FF5" w:rsidRPr="00C9454D">
        <w:rPr>
          <w:sz w:val="24"/>
          <w:szCs w:val="24"/>
        </w:rPr>
        <w:t xml:space="preserve">de </w:t>
      </w:r>
      <w:r w:rsidRPr="00C9454D">
        <w:rPr>
          <w:sz w:val="24"/>
          <w:szCs w:val="24"/>
        </w:rPr>
        <w:t>them. Whether hauling stones, reinforcing beams, or clearing debris, Guy never asked anyone to do what he wouldn’t do himself.</w:t>
      </w:r>
    </w:p>
    <w:p w14:paraId="24431A56" w14:textId="77777777" w:rsidR="00953D45" w:rsidRPr="00C9454D" w:rsidRDefault="00953D45" w:rsidP="00C9454D">
      <w:pPr>
        <w:rPr>
          <w:sz w:val="24"/>
          <w:szCs w:val="24"/>
        </w:rPr>
      </w:pPr>
    </w:p>
    <w:p w14:paraId="3D562A96" w14:textId="77777777" w:rsidR="00953D45" w:rsidRPr="00C9454D" w:rsidRDefault="00953D45" w:rsidP="00C9454D">
      <w:pPr>
        <w:rPr>
          <w:sz w:val="24"/>
          <w:szCs w:val="24"/>
        </w:rPr>
      </w:pPr>
      <w:r w:rsidRPr="00C9454D">
        <w:rPr>
          <w:sz w:val="24"/>
          <w:szCs w:val="24"/>
        </w:rPr>
        <w:t>At home, his relationship with Abilene deepened in ways she hadn’t expected. Their love, once built on shared values and mutual respect, had grown into something unshakable.</w:t>
      </w:r>
    </w:p>
    <w:p w14:paraId="2DAC9210" w14:textId="77777777" w:rsidR="00953D45" w:rsidRPr="00C9454D" w:rsidRDefault="00953D45" w:rsidP="00C9454D">
      <w:pPr>
        <w:rPr>
          <w:sz w:val="24"/>
          <w:szCs w:val="24"/>
        </w:rPr>
      </w:pPr>
      <w:r w:rsidRPr="00C9454D">
        <w:rPr>
          <w:sz w:val="24"/>
          <w:szCs w:val="24"/>
        </w:rPr>
        <w:t>There were moments, late at night, when Abilene would look at Guy and wonder how she had been so fortunate. He had taken on so much without complaint—supporting her, leading the rebuilding efforts, and still finding time to be her partner in every sense of the word.</w:t>
      </w:r>
    </w:p>
    <w:p w14:paraId="506C33EC" w14:textId="77777777" w:rsidR="00953D45" w:rsidRPr="00C9454D" w:rsidRDefault="00953D45" w:rsidP="00C9454D">
      <w:pPr>
        <w:rPr>
          <w:sz w:val="24"/>
          <w:szCs w:val="24"/>
        </w:rPr>
      </w:pPr>
      <w:r w:rsidRPr="00C9454D">
        <w:rPr>
          <w:sz w:val="24"/>
          <w:szCs w:val="24"/>
        </w:rPr>
        <w:t>“I couldn’t do this without you,” she told him one night as they sat by the fire.</w:t>
      </w:r>
    </w:p>
    <w:p w14:paraId="6210C2D8" w14:textId="77777777" w:rsidR="00953D45" w:rsidRPr="00C9454D" w:rsidRDefault="00953D45" w:rsidP="00C9454D">
      <w:pPr>
        <w:rPr>
          <w:sz w:val="24"/>
          <w:szCs w:val="24"/>
        </w:rPr>
      </w:pPr>
      <w:r w:rsidRPr="00C9454D">
        <w:rPr>
          <w:sz w:val="24"/>
          <w:szCs w:val="24"/>
        </w:rPr>
        <w:t>He smiled, his hand brushing hers. “You could. You just don’t have to.”</w:t>
      </w:r>
    </w:p>
    <w:p w14:paraId="380FB7B4" w14:textId="77777777" w:rsidR="00953D45" w:rsidRPr="00C9454D" w:rsidRDefault="00953D45" w:rsidP="00C9454D">
      <w:pPr>
        <w:rPr>
          <w:sz w:val="24"/>
          <w:szCs w:val="24"/>
        </w:rPr>
      </w:pPr>
      <w:r w:rsidRPr="00C9454D">
        <w:rPr>
          <w:sz w:val="24"/>
          <w:szCs w:val="24"/>
        </w:rPr>
        <w:t>Abilene leaned into him, her head resting on his shoulder. “Do you ever feel like we’ve been given more than we can handle?” she asked quietly.</w:t>
      </w:r>
    </w:p>
    <w:p w14:paraId="4E07490F" w14:textId="77777777" w:rsidR="00953D45" w:rsidRPr="00C9454D" w:rsidRDefault="00953D45" w:rsidP="00C9454D">
      <w:pPr>
        <w:rPr>
          <w:sz w:val="24"/>
          <w:szCs w:val="24"/>
        </w:rPr>
      </w:pPr>
      <w:r w:rsidRPr="00C9454D">
        <w:rPr>
          <w:sz w:val="24"/>
          <w:szCs w:val="24"/>
        </w:rPr>
        <w:t>“Sometimes,” he admitted. “But then I think about all we’ve accomplished. And I think about you.” He tilted her chin up, meeting her eyes. “You’re my reason, Abilene. As long as we’re together, I know we can handle anything.”</w:t>
      </w:r>
    </w:p>
    <w:p w14:paraId="088AA808" w14:textId="77777777" w:rsidR="00953D45" w:rsidRPr="00C9454D" w:rsidRDefault="00953D45" w:rsidP="00C9454D">
      <w:pPr>
        <w:rPr>
          <w:sz w:val="24"/>
          <w:szCs w:val="24"/>
        </w:rPr>
      </w:pPr>
    </w:p>
    <w:p w14:paraId="4A5CFDBE" w14:textId="39CBF790" w:rsidR="00953D45" w:rsidRPr="00C9454D" w:rsidRDefault="00953D45" w:rsidP="00C9454D">
      <w:pPr>
        <w:rPr>
          <w:sz w:val="24"/>
          <w:szCs w:val="24"/>
        </w:rPr>
      </w:pPr>
      <w:r w:rsidRPr="00C9454D">
        <w:rPr>
          <w:sz w:val="24"/>
          <w:szCs w:val="24"/>
        </w:rPr>
        <w:t xml:space="preserve">In the third year, </w:t>
      </w:r>
      <w:r w:rsidR="00522C4D" w:rsidRPr="00C9454D">
        <w:rPr>
          <w:sz w:val="24"/>
          <w:szCs w:val="24"/>
        </w:rPr>
        <w:t>High Haven</w:t>
      </w:r>
      <w:r w:rsidRPr="00C9454D">
        <w:rPr>
          <w:sz w:val="24"/>
          <w:szCs w:val="24"/>
        </w:rPr>
        <w:t xml:space="preserve">’s influence extended far beyond </w:t>
      </w:r>
      <w:proofErr w:type="spellStart"/>
      <w:r w:rsidR="00225D06" w:rsidRPr="00C9454D">
        <w:rPr>
          <w:sz w:val="24"/>
          <w:szCs w:val="24"/>
        </w:rPr>
        <w:t>Teston</w:t>
      </w:r>
      <w:proofErr w:type="spellEnd"/>
      <w:r w:rsidRPr="00C9454D">
        <w:rPr>
          <w:sz w:val="24"/>
          <w:szCs w:val="24"/>
        </w:rPr>
        <w:t xml:space="preserve">. Craftsmen, scholars, and even lords sought Abilene’s counsel, eager to learn from her or implement her ideas. But while she had become the face of </w:t>
      </w:r>
      <w:r w:rsidR="00522C4D" w:rsidRPr="00C9454D">
        <w:rPr>
          <w:sz w:val="24"/>
          <w:szCs w:val="24"/>
        </w:rPr>
        <w:t>High Haven</w:t>
      </w:r>
      <w:r w:rsidRPr="00C9454D">
        <w:rPr>
          <w:sz w:val="24"/>
          <w:szCs w:val="24"/>
        </w:rPr>
        <w:t>’s success, Guy remained its foundation.</w:t>
      </w:r>
    </w:p>
    <w:p w14:paraId="6C7F3CC2" w14:textId="77777777" w:rsidR="00953D45" w:rsidRPr="00C9454D" w:rsidRDefault="00953D45" w:rsidP="00C9454D">
      <w:pPr>
        <w:rPr>
          <w:sz w:val="24"/>
          <w:szCs w:val="24"/>
        </w:rPr>
      </w:pPr>
      <w:r w:rsidRPr="00C9454D">
        <w:rPr>
          <w:sz w:val="24"/>
          <w:szCs w:val="24"/>
        </w:rPr>
        <w:t>He was the one who kept the quarry running, the roads maintained, and the workers motivated. He managed the estate with quiet competence, allowing Abilene to focus on her growing role as a leader and innovator.</w:t>
      </w:r>
    </w:p>
    <w:p w14:paraId="684ADD67" w14:textId="77777777" w:rsidR="00953D45" w:rsidRPr="00C9454D" w:rsidRDefault="00953D45" w:rsidP="00C9454D">
      <w:pPr>
        <w:rPr>
          <w:sz w:val="24"/>
          <w:szCs w:val="24"/>
        </w:rPr>
      </w:pPr>
      <w:r w:rsidRPr="00C9454D">
        <w:rPr>
          <w:sz w:val="24"/>
          <w:szCs w:val="24"/>
        </w:rPr>
        <w:t>“Your name is traveling farther than you know,” Guy told her one evening. “Merchants, farmers, even nobility—they’re all talking about your innovations.”</w:t>
      </w:r>
    </w:p>
    <w:p w14:paraId="1B1CAD3C" w14:textId="77777777" w:rsidR="00953D45" w:rsidRPr="00C9454D" w:rsidRDefault="00953D45" w:rsidP="00C9454D">
      <w:pPr>
        <w:rPr>
          <w:sz w:val="24"/>
          <w:szCs w:val="24"/>
        </w:rPr>
      </w:pPr>
      <w:r w:rsidRPr="00C9454D">
        <w:rPr>
          <w:sz w:val="24"/>
          <w:szCs w:val="24"/>
        </w:rPr>
        <w:t>Abilene smiled faintly, her thoughts elsewhere. “It’s not about my name,” she said. “It’s about making life better. That’s what Lady Helena would have wanted.”</w:t>
      </w:r>
    </w:p>
    <w:p w14:paraId="362E9118" w14:textId="77777777" w:rsidR="00953D45" w:rsidRPr="00C9454D" w:rsidRDefault="00953D45" w:rsidP="00C9454D">
      <w:pPr>
        <w:rPr>
          <w:sz w:val="24"/>
          <w:szCs w:val="24"/>
        </w:rPr>
      </w:pPr>
      <w:r w:rsidRPr="00C9454D">
        <w:rPr>
          <w:sz w:val="24"/>
          <w:szCs w:val="24"/>
        </w:rPr>
        <w:t>“And it’s what you’re doing,” Guy said firmly. “Don’t doubt it.”</w:t>
      </w:r>
    </w:p>
    <w:p w14:paraId="33810555" w14:textId="77777777" w:rsidR="00953D45" w:rsidRPr="00C9454D" w:rsidRDefault="00953D45" w:rsidP="00C9454D">
      <w:pPr>
        <w:rPr>
          <w:sz w:val="24"/>
          <w:szCs w:val="24"/>
        </w:rPr>
      </w:pPr>
    </w:p>
    <w:p w14:paraId="77B66FE2" w14:textId="1882B7D4" w:rsidR="00953D45" w:rsidRPr="00C9454D" w:rsidRDefault="00953D45" w:rsidP="00C9454D">
      <w:pPr>
        <w:rPr>
          <w:sz w:val="24"/>
          <w:szCs w:val="24"/>
        </w:rPr>
      </w:pPr>
      <w:r w:rsidRPr="00C9454D">
        <w:rPr>
          <w:sz w:val="24"/>
          <w:szCs w:val="24"/>
        </w:rPr>
        <w:t>Despite their busy days, they always ma</w:t>
      </w:r>
      <w:r w:rsidR="00DD1FF5" w:rsidRPr="00C9454D">
        <w:rPr>
          <w:sz w:val="24"/>
          <w:szCs w:val="24"/>
        </w:rPr>
        <w:t xml:space="preserve">de </w:t>
      </w:r>
      <w:r w:rsidRPr="00C9454D">
        <w:rPr>
          <w:sz w:val="24"/>
          <w:szCs w:val="24"/>
        </w:rPr>
        <w:t>time for each other. Whether sharing a quiet meal, walking the grounds at dusk, or simply sitting by the fire, their connection remained a source of strength for both of them.</w:t>
      </w:r>
    </w:p>
    <w:p w14:paraId="2CEF216C" w14:textId="77777777" w:rsidR="00953D45" w:rsidRPr="00C9454D" w:rsidRDefault="00953D45" w:rsidP="00C9454D">
      <w:pPr>
        <w:rPr>
          <w:sz w:val="24"/>
          <w:szCs w:val="24"/>
        </w:rPr>
      </w:pPr>
      <w:r w:rsidRPr="00C9454D">
        <w:rPr>
          <w:sz w:val="24"/>
          <w:szCs w:val="24"/>
        </w:rPr>
        <w:t>One evening, as they lay in bed, Abilene turned to him with a thoughtful expression. “Do you think Lady Helena ever felt overwhelmed by everything she accomplished?”</w:t>
      </w:r>
    </w:p>
    <w:p w14:paraId="6CE1EA7F" w14:textId="77777777" w:rsidR="00953D45" w:rsidRPr="00C9454D" w:rsidRDefault="00953D45" w:rsidP="00C9454D">
      <w:pPr>
        <w:rPr>
          <w:sz w:val="24"/>
          <w:szCs w:val="24"/>
        </w:rPr>
      </w:pPr>
      <w:r w:rsidRPr="00C9454D">
        <w:rPr>
          <w:sz w:val="24"/>
          <w:szCs w:val="24"/>
        </w:rPr>
        <w:t>Guy chuckled softly. “If she did, I imagine she had someone like you to remind her why it was all worth it.”</w:t>
      </w:r>
    </w:p>
    <w:p w14:paraId="31EE082B" w14:textId="113D4EEF" w:rsidR="00953D45" w:rsidRPr="00C9454D" w:rsidRDefault="00953D45" w:rsidP="00C9454D">
      <w:pPr>
        <w:rPr>
          <w:sz w:val="24"/>
          <w:szCs w:val="24"/>
        </w:rPr>
      </w:pPr>
      <w:r w:rsidRPr="00C9454D">
        <w:rPr>
          <w:sz w:val="24"/>
          <w:szCs w:val="24"/>
        </w:rPr>
        <w:t>Abilene smiled, pressing a kiss to his cheek. “You’re my anchor, Guy. I hope you know that</w:t>
      </w:r>
      <w:r w:rsidR="0094203A" w:rsidRPr="00C9454D">
        <w:rPr>
          <w:sz w:val="24"/>
          <w:szCs w:val="24"/>
        </w:rPr>
        <w:t xml:space="preserve"> and </w:t>
      </w:r>
      <w:r w:rsidR="00751A69" w:rsidRPr="00C9454D">
        <w:rPr>
          <w:sz w:val="24"/>
          <w:szCs w:val="24"/>
        </w:rPr>
        <w:t xml:space="preserve">I </w:t>
      </w:r>
      <w:r w:rsidR="00B17256" w:rsidRPr="00C9454D">
        <w:rPr>
          <w:sz w:val="24"/>
          <w:szCs w:val="24"/>
        </w:rPr>
        <w:t>love you more everyday.”</w:t>
      </w:r>
    </w:p>
    <w:p w14:paraId="13BC212E" w14:textId="73440E24" w:rsidR="00953D45" w:rsidRPr="00C9454D" w:rsidRDefault="00953D45" w:rsidP="00C9454D">
      <w:pPr>
        <w:rPr>
          <w:sz w:val="24"/>
          <w:szCs w:val="24"/>
        </w:rPr>
      </w:pPr>
      <w:r w:rsidRPr="00C9454D">
        <w:rPr>
          <w:sz w:val="24"/>
          <w:szCs w:val="24"/>
        </w:rPr>
        <w:t xml:space="preserve">“And you’re my </w:t>
      </w:r>
      <w:r w:rsidR="00561290" w:rsidRPr="00C9454D">
        <w:rPr>
          <w:sz w:val="24"/>
          <w:szCs w:val="24"/>
        </w:rPr>
        <w:t>light, I</w:t>
      </w:r>
      <w:r w:rsidR="002D02EB" w:rsidRPr="00C9454D">
        <w:rPr>
          <w:sz w:val="24"/>
          <w:szCs w:val="24"/>
        </w:rPr>
        <w:t xml:space="preserve"> don’t know if I c</w:t>
      </w:r>
      <w:r w:rsidR="00561290" w:rsidRPr="00C9454D">
        <w:rPr>
          <w:sz w:val="24"/>
          <w:szCs w:val="24"/>
        </w:rPr>
        <w:t>an</w:t>
      </w:r>
      <w:r w:rsidR="002D02EB" w:rsidRPr="00C9454D">
        <w:rPr>
          <w:sz w:val="24"/>
          <w:szCs w:val="24"/>
        </w:rPr>
        <w:t xml:space="preserve"> love you more</w:t>
      </w:r>
      <w:r w:rsidR="00561290" w:rsidRPr="00C9454D">
        <w:rPr>
          <w:sz w:val="24"/>
          <w:szCs w:val="24"/>
        </w:rPr>
        <w:t xml:space="preserve"> than hearts </w:t>
      </w:r>
      <w:r w:rsidR="002E5FD5" w:rsidRPr="00C9454D">
        <w:rPr>
          <w:sz w:val="24"/>
          <w:szCs w:val="24"/>
        </w:rPr>
        <w:t>allow,</w:t>
      </w:r>
      <w:r w:rsidRPr="00C9454D">
        <w:rPr>
          <w:sz w:val="24"/>
          <w:szCs w:val="24"/>
        </w:rPr>
        <w:t xml:space="preserve"> </w:t>
      </w:r>
      <w:r w:rsidR="002E5FD5" w:rsidRPr="00C9454D">
        <w:rPr>
          <w:sz w:val="24"/>
          <w:szCs w:val="24"/>
        </w:rPr>
        <w:t xml:space="preserve">but </w:t>
      </w:r>
      <w:r w:rsidR="004B1DF6" w:rsidRPr="00C9454D">
        <w:rPr>
          <w:sz w:val="24"/>
          <w:szCs w:val="24"/>
        </w:rPr>
        <w:t>I’ll</w:t>
      </w:r>
      <w:r w:rsidR="002E5FD5" w:rsidRPr="00C9454D">
        <w:rPr>
          <w:sz w:val="24"/>
          <w:szCs w:val="24"/>
        </w:rPr>
        <w:t xml:space="preserve"> try</w:t>
      </w:r>
      <w:r w:rsidR="00EC1ABD" w:rsidRPr="00C9454D">
        <w:rPr>
          <w:sz w:val="24"/>
          <w:szCs w:val="24"/>
        </w:rPr>
        <w:t xml:space="preserve">” </w:t>
      </w:r>
      <w:r w:rsidRPr="00C9454D">
        <w:rPr>
          <w:sz w:val="24"/>
          <w:szCs w:val="24"/>
        </w:rPr>
        <w:t>he replied, pulling her close.</w:t>
      </w:r>
    </w:p>
    <w:p w14:paraId="3351A718" w14:textId="77777777" w:rsidR="00953D45" w:rsidRPr="00C9454D" w:rsidRDefault="00953D45" w:rsidP="00C9454D">
      <w:pPr>
        <w:rPr>
          <w:sz w:val="24"/>
          <w:szCs w:val="24"/>
        </w:rPr>
      </w:pPr>
    </w:p>
    <w:p w14:paraId="7378838F" w14:textId="77777777" w:rsidR="004C45AC" w:rsidRPr="00C9454D" w:rsidRDefault="00953D45" w:rsidP="00C9454D">
      <w:pPr>
        <w:rPr>
          <w:sz w:val="24"/>
          <w:szCs w:val="24"/>
        </w:rPr>
      </w:pPr>
      <w:r w:rsidRPr="00C9454D">
        <w:rPr>
          <w:sz w:val="24"/>
          <w:szCs w:val="24"/>
        </w:rPr>
        <w:t>By the end of the third year, the seeds of an idea had begun to take root in Abilene’s mind.</w:t>
      </w:r>
      <w:r w:rsidR="00C9213E" w:rsidRPr="00C9454D">
        <w:rPr>
          <w:sz w:val="24"/>
          <w:szCs w:val="24"/>
        </w:rPr>
        <w:t xml:space="preserve"> One evening, as she sat in the study with an open ledger before her, she began to write:</w:t>
      </w:r>
      <w:r w:rsidR="00B81B12" w:rsidRPr="00C9454D">
        <w:rPr>
          <w:sz w:val="24"/>
          <w:szCs w:val="24"/>
        </w:rPr>
        <w:t xml:space="preserve"> </w:t>
      </w:r>
    </w:p>
    <w:p w14:paraId="180ED776" w14:textId="77777777" w:rsidR="00D85EC4" w:rsidRPr="00C9454D" w:rsidRDefault="00C9213E" w:rsidP="00C9454D">
      <w:pPr>
        <w:rPr>
          <w:sz w:val="24"/>
          <w:szCs w:val="24"/>
        </w:rPr>
      </w:pPr>
      <w:r w:rsidRPr="00C9454D">
        <w:rPr>
          <w:sz w:val="24"/>
          <w:szCs w:val="24"/>
        </w:rPr>
        <w:t>It would be a book of stewardship, innovation, and spiritual guidance—a way to preserve not only Lady Helena’s teachings but her own. It would be her gift to Guy, to High Haven, and to the future.</w:t>
      </w:r>
      <w:r w:rsidR="00282B81" w:rsidRPr="00C9454D">
        <w:rPr>
          <w:sz w:val="24"/>
          <w:szCs w:val="24"/>
        </w:rPr>
        <w:t xml:space="preserve">  </w:t>
      </w:r>
    </w:p>
    <w:p w14:paraId="5E842533" w14:textId="61F53C15" w:rsidR="00953D45" w:rsidRPr="00C9454D" w:rsidRDefault="00522C4D" w:rsidP="00C9454D">
      <w:pPr>
        <w:rPr>
          <w:sz w:val="24"/>
          <w:szCs w:val="24"/>
        </w:rPr>
      </w:pPr>
      <w:r w:rsidRPr="00C9454D">
        <w:rPr>
          <w:sz w:val="24"/>
          <w:szCs w:val="24"/>
        </w:rPr>
        <w:t>High Haven</w:t>
      </w:r>
      <w:r w:rsidR="00953D45" w:rsidRPr="00C9454D">
        <w:rPr>
          <w:sz w:val="24"/>
          <w:szCs w:val="24"/>
        </w:rPr>
        <w:t xml:space="preserve"> had become a hub of knowledge and innovation, not only because of Lady Helena’s journals but because of the lessons Abilene had learned along the way.</w:t>
      </w:r>
    </w:p>
    <w:p w14:paraId="0E93FB6F" w14:textId="77777777" w:rsidR="00953D45" w:rsidRPr="00C9454D" w:rsidRDefault="00953D45" w:rsidP="00C9454D">
      <w:pPr>
        <w:rPr>
          <w:sz w:val="24"/>
          <w:szCs w:val="24"/>
        </w:rPr>
      </w:pPr>
      <w:r w:rsidRPr="00C9454D">
        <w:rPr>
          <w:sz w:val="24"/>
          <w:szCs w:val="24"/>
        </w:rPr>
        <w:t>She realized that people weren’t just seeking her guidance—they were seeking a way of life. A better way to steward their resources, innovate for the future, and find hope in the present.</w:t>
      </w:r>
    </w:p>
    <w:p w14:paraId="5E2185FF" w14:textId="642DA0ED" w:rsidR="00953D45" w:rsidRPr="00C9454D" w:rsidRDefault="00F023A3" w:rsidP="00C9454D">
      <w:pPr>
        <w:rPr>
          <w:sz w:val="24"/>
          <w:szCs w:val="24"/>
        </w:rPr>
      </w:pPr>
      <w:r w:rsidRPr="00C9454D">
        <w:rPr>
          <w:sz w:val="24"/>
          <w:szCs w:val="24"/>
        </w:rPr>
        <w:t>She</w:t>
      </w:r>
      <w:r w:rsidR="00953D45" w:rsidRPr="00C9454D">
        <w:rPr>
          <w:sz w:val="24"/>
          <w:szCs w:val="24"/>
        </w:rPr>
        <w:t xml:space="preserve"> sat in Lady Helena’s study surrounded by the journals that had guided her for so long, she </w:t>
      </w:r>
      <w:r w:rsidR="002747C4" w:rsidRPr="00C9454D">
        <w:rPr>
          <w:sz w:val="24"/>
          <w:szCs w:val="24"/>
        </w:rPr>
        <w:t xml:space="preserve">looked at the </w:t>
      </w:r>
      <w:r w:rsidR="00953D45" w:rsidRPr="00C9454D">
        <w:rPr>
          <w:sz w:val="24"/>
          <w:szCs w:val="24"/>
        </w:rPr>
        <w:t>blank ledger. The crisp parchment felt both intimidating and inviting.</w:t>
      </w:r>
    </w:p>
    <w:p w14:paraId="471E7C13" w14:textId="77777777" w:rsidR="00953D45" w:rsidRPr="00C9454D" w:rsidRDefault="00953D45" w:rsidP="00C9454D">
      <w:pPr>
        <w:rPr>
          <w:sz w:val="24"/>
          <w:szCs w:val="24"/>
        </w:rPr>
      </w:pPr>
      <w:r w:rsidRPr="00C9454D">
        <w:rPr>
          <w:sz w:val="24"/>
          <w:szCs w:val="24"/>
        </w:rPr>
        <w:t>“What are you working on?” Guy asked, stepping into the room.</w:t>
      </w:r>
    </w:p>
    <w:p w14:paraId="778AC914" w14:textId="77777777" w:rsidR="00953D45" w:rsidRPr="00C9454D" w:rsidRDefault="00953D45" w:rsidP="00C9454D">
      <w:pPr>
        <w:rPr>
          <w:sz w:val="24"/>
          <w:szCs w:val="24"/>
        </w:rPr>
      </w:pPr>
      <w:r w:rsidRPr="00C9454D">
        <w:rPr>
          <w:sz w:val="24"/>
          <w:szCs w:val="24"/>
        </w:rPr>
        <w:t>She looked up at him, her expression thoughtful. “I think it’s time I start writing my own book. A way to preserve everything we’ve learned here—what Lady Helena left behind and what we’ve built together.”</w:t>
      </w:r>
    </w:p>
    <w:p w14:paraId="2250FEDA" w14:textId="77777777" w:rsidR="00953D45" w:rsidRPr="00C9454D" w:rsidRDefault="00953D45" w:rsidP="00C9454D">
      <w:pPr>
        <w:rPr>
          <w:sz w:val="24"/>
          <w:szCs w:val="24"/>
        </w:rPr>
      </w:pPr>
      <w:r w:rsidRPr="00C9454D">
        <w:rPr>
          <w:sz w:val="24"/>
          <w:szCs w:val="24"/>
        </w:rPr>
        <w:t>“What will you call it?”</w:t>
      </w:r>
    </w:p>
    <w:p w14:paraId="184DAAF8" w14:textId="77777777" w:rsidR="00953D45" w:rsidRPr="00C9454D" w:rsidRDefault="00953D45" w:rsidP="00C9454D">
      <w:pPr>
        <w:rPr>
          <w:sz w:val="24"/>
          <w:szCs w:val="24"/>
        </w:rPr>
      </w:pPr>
      <w:r w:rsidRPr="00C9454D">
        <w:rPr>
          <w:sz w:val="24"/>
          <w:szCs w:val="24"/>
        </w:rPr>
        <w:t>She smiled, the words forming in her mind. “The Keeper’s Way.”</w:t>
      </w:r>
    </w:p>
    <w:p w14:paraId="76A4A14A" w14:textId="77777777" w:rsidR="00953D45" w:rsidRPr="00C9454D" w:rsidRDefault="00953D45" w:rsidP="00C9454D">
      <w:pPr>
        <w:rPr>
          <w:sz w:val="24"/>
          <w:szCs w:val="24"/>
        </w:rPr>
      </w:pPr>
      <w:r w:rsidRPr="00C9454D">
        <w:rPr>
          <w:sz w:val="24"/>
          <w:szCs w:val="24"/>
        </w:rPr>
        <w:t>Guy nodded, his eyes filled with pride. “It’s perfect. Just like you.”</w:t>
      </w:r>
    </w:p>
    <w:p w14:paraId="24CC92BD" w14:textId="77777777" w:rsidR="00953D45" w:rsidRPr="00C9454D" w:rsidRDefault="00953D45" w:rsidP="00C9454D">
      <w:pPr>
        <w:rPr>
          <w:sz w:val="24"/>
          <w:szCs w:val="24"/>
        </w:rPr>
      </w:pPr>
      <w:r w:rsidRPr="00C9454D">
        <w:rPr>
          <w:sz w:val="24"/>
          <w:szCs w:val="24"/>
        </w:rPr>
        <w:t>Abilene set down her pen, her heart full. Lady Helena had left her a legacy, but now it was her turn to leave one of her own—with Guy by her side, as her partner and her unwavering strength.</w:t>
      </w:r>
    </w:p>
    <w:p w14:paraId="57262411" w14:textId="77777777" w:rsidR="00953D45" w:rsidRPr="00C9454D" w:rsidRDefault="00953D45" w:rsidP="00C9454D">
      <w:pPr>
        <w:rPr>
          <w:sz w:val="24"/>
          <w:szCs w:val="24"/>
        </w:rPr>
      </w:pPr>
    </w:p>
    <w:p w14:paraId="2BA8D1A9" w14:textId="77777777" w:rsidR="00D84BE8" w:rsidRPr="00C9454D" w:rsidRDefault="00D84BE8" w:rsidP="00C9454D">
      <w:pPr>
        <w:rPr>
          <w:sz w:val="24"/>
          <w:szCs w:val="24"/>
        </w:rPr>
      </w:pPr>
      <w:r w:rsidRPr="00C9454D">
        <w:rPr>
          <w:sz w:val="24"/>
          <w:szCs w:val="24"/>
        </w:rPr>
        <w:t>It arrived wrapped in linen. Hand-delivered by a courier from Poitou.</w:t>
      </w:r>
    </w:p>
    <w:p w14:paraId="06800449" w14:textId="77777777" w:rsidR="00D84BE8" w:rsidRPr="00C9454D" w:rsidRDefault="00D84BE8" w:rsidP="00C9454D">
      <w:pPr>
        <w:rPr>
          <w:sz w:val="24"/>
          <w:szCs w:val="24"/>
        </w:rPr>
      </w:pPr>
      <w:r w:rsidRPr="00C9454D">
        <w:rPr>
          <w:sz w:val="24"/>
          <w:szCs w:val="24"/>
        </w:rPr>
        <w:t>Abilene brought it to him one spring morning, brow furrowed.</w:t>
      </w:r>
    </w:p>
    <w:p w14:paraId="7831075C" w14:textId="77777777" w:rsidR="00D84BE8" w:rsidRPr="00C9454D" w:rsidRDefault="00D84BE8" w:rsidP="00C9454D">
      <w:pPr>
        <w:rPr>
          <w:sz w:val="24"/>
          <w:szCs w:val="24"/>
        </w:rPr>
      </w:pPr>
      <w:r w:rsidRPr="00C9454D">
        <w:rPr>
          <w:sz w:val="24"/>
          <w:szCs w:val="24"/>
        </w:rPr>
        <w:t xml:space="preserve">“It’s from </w:t>
      </w:r>
      <w:proofErr w:type="spellStart"/>
      <w:r w:rsidRPr="00C9454D">
        <w:rPr>
          <w:sz w:val="24"/>
          <w:szCs w:val="24"/>
        </w:rPr>
        <w:t>Ysabeau</w:t>
      </w:r>
      <w:proofErr w:type="spellEnd"/>
      <w:r w:rsidRPr="00C9454D">
        <w:rPr>
          <w:sz w:val="24"/>
          <w:szCs w:val="24"/>
        </w:rPr>
        <w:t>,” she said.</w:t>
      </w:r>
    </w:p>
    <w:p w14:paraId="0BF44006" w14:textId="77777777" w:rsidR="00D84BE8" w:rsidRPr="00C9454D" w:rsidRDefault="00D84BE8" w:rsidP="00C9454D">
      <w:pPr>
        <w:rPr>
          <w:sz w:val="24"/>
          <w:szCs w:val="24"/>
        </w:rPr>
      </w:pPr>
      <w:r w:rsidRPr="00C9454D">
        <w:rPr>
          <w:sz w:val="24"/>
          <w:szCs w:val="24"/>
        </w:rPr>
        <w:t>Guy sat down. Carefully unwrapped the scroll.</w:t>
      </w:r>
    </w:p>
    <w:p w14:paraId="3448D35D" w14:textId="77777777" w:rsidR="00D84BE8" w:rsidRPr="00C9454D" w:rsidRDefault="00D84BE8" w:rsidP="00C9454D">
      <w:pPr>
        <w:rPr>
          <w:sz w:val="24"/>
          <w:szCs w:val="24"/>
        </w:rPr>
      </w:pPr>
      <w:r w:rsidRPr="00C9454D">
        <w:rPr>
          <w:sz w:val="24"/>
          <w:szCs w:val="24"/>
        </w:rPr>
        <w:t>The handwriting was hers. Isabelle’s. Faint. Scrawled in fevered lines. The parchment carried the scent of cedar and crushed lavender.</w:t>
      </w:r>
    </w:p>
    <w:p w14:paraId="68E15E90" w14:textId="77777777" w:rsidR="00D84BE8" w:rsidRPr="00C9454D" w:rsidRDefault="00D84BE8" w:rsidP="00C9454D">
      <w:pPr>
        <w:rPr>
          <w:sz w:val="24"/>
          <w:szCs w:val="24"/>
        </w:rPr>
      </w:pPr>
      <w:r w:rsidRPr="00C9454D">
        <w:rPr>
          <w:i/>
          <w:iCs/>
          <w:sz w:val="24"/>
          <w:szCs w:val="24"/>
        </w:rPr>
        <w:t>My dearest love,</w:t>
      </w:r>
    </w:p>
    <w:p w14:paraId="28F5BAF7" w14:textId="77777777" w:rsidR="00D84BE8" w:rsidRPr="00C9454D" w:rsidRDefault="00D84BE8" w:rsidP="00C9454D">
      <w:pPr>
        <w:rPr>
          <w:sz w:val="24"/>
          <w:szCs w:val="24"/>
        </w:rPr>
      </w:pPr>
      <w:r w:rsidRPr="00C9454D">
        <w:rPr>
          <w:i/>
          <w:iCs/>
          <w:sz w:val="24"/>
          <w:szCs w:val="24"/>
        </w:rPr>
        <w:t>If this reaches you, I am already gone. I know what the fever is. The same that took my sister. I write because I am afraid—not of death, but of leaving you unspoken.</w:t>
      </w:r>
    </w:p>
    <w:p w14:paraId="76126AD9" w14:textId="77777777" w:rsidR="00D84BE8" w:rsidRPr="00C9454D" w:rsidRDefault="00D84BE8" w:rsidP="00C9454D">
      <w:pPr>
        <w:rPr>
          <w:sz w:val="24"/>
          <w:szCs w:val="24"/>
        </w:rPr>
      </w:pPr>
      <w:r w:rsidRPr="00C9454D">
        <w:rPr>
          <w:i/>
          <w:iCs/>
          <w:sz w:val="24"/>
          <w:szCs w:val="24"/>
        </w:rPr>
        <w:t>You were never meant to be loved quietly, Guy. But I did my best. I carried our child with joy. I hope you carry us with peace.</w:t>
      </w:r>
    </w:p>
    <w:p w14:paraId="3B99EDDC" w14:textId="77777777" w:rsidR="00D84BE8" w:rsidRPr="00C9454D" w:rsidRDefault="00D84BE8" w:rsidP="00C9454D">
      <w:pPr>
        <w:rPr>
          <w:sz w:val="24"/>
          <w:szCs w:val="24"/>
        </w:rPr>
      </w:pPr>
      <w:r w:rsidRPr="00C9454D">
        <w:rPr>
          <w:i/>
          <w:iCs/>
          <w:sz w:val="24"/>
          <w:szCs w:val="24"/>
        </w:rPr>
        <w:t>Promise me you’ll love again. Let someone in. Don’t punish the future for the ache of the past.</w:t>
      </w:r>
    </w:p>
    <w:p w14:paraId="1B46E179" w14:textId="77777777" w:rsidR="00D84BE8" w:rsidRPr="00C9454D" w:rsidRDefault="00D84BE8" w:rsidP="00C9454D">
      <w:pPr>
        <w:rPr>
          <w:sz w:val="24"/>
          <w:szCs w:val="24"/>
        </w:rPr>
      </w:pPr>
      <w:r w:rsidRPr="00C9454D">
        <w:rPr>
          <w:i/>
          <w:iCs/>
          <w:sz w:val="24"/>
          <w:szCs w:val="24"/>
        </w:rPr>
        <w:t>And when you feel the wind shift, when a woman walks into your life speaking fire and scripture—say yes, Guy. Say yes for me.</w:t>
      </w:r>
    </w:p>
    <w:p w14:paraId="09449C8D" w14:textId="77777777" w:rsidR="00D84BE8" w:rsidRPr="00C9454D" w:rsidRDefault="00D84BE8" w:rsidP="00C9454D">
      <w:pPr>
        <w:rPr>
          <w:sz w:val="24"/>
          <w:szCs w:val="24"/>
        </w:rPr>
      </w:pPr>
      <w:r w:rsidRPr="00C9454D">
        <w:rPr>
          <w:i/>
          <w:iCs/>
          <w:sz w:val="24"/>
          <w:szCs w:val="24"/>
        </w:rPr>
        <w:t>Yours, always,</w:t>
      </w:r>
      <w:r w:rsidRPr="00C9454D">
        <w:rPr>
          <w:sz w:val="24"/>
          <w:szCs w:val="24"/>
        </w:rPr>
        <w:t xml:space="preserve"> </w:t>
      </w:r>
      <w:r w:rsidRPr="00C9454D">
        <w:rPr>
          <w:i/>
          <w:iCs/>
          <w:sz w:val="24"/>
          <w:szCs w:val="24"/>
        </w:rPr>
        <w:t>Isabelle</w:t>
      </w:r>
    </w:p>
    <w:p w14:paraId="28368C8A" w14:textId="77777777" w:rsidR="00D84BE8" w:rsidRPr="00C9454D" w:rsidRDefault="00D84BE8" w:rsidP="00C9454D">
      <w:pPr>
        <w:rPr>
          <w:sz w:val="24"/>
          <w:szCs w:val="24"/>
        </w:rPr>
      </w:pPr>
      <w:r w:rsidRPr="00C9454D">
        <w:rPr>
          <w:sz w:val="24"/>
          <w:szCs w:val="24"/>
        </w:rPr>
        <w:t>He didn’t speak for an hour.</w:t>
      </w:r>
    </w:p>
    <w:p w14:paraId="4FBA5044" w14:textId="77777777" w:rsidR="00D84BE8" w:rsidRPr="00C9454D" w:rsidRDefault="00D84BE8" w:rsidP="00C9454D">
      <w:pPr>
        <w:rPr>
          <w:sz w:val="24"/>
          <w:szCs w:val="24"/>
        </w:rPr>
      </w:pPr>
      <w:r w:rsidRPr="00C9454D">
        <w:rPr>
          <w:sz w:val="24"/>
          <w:szCs w:val="24"/>
        </w:rPr>
        <w:t>Then he rose. Walked outside.</w:t>
      </w:r>
    </w:p>
    <w:p w14:paraId="39A61B24" w14:textId="77777777" w:rsidR="00D84BE8" w:rsidRPr="00C9454D" w:rsidRDefault="00D84BE8" w:rsidP="00C9454D">
      <w:pPr>
        <w:rPr>
          <w:sz w:val="24"/>
          <w:szCs w:val="24"/>
        </w:rPr>
      </w:pPr>
      <w:r w:rsidRPr="00C9454D">
        <w:rPr>
          <w:sz w:val="24"/>
          <w:szCs w:val="24"/>
        </w:rPr>
        <w:t xml:space="preserve">And wept into the soil of </w:t>
      </w:r>
      <w:proofErr w:type="spellStart"/>
      <w:r w:rsidRPr="00C9454D">
        <w:rPr>
          <w:sz w:val="24"/>
          <w:szCs w:val="24"/>
        </w:rPr>
        <w:t>Teston</w:t>
      </w:r>
      <w:proofErr w:type="spellEnd"/>
      <w:r w:rsidRPr="00C9454D">
        <w:rPr>
          <w:sz w:val="24"/>
          <w:szCs w:val="24"/>
        </w:rPr>
        <w:t>, where he had finally built something that could grow.</w:t>
      </w:r>
    </w:p>
    <w:p w14:paraId="346C1722" w14:textId="77777777" w:rsidR="00D84BE8" w:rsidRPr="00C9454D" w:rsidRDefault="00FE197F" w:rsidP="00C9454D">
      <w:pPr>
        <w:rPr>
          <w:sz w:val="24"/>
          <w:szCs w:val="24"/>
        </w:rPr>
      </w:pPr>
      <w:r>
        <w:rPr>
          <w:noProof/>
          <w:sz w:val="24"/>
          <w:szCs w:val="24"/>
        </w:rPr>
      </w:r>
      <w:r w:rsidR="00FE197F">
        <w:rPr>
          <w:noProof/>
          <w:sz w:val="24"/>
          <w:szCs w:val="24"/>
        </w:rPr>
        <w:pict w14:anchorId="29A14A36">
          <v:rect id="_x0000_i1077" style="width:0;height:1.5pt" o:hralign="center" o:hrstd="t" o:hr="t" fillcolor="#a0a0a0" stroked="f"/>
        </w:pict>
      </w:r>
    </w:p>
    <w:p w14:paraId="31C05223" w14:textId="3DB43CBF" w:rsidR="00D84BE8" w:rsidRPr="00C9454D" w:rsidRDefault="00D84BE8" w:rsidP="00C9454D">
      <w:pPr>
        <w:rPr>
          <w:sz w:val="24"/>
          <w:szCs w:val="24"/>
        </w:rPr>
      </w:pPr>
      <w:r w:rsidRPr="00C9454D">
        <w:rPr>
          <w:b/>
          <w:bCs/>
          <w:sz w:val="24"/>
          <w:szCs w:val="24"/>
        </w:rPr>
        <w:t>Abilene Reads Isabelle’s Scroll</w:t>
      </w:r>
    </w:p>
    <w:p w14:paraId="3A1BD9F0" w14:textId="77777777" w:rsidR="00D84BE8" w:rsidRPr="00C9454D" w:rsidRDefault="00D84BE8" w:rsidP="00C9454D">
      <w:pPr>
        <w:rPr>
          <w:sz w:val="24"/>
          <w:szCs w:val="24"/>
        </w:rPr>
      </w:pPr>
      <w:r w:rsidRPr="00C9454D">
        <w:rPr>
          <w:sz w:val="24"/>
          <w:szCs w:val="24"/>
        </w:rPr>
        <w:t>She found him there—kneeling in the garden, the scroll fallen from his lap, hands clenched in the dirt.</w:t>
      </w:r>
    </w:p>
    <w:p w14:paraId="5984A221" w14:textId="3653ACC4" w:rsidR="00D84BE8" w:rsidRPr="00C9454D" w:rsidRDefault="00D84BE8" w:rsidP="00C9454D">
      <w:pPr>
        <w:rPr>
          <w:sz w:val="24"/>
          <w:szCs w:val="24"/>
        </w:rPr>
      </w:pPr>
      <w:r w:rsidRPr="00C9454D">
        <w:rPr>
          <w:sz w:val="24"/>
          <w:szCs w:val="24"/>
        </w:rPr>
        <w:t>She had never seen him like this. This was not a man holding pain.</w:t>
      </w:r>
    </w:p>
    <w:p w14:paraId="504CB2F0" w14:textId="77777777" w:rsidR="00D84BE8" w:rsidRPr="00C9454D" w:rsidRDefault="00D84BE8" w:rsidP="00C9454D">
      <w:pPr>
        <w:rPr>
          <w:sz w:val="24"/>
          <w:szCs w:val="24"/>
        </w:rPr>
      </w:pPr>
      <w:r w:rsidRPr="00C9454D">
        <w:rPr>
          <w:sz w:val="24"/>
          <w:szCs w:val="24"/>
        </w:rPr>
        <w:t xml:space="preserve">This was a man </w:t>
      </w:r>
      <w:r w:rsidRPr="00C9454D">
        <w:rPr>
          <w:i/>
          <w:iCs/>
          <w:sz w:val="24"/>
          <w:szCs w:val="24"/>
        </w:rPr>
        <w:t>undone</w:t>
      </w:r>
      <w:r w:rsidRPr="00C9454D">
        <w:rPr>
          <w:sz w:val="24"/>
          <w:szCs w:val="24"/>
        </w:rPr>
        <w:t xml:space="preserve"> by it.</w:t>
      </w:r>
    </w:p>
    <w:p w14:paraId="2979910F" w14:textId="77777777" w:rsidR="00D84BE8" w:rsidRPr="00C9454D" w:rsidRDefault="00D84BE8" w:rsidP="00C9454D">
      <w:pPr>
        <w:rPr>
          <w:sz w:val="24"/>
          <w:szCs w:val="24"/>
        </w:rPr>
      </w:pPr>
      <w:r w:rsidRPr="00C9454D">
        <w:rPr>
          <w:sz w:val="24"/>
          <w:szCs w:val="24"/>
        </w:rPr>
        <w:t>She reached for the scroll. Read it in silence.</w:t>
      </w:r>
    </w:p>
    <w:p w14:paraId="37BEA732" w14:textId="77777777" w:rsidR="00D84BE8" w:rsidRPr="00C9454D" w:rsidRDefault="00D84BE8" w:rsidP="00C9454D">
      <w:pPr>
        <w:rPr>
          <w:sz w:val="24"/>
          <w:szCs w:val="24"/>
        </w:rPr>
      </w:pPr>
      <w:r w:rsidRPr="00C9454D">
        <w:rPr>
          <w:sz w:val="24"/>
          <w:szCs w:val="24"/>
        </w:rPr>
        <w:t>And her heart… cracked.</w:t>
      </w:r>
    </w:p>
    <w:p w14:paraId="2820EC3A" w14:textId="331EE4EE" w:rsidR="00D84BE8" w:rsidRPr="00C9454D" w:rsidRDefault="00D84BE8" w:rsidP="00C9454D">
      <w:pPr>
        <w:rPr>
          <w:sz w:val="24"/>
          <w:szCs w:val="24"/>
        </w:rPr>
      </w:pPr>
      <w:r w:rsidRPr="00C9454D">
        <w:rPr>
          <w:sz w:val="24"/>
          <w:szCs w:val="24"/>
        </w:rPr>
        <w:t xml:space="preserve">It wasn’t the words. It wasn’t the child. It was the way his name lived in Isabelle’s handwriting. The way she spoke of him as if </w:t>
      </w:r>
      <w:r w:rsidR="00037B44" w:rsidRPr="00C9454D">
        <w:rPr>
          <w:sz w:val="24"/>
          <w:szCs w:val="24"/>
        </w:rPr>
        <w:t>s</w:t>
      </w:r>
      <w:r w:rsidRPr="00C9454D">
        <w:rPr>
          <w:sz w:val="24"/>
          <w:szCs w:val="24"/>
        </w:rPr>
        <w:t>he were already gone. As if she had known he would survive, and that he would love again.</w:t>
      </w:r>
    </w:p>
    <w:p w14:paraId="1213365A" w14:textId="77777777" w:rsidR="00D84BE8" w:rsidRPr="00C9454D" w:rsidRDefault="00D84BE8" w:rsidP="00C9454D">
      <w:pPr>
        <w:rPr>
          <w:sz w:val="24"/>
          <w:szCs w:val="24"/>
        </w:rPr>
      </w:pPr>
      <w:r w:rsidRPr="00C9454D">
        <w:rPr>
          <w:sz w:val="24"/>
          <w:szCs w:val="24"/>
        </w:rPr>
        <w:t>Abilene wiped her eyes.</w:t>
      </w:r>
    </w:p>
    <w:p w14:paraId="0618E6E7" w14:textId="77777777" w:rsidR="00D84BE8" w:rsidRPr="00C9454D" w:rsidRDefault="00D84BE8" w:rsidP="00C9454D">
      <w:pPr>
        <w:rPr>
          <w:sz w:val="24"/>
          <w:szCs w:val="24"/>
        </w:rPr>
      </w:pPr>
      <w:r w:rsidRPr="00C9454D">
        <w:rPr>
          <w:sz w:val="24"/>
          <w:szCs w:val="24"/>
        </w:rPr>
        <w:t>And then—just once—felt something she hadn’t expected.</w:t>
      </w:r>
    </w:p>
    <w:p w14:paraId="045ED4FC" w14:textId="77777777" w:rsidR="00D84BE8" w:rsidRPr="00C9454D" w:rsidRDefault="00D84BE8" w:rsidP="00C9454D">
      <w:pPr>
        <w:rPr>
          <w:sz w:val="24"/>
          <w:szCs w:val="24"/>
        </w:rPr>
      </w:pPr>
      <w:r w:rsidRPr="00C9454D">
        <w:rPr>
          <w:sz w:val="24"/>
          <w:szCs w:val="24"/>
        </w:rPr>
        <w:t>Jealousy.</w:t>
      </w:r>
    </w:p>
    <w:p w14:paraId="451D6957" w14:textId="77777777" w:rsidR="00D84BE8" w:rsidRPr="00C9454D" w:rsidRDefault="00D84BE8" w:rsidP="00C9454D">
      <w:pPr>
        <w:rPr>
          <w:sz w:val="24"/>
          <w:szCs w:val="24"/>
        </w:rPr>
      </w:pPr>
      <w:r w:rsidRPr="00C9454D">
        <w:rPr>
          <w:sz w:val="24"/>
          <w:szCs w:val="24"/>
        </w:rPr>
        <w:t xml:space="preserve">Not anger. Not resentment. Just a sudden, aching </w:t>
      </w:r>
      <w:r w:rsidRPr="00C9454D">
        <w:rPr>
          <w:i/>
          <w:iCs/>
          <w:sz w:val="24"/>
          <w:szCs w:val="24"/>
        </w:rPr>
        <w:t>wish</w:t>
      </w:r>
      <w:r w:rsidRPr="00C9454D">
        <w:rPr>
          <w:sz w:val="24"/>
          <w:szCs w:val="24"/>
        </w:rPr>
        <w:t xml:space="preserve"> that she had known this version of him. That she had seen him when his eyes were still full of youth and his heart hadn’t yet been broken.</w:t>
      </w:r>
    </w:p>
    <w:p w14:paraId="145F0560" w14:textId="77777777" w:rsidR="00D84BE8" w:rsidRPr="00C9454D" w:rsidRDefault="00D84BE8" w:rsidP="00C9454D">
      <w:pPr>
        <w:rPr>
          <w:sz w:val="24"/>
          <w:szCs w:val="24"/>
        </w:rPr>
      </w:pPr>
      <w:r w:rsidRPr="00C9454D">
        <w:rPr>
          <w:sz w:val="24"/>
          <w:szCs w:val="24"/>
        </w:rPr>
        <w:t>She knelt beside him.</w:t>
      </w:r>
    </w:p>
    <w:p w14:paraId="1C5DF464" w14:textId="77777777" w:rsidR="00D84BE8" w:rsidRPr="00C9454D" w:rsidRDefault="00D84BE8" w:rsidP="00C9454D">
      <w:pPr>
        <w:rPr>
          <w:sz w:val="24"/>
          <w:szCs w:val="24"/>
        </w:rPr>
      </w:pPr>
      <w:r w:rsidRPr="00C9454D">
        <w:rPr>
          <w:sz w:val="24"/>
          <w:szCs w:val="24"/>
        </w:rPr>
        <w:t>He didn’t look at her.</w:t>
      </w:r>
    </w:p>
    <w:p w14:paraId="5B7562DD" w14:textId="77777777" w:rsidR="00D84BE8" w:rsidRPr="00C9454D" w:rsidRDefault="00D84BE8" w:rsidP="00C9454D">
      <w:pPr>
        <w:rPr>
          <w:sz w:val="24"/>
          <w:szCs w:val="24"/>
        </w:rPr>
      </w:pPr>
      <w:r w:rsidRPr="00C9454D">
        <w:rPr>
          <w:b/>
          <w:bCs/>
          <w:sz w:val="24"/>
          <w:szCs w:val="24"/>
        </w:rPr>
        <w:t>ABILENE:</w:t>
      </w:r>
      <w:r w:rsidRPr="00C9454D">
        <w:rPr>
          <w:sz w:val="24"/>
          <w:szCs w:val="24"/>
        </w:rPr>
        <w:t xml:space="preserve"> "She loved you deeply."  "And you loved her."</w:t>
      </w:r>
    </w:p>
    <w:p w14:paraId="415E9D83" w14:textId="77777777" w:rsidR="00D84BE8" w:rsidRPr="00C9454D" w:rsidRDefault="00D84BE8" w:rsidP="00C9454D">
      <w:pPr>
        <w:rPr>
          <w:sz w:val="24"/>
          <w:szCs w:val="24"/>
        </w:rPr>
      </w:pPr>
      <w:r w:rsidRPr="00C9454D">
        <w:rPr>
          <w:sz w:val="24"/>
          <w:szCs w:val="24"/>
        </w:rPr>
        <w:t>Guy didn’t answer.</w:t>
      </w:r>
    </w:p>
    <w:p w14:paraId="65CD93A3" w14:textId="77777777" w:rsidR="00D84BE8" w:rsidRPr="00C9454D" w:rsidRDefault="00D84BE8" w:rsidP="00C9454D">
      <w:pPr>
        <w:rPr>
          <w:sz w:val="24"/>
          <w:szCs w:val="24"/>
        </w:rPr>
      </w:pPr>
      <w:r w:rsidRPr="00C9454D">
        <w:rPr>
          <w:sz w:val="24"/>
          <w:szCs w:val="24"/>
        </w:rPr>
        <w:t>She looked at him.</w:t>
      </w:r>
    </w:p>
    <w:p w14:paraId="1AA5C762" w14:textId="77777777" w:rsidR="00D84BE8" w:rsidRPr="00C9454D" w:rsidRDefault="00D84BE8" w:rsidP="00C9454D">
      <w:pPr>
        <w:rPr>
          <w:sz w:val="24"/>
          <w:szCs w:val="24"/>
        </w:rPr>
      </w:pPr>
      <w:r w:rsidRPr="00C9454D">
        <w:rPr>
          <w:sz w:val="24"/>
          <w:szCs w:val="24"/>
        </w:rPr>
        <w:t>They sat in silence.</w:t>
      </w:r>
    </w:p>
    <w:p w14:paraId="64DEB50B" w14:textId="77777777" w:rsidR="00D84BE8" w:rsidRPr="00C9454D" w:rsidRDefault="00D84BE8" w:rsidP="00C9454D">
      <w:pPr>
        <w:rPr>
          <w:sz w:val="24"/>
          <w:szCs w:val="24"/>
        </w:rPr>
      </w:pPr>
      <w:r w:rsidRPr="00C9454D">
        <w:rPr>
          <w:sz w:val="24"/>
          <w:szCs w:val="24"/>
        </w:rPr>
        <w:t>The wind moved gently through the garden, as if carrying Isabelle’s final blessing.</w:t>
      </w:r>
    </w:p>
    <w:p w14:paraId="4ED45AE9" w14:textId="77777777" w:rsidR="00D84BE8" w:rsidRPr="00C9454D" w:rsidRDefault="00D84BE8" w:rsidP="00C9454D">
      <w:pPr>
        <w:rPr>
          <w:sz w:val="24"/>
          <w:szCs w:val="24"/>
        </w:rPr>
      </w:pPr>
      <w:r w:rsidRPr="00C9454D">
        <w:rPr>
          <w:sz w:val="24"/>
          <w:szCs w:val="24"/>
        </w:rPr>
        <w:t>She reached for him, placing a hand on his shoulder. But he flinched—just slightly. And then, without turning:</w:t>
      </w:r>
    </w:p>
    <w:p w14:paraId="43B07669" w14:textId="77777777" w:rsidR="00D84BE8" w:rsidRPr="00C9454D" w:rsidRDefault="00D84BE8" w:rsidP="00C9454D">
      <w:pPr>
        <w:rPr>
          <w:sz w:val="24"/>
          <w:szCs w:val="24"/>
        </w:rPr>
      </w:pPr>
      <w:r w:rsidRPr="00C9454D">
        <w:rPr>
          <w:b/>
          <w:bCs/>
          <w:sz w:val="24"/>
          <w:szCs w:val="24"/>
        </w:rPr>
        <w:t>GUY:</w:t>
      </w:r>
      <w:r w:rsidRPr="00C9454D">
        <w:rPr>
          <w:sz w:val="24"/>
          <w:szCs w:val="24"/>
        </w:rPr>
        <w:t xml:space="preserve"> "Now is not the time, Abilene."</w:t>
      </w:r>
    </w:p>
    <w:p w14:paraId="63BB64D9" w14:textId="77777777" w:rsidR="00D84BE8" w:rsidRPr="00C9454D" w:rsidRDefault="00D84BE8" w:rsidP="00C9454D">
      <w:pPr>
        <w:rPr>
          <w:sz w:val="24"/>
          <w:szCs w:val="24"/>
        </w:rPr>
      </w:pPr>
      <w:r w:rsidRPr="00C9454D">
        <w:rPr>
          <w:sz w:val="24"/>
          <w:szCs w:val="24"/>
        </w:rPr>
        <w:t>It was curt. Too curt.</w:t>
      </w:r>
    </w:p>
    <w:p w14:paraId="2718B658" w14:textId="77777777" w:rsidR="00D84BE8" w:rsidRPr="00C9454D" w:rsidRDefault="00D84BE8" w:rsidP="00C9454D">
      <w:pPr>
        <w:rPr>
          <w:sz w:val="24"/>
          <w:szCs w:val="24"/>
        </w:rPr>
      </w:pPr>
      <w:r w:rsidRPr="00C9454D">
        <w:rPr>
          <w:sz w:val="24"/>
          <w:szCs w:val="24"/>
        </w:rPr>
        <w:t>She pulled back.</w:t>
      </w:r>
    </w:p>
    <w:p w14:paraId="7A181BD1" w14:textId="77777777" w:rsidR="00D84BE8" w:rsidRPr="00C9454D" w:rsidRDefault="00D84BE8" w:rsidP="00C9454D">
      <w:pPr>
        <w:rPr>
          <w:sz w:val="24"/>
          <w:szCs w:val="24"/>
        </w:rPr>
      </w:pPr>
      <w:r w:rsidRPr="00C9454D">
        <w:rPr>
          <w:sz w:val="24"/>
          <w:szCs w:val="24"/>
        </w:rPr>
        <w:t>He had never spoken to her like that.</w:t>
      </w:r>
    </w:p>
    <w:p w14:paraId="09F01691" w14:textId="77777777" w:rsidR="00D84BE8" w:rsidRPr="00C9454D" w:rsidRDefault="00D84BE8" w:rsidP="00C9454D">
      <w:pPr>
        <w:rPr>
          <w:sz w:val="24"/>
          <w:szCs w:val="24"/>
        </w:rPr>
      </w:pPr>
      <w:r w:rsidRPr="00C9454D">
        <w:rPr>
          <w:sz w:val="24"/>
          <w:szCs w:val="24"/>
        </w:rPr>
        <w:t>She stood slowly. Dignity intact. But something inside her cracked.</w:t>
      </w:r>
    </w:p>
    <w:p w14:paraId="5A9E730B" w14:textId="77777777" w:rsidR="00D84BE8" w:rsidRPr="00C9454D" w:rsidRDefault="00D84BE8" w:rsidP="00C9454D">
      <w:pPr>
        <w:rPr>
          <w:sz w:val="24"/>
          <w:szCs w:val="24"/>
        </w:rPr>
      </w:pPr>
      <w:r w:rsidRPr="00C9454D">
        <w:rPr>
          <w:sz w:val="24"/>
          <w:szCs w:val="24"/>
        </w:rPr>
        <w:t>She left the garden without another word. Because she knew—</w:t>
      </w:r>
      <w:r w:rsidRPr="00C9454D">
        <w:rPr>
          <w:b/>
          <w:bCs/>
          <w:sz w:val="24"/>
          <w:szCs w:val="24"/>
        </w:rPr>
        <w:t>this grief was not for sharing.</w:t>
      </w:r>
    </w:p>
    <w:p w14:paraId="0BB059F2" w14:textId="77777777" w:rsidR="00D84BE8" w:rsidRPr="00C9454D" w:rsidRDefault="00D84BE8" w:rsidP="00C9454D">
      <w:pPr>
        <w:rPr>
          <w:sz w:val="24"/>
          <w:szCs w:val="24"/>
        </w:rPr>
      </w:pPr>
      <w:r w:rsidRPr="00C9454D">
        <w:rPr>
          <w:sz w:val="24"/>
          <w:szCs w:val="24"/>
        </w:rPr>
        <w:t>And in that moment, she realized: Isabelle would always have this piece of him. The part that weeps without witness. The part she, Abilene, had never touched.</w:t>
      </w:r>
    </w:p>
    <w:p w14:paraId="07775071" w14:textId="77777777" w:rsidR="00D84BE8" w:rsidRPr="00C9454D" w:rsidRDefault="00D84BE8" w:rsidP="00C9454D">
      <w:pPr>
        <w:rPr>
          <w:sz w:val="24"/>
          <w:szCs w:val="24"/>
        </w:rPr>
      </w:pPr>
      <w:r w:rsidRPr="00C9454D">
        <w:rPr>
          <w:sz w:val="24"/>
          <w:szCs w:val="24"/>
        </w:rPr>
        <w:t>She had thought there were no lines between them. But there was one.</w:t>
      </w:r>
    </w:p>
    <w:p w14:paraId="0755A305" w14:textId="77777777" w:rsidR="00D84BE8" w:rsidRPr="00C9454D" w:rsidRDefault="00D84BE8" w:rsidP="00C9454D">
      <w:pPr>
        <w:rPr>
          <w:sz w:val="24"/>
          <w:szCs w:val="24"/>
        </w:rPr>
      </w:pPr>
      <w:r w:rsidRPr="00C9454D">
        <w:rPr>
          <w:sz w:val="24"/>
          <w:szCs w:val="24"/>
        </w:rPr>
        <w:t>And she had just found it.</w:t>
      </w:r>
    </w:p>
    <w:p w14:paraId="7DE88176" w14:textId="77777777" w:rsidR="00953D45" w:rsidRPr="00C9454D" w:rsidRDefault="00953D45" w:rsidP="00C9454D">
      <w:pPr>
        <w:rPr>
          <w:sz w:val="24"/>
          <w:szCs w:val="24"/>
        </w:rPr>
      </w:pPr>
    </w:p>
    <w:p w14:paraId="35D04083" w14:textId="299BA192" w:rsidR="008E69F4" w:rsidRPr="00C9454D" w:rsidRDefault="008E69F4" w:rsidP="00C9454D">
      <w:pPr>
        <w:pStyle w:val="Heading2"/>
        <w:rPr>
          <w:sz w:val="24"/>
          <w:szCs w:val="24"/>
        </w:rPr>
      </w:pPr>
      <w:r w:rsidRPr="00C9454D">
        <w:rPr>
          <w:sz w:val="24"/>
          <w:szCs w:val="24"/>
        </w:rPr>
        <w:t xml:space="preserve"> A King’s Perspective</w:t>
      </w:r>
    </w:p>
    <w:p w14:paraId="33DF6477" w14:textId="11FFBCB1" w:rsidR="00FB40BE" w:rsidRPr="00C9454D" w:rsidRDefault="00FB40BE" w:rsidP="00C9454D">
      <w:pPr>
        <w:pStyle w:val="Heading2"/>
        <w:rPr>
          <w:sz w:val="24"/>
          <w:szCs w:val="24"/>
        </w:rPr>
      </w:pPr>
      <w:r w:rsidRPr="00C9454D">
        <w:rPr>
          <w:sz w:val="24"/>
          <w:szCs w:val="24"/>
        </w:rPr>
        <w:t>120</w:t>
      </w:r>
      <w:r w:rsidR="007F1CBF" w:rsidRPr="00C9454D">
        <w:rPr>
          <w:sz w:val="24"/>
          <w:szCs w:val="24"/>
        </w:rPr>
        <w:t>4</w:t>
      </w:r>
    </w:p>
    <w:p w14:paraId="4366547A" w14:textId="77777777" w:rsidR="00FE761F" w:rsidRPr="00C9454D" w:rsidRDefault="00FE761F" w:rsidP="00C9454D">
      <w:pPr>
        <w:rPr>
          <w:sz w:val="24"/>
          <w:szCs w:val="24"/>
        </w:rPr>
      </w:pPr>
    </w:p>
    <w:p w14:paraId="1147A062" w14:textId="685CACA6" w:rsidR="008E69F4" w:rsidRPr="00C9454D" w:rsidRDefault="008E69F4" w:rsidP="00C9454D">
      <w:pPr>
        <w:rPr>
          <w:sz w:val="24"/>
          <w:szCs w:val="24"/>
        </w:rPr>
      </w:pPr>
      <w:r w:rsidRPr="00C9454D">
        <w:rPr>
          <w:sz w:val="24"/>
          <w:szCs w:val="24"/>
        </w:rPr>
        <w:t xml:space="preserve">The reports had been strange at first—whispers from messengers and emissaries, stories of an estate rising from ruin to become a hub of innovation. </w:t>
      </w:r>
      <w:r w:rsidR="00522C4D" w:rsidRPr="00C9454D">
        <w:rPr>
          <w:sz w:val="24"/>
          <w:szCs w:val="24"/>
        </w:rPr>
        <w:t>High Haven</w:t>
      </w:r>
      <w:r w:rsidRPr="00C9454D">
        <w:rPr>
          <w:sz w:val="24"/>
          <w:szCs w:val="24"/>
        </w:rPr>
        <w:t xml:space="preserve">, they called it. A place where streams were turned into lifelines, where fields that had once been barren now flourished, and where the name Lady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was spoken with reverence.</w:t>
      </w:r>
    </w:p>
    <w:p w14:paraId="03E08B53" w14:textId="77777777" w:rsidR="008E69F4" w:rsidRPr="00C9454D" w:rsidRDefault="008E69F4" w:rsidP="00C9454D">
      <w:pPr>
        <w:rPr>
          <w:sz w:val="24"/>
          <w:szCs w:val="24"/>
        </w:rPr>
      </w:pPr>
      <w:r w:rsidRPr="00C9454D">
        <w:rPr>
          <w:sz w:val="24"/>
          <w:szCs w:val="24"/>
        </w:rPr>
        <w:t>King John of England leaned back in his chair, the weight of the crown pressing heavy on his brow. It had been five years since his brother, Richard, had passed, leaving him to inherit a kingdom in disarray. While Richard had concerned himself with glory on the battlefield, John’s focus was on maintaining order and ensuring the wealth of his kingdom—or, more accurately, keeping both productive and loyal.</w:t>
      </w:r>
    </w:p>
    <w:p w14:paraId="584D99B6" w14:textId="734B8F77" w:rsidR="008E69F4" w:rsidRPr="00C9454D" w:rsidRDefault="008E69F4" w:rsidP="00C9454D">
      <w:pPr>
        <w:rPr>
          <w:sz w:val="24"/>
          <w:szCs w:val="24"/>
        </w:rPr>
      </w:pPr>
      <w:r w:rsidRPr="00C9454D">
        <w:rPr>
          <w:sz w:val="24"/>
          <w:szCs w:val="24"/>
        </w:rPr>
        <w:t xml:space="preserve">The flood that had devastated the </w:t>
      </w:r>
      <w:proofErr w:type="spellStart"/>
      <w:r w:rsidR="00225D06" w:rsidRPr="00C9454D">
        <w:rPr>
          <w:sz w:val="24"/>
          <w:szCs w:val="24"/>
        </w:rPr>
        <w:t>Teston</w:t>
      </w:r>
      <w:proofErr w:type="spellEnd"/>
      <w:r w:rsidRPr="00C9454D">
        <w:rPr>
          <w:sz w:val="24"/>
          <w:szCs w:val="24"/>
        </w:rPr>
        <w:t xml:space="preserve"> region had been a sore point in his rule, one he had largely ignored in favor of dealing with rebellious barons and securing his throne. Yet now, this </w:t>
      </w:r>
      <w:r w:rsidR="00522C4D" w:rsidRPr="00C9454D">
        <w:rPr>
          <w:sz w:val="24"/>
          <w:szCs w:val="24"/>
        </w:rPr>
        <w:t>High Haven</w:t>
      </w:r>
      <w:r w:rsidRPr="00C9454D">
        <w:rPr>
          <w:sz w:val="24"/>
          <w:szCs w:val="24"/>
        </w:rPr>
        <w:t xml:space="preserve"> had emerged as a success story, drawing the attention of lords and commoners alike.</w:t>
      </w:r>
    </w:p>
    <w:p w14:paraId="340EBB8D" w14:textId="04D00A60" w:rsidR="008E69F4" w:rsidRPr="00C9454D" w:rsidRDefault="008E69F4" w:rsidP="00C9454D">
      <w:pPr>
        <w:rPr>
          <w:sz w:val="24"/>
          <w:szCs w:val="24"/>
        </w:rPr>
      </w:pPr>
      <w:r w:rsidRPr="00C9454D">
        <w:rPr>
          <w:sz w:val="24"/>
          <w:szCs w:val="24"/>
        </w:rPr>
        <w:t>“</w:t>
      </w:r>
      <w:r w:rsidR="00522C4D" w:rsidRPr="00C9454D">
        <w:rPr>
          <w:sz w:val="24"/>
          <w:szCs w:val="24"/>
        </w:rPr>
        <w:t>High Haven</w:t>
      </w:r>
      <w:r w:rsidRPr="00C9454D">
        <w:rPr>
          <w:sz w:val="24"/>
          <w:szCs w:val="24"/>
        </w:rPr>
        <w:t>,” John murmured, his fingers drumming against the table. “What do you know of it?”</w:t>
      </w:r>
    </w:p>
    <w:p w14:paraId="343DE14C" w14:textId="77777777" w:rsidR="008E69F4" w:rsidRPr="00C9454D" w:rsidRDefault="008E69F4" w:rsidP="00C9454D">
      <w:pPr>
        <w:rPr>
          <w:sz w:val="24"/>
          <w:szCs w:val="24"/>
        </w:rPr>
      </w:pPr>
      <w:r w:rsidRPr="00C9454D">
        <w:rPr>
          <w:sz w:val="24"/>
          <w:szCs w:val="24"/>
        </w:rPr>
        <w:t>One of his advisors stepped forward, a rolled parchment in hand. “A remarkable recovery, Your Majesty. Lady Abilene and her husband, Sir Guy, have turned the estate into a center of learning and innovation. Their water filtration system has spread to surrounding villages, and their stone quarry is providing materials for rebuilding efforts throughout the region.”</w:t>
      </w:r>
    </w:p>
    <w:p w14:paraId="44F8E89E" w14:textId="77777777" w:rsidR="008E69F4" w:rsidRPr="00C9454D" w:rsidRDefault="008E69F4" w:rsidP="00C9454D">
      <w:pPr>
        <w:rPr>
          <w:sz w:val="24"/>
          <w:szCs w:val="24"/>
        </w:rPr>
      </w:pPr>
      <w:r w:rsidRPr="00C9454D">
        <w:rPr>
          <w:sz w:val="24"/>
          <w:szCs w:val="24"/>
        </w:rPr>
        <w:t>John raised an eyebrow. “And what of the people? Are they loyal?”</w:t>
      </w:r>
    </w:p>
    <w:p w14:paraId="1C00BE3B" w14:textId="77777777" w:rsidR="008E69F4" w:rsidRPr="00C9454D" w:rsidRDefault="008E69F4" w:rsidP="00C9454D">
      <w:pPr>
        <w:rPr>
          <w:sz w:val="24"/>
          <w:szCs w:val="24"/>
        </w:rPr>
      </w:pPr>
      <w:r w:rsidRPr="00C9454D">
        <w:rPr>
          <w:sz w:val="24"/>
          <w:szCs w:val="24"/>
        </w:rPr>
        <w:t>The advisor hesitated. “They speak highly of Lady Abilene, Your Majesty. Perhaps too highly.”</w:t>
      </w:r>
    </w:p>
    <w:p w14:paraId="638EA630" w14:textId="4BCA1F11" w:rsidR="008E69F4" w:rsidRPr="00C9454D" w:rsidRDefault="008E69F4" w:rsidP="00C9454D">
      <w:pPr>
        <w:rPr>
          <w:sz w:val="24"/>
          <w:szCs w:val="24"/>
        </w:rPr>
      </w:pPr>
      <w:r w:rsidRPr="00C9454D">
        <w:rPr>
          <w:sz w:val="24"/>
          <w:szCs w:val="24"/>
        </w:rPr>
        <w:t xml:space="preserve">John’s lips twitched into a faint smile. “It seems I must see this </w:t>
      </w:r>
      <w:r w:rsidR="00522C4D" w:rsidRPr="00C9454D">
        <w:rPr>
          <w:sz w:val="24"/>
          <w:szCs w:val="24"/>
        </w:rPr>
        <w:t>High Haven</w:t>
      </w:r>
      <w:r w:rsidRPr="00C9454D">
        <w:rPr>
          <w:sz w:val="24"/>
          <w:szCs w:val="24"/>
        </w:rPr>
        <w:t xml:space="preserve"> for myself.”</w:t>
      </w:r>
    </w:p>
    <w:p w14:paraId="248110F3" w14:textId="77777777" w:rsidR="00DB3E00" w:rsidRPr="00C9454D" w:rsidRDefault="00DB3E00" w:rsidP="00C9454D">
      <w:pPr>
        <w:pStyle w:val="Heading2"/>
        <w:rPr>
          <w:sz w:val="24"/>
          <w:szCs w:val="24"/>
        </w:rPr>
      </w:pPr>
    </w:p>
    <w:p w14:paraId="37AEECE8" w14:textId="430B5322" w:rsidR="006A216D" w:rsidRPr="00C9454D" w:rsidRDefault="006A216D" w:rsidP="00C9454D">
      <w:pPr>
        <w:pStyle w:val="Heading2"/>
        <w:rPr>
          <w:sz w:val="24"/>
          <w:szCs w:val="24"/>
        </w:rPr>
      </w:pPr>
      <w:r w:rsidRPr="00C9454D">
        <w:rPr>
          <w:sz w:val="24"/>
          <w:szCs w:val="24"/>
        </w:rPr>
        <w:t>A King’s Arrival</w:t>
      </w:r>
    </w:p>
    <w:p w14:paraId="635380AE" w14:textId="77777777" w:rsidR="007F1CBF" w:rsidRPr="00C9454D" w:rsidRDefault="007F1CBF" w:rsidP="00C9454D">
      <w:pPr>
        <w:rPr>
          <w:sz w:val="24"/>
          <w:szCs w:val="24"/>
        </w:rPr>
      </w:pPr>
    </w:p>
    <w:p w14:paraId="4CC348A9" w14:textId="4933CD30" w:rsidR="006A216D" w:rsidRPr="00C9454D" w:rsidRDefault="006A216D" w:rsidP="00C9454D">
      <w:pPr>
        <w:rPr>
          <w:sz w:val="24"/>
          <w:szCs w:val="24"/>
        </w:rPr>
      </w:pPr>
      <w:r w:rsidRPr="00C9454D">
        <w:rPr>
          <w:sz w:val="24"/>
          <w:szCs w:val="24"/>
        </w:rPr>
        <w:t xml:space="preserve">The journey to </w:t>
      </w:r>
      <w:r w:rsidR="00522C4D" w:rsidRPr="00C9454D">
        <w:rPr>
          <w:sz w:val="24"/>
          <w:szCs w:val="24"/>
        </w:rPr>
        <w:t>High Haven</w:t>
      </w:r>
      <w:r w:rsidRPr="00C9454D">
        <w:rPr>
          <w:sz w:val="24"/>
          <w:szCs w:val="24"/>
        </w:rPr>
        <w:t xml:space="preserve"> was long and tedious, but John’s curiosity grew with each mile. The villages they passed bore signs of recovery—fields planted with new crops, roads repaired with fresh stone. The whispers about Lady Abilene were confirmed at every stop.</w:t>
      </w:r>
    </w:p>
    <w:p w14:paraId="7AC76710" w14:textId="46FC5C16" w:rsidR="006A216D" w:rsidRPr="00C9454D" w:rsidRDefault="006A216D" w:rsidP="00C9454D">
      <w:pPr>
        <w:rPr>
          <w:sz w:val="24"/>
          <w:szCs w:val="24"/>
        </w:rPr>
      </w:pPr>
      <w:r w:rsidRPr="00C9454D">
        <w:rPr>
          <w:sz w:val="24"/>
          <w:szCs w:val="24"/>
        </w:rPr>
        <w:t>“She saved us,” one farmer had said, his voice filled with gratitude. “Her water system ma</w:t>
      </w:r>
      <w:r w:rsidR="00DD1FF5" w:rsidRPr="00C9454D">
        <w:rPr>
          <w:sz w:val="24"/>
          <w:szCs w:val="24"/>
        </w:rPr>
        <w:t xml:space="preserve">de </w:t>
      </w:r>
      <w:r w:rsidRPr="00C9454D">
        <w:rPr>
          <w:sz w:val="24"/>
          <w:szCs w:val="24"/>
        </w:rPr>
        <w:t>all the difference.”</w:t>
      </w:r>
    </w:p>
    <w:p w14:paraId="4EC9D1B0" w14:textId="132ACD33" w:rsidR="006A216D" w:rsidRPr="00C9454D" w:rsidRDefault="006A216D" w:rsidP="00C9454D">
      <w:pPr>
        <w:rPr>
          <w:sz w:val="24"/>
          <w:szCs w:val="24"/>
        </w:rPr>
      </w:pPr>
      <w:r w:rsidRPr="00C9454D">
        <w:rPr>
          <w:sz w:val="24"/>
          <w:szCs w:val="24"/>
        </w:rPr>
        <w:t xml:space="preserve">When John finally arrived at </w:t>
      </w:r>
      <w:r w:rsidR="00522C4D" w:rsidRPr="00C9454D">
        <w:rPr>
          <w:sz w:val="24"/>
          <w:szCs w:val="24"/>
        </w:rPr>
        <w:t>High Haven</w:t>
      </w:r>
      <w:r w:rsidRPr="00C9454D">
        <w:rPr>
          <w:sz w:val="24"/>
          <w:szCs w:val="24"/>
        </w:rPr>
        <w:t>, he was struck by its grandeur. The estate stood proud against the landscape, its manor restored to glory, its grounds teeming with activity. Workers moved with purpose, their faces filled with determination rather than despair.</w:t>
      </w:r>
    </w:p>
    <w:p w14:paraId="2F7E36F6" w14:textId="77777777" w:rsidR="006A216D" w:rsidRPr="00C9454D" w:rsidRDefault="006A216D" w:rsidP="00C9454D">
      <w:pPr>
        <w:rPr>
          <w:sz w:val="24"/>
          <w:szCs w:val="24"/>
        </w:rPr>
      </w:pPr>
      <w:r w:rsidRPr="00C9454D">
        <w:rPr>
          <w:sz w:val="24"/>
          <w:szCs w:val="24"/>
        </w:rPr>
        <w:t>As he dismounted his horse, he was greeted by a priest, his robes humble but his posture confident.</w:t>
      </w:r>
    </w:p>
    <w:p w14:paraId="180F5608" w14:textId="0EA30E7B" w:rsidR="006A216D" w:rsidRPr="00C9454D" w:rsidRDefault="006A216D" w:rsidP="00C9454D">
      <w:pPr>
        <w:rPr>
          <w:sz w:val="24"/>
          <w:szCs w:val="24"/>
        </w:rPr>
      </w:pPr>
      <w:r w:rsidRPr="00C9454D">
        <w:rPr>
          <w:sz w:val="24"/>
          <w:szCs w:val="24"/>
        </w:rPr>
        <w:t xml:space="preserve">“Your Majesty,” the man said, bowing deeply. “Welcome to </w:t>
      </w:r>
      <w:r w:rsidR="00522C4D" w:rsidRPr="00C9454D">
        <w:rPr>
          <w:sz w:val="24"/>
          <w:szCs w:val="24"/>
        </w:rPr>
        <w:t>High Haven</w:t>
      </w:r>
      <w:r w:rsidRPr="00C9454D">
        <w:rPr>
          <w:sz w:val="24"/>
          <w:szCs w:val="24"/>
        </w:rPr>
        <w:t xml:space="preserve">. I am Father </w:t>
      </w:r>
      <w:proofErr w:type="spellStart"/>
      <w:r w:rsidRPr="00C9454D">
        <w:rPr>
          <w:sz w:val="24"/>
          <w:szCs w:val="24"/>
        </w:rPr>
        <w:t>Elric</w:t>
      </w:r>
      <w:proofErr w:type="spellEnd"/>
      <w:r w:rsidRPr="00C9454D">
        <w:rPr>
          <w:sz w:val="24"/>
          <w:szCs w:val="24"/>
        </w:rPr>
        <w:t>.”</w:t>
      </w:r>
    </w:p>
    <w:p w14:paraId="1F644281" w14:textId="42A8E986" w:rsidR="006A216D" w:rsidRPr="00C9454D" w:rsidRDefault="006A216D" w:rsidP="00C9454D">
      <w:pPr>
        <w:rPr>
          <w:sz w:val="24"/>
          <w:szCs w:val="24"/>
        </w:rPr>
      </w:pPr>
      <w:r w:rsidRPr="00C9454D">
        <w:rPr>
          <w:sz w:val="24"/>
          <w:szCs w:val="24"/>
        </w:rPr>
        <w:t xml:space="preserve">John nodded, his eyes scanning the crowd that had gathered. A woman stepped forward then, her bearing noble yet unpretentious. She curtsied with grace, her voice steady as she said, “Your Majesty, I am Lady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It is an honor to welcome you to </w:t>
      </w:r>
      <w:r w:rsidR="00522C4D" w:rsidRPr="00C9454D">
        <w:rPr>
          <w:sz w:val="24"/>
          <w:szCs w:val="24"/>
        </w:rPr>
        <w:t>High Haven</w:t>
      </w:r>
      <w:r w:rsidRPr="00C9454D">
        <w:rPr>
          <w:sz w:val="24"/>
          <w:szCs w:val="24"/>
        </w:rPr>
        <w:t>.”</w:t>
      </w:r>
    </w:p>
    <w:p w14:paraId="64582148" w14:textId="2F6BB63C" w:rsidR="006A216D" w:rsidRPr="00C9454D" w:rsidRDefault="006A216D" w:rsidP="00C9454D">
      <w:pPr>
        <w:rPr>
          <w:sz w:val="24"/>
          <w:szCs w:val="24"/>
        </w:rPr>
      </w:pPr>
      <w:r w:rsidRPr="00C9454D">
        <w:rPr>
          <w:sz w:val="24"/>
          <w:szCs w:val="24"/>
        </w:rPr>
        <w:t>Her husband stood besi</w:t>
      </w:r>
      <w:r w:rsidR="00DD1FF5" w:rsidRPr="00C9454D">
        <w:rPr>
          <w:sz w:val="24"/>
          <w:szCs w:val="24"/>
        </w:rPr>
        <w:t xml:space="preserve">de </w:t>
      </w:r>
      <w:r w:rsidRPr="00C9454D">
        <w:rPr>
          <w:sz w:val="24"/>
          <w:szCs w:val="24"/>
        </w:rPr>
        <w:t xml:space="preserve">her, a tall, sturdy man who bowed respectfully. “And I am Sir Guy </w:t>
      </w:r>
      <w:r w:rsidR="00DD1FF5" w:rsidRPr="00C9454D">
        <w:rPr>
          <w:sz w:val="24"/>
          <w:szCs w:val="24"/>
        </w:rPr>
        <w:t xml:space="preserve">De </w:t>
      </w:r>
      <w:proofErr w:type="spellStart"/>
      <w:r w:rsidR="0075627C" w:rsidRPr="00C9454D">
        <w:rPr>
          <w:sz w:val="24"/>
          <w:szCs w:val="24"/>
        </w:rPr>
        <w:t>Peine</w:t>
      </w:r>
      <w:proofErr w:type="spellEnd"/>
      <w:r w:rsidRPr="00C9454D">
        <w:rPr>
          <w:sz w:val="24"/>
          <w:szCs w:val="24"/>
        </w:rPr>
        <w:t>, Your Majesty.”</w:t>
      </w:r>
    </w:p>
    <w:p w14:paraId="2401BFDE" w14:textId="76616AF6" w:rsidR="006A216D" w:rsidRPr="00C9454D" w:rsidRDefault="006A216D" w:rsidP="00C9454D">
      <w:pPr>
        <w:rPr>
          <w:sz w:val="24"/>
          <w:szCs w:val="24"/>
        </w:rPr>
      </w:pPr>
      <w:r w:rsidRPr="00C9454D">
        <w:rPr>
          <w:sz w:val="24"/>
          <w:szCs w:val="24"/>
        </w:rPr>
        <w:t xml:space="preserve">John studied them both, noting the quiet strength in their eyes. “The honor is mine,” he said, his tone measured. “I have heard much of your accomplishments. It seems </w:t>
      </w:r>
      <w:r w:rsidR="00522C4D" w:rsidRPr="00C9454D">
        <w:rPr>
          <w:sz w:val="24"/>
          <w:szCs w:val="24"/>
        </w:rPr>
        <w:t>High Haven</w:t>
      </w:r>
      <w:r w:rsidRPr="00C9454D">
        <w:rPr>
          <w:sz w:val="24"/>
          <w:szCs w:val="24"/>
        </w:rPr>
        <w:t xml:space="preserve"> has set an example for the entire kingdom.”</w:t>
      </w:r>
    </w:p>
    <w:p w14:paraId="03820EE1" w14:textId="77777777" w:rsidR="00D75855" w:rsidRPr="00C9454D" w:rsidRDefault="00FE197F" w:rsidP="00C9454D">
      <w:pPr>
        <w:rPr>
          <w:sz w:val="24"/>
          <w:szCs w:val="24"/>
        </w:rPr>
      </w:pPr>
      <w:r>
        <w:rPr>
          <w:noProof/>
          <w:sz w:val="24"/>
          <w:szCs w:val="24"/>
        </w:rPr>
      </w:r>
      <w:r w:rsidR="00FE197F">
        <w:rPr>
          <w:noProof/>
          <w:sz w:val="24"/>
          <w:szCs w:val="24"/>
        </w:rPr>
        <w:pict w14:anchorId="753A168C">
          <v:rect id="_x0000_i1078" style="width:0;height:1.5pt" o:hralign="center" o:hrstd="t" o:hr="t" fillcolor="#a0a0a0" stroked="f"/>
        </w:pict>
      </w:r>
    </w:p>
    <w:p w14:paraId="2F8180EA" w14:textId="32123F2E" w:rsidR="00D75855" w:rsidRPr="00C9454D" w:rsidRDefault="00D75855" w:rsidP="00C9454D">
      <w:pPr>
        <w:pStyle w:val="Heading2"/>
        <w:rPr>
          <w:sz w:val="24"/>
          <w:szCs w:val="24"/>
        </w:rPr>
      </w:pPr>
      <w:r w:rsidRPr="00C9454D">
        <w:rPr>
          <w:sz w:val="24"/>
          <w:szCs w:val="24"/>
        </w:rPr>
        <w:t xml:space="preserve">A Tour of </w:t>
      </w:r>
      <w:r w:rsidR="00522C4D" w:rsidRPr="00C9454D">
        <w:rPr>
          <w:sz w:val="24"/>
          <w:szCs w:val="24"/>
        </w:rPr>
        <w:t>High Haven</w:t>
      </w:r>
    </w:p>
    <w:p w14:paraId="05D77936" w14:textId="77777777" w:rsidR="00FE761F" w:rsidRPr="00C9454D" w:rsidRDefault="00FE761F" w:rsidP="00C9454D">
      <w:pPr>
        <w:rPr>
          <w:sz w:val="24"/>
          <w:szCs w:val="24"/>
        </w:rPr>
      </w:pPr>
    </w:p>
    <w:p w14:paraId="163B6D2C" w14:textId="77777777" w:rsidR="00D75855" w:rsidRPr="00C9454D" w:rsidRDefault="00D75855" w:rsidP="00C9454D">
      <w:pPr>
        <w:rPr>
          <w:sz w:val="24"/>
          <w:szCs w:val="24"/>
        </w:rPr>
      </w:pPr>
      <w:r w:rsidRPr="00C9454D">
        <w:rPr>
          <w:sz w:val="24"/>
          <w:szCs w:val="24"/>
        </w:rPr>
        <w:t>The day was spent touring the estate, and John was not easily impressed. Yet, as he walked the grounds, he found himself intrigued.</w:t>
      </w:r>
    </w:p>
    <w:p w14:paraId="00D7F480" w14:textId="77777777" w:rsidR="00D75855" w:rsidRPr="00C9454D" w:rsidRDefault="00D75855" w:rsidP="00C9454D">
      <w:pPr>
        <w:rPr>
          <w:sz w:val="24"/>
          <w:szCs w:val="24"/>
        </w:rPr>
      </w:pPr>
      <w:r w:rsidRPr="00C9454D">
        <w:rPr>
          <w:sz w:val="24"/>
          <w:szCs w:val="24"/>
        </w:rPr>
        <w:t>The water filtration system was simple yet ingenious, its design improving the lives of those who used it. The fields, once ruined by the flood, now yielded abundant crops thanks to innovative farming techniques. The quarry produced stone of such quality that even his architects would be envious.</w:t>
      </w:r>
    </w:p>
    <w:p w14:paraId="77CB78DC" w14:textId="77777777" w:rsidR="00D75855" w:rsidRPr="00C9454D" w:rsidRDefault="00D75855" w:rsidP="00C9454D">
      <w:pPr>
        <w:rPr>
          <w:sz w:val="24"/>
          <w:szCs w:val="24"/>
        </w:rPr>
      </w:pPr>
      <w:r w:rsidRPr="00C9454D">
        <w:rPr>
          <w:sz w:val="24"/>
          <w:szCs w:val="24"/>
        </w:rPr>
        <w:t>“You’ve built something remarkable here,” he said to Lady Abilene as they stood near the stream. “Tell me, how did you manage it?”</w:t>
      </w:r>
    </w:p>
    <w:p w14:paraId="53E89020" w14:textId="28613B05" w:rsidR="00D75855" w:rsidRPr="00C9454D" w:rsidRDefault="00D75855" w:rsidP="00C9454D">
      <w:pPr>
        <w:rPr>
          <w:sz w:val="24"/>
          <w:szCs w:val="24"/>
        </w:rPr>
      </w:pPr>
      <w:r w:rsidRPr="00C9454D">
        <w:rPr>
          <w:sz w:val="24"/>
          <w:szCs w:val="24"/>
        </w:rPr>
        <w:t xml:space="preserve">She smiled faintly, her hands clasped before her. “With the help of many, Your Majesty. </w:t>
      </w:r>
      <w:r w:rsidR="00522C4D" w:rsidRPr="00C9454D">
        <w:rPr>
          <w:sz w:val="24"/>
          <w:szCs w:val="24"/>
        </w:rPr>
        <w:t>High Haven</w:t>
      </w:r>
      <w:r w:rsidRPr="00C9454D">
        <w:rPr>
          <w:sz w:val="24"/>
          <w:szCs w:val="24"/>
        </w:rPr>
        <w:t>’s success is not mine alone. It belongs to everyone who believed we could rebuild.”</w:t>
      </w:r>
    </w:p>
    <w:p w14:paraId="1BEDF8EA" w14:textId="7140A56A" w:rsidR="00D75855" w:rsidRPr="00C9454D" w:rsidRDefault="00D75855" w:rsidP="00C9454D">
      <w:pPr>
        <w:rPr>
          <w:sz w:val="24"/>
          <w:szCs w:val="24"/>
        </w:rPr>
      </w:pPr>
      <w:r w:rsidRPr="00C9454D">
        <w:rPr>
          <w:sz w:val="24"/>
          <w:szCs w:val="24"/>
        </w:rPr>
        <w:t xml:space="preserve">John nodded, impressed by her humility. But as they continued the tour, he noticed something else. The people of </w:t>
      </w:r>
      <w:r w:rsidR="00522C4D" w:rsidRPr="00C9454D">
        <w:rPr>
          <w:sz w:val="24"/>
          <w:szCs w:val="24"/>
        </w:rPr>
        <w:t>High Haven</w:t>
      </w:r>
      <w:r w:rsidRPr="00C9454D">
        <w:rPr>
          <w:sz w:val="24"/>
          <w:szCs w:val="24"/>
        </w:rPr>
        <w:t xml:space="preserve"> didn’t just respect Abilene and Guy—they revered them. It was a quiet reverence, not the boisterous kind reserved for knights and kings, but one that ran deep.</w:t>
      </w:r>
    </w:p>
    <w:p w14:paraId="1372E1F5" w14:textId="77777777" w:rsidR="00D75855" w:rsidRPr="00C9454D" w:rsidRDefault="00FE197F" w:rsidP="00C9454D">
      <w:pPr>
        <w:rPr>
          <w:sz w:val="24"/>
          <w:szCs w:val="24"/>
        </w:rPr>
      </w:pPr>
      <w:r>
        <w:rPr>
          <w:noProof/>
          <w:sz w:val="24"/>
          <w:szCs w:val="24"/>
        </w:rPr>
      </w:r>
      <w:r w:rsidR="00FE197F">
        <w:rPr>
          <w:noProof/>
          <w:sz w:val="24"/>
          <w:szCs w:val="24"/>
        </w:rPr>
        <w:pict w14:anchorId="507FDDDD">
          <v:rect id="_x0000_i1079" style="width:0;height:1.5pt" o:hralign="center" o:hrstd="t" o:hr="t" fillcolor="#a0a0a0" stroked="f"/>
        </w:pict>
      </w:r>
    </w:p>
    <w:p w14:paraId="39532947" w14:textId="1ECE4362" w:rsidR="00D75855" w:rsidRPr="00C9454D" w:rsidRDefault="00D75855" w:rsidP="00C9454D">
      <w:pPr>
        <w:pStyle w:val="Heading2"/>
        <w:rPr>
          <w:sz w:val="24"/>
          <w:szCs w:val="24"/>
        </w:rPr>
      </w:pPr>
      <w:r w:rsidRPr="00C9454D">
        <w:rPr>
          <w:sz w:val="24"/>
          <w:szCs w:val="24"/>
        </w:rPr>
        <w:t xml:space="preserve">The Festival of </w:t>
      </w:r>
      <w:r w:rsidR="00F47BD8" w:rsidRPr="00C9454D">
        <w:rPr>
          <w:sz w:val="24"/>
          <w:szCs w:val="24"/>
        </w:rPr>
        <w:t>the River</w:t>
      </w:r>
    </w:p>
    <w:p w14:paraId="29D30630" w14:textId="77777777" w:rsidR="00FE761F" w:rsidRPr="00C9454D" w:rsidRDefault="00FE761F" w:rsidP="00C9454D">
      <w:pPr>
        <w:rPr>
          <w:sz w:val="24"/>
          <w:szCs w:val="24"/>
        </w:rPr>
      </w:pPr>
    </w:p>
    <w:p w14:paraId="46636840" w14:textId="7E3F14E9" w:rsidR="00D75855" w:rsidRPr="00C9454D" w:rsidRDefault="00D75855" w:rsidP="00C9454D">
      <w:pPr>
        <w:rPr>
          <w:sz w:val="24"/>
          <w:szCs w:val="24"/>
        </w:rPr>
      </w:pPr>
      <w:r w:rsidRPr="00C9454D">
        <w:rPr>
          <w:sz w:val="24"/>
          <w:szCs w:val="24"/>
        </w:rPr>
        <w:t xml:space="preserve">That evening, as John sat in the great hall of </w:t>
      </w:r>
      <w:r w:rsidR="00522C4D" w:rsidRPr="00C9454D">
        <w:rPr>
          <w:sz w:val="24"/>
          <w:szCs w:val="24"/>
        </w:rPr>
        <w:t>High Haven</w:t>
      </w:r>
      <w:r w:rsidRPr="00C9454D">
        <w:rPr>
          <w:sz w:val="24"/>
          <w:szCs w:val="24"/>
        </w:rPr>
        <w:t>, he found himself reflecting on the journey that had brought him there. The kingdom had faced so many challenges in recent years—rebellions, droughts, floods. Yet here, in this quiet corner of the realm, a beacon of hope had emerged.</w:t>
      </w:r>
    </w:p>
    <w:p w14:paraId="6EA348D2" w14:textId="37149BB7" w:rsidR="00D75855" w:rsidRPr="00C9454D" w:rsidRDefault="00D75855" w:rsidP="00C9454D">
      <w:pPr>
        <w:rPr>
          <w:sz w:val="24"/>
          <w:szCs w:val="24"/>
        </w:rPr>
      </w:pPr>
      <w:r w:rsidRPr="00C9454D">
        <w:rPr>
          <w:sz w:val="24"/>
          <w:szCs w:val="24"/>
        </w:rPr>
        <w:t>He rose from his seat, his voice cutting through the hum of conversation. “It is rare to find such resilience,” he began, his gaze sweeping the room. “</w:t>
      </w:r>
      <w:r w:rsidR="00522C4D" w:rsidRPr="00C9454D">
        <w:rPr>
          <w:sz w:val="24"/>
          <w:szCs w:val="24"/>
        </w:rPr>
        <w:t>High Haven</w:t>
      </w:r>
      <w:r w:rsidRPr="00C9454D">
        <w:rPr>
          <w:sz w:val="24"/>
          <w:szCs w:val="24"/>
        </w:rPr>
        <w:t xml:space="preserve"> stands as a testament to what can be achieved through determination, ingenuity, and unity. It is a model for what we must strive to achieve across the kingdom.”</w:t>
      </w:r>
    </w:p>
    <w:p w14:paraId="092D9DDF" w14:textId="77777777" w:rsidR="00D75855" w:rsidRPr="00C9454D" w:rsidRDefault="00D75855" w:rsidP="00C9454D">
      <w:pPr>
        <w:rPr>
          <w:sz w:val="24"/>
          <w:szCs w:val="24"/>
        </w:rPr>
      </w:pPr>
      <w:r w:rsidRPr="00C9454D">
        <w:rPr>
          <w:sz w:val="24"/>
          <w:szCs w:val="24"/>
        </w:rPr>
        <w:t>The room fell silent, the weight of his words sinking in.</w:t>
      </w:r>
    </w:p>
    <w:p w14:paraId="360E37F9" w14:textId="0D678550" w:rsidR="00D75855" w:rsidRPr="00C9454D" w:rsidRDefault="00D75855" w:rsidP="00C9454D">
      <w:pPr>
        <w:rPr>
          <w:sz w:val="24"/>
          <w:szCs w:val="24"/>
        </w:rPr>
      </w:pPr>
      <w:r w:rsidRPr="00C9454D">
        <w:rPr>
          <w:sz w:val="24"/>
          <w:szCs w:val="24"/>
        </w:rPr>
        <w:t xml:space="preserve">“To honor this achievement,” he continued, “I will sponsor a </w:t>
      </w:r>
      <w:r w:rsidR="00F47BD8" w:rsidRPr="00C9454D">
        <w:rPr>
          <w:sz w:val="24"/>
          <w:szCs w:val="24"/>
        </w:rPr>
        <w:t xml:space="preserve">River </w:t>
      </w:r>
      <w:r w:rsidRPr="00C9454D">
        <w:rPr>
          <w:sz w:val="24"/>
          <w:szCs w:val="24"/>
        </w:rPr>
        <w:t>Festival. A gathering of the villages along the river, to celebrate their recovery and to share what they have learned. It will be a time of unity, of reflection, and of hope for the future.”</w:t>
      </w:r>
    </w:p>
    <w:p w14:paraId="5A861BA1" w14:textId="77777777" w:rsidR="00D75855" w:rsidRPr="00C9454D" w:rsidRDefault="00D75855" w:rsidP="00C9454D">
      <w:pPr>
        <w:rPr>
          <w:sz w:val="24"/>
          <w:szCs w:val="24"/>
        </w:rPr>
      </w:pPr>
      <w:r w:rsidRPr="00C9454D">
        <w:rPr>
          <w:sz w:val="24"/>
          <w:szCs w:val="24"/>
        </w:rPr>
        <w:t>Cheers erupted, the villagers rising to their feet in applause. Abilene and Guy exchanged a glance, their hands clasped together.</w:t>
      </w:r>
    </w:p>
    <w:p w14:paraId="65DED6F6" w14:textId="09968C30" w:rsidR="00D75855" w:rsidRPr="00C9454D" w:rsidRDefault="00D75855"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standing nearby, leaned closer to Abilene. “This is your moment,” he whispered. “Your chance to show the world what </w:t>
      </w:r>
      <w:r w:rsidR="00522C4D" w:rsidRPr="00C9454D">
        <w:rPr>
          <w:sz w:val="24"/>
          <w:szCs w:val="24"/>
        </w:rPr>
        <w:t>High Haven</w:t>
      </w:r>
      <w:r w:rsidRPr="00C9454D">
        <w:rPr>
          <w:sz w:val="24"/>
          <w:szCs w:val="24"/>
        </w:rPr>
        <w:t xml:space="preserve"> has become.”</w:t>
      </w:r>
    </w:p>
    <w:p w14:paraId="30E995A7" w14:textId="77777777" w:rsidR="00D75855" w:rsidRPr="00C9454D" w:rsidRDefault="00D75855" w:rsidP="00C9454D">
      <w:pPr>
        <w:rPr>
          <w:sz w:val="24"/>
          <w:szCs w:val="24"/>
        </w:rPr>
      </w:pPr>
      <w:r w:rsidRPr="00C9454D">
        <w:rPr>
          <w:sz w:val="24"/>
          <w:szCs w:val="24"/>
        </w:rPr>
        <w:t>Abilene nodded, her mind already racing with ideas. The festival would be more than a celebration. It would be a way to share the innovations, the lessons, and the hope that had transformed their lives.</w:t>
      </w:r>
    </w:p>
    <w:p w14:paraId="0C1EEBEE" w14:textId="77777777" w:rsidR="00D75855" w:rsidRPr="00C9454D" w:rsidRDefault="00FE197F" w:rsidP="00C9454D">
      <w:pPr>
        <w:rPr>
          <w:sz w:val="24"/>
          <w:szCs w:val="24"/>
        </w:rPr>
      </w:pPr>
      <w:r>
        <w:rPr>
          <w:noProof/>
          <w:sz w:val="24"/>
          <w:szCs w:val="24"/>
        </w:rPr>
      </w:r>
      <w:r w:rsidR="00FE197F">
        <w:rPr>
          <w:noProof/>
          <w:sz w:val="24"/>
          <w:szCs w:val="24"/>
        </w:rPr>
        <w:pict w14:anchorId="546F3B6E">
          <v:rect id="_x0000_i1080" style="width:0;height:1.5pt" o:hralign="center" o:hrstd="t" o:hr="t" fillcolor="#a0a0a0" stroked="f"/>
        </w:pict>
      </w:r>
    </w:p>
    <w:p w14:paraId="722A7306" w14:textId="77777777" w:rsidR="006A216D" w:rsidRPr="00C9454D" w:rsidRDefault="006A216D" w:rsidP="00C9454D">
      <w:pPr>
        <w:rPr>
          <w:sz w:val="24"/>
          <w:szCs w:val="24"/>
        </w:rPr>
      </w:pPr>
    </w:p>
    <w:p w14:paraId="618BA30A" w14:textId="77777777" w:rsidR="006A216D" w:rsidRPr="00C9454D" w:rsidRDefault="006A216D" w:rsidP="00C9454D">
      <w:pPr>
        <w:pStyle w:val="Heading2"/>
        <w:rPr>
          <w:sz w:val="24"/>
          <w:szCs w:val="24"/>
        </w:rPr>
      </w:pPr>
      <w:r w:rsidRPr="00C9454D">
        <w:rPr>
          <w:sz w:val="24"/>
          <w:szCs w:val="24"/>
        </w:rPr>
        <w:t>A Conversation with the King</w:t>
      </w:r>
    </w:p>
    <w:p w14:paraId="352EBEC0" w14:textId="77777777" w:rsidR="00FE761F" w:rsidRPr="00C9454D" w:rsidRDefault="00FE761F" w:rsidP="00C9454D">
      <w:pPr>
        <w:rPr>
          <w:sz w:val="24"/>
          <w:szCs w:val="24"/>
        </w:rPr>
      </w:pPr>
    </w:p>
    <w:p w14:paraId="44FAAC32" w14:textId="03AC9B63" w:rsidR="006A216D" w:rsidRPr="00C9454D" w:rsidRDefault="006A216D" w:rsidP="00C9454D">
      <w:pPr>
        <w:rPr>
          <w:sz w:val="24"/>
          <w:szCs w:val="24"/>
        </w:rPr>
      </w:pPr>
      <w:r w:rsidRPr="00C9454D">
        <w:rPr>
          <w:sz w:val="24"/>
          <w:szCs w:val="24"/>
        </w:rPr>
        <w:t xml:space="preserve">Later that evening, after the formalities of the day, John found himself speaking privately with Abilene and Guy in </w:t>
      </w:r>
      <w:r w:rsidR="00522C4D" w:rsidRPr="00C9454D">
        <w:rPr>
          <w:sz w:val="24"/>
          <w:szCs w:val="24"/>
        </w:rPr>
        <w:t>High Haven</w:t>
      </w:r>
      <w:r w:rsidRPr="00C9454D">
        <w:rPr>
          <w:sz w:val="24"/>
          <w:szCs w:val="24"/>
        </w:rPr>
        <w:t>’s great hall. The fire crackled softly, casting warm light over the room.</w:t>
      </w:r>
    </w:p>
    <w:p w14:paraId="5FACD3C7" w14:textId="77777777" w:rsidR="006A216D" w:rsidRPr="00C9454D" w:rsidRDefault="006A216D" w:rsidP="00C9454D">
      <w:pPr>
        <w:rPr>
          <w:sz w:val="24"/>
          <w:szCs w:val="24"/>
        </w:rPr>
      </w:pPr>
      <w:r w:rsidRPr="00C9454D">
        <w:rPr>
          <w:sz w:val="24"/>
          <w:szCs w:val="24"/>
        </w:rPr>
        <w:t>“You have achieved something remarkable here,” John said, his tone thoughtful. “But tell me, Lady Abilene, are you recording these innovations? These methods of yours?”</w:t>
      </w:r>
    </w:p>
    <w:p w14:paraId="04455C6D" w14:textId="3A644618" w:rsidR="006A216D" w:rsidRPr="00C9454D" w:rsidRDefault="006A216D" w:rsidP="00C9454D">
      <w:pPr>
        <w:rPr>
          <w:sz w:val="24"/>
          <w:szCs w:val="24"/>
        </w:rPr>
      </w:pPr>
      <w:r w:rsidRPr="00C9454D">
        <w:rPr>
          <w:sz w:val="24"/>
          <w:szCs w:val="24"/>
        </w:rPr>
        <w:t>Abilene blinked, surprised by the question. “I am, Your Majesty,” she said carefully. “I’ve begun writing a book—The Keeper’s Way. It’s meant to preserve not only the innovations we’ve developed here but also the principles of stewardship and care that gui</w:t>
      </w:r>
      <w:r w:rsidR="00DD1FF5" w:rsidRPr="00C9454D">
        <w:rPr>
          <w:sz w:val="24"/>
          <w:szCs w:val="24"/>
        </w:rPr>
        <w:t xml:space="preserve">de </w:t>
      </w:r>
      <w:r w:rsidRPr="00C9454D">
        <w:rPr>
          <w:sz w:val="24"/>
          <w:szCs w:val="24"/>
        </w:rPr>
        <w:t>them.”</w:t>
      </w:r>
    </w:p>
    <w:p w14:paraId="73F780FC" w14:textId="7C45560C" w:rsidR="006A216D" w:rsidRPr="00C9454D" w:rsidRDefault="006A216D" w:rsidP="00C9454D">
      <w:pPr>
        <w:rPr>
          <w:sz w:val="24"/>
          <w:szCs w:val="24"/>
        </w:rPr>
      </w:pPr>
      <w:r w:rsidRPr="00C9454D">
        <w:rPr>
          <w:sz w:val="24"/>
          <w:szCs w:val="24"/>
        </w:rPr>
        <w:t>John leaned forward, his interest piqued. “A gui</w:t>
      </w:r>
      <w:r w:rsidR="00DD1FF5" w:rsidRPr="00C9454D">
        <w:rPr>
          <w:sz w:val="24"/>
          <w:szCs w:val="24"/>
        </w:rPr>
        <w:t xml:space="preserve">de </w:t>
      </w:r>
      <w:r w:rsidRPr="00C9454D">
        <w:rPr>
          <w:sz w:val="24"/>
          <w:szCs w:val="24"/>
        </w:rPr>
        <w:t>for others, then?”</w:t>
      </w:r>
    </w:p>
    <w:p w14:paraId="791C3702" w14:textId="77777777" w:rsidR="006A216D" w:rsidRPr="00C9454D" w:rsidRDefault="006A216D" w:rsidP="00C9454D">
      <w:pPr>
        <w:rPr>
          <w:sz w:val="24"/>
          <w:szCs w:val="24"/>
        </w:rPr>
      </w:pPr>
      <w:r w:rsidRPr="00C9454D">
        <w:rPr>
          <w:sz w:val="24"/>
          <w:szCs w:val="24"/>
        </w:rPr>
        <w:t>“Yes, Your Majesty,” she said, her voice steady. “A way to ensure that the knowledge we’ve gained here is not lost but shared with those who need it most.”</w:t>
      </w:r>
    </w:p>
    <w:p w14:paraId="4A77447B" w14:textId="77777777" w:rsidR="006A216D" w:rsidRPr="00C9454D" w:rsidRDefault="006A216D" w:rsidP="00C9454D">
      <w:pPr>
        <w:rPr>
          <w:sz w:val="24"/>
          <w:szCs w:val="24"/>
        </w:rPr>
      </w:pPr>
      <w:r w:rsidRPr="00C9454D">
        <w:rPr>
          <w:sz w:val="24"/>
          <w:szCs w:val="24"/>
        </w:rPr>
        <w:t>The king regarded her for a long moment, his expression unreadable. Then he nodded. “The Crown will request the first copy of The Keeper’s Way. I would see this knowledge preserved and put to use across the kingdom.”</w:t>
      </w:r>
    </w:p>
    <w:p w14:paraId="5C8B0D28" w14:textId="4B9A409E" w:rsidR="006A216D" w:rsidRPr="00C9454D" w:rsidRDefault="006A216D" w:rsidP="00C9454D">
      <w:pPr>
        <w:rPr>
          <w:sz w:val="24"/>
          <w:szCs w:val="24"/>
        </w:rPr>
      </w:pPr>
      <w:r w:rsidRPr="00C9454D">
        <w:rPr>
          <w:sz w:val="24"/>
          <w:szCs w:val="24"/>
        </w:rPr>
        <w:t xml:space="preserve">Abilene felt her breath </w:t>
      </w:r>
      <w:r w:rsidR="00F7241D" w:rsidRPr="00C9454D">
        <w:rPr>
          <w:sz w:val="24"/>
          <w:szCs w:val="24"/>
        </w:rPr>
        <w:t>quiet</w:t>
      </w:r>
      <w:r w:rsidRPr="00C9454D">
        <w:rPr>
          <w:sz w:val="24"/>
          <w:szCs w:val="24"/>
        </w:rPr>
        <w:t>. “Your Majesty, I would be honored.”</w:t>
      </w:r>
    </w:p>
    <w:p w14:paraId="5D8495A4" w14:textId="77777777" w:rsidR="006A216D" w:rsidRPr="00C9454D" w:rsidRDefault="006A216D" w:rsidP="00C9454D">
      <w:pPr>
        <w:rPr>
          <w:sz w:val="24"/>
          <w:szCs w:val="24"/>
        </w:rPr>
      </w:pPr>
      <w:r w:rsidRPr="00C9454D">
        <w:rPr>
          <w:sz w:val="24"/>
          <w:szCs w:val="24"/>
        </w:rPr>
        <w:t>“Good,” John said, leaning back. “A work such as this deserves recognition. Ensure it is worthy of the Crown’s approval.”</w:t>
      </w:r>
    </w:p>
    <w:p w14:paraId="426D93D0" w14:textId="77777777" w:rsidR="006A216D" w:rsidRPr="00C9454D" w:rsidRDefault="006A216D" w:rsidP="00C9454D">
      <w:pPr>
        <w:rPr>
          <w:sz w:val="24"/>
          <w:szCs w:val="24"/>
        </w:rPr>
      </w:pPr>
      <w:r w:rsidRPr="00C9454D">
        <w:rPr>
          <w:sz w:val="24"/>
          <w:szCs w:val="24"/>
        </w:rPr>
        <w:t>Abilene bowed her head, her mind already racing with plans for the book. She glanced at Guy, who gave her a small, reassuring smile.</w:t>
      </w:r>
    </w:p>
    <w:p w14:paraId="00CC673C" w14:textId="77777777" w:rsidR="006A216D" w:rsidRPr="00C9454D" w:rsidRDefault="006A216D" w:rsidP="00C9454D">
      <w:pPr>
        <w:rPr>
          <w:sz w:val="24"/>
          <w:szCs w:val="24"/>
        </w:rPr>
      </w:pPr>
    </w:p>
    <w:p w14:paraId="3CA12604" w14:textId="77777777" w:rsidR="006A216D" w:rsidRPr="00C9454D" w:rsidRDefault="006A216D" w:rsidP="00C9454D">
      <w:pPr>
        <w:pStyle w:val="Heading2"/>
        <w:rPr>
          <w:sz w:val="24"/>
          <w:szCs w:val="24"/>
        </w:rPr>
      </w:pPr>
      <w:r w:rsidRPr="00C9454D">
        <w:rPr>
          <w:sz w:val="24"/>
          <w:szCs w:val="24"/>
        </w:rPr>
        <w:t>The King’s Departure</w:t>
      </w:r>
    </w:p>
    <w:p w14:paraId="249957CA" w14:textId="77777777" w:rsidR="00FE761F" w:rsidRPr="00C9454D" w:rsidRDefault="00FE761F" w:rsidP="00C9454D">
      <w:pPr>
        <w:rPr>
          <w:sz w:val="24"/>
          <w:szCs w:val="24"/>
        </w:rPr>
      </w:pPr>
    </w:p>
    <w:p w14:paraId="0D3C2A4B" w14:textId="7D94D94F" w:rsidR="006A216D" w:rsidRPr="00C9454D" w:rsidRDefault="006A216D" w:rsidP="00C9454D">
      <w:pPr>
        <w:rPr>
          <w:sz w:val="24"/>
          <w:szCs w:val="24"/>
        </w:rPr>
      </w:pPr>
      <w:r w:rsidRPr="00C9454D">
        <w:rPr>
          <w:sz w:val="24"/>
          <w:szCs w:val="24"/>
        </w:rPr>
        <w:t xml:space="preserve">As John prepared to leave </w:t>
      </w:r>
      <w:r w:rsidR="00522C4D" w:rsidRPr="00C9454D">
        <w:rPr>
          <w:sz w:val="24"/>
          <w:szCs w:val="24"/>
        </w:rPr>
        <w:t>High Haven</w:t>
      </w:r>
      <w:r w:rsidRPr="00C9454D">
        <w:rPr>
          <w:sz w:val="24"/>
          <w:szCs w:val="24"/>
        </w:rPr>
        <w:t xml:space="preserve"> the next morning, he turned to Father </w:t>
      </w:r>
      <w:proofErr w:type="spellStart"/>
      <w:r w:rsidRPr="00C9454D">
        <w:rPr>
          <w:sz w:val="24"/>
          <w:szCs w:val="24"/>
        </w:rPr>
        <w:t>Elric</w:t>
      </w:r>
      <w:proofErr w:type="spellEnd"/>
      <w:r w:rsidRPr="00C9454D">
        <w:rPr>
          <w:sz w:val="24"/>
          <w:szCs w:val="24"/>
        </w:rPr>
        <w:t>, who stood with Abilene and Guy at the gates.</w:t>
      </w:r>
    </w:p>
    <w:p w14:paraId="582F3F15" w14:textId="0862CACA" w:rsidR="006A216D" w:rsidRPr="00C9454D" w:rsidRDefault="006A216D" w:rsidP="00C9454D">
      <w:pPr>
        <w:rPr>
          <w:sz w:val="24"/>
          <w:szCs w:val="24"/>
        </w:rPr>
      </w:pPr>
      <w:r w:rsidRPr="00C9454D">
        <w:rPr>
          <w:sz w:val="24"/>
          <w:szCs w:val="24"/>
        </w:rPr>
        <w:t xml:space="preserve">“Your people have shown resilience and ingenuity,” the king said. “But there is still more to be done. </w:t>
      </w:r>
      <w:r w:rsidR="00522C4D" w:rsidRPr="00C9454D">
        <w:rPr>
          <w:sz w:val="24"/>
          <w:szCs w:val="24"/>
        </w:rPr>
        <w:t>High Haven</w:t>
      </w:r>
      <w:r w:rsidRPr="00C9454D">
        <w:rPr>
          <w:sz w:val="24"/>
          <w:szCs w:val="24"/>
        </w:rPr>
        <w:t xml:space="preserve"> is a model for what the kingdom can achieve. I will return to see how it progresses.”</w:t>
      </w:r>
    </w:p>
    <w:p w14:paraId="2793FF8B" w14:textId="77777777" w:rsidR="006A216D" w:rsidRPr="00C9454D" w:rsidRDefault="006A216D"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bowed. “Your Majesty, we will continue to honor the trust you have placed in us.”</w:t>
      </w:r>
    </w:p>
    <w:p w14:paraId="73BF3516" w14:textId="0EF2857A" w:rsidR="006A216D" w:rsidRPr="00C9454D" w:rsidRDefault="006A216D" w:rsidP="00C9454D">
      <w:pPr>
        <w:rPr>
          <w:sz w:val="24"/>
          <w:szCs w:val="24"/>
        </w:rPr>
      </w:pPr>
      <w:r w:rsidRPr="00C9454D">
        <w:rPr>
          <w:sz w:val="24"/>
          <w:szCs w:val="24"/>
        </w:rPr>
        <w:t>The king nodded, mounting his horse. As he ro</w:t>
      </w:r>
      <w:r w:rsidR="00DD1FF5" w:rsidRPr="00C9454D">
        <w:rPr>
          <w:sz w:val="24"/>
          <w:szCs w:val="24"/>
        </w:rPr>
        <w:t xml:space="preserve">de </w:t>
      </w:r>
      <w:r w:rsidRPr="00C9454D">
        <w:rPr>
          <w:sz w:val="24"/>
          <w:szCs w:val="24"/>
        </w:rPr>
        <w:t xml:space="preserve">away, he couldn’t help but feel a flicker of optimism. In a kingdom often torn by strife, places like </w:t>
      </w:r>
      <w:r w:rsidR="00522C4D" w:rsidRPr="00C9454D">
        <w:rPr>
          <w:sz w:val="24"/>
          <w:szCs w:val="24"/>
        </w:rPr>
        <w:t>High Haven</w:t>
      </w:r>
      <w:r w:rsidRPr="00C9454D">
        <w:rPr>
          <w:sz w:val="24"/>
          <w:szCs w:val="24"/>
        </w:rPr>
        <w:t xml:space="preserve"> offered a glimmer of hope—a reminder that even in the face of disaster, renewal was possible.</w:t>
      </w:r>
    </w:p>
    <w:p w14:paraId="096472AC" w14:textId="77777777" w:rsidR="006A216D" w:rsidRPr="00C9454D" w:rsidRDefault="006A216D" w:rsidP="00C9454D">
      <w:pPr>
        <w:rPr>
          <w:sz w:val="24"/>
          <w:szCs w:val="24"/>
        </w:rPr>
      </w:pPr>
      <w:r w:rsidRPr="00C9454D">
        <w:rPr>
          <w:sz w:val="24"/>
          <w:szCs w:val="24"/>
        </w:rPr>
        <w:t>And with The Keeper’s Way on the horizon, that hope would not only endure but spread far and wide.</w:t>
      </w:r>
    </w:p>
    <w:p w14:paraId="59E4D98A" w14:textId="77777777" w:rsidR="008B2A32" w:rsidRPr="00C9454D" w:rsidRDefault="008B2A32" w:rsidP="00C9454D">
      <w:pPr>
        <w:pStyle w:val="Heading2"/>
        <w:rPr>
          <w:sz w:val="24"/>
          <w:szCs w:val="24"/>
        </w:rPr>
      </w:pPr>
    </w:p>
    <w:p w14:paraId="565F3671" w14:textId="2734EAD6" w:rsidR="00A81C5E" w:rsidRPr="00C9454D" w:rsidRDefault="00A81C5E" w:rsidP="00C9454D">
      <w:pPr>
        <w:pStyle w:val="Heading2"/>
        <w:rPr>
          <w:sz w:val="24"/>
          <w:szCs w:val="24"/>
        </w:rPr>
      </w:pPr>
      <w:r w:rsidRPr="00C9454D">
        <w:rPr>
          <w:sz w:val="24"/>
          <w:szCs w:val="24"/>
        </w:rPr>
        <w:t xml:space="preserve"> The Festival of </w:t>
      </w:r>
      <w:r w:rsidR="00863C2F" w:rsidRPr="00C9454D">
        <w:rPr>
          <w:sz w:val="24"/>
          <w:szCs w:val="24"/>
        </w:rPr>
        <w:t>the New</w:t>
      </w:r>
    </w:p>
    <w:p w14:paraId="437524DF" w14:textId="77777777" w:rsidR="00FE761F" w:rsidRPr="00C9454D" w:rsidRDefault="00FE761F" w:rsidP="00C9454D">
      <w:pPr>
        <w:rPr>
          <w:sz w:val="24"/>
          <w:szCs w:val="24"/>
        </w:rPr>
      </w:pPr>
    </w:p>
    <w:p w14:paraId="1DB86864" w14:textId="281B0BAF" w:rsidR="00A81C5E" w:rsidRPr="00C9454D" w:rsidRDefault="00A81C5E" w:rsidP="00C9454D">
      <w:pPr>
        <w:rPr>
          <w:sz w:val="24"/>
          <w:szCs w:val="24"/>
        </w:rPr>
      </w:pPr>
      <w:r w:rsidRPr="00C9454D">
        <w:rPr>
          <w:sz w:val="24"/>
          <w:szCs w:val="24"/>
        </w:rPr>
        <w:t xml:space="preserve">The king’s proclamation spread like wildfire, sending </w:t>
      </w:r>
      <w:r w:rsidR="00220E92" w:rsidRPr="00C9454D">
        <w:rPr>
          <w:sz w:val="24"/>
          <w:szCs w:val="24"/>
        </w:rPr>
        <w:t>waves</w:t>
      </w:r>
      <w:r w:rsidRPr="00C9454D">
        <w:rPr>
          <w:sz w:val="24"/>
          <w:szCs w:val="24"/>
        </w:rPr>
        <w:t xml:space="preserve"> of excitement through the region. A festival of renewal, sponsored by the Crown, was to take place along the river—a celebration of recovery and resilience. Each village was given a royal purse to fund their contributions, and the preparations began with an energy not seen in years.</w:t>
      </w:r>
    </w:p>
    <w:p w14:paraId="468987EA" w14:textId="12699E5D" w:rsidR="00A81C5E" w:rsidRPr="00C9454D" w:rsidRDefault="00522C4D" w:rsidP="00C9454D">
      <w:pPr>
        <w:rPr>
          <w:sz w:val="24"/>
          <w:szCs w:val="24"/>
        </w:rPr>
      </w:pPr>
      <w:r w:rsidRPr="00C9454D">
        <w:rPr>
          <w:sz w:val="24"/>
          <w:szCs w:val="24"/>
        </w:rPr>
        <w:t>High Haven</w:t>
      </w:r>
      <w:r w:rsidR="00A81C5E" w:rsidRPr="00C9454D">
        <w:rPr>
          <w:sz w:val="24"/>
          <w:szCs w:val="24"/>
        </w:rPr>
        <w:t xml:space="preserve"> became the epicenter of the activity. Its reputation as a hub of innovation ma</w:t>
      </w:r>
      <w:r w:rsidR="00DD1FF5" w:rsidRPr="00C9454D">
        <w:rPr>
          <w:sz w:val="24"/>
          <w:szCs w:val="24"/>
        </w:rPr>
        <w:t xml:space="preserve">de </w:t>
      </w:r>
      <w:r w:rsidR="00A81C5E" w:rsidRPr="00C9454D">
        <w:rPr>
          <w:sz w:val="24"/>
          <w:szCs w:val="24"/>
        </w:rPr>
        <w:t>it the natural leader for organizing the event, and all eyes turned to Lady Abilene and Sir Guy to set the tone.</w:t>
      </w:r>
    </w:p>
    <w:p w14:paraId="252FEFB4" w14:textId="77777777" w:rsidR="00A81C5E" w:rsidRPr="00C9454D" w:rsidRDefault="00A81C5E" w:rsidP="00C9454D">
      <w:pPr>
        <w:rPr>
          <w:sz w:val="24"/>
          <w:szCs w:val="24"/>
        </w:rPr>
      </w:pPr>
      <w:r w:rsidRPr="00C9454D">
        <w:rPr>
          <w:sz w:val="24"/>
          <w:szCs w:val="24"/>
        </w:rPr>
        <w:t xml:space="preserve">“This will be the event of the year,” Abilene said one morning as she stood with Guy and Father </w:t>
      </w:r>
      <w:proofErr w:type="spellStart"/>
      <w:r w:rsidRPr="00C9454D">
        <w:rPr>
          <w:sz w:val="24"/>
          <w:szCs w:val="24"/>
        </w:rPr>
        <w:t>Elric</w:t>
      </w:r>
      <w:proofErr w:type="spellEnd"/>
      <w:r w:rsidRPr="00C9454D">
        <w:rPr>
          <w:sz w:val="24"/>
          <w:szCs w:val="24"/>
        </w:rPr>
        <w:t>, surveying the bustling activity around the estate.</w:t>
      </w:r>
    </w:p>
    <w:p w14:paraId="3B0BA21C" w14:textId="77777777" w:rsidR="00A81C5E" w:rsidRPr="00C9454D" w:rsidRDefault="00A81C5E" w:rsidP="00C9454D">
      <w:pPr>
        <w:rPr>
          <w:sz w:val="24"/>
          <w:szCs w:val="24"/>
        </w:rPr>
      </w:pPr>
      <w:r w:rsidRPr="00C9454D">
        <w:rPr>
          <w:sz w:val="24"/>
          <w:szCs w:val="24"/>
        </w:rPr>
        <w:t xml:space="preserve">“The event of the decade,” Father </w:t>
      </w:r>
      <w:proofErr w:type="spellStart"/>
      <w:r w:rsidRPr="00C9454D">
        <w:rPr>
          <w:sz w:val="24"/>
          <w:szCs w:val="24"/>
        </w:rPr>
        <w:t>Elric</w:t>
      </w:r>
      <w:proofErr w:type="spellEnd"/>
      <w:r w:rsidRPr="00C9454D">
        <w:rPr>
          <w:sz w:val="24"/>
          <w:szCs w:val="24"/>
        </w:rPr>
        <w:t xml:space="preserve"> corrected with a wry smile. “Perhaps even longer.”</w:t>
      </w:r>
    </w:p>
    <w:p w14:paraId="16C60D81" w14:textId="3EA7CB19" w:rsidR="00BB7833" w:rsidRPr="00C9454D" w:rsidRDefault="00A81C5E" w:rsidP="00C9454D">
      <w:pPr>
        <w:rPr>
          <w:sz w:val="24"/>
          <w:szCs w:val="24"/>
        </w:rPr>
      </w:pPr>
      <w:r w:rsidRPr="00C9454D">
        <w:rPr>
          <w:sz w:val="24"/>
          <w:szCs w:val="24"/>
        </w:rPr>
        <w:t>Guy chuckled, shaking his head. “Let’s just make sure the roads hold up to the traffic first.”</w:t>
      </w:r>
    </w:p>
    <w:p w14:paraId="2AD22C77" w14:textId="6CB327BE" w:rsidR="00BB7833" w:rsidRPr="00C9454D" w:rsidRDefault="00FE197F" w:rsidP="00C9454D">
      <w:pPr>
        <w:rPr>
          <w:sz w:val="24"/>
          <w:szCs w:val="24"/>
        </w:rPr>
      </w:pPr>
      <w:r>
        <w:rPr>
          <w:noProof/>
          <w:sz w:val="24"/>
          <w:szCs w:val="24"/>
        </w:rPr>
      </w:r>
      <w:r w:rsidR="00FE197F">
        <w:rPr>
          <w:noProof/>
          <w:sz w:val="24"/>
          <w:szCs w:val="24"/>
        </w:rPr>
        <w:pict w14:anchorId="1392F0A3">
          <v:rect id="_x0000_i1081" style="width:0;height:1.5pt" o:hralign="center" o:hrstd="t" o:hr="t" fillcolor="#a0a0a0" stroked="f"/>
        </w:pict>
      </w:r>
      <w:r w:rsidR="00BB7833" w:rsidRPr="00C9454D">
        <w:rPr>
          <w:sz w:val="24"/>
          <w:szCs w:val="24"/>
        </w:rPr>
        <w:t xml:space="preserve"> A festival to celebrate renewal—sponsored by the Crown itself. For the villages along the river, still bearing the scars of the flood, this was more than just an event. It was a symbol of survival, a chance to showcase their resilience and creativity.</w:t>
      </w:r>
    </w:p>
    <w:p w14:paraId="5C009438" w14:textId="52C66E12" w:rsidR="00BB7833" w:rsidRPr="00C9454D" w:rsidRDefault="00BB7833" w:rsidP="00C9454D">
      <w:pPr>
        <w:rPr>
          <w:sz w:val="24"/>
          <w:szCs w:val="24"/>
        </w:rPr>
      </w:pPr>
      <w:r w:rsidRPr="00C9454D">
        <w:rPr>
          <w:sz w:val="24"/>
          <w:szCs w:val="24"/>
        </w:rPr>
        <w:t xml:space="preserve">There would be games and performances, feasts and markets, all culminating in a gathering at </w:t>
      </w:r>
      <w:proofErr w:type="spellStart"/>
      <w:r w:rsidR="00DF4D1D" w:rsidRPr="00C9454D">
        <w:rPr>
          <w:sz w:val="24"/>
          <w:szCs w:val="24"/>
        </w:rPr>
        <w:t>Teston</w:t>
      </w:r>
      <w:proofErr w:type="spellEnd"/>
      <w:r w:rsidRPr="00C9454D">
        <w:rPr>
          <w:sz w:val="24"/>
          <w:szCs w:val="24"/>
        </w:rPr>
        <w:t>. It was a chance for the villages to display their strengths and their recovery efforts, and for the people to reconnect after years of hardship.</w:t>
      </w:r>
    </w:p>
    <w:p w14:paraId="1D4301A9" w14:textId="796A9433" w:rsidR="00BB7833" w:rsidRPr="00C9454D" w:rsidRDefault="00BB7833" w:rsidP="00C9454D">
      <w:pPr>
        <w:rPr>
          <w:sz w:val="24"/>
          <w:szCs w:val="24"/>
        </w:rPr>
      </w:pPr>
      <w:r w:rsidRPr="00C9454D">
        <w:rPr>
          <w:sz w:val="24"/>
          <w:szCs w:val="24"/>
        </w:rPr>
        <w:t xml:space="preserve">For </w:t>
      </w:r>
      <w:r w:rsidR="00522C4D" w:rsidRPr="00C9454D">
        <w:rPr>
          <w:sz w:val="24"/>
          <w:szCs w:val="24"/>
        </w:rPr>
        <w:t>High Haven</w:t>
      </w:r>
      <w:r w:rsidRPr="00C9454D">
        <w:rPr>
          <w:sz w:val="24"/>
          <w:szCs w:val="24"/>
        </w:rPr>
        <w:t>, the announcement brought both excitement and pressure. As the estate that had inspired the festival, all eyes would be on Abilene, Guy, and their community to lead by example.</w:t>
      </w:r>
    </w:p>
    <w:p w14:paraId="2EA377A7" w14:textId="77777777" w:rsidR="00BB7833" w:rsidRPr="00C9454D" w:rsidRDefault="00FE197F" w:rsidP="00C9454D">
      <w:pPr>
        <w:rPr>
          <w:sz w:val="24"/>
          <w:szCs w:val="24"/>
        </w:rPr>
      </w:pPr>
      <w:r>
        <w:rPr>
          <w:noProof/>
          <w:sz w:val="24"/>
          <w:szCs w:val="24"/>
        </w:rPr>
      </w:r>
      <w:r w:rsidR="00FE197F">
        <w:rPr>
          <w:noProof/>
          <w:sz w:val="24"/>
          <w:szCs w:val="24"/>
        </w:rPr>
        <w:pict w14:anchorId="07265364">
          <v:rect id="_x0000_i1082" style="width:0;height:1.5pt" o:hralign="center" o:hrstd="t" o:hr="t" fillcolor="#a0a0a0" stroked="f"/>
        </w:pict>
      </w:r>
    </w:p>
    <w:p w14:paraId="5032118A" w14:textId="77777777" w:rsidR="00BB7833" w:rsidRPr="00C9454D" w:rsidRDefault="00BB7833" w:rsidP="00C9454D">
      <w:pPr>
        <w:pStyle w:val="Heading2"/>
        <w:rPr>
          <w:sz w:val="24"/>
          <w:szCs w:val="24"/>
        </w:rPr>
      </w:pPr>
      <w:r w:rsidRPr="00C9454D">
        <w:rPr>
          <w:sz w:val="24"/>
          <w:szCs w:val="24"/>
        </w:rPr>
        <w:t>Spring Preparations</w:t>
      </w:r>
    </w:p>
    <w:p w14:paraId="65E870D3" w14:textId="77777777" w:rsidR="00FE761F" w:rsidRPr="00C9454D" w:rsidRDefault="00FE761F" w:rsidP="00C9454D">
      <w:pPr>
        <w:rPr>
          <w:sz w:val="24"/>
          <w:szCs w:val="24"/>
        </w:rPr>
      </w:pPr>
    </w:p>
    <w:p w14:paraId="2BD7CD1A" w14:textId="712C48AD" w:rsidR="00BB7833" w:rsidRPr="00C9454D" w:rsidRDefault="00BB7833" w:rsidP="00C9454D">
      <w:pPr>
        <w:rPr>
          <w:sz w:val="24"/>
          <w:szCs w:val="24"/>
        </w:rPr>
      </w:pPr>
      <w:r w:rsidRPr="00C9454D">
        <w:rPr>
          <w:sz w:val="24"/>
          <w:szCs w:val="24"/>
        </w:rPr>
        <w:t xml:space="preserve">From the moment the snow began to melt, </w:t>
      </w:r>
      <w:r w:rsidR="00522C4D" w:rsidRPr="00C9454D">
        <w:rPr>
          <w:sz w:val="24"/>
          <w:szCs w:val="24"/>
        </w:rPr>
        <w:t>High Haven</w:t>
      </w:r>
      <w:r w:rsidRPr="00C9454D">
        <w:rPr>
          <w:sz w:val="24"/>
          <w:szCs w:val="24"/>
        </w:rPr>
        <w:t xml:space="preserve"> and </w:t>
      </w:r>
      <w:proofErr w:type="spellStart"/>
      <w:r w:rsidR="00DF4D1D" w:rsidRPr="00C9454D">
        <w:rPr>
          <w:sz w:val="24"/>
          <w:szCs w:val="24"/>
        </w:rPr>
        <w:t>Teston</w:t>
      </w:r>
      <w:proofErr w:type="spellEnd"/>
      <w:r w:rsidRPr="00C9454D">
        <w:rPr>
          <w:sz w:val="24"/>
          <w:szCs w:val="24"/>
        </w:rPr>
        <w:t xml:space="preserve"> buzzed with activity. Guy took charge of the logistical efforts, overseeing the construction of stalls and stages, the clearing of roads, and the preparation of fields for the festival.</w:t>
      </w:r>
    </w:p>
    <w:p w14:paraId="10E41C7D" w14:textId="02F19532" w:rsidR="00BB7833" w:rsidRPr="00C9454D" w:rsidRDefault="00BB7833" w:rsidP="00C9454D">
      <w:pPr>
        <w:rPr>
          <w:sz w:val="24"/>
          <w:szCs w:val="24"/>
        </w:rPr>
      </w:pPr>
      <w:r w:rsidRPr="00C9454D">
        <w:rPr>
          <w:sz w:val="24"/>
          <w:szCs w:val="24"/>
        </w:rPr>
        <w:t xml:space="preserve">“This has to be perfect,” he said one morning as he and Abilene walked the grounds. “We’re not just representing </w:t>
      </w:r>
      <w:r w:rsidR="00522C4D" w:rsidRPr="00C9454D">
        <w:rPr>
          <w:sz w:val="24"/>
          <w:szCs w:val="24"/>
        </w:rPr>
        <w:t>High Haven</w:t>
      </w:r>
      <w:r w:rsidRPr="00C9454D">
        <w:rPr>
          <w:sz w:val="24"/>
          <w:szCs w:val="24"/>
        </w:rPr>
        <w:t>—we’re representing the entire region.”</w:t>
      </w:r>
    </w:p>
    <w:p w14:paraId="1A25AA2D" w14:textId="77777777" w:rsidR="00BB7833" w:rsidRPr="00C9454D" w:rsidRDefault="00BB7833" w:rsidP="00C9454D">
      <w:pPr>
        <w:rPr>
          <w:sz w:val="24"/>
          <w:szCs w:val="24"/>
        </w:rPr>
      </w:pPr>
      <w:r w:rsidRPr="00C9454D">
        <w:rPr>
          <w:sz w:val="24"/>
          <w:szCs w:val="24"/>
        </w:rPr>
        <w:t>Abilene nodded, her mind already racing with ideas. “We’ll set up displays for the water filtration system and the innovations from the quarry,” she said. “But I want this to be more than just a showcase. It should be a celebration of the people—their resilience, their stories.”</w:t>
      </w:r>
    </w:p>
    <w:p w14:paraId="31FE2DC1" w14:textId="77777777" w:rsidR="00BB7833" w:rsidRPr="00C9454D" w:rsidRDefault="00BB7833" w:rsidP="00C9454D">
      <w:pPr>
        <w:rPr>
          <w:sz w:val="24"/>
          <w:szCs w:val="24"/>
        </w:rPr>
      </w:pPr>
      <w:r w:rsidRPr="00C9454D">
        <w:rPr>
          <w:sz w:val="24"/>
          <w:szCs w:val="24"/>
        </w:rPr>
        <w:t>She spent hours working with the villagers, helping them plan their contributions. The blacksmiths decided to hold a competition, crafting tools and weapons in front of a crowd. The farmers began preparing their finest produce for a grand feast. The children rehearsed plays and songs, eager to perform for the king.</w:t>
      </w:r>
    </w:p>
    <w:p w14:paraId="7F2E21CC" w14:textId="77777777" w:rsidR="00BB7833" w:rsidRPr="00C9454D" w:rsidRDefault="00FE197F" w:rsidP="00C9454D">
      <w:pPr>
        <w:rPr>
          <w:sz w:val="24"/>
          <w:szCs w:val="24"/>
        </w:rPr>
      </w:pPr>
      <w:r>
        <w:rPr>
          <w:noProof/>
          <w:sz w:val="24"/>
          <w:szCs w:val="24"/>
        </w:rPr>
      </w:r>
      <w:r w:rsidR="00FE197F">
        <w:rPr>
          <w:noProof/>
          <w:sz w:val="24"/>
          <w:szCs w:val="24"/>
        </w:rPr>
        <w:pict w14:anchorId="6459E351">
          <v:rect id="_x0000_i1083" style="width:0;height:1.5pt" o:hralign="center" o:hrstd="t" o:hr="t" fillcolor="#a0a0a0" stroked="f"/>
        </w:pict>
      </w:r>
    </w:p>
    <w:p w14:paraId="27D38366" w14:textId="77777777" w:rsidR="00BB7833" w:rsidRPr="00C9454D" w:rsidRDefault="00BB7833" w:rsidP="00C9454D">
      <w:pPr>
        <w:pStyle w:val="Heading2"/>
        <w:rPr>
          <w:sz w:val="24"/>
          <w:szCs w:val="24"/>
        </w:rPr>
      </w:pPr>
      <w:r w:rsidRPr="00C9454D">
        <w:rPr>
          <w:sz w:val="24"/>
          <w:szCs w:val="24"/>
        </w:rPr>
        <w:t>The Outlaw Returns</w:t>
      </w:r>
    </w:p>
    <w:p w14:paraId="40546DF0" w14:textId="77777777" w:rsidR="00FE761F" w:rsidRPr="00C9454D" w:rsidRDefault="00FE761F" w:rsidP="00C9454D">
      <w:pPr>
        <w:rPr>
          <w:sz w:val="24"/>
          <w:szCs w:val="24"/>
        </w:rPr>
      </w:pPr>
    </w:p>
    <w:p w14:paraId="7864B64B" w14:textId="3A4EA792" w:rsidR="00BB7833" w:rsidRPr="00C9454D" w:rsidRDefault="00BB7833" w:rsidP="00C9454D">
      <w:pPr>
        <w:rPr>
          <w:sz w:val="24"/>
          <w:szCs w:val="24"/>
        </w:rPr>
      </w:pPr>
      <w:r w:rsidRPr="00C9454D">
        <w:rPr>
          <w:sz w:val="24"/>
          <w:szCs w:val="24"/>
        </w:rPr>
        <w:t xml:space="preserve">One afternoon, as Abilene and Father </w:t>
      </w:r>
      <w:proofErr w:type="spellStart"/>
      <w:r w:rsidRPr="00C9454D">
        <w:rPr>
          <w:sz w:val="24"/>
          <w:szCs w:val="24"/>
        </w:rPr>
        <w:t>Elric</w:t>
      </w:r>
      <w:proofErr w:type="spellEnd"/>
      <w:r w:rsidRPr="00C9454D">
        <w:rPr>
          <w:sz w:val="24"/>
          <w:szCs w:val="24"/>
        </w:rPr>
        <w:t xml:space="preserve"> walked the edge of the forest near </w:t>
      </w:r>
      <w:proofErr w:type="spellStart"/>
      <w:r w:rsidR="004B33D2" w:rsidRPr="00C9454D">
        <w:rPr>
          <w:sz w:val="24"/>
          <w:szCs w:val="24"/>
        </w:rPr>
        <w:t>Teston</w:t>
      </w:r>
      <w:proofErr w:type="spellEnd"/>
      <w:r w:rsidRPr="00C9454D">
        <w:rPr>
          <w:sz w:val="24"/>
          <w:szCs w:val="24"/>
        </w:rPr>
        <w:t>, they came across a familiar figure. The outlaw, the one who had once threatened them on the road, stood leaning against a tree, watching the activity in the village with an unreadable expression.</w:t>
      </w:r>
    </w:p>
    <w:p w14:paraId="4AB25E12" w14:textId="376C8DD1" w:rsidR="00BB7833" w:rsidRPr="00C9454D" w:rsidRDefault="00BB7833" w:rsidP="00C9454D">
      <w:pPr>
        <w:rPr>
          <w:sz w:val="24"/>
          <w:szCs w:val="24"/>
        </w:rPr>
      </w:pPr>
      <w:r w:rsidRPr="00C9454D">
        <w:rPr>
          <w:sz w:val="24"/>
          <w:szCs w:val="24"/>
        </w:rPr>
        <w:t xml:space="preserve">Abilene paused, her heart pounding. Father </w:t>
      </w:r>
      <w:proofErr w:type="spellStart"/>
      <w:r w:rsidRPr="00C9454D">
        <w:rPr>
          <w:sz w:val="24"/>
          <w:szCs w:val="24"/>
        </w:rPr>
        <w:t>Elric</w:t>
      </w:r>
      <w:proofErr w:type="spellEnd"/>
      <w:r w:rsidRPr="00C9454D">
        <w:rPr>
          <w:sz w:val="24"/>
          <w:szCs w:val="24"/>
        </w:rPr>
        <w:t xml:space="preserve"> frowned but ma</w:t>
      </w:r>
      <w:r w:rsidR="00DD1FF5" w:rsidRPr="00C9454D">
        <w:rPr>
          <w:sz w:val="24"/>
          <w:szCs w:val="24"/>
        </w:rPr>
        <w:t xml:space="preserve">de </w:t>
      </w:r>
      <w:r w:rsidRPr="00C9454D">
        <w:rPr>
          <w:sz w:val="24"/>
          <w:szCs w:val="24"/>
        </w:rPr>
        <w:t>no move to call for help.</w:t>
      </w:r>
    </w:p>
    <w:p w14:paraId="37CFB813" w14:textId="77777777" w:rsidR="00BB7833" w:rsidRPr="00C9454D" w:rsidRDefault="00BB7833" w:rsidP="00C9454D">
      <w:pPr>
        <w:rPr>
          <w:sz w:val="24"/>
          <w:szCs w:val="24"/>
        </w:rPr>
      </w:pPr>
      <w:r w:rsidRPr="00C9454D">
        <w:rPr>
          <w:sz w:val="24"/>
          <w:szCs w:val="24"/>
        </w:rPr>
        <w:t>“Do you think he’s here to cause trouble?” Abilene asked in a low voice.</w:t>
      </w:r>
    </w:p>
    <w:p w14:paraId="36D57B15" w14:textId="77777777" w:rsidR="00BB7833" w:rsidRPr="00C9454D" w:rsidRDefault="00BB7833" w:rsidP="00C9454D">
      <w:pPr>
        <w:rPr>
          <w:sz w:val="24"/>
          <w:szCs w:val="24"/>
        </w:rPr>
      </w:pPr>
      <w:r w:rsidRPr="00C9454D">
        <w:rPr>
          <w:sz w:val="24"/>
          <w:szCs w:val="24"/>
        </w:rPr>
        <w:t>The outlaw must have heard her, for he stepped forward, his hands raised in a gesture of peace. “I’m not here for that,” he said, his voice rough but steady. “I heard about the festival. Thought I might… see if there’s work to be done.”</w:t>
      </w:r>
    </w:p>
    <w:p w14:paraId="36DFA7BA" w14:textId="77777777" w:rsidR="00BB7833" w:rsidRPr="00C9454D" w:rsidRDefault="00BB7833"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exchanged a glance with Abilene, his expression cautious. “What kind of work?”</w:t>
      </w:r>
    </w:p>
    <w:p w14:paraId="3D324EE8" w14:textId="77777777" w:rsidR="00BB7833" w:rsidRPr="00C9454D" w:rsidRDefault="00BB7833" w:rsidP="00C9454D">
      <w:pPr>
        <w:rPr>
          <w:sz w:val="24"/>
          <w:szCs w:val="24"/>
        </w:rPr>
      </w:pPr>
      <w:r w:rsidRPr="00C9454D">
        <w:rPr>
          <w:sz w:val="24"/>
          <w:szCs w:val="24"/>
        </w:rPr>
        <w:t>“Any kind,” the man said simply. “My people—we’ve suffered too. The flood didn’t just take homes in the villages. It took the forest too. We’re not so different, you and I.”</w:t>
      </w:r>
    </w:p>
    <w:p w14:paraId="4E09E6EF" w14:textId="77777777" w:rsidR="00BB7833" w:rsidRPr="00C9454D" w:rsidRDefault="00BB7833" w:rsidP="00C9454D">
      <w:pPr>
        <w:rPr>
          <w:sz w:val="24"/>
          <w:szCs w:val="24"/>
        </w:rPr>
      </w:pPr>
      <w:r w:rsidRPr="00C9454D">
        <w:rPr>
          <w:sz w:val="24"/>
          <w:szCs w:val="24"/>
        </w:rPr>
        <w:t>Abilene studied him for a moment, her heart softening. She could see the weariness in his eyes, the quiet desperation in his voice. “If you’re willing to help, there’s plenty of work to go around,” she said finally.</w:t>
      </w:r>
    </w:p>
    <w:p w14:paraId="6CED31B1" w14:textId="77777777" w:rsidR="00BB7833" w:rsidRPr="00C9454D" w:rsidRDefault="00BB7833"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nodded, though his tone was firm. “You’ll have to earn the trust of the people. But if you’re sincere, you’ll find a place here.”</w:t>
      </w:r>
    </w:p>
    <w:p w14:paraId="62984F75" w14:textId="61C39DB4" w:rsidR="00BB7833" w:rsidRPr="00C9454D" w:rsidRDefault="00BB7833" w:rsidP="00C9454D">
      <w:pPr>
        <w:rPr>
          <w:sz w:val="24"/>
          <w:szCs w:val="24"/>
        </w:rPr>
      </w:pPr>
      <w:r w:rsidRPr="00C9454D">
        <w:rPr>
          <w:sz w:val="24"/>
          <w:szCs w:val="24"/>
        </w:rPr>
        <w:t>The outlaw dipped his head, a flicker of gratitu</w:t>
      </w:r>
      <w:r w:rsidR="00DD1FF5" w:rsidRPr="00C9454D">
        <w:rPr>
          <w:sz w:val="24"/>
          <w:szCs w:val="24"/>
        </w:rPr>
        <w:t xml:space="preserve">de </w:t>
      </w:r>
      <w:r w:rsidRPr="00C9454D">
        <w:rPr>
          <w:sz w:val="24"/>
          <w:szCs w:val="24"/>
        </w:rPr>
        <w:t>crossing his face. “Thank you,” he said quietly.</w:t>
      </w:r>
    </w:p>
    <w:p w14:paraId="082D1499" w14:textId="77777777" w:rsidR="00BB7833" w:rsidRPr="00C9454D" w:rsidRDefault="00BB7833" w:rsidP="00C9454D">
      <w:pPr>
        <w:rPr>
          <w:sz w:val="24"/>
          <w:szCs w:val="24"/>
        </w:rPr>
      </w:pPr>
      <w:r w:rsidRPr="00C9454D">
        <w:rPr>
          <w:sz w:val="24"/>
          <w:szCs w:val="24"/>
        </w:rPr>
        <w:t>In the weeks that followed, the outlaw and his companions became an unexpected part of the preparations. They were skilled with their hands, carving wooden decorations and building sturdy stalls. They worked hard, earning the cautious respect of the villagers.</w:t>
      </w:r>
    </w:p>
    <w:p w14:paraId="447BE3EF" w14:textId="77777777" w:rsidR="00BB7833" w:rsidRPr="00C9454D" w:rsidRDefault="00BB7833" w:rsidP="00C9454D">
      <w:pPr>
        <w:rPr>
          <w:sz w:val="24"/>
          <w:szCs w:val="24"/>
        </w:rPr>
      </w:pPr>
      <w:r w:rsidRPr="00C9454D">
        <w:rPr>
          <w:sz w:val="24"/>
          <w:szCs w:val="24"/>
        </w:rPr>
        <w:t>Abilene couldn’t help but feel a sense of hope as she watched them. Perhaps renewal wasn’t just about rebuilding homes and roads. Perhaps it was about rebuilding trust, too.</w:t>
      </w:r>
    </w:p>
    <w:p w14:paraId="5FE4240F" w14:textId="77777777" w:rsidR="00BB7833" w:rsidRPr="00C9454D" w:rsidRDefault="00FE197F" w:rsidP="00C9454D">
      <w:pPr>
        <w:rPr>
          <w:sz w:val="24"/>
          <w:szCs w:val="24"/>
        </w:rPr>
      </w:pPr>
      <w:r>
        <w:rPr>
          <w:noProof/>
          <w:sz w:val="24"/>
          <w:szCs w:val="24"/>
        </w:rPr>
      </w:r>
      <w:r w:rsidR="00FE197F">
        <w:rPr>
          <w:noProof/>
          <w:sz w:val="24"/>
          <w:szCs w:val="24"/>
        </w:rPr>
        <w:pict w14:anchorId="677278E9">
          <v:rect id="_x0000_i1084" style="width:0;height:1.5pt" o:hralign="center" o:hrstd="t" o:hr="t" fillcolor="#a0a0a0" stroked="f"/>
        </w:pict>
      </w:r>
    </w:p>
    <w:p w14:paraId="4E48444A" w14:textId="7CECCD70" w:rsidR="00BB7833" w:rsidRPr="00C9454D" w:rsidRDefault="007E1218" w:rsidP="00C9454D">
      <w:pPr>
        <w:pStyle w:val="Heading2"/>
        <w:rPr>
          <w:sz w:val="24"/>
          <w:szCs w:val="24"/>
        </w:rPr>
      </w:pPr>
      <w:r w:rsidRPr="00C9454D">
        <w:rPr>
          <w:sz w:val="24"/>
          <w:szCs w:val="24"/>
        </w:rPr>
        <w:t>Growing</w:t>
      </w:r>
      <w:r w:rsidR="00BB7833" w:rsidRPr="00C9454D">
        <w:rPr>
          <w:sz w:val="24"/>
          <w:szCs w:val="24"/>
        </w:rPr>
        <w:t xml:space="preserve"> Excitement</w:t>
      </w:r>
    </w:p>
    <w:p w14:paraId="7CEF982D" w14:textId="77777777" w:rsidR="00FE761F" w:rsidRPr="00C9454D" w:rsidRDefault="00FE761F" w:rsidP="00C9454D">
      <w:pPr>
        <w:rPr>
          <w:sz w:val="24"/>
          <w:szCs w:val="24"/>
        </w:rPr>
      </w:pPr>
    </w:p>
    <w:p w14:paraId="4570B9DA" w14:textId="77777777" w:rsidR="00BB7833" w:rsidRPr="00C9454D" w:rsidRDefault="00BB7833" w:rsidP="00C9454D">
      <w:pPr>
        <w:rPr>
          <w:sz w:val="24"/>
          <w:szCs w:val="24"/>
        </w:rPr>
      </w:pPr>
      <w:r w:rsidRPr="00C9454D">
        <w:rPr>
          <w:sz w:val="24"/>
          <w:szCs w:val="24"/>
        </w:rPr>
        <w:t>As spring turned to summer, the preparations reached a fever pitch. The villages transformed, their streets lined with banners and garlands. Every community had something to offer—a testament to their ingenuity and determination.</w:t>
      </w:r>
    </w:p>
    <w:p w14:paraId="1096BA6A" w14:textId="4872B81A" w:rsidR="00BB7833" w:rsidRPr="00C9454D" w:rsidRDefault="00BB7833" w:rsidP="00C9454D">
      <w:pPr>
        <w:rPr>
          <w:sz w:val="24"/>
          <w:szCs w:val="24"/>
        </w:rPr>
      </w:pPr>
      <w:r w:rsidRPr="00C9454D">
        <w:rPr>
          <w:sz w:val="24"/>
          <w:szCs w:val="24"/>
        </w:rPr>
        <w:t xml:space="preserve">At </w:t>
      </w:r>
      <w:r w:rsidR="00522C4D" w:rsidRPr="00C9454D">
        <w:rPr>
          <w:sz w:val="24"/>
          <w:szCs w:val="24"/>
        </w:rPr>
        <w:t>High Haven</w:t>
      </w:r>
      <w:r w:rsidRPr="00C9454D">
        <w:rPr>
          <w:sz w:val="24"/>
          <w:szCs w:val="24"/>
        </w:rPr>
        <w:t xml:space="preserve">, Abilene worked late into the night, writing speeches and preparing displays. She planned to unveil the beginnings of </w:t>
      </w:r>
      <w:r w:rsidRPr="00C9454D">
        <w:rPr>
          <w:i/>
          <w:iCs/>
          <w:sz w:val="24"/>
          <w:szCs w:val="24"/>
        </w:rPr>
        <w:t>The Keeper’s Way</w:t>
      </w:r>
      <w:r w:rsidRPr="00C9454D">
        <w:rPr>
          <w:sz w:val="24"/>
          <w:szCs w:val="24"/>
        </w:rPr>
        <w:t xml:space="preserve"> during the festival, sharing her vision with the king and the people.</w:t>
      </w:r>
    </w:p>
    <w:p w14:paraId="017A1C4D" w14:textId="77777777" w:rsidR="00BB7833" w:rsidRPr="00C9454D" w:rsidRDefault="00BB7833" w:rsidP="00C9454D">
      <w:pPr>
        <w:rPr>
          <w:sz w:val="24"/>
          <w:szCs w:val="24"/>
        </w:rPr>
      </w:pPr>
      <w:r w:rsidRPr="00C9454D">
        <w:rPr>
          <w:sz w:val="24"/>
          <w:szCs w:val="24"/>
        </w:rPr>
        <w:t>Guy, meanwhile, coordinated with the other villages, ensuring that everything would run smoothly. His leadership was invaluable, his steady presence keeping everyone focused even as tensions rose.</w:t>
      </w:r>
    </w:p>
    <w:p w14:paraId="449C5465" w14:textId="77777777" w:rsidR="00BB7833" w:rsidRPr="00C9454D" w:rsidRDefault="00BB7833"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took on a quieter role, offering guidance and support to those who needed it. He spent hours listening to the stories of the villagers, their hopes and fears, and offered words of comfort and encouragement.</w:t>
      </w:r>
    </w:p>
    <w:p w14:paraId="3C5E76CB" w14:textId="77777777" w:rsidR="00BB7833" w:rsidRPr="00C9454D" w:rsidRDefault="00FE197F" w:rsidP="00C9454D">
      <w:pPr>
        <w:rPr>
          <w:sz w:val="24"/>
          <w:szCs w:val="24"/>
        </w:rPr>
      </w:pPr>
      <w:r>
        <w:rPr>
          <w:noProof/>
          <w:sz w:val="24"/>
          <w:szCs w:val="24"/>
        </w:rPr>
      </w:r>
      <w:r w:rsidR="00FE197F">
        <w:rPr>
          <w:noProof/>
          <w:sz w:val="24"/>
          <w:szCs w:val="24"/>
        </w:rPr>
        <w:pict w14:anchorId="2D955E5C">
          <v:rect id="_x0000_i1085" style="width:0;height:1.5pt" o:hralign="center" o:hrstd="t" o:hr="t" fillcolor="#a0a0a0" stroked="f"/>
        </w:pict>
      </w:r>
    </w:p>
    <w:p w14:paraId="0F000F5C" w14:textId="77777777" w:rsidR="00BB7833" w:rsidRPr="00C9454D" w:rsidRDefault="00BB7833" w:rsidP="00C9454D">
      <w:pPr>
        <w:pStyle w:val="Heading2"/>
        <w:rPr>
          <w:sz w:val="24"/>
          <w:szCs w:val="24"/>
        </w:rPr>
      </w:pPr>
      <w:r w:rsidRPr="00C9454D">
        <w:rPr>
          <w:sz w:val="24"/>
          <w:szCs w:val="24"/>
        </w:rPr>
        <w:t>The Spirit of the Festival</w:t>
      </w:r>
    </w:p>
    <w:p w14:paraId="06E7918A" w14:textId="77777777" w:rsidR="00FE761F" w:rsidRPr="00C9454D" w:rsidRDefault="00FE761F" w:rsidP="00C9454D">
      <w:pPr>
        <w:rPr>
          <w:sz w:val="24"/>
          <w:szCs w:val="24"/>
        </w:rPr>
      </w:pPr>
    </w:p>
    <w:p w14:paraId="1059E616" w14:textId="77777777" w:rsidR="00BB7833" w:rsidRPr="00C9454D" w:rsidRDefault="00BB7833" w:rsidP="00C9454D">
      <w:pPr>
        <w:rPr>
          <w:sz w:val="24"/>
          <w:szCs w:val="24"/>
        </w:rPr>
      </w:pPr>
      <w:r w:rsidRPr="00C9454D">
        <w:rPr>
          <w:sz w:val="24"/>
          <w:szCs w:val="24"/>
        </w:rPr>
        <w:t>By the time the festival day arrived, the region was alive with anticipation. The air was filled with the scent of roasted meats and freshly baked bread, the sound of music and laughter echoing through the fields.</w:t>
      </w:r>
    </w:p>
    <w:p w14:paraId="63DC8D2B" w14:textId="4A822962" w:rsidR="00BB7833" w:rsidRPr="00C9454D" w:rsidRDefault="00BB7833" w:rsidP="00C9454D">
      <w:pPr>
        <w:rPr>
          <w:sz w:val="24"/>
          <w:szCs w:val="24"/>
        </w:rPr>
      </w:pPr>
      <w:r w:rsidRPr="00C9454D">
        <w:rPr>
          <w:sz w:val="24"/>
          <w:szCs w:val="24"/>
        </w:rPr>
        <w:t xml:space="preserve">Abilene stood on the terrace of </w:t>
      </w:r>
      <w:r w:rsidR="00522C4D" w:rsidRPr="00C9454D">
        <w:rPr>
          <w:sz w:val="24"/>
          <w:szCs w:val="24"/>
        </w:rPr>
        <w:t>High Haven</w:t>
      </w:r>
      <w:r w:rsidRPr="00C9454D">
        <w:rPr>
          <w:sz w:val="24"/>
          <w:szCs w:val="24"/>
        </w:rPr>
        <w:t>, looking out over the bustling scene. She could see the fruits of their labor—the stalls, the decorations, the people coming together in joy and celebration.</w:t>
      </w:r>
    </w:p>
    <w:p w14:paraId="1F2086C9" w14:textId="77777777" w:rsidR="00BB7833" w:rsidRPr="00C9454D" w:rsidRDefault="00BB7833" w:rsidP="00C9454D">
      <w:pPr>
        <w:rPr>
          <w:sz w:val="24"/>
          <w:szCs w:val="24"/>
        </w:rPr>
      </w:pPr>
      <w:r w:rsidRPr="00C9454D">
        <w:rPr>
          <w:sz w:val="24"/>
          <w:szCs w:val="24"/>
        </w:rPr>
        <w:t>Guy joined her, placing a hand on her shoulder. “You’ve done something incredible here,” he said, his voice filled with pride.</w:t>
      </w:r>
    </w:p>
    <w:p w14:paraId="3DDF9088" w14:textId="77777777" w:rsidR="00BB7833" w:rsidRPr="00C9454D" w:rsidRDefault="00BB7833" w:rsidP="00C9454D">
      <w:pPr>
        <w:rPr>
          <w:sz w:val="24"/>
          <w:szCs w:val="24"/>
        </w:rPr>
      </w:pPr>
      <w:r w:rsidRPr="00C9454D">
        <w:rPr>
          <w:sz w:val="24"/>
          <w:szCs w:val="24"/>
        </w:rPr>
        <w:t>“We’ve done something incredible,” she corrected, leaning against him.</w:t>
      </w:r>
    </w:p>
    <w:p w14:paraId="44B87E22" w14:textId="77777777" w:rsidR="00BB7833" w:rsidRPr="00C9454D" w:rsidRDefault="00BB7833" w:rsidP="00C9454D">
      <w:pPr>
        <w:rPr>
          <w:sz w:val="24"/>
          <w:szCs w:val="24"/>
        </w:rPr>
      </w:pPr>
      <w:r w:rsidRPr="00C9454D">
        <w:rPr>
          <w:sz w:val="24"/>
          <w:szCs w:val="24"/>
        </w:rPr>
        <w:t>As the first visitors began to arrive, Abilene felt a surge of excitement. This was more than a festival. It was a testament to everything they had overcome—and everything they could achieve together.</w:t>
      </w:r>
    </w:p>
    <w:p w14:paraId="4D7DE68C" w14:textId="79AA68E2" w:rsidR="00FB22D7" w:rsidRPr="00C9454D" w:rsidRDefault="00FE197F" w:rsidP="00C9454D">
      <w:pPr>
        <w:rPr>
          <w:sz w:val="24"/>
          <w:szCs w:val="24"/>
        </w:rPr>
      </w:pPr>
      <w:r>
        <w:rPr>
          <w:noProof/>
          <w:sz w:val="24"/>
          <w:szCs w:val="24"/>
        </w:rPr>
      </w:r>
      <w:r w:rsidR="00FE197F">
        <w:rPr>
          <w:noProof/>
          <w:sz w:val="24"/>
          <w:szCs w:val="24"/>
        </w:rPr>
        <w:pict w14:anchorId="5651AF7C">
          <v:rect id="_x0000_i1086" style="width:0;height:1.5pt" o:hralign="center" o:hrstd="t" o:hr="t" fillcolor="#a0a0a0" stroked="f"/>
        </w:pict>
      </w:r>
      <w:r w:rsidR="00FB22D7" w:rsidRPr="00C9454D">
        <w:rPr>
          <w:sz w:val="24"/>
          <w:szCs w:val="24"/>
        </w:rPr>
        <w:br w:type="page"/>
      </w:r>
    </w:p>
    <w:p w14:paraId="606060E5" w14:textId="77777777" w:rsidR="00FB22D7" w:rsidRPr="00C9454D" w:rsidRDefault="00FB22D7" w:rsidP="00C9454D">
      <w:pPr>
        <w:rPr>
          <w:sz w:val="24"/>
          <w:szCs w:val="24"/>
        </w:rPr>
      </w:pPr>
    </w:p>
    <w:p w14:paraId="20B8003F" w14:textId="14089837" w:rsidR="00346FC2" w:rsidRPr="00C9454D" w:rsidRDefault="00346FC2" w:rsidP="00C9454D">
      <w:pPr>
        <w:pStyle w:val="Heading2"/>
        <w:rPr>
          <w:sz w:val="24"/>
          <w:szCs w:val="24"/>
        </w:rPr>
      </w:pPr>
      <w:r w:rsidRPr="00C9454D">
        <w:rPr>
          <w:sz w:val="24"/>
          <w:szCs w:val="24"/>
        </w:rPr>
        <w:t>The Grand Festival</w:t>
      </w:r>
    </w:p>
    <w:p w14:paraId="3F725791" w14:textId="1CE1E8C2" w:rsidR="009B7905" w:rsidRPr="00C9454D" w:rsidRDefault="009B7905" w:rsidP="00C9454D">
      <w:pPr>
        <w:pStyle w:val="Heading2"/>
        <w:rPr>
          <w:sz w:val="24"/>
          <w:szCs w:val="24"/>
        </w:rPr>
      </w:pPr>
      <w:r w:rsidRPr="00C9454D">
        <w:rPr>
          <w:sz w:val="24"/>
          <w:szCs w:val="24"/>
        </w:rPr>
        <w:t>1202</w:t>
      </w:r>
    </w:p>
    <w:p w14:paraId="3F55B933" w14:textId="77777777" w:rsidR="00FE761F" w:rsidRPr="00C9454D" w:rsidRDefault="00FE761F" w:rsidP="00C9454D">
      <w:pPr>
        <w:rPr>
          <w:sz w:val="24"/>
          <w:szCs w:val="24"/>
        </w:rPr>
      </w:pPr>
    </w:p>
    <w:p w14:paraId="4DEE378B" w14:textId="6303D651" w:rsidR="00346FC2" w:rsidRPr="00C9454D" w:rsidRDefault="00346FC2" w:rsidP="00C9454D">
      <w:pPr>
        <w:rPr>
          <w:sz w:val="24"/>
          <w:szCs w:val="24"/>
        </w:rPr>
      </w:pPr>
      <w:r w:rsidRPr="00C9454D">
        <w:rPr>
          <w:sz w:val="24"/>
          <w:szCs w:val="24"/>
        </w:rPr>
        <w:t>The day of the Festival of Renewal dawned with the sun rising high over</w:t>
      </w:r>
      <w:r w:rsidR="00C87E32" w:rsidRPr="00C9454D">
        <w:rPr>
          <w:sz w:val="24"/>
          <w:szCs w:val="24"/>
        </w:rPr>
        <w:t xml:space="preserve"> </w:t>
      </w:r>
      <w:proofErr w:type="spellStart"/>
      <w:r w:rsidR="00C87E32" w:rsidRPr="00C9454D">
        <w:rPr>
          <w:sz w:val="24"/>
          <w:szCs w:val="24"/>
        </w:rPr>
        <w:t>Teston</w:t>
      </w:r>
      <w:proofErr w:type="spellEnd"/>
      <w:r w:rsidRPr="00C9454D">
        <w:rPr>
          <w:sz w:val="24"/>
          <w:szCs w:val="24"/>
        </w:rPr>
        <w:t xml:space="preserve">, its rays dancing off the rippling waters of the river. A festive energy buzzed through the air as people from every corner of the region began to arrive. The roads leading to </w:t>
      </w:r>
      <w:proofErr w:type="spellStart"/>
      <w:r w:rsidR="00C87E32" w:rsidRPr="00C9454D">
        <w:rPr>
          <w:sz w:val="24"/>
          <w:szCs w:val="24"/>
        </w:rPr>
        <w:t>Teston</w:t>
      </w:r>
      <w:proofErr w:type="spellEnd"/>
      <w:r w:rsidR="00C87E32" w:rsidRPr="00C9454D">
        <w:rPr>
          <w:sz w:val="24"/>
          <w:szCs w:val="24"/>
        </w:rPr>
        <w:t xml:space="preserve"> </w:t>
      </w:r>
      <w:r w:rsidRPr="00C9454D">
        <w:rPr>
          <w:sz w:val="24"/>
          <w:szCs w:val="24"/>
        </w:rPr>
        <w:t>were crowded with carts and carriages, their wheels creaking under the weight of goods and decorations. Children ran ahead, their laughter echoing across the fields, while merchants called out their wares from brightly adorned wagons.</w:t>
      </w:r>
    </w:p>
    <w:p w14:paraId="46D5B459" w14:textId="77777777" w:rsidR="00346FC2" w:rsidRPr="00C9454D" w:rsidRDefault="00346FC2" w:rsidP="00C9454D">
      <w:pPr>
        <w:rPr>
          <w:sz w:val="24"/>
          <w:szCs w:val="24"/>
        </w:rPr>
      </w:pPr>
      <w:r w:rsidRPr="00C9454D">
        <w:rPr>
          <w:sz w:val="24"/>
          <w:szCs w:val="24"/>
        </w:rPr>
        <w:t>For weeks, the villages had prepared for this moment, and now their efforts had transformed the festival grounds into a vibrant tapestry of colors, sounds, and smells.</w:t>
      </w:r>
    </w:p>
    <w:p w14:paraId="0F74A6E8" w14:textId="77777777" w:rsidR="00346FC2" w:rsidRPr="00C9454D" w:rsidRDefault="00FE197F" w:rsidP="00C9454D">
      <w:pPr>
        <w:rPr>
          <w:sz w:val="24"/>
          <w:szCs w:val="24"/>
        </w:rPr>
      </w:pPr>
      <w:r>
        <w:rPr>
          <w:noProof/>
          <w:sz w:val="24"/>
          <w:szCs w:val="24"/>
        </w:rPr>
      </w:r>
      <w:r w:rsidR="00FE197F">
        <w:rPr>
          <w:noProof/>
          <w:sz w:val="24"/>
          <w:szCs w:val="24"/>
        </w:rPr>
        <w:pict w14:anchorId="7E6EAFDC">
          <v:rect id="_x0000_i1087" style="width:0;height:1.5pt" o:hralign="center" o:hrstd="t" o:hr="t" fillcolor="#a0a0a0" stroked="f"/>
        </w:pict>
      </w:r>
    </w:p>
    <w:p w14:paraId="0933CD54" w14:textId="77777777" w:rsidR="00346FC2" w:rsidRPr="00C9454D" w:rsidRDefault="00346FC2" w:rsidP="00C9454D">
      <w:pPr>
        <w:pStyle w:val="Heading2"/>
        <w:rPr>
          <w:sz w:val="24"/>
          <w:szCs w:val="24"/>
        </w:rPr>
      </w:pPr>
      <w:r w:rsidRPr="00C9454D">
        <w:rPr>
          <w:sz w:val="24"/>
          <w:szCs w:val="24"/>
        </w:rPr>
        <w:t>The Royal Pavilion</w:t>
      </w:r>
    </w:p>
    <w:p w14:paraId="107EA842" w14:textId="77777777" w:rsidR="008143A3" w:rsidRPr="00C9454D" w:rsidRDefault="008143A3" w:rsidP="00C9454D">
      <w:pPr>
        <w:rPr>
          <w:sz w:val="24"/>
          <w:szCs w:val="24"/>
        </w:rPr>
      </w:pPr>
    </w:p>
    <w:p w14:paraId="2358C817" w14:textId="77777777" w:rsidR="00346FC2" w:rsidRPr="00C9454D" w:rsidRDefault="00346FC2" w:rsidP="00C9454D">
      <w:pPr>
        <w:rPr>
          <w:sz w:val="24"/>
          <w:szCs w:val="24"/>
        </w:rPr>
      </w:pPr>
      <w:r w:rsidRPr="00C9454D">
        <w:rPr>
          <w:sz w:val="24"/>
          <w:szCs w:val="24"/>
        </w:rPr>
        <w:t>At the heart of the festival stood the royal pavilion, a grand tent of blue and gold that shimmered in the sunlight. Pennants bearing the king’s crest fluttered in the breeze, and a contingent of guards stood at attention, their armor gleaming.</w:t>
      </w:r>
    </w:p>
    <w:p w14:paraId="2000D327" w14:textId="35E52C80" w:rsidR="00346FC2" w:rsidRPr="00C9454D" w:rsidRDefault="00346FC2" w:rsidP="00C9454D">
      <w:pPr>
        <w:rPr>
          <w:sz w:val="24"/>
          <w:szCs w:val="24"/>
        </w:rPr>
      </w:pPr>
      <w:r w:rsidRPr="00C9454D">
        <w:rPr>
          <w:sz w:val="24"/>
          <w:szCs w:val="24"/>
        </w:rPr>
        <w:t>King John had arrived early that morning, his presence lending an air of gravitas to the celebration. Though he rarely showed enthusiasm openly, he couldn’t help but feel a flicker of pri</w:t>
      </w:r>
      <w:r w:rsidR="00DD1FF5" w:rsidRPr="00C9454D">
        <w:rPr>
          <w:sz w:val="24"/>
          <w:szCs w:val="24"/>
        </w:rPr>
        <w:t xml:space="preserve">de </w:t>
      </w:r>
      <w:r w:rsidRPr="00C9454D">
        <w:rPr>
          <w:sz w:val="24"/>
          <w:szCs w:val="24"/>
        </w:rPr>
        <w:t>as he surveyed the scene.</w:t>
      </w:r>
    </w:p>
    <w:p w14:paraId="5AB14CDE" w14:textId="77777777" w:rsidR="00346FC2" w:rsidRPr="00C9454D" w:rsidRDefault="00346FC2" w:rsidP="00C9454D">
      <w:pPr>
        <w:rPr>
          <w:sz w:val="24"/>
          <w:szCs w:val="24"/>
        </w:rPr>
      </w:pPr>
      <w:r w:rsidRPr="00C9454D">
        <w:rPr>
          <w:sz w:val="24"/>
          <w:szCs w:val="24"/>
        </w:rPr>
        <w:t>“This is… impressive,” he admitted to one of his advisors as they walked through the bustling grounds.</w:t>
      </w:r>
    </w:p>
    <w:p w14:paraId="5EDEC859" w14:textId="77777777" w:rsidR="00346FC2" w:rsidRPr="00C9454D" w:rsidRDefault="00346FC2" w:rsidP="00C9454D">
      <w:pPr>
        <w:rPr>
          <w:sz w:val="24"/>
          <w:szCs w:val="24"/>
        </w:rPr>
      </w:pPr>
      <w:r w:rsidRPr="00C9454D">
        <w:rPr>
          <w:sz w:val="24"/>
          <w:szCs w:val="24"/>
        </w:rPr>
        <w:t>“Indeed, Your Majesty,” the advisor replied. “Lady Abilene and her people have outdone themselves.”</w:t>
      </w:r>
    </w:p>
    <w:p w14:paraId="23B8E729" w14:textId="3AE8AB58" w:rsidR="00346FC2" w:rsidRPr="00C9454D" w:rsidRDefault="00346FC2" w:rsidP="00C9454D">
      <w:pPr>
        <w:rPr>
          <w:sz w:val="24"/>
          <w:szCs w:val="24"/>
        </w:rPr>
      </w:pPr>
      <w:r w:rsidRPr="00C9454D">
        <w:rPr>
          <w:sz w:val="24"/>
          <w:szCs w:val="24"/>
        </w:rPr>
        <w:t xml:space="preserve">The king nodded, his gaze lingering on the </w:t>
      </w:r>
      <w:r w:rsidR="00522C4D" w:rsidRPr="00C9454D">
        <w:rPr>
          <w:sz w:val="24"/>
          <w:szCs w:val="24"/>
        </w:rPr>
        <w:t>High Haven</w:t>
      </w:r>
      <w:r w:rsidRPr="00C9454D">
        <w:rPr>
          <w:sz w:val="24"/>
          <w:szCs w:val="24"/>
        </w:rPr>
        <w:t xml:space="preserve"> stall, where Abilene and Guy stood greeting visitors. “Let us see what they’ve prepared.”</w:t>
      </w:r>
    </w:p>
    <w:p w14:paraId="0788C7CB" w14:textId="77777777" w:rsidR="00346FC2" w:rsidRPr="00C9454D" w:rsidRDefault="00FE197F" w:rsidP="00C9454D">
      <w:pPr>
        <w:rPr>
          <w:sz w:val="24"/>
          <w:szCs w:val="24"/>
        </w:rPr>
      </w:pPr>
      <w:r>
        <w:rPr>
          <w:noProof/>
          <w:sz w:val="24"/>
          <w:szCs w:val="24"/>
        </w:rPr>
      </w:r>
      <w:r w:rsidR="00FE197F">
        <w:rPr>
          <w:noProof/>
          <w:sz w:val="24"/>
          <w:szCs w:val="24"/>
        </w:rPr>
        <w:pict w14:anchorId="775D8713">
          <v:rect id="_x0000_i1088" style="width:0;height:1.5pt" o:hralign="center" o:hrstd="t" o:hr="t" fillcolor="#a0a0a0" stroked="f"/>
        </w:pict>
      </w:r>
    </w:p>
    <w:p w14:paraId="25657D8E" w14:textId="6A3DFD64" w:rsidR="00346FC2" w:rsidRPr="00C9454D" w:rsidRDefault="00522C4D" w:rsidP="00C9454D">
      <w:pPr>
        <w:pStyle w:val="Heading2"/>
        <w:rPr>
          <w:sz w:val="24"/>
          <w:szCs w:val="24"/>
        </w:rPr>
      </w:pPr>
      <w:r w:rsidRPr="00C9454D">
        <w:rPr>
          <w:sz w:val="24"/>
          <w:szCs w:val="24"/>
        </w:rPr>
        <w:t>High Haven</w:t>
      </w:r>
      <w:r w:rsidR="00346FC2" w:rsidRPr="00C9454D">
        <w:rPr>
          <w:sz w:val="24"/>
          <w:szCs w:val="24"/>
        </w:rPr>
        <w:t>’s Showcase</w:t>
      </w:r>
    </w:p>
    <w:p w14:paraId="295346F9" w14:textId="77777777" w:rsidR="008143A3" w:rsidRPr="00C9454D" w:rsidRDefault="008143A3" w:rsidP="00C9454D">
      <w:pPr>
        <w:rPr>
          <w:sz w:val="24"/>
          <w:szCs w:val="24"/>
        </w:rPr>
      </w:pPr>
    </w:p>
    <w:p w14:paraId="418E7D03" w14:textId="095CCFCB" w:rsidR="00346FC2" w:rsidRPr="00C9454D" w:rsidRDefault="00346FC2" w:rsidP="00C9454D">
      <w:pPr>
        <w:rPr>
          <w:sz w:val="24"/>
          <w:szCs w:val="24"/>
        </w:rPr>
      </w:pPr>
      <w:r w:rsidRPr="00C9454D">
        <w:rPr>
          <w:sz w:val="24"/>
          <w:szCs w:val="24"/>
        </w:rPr>
        <w:t xml:space="preserve">The </w:t>
      </w:r>
      <w:r w:rsidR="00522C4D" w:rsidRPr="00C9454D">
        <w:rPr>
          <w:sz w:val="24"/>
          <w:szCs w:val="24"/>
        </w:rPr>
        <w:t>High Haven</w:t>
      </w:r>
      <w:r w:rsidRPr="00C9454D">
        <w:rPr>
          <w:sz w:val="24"/>
          <w:szCs w:val="24"/>
        </w:rPr>
        <w:t xml:space="preserve"> stall was a marvel of craftsmanship and ingenuity. It featured a working model of the water filtration system, its clear streams flowing into wooden basins for visitors to marvel at. Nearby, stonecutters demonstrated techniques from the quarry, carving intricate designs into blocks of granite.</w:t>
      </w:r>
    </w:p>
    <w:p w14:paraId="125EC06C" w14:textId="77777777" w:rsidR="00346FC2" w:rsidRPr="00C9454D" w:rsidRDefault="00346FC2" w:rsidP="00C9454D">
      <w:pPr>
        <w:rPr>
          <w:sz w:val="24"/>
          <w:szCs w:val="24"/>
        </w:rPr>
      </w:pPr>
      <w:r w:rsidRPr="00C9454D">
        <w:rPr>
          <w:sz w:val="24"/>
          <w:szCs w:val="24"/>
        </w:rPr>
        <w:t>Abilene, dressed in a simple but elegant gown of forest green, moved among the visitors with ease, explaining the innovations and answering questions. Guy stood by her side, his steady presence grounding the excitement around them.</w:t>
      </w:r>
    </w:p>
    <w:p w14:paraId="5808AB07" w14:textId="77777777" w:rsidR="00346FC2" w:rsidRPr="00C9454D" w:rsidRDefault="00346FC2" w:rsidP="00C9454D">
      <w:pPr>
        <w:rPr>
          <w:sz w:val="24"/>
          <w:szCs w:val="24"/>
        </w:rPr>
      </w:pPr>
      <w:r w:rsidRPr="00C9454D">
        <w:rPr>
          <w:sz w:val="24"/>
          <w:szCs w:val="24"/>
        </w:rPr>
        <w:t>When the king approached, the crowd parted, bowing deeply.</w:t>
      </w:r>
    </w:p>
    <w:p w14:paraId="5F96036F" w14:textId="31C012B9" w:rsidR="00346FC2" w:rsidRPr="00C9454D" w:rsidRDefault="00346FC2" w:rsidP="00C9454D">
      <w:pPr>
        <w:rPr>
          <w:sz w:val="24"/>
          <w:szCs w:val="24"/>
        </w:rPr>
      </w:pPr>
      <w:r w:rsidRPr="00C9454D">
        <w:rPr>
          <w:sz w:val="24"/>
          <w:szCs w:val="24"/>
        </w:rPr>
        <w:t xml:space="preserve">“Your Majesty,” Abilene said, curtsying low. “Welcome to </w:t>
      </w:r>
      <w:r w:rsidR="00522C4D" w:rsidRPr="00C9454D">
        <w:rPr>
          <w:sz w:val="24"/>
          <w:szCs w:val="24"/>
        </w:rPr>
        <w:t>High Haven</w:t>
      </w:r>
      <w:r w:rsidRPr="00C9454D">
        <w:rPr>
          <w:sz w:val="24"/>
          <w:szCs w:val="24"/>
        </w:rPr>
        <w:t>’s showcase.”</w:t>
      </w:r>
    </w:p>
    <w:p w14:paraId="190E95A3" w14:textId="77777777" w:rsidR="00346FC2" w:rsidRPr="00C9454D" w:rsidRDefault="00346FC2" w:rsidP="00C9454D">
      <w:pPr>
        <w:rPr>
          <w:sz w:val="24"/>
          <w:szCs w:val="24"/>
        </w:rPr>
      </w:pPr>
      <w:r w:rsidRPr="00C9454D">
        <w:rPr>
          <w:sz w:val="24"/>
          <w:szCs w:val="24"/>
        </w:rPr>
        <w:t>John studied the display, nodding in approval. “You’ve done well, Lady Abilene,” he said. “This is the kind of progress we need across the kingdom.”</w:t>
      </w:r>
    </w:p>
    <w:p w14:paraId="5F8F5FA9" w14:textId="77777777" w:rsidR="00346FC2" w:rsidRPr="00C9454D" w:rsidRDefault="00346FC2" w:rsidP="00C9454D">
      <w:pPr>
        <w:rPr>
          <w:sz w:val="24"/>
          <w:szCs w:val="24"/>
        </w:rPr>
      </w:pPr>
      <w:r w:rsidRPr="00C9454D">
        <w:rPr>
          <w:sz w:val="24"/>
          <w:szCs w:val="24"/>
        </w:rPr>
        <w:t>“We are honored to serve, Your Majesty,” she replied, her voice steady but humble.</w:t>
      </w:r>
    </w:p>
    <w:p w14:paraId="1A55C13F" w14:textId="77777777" w:rsidR="00346FC2" w:rsidRPr="00C9454D" w:rsidRDefault="00346FC2" w:rsidP="00C9454D">
      <w:pPr>
        <w:rPr>
          <w:sz w:val="24"/>
          <w:szCs w:val="24"/>
        </w:rPr>
      </w:pPr>
      <w:r w:rsidRPr="00C9454D">
        <w:rPr>
          <w:sz w:val="24"/>
          <w:szCs w:val="24"/>
        </w:rPr>
        <w:t>The king lingered for a moment, examining the displays with genuine interest. Then, with a small but sincere smile, he said, “Carry on. The Crown is watching with pride.”</w:t>
      </w:r>
    </w:p>
    <w:p w14:paraId="66E3421C" w14:textId="77777777" w:rsidR="00346FC2" w:rsidRPr="00C9454D" w:rsidRDefault="00FE197F" w:rsidP="00C9454D">
      <w:pPr>
        <w:rPr>
          <w:sz w:val="24"/>
          <w:szCs w:val="24"/>
        </w:rPr>
      </w:pPr>
      <w:r>
        <w:rPr>
          <w:noProof/>
          <w:sz w:val="24"/>
          <w:szCs w:val="24"/>
        </w:rPr>
      </w:r>
      <w:r w:rsidR="00FE197F">
        <w:rPr>
          <w:noProof/>
          <w:sz w:val="24"/>
          <w:szCs w:val="24"/>
        </w:rPr>
        <w:pict w14:anchorId="5A13E35B">
          <v:rect id="_x0000_i1089" style="width:0;height:1.5pt" o:hralign="center" o:hrstd="t" o:hr="t" fillcolor="#a0a0a0" stroked="f"/>
        </w:pict>
      </w:r>
    </w:p>
    <w:p w14:paraId="376C1D2A" w14:textId="77777777" w:rsidR="00346FC2" w:rsidRPr="00C9454D" w:rsidRDefault="00346FC2" w:rsidP="00C9454D">
      <w:pPr>
        <w:pStyle w:val="Heading2"/>
        <w:rPr>
          <w:sz w:val="24"/>
          <w:szCs w:val="24"/>
        </w:rPr>
      </w:pPr>
      <w:r w:rsidRPr="00C9454D">
        <w:rPr>
          <w:sz w:val="24"/>
          <w:szCs w:val="24"/>
        </w:rPr>
        <w:t>The Merriment of the Festival</w:t>
      </w:r>
    </w:p>
    <w:p w14:paraId="422A92DF" w14:textId="77777777" w:rsidR="008143A3" w:rsidRPr="00C9454D" w:rsidRDefault="008143A3" w:rsidP="00C9454D">
      <w:pPr>
        <w:rPr>
          <w:sz w:val="24"/>
          <w:szCs w:val="24"/>
        </w:rPr>
      </w:pPr>
    </w:p>
    <w:p w14:paraId="49A7AACD" w14:textId="77777777" w:rsidR="00346FC2" w:rsidRPr="00C9454D" w:rsidRDefault="00346FC2" w:rsidP="00C9454D">
      <w:pPr>
        <w:rPr>
          <w:sz w:val="24"/>
          <w:szCs w:val="24"/>
        </w:rPr>
      </w:pPr>
      <w:r w:rsidRPr="00C9454D">
        <w:rPr>
          <w:sz w:val="24"/>
          <w:szCs w:val="24"/>
        </w:rPr>
        <w:t>As the day unfolded, the festival became a whirlwind of activity. Stalls lined the riverbank, each one offering something unique.</w:t>
      </w:r>
    </w:p>
    <w:p w14:paraId="40504C72" w14:textId="77777777" w:rsidR="00346FC2" w:rsidRPr="00C9454D" w:rsidRDefault="00346FC2" w:rsidP="00C9454D">
      <w:pPr>
        <w:rPr>
          <w:sz w:val="24"/>
          <w:szCs w:val="24"/>
        </w:rPr>
      </w:pPr>
      <w:r w:rsidRPr="00C9454D">
        <w:rPr>
          <w:sz w:val="24"/>
          <w:szCs w:val="24"/>
        </w:rPr>
        <w:t>The blacksmiths held competitions, their hammers ringing out in a rhythmic melody as they crafted swords and tools. Farmers displayed their finest produce, the tables laden with ripe fruits, golden grains, and fragrant herbs. Bakers handed out samples of sweet tarts and crusty bread, while brewers poured foaming mugs of ale to thirsty revelers.</w:t>
      </w:r>
    </w:p>
    <w:p w14:paraId="63918050" w14:textId="77777777" w:rsidR="00346FC2" w:rsidRPr="00C9454D" w:rsidRDefault="00346FC2" w:rsidP="00C9454D">
      <w:pPr>
        <w:rPr>
          <w:sz w:val="24"/>
          <w:szCs w:val="24"/>
        </w:rPr>
      </w:pPr>
      <w:r w:rsidRPr="00C9454D">
        <w:rPr>
          <w:sz w:val="24"/>
          <w:szCs w:val="24"/>
        </w:rPr>
        <w:t>In the center of it all was Rowan and his outlaw family, who had become the unofficial entertainers of the festival.</w:t>
      </w:r>
    </w:p>
    <w:p w14:paraId="5FF4612A" w14:textId="77777777" w:rsidR="00346FC2" w:rsidRPr="00C9454D" w:rsidRDefault="00346FC2" w:rsidP="00C9454D">
      <w:pPr>
        <w:rPr>
          <w:sz w:val="24"/>
          <w:szCs w:val="24"/>
        </w:rPr>
      </w:pPr>
      <w:r w:rsidRPr="00C9454D">
        <w:rPr>
          <w:sz w:val="24"/>
          <w:szCs w:val="24"/>
        </w:rPr>
        <w:t>“Tell us the one about the sheriff!” a child called, tugging on Rowan’s tunic.</w:t>
      </w:r>
    </w:p>
    <w:p w14:paraId="3D407BDF" w14:textId="77777777" w:rsidR="00346FC2" w:rsidRPr="00C9454D" w:rsidRDefault="00346FC2" w:rsidP="00C9454D">
      <w:pPr>
        <w:rPr>
          <w:sz w:val="24"/>
          <w:szCs w:val="24"/>
        </w:rPr>
      </w:pPr>
      <w:r w:rsidRPr="00C9454D">
        <w:rPr>
          <w:sz w:val="24"/>
          <w:szCs w:val="24"/>
        </w:rPr>
        <w:t>Rowan laughed, sweeping the boy up onto his shoulders. “You want to hear about the time I outsmarted ten guards and a baron’s wife? Well, sit yourselves down, little ones!”</w:t>
      </w:r>
    </w:p>
    <w:p w14:paraId="6DDCFE43" w14:textId="77777777" w:rsidR="00346FC2" w:rsidRPr="00C9454D" w:rsidRDefault="00346FC2" w:rsidP="00C9454D">
      <w:pPr>
        <w:rPr>
          <w:sz w:val="24"/>
          <w:szCs w:val="24"/>
        </w:rPr>
      </w:pPr>
      <w:r w:rsidRPr="00C9454D">
        <w:rPr>
          <w:sz w:val="24"/>
          <w:szCs w:val="24"/>
        </w:rPr>
        <w:t xml:space="preserve">A crowd gathered as Rowan spun his tales, his voice carrying over the laughter and applause. </w:t>
      </w:r>
      <w:proofErr w:type="spellStart"/>
      <w:r w:rsidRPr="00C9454D">
        <w:rPr>
          <w:sz w:val="24"/>
          <w:szCs w:val="24"/>
        </w:rPr>
        <w:t>Milla</w:t>
      </w:r>
      <w:proofErr w:type="spellEnd"/>
      <w:r w:rsidRPr="00C9454D">
        <w:rPr>
          <w:sz w:val="24"/>
          <w:szCs w:val="24"/>
        </w:rPr>
        <w:t>, his wife, joined in, adding dramatic flourishes to his stories, while Bram played a lively tune on his fiddle.</w:t>
      </w:r>
    </w:p>
    <w:p w14:paraId="521351E4" w14:textId="77777777" w:rsidR="00346FC2" w:rsidRPr="00C9454D" w:rsidRDefault="00346FC2" w:rsidP="00C9454D">
      <w:pPr>
        <w:rPr>
          <w:sz w:val="24"/>
          <w:szCs w:val="24"/>
        </w:rPr>
      </w:pPr>
      <w:r w:rsidRPr="00C9454D">
        <w:rPr>
          <w:sz w:val="24"/>
          <w:szCs w:val="24"/>
        </w:rPr>
        <w:t>The children adored them, and even the adults couldn’t help but smile.</w:t>
      </w:r>
    </w:p>
    <w:p w14:paraId="4A3973EA" w14:textId="77777777" w:rsidR="00346FC2" w:rsidRPr="00C9454D" w:rsidRDefault="00346FC2" w:rsidP="00C9454D">
      <w:pPr>
        <w:rPr>
          <w:sz w:val="24"/>
          <w:szCs w:val="24"/>
        </w:rPr>
      </w:pPr>
      <w:r w:rsidRPr="00C9454D">
        <w:rPr>
          <w:sz w:val="24"/>
          <w:szCs w:val="24"/>
        </w:rPr>
        <w:t xml:space="preserve">“They’ve brought the heart to this festival,” Father </w:t>
      </w:r>
      <w:proofErr w:type="spellStart"/>
      <w:r w:rsidRPr="00C9454D">
        <w:rPr>
          <w:sz w:val="24"/>
          <w:szCs w:val="24"/>
        </w:rPr>
        <w:t>Elric</w:t>
      </w:r>
      <w:proofErr w:type="spellEnd"/>
      <w:r w:rsidRPr="00C9454D">
        <w:rPr>
          <w:sz w:val="24"/>
          <w:szCs w:val="24"/>
        </w:rPr>
        <w:t xml:space="preserve"> said to Abilene as they watched the scene unfold.</w:t>
      </w:r>
    </w:p>
    <w:p w14:paraId="1920BAEA" w14:textId="77777777" w:rsidR="00346FC2" w:rsidRPr="00C9454D" w:rsidRDefault="00346FC2" w:rsidP="00C9454D">
      <w:pPr>
        <w:rPr>
          <w:sz w:val="24"/>
          <w:szCs w:val="24"/>
        </w:rPr>
      </w:pPr>
      <w:r w:rsidRPr="00C9454D">
        <w:rPr>
          <w:sz w:val="24"/>
          <w:szCs w:val="24"/>
        </w:rPr>
        <w:t>Abilene nodded, her heart full. “It’s amazing how laughter can heal.”</w:t>
      </w:r>
    </w:p>
    <w:p w14:paraId="17AF73DC" w14:textId="77777777" w:rsidR="00346FC2" w:rsidRPr="00C9454D" w:rsidRDefault="00FE197F" w:rsidP="00C9454D">
      <w:pPr>
        <w:rPr>
          <w:sz w:val="24"/>
          <w:szCs w:val="24"/>
        </w:rPr>
      </w:pPr>
      <w:r>
        <w:rPr>
          <w:noProof/>
          <w:sz w:val="24"/>
          <w:szCs w:val="24"/>
        </w:rPr>
      </w:r>
      <w:r w:rsidR="00FE197F">
        <w:rPr>
          <w:noProof/>
          <w:sz w:val="24"/>
          <w:szCs w:val="24"/>
        </w:rPr>
        <w:pict w14:anchorId="4805F2D9">
          <v:rect id="_x0000_i1090" style="width:0;height:1.5pt" o:hralign="center" o:hrstd="t" o:hr="t" fillcolor="#a0a0a0" stroked="f"/>
        </w:pict>
      </w:r>
    </w:p>
    <w:p w14:paraId="40FC7206" w14:textId="77777777" w:rsidR="00346FC2" w:rsidRPr="00C9454D" w:rsidRDefault="00346FC2" w:rsidP="00C9454D">
      <w:pPr>
        <w:pStyle w:val="Heading2"/>
        <w:rPr>
          <w:sz w:val="24"/>
          <w:szCs w:val="24"/>
        </w:rPr>
      </w:pPr>
      <w:r w:rsidRPr="00C9454D">
        <w:rPr>
          <w:sz w:val="24"/>
          <w:szCs w:val="24"/>
        </w:rPr>
        <w:t>The Feast and Fireworks</w:t>
      </w:r>
    </w:p>
    <w:p w14:paraId="5F23669B" w14:textId="77777777" w:rsidR="008143A3" w:rsidRPr="00C9454D" w:rsidRDefault="008143A3" w:rsidP="00C9454D">
      <w:pPr>
        <w:rPr>
          <w:sz w:val="24"/>
          <w:szCs w:val="24"/>
        </w:rPr>
      </w:pPr>
    </w:p>
    <w:p w14:paraId="2FAF2560" w14:textId="77777777" w:rsidR="00346FC2" w:rsidRPr="00C9454D" w:rsidRDefault="00346FC2" w:rsidP="00C9454D">
      <w:pPr>
        <w:rPr>
          <w:sz w:val="24"/>
          <w:szCs w:val="24"/>
        </w:rPr>
      </w:pPr>
      <w:r w:rsidRPr="00C9454D">
        <w:rPr>
          <w:sz w:val="24"/>
          <w:szCs w:val="24"/>
        </w:rPr>
        <w:t>As the sun dipped below the horizon, the festival transitioned into its grand finale—a feast along the riverbank. Long tables were set with roasted meats, steaming vegetables, and flagons of wine. The villagers and visitors ate together, their laughter mingling with the sounds of the river.</w:t>
      </w:r>
    </w:p>
    <w:p w14:paraId="6D399B81" w14:textId="0914006D" w:rsidR="00346FC2" w:rsidRPr="00C9454D" w:rsidRDefault="00346FC2" w:rsidP="00C9454D">
      <w:pPr>
        <w:rPr>
          <w:sz w:val="24"/>
          <w:szCs w:val="24"/>
        </w:rPr>
      </w:pPr>
      <w:r w:rsidRPr="00C9454D">
        <w:rPr>
          <w:sz w:val="24"/>
          <w:szCs w:val="24"/>
        </w:rPr>
        <w:t>Musicians played lively tunes, their instruments echoing through the night, while dancers spun in the firelight. The festival had brought together people from all walks of life—nobles, peasants, craftsmen, and even outlaws—and for one night, the divisions that usually defined them seemed to fa</w:t>
      </w:r>
      <w:r w:rsidR="00DD1FF5" w:rsidRPr="00C9454D">
        <w:rPr>
          <w:sz w:val="24"/>
          <w:szCs w:val="24"/>
        </w:rPr>
        <w:t xml:space="preserve">de </w:t>
      </w:r>
      <w:r w:rsidRPr="00C9454D">
        <w:rPr>
          <w:sz w:val="24"/>
          <w:szCs w:val="24"/>
        </w:rPr>
        <w:t>away.</w:t>
      </w:r>
    </w:p>
    <w:p w14:paraId="560F9694" w14:textId="278C3C40" w:rsidR="00346FC2" w:rsidRPr="00C9454D" w:rsidRDefault="00346FC2" w:rsidP="00C9454D">
      <w:pPr>
        <w:rPr>
          <w:sz w:val="24"/>
          <w:szCs w:val="24"/>
        </w:rPr>
      </w:pPr>
      <w:r w:rsidRPr="00C9454D">
        <w:rPr>
          <w:sz w:val="24"/>
          <w:szCs w:val="24"/>
        </w:rPr>
        <w:t>When the feast ended, the crowd gathered near the royal pavilion for the final spectacle: fireworks. The first rocket shot into the sky with a deafening crack, its fiery tail leaving a trail of sparks before exploding into a casca</w:t>
      </w:r>
      <w:r w:rsidR="00DD1FF5" w:rsidRPr="00C9454D">
        <w:rPr>
          <w:sz w:val="24"/>
          <w:szCs w:val="24"/>
        </w:rPr>
        <w:t xml:space="preserve">de </w:t>
      </w:r>
      <w:r w:rsidRPr="00C9454D">
        <w:rPr>
          <w:sz w:val="24"/>
          <w:szCs w:val="24"/>
        </w:rPr>
        <w:t>of gold and silver.</w:t>
      </w:r>
    </w:p>
    <w:p w14:paraId="2F108934" w14:textId="77777777" w:rsidR="00346FC2" w:rsidRPr="00C9454D" w:rsidRDefault="00346FC2" w:rsidP="00C9454D">
      <w:pPr>
        <w:rPr>
          <w:sz w:val="24"/>
          <w:szCs w:val="24"/>
        </w:rPr>
      </w:pPr>
      <w:r w:rsidRPr="00C9454D">
        <w:rPr>
          <w:sz w:val="24"/>
          <w:szCs w:val="24"/>
        </w:rPr>
        <w:t>The crowd gasped, then cheered as more fireworks followed, each one brighter and more dazzling than the last. Abilene stood with Guy, her hand in his, as they watched the display.</w:t>
      </w:r>
    </w:p>
    <w:p w14:paraId="286C56C6" w14:textId="77777777" w:rsidR="00346FC2" w:rsidRPr="00C9454D" w:rsidRDefault="00346FC2" w:rsidP="00C9454D">
      <w:pPr>
        <w:rPr>
          <w:sz w:val="24"/>
          <w:szCs w:val="24"/>
        </w:rPr>
      </w:pPr>
      <w:r w:rsidRPr="00C9454D">
        <w:rPr>
          <w:sz w:val="24"/>
          <w:szCs w:val="24"/>
        </w:rPr>
        <w:t>“This is more than I ever imagined,” she said softly.</w:t>
      </w:r>
    </w:p>
    <w:p w14:paraId="5F49BD53" w14:textId="1D9B8D1A" w:rsidR="00346FC2" w:rsidRPr="00C9454D" w:rsidRDefault="00346FC2" w:rsidP="00C9454D">
      <w:pPr>
        <w:rPr>
          <w:sz w:val="24"/>
          <w:szCs w:val="24"/>
        </w:rPr>
      </w:pPr>
      <w:r w:rsidRPr="00C9454D">
        <w:rPr>
          <w:sz w:val="24"/>
          <w:szCs w:val="24"/>
        </w:rPr>
        <w:t>Guy squeezed her hand, his voice warm. “You’ve ma</w:t>
      </w:r>
      <w:r w:rsidR="00DD1FF5" w:rsidRPr="00C9454D">
        <w:rPr>
          <w:sz w:val="24"/>
          <w:szCs w:val="24"/>
        </w:rPr>
        <w:t xml:space="preserve">de </w:t>
      </w:r>
      <w:r w:rsidRPr="00C9454D">
        <w:rPr>
          <w:sz w:val="24"/>
          <w:szCs w:val="24"/>
        </w:rPr>
        <w:t>it happen, Abilene. This is your legacy.”</w:t>
      </w:r>
    </w:p>
    <w:p w14:paraId="2AF0F95D" w14:textId="77777777" w:rsidR="00346FC2" w:rsidRPr="00C9454D" w:rsidRDefault="00346FC2" w:rsidP="00C9454D">
      <w:pPr>
        <w:rPr>
          <w:sz w:val="24"/>
          <w:szCs w:val="24"/>
        </w:rPr>
      </w:pPr>
      <w:r w:rsidRPr="00C9454D">
        <w:rPr>
          <w:sz w:val="24"/>
          <w:szCs w:val="24"/>
        </w:rPr>
        <w:t>She turned to him, her eyes shining with emotion. “It’s our legacy.”</w:t>
      </w:r>
    </w:p>
    <w:p w14:paraId="799B20F3" w14:textId="77777777" w:rsidR="00346FC2" w:rsidRPr="00C9454D" w:rsidRDefault="00FE197F" w:rsidP="00C9454D">
      <w:pPr>
        <w:rPr>
          <w:sz w:val="24"/>
          <w:szCs w:val="24"/>
        </w:rPr>
      </w:pPr>
      <w:r>
        <w:rPr>
          <w:noProof/>
          <w:sz w:val="24"/>
          <w:szCs w:val="24"/>
        </w:rPr>
      </w:r>
      <w:r w:rsidR="00FE197F">
        <w:rPr>
          <w:noProof/>
          <w:sz w:val="24"/>
          <w:szCs w:val="24"/>
        </w:rPr>
        <w:pict w14:anchorId="2742520A">
          <v:rect id="_x0000_i1091" style="width:0;height:1.5pt" o:hralign="center" o:hrstd="t" o:hr="t" fillcolor="#a0a0a0" stroked="f"/>
        </w:pict>
      </w:r>
    </w:p>
    <w:p w14:paraId="4F4C0502" w14:textId="77777777" w:rsidR="00346FC2" w:rsidRPr="00C9454D" w:rsidRDefault="00346FC2" w:rsidP="00C9454D">
      <w:pPr>
        <w:pStyle w:val="Heading2"/>
        <w:rPr>
          <w:sz w:val="24"/>
          <w:szCs w:val="24"/>
        </w:rPr>
      </w:pPr>
      <w:r w:rsidRPr="00C9454D">
        <w:rPr>
          <w:sz w:val="24"/>
          <w:szCs w:val="24"/>
        </w:rPr>
        <w:t>The King’s Closing Remarks</w:t>
      </w:r>
    </w:p>
    <w:p w14:paraId="0CC1B663" w14:textId="77777777" w:rsidR="008143A3" w:rsidRPr="00C9454D" w:rsidRDefault="008143A3" w:rsidP="00C9454D">
      <w:pPr>
        <w:rPr>
          <w:sz w:val="24"/>
          <w:szCs w:val="24"/>
        </w:rPr>
      </w:pPr>
    </w:p>
    <w:p w14:paraId="32690BF2" w14:textId="77777777" w:rsidR="00346FC2" w:rsidRPr="00C9454D" w:rsidRDefault="00346FC2" w:rsidP="00C9454D">
      <w:pPr>
        <w:rPr>
          <w:sz w:val="24"/>
          <w:szCs w:val="24"/>
        </w:rPr>
      </w:pPr>
      <w:r w:rsidRPr="00C9454D">
        <w:rPr>
          <w:sz w:val="24"/>
          <w:szCs w:val="24"/>
        </w:rPr>
        <w:t>As the fireworks faded and the crowd began to disperse, King John stepped forward to address the people.</w:t>
      </w:r>
    </w:p>
    <w:p w14:paraId="02FC242D" w14:textId="77777777" w:rsidR="00346FC2" w:rsidRPr="00C9454D" w:rsidRDefault="00346FC2" w:rsidP="00C9454D">
      <w:pPr>
        <w:rPr>
          <w:sz w:val="24"/>
          <w:szCs w:val="24"/>
        </w:rPr>
      </w:pPr>
      <w:r w:rsidRPr="00C9454D">
        <w:rPr>
          <w:sz w:val="24"/>
          <w:szCs w:val="24"/>
        </w:rPr>
        <w:t>“Today, we have witnessed the strength of this region,” he said, his voice carrying over the quiet murmurs. “This festival is not just a celebration of renewal—it is a testament to what can be achieved when we come together. Let this be a reminder that even in the face of hardship, there is hope.”</w:t>
      </w:r>
    </w:p>
    <w:p w14:paraId="1E047CFC" w14:textId="77777777" w:rsidR="00346FC2" w:rsidRPr="00C9454D" w:rsidRDefault="00346FC2" w:rsidP="00C9454D">
      <w:pPr>
        <w:rPr>
          <w:sz w:val="24"/>
          <w:szCs w:val="24"/>
        </w:rPr>
      </w:pPr>
      <w:r w:rsidRPr="00C9454D">
        <w:rPr>
          <w:sz w:val="24"/>
          <w:szCs w:val="24"/>
        </w:rPr>
        <w:t>The crowd erupted into applause, their cheers echoing into the night.</w:t>
      </w:r>
    </w:p>
    <w:p w14:paraId="2D3B9097" w14:textId="77777777" w:rsidR="00346FC2" w:rsidRPr="00C9454D" w:rsidRDefault="00346FC2" w:rsidP="00C9454D">
      <w:pPr>
        <w:rPr>
          <w:sz w:val="24"/>
          <w:szCs w:val="24"/>
        </w:rPr>
      </w:pPr>
      <w:r w:rsidRPr="00C9454D">
        <w:rPr>
          <w:sz w:val="24"/>
          <w:szCs w:val="24"/>
        </w:rPr>
        <w:t>For Abilene, standing among her people with Guy at her side, it was a moment she would never forget. The festival had been more than just an event. It had been a symbol of everything they had fought for—and everything they would continue to fight for in the years to come.</w:t>
      </w:r>
    </w:p>
    <w:p w14:paraId="3F3AF3EB" w14:textId="77777777" w:rsidR="00A2568F" w:rsidRPr="00C9454D" w:rsidRDefault="00A2568F" w:rsidP="00C9454D">
      <w:pPr>
        <w:rPr>
          <w:sz w:val="24"/>
          <w:szCs w:val="24"/>
        </w:rPr>
      </w:pPr>
      <w:r w:rsidRPr="00C9454D">
        <w:rPr>
          <w:sz w:val="24"/>
          <w:szCs w:val="24"/>
        </w:rPr>
        <w:br w:type="page"/>
      </w:r>
    </w:p>
    <w:p w14:paraId="23FF3118" w14:textId="7E3E832B" w:rsidR="00346FC2" w:rsidRPr="00C9454D" w:rsidRDefault="00FE197F" w:rsidP="00C9454D">
      <w:pPr>
        <w:rPr>
          <w:sz w:val="24"/>
          <w:szCs w:val="24"/>
        </w:rPr>
      </w:pPr>
      <w:r>
        <w:rPr>
          <w:noProof/>
          <w:sz w:val="24"/>
          <w:szCs w:val="24"/>
        </w:rPr>
      </w:r>
      <w:r w:rsidR="00FE197F">
        <w:rPr>
          <w:noProof/>
          <w:sz w:val="24"/>
          <w:szCs w:val="24"/>
        </w:rPr>
        <w:pict w14:anchorId="36520FFE">
          <v:rect id="_x0000_i1092" style="width:0;height:1.5pt" o:hralign="center" o:hrstd="t" o:hr="t" fillcolor="#a0a0a0" stroked="f"/>
        </w:pict>
      </w:r>
    </w:p>
    <w:p w14:paraId="598DD3AF" w14:textId="77777777" w:rsidR="00346FC2" w:rsidRPr="00C9454D" w:rsidRDefault="00346FC2" w:rsidP="00C9454D">
      <w:pPr>
        <w:rPr>
          <w:sz w:val="24"/>
          <w:szCs w:val="24"/>
        </w:rPr>
      </w:pPr>
    </w:p>
    <w:p w14:paraId="4797E036" w14:textId="77777777" w:rsidR="00A81C5E" w:rsidRPr="00C9454D" w:rsidRDefault="00A81C5E" w:rsidP="00C9454D">
      <w:pPr>
        <w:rPr>
          <w:sz w:val="24"/>
          <w:szCs w:val="24"/>
        </w:rPr>
      </w:pPr>
    </w:p>
    <w:p w14:paraId="2881579A" w14:textId="77777777" w:rsidR="00A81C5E" w:rsidRPr="00C9454D" w:rsidRDefault="00A81C5E" w:rsidP="00C9454D">
      <w:pPr>
        <w:pStyle w:val="Heading2"/>
        <w:rPr>
          <w:sz w:val="24"/>
          <w:szCs w:val="24"/>
        </w:rPr>
      </w:pPr>
      <w:r w:rsidRPr="00C9454D">
        <w:rPr>
          <w:sz w:val="24"/>
          <w:szCs w:val="24"/>
        </w:rPr>
        <w:t>An Unexpected Contribution</w:t>
      </w:r>
    </w:p>
    <w:p w14:paraId="7972B495" w14:textId="77777777" w:rsidR="008143A3" w:rsidRPr="00C9454D" w:rsidRDefault="008143A3" w:rsidP="00C9454D">
      <w:pPr>
        <w:rPr>
          <w:sz w:val="24"/>
          <w:szCs w:val="24"/>
        </w:rPr>
      </w:pPr>
    </w:p>
    <w:p w14:paraId="050A7C93" w14:textId="77777777" w:rsidR="00A81C5E" w:rsidRPr="00C9454D" w:rsidRDefault="00A81C5E" w:rsidP="00C9454D">
      <w:pPr>
        <w:rPr>
          <w:sz w:val="24"/>
          <w:szCs w:val="24"/>
        </w:rPr>
      </w:pPr>
      <w:r w:rsidRPr="00C9454D">
        <w:rPr>
          <w:sz w:val="24"/>
          <w:szCs w:val="24"/>
        </w:rPr>
        <w:t xml:space="preserve">The arrival of the outlaws had been a surprise to everyone. The leader of the group—introduced simply as Rowan—had approached Abilene and Father </w:t>
      </w:r>
      <w:proofErr w:type="spellStart"/>
      <w:r w:rsidRPr="00C9454D">
        <w:rPr>
          <w:sz w:val="24"/>
          <w:szCs w:val="24"/>
        </w:rPr>
        <w:t>Elric</w:t>
      </w:r>
      <w:proofErr w:type="spellEnd"/>
      <w:r w:rsidRPr="00C9454D">
        <w:rPr>
          <w:sz w:val="24"/>
          <w:szCs w:val="24"/>
        </w:rPr>
        <w:t xml:space="preserve"> weeks earlier, asking if they could help with the preparations.</w:t>
      </w:r>
    </w:p>
    <w:p w14:paraId="7E59CDC5" w14:textId="77777777" w:rsidR="00A81C5E" w:rsidRPr="00C9454D" w:rsidRDefault="00A81C5E" w:rsidP="00C9454D">
      <w:pPr>
        <w:rPr>
          <w:sz w:val="24"/>
          <w:szCs w:val="24"/>
        </w:rPr>
      </w:pPr>
      <w:r w:rsidRPr="00C9454D">
        <w:rPr>
          <w:sz w:val="24"/>
          <w:szCs w:val="24"/>
        </w:rPr>
        <w:t>At first, the villagers had been wary, keeping their distance from the rugged group of forest dwellers. But it didn’t take long for Rowan and his family to win them over.</w:t>
      </w:r>
    </w:p>
    <w:p w14:paraId="5637EB83" w14:textId="77777777" w:rsidR="00A81C5E" w:rsidRPr="00C9454D" w:rsidRDefault="00A81C5E" w:rsidP="00C9454D">
      <w:pPr>
        <w:rPr>
          <w:sz w:val="24"/>
          <w:szCs w:val="24"/>
        </w:rPr>
      </w:pPr>
      <w:r w:rsidRPr="00C9454D">
        <w:rPr>
          <w:sz w:val="24"/>
          <w:szCs w:val="24"/>
        </w:rPr>
        <w:t xml:space="preserve">Rowan’s wife, a sharp-eyed woman named </w:t>
      </w:r>
      <w:proofErr w:type="spellStart"/>
      <w:r w:rsidRPr="00C9454D">
        <w:rPr>
          <w:sz w:val="24"/>
          <w:szCs w:val="24"/>
        </w:rPr>
        <w:t>Milla</w:t>
      </w:r>
      <w:proofErr w:type="spellEnd"/>
      <w:r w:rsidRPr="00C9454D">
        <w:rPr>
          <w:sz w:val="24"/>
          <w:szCs w:val="24"/>
        </w:rPr>
        <w:t>, had a knack for organizing chaos. She took charge of decorating the stalls, her quick hands weaving garlands faster than anyone else. Their eldest son, a lanky teenager named Bram, was endlessly inventive, building wooden contraptions that had the children in awe. And Rowan himself—despite his gruff appearance—had a way of making people laugh.</w:t>
      </w:r>
    </w:p>
    <w:p w14:paraId="3A52DEA0" w14:textId="77777777" w:rsidR="00A81C5E" w:rsidRPr="00C9454D" w:rsidRDefault="00A81C5E" w:rsidP="00C9454D">
      <w:pPr>
        <w:rPr>
          <w:sz w:val="24"/>
          <w:szCs w:val="24"/>
        </w:rPr>
      </w:pPr>
    </w:p>
    <w:p w14:paraId="18337865" w14:textId="77777777" w:rsidR="00A81C5E" w:rsidRPr="00C9454D" w:rsidRDefault="00A81C5E" w:rsidP="00C9454D">
      <w:pPr>
        <w:pStyle w:val="Heading2"/>
        <w:rPr>
          <w:sz w:val="24"/>
          <w:szCs w:val="24"/>
        </w:rPr>
      </w:pPr>
      <w:r w:rsidRPr="00C9454D">
        <w:rPr>
          <w:sz w:val="24"/>
          <w:szCs w:val="24"/>
        </w:rPr>
        <w:t>The Heart of the Festival</w:t>
      </w:r>
    </w:p>
    <w:p w14:paraId="51BB4658" w14:textId="77777777" w:rsidR="008143A3" w:rsidRPr="00C9454D" w:rsidRDefault="008143A3" w:rsidP="00C9454D">
      <w:pPr>
        <w:rPr>
          <w:sz w:val="24"/>
          <w:szCs w:val="24"/>
        </w:rPr>
      </w:pPr>
    </w:p>
    <w:p w14:paraId="099E6D1F" w14:textId="77777777" w:rsidR="00A81C5E" w:rsidRPr="00C9454D" w:rsidRDefault="00A81C5E" w:rsidP="00C9454D">
      <w:pPr>
        <w:rPr>
          <w:sz w:val="24"/>
          <w:szCs w:val="24"/>
        </w:rPr>
      </w:pPr>
      <w:r w:rsidRPr="00C9454D">
        <w:rPr>
          <w:sz w:val="24"/>
          <w:szCs w:val="24"/>
        </w:rPr>
        <w:t>As the weeks passed, the outlaws became the heart of the preparations. Rowan had a gift for storytelling, and it wasn’t long before the children began flocking to him.</w:t>
      </w:r>
    </w:p>
    <w:p w14:paraId="1DCCFB1B" w14:textId="339FB2C4" w:rsidR="00A81C5E" w:rsidRPr="00C9454D" w:rsidRDefault="00A81C5E" w:rsidP="00C9454D">
      <w:pPr>
        <w:rPr>
          <w:sz w:val="24"/>
          <w:szCs w:val="24"/>
        </w:rPr>
      </w:pPr>
      <w:r w:rsidRPr="00C9454D">
        <w:rPr>
          <w:sz w:val="24"/>
          <w:szCs w:val="24"/>
        </w:rPr>
        <w:t>“Tell us about the time you escaped the sheriff!” one boy demanded, his eyes wi</w:t>
      </w:r>
      <w:r w:rsidR="00DD1FF5" w:rsidRPr="00C9454D">
        <w:rPr>
          <w:sz w:val="24"/>
          <w:szCs w:val="24"/>
        </w:rPr>
        <w:t xml:space="preserve">de </w:t>
      </w:r>
      <w:r w:rsidRPr="00C9454D">
        <w:rPr>
          <w:sz w:val="24"/>
          <w:szCs w:val="24"/>
        </w:rPr>
        <w:t>with excitement.</w:t>
      </w:r>
    </w:p>
    <w:p w14:paraId="5BCA012A" w14:textId="77777777" w:rsidR="00A81C5E" w:rsidRPr="00C9454D" w:rsidRDefault="00A81C5E" w:rsidP="00C9454D">
      <w:pPr>
        <w:rPr>
          <w:sz w:val="24"/>
          <w:szCs w:val="24"/>
        </w:rPr>
      </w:pPr>
      <w:r w:rsidRPr="00C9454D">
        <w:rPr>
          <w:sz w:val="24"/>
          <w:szCs w:val="24"/>
        </w:rPr>
        <w:t>“Or the time you tricked the baron!” another chimed in.</w:t>
      </w:r>
    </w:p>
    <w:p w14:paraId="6F9B9799" w14:textId="7732967F" w:rsidR="00A81C5E" w:rsidRPr="00C9454D" w:rsidRDefault="00A81C5E" w:rsidP="00C9454D">
      <w:pPr>
        <w:rPr>
          <w:sz w:val="24"/>
          <w:szCs w:val="24"/>
        </w:rPr>
      </w:pPr>
      <w:r w:rsidRPr="00C9454D">
        <w:rPr>
          <w:sz w:val="24"/>
          <w:szCs w:val="24"/>
        </w:rPr>
        <w:t>Rowan would settle himself on a crate, the children gathered at his feet, and launch into a tale that had them giggling and gasping in turn. His stories were exaggerated, of course, but that only ma</w:t>
      </w:r>
      <w:r w:rsidR="00DD1FF5" w:rsidRPr="00C9454D">
        <w:rPr>
          <w:sz w:val="24"/>
          <w:szCs w:val="24"/>
        </w:rPr>
        <w:t xml:space="preserve">de </w:t>
      </w:r>
      <w:r w:rsidRPr="00C9454D">
        <w:rPr>
          <w:sz w:val="24"/>
          <w:szCs w:val="24"/>
        </w:rPr>
        <w:t>them better.</w:t>
      </w:r>
    </w:p>
    <w:p w14:paraId="3F13C5A3" w14:textId="77777777" w:rsidR="00A81C5E" w:rsidRPr="00C9454D" w:rsidRDefault="00A81C5E" w:rsidP="00C9454D">
      <w:pPr>
        <w:rPr>
          <w:sz w:val="24"/>
          <w:szCs w:val="24"/>
        </w:rPr>
      </w:pPr>
      <w:r w:rsidRPr="00C9454D">
        <w:rPr>
          <w:sz w:val="24"/>
          <w:szCs w:val="24"/>
        </w:rPr>
        <w:t>“They’ve got him surrounded,” he said one afternoon, his voice dropping to a dramatic whisper. “Ten guards, swords drawn. And what do I do? I sneeze. Loud enough to startle the horses, and off they go, dragging half the guards with them!”</w:t>
      </w:r>
    </w:p>
    <w:p w14:paraId="7491DE32" w14:textId="77777777" w:rsidR="00A81C5E" w:rsidRPr="00C9454D" w:rsidRDefault="00A81C5E" w:rsidP="00C9454D">
      <w:pPr>
        <w:rPr>
          <w:sz w:val="24"/>
          <w:szCs w:val="24"/>
        </w:rPr>
      </w:pPr>
      <w:r w:rsidRPr="00C9454D">
        <w:rPr>
          <w:sz w:val="24"/>
          <w:szCs w:val="24"/>
        </w:rPr>
        <w:t>The children burst into laughter, clapping their hands with delight.</w:t>
      </w:r>
    </w:p>
    <w:p w14:paraId="1B061828" w14:textId="77777777" w:rsidR="00A81C5E" w:rsidRPr="00C9454D" w:rsidRDefault="00A81C5E" w:rsidP="00C9454D">
      <w:pPr>
        <w:rPr>
          <w:sz w:val="24"/>
          <w:szCs w:val="24"/>
        </w:rPr>
      </w:pPr>
    </w:p>
    <w:p w14:paraId="53D970E6" w14:textId="77777777" w:rsidR="00A81C5E" w:rsidRPr="00C9454D" w:rsidRDefault="00A81C5E" w:rsidP="00C9454D">
      <w:pPr>
        <w:pStyle w:val="Heading2"/>
        <w:rPr>
          <w:sz w:val="24"/>
          <w:szCs w:val="24"/>
        </w:rPr>
      </w:pPr>
      <w:r w:rsidRPr="00C9454D">
        <w:rPr>
          <w:sz w:val="24"/>
          <w:szCs w:val="24"/>
        </w:rPr>
        <w:t>The Levity of the Outlaws</w:t>
      </w:r>
    </w:p>
    <w:p w14:paraId="2554559C" w14:textId="77777777" w:rsidR="008143A3" w:rsidRPr="00C9454D" w:rsidRDefault="008143A3" w:rsidP="00C9454D">
      <w:pPr>
        <w:rPr>
          <w:sz w:val="24"/>
          <w:szCs w:val="24"/>
        </w:rPr>
      </w:pPr>
    </w:p>
    <w:p w14:paraId="57CD1480" w14:textId="77777777" w:rsidR="00A81C5E" w:rsidRPr="00C9454D" w:rsidRDefault="00A81C5E" w:rsidP="00C9454D">
      <w:pPr>
        <w:rPr>
          <w:sz w:val="24"/>
          <w:szCs w:val="24"/>
        </w:rPr>
      </w:pPr>
      <w:r w:rsidRPr="00C9454D">
        <w:rPr>
          <w:sz w:val="24"/>
          <w:szCs w:val="24"/>
        </w:rPr>
        <w:t>It wasn’t just the children who were drawn to the outlaws. The adults, too, found themselves charmed by the family’s good humor and easy camaraderie. Rowan and Bram often broke into impromptu songs while they worked, their voices blending in a rough but cheerful harmony.</w:t>
      </w:r>
    </w:p>
    <w:p w14:paraId="71985062" w14:textId="77777777" w:rsidR="00A81C5E" w:rsidRPr="00C9454D" w:rsidRDefault="00A81C5E" w:rsidP="00C9454D">
      <w:pPr>
        <w:rPr>
          <w:sz w:val="24"/>
          <w:szCs w:val="24"/>
        </w:rPr>
      </w:pPr>
      <w:proofErr w:type="spellStart"/>
      <w:r w:rsidRPr="00C9454D">
        <w:rPr>
          <w:sz w:val="24"/>
          <w:szCs w:val="24"/>
        </w:rPr>
        <w:t>Milla</w:t>
      </w:r>
      <w:proofErr w:type="spellEnd"/>
      <w:r w:rsidRPr="00C9454D">
        <w:rPr>
          <w:sz w:val="24"/>
          <w:szCs w:val="24"/>
        </w:rPr>
        <w:t>, for all her sharp wit, had a soft spot for the village women, teaching them tricks she had learned during her years in the forest—how to weave stronger baskets, how to recognize edible plants, even how to defend themselves with a stick.</w:t>
      </w:r>
    </w:p>
    <w:p w14:paraId="7B50B04A" w14:textId="77777777" w:rsidR="00A81C5E" w:rsidRPr="00C9454D" w:rsidRDefault="00A81C5E" w:rsidP="00C9454D">
      <w:pPr>
        <w:rPr>
          <w:sz w:val="24"/>
          <w:szCs w:val="24"/>
        </w:rPr>
      </w:pPr>
      <w:r w:rsidRPr="00C9454D">
        <w:rPr>
          <w:sz w:val="24"/>
          <w:szCs w:val="24"/>
        </w:rPr>
        <w:t>“You’re wasting your talents out here,” one of the farmers joked as she demonstrated a particularly effective jab.</w:t>
      </w:r>
    </w:p>
    <w:p w14:paraId="61880E47" w14:textId="77777777" w:rsidR="00A81C5E" w:rsidRPr="00C9454D" w:rsidRDefault="00A81C5E" w:rsidP="00C9454D">
      <w:pPr>
        <w:rPr>
          <w:sz w:val="24"/>
          <w:szCs w:val="24"/>
        </w:rPr>
      </w:pPr>
      <w:r w:rsidRPr="00C9454D">
        <w:rPr>
          <w:sz w:val="24"/>
          <w:szCs w:val="24"/>
        </w:rPr>
        <w:t xml:space="preserve">“Maybe,” </w:t>
      </w:r>
      <w:proofErr w:type="spellStart"/>
      <w:r w:rsidRPr="00C9454D">
        <w:rPr>
          <w:sz w:val="24"/>
          <w:szCs w:val="24"/>
        </w:rPr>
        <w:t>Milla</w:t>
      </w:r>
      <w:proofErr w:type="spellEnd"/>
      <w:r w:rsidRPr="00C9454D">
        <w:rPr>
          <w:sz w:val="24"/>
          <w:szCs w:val="24"/>
        </w:rPr>
        <w:t xml:space="preserve"> said with a sly smile. “But life’s more fun this way.”</w:t>
      </w:r>
    </w:p>
    <w:p w14:paraId="3B989C53" w14:textId="77777777" w:rsidR="00A81C5E" w:rsidRPr="00C9454D" w:rsidRDefault="00A81C5E" w:rsidP="00C9454D">
      <w:pPr>
        <w:rPr>
          <w:sz w:val="24"/>
          <w:szCs w:val="24"/>
        </w:rPr>
      </w:pPr>
      <w:r w:rsidRPr="00C9454D">
        <w:rPr>
          <w:sz w:val="24"/>
          <w:szCs w:val="24"/>
        </w:rPr>
        <w:t>The outlaws brought a sense of levity to the preparations, a lightness that had been sorely missing in the years since the flood.</w:t>
      </w:r>
    </w:p>
    <w:p w14:paraId="68B1F085" w14:textId="77777777" w:rsidR="00A81C5E" w:rsidRPr="00C9454D" w:rsidRDefault="00A81C5E" w:rsidP="00C9454D">
      <w:pPr>
        <w:rPr>
          <w:sz w:val="24"/>
          <w:szCs w:val="24"/>
        </w:rPr>
      </w:pPr>
    </w:p>
    <w:p w14:paraId="0D650C64" w14:textId="77777777" w:rsidR="00A81C5E" w:rsidRPr="00C9454D" w:rsidRDefault="00A81C5E" w:rsidP="00C9454D">
      <w:pPr>
        <w:pStyle w:val="Heading2"/>
        <w:rPr>
          <w:sz w:val="24"/>
          <w:szCs w:val="24"/>
        </w:rPr>
      </w:pPr>
      <w:r w:rsidRPr="00C9454D">
        <w:rPr>
          <w:sz w:val="24"/>
          <w:szCs w:val="24"/>
        </w:rPr>
        <w:t>The Outlaws’ Contribution</w:t>
      </w:r>
    </w:p>
    <w:p w14:paraId="7428BAA7" w14:textId="77777777" w:rsidR="008143A3" w:rsidRPr="00C9454D" w:rsidRDefault="008143A3" w:rsidP="00C9454D">
      <w:pPr>
        <w:rPr>
          <w:sz w:val="24"/>
          <w:szCs w:val="24"/>
        </w:rPr>
      </w:pPr>
    </w:p>
    <w:p w14:paraId="78990548" w14:textId="77777777" w:rsidR="00A81C5E" w:rsidRPr="00C9454D" w:rsidRDefault="00A81C5E" w:rsidP="00C9454D">
      <w:pPr>
        <w:rPr>
          <w:sz w:val="24"/>
          <w:szCs w:val="24"/>
        </w:rPr>
      </w:pPr>
      <w:r w:rsidRPr="00C9454D">
        <w:rPr>
          <w:sz w:val="24"/>
          <w:szCs w:val="24"/>
        </w:rPr>
        <w:t>When the festival day finally arrived, the outlaws had their own stall—a ramshackle but colorful structure where they performed skits, told stories, and played games with the children. Rowan’s storytelling became one of the main attractions, drawing crowds who laughed until their sides ached.</w:t>
      </w:r>
    </w:p>
    <w:p w14:paraId="216C9AC3" w14:textId="77777777" w:rsidR="00A81C5E" w:rsidRPr="00C9454D" w:rsidRDefault="00A81C5E" w:rsidP="00C9454D">
      <w:pPr>
        <w:rPr>
          <w:sz w:val="24"/>
          <w:szCs w:val="24"/>
        </w:rPr>
      </w:pPr>
      <w:r w:rsidRPr="00C9454D">
        <w:rPr>
          <w:sz w:val="24"/>
          <w:szCs w:val="24"/>
        </w:rPr>
        <w:t>“They’re better than the court jesters,” one villager said, wiping tears of laughter from his eyes.</w:t>
      </w:r>
    </w:p>
    <w:p w14:paraId="5E79EB34" w14:textId="77777777" w:rsidR="00A81C5E" w:rsidRPr="00C9454D" w:rsidRDefault="00A81C5E" w:rsidP="00C9454D">
      <w:pPr>
        <w:rPr>
          <w:sz w:val="24"/>
          <w:szCs w:val="24"/>
        </w:rPr>
      </w:pPr>
      <w:r w:rsidRPr="00C9454D">
        <w:rPr>
          <w:sz w:val="24"/>
          <w:szCs w:val="24"/>
        </w:rPr>
        <w:t>But it wasn’t just their humor that endeared the outlaws to the people. It was their resilience, their ability to find joy even in the face of hardship. They reminded everyone that renewal wasn’t just about rebuilding homes and roads—it was about rebuilding the spirit.</w:t>
      </w:r>
    </w:p>
    <w:p w14:paraId="064104DB" w14:textId="77777777" w:rsidR="00A81C5E" w:rsidRPr="00C9454D" w:rsidRDefault="00A81C5E" w:rsidP="00C9454D">
      <w:pPr>
        <w:rPr>
          <w:sz w:val="24"/>
          <w:szCs w:val="24"/>
        </w:rPr>
      </w:pPr>
    </w:p>
    <w:p w14:paraId="07640CAB" w14:textId="77777777" w:rsidR="00A81C5E" w:rsidRPr="00C9454D" w:rsidRDefault="00A81C5E" w:rsidP="00C9454D">
      <w:pPr>
        <w:pStyle w:val="Heading2"/>
        <w:rPr>
          <w:sz w:val="24"/>
          <w:szCs w:val="24"/>
        </w:rPr>
      </w:pPr>
      <w:r w:rsidRPr="00C9454D">
        <w:rPr>
          <w:sz w:val="24"/>
          <w:szCs w:val="24"/>
        </w:rPr>
        <w:t>A Moment of Reflection</w:t>
      </w:r>
    </w:p>
    <w:p w14:paraId="1FCE4ECF" w14:textId="77777777" w:rsidR="008143A3" w:rsidRPr="00C9454D" w:rsidRDefault="008143A3" w:rsidP="00C9454D">
      <w:pPr>
        <w:rPr>
          <w:sz w:val="24"/>
          <w:szCs w:val="24"/>
        </w:rPr>
      </w:pPr>
    </w:p>
    <w:p w14:paraId="2446BE0F" w14:textId="10CFC471" w:rsidR="00A81C5E" w:rsidRPr="00C9454D" w:rsidRDefault="00A81C5E" w:rsidP="00C9454D">
      <w:pPr>
        <w:rPr>
          <w:sz w:val="24"/>
          <w:szCs w:val="24"/>
        </w:rPr>
      </w:pPr>
      <w:r w:rsidRPr="00C9454D">
        <w:rPr>
          <w:sz w:val="24"/>
          <w:szCs w:val="24"/>
        </w:rPr>
        <w:t>One evening, as the preparations neared their end, Abilene found Rowan sitting by the fire outsi</w:t>
      </w:r>
      <w:r w:rsidR="00DD1FF5" w:rsidRPr="00C9454D">
        <w:rPr>
          <w:sz w:val="24"/>
          <w:szCs w:val="24"/>
        </w:rPr>
        <w:t xml:space="preserve">de </w:t>
      </w:r>
      <w:r w:rsidR="00522C4D" w:rsidRPr="00C9454D">
        <w:rPr>
          <w:sz w:val="24"/>
          <w:szCs w:val="24"/>
        </w:rPr>
        <w:t>High Haven</w:t>
      </w:r>
      <w:r w:rsidRPr="00C9454D">
        <w:rPr>
          <w:sz w:val="24"/>
          <w:szCs w:val="24"/>
        </w:rPr>
        <w:t>.</w:t>
      </w:r>
    </w:p>
    <w:p w14:paraId="48F6194B" w14:textId="2E4A04C4" w:rsidR="00A81C5E" w:rsidRPr="00C9454D" w:rsidRDefault="00A81C5E" w:rsidP="00C9454D">
      <w:pPr>
        <w:rPr>
          <w:sz w:val="24"/>
          <w:szCs w:val="24"/>
        </w:rPr>
      </w:pPr>
      <w:r w:rsidRPr="00C9454D">
        <w:rPr>
          <w:sz w:val="24"/>
          <w:szCs w:val="24"/>
        </w:rPr>
        <w:t>“You’ve done a lot for this festival,” she said, taking a seat besi</w:t>
      </w:r>
      <w:r w:rsidR="00DD1FF5" w:rsidRPr="00C9454D">
        <w:rPr>
          <w:sz w:val="24"/>
          <w:szCs w:val="24"/>
        </w:rPr>
        <w:t xml:space="preserve">de </w:t>
      </w:r>
      <w:r w:rsidRPr="00C9454D">
        <w:rPr>
          <w:sz w:val="24"/>
          <w:szCs w:val="24"/>
        </w:rPr>
        <w:t>him. “More than I think anyone expected.”</w:t>
      </w:r>
    </w:p>
    <w:p w14:paraId="243535E7" w14:textId="77777777" w:rsidR="00A81C5E" w:rsidRPr="00C9454D" w:rsidRDefault="00A81C5E" w:rsidP="00C9454D">
      <w:pPr>
        <w:rPr>
          <w:sz w:val="24"/>
          <w:szCs w:val="24"/>
        </w:rPr>
      </w:pPr>
      <w:r w:rsidRPr="00C9454D">
        <w:rPr>
          <w:sz w:val="24"/>
          <w:szCs w:val="24"/>
        </w:rPr>
        <w:t>Rowan shrugged, his gaze fixed on the flames. “We’ve taken a lot from this land,” he said quietly. “It feels good to give something back.”</w:t>
      </w:r>
    </w:p>
    <w:p w14:paraId="2861A8B9" w14:textId="77777777" w:rsidR="00A81C5E" w:rsidRPr="00C9454D" w:rsidRDefault="00A81C5E" w:rsidP="00C9454D">
      <w:pPr>
        <w:rPr>
          <w:sz w:val="24"/>
          <w:szCs w:val="24"/>
        </w:rPr>
      </w:pPr>
      <w:r w:rsidRPr="00C9454D">
        <w:rPr>
          <w:sz w:val="24"/>
          <w:szCs w:val="24"/>
        </w:rPr>
        <w:t>Abilene studied him for a moment, then nodded. “You’ve given more than that. You’ve given us laughter. Hope.”</w:t>
      </w:r>
    </w:p>
    <w:p w14:paraId="459297D3" w14:textId="37314D91" w:rsidR="00A81C5E" w:rsidRPr="00C9454D" w:rsidRDefault="00A81C5E" w:rsidP="00C9454D">
      <w:pPr>
        <w:rPr>
          <w:sz w:val="24"/>
          <w:szCs w:val="24"/>
        </w:rPr>
      </w:pPr>
      <w:r w:rsidRPr="00C9454D">
        <w:rPr>
          <w:sz w:val="24"/>
          <w:szCs w:val="24"/>
        </w:rPr>
        <w:t>He glanced at her, a flicker of gratitu</w:t>
      </w:r>
      <w:r w:rsidR="00DD1FF5" w:rsidRPr="00C9454D">
        <w:rPr>
          <w:sz w:val="24"/>
          <w:szCs w:val="24"/>
        </w:rPr>
        <w:t xml:space="preserve">de </w:t>
      </w:r>
      <w:r w:rsidRPr="00C9454D">
        <w:rPr>
          <w:sz w:val="24"/>
          <w:szCs w:val="24"/>
        </w:rPr>
        <w:t>in his eyes. “You’ve given us a place,” he said simply.</w:t>
      </w:r>
    </w:p>
    <w:p w14:paraId="23D75298" w14:textId="77777777" w:rsidR="00A81C5E" w:rsidRPr="00C9454D" w:rsidRDefault="00A81C5E" w:rsidP="00C9454D">
      <w:pPr>
        <w:rPr>
          <w:sz w:val="24"/>
          <w:szCs w:val="24"/>
        </w:rPr>
      </w:pPr>
    </w:p>
    <w:p w14:paraId="16885C00" w14:textId="77777777" w:rsidR="00A81C5E" w:rsidRPr="00C9454D" w:rsidRDefault="00A81C5E" w:rsidP="00C9454D">
      <w:pPr>
        <w:pStyle w:val="Heading2"/>
        <w:rPr>
          <w:sz w:val="24"/>
          <w:szCs w:val="24"/>
        </w:rPr>
      </w:pPr>
      <w:r w:rsidRPr="00C9454D">
        <w:rPr>
          <w:sz w:val="24"/>
          <w:szCs w:val="24"/>
        </w:rPr>
        <w:t>The Final Touches</w:t>
      </w:r>
    </w:p>
    <w:p w14:paraId="3C0D3C74" w14:textId="77777777" w:rsidR="008143A3" w:rsidRPr="00C9454D" w:rsidRDefault="008143A3" w:rsidP="00C9454D">
      <w:pPr>
        <w:rPr>
          <w:sz w:val="24"/>
          <w:szCs w:val="24"/>
        </w:rPr>
      </w:pPr>
    </w:p>
    <w:p w14:paraId="083E2A1F" w14:textId="77777777" w:rsidR="00A81C5E" w:rsidRPr="00C9454D" w:rsidRDefault="00A81C5E" w:rsidP="00C9454D">
      <w:pPr>
        <w:rPr>
          <w:sz w:val="24"/>
          <w:szCs w:val="24"/>
        </w:rPr>
      </w:pPr>
      <w:r w:rsidRPr="00C9454D">
        <w:rPr>
          <w:sz w:val="24"/>
          <w:szCs w:val="24"/>
        </w:rPr>
        <w:t>As the last stalls were built and the final decorations hung, the villagers stood back to admire their work. The festival grounds were a riot of color and activity, each village’s unique contributions blending into a tapestry of celebration.</w:t>
      </w:r>
    </w:p>
    <w:p w14:paraId="53E28AA1" w14:textId="77777777" w:rsidR="00A81C5E" w:rsidRPr="00C9454D" w:rsidRDefault="00A81C5E" w:rsidP="00C9454D">
      <w:pPr>
        <w:rPr>
          <w:sz w:val="24"/>
          <w:szCs w:val="24"/>
        </w:rPr>
      </w:pPr>
      <w:r w:rsidRPr="00C9454D">
        <w:rPr>
          <w:sz w:val="24"/>
          <w:szCs w:val="24"/>
        </w:rPr>
        <w:t>Abilene stood on the terrace with Guy, her heart swelling with pride. “Look at what we’ve done,” she said softly.</w:t>
      </w:r>
    </w:p>
    <w:p w14:paraId="34ED1223" w14:textId="77777777" w:rsidR="00A81C5E" w:rsidRPr="00C9454D" w:rsidRDefault="00A81C5E" w:rsidP="00C9454D">
      <w:pPr>
        <w:rPr>
          <w:sz w:val="24"/>
          <w:szCs w:val="24"/>
        </w:rPr>
      </w:pPr>
      <w:r w:rsidRPr="00C9454D">
        <w:rPr>
          <w:sz w:val="24"/>
          <w:szCs w:val="24"/>
        </w:rPr>
        <w:t>Guy wrapped an arm around her shoulders, his smile warm. “Look at what you’ve done.”</w:t>
      </w:r>
    </w:p>
    <w:p w14:paraId="05DDA5C8" w14:textId="77777777" w:rsidR="00A81C5E" w:rsidRPr="00C9454D" w:rsidRDefault="00A81C5E" w:rsidP="00C9454D">
      <w:pPr>
        <w:rPr>
          <w:sz w:val="24"/>
          <w:szCs w:val="24"/>
        </w:rPr>
      </w:pPr>
      <w:r w:rsidRPr="00C9454D">
        <w:rPr>
          <w:sz w:val="24"/>
          <w:szCs w:val="24"/>
        </w:rPr>
        <w:t>She shook her head. “We couldn’t have done it without everyone. Without the villagers. Without…” She trailed off, her gaze falling on the outlaw family, who were playfully chasing a group of children around the square.</w:t>
      </w:r>
    </w:p>
    <w:p w14:paraId="232D8DB3" w14:textId="77777777" w:rsidR="00A81C5E" w:rsidRPr="00C9454D" w:rsidRDefault="00A81C5E" w:rsidP="00C9454D">
      <w:pPr>
        <w:rPr>
          <w:sz w:val="24"/>
          <w:szCs w:val="24"/>
        </w:rPr>
      </w:pPr>
      <w:r w:rsidRPr="00C9454D">
        <w:rPr>
          <w:sz w:val="24"/>
          <w:szCs w:val="24"/>
        </w:rPr>
        <w:t>“They’ve brought something special to this,” she said, her voice thoughtful.</w:t>
      </w:r>
    </w:p>
    <w:p w14:paraId="25A1CDAB" w14:textId="77777777" w:rsidR="00A81C5E" w:rsidRPr="00C9454D" w:rsidRDefault="00A81C5E" w:rsidP="00C9454D">
      <w:pPr>
        <w:rPr>
          <w:sz w:val="24"/>
          <w:szCs w:val="24"/>
        </w:rPr>
      </w:pPr>
      <w:r w:rsidRPr="00C9454D">
        <w:rPr>
          <w:sz w:val="24"/>
          <w:szCs w:val="24"/>
        </w:rPr>
        <w:t>“They’ve reminded us how to laugh,” Guy said.</w:t>
      </w:r>
    </w:p>
    <w:p w14:paraId="7594A5F7" w14:textId="059062AB" w:rsidR="00C41D69" w:rsidRPr="00C9454D" w:rsidRDefault="00C41D69" w:rsidP="00C9454D">
      <w:pPr>
        <w:rPr>
          <w:sz w:val="24"/>
          <w:szCs w:val="24"/>
        </w:rPr>
      </w:pPr>
      <w:r w:rsidRPr="00C9454D">
        <w:rPr>
          <w:sz w:val="24"/>
          <w:szCs w:val="24"/>
        </w:rPr>
        <w:br w:type="page"/>
      </w:r>
    </w:p>
    <w:p w14:paraId="0F25F398" w14:textId="77777777" w:rsidR="004D5D5D" w:rsidRPr="00C9454D" w:rsidRDefault="004D5D5D" w:rsidP="00C9454D">
      <w:pPr>
        <w:rPr>
          <w:sz w:val="24"/>
          <w:szCs w:val="24"/>
        </w:rPr>
      </w:pPr>
    </w:p>
    <w:p w14:paraId="7D3F168A" w14:textId="77777777" w:rsidR="00C25FE8" w:rsidRPr="00C9454D" w:rsidRDefault="00C25FE8" w:rsidP="00C9454D">
      <w:pPr>
        <w:rPr>
          <w:sz w:val="24"/>
          <w:szCs w:val="24"/>
        </w:rPr>
      </w:pPr>
    </w:p>
    <w:p w14:paraId="79334892" w14:textId="157AEBA3" w:rsidR="00E66C0F" w:rsidRPr="00C9454D" w:rsidRDefault="00E66C0F" w:rsidP="00C9454D">
      <w:pPr>
        <w:pStyle w:val="Heading2"/>
        <w:rPr>
          <w:sz w:val="24"/>
          <w:szCs w:val="24"/>
        </w:rPr>
      </w:pPr>
      <w:r w:rsidRPr="00C9454D">
        <w:rPr>
          <w:sz w:val="24"/>
          <w:szCs w:val="24"/>
        </w:rPr>
        <w:t xml:space="preserve"> The Keeper’s Way</w:t>
      </w:r>
    </w:p>
    <w:p w14:paraId="48F68EB8" w14:textId="77777777" w:rsidR="008143A3" w:rsidRPr="00C9454D" w:rsidRDefault="008143A3" w:rsidP="00C9454D">
      <w:pPr>
        <w:rPr>
          <w:sz w:val="24"/>
          <w:szCs w:val="24"/>
        </w:rPr>
      </w:pPr>
    </w:p>
    <w:p w14:paraId="3F73FA1B" w14:textId="1F7C3F92" w:rsidR="00E66C0F" w:rsidRPr="00C9454D" w:rsidRDefault="00E66C0F" w:rsidP="00C9454D">
      <w:pPr>
        <w:rPr>
          <w:sz w:val="24"/>
          <w:szCs w:val="24"/>
        </w:rPr>
      </w:pPr>
      <w:r w:rsidRPr="00C9454D">
        <w:rPr>
          <w:sz w:val="24"/>
          <w:szCs w:val="24"/>
        </w:rPr>
        <w:t xml:space="preserve">The sun was setting over </w:t>
      </w:r>
      <w:proofErr w:type="spellStart"/>
      <w:r w:rsidR="00225D06" w:rsidRPr="00C9454D">
        <w:rPr>
          <w:sz w:val="24"/>
          <w:szCs w:val="24"/>
        </w:rPr>
        <w:t>Teston</w:t>
      </w:r>
      <w:proofErr w:type="spellEnd"/>
      <w:r w:rsidRPr="00C9454D">
        <w:rPr>
          <w:sz w:val="24"/>
          <w:szCs w:val="24"/>
        </w:rPr>
        <w:t>, casting a golden glow on the bustling festival grounds. Villagers and visitors alike marveled at the success of the day, their laughter and music filling the air. As the feast concluded and the final fireworks lit up the sky, King John rose from his seat in the royal pavilion, signaling for quiet.</w:t>
      </w:r>
    </w:p>
    <w:p w14:paraId="5F4EBB64" w14:textId="77777777" w:rsidR="00E66C0F" w:rsidRPr="00C9454D" w:rsidRDefault="00E66C0F" w:rsidP="00C9454D">
      <w:pPr>
        <w:rPr>
          <w:sz w:val="24"/>
          <w:szCs w:val="24"/>
        </w:rPr>
      </w:pPr>
      <w:r w:rsidRPr="00C9454D">
        <w:rPr>
          <w:sz w:val="24"/>
          <w:szCs w:val="24"/>
        </w:rPr>
        <w:t>The crowd hushed, turning their attention to the king as he stepped forward. His presence commanded respect, his rich robes shimmering in the firelight.</w:t>
      </w:r>
    </w:p>
    <w:p w14:paraId="6A77E682" w14:textId="77777777" w:rsidR="00E66C0F" w:rsidRPr="00C9454D" w:rsidRDefault="00E66C0F" w:rsidP="00C9454D">
      <w:pPr>
        <w:rPr>
          <w:sz w:val="24"/>
          <w:szCs w:val="24"/>
        </w:rPr>
      </w:pPr>
      <w:r w:rsidRPr="00C9454D">
        <w:rPr>
          <w:sz w:val="24"/>
          <w:szCs w:val="24"/>
        </w:rPr>
        <w:t>“Today, we have celebrated renewal,” John began, his voice steady. “But what I see here is more than recovery. I see resilience. I see ingenuity. I see a future built on hope.”</w:t>
      </w:r>
    </w:p>
    <w:p w14:paraId="14D2FABF" w14:textId="3AEBA98E" w:rsidR="00E66C0F" w:rsidRPr="00C9454D" w:rsidRDefault="00E66C0F" w:rsidP="00C9454D">
      <w:pPr>
        <w:rPr>
          <w:sz w:val="24"/>
          <w:szCs w:val="24"/>
        </w:rPr>
      </w:pPr>
      <w:r w:rsidRPr="00C9454D">
        <w:rPr>
          <w:sz w:val="24"/>
          <w:szCs w:val="24"/>
        </w:rPr>
        <w:t xml:space="preserve">The crowd erupted into cheers, their applause echoing across the riverbank. John raised a hand to quiet them, his gaze falling on Abilene and Guy, who stood near the </w:t>
      </w:r>
      <w:r w:rsidR="00522C4D" w:rsidRPr="00C9454D">
        <w:rPr>
          <w:sz w:val="24"/>
          <w:szCs w:val="24"/>
        </w:rPr>
        <w:t>High Haven</w:t>
      </w:r>
      <w:r w:rsidRPr="00C9454D">
        <w:rPr>
          <w:sz w:val="24"/>
          <w:szCs w:val="24"/>
        </w:rPr>
        <w:t xml:space="preserve"> display.</w:t>
      </w:r>
    </w:p>
    <w:p w14:paraId="7CEA2BFA" w14:textId="1CED5F3A" w:rsidR="00E66C0F" w:rsidRPr="00C9454D" w:rsidRDefault="00E66C0F" w:rsidP="00C9454D">
      <w:pPr>
        <w:rPr>
          <w:sz w:val="24"/>
          <w:szCs w:val="24"/>
        </w:rPr>
      </w:pPr>
      <w:r w:rsidRPr="00C9454D">
        <w:rPr>
          <w:sz w:val="24"/>
          <w:szCs w:val="24"/>
        </w:rPr>
        <w:t xml:space="preserve">“There is one among us who has exemplified this spirit,” he said, his tone warm. “Lady Abilene </w:t>
      </w:r>
      <w:r w:rsidR="00EA561B" w:rsidRPr="00C9454D">
        <w:rPr>
          <w:sz w:val="24"/>
          <w:szCs w:val="24"/>
        </w:rPr>
        <w:t>D</w:t>
      </w:r>
      <w:r w:rsidR="007D299F" w:rsidRPr="00C9454D">
        <w:rPr>
          <w:sz w:val="24"/>
          <w:szCs w:val="24"/>
        </w:rPr>
        <w:t>e</w:t>
      </w:r>
      <w:r w:rsidR="00EA561B" w:rsidRPr="00C9454D">
        <w:rPr>
          <w:sz w:val="24"/>
          <w:szCs w:val="24"/>
        </w:rPr>
        <w:t xml:space="preserve"> </w:t>
      </w:r>
      <w:proofErr w:type="spellStart"/>
      <w:r w:rsidR="00EA561B" w:rsidRPr="00C9454D">
        <w:rPr>
          <w:sz w:val="24"/>
          <w:szCs w:val="24"/>
        </w:rPr>
        <w:t>Berham</w:t>
      </w:r>
      <w:proofErr w:type="spellEnd"/>
      <w:r w:rsidR="00EA561B" w:rsidRPr="00C9454D">
        <w:rPr>
          <w:sz w:val="24"/>
          <w:szCs w:val="24"/>
        </w:rPr>
        <w:t xml:space="preserve"> </w:t>
      </w:r>
      <w:r w:rsidRPr="00C9454D">
        <w:rPr>
          <w:sz w:val="24"/>
          <w:szCs w:val="24"/>
        </w:rPr>
        <w:t>has not only led her people to rebuild but has created something extraordinary—something that will benefit generations to come.”</w:t>
      </w:r>
    </w:p>
    <w:p w14:paraId="3EA617AC" w14:textId="77777777" w:rsidR="00E66C0F" w:rsidRPr="00C9454D" w:rsidRDefault="00E66C0F" w:rsidP="00C9454D">
      <w:pPr>
        <w:rPr>
          <w:sz w:val="24"/>
          <w:szCs w:val="24"/>
        </w:rPr>
      </w:pPr>
      <w:r w:rsidRPr="00C9454D">
        <w:rPr>
          <w:sz w:val="24"/>
          <w:szCs w:val="24"/>
        </w:rPr>
        <w:t>Abilene stepped forward, her heart pounding. She held a beautifully bound leather book in her hands, its cover embossed with the title in elegant script: The Keeper’s Way.</w:t>
      </w:r>
    </w:p>
    <w:p w14:paraId="04E6F316" w14:textId="43D2B9AE" w:rsidR="00E66C0F" w:rsidRPr="00C9454D" w:rsidRDefault="00E66C0F" w:rsidP="00C9454D">
      <w:pPr>
        <w:rPr>
          <w:sz w:val="24"/>
          <w:szCs w:val="24"/>
        </w:rPr>
      </w:pPr>
      <w:r w:rsidRPr="00C9454D">
        <w:rPr>
          <w:sz w:val="24"/>
          <w:szCs w:val="24"/>
        </w:rPr>
        <w:t>“Your Majesty,” she said, her voice steady but filled with emotion. “As promised, I present to you the first copy of The Keeper’s Way. It is a gui</w:t>
      </w:r>
      <w:r w:rsidR="00DD1FF5" w:rsidRPr="00C9454D">
        <w:rPr>
          <w:sz w:val="24"/>
          <w:szCs w:val="24"/>
        </w:rPr>
        <w:t xml:space="preserve">de </w:t>
      </w:r>
      <w:r w:rsidRPr="00C9454D">
        <w:rPr>
          <w:sz w:val="24"/>
          <w:szCs w:val="24"/>
        </w:rPr>
        <w:t xml:space="preserve">to stewardship, innovation, and care—born from the lessons we have learned here at </w:t>
      </w:r>
      <w:r w:rsidR="00522C4D" w:rsidRPr="00C9454D">
        <w:rPr>
          <w:sz w:val="24"/>
          <w:szCs w:val="24"/>
        </w:rPr>
        <w:t>High Haven</w:t>
      </w:r>
      <w:r w:rsidRPr="00C9454D">
        <w:rPr>
          <w:sz w:val="24"/>
          <w:szCs w:val="24"/>
        </w:rPr>
        <w:t>.”</w:t>
      </w:r>
    </w:p>
    <w:p w14:paraId="2B083F0D" w14:textId="77777777" w:rsidR="00E66C0F" w:rsidRPr="00C9454D" w:rsidRDefault="00E66C0F" w:rsidP="00C9454D">
      <w:pPr>
        <w:rPr>
          <w:sz w:val="24"/>
          <w:szCs w:val="24"/>
        </w:rPr>
      </w:pPr>
      <w:r w:rsidRPr="00C9454D">
        <w:rPr>
          <w:sz w:val="24"/>
          <w:szCs w:val="24"/>
        </w:rPr>
        <w:t>She extended the book to him, bowing deeply as he took it.</w:t>
      </w:r>
    </w:p>
    <w:p w14:paraId="7667A811" w14:textId="77777777" w:rsidR="00E66C0F" w:rsidRPr="00C9454D" w:rsidRDefault="00E66C0F" w:rsidP="00C9454D">
      <w:pPr>
        <w:rPr>
          <w:sz w:val="24"/>
          <w:szCs w:val="24"/>
        </w:rPr>
      </w:pPr>
    </w:p>
    <w:p w14:paraId="01A785EC" w14:textId="77777777" w:rsidR="00E66C0F" w:rsidRPr="00C9454D" w:rsidRDefault="00E66C0F" w:rsidP="00C9454D">
      <w:pPr>
        <w:pStyle w:val="Heading2"/>
        <w:rPr>
          <w:sz w:val="24"/>
          <w:szCs w:val="24"/>
        </w:rPr>
      </w:pPr>
      <w:r w:rsidRPr="00C9454D">
        <w:rPr>
          <w:sz w:val="24"/>
          <w:szCs w:val="24"/>
        </w:rPr>
        <w:t>The King’s Approval</w:t>
      </w:r>
    </w:p>
    <w:p w14:paraId="1B6E3917" w14:textId="77777777" w:rsidR="008143A3" w:rsidRPr="00C9454D" w:rsidRDefault="008143A3" w:rsidP="00C9454D">
      <w:pPr>
        <w:rPr>
          <w:sz w:val="24"/>
          <w:szCs w:val="24"/>
        </w:rPr>
      </w:pPr>
    </w:p>
    <w:p w14:paraId="12C95806" w14:textId="77777777" w:rsidR="00E66C0F" w:rsidRPr="00C9454D" w:rsidRDefault="00E66C0F" w:rsidP="00C9454D">
      <w:pPr>
        <w:rPr>
          <w:sz w:val="24"/>
          <w:szCs w:val="24"/>
        </w:rPr>
      </w:pPr>
      <w:r w:rsidRPr="00C9454D">
        <w:rPr>
          <w:sz w:val="24"/>
          <w:szCs w:val="24"/>
        </w:rPr>
        <w:t>John turned the book over in his hands, running his fingers across the embossed cover. He opened it, flipping through the pages, his expression thoughtful. The crowd watched in silence, their anticipation palpable.</w:t>
      </w:r>
    </w:p>
    <w:p w14:paraId="514294E1" w14:textId="77777777" w:rsidR="00E66C0F" w:rsidRPr="00C9454D" w:rsidRDefault="00E66C0F" w:rsidP="00C9454D">
      <w:pPr>
        <w:rPr>
          <w:sz w:val="24"/>
          <w:szCs w:val="24"/>
        </w:rPr>
      </w:pPr>
      <w:r w:rsidRPr="00C9454D">
        <w:rPr>
          <w:sz w:val="24"/>
          <w:szCs w:val="24"/>
        </w:rPr>
        <w:t>After a long moment, the king closed the book and raised it high for all to see.</w:t>
      </w:r>
    </w:p>
    <w:p w14:paraId="025651A6" w14:textId="61E5FA76" w:rsidR="00E66C0F" w:rsidRPr="00C9454D" w:rsidRDefault="00E66C0F" w:rsidP="00C9454D">
      <w:pPr>
        <w:rPr>
          <w:sz w:val="24"/>
          <w:szCs w:val="24"/>
        </w:rPr>
      </w:pPr>
      <w:r w:rsidRPr="00C9454D">
        <w:rPr>
          <w:sz w:val="24"/>
          <w:szCs w:val="24"/>
        </w:rPr>
        <w:t>“This,” he said, his voice carrying across the grounds, “is a masterpiece. A testament to what can be achieved through knowledge and determination. The Keeper’s Way will not only gui</w:t>
      </w:r>
      <w:r w:rsidR="00DD1FF5" w:rsidRPr="00C9454D">
        <w:rPr>
          <w:sz w:val="24"/>
          <w:szCs w:val="24"/>
        </w:rPr>
        <w:t xml:space="preserve">de </w:t>
      </w:r>
      <w:r w:rsidRPr="00C9454D">
        <w:rPr>
          <w:sz w:val="24"/>
          <w:szCs w:val="24"/>
        </w:rPr>
        <w:t xml:space="preserve">estates like </w:t>
      </w:r>
      <w:r w:rsidR="00522C4D" w:rsidRPr="00C9454D">
        <w:rPr>
          <w:sz w:val="24"/>
          <w:szCs w:val="24"/>
        </w:rPr>
        <w:t>High Haven</w:t>
      </w:r>
      <w:r w:rsidRPr="00C9454D">
        <w:rPr>
          <w:sz w:val="24"/>
          <w:szCs w:val="24"/>
        </w:rPr>
        <w:t>—it will gui</w:t>
      </w:r>
      <w:r w:rsidR="00DD1FF5" w:rsidRPr="00C9454D">
        <w:rPr>
          <w:sz w:val="24"/>
          <w:szCs w:val="24"/>
        </w:rPr>
        <w:t xml:space="preserve">de </w:t>
      </w:r>
      <w:r w:rsidRPr="00C9454D">
        <w:rPr>
          <w:sz w:val="24"/>
          <w:szCs w:val="24"/>
        </w:rPr>
        <w:t>the entire kingdom.”</w:t>
      </w:r>
    </w:p>
    <w:p w14:paraId="4486F744" w14:textId="77777777" w:rsidR="00E66C0F" w:rsidRPr="00C9454D" w:rsidRDefault="00E66C0F" w:rsidP="00C9454D">
      <w:pPr>
        <w:rPr>
          <w:sz w:val="24"/>
          <w:szCs w:val="24"/>
        </w:rPr>
      </w:pPr>
      <w:r w:rsidRPr="00C9454D">
        <w:rPr>
          <w:sz w:val="24"/>
          <w:szCs w:val="24"/>
        </w:rPr>
        <w:t>The crowd erupted into cheers, their applause thunderous.</w:t>
      </w:r>
    </w:p>
    <w:p w14:paraId="08C8BAC2" w14:textId="2D168675" w:rsidR="00E66C0F" w:rsidRPr="00C9454D" w:rsidRDefault="00E66C0F" w:rsidP="00C9454D">
      <w:pPr>
        <w:rPr>
          <w:sz w:val="24"/>
          <w:szCs w:val="24"/>
        </w:rPr>
      </w:pPr>
      <w:r w:rsidRPr="00C9454D">
        <w:rPr>
          <w:sz w:val="24"/>
          <w:szCs w:val="24"/>
        </w:rPr>
        <w:t>John waited for the noise to subsi</w:t>
      </w:r>
      <w:r w:rsidR="00DD1FF5" w:rsidRPr="00C9454D">
        <w:rPr>
          <w:sz w:val="24"/>
          <w:szCs w:val="24"/>
        </w:rPr>
        <w:t xml:space="preserve">de </w:t>
      </w:r>
      <w:r w:rsidRPr="00C9454D">
        <w:rPr>
          <w:sz w:val="24"/>
          <w:szCs w:val="24"/>
        </w:rPr>
        <w:t>before continuing. “I decree that The Keeper’s Way shall be placed in every castle, estate, and library across England. Its teachings will be a resource for all who seek to rebuild, to innovate, and to care for the land and its people.”</w:t>
      </w:r>
    </w:p>
    <w:p w14:paraId="17B160CC" w14:textId="78DF968D" w:rsidR="00E66C0F" w:rsidRPr="00C9454D" w:rsidRDefault="00E66C0F" w:rsidP="00C9454D">
      <w:pPr>
        <w:rPr>
          <w:sz w:val="24"/>
          <w:szCs w:val="24"/>
        </w:rPr>
      </w:pPr>
      <w:r w:rsidRPr="00C9454D">
        <w:rPr>
          <w:sz w:val="24"/>
          <w:szCs w:val="24"/>
        </w:rPr>
        <w:t xml:space="preserve">Abilene’s breath </w:t>
      </w:r>
      <w:r w:rsidR="00EA4DCF" w:rsidRPr="00C9454D">
        <w:rPr>
          <w:sz w:val="24"/>
          <w:szCs w:val="24"/>
        </w:rPr>
        <w:t>stilled</w:t>
      </w:r>
      <w:r w:rsidRPr="00C9454D">
        <w:rPr>
          <w:sz w:val="24"/>
          <w:szCs w:val="24"/>
        </w:rPr>
        <w:t>, her heart swelling with pri</w:t>
      </w:r>
      <w:r w:rsidR="00DD1FF5" w:rsidRPr="00C9454D">
        <w:rPr>
          <w:sz w:val="24"/>
          <w:szCs w:val="24"/>
        </w:rPr>
        <w:t xml:space="preserve">de </w:t>
      </w:r>
      <w:r w:rsidRPr="00C9454D">
        <w:rPr>
          <w:sz w:val="24"/>
          <w:szCs w:val="24"/>
        </w:rPr>
        <w:t>and gratitude. This was more than she had ever dreamed.</w:t>
      </w:r>
    </w:p>
    <w:p w14:paraId="0ADB2E0E" w14:textId="77777777" w:rsidR="00E66C0F" w:rsidRPr="00C9454D" w:rsidRDefault="00E66C0F" w:rsidP="00C9454D">
      <w:pPr>
        <w:rPr>
          <w:sz w:val="24"/>
          <w:szCs w:val="24"/>
        </w:rPr>
      </w:pPr>
      <w:r w:rsidRPr="00C9454D">
        <w:rPr>
          <w:sz w:val="24"/>
          <w:szCs w:val="24"/>
        </w:rPr>
        <w:t>The king turned to her, his gaze steady. “You have done something remarkable, Lady Abilene. This work will be your legacy, and it will endure long after we are gone.”</w:t>
      </w:r>
    </w:p>
    <w:p w14:paraId="15828E8E" w14:textId="77777777" w:rsidR="00E66C0F" w:rsidRPr="00C9454D" w:rsidRDefault="00E66C0F" w:rsidP="00C9454D">
      <w:pPr>
        <w:rPr>
          <w:sz w:val="24"/>
          <w:szCs w:val="24"/>
        </w:rPr>
      </w:pPr>
    </w:p>
    <w:p w14:paraId="4CA38B4B" w14:textId="77777777" w:rsidR="00E66C0F" w:rsidRPr="00C9454D" w:rsidRDefault="00E66C0F" w:rsidP="00C9454D">
      <w:pPr>
        <w:pStyle w:val="Heading2"/>
        <w:rPr>
          <w:sz w:val="24"/>
          <w:szCs w:val="24"/>
        </w:rPr>
      </w:pPr>
      <w:r w:rsidRPr="00C9454D">
        <w:rPr>
          <w:sz w:val="24"/>
          <w:szCs w:val="24"/>
        </w:rPr>
        <w:t>An Annual Tradition</w:t>
      </w:r>
    </w:p>
    <w:p w14:paraId="1D5EF994" w14:textId="77777777" w:rsidR="008143A3" w:rsidRPr="00C9454D" w:rsidRDefault="008143A3" w:rsidP="00C9454D">
      <w:pPr>
        <w:rPr>
          <w:sz w:val="24"/>
          <w:szCs w:val="24"/>
        </w:rPr>
      </w:pPr>
    </w:p>
    <w:p w14:paraId="39238E71" w14:textId="77777777" w:rsidR="00E66C0F" w:rsidRPr="00C9454D" w:rsidRDefault="00E66C0F" w:rsidP="00C9454D">
      <w:pPr>
        <w:rPr>
          <w:sz w:val="24"/>
          <w:szCs w:val="24"/>
        </w:rPr>
      </w:pPr>
      <w:r w:rsidRPr="00C9454D">
        <w:rPr>
          <w:sz w:val="24"/>
          <w:szCs w:val="24"/>
        </w:rPr>
        <w:t>As the cheers began to fade, John’s gaze swept over the festival grounds. The joy and unity he saw there were rare, even in his position as king.</w:t>
      </w:r>
    </w:p>
    <w:p w14:paraId="241C68DB" w14:textId="15C494BC" w:rsidR="00E66C0F" w:rsidRPr="00C9454D" w:rsidRDefault="00E66C0F" w:rsidP="00C9454D">
      <w:pPr>
        <w:rPr>
          <w:sz w:val="24"/>
          <w:szCs w:val="24"/>
        </w:rPr>
      </w:pPr>
      <w:r w:rsidRPr="00C9454D">
        <w:rPr>
          <w:sz w:val="24"/>
          <w:szCs w:val="24"/>
        </w:rPr>
        <w:t xml:space="preserve">“This festival,” he said, addressing the crowd once more, “has shown us what we can achieve together. It is more than a celebration—it is a reminder of our resilience and our shared purpose. And so, I declare that this </w:t>
      </w:r>
      <w:r w:rsidR="003B5FC0" w:rsidRPr="00C9454D">
        <w:rPr>
          <w:sz w:val="24"/>
          <w:szCs w:val="24"/>
        </w:rPr>
        <w:t xml:space="preserve">River </w:t>
      </w:r>
      <w:r w:rsidRPr="00C9454D">
        <w:rPr>
          <w:sz w:val="24"/>
          <w:szCs w:val="24"/>
        </w:rPr>
        <w:t>Festival shall become an annual tradition.”</w:t>
      </w:r>
    </w:p>
    <w:p w14:paraId="70EF714C" w14:textId="77777777" w:rsidR="00E66C0F" w:rsidRPr="00C9454D" w:rsidRDefault="00E66C0F" w:rsidP="00C9454D">
      <w:pPr>
        <w:rPr>
          <w:sz w:val="24"/>
          <w:szCs w:val="24"/>
        </w:rPr>
      </w:pPr>
      <w:r w:rsidRPr="00C9454D">
        <w:rPr>
          <w:sz w:val="24"/>
          <w:szCs w:val="24"/>
        </w:rPr>
        <w:t>The crowd erupted again, their cheers echoing across the river.</w:t>
      </w:r>
    </w:p>
    <w:p w14:paraId="2CDA6559" w14:textId="77777777" w:rsidR="00E66C0F" w:rsidRPr="00C9454D" w:rsidRDefault="00E66C0F" w:rsidP="00C9454D">
      <w:pPr>
        <w:rPr>
          <w:sz w:val="24"/>
          <w:szCs w:val="24"/>
        </w:rPr>
      </w:pPr>
      <w:r w:rsidRPr="00C9454D">
        <w:rPr>
          <w:sz w:val="24"/>
          <w:szCs w:val="24"/>
        </w:rPr>
        <w:t>“It will not always be as grand as this,” John continued, a faint smile tugging at his lips. “But each year, we will come together to honor what we have built and to look forward to what we can achieve.”</w:t>
      </w:r>
    </w:p>
    <w:p w14:paraId="516EE12C" w14:textId="77777777" w:rsidR="00E66C0F" w:rsidRPr="00C9454D" w:rsidRDefault="00E66C0F" w:rsidP="00C9454D">
      <w:pPr>
        <w:rPr>
          <w:sz w:val="24"/>
          <w:szCs w:val="24"/>
        </w:rPr>
      </w:pPr>
      <w:r w:rsidRPr="00C9454D">
        <w:rPr>
          <w:sz w:val="24"/>
          <w:szCs w:val="24"/>
        </w:rPr>
        <w:t>Abilene exchanged a glance with Guy, her eyes shining with emotion. This festival had been more than just an event. It had been a symbol of everything they had worked for, and now it would live on, year after year.</w:t>
      </w:r>
    </w:p>
    <w:p w14:paraId="25C126A8" w14:textId="77777777" w:rsidR="00E66C0F" w:rsidRPr="00C9454D" w:rsidRDefault="00E66C0F" w:rsidP="00C9454D">
      <w:pPr>
        <w:rPr>
          <w:sz w:val="24"/>
          <w:szCs w:val="24"/>
        </w:rPr>
      </w:pPr>
    </w:p>
    <w:p w14:paraId="7DF4D46B" w14:textId="77777777" w:rsidR="00E66C0F" w:rsidRPr="00C9454D" w:rsidRDefault="00E66C0F" w:rsidP="00C9454D">
      <w:pPr>
        <w:pStyle w:val="Heading2"/>
        <w:rPr>
          <w:sz w:val="24"/>
          <w:szCs w:val="24"/>
        </w:rPr>
      </w:pPr>
      <w:r w:rsidRPr="00C9454D">
        <w:rPr>
          <w:sz w:val="24"/>
          <w:szCs w:val="24"/>
        </w:rPr>
        <w:t>The Keeper’s Way Takes Root</w:t>
      </w:r>
    </w:p>
    <w:p w14:paraId="2AD751BF" w14:textId="77777777" w:rsidR="001E22A6" w:rsidRPr="00C9454D" w:rsidRDefault="001E22A6" w:rsidP="00C9454D">
      <w:pPr>
        <w:rPr>
          <w:sz w:val="24"/>
          <w:szCs w:val="24"/>
        </w:rPr>
      </w:pPr>
    </w:p>
    <w:p w14:paraId="34860176" w14:textId="6F9ECF08" w:rsidR="00E66C0F" w:rsidRPr="00C9454D" w:rsidRDefault="00E66C0F" w:rsidP="00C9454D">
      <w:pPr>
        <w:rPr>
          <w:sz w:val="24"/>
          <w:szCs w:val="24"/>
        </w:rPr>
      </w:pPr>
      <w:r w:rsidRPr="00C9454D">
        <w:rPr>
          <w:sz w:val="24"/>
          <w:szCs w:val="24"/>
        </w:rPr>
        <w:t xml:space="preserve">As the festival wound down and the villagers began to disperse, Abilene and Guy found themselves standing with Father </w:t>
      </w:r>
      <w:proofErr w:type="spellStart"/>
      <w:r w:rsidRPr="00C9454D">
        <w:rPr>
          <w:sz w:val="24"/>
          <w:szCs w:val="24"/>
        </w:rPr>
        <w:t>Elric</w:t>
      </w:r>
      <w:proofErr w:type="spellEnd"/>
      <w:r w:rsidRPr="00C9454D">
        <w:rPr>
          <w:sz w:val="24"/>
          <w:szCs w:val="24"/>
        </w:rPr>
        <w:t xml:space="preserve"> near the </w:t>
      </w:r>
      <w:r w:rsidR="00522C4D" w:rsidRPr="00C9454D">
        <w:rPr>
          <w:sz w:val="24"/>
          <w:szCs w:val="24"/>
        </w:rPr>
        <w:t>High Haven</w:t>
      </w:r>
      <w:r w:rsidRPr="00C9454D">
        <w:rPr>
          <w:sz w:val="24"/>
          <w:szCs w:val="24"/>
        </w:rPr>
        <w:t xml:space="preserve"> stall.</w:t>
      </w:r>
    </w:p>
    <w:p w14:paraId="13F2D79F" w14:textId="77777777" w:rsidR="00E66C0F" w:rsidRPr="00C9454D" w:rsidRDefault="00E66C0F" w:rsidP="00C9454D">
      <w:pPr>
        <w:rPr>
          <w:sz w:val="24"/>
          <w:szCs w:val="24"/>
        </w:rPr>
      </w:pPr>
      <w:r w:rsidRPr="00C9454D">
        <w:rPr>
          <w:sz w:val="24"/>
          <w:szCs w:val="24"/>
        </w:rPr>
        <w:t xml:space="preserve">“You’ve done it,” Father </w:t>
      </w:r>
      <w:proofErr w:type="spellStart"/>
      <w:r w:rsidRPr="00C9454D">
        <w:rPr>
          <w:sz w:val="24"/>
          <w:szCs w:val="24"/>
        </w:rPr>
        <w:t>Elric</w:t>
      </w:r>
      <w:proofErr w:type="spellEnd"/>
      <w:r w:rsidRPr="00C9454D">
        <w:rPr>
          <w:sz w:val="24"/>
          <w:szCs w:val="24"/>
        </w:rPr>
        <w:t xml:space="preserve"> said, his voice filled with pride. “You’ve created something extraordinary, Abilene.”</w:t>
      </w:r>
    </w:p>
    <w:p w14:paraId="6646BABD" w14:textId="77777777" w:rsidR="00E66C0F" w:rsidRPr="00C9454D" w:rsidRDefault="00E66C0F" w:rsidP="00C9454D">
      <w:pPr>
        <w:rPr>
          <w:sz w:val="24"/>
          <w:szCs w:val="24"/>
        </w:rPr>
      </w:pPr>
      <w:r w:rsidRPr="00C9454D">
        <w:rPr>
          <w:sz w:val="24"/>
          <w:szCs w:val="24"/>
        </w:rPr>
        <w:t>She smiled faintly, her fingers brushing the empty space where the first copy of The Keeper’s Way had rested. “It wasn’t just me,” she said softly. “It was all of us.”</w:t>
      </w:r>
    </w:p>
    <w:p w14:paraId="4276C58B" w14:textId="77777777" w:rsidR="00E66C0F" w:rsidRPr="00C9454D" w:rsidRDefault="00E66C0F" w:rsidP="00C9454D">
      <w:pPr>
        <w:rPr>
          <w:sz w:val="24"/>
          <w:szCs w:val="24"/>
        </w:rPr>
      </w:pPr>
      <w:r w:rsidRPr="00C9454D">
        <w:rPr>
          <w:sz w:val="24"/>
          <w:szCs w:val="24"/>
        </w:rPr>
        <w:t>Guy placed a hand on her shoulder, his touch grounding her. “Still, it was your vision,” he said. “And now the king himself has put his stamp on it. This book will change lives.”</w:t>
      </w:r>
    </w:p>
    <w:p w14:paraId="61853A03" w14:textId="59E8449D" w:rsidR="00E66C0F" w:rsidRPr="00C9454D" w:rsidRDefault="00E66C0F" w:rsidP="00C9454D">
      <w:pPr>
        <w:rPr>
          <w:sz w:val="24"/>
          <w:szCs w:val="24"/>
        </w:rPr>
      </w:pPr>
      <w:r w:rsidRPr="00C9454D">
        <w:rPr>
          <w:sz w:val="24"/>
          <w:szCs w:val="24"/>
        </w:rPr>
        <w:t xml:space="preserve">Abilene nodded, her mind already racing with thoughts of what lay ahead. She knew there would be challenges—there always were. But for the first time, she felt a sense of hope that extended far beyond </w:t>
      </w:r>
      <w:r w:rsidR="00522C4D" w:rsidRPr="00C9454D">
        <w:rPr>
          <w:sz w:val="24"/>
          <w:szCs w:val="24"/>
        </w:rPr>
        <w:t>High Haven</w:t>
      </w:r>
      <w:r w:rsidRPr="00C9454D">
        <w:rPr>
          <w:sz w:val="24"/>
          <w:szCs w:val="24"/>
        </w:rPr>
        <w:t>.</w:t>
      </w:r>
    </w:p>
    <w:p w14:paraId="4F0F8118" w14:textId="77777777" w:rsidR="00E66C0F" w:rsidRPr="00C9454D" w:rsidRDefault="00E66C0F" w:rsidP="00C9454D">
      <w:pPr>
        <w:rPr>
          <w:sz w:val="24"/>
          <w:szCs w:val="24"/>
        </w:rPr>
      </w:pPr>
      <w:r w:rsidRPr="00C9454D">
        <w:rPr>
          <w:sz w:val="24"/>
          <w:szCs w:val="24"/>
        </w:rPr>
        <w:t>The Keeper’s Way was no longer just a guide. It was a legacy, one that would carry the lessons of renewal and resilience to places she could only imagine.</w:t>
      </w:r>
    </w:p>
    <w:p w14:paraId="20D8672A" w14:textId="77777777" w:rsidR="00E66C0F" w:rsidRPr="00C9454D" w:rsidRDefault="00E66C0F" w:rsidP="00C9454D">
      <w:pPr>
        <w:rPr>
          <w:sz w:val="24"/>
          <w:szCs w:val="24"/>
        </w:rPr>
      </w:pPr>
    </w:p>
    <w:p w14:paraId="28FA69E3" w14:textId="77777777" w:rsidR="00E66C0F" w:rsidRPr="00C9454D" w:rsidRDefault="00E66C0F" w:rsidP="00C9454D">
      <w:pPr>
        <w:pStyle w:val="Heading2"/>
        <w:rPr>
          <w:sz w:val="24"/>
          <w:szCs w:val="24"/>
        </w:rPr>
      </w:pPr>
      <w:r w:rsidRPr="00C9454D">
        <w:rPr>
          <w:sz w:val="24"/>
          <w:szCs w:val="24"/>
        </w:rPr>
        <w:t>A New Beginning</w:t>
      </w:r>
    </w:p>
    <w:p w14:paraId="3F008521" w14:textId="77777777" w:rsidR="001E22A6" w:rsidRPr="00C9454D" w:rsidRDefault="001E22A6" w:rsidP="00C9454D">
      <w:pPr>
        <w:rPr>
          <w:sz w:val="24"/>
          <w:szCs w:val="24"/>
        </w:rPr>
      </w:pPr>
    </w:p>
    <w:p w14:paraId="29BCE2B6" w14:textId="2CD1B48E" w:rsidR="00E66C0F" w:rsidRPr="00C9454D" w:rsidRDefault="00E66C0F" w:rsidP="00C9454D">
      <w:pPr>
        <w:rPr>
          <w:sz w:val="24"/>
          <w:szCs w:val="24"/>
        </w:rPr>
      </w:pPr>
      <w:r w:rsidRPr="00C9454D">
        <w:rPr>
          <w:sz w:val="24"/>
          <w:szCs w:val="24"/>
        </w:rPr>
        <w:t xml:space="preserve">As the night grew quiet and the last of the festival-goers departed, Abilene and Guy stood together on the terrace of </w:t>
      </w:r>
      <w:r w:rsidR="00522C4D" w:rsidRPr="00C9454D">
        <w:rPr>
          <w:sz w:val="24"/>
          <w:szCs w:val="24"/>
        </w:rPr>
        <w:t>High Haven</w:t>
      </w:r>
      <w:r w:rsidRPr="00C9454D">
        <w:rPr>
          <w:sz w:val="24"/>
          <w:szCs w:val="24"/>
        </w:rPr>
        <w:t>, looking out over the moonlit grounds.</w:t>
      </w:r>
    </w:p>
    <w:p w14:paraId="4E523144" w14:textId="77777777" w:rsidR="00E66C0F" w:rsidRPr="00C9454D" w:rsidRDefault="00E66C0F" w:rsidP="00C9454D">
      <w:pPr>
        <w:rPr>
          <w:sz w:val="24"/>
          <w:szCs w:val="24"/>
        </w:rPr>
      </w:pPr>
      <w:r w:rsidRPr="00C9454D">
        <w:rPr>
          <w:sz w:val="24"/>
          <w:szCs w:val="24"/>
        </w:rPr>
        <w:t>“Do you think this is the start of something bigger?” she asked, her voice barely above a whisper.</w:t>
      </w:r>
    </w:p>
    <w:p w14:paraId="4238CCAE" w14:textId="77777777" w:rsidR="00E66C0F" w:rsidRPr="00C9454D" w:rsidRDefault="00E66C0F" w:rsidP="00C9454D">
      <w:pPr>
        <w:rPr>
          <w:sz w:val="24"/>
          <w:szCs w:val="24"/>
        </w:rPr>
      </w:pPr>
      <w:r w:rsidRPr="00C9454D">
        <w:rPr>
          <w:sz w:val="24"/>
          <w:szCs w:val="24"/>
        </w:rPr>
        <w:t>Guy smiled, his gaze steady. “I think this is just the beginning.”</w:t>
      </w:r>
    </w:p>
    <w:p w14:paraId="1810F3EC" w14:textId="77777777" w:rsidR="00E66C0F" w:rsidRPr="00C9454D" w:rsidRDefault="00E66C0F" w:rsidP="00C9454D">
      <w:pPr>
        <w:rPr>
          <w:sz w:val="24"/>
          <w:szCs w:val="24"/>
        </w:rPr>
      </w:pPr>
      <w:r w:rsidRPr="00C9454D">
        <w:rPr>
          <w:sz w:val="24"/>
          <w:szCs w:val="24"/>
        </w:rPr>
        <w:t>She leaned against him, her heart full. Together, they had faced the worst the world could throw at them, and together, they had built something extraordinary.</w:t>
      </w:r>
    </w:p>
    <w:p w14:paraId="5D6A6DDD" w14:textId="77777777" w:rsidR="00E66C0F" w:rsidRPr="00C9454D" w:rsidRDefault="00E66C0F" w:rsidP="00C9454D">
      <w:pPr>
        <w:rPr>
          <w:sz w:val="24"/>
          <w:szCs w:val="24"/>
        </w:rPr>
      </w:pPr>
      <w:r w:rsidRPr="00C9454D">
        <w:rPr>
          <w:sz w:val="24"/>
          <w:szCs w:val="24"/>
        </w:rPr>
        <w:t>And as the lights of the festival faded into the night, Abilene knew that their journey was far from over.</w:t>
      </w:r>
    </w:p>
    <w:p w14:paraId="7B74AFE6" w14:textId="77777777" w:rsidR="00EA51F6" w:rsidRPr="00C9454D" w:rsidRDefault="00EA51F6" w:rsidP="00C9454D">
      <w:pPr>
        <w:rPr>
          <w:sz w:val="24"/>
          <w:szCs w:val="24"/>
        </w:rPr>
      </w:pPr>
    </w:p>
    <w:p w14:paraId="5E6DA461" w14:textId="7D7FC4C7" w:rsidR="00EA51F6" w:rsidRPr="00C9454D" w:rsidRDefault="00EA51F6" w:rsidP="00C9454D">
      <w:pPr>
        <w:rPr>
          <w:sz w:val="24"/>
          <w:szCs w:val="24"/>
        </w:rPr>
      </w:pPr>
      <w:r w:rsidRPr="00C9454D">
        <w:rPr>
          <w:sz w:val="24"/>
          <w:szCs w:val="24"/>
        </w:rPr>
        <w:br w:type="page"/>
      </w:r>
    </w:p>
    <w:p w14:paraId="732E2641" w14:textId="77777777" w:rsidR="00C25FE8" w:rsidRPr="00C9454D" w:rsidRDefault="00C25FE8" w:rsidP="00C9454D">
      <w:pPr>
        <w:rPr>
          <w:sz w:val="24"/>
          <w:szCs w:val="24"/>
        </w:rPr>
      </w:pPr>
    </w:p>
    <w:p w14:paraId="324B1F6A" w14:textId="77777777" w:rsidR="006D5DC1" w:rsidRPr="00C9454D" w:rsidRDefault="006D5DC1" w:rsidP="00C9454D">
      <w:pPr>
        <w:rPr>
          <w:sz w:val="24"/>
          <w:szCs w:val="24"/>
        </w:rPr>
      </w:pPr>
    </w:p>
    <w:p w14:paraId="5BF5C288" w14:textId="5CB0DF38" w:rsidR="005300E7" w:rsidRPr="00C9454D" w:rsidRDefault="005300E7" w:rsidP="00C9454D">
      <w:pPr>
        <w:pStyle w:val="Heading2"/>
        <w:rPr>
          <w:sz w:val="24"/>
          <w:szCs w:val="24"/>
        </w:rPr>
      </w:pPr>
      <w:r w:rsidRPr="00C9454D">
        <w:rPr>
          <w:sz w:val="24"/>
          <w:szCs w:val="24"/>
        </w:rPr>
        <w:t xml:space="preserve"> The Weight of Renown</w:t>
      </w:r>
    </w:p>
    <w:p w14:paraId="75226AF2" w14:textId="77777777" w:rsidR="001E22A6" w:rsidRPr="00C9454D" w:rsidRDefault="001E22A6" w:rsidP="00C9454D">
      <w:pPr>
        <w:rPr>
          <w:sz w:val="24"/>
          <w:szCs w:val="24"/>
        </w:rPr>
      </w:pPr>
    </w:p>
    <w:p w14:paraId="7E34B218" w14:textId="717FCE15" w:rsidR="005300E7" w:rsidRPr="00C9454D" w:rsidRDefault="005300E7" w:rsidP="00C9454D">
      <w:pPr>
        <w:rPr>
          <w:sz w:val="24"/>
          <w:szCs w:val="24"/>
        </w:rPr>
      </w:pPr>
      <w:r w:rsidRPr="00C9454D">
        <w:rPr>
          <w:sz w:val="24"/>
          <w:szCs w:val="24"/>
        </w:rPr>
        <w:t xml:space="preserve">The morning air was crisp as Abilene stood on the terrace of </w:t>
      </w:r>
      <w:r w:rsidR="00522C4D" w:rsidRPr="00C9454D">
        <w:rPr>
          <w:sz w:val="24"/>
          <w:szCs w:val="24"/>
        </w:rPr>
        <w:t>High Haven</w:t>
      </w:r>
      <w:r w:rsidRPr="00C9454D">
        <w:rPr>
          <w:sz w:val="24"/>
          <w:szCs w:val="24"/>
        </w:rPr>
        <w:t>, watching the sun rise over the estate. A year had passed since the first</w:t>
      </w:r>
      <w:r w:rsidR="00476864" w:rsidRPr="00C9454D">
        <w:rPr>
          <w:sz w:val="24"/>
          <w:szCs w:val="24"/>
        </w:rPr>
        <w:t xml:space="preserve"> River</w:t>
      </w:r>
      <w:r w:rsidRPr="00C9454D">
        <w:rPr>
          <w:sz w:val="24"/>
          <w:szCs w:val="24"/>
        </w:rPr>
        <w:t xml:space="preserve"> Festival, but its effects still rippled far beyond </w:t>
      </w:r>
      <w:proofErr w:type="spellStart"/>
      <w:r w:rsidR="00225D06" w:rsidRPr="00C9454D">
        <w:rPr>
          <w:sz w:val="24"/>
          <w:szCs w:val="24"/>
        </w:rPr>
        <w:t>Teston</w:t>
      </w:r>
      <w:proofErr w:type="spellEnd"/>
      <w:r w:rsidRPr="00C9454D">
        <w:rPr>
          <w:sz w:val="24"/>
          <w:szCs w:val="24"/>
        </w:rPr>
        <w:t>.</w:t>
      </w:r>
    </w:p>
    <w:p w14:paraId="46A148FD" w14:textId="77777777" w:rsidR="005300E7" w:rsidRPr="00C9454D" w:rsidRDefault="005300E7" w:rsidP="00C9454D">
      <w:pPr>
        <w:rPr>
          <w:sz w:val="24"/>
          <w:szCs w:val="24"/>
        </w:rPr>
      </w:pPr>
      <w:r w:rsidRPr="00C9454D">
        <w:rPr>
          <w:sz w:val="24"/>
          <w:szCs w:val="24"/>
        </w:rPr>
        <w:t>The Keeper’s Way, now bound and distributed across the kingdom, had become a sensation. Nobles and stewards sent letters requesting her guidance on estate management, water systems, and even spiritual matters. Travelers arrived daily, seeking the woman whose writings had inspired a movement.</w:t>
      </w:r>
    </w:p>
    <w:p w14:paraId="3479FEEF" w14:textId="77777777" w:rsidR="005300E7" w:rsidRPr="00C9454D" w:rsidRDefault="005300E7" w:rsidP="00C9454D">
      <w:pPr>
        <w:rPr>
          <w:sz w:val="24"/>
          <w:szCs w:val="24"/>
        </w:rPr>
      </w:pPr>
      <w:r w:rsidRPr="00C9454D">
        <w:rPr>
          <w:sz w:val="24"/>
          <w:szCs w:val="24"/>
        </w:rPr>
        <w:t>For Abilene, the fame was exhilarating—and overwhelming.</w:t>
      </w:r>
    </w:p>
    <w:p w14:paraId="4735D550" w14:textId="77777777" w:rsidR="005300E7" w:rsidRPr="00C9454D" w:rsidRDefault="005300E7" w:rsidP="00C9454D">
      <w:pPr>
        <w:rPr>
          <w:sz w:val="24"/>
          <w:szCs w:val="24"/>
        </w:rPr>
      </w:pPr>
    </w:p>
    <w:p w14:paraId="77454AA1" w14:textId="77777777" w:rsidR="005300E7" w:rsidRPr="00C9454D" w:rsidRDefault="005300E7" w:rsidP="00C9454D">
      <w:pPr>
        <w:pStyle w:val="Heading2"/>
        <w:rPr>
          <w:sz w:val="24"/>
          <w:szCs w:val="24"/>
        </w:rPr>
      </w:pPr>
      <w:r w:rsidRPr="00C9454D">
        <w:rPr>
          <w:sz w:val="24"/>
          <w:szCs w:val="24"/>
        </w:rPr>
        <w:t>A Day of Disruptions</w:t>
      </w:r>
    </w:p>
    <w:p w14:paraId="603D0365" w14:textId="77777777" w:rsidR="001E22A6" w:rsidRPr="00C9454D" w:rsidRDefault="001E22A6" w:rsidP="00C9454D">
      <w:pPr>
        <w:rPr>
          <w:sz w:val="24"/>
          <w:szCs w:val="24"/>
        </w:rPr>
      </w:pPr>
    </w:p>
    <w:p w14:paraId="384D0A42" w14:textId="77777777" w:rsidR="005300E7" w:rsidRPr="00C9454D" w:rsidRDefault="005300E7" w:rsidP="00C9454D">
      <w:pPr>
        <w:rPr>
          <w:sz w:val="24"/>
          <w:szCs w:val="24"/>
        </w:rPr>
      </w:pPr>
      <w:r w:rsidRPr="00C9454D">
        <w:rPr>
          <w:sz w:val="24"/>
          <w:szCs w:val="24"/>
        </w:rPr>
        <w:t>“Lady Abilene, a messenger from the Duke of Coventry,” the steward announced as he stepped into the study. “He’s requesting your presence at his estate to consult on water management.”</w:t>
      </w:r>
    </w:p>
    <w:p w14:paraId="7E8F64E8" w14:textId="6B1B65B0" w:rsidR="005300E7" w:rsidRPr="00C9454D" w:rsidRDefault="005300E7" w:rsidP="00C9454D">
      <w:pPr>
        <w:rPr>
          <w:sz w:val="24"/>
          <w:szCs w:val="24"/>
        </w:rPr>
      </w:pPr>
      <w:r w:rsidRPr="00C9454D">
        <w:rPr>
          <w:sz w:val="24"/>
          <w:szCs w:val="24"/>
        </w:rPr>
        <w:t>Abilene sighed, setting asi</w:t>
      </w:r>
      <w:r w:rsidR="00DD1FF5" w:rsidRPr="00C9454D">
        <w:rPr>
          <w:sz w:val="24"/>
          <w:szCs w:val="24"/>
        </w:rPr>
        <w:t xml:space="preserve">de </w:t>
      </w:r>
      <w:r w:rsidRPr="00C9454D">
        <w:rPr>
          <w:sz w:val="24"/>
          <w:szCs w:val="24"/>
        </w:rPr>
        <w:t xml:space="preserve">the letter she had been reading. “Tell him I will write back with suggestions,” she said. “I can’t leave </w:t>
      </w:r>
      <w:proofErr w:type="spellStart"/>
      <w:r w:rsidR="00225D06" w:rsidRPr="00C9454D">
        <w:rPr>
          <w:sz w:val="24"/>
          <w:szCs w:val="24"/>
        </w:rPr>
        <w:t>Teston</w:t>
      </w:r>
      <w:proofErr w:type="spellEnd"/>
      <w:r w:rsidRPr="00C9454D">
        <w:rPr>
          <w:sz w:val="24"/>
          <w:szCs w:val="24"/>
        </w:rPr>
        <w:t xml:space="preserve"> right now.”</w:t>
      </w:r>
    </w:p>
    <w:p w14:paraId="5E1F1DCD" w14:textId="77777777" w:rsidR="005300E7" w:rsidRPr="00C9454D" w:rsidRDefault="005300E7" w:rsidP="00C9454D">
      <w:pPr>
        <w:rPr>
          <w:sz w:val="24"/>
          <w:szCs w:val="24"/>
        </w:rPr>
      </w:pPr>
      <w:r w:rsidRPr="00C9454D">
        <w:rPr>
          <w:sz w:val="24"/>
          <w:szCs w:val="24"/>
        </w:rPr>
        <w:t>The steward bowed and departed, but before Abilene could return to her work, another knock sounded at the door.</w:t>
      </w:r>
    </w:p>
    <w:p w14:paraId="6AC735AF" w14:textId="461E6CA7" w:rsidR="005300E7" w:rsidRPr="00C9454D" w:rsidRDefault="005300E7" w:rsidP="00C9454D">
      <w:pPr>
        <w:rPr>
          <w:sz w:val="24"/>
          <w:szCs w:val="24"/>
        </w:rPr>
      </w:pPr>
      <w:r w:rsidRPr="00C9454D">
        <w:rPr>
          <w:sz w:val="24"/>
          <w:szCs w:val="24"/>
        </w:rPr>
        <w:t xml:space="preserve">“Lady Abilene,” came a familiar voice. It was </w:t>
      </w:r>
      <w:proofErr w:type="spellStart"/>
      <w:r w:rsidRPr="00C9454D">
        <w:rPr>
          <w:sz w:val="24"/>
          <w:szCs w:val="24"/>
        </w:rPr>
        <w:t>Milla</w:t>
      </w:r>
      <w:proofErr w:type="spellEnd"/>
      <w:r w:rsidRPr="00C9454D">
        <w:rPr>
          <w:sz w:val="24"/>
          <w:szCs w:val="24"/>
        </w:rPr>
        <w:t>, Rowan’s wife, her cheeks flushed from the morning chill. “</w:t>
      </w:r>
      <w:r w:rsidR="0015785D" w:rsidRPr="00C9454D">
        <w:rPr>
          <w:sz w:val="24"/>
          <w:szCs w:val="24"/>
        </w:rPr>
        <w:t>You’ve</w:t>
      </w:r>
      <w:r w:rsidRPr="00C9454D">
        <w:rPr>
          <w:sz w:val="24"/>
          <w:szCs w:val="24"/>
        </w:rPr>
        <w:t xml:space="preserve"> got a visitor—some nobleman from the south. Says he won’t leave until he speaks with you.”</w:t>
      </w:r>
    </w:p>
    <w:p w14:paraId="77637035" w14:textId="3399ED14" w:rsidR="005300E7" w:rsidRPr="00C9454D" w:rsidRDefault="005300E7" w:rsidP="00C9454D">
      <w:pPr>
        <w:rPr>
          <w:sz w:val="24"/>
          <w:szCs w:val="24"/>
        </w:rPr>
      </w:pPr>
      <w:r w:rsidRPr="00C9454D">
        <w:rPr>
          <w:sz w:val="24"/>
          <w:szCs w:val="24"/>
        </w:rPr>
        <w:t>Abilene rubbed her temples. “</w:t>
      </w:r>
      <w:r w:rsidR="00515A9D" w:rsidRPr="00C9454D">
        <w:rPr>
          <w:sz w:val="24"/>
          <w:szCs w:val="24"/>
        </w:rPr>
        <w:t>Greetings</w:t>
      </w:r>
      <w:r w:rsidRPr="00C9454D">
        <w:rPr>
          <w:sz w:val="24"/>
          <w:szCs w:val="24"/>
        </w:rPr>
        <w:t xml:space="preserve"> </w:t>
      </w:r>
      <w:proofErr w:type="spellStart"/>
      <w:r w:rsidRPr="00C9454D">
        <w:rPr>
          <w:sz w:val="24"/>
          <w:szCs w:val="24"/>
        </w:rPr>
        <w:t>Milla</w:t>
      </w:r>
      <w:proofErr w:type="spellEnd"/>
      <w:r w:rsidRPr="00C9454D">
        <w:rPr>
          <w:sz w:val="24"/>
          <w:szCs w:val="24"/>
        </w:rPr>
        <w:t>. I’ll be right there.”</w:t>
      </w:r>
    </w:p>
    <w:p w14:paraId="3CD4A85A" w14:textId="77777777" w:rsidR="005300E7" w:rsidRPr="00C9454D" w:rsidRDefault="005300E7" w:rsidP="00C9454D">
      <w:pPr>
        <w:rPr>
          <w:sz w:val="24"/>
          <w:szCs w:val="24"/>
        </w:rPr>
      </w:pPr>
    </w:p>
    <w:p w14:paraId="454B4B5A" w14:textId="77777777" w:rsidR="005300E7" w:rsidRPr="00C9454D" w:rsidRDefault="005300E7" w:rsidP="00C9454D">
      <w:pPr>
        <w:pStyle w:val="Heading2"/>
        <w:rPr>
          <w:sz w:val="24"/>
          <w:szCs w:val="24"/>
        </w:rPr>
      </w:pPr>
      <w:r w:rsidRPr="00C9454D">
        <w:rPr>
          <w:sz w:val="24"/>
          <w:szCs w:val="24"/>
        </w:rPr>
        <w:t>Old Friends, New Faces</w:t>
      </w:r>
    </w:p>
    <w:p w14:paraId="6BC0FD8D" w14:textId="77777777" w:rsidR="001E22A6" w:rsidRPr="00C9454D" w:rsidRDefault="001E22A6" w:rsidP="00C9454D">
      <w:pPr>
        <w:rPr>
          <w:sz w:val="24"/>
          <w:szCs w:val="24"/>
        </w:rPr>
      </w:pPr>
    </w:p>
    <w:p w14:paraId="7496A08C" w14:textId="79B13211" w:rsidR="005300E7" w:rsidRPr="00C9454D" w:rsidRDefault="005300E7" w:rsidP="00C9454D">
      <w:pPr>
        <w:rPr>
          <w:sz w:val="24"/>
          <w:szCs w:val="24"/>
        </w:rPr>
      </w:pPr>
      <w:r w:rsidRPr="00C9454D">
        <w:rPr>
          <w:sz w:val="24"/>
          <w:szCs w:val="24"/>
        </w:rPr>
        <w:t>The nobleman waiting in the great hall was impeccably dressed, his posture stiff and formal. But it wasn’t his presence that caught Abilene’s attention—it was the figure standing besi</w:t>
      </w:r>
      <w:r w:rsidR="00DD1FF5" w:rsidRPr="00C9454D">
        <w:rPr>
          <w:sz w:val="24"/>
          <w:szCs w:val="24"/>
        </w:rPr>
        <w:t xml:space="preserve">de </w:t>
      </w:r>
      <w:r w:rsidRPr="00C9454D">
        <w:rPr>
          <w:sz w:val="24"/>
          <w:szCs w:val="24"/>
        </w:rPr>
        <w:t>him.</w:t>
      </w:r>
    </w:p>
    <w:p w14:paraId="519A076E" w14:textId="77777777" w:rsidR="005300E7" w:rsidRPr="00C9454D" w:rsidRDefault="005300E7" w:rsidP="00C9454D">
      <w:pPr>
        <w:rPr>
          <w:sz w:val="24"/>
          <w:szCs w:val="24"/>
        </w:rPr>
      </w:pPr>
      <w:r w:rsidRPr="00C9454D">
        <w:rPr>
          <w:sz w:val="24"/>
          <w:szCs w:val="24"/>
        </w:rPr>
        <w:t>“Rowan!” she exclaimed, her face lighting up.</w:t>
      </w:r>
    </w:p>
    <w:p w14:paraId="1D1BE872" w14:textId="317C2800" w:rsidR="005300E7" w:rsidRPr="00C9454D" w:rsidRDefault="005300E7" w:rsidP="00C9454D">
      <w:pPr>
        <w:rPr>
          <w:sz w:val="24"/>
          <w:szCs w:val="24"/>
        </w:rPr>
      </w:pPr>
      <w:r w:rsidRPr="00C9454D">
        <w:rPr>
          <w:sz w:val="24"/>
          <w:szCs w:val="24"/>
        </w:rPr>
        <w:t xml:space="preserve">The outlaw grinned, his rough features softening. “Lady Abilene,” he said, bowing theatrically. “It seems even the likes of me can’t stay away from </w:t>
      </w:r>
      <w:r w:rsidR="00522C4D" w:rsidRPr="00C9454D">
        <w:rPr>
          <w:sz w:val="24"/>
          <w:szCs w:val="24"/>
        </w:rPr>
        <w:t>High Haven</w:t>
      </w:r>
      <w:r w:rsidRPr="00C9454D">
        <w:rPr>
          <w:sz w:val="24"/>
          <w:szCs w:val="24"/>
        </w:rPr>
        <w:t>.”</w:t>
      </w:r>
    </w:p>
    <w:p w14:paraId="52B11CF4" w14:textId="77777777" w:rsidR="005300E7" w:rsidRPr="00C9454D" w:rsidRDefault="005300E7" w:rsidP="00C9454D">
      <w:pPr>
        <w:rPr>
          <w:sz w:val="24"/>
          <w:szCs w:val="24"/>
        </w:rPr>
      </w:pPr>
      <w:r w:rsidRPr="00C9454D">
        <w:rPr>
          <w:sz w:val="24"/>
          <w:szCs w:val="24"/>
        </w:rPr>
        <w:t>Abilene laughed, motioning for him to rise. “What brings you back?”</w:t>
      </w:r>
    </w:p>
    <w:p w14:paraId="6FB097AD" w14:textId="77777777" w:rsidR="005300E7" w:rsidRPr="00C9454D" w:rsidRDefault="005300E7" w:rsidP="00C9454D">
      <w:pPr>
        <w:rPr>
          <w:sz w:val="24"/>
          <w:szCs w:val="24"/>
        </w:rPr>
      </w:pPr>
      <w:r w:rsidRPr="00C9454D">
        <w:rPr>
          <w:sz w:val="24"/>
          <w:szCs w:val="24"/>
        </w:rPr>
        <w:t>Before Rowan could answer, the nobleman cleared his throat. “Lady Abilene, I am Sir Edmund of Norfolk,” he said, his tone clipped. “I have come to discuss a matter of great importance regarding your water filtration system.”</w:t>
      </w:r>
    </w:p>
    <w:p w14:paraId="64B7BC49" w14:textId="77777777" w:rsidR="005300E7" w:rsidRPr="00C9454D" w:rsidRDefault="005300E7" w:rsidP="00C9454D">
      <w:pPr>
        <w:rPr>
          <w:sz w:val="24"/>
          <w:szCs w:val="24"/>
        </w:rPr>
      </w:pPr>
      <w:r w:rsidRPr="00C9454D">
        <w:rPr>
          <w:sz w:val="24"/>
          <w:szCs w:val="24"/>
        </w:rPr>
        <w:t>“Of course,” Abilene said, regaining her composure. “Rowan, would you care to join us? Or are you here on other business?”</w:t>
      </w:r>
    </w:p>
    <w:p w14:paraId="77BF20D8" w14:textId="77777777" w:rsidR="005300E7" w:rsidRPr="00C9454D" w:rsidRDefault="005300E7" w:rsidP="00C9454D">
      <w:pPr>
        <w:rPr>
          <w:sz w:val="24"/>
          <w:szCs w:val="24"/>
        </w:rPr>
      </w:pPr>
      <w:r w:rsidRPr="00C9454D">
        <w:rPr>
          <w:sz w:val="24"/>
          <w:szCs w:val="24"/>
        </w:rPr>
        <w:t>Rowan smirked. “Oh, I’ll join. I wouldn’t miss a chance to hear you outwit a nobleman.”</w:t>
      </w:r>
    </w:p>
    <w:p w14:paraId="7A5C06FC" w14:textId="77777777" w:rsidR="005300E7" w:rsidRPr="00C9454D" w:rsidRDefault="005300E7" w:rsidP="00C9454D">
      <w:pPr>
        <w:rPr>
          <w:sz w:val="24"/>
          <w:szCs w:val="24"/>
        </w:rPr>
      </w:pPr>
    </w:p>
    <w:p w14:paraId="3784EFF4" w14:textId="77777777" w:rsidR="005300E7" w:rsidRPr="00C9454D" w:rsidRDefault="005300E7" w:rsidP="00C9454D">
      <w:pPr>
        <w:pStyle w:val="Heading2"/>
        <w:rPr>
          <w:sz w:val="24"/>
          <w:szCs w:val="24"/>
        </w:rPr>
      </w:pPr>
      <w:r w:rsidRPr="00C9454D">
        <w:rPr>
          <w:sz w:val="24"/>
          <w:szCs w:val="24"/>
        </w:rPr>
        <w:t>Tensions at Home</w:t>
      </w:r>
    </w:p>
    <w:p w14:paraId="2E77BC14" w14:textId="77777777" w:rsidR="001E22A6" w:rsidRPr="00C9454D" w:rsidRDefault="001E22A6" w:rsidP="00C9454D">
      <w:pPr>
        <w:rPr>
          <w:sz w:val="24"/>
          <w:szCs w:val="24"/>
        </w:rPr>
      </w:pPr>
    </w:p>
    <w:p w14:paraId="01F6279B" w14:textId="77777777" w:rsidR="005300E7" w:rsidRPr="00C9454D" w:rsidRDefault="005300E7" w:rsidP="00C9454D">
      <w:pPr>
        <w:rPr>
          <w:sz w:val="24"/>
          <w:szCs w:val="24"/>
        </w:rPr>
      </w:pPr>
      <w:r w:rsidRPr="00C9454D">
        <w:rPr>
          <w:sz w:val="24"/>
          <w:szCs w:val="24"/>
        </w:rPr>
        <w:t>By the time the day ended, Abilene was exhausted. She found Guy in the study, poring over maps and ledgers. He looked up as she entered, his expression softening.</w:t>
      </w:r>
    </w:p>
    <w:p w14:paraId="5B5A0F1E" w14:textId="77777777" w:rsidR="005300E7" w:rsidRPr="00C9454D" w:rsidRDefault="005300E7" w:rsidP="00C9454D">
      <w:pPr>
        <w:rPr>
          <w:sz w:val="24"/>
          <w:szCs w:val="24"/>
        </w:rPr>
      </w:pPr>
      <w:r w:rsidRPr="00C9454D">
        <w:rPr>
          <w:sz w:val="24"/>
          <w:szCs w:val="24"/>
        </w:rPr>
        <w:t>“Another long day?” he asked.</w:t>
      </w:r>
    </w:p>
    <w:p w14:paraId="2902D961" w14:textId="34059BC9" w:rsidR="005300E7" w:rsidRPr="00C9454D" w:rsidRDefault="005300E7" w:rsidP="00C9454D">
      <w:pPr>
        <w:rPr>
          <w:sz w:val="24"/>
          <w:szCs w:val="24"/>
        </w:rPr>
      </w:pPr>
      <w:r w:rsidRPr="00C9454D">
        <w:rPr>
          <w:sz w:val="24"/>
          <w:szCs w:val="24"/>
        </w:rPr>
        <w:t xml:space="preserve">She nodded, sinking into a chair. “It feels like everyone in the kingdom wants something from </w:t>
      </w:r>
      <w:r w:rsidR="00522C4D" w:rsidRPr="00C9454D">
        <w:rPr>
          <w:sz w:val="24"/>
          <w:szCs w:val="24"/>
        </w:rPr>
        <w:t>High Haven</w:t>
      </w:r>
      <w:r w:rsidRPr="00C9454D">
        <w:rPr>
          <w:sz w:val="24"/>
          <w:szCs w:val="24"/>
        </w:rPr>
        <w:t>.”</w:t>
      </w:r>
    </w:p>
    <w:p w14:paraId="6D5A22CC" w14:textId="77777777" w:rsidR="005300E7" w:rsidRPr="00C9454D" w:rsidRDefault="005300E7" w:rsidP="00C9454D">
      <w:pPr>
        <w:rPr>
          <w:sz w:val="24"/>
          <w:szCs w:val="24"/>
        </w:rPr>
      </w:pPr>
      <w:r w:rsidRPr="00C9454D">
        <w:rPr>
          <w:sz w:val="24"/>
          <w:szCs w:val="24"/>
        </w:rPr>
        <w:t>“They do,” he said simply. “Because they know what you’ve built here is extraordinary.”</w:t>
      </w:r>
    </w:p>
    <w:p w14:paraId="35F5CDAB" w14:textId="77777777" w:rsidR="005300E7" w:rsidRPr="00C9454D" w:rsidRDefault="005300E7" w:rsidP="00C9454D">
      <w:pPr>
        <w:rPr>
          <w:sz w:val="24"/>
          <w:szCs w:val="24"/>
        </w:rPr>
      </w:pPr>
      <w:r w:rsidRPr="00C9454D">
        <w:rPr>
          <w:sz w:val="24"/>
          <w:szCs w:val="24"/>
        </w:rPr>
        <w:t>She smiled faintly, but there was a shadow in her eyes. “I just… I worry I’m losing sight of why we started this. The simplicity of it. The purpose.”</w:t>
      </w:r>
    </w:p>
    <w:p w14:paraId="31DFDFC8" w14:textId="77777777" w:rsidR="005300E7" w:rsidRPr="00C9454D" w:rsidRDefault="005300E7" w:rsidP="00C9454D">
      <w:pPr>
        <w:rPr>
          <w:sz w:val="24"/>
          <w:szCs w:val="24"/>
        </w:rPr>
      </w:pPr>
      <w:r w:rsidRPr="00C9454D">
        <w:rPr>
          <w:sz w:val="24"/>
          <w:szCs w:val="24"/>
        </w:rPr>
        <w:t>Guy reached for her hand, his touch grounding her. “You haven’t lost it. But we do need to find balance.”</w:t>
      </w:r>
    </w:p>
    <w:p w14:paraId="7498BA25" w14:textId="77777777" w:rsidR="005300E7" w:rsidRPr="00C9454D" w:rsidRDefault="005300E7" w:rsidP="00C9454D">
      <w:pPr>
        <w:rPr>
          <w:sz w:val="24"/>
          <w:szCs w:val="24"/>
        </w:rPr>
      </w:pPr>
      <w:r w:rsidRPr="00C9454D">
        <w:rPr>
          <w:sz w:val="24"/>
          <w:szCs w:val="24"/>
        </w:rPr>
        <w:t>She looked at him, her heart aching with love and gratitude. “I couldn’t do this without you, Guy. You keep me steady.”</w:t>
      </w:r>
    </w:p>
    <w:p w14:paraId="222A0A04" w14:textId="7A9DD509" w:rsidR="005300E7" w:rsidRPr="00C9454D" w:rsidRDefault="005300E7" w:rsidP="00C9454D">
      <w:pPr>
        <w:rPr>
          <w:sz w:val="24"/>
          <w:szCs w:val="24"/>
        </w:rPr>
      </w:pPr>
      <w:r w:rsidRPr="00C9454D">
        <w:rPr>
          <w:sz w:val="24"/>
          <w:szCs w:val="24"/>
        </w:rPr>
        <w:t xml:space="preserve">“And you give me purpose,” he replied. “But we both need to make time—for </w:t>
      </w:r>
      <w:r w:rsidR="00522C4D" w:rsidRPr="00C9454D">
        <w:rPr>
          <w:sz w:val="24"/>
          <w:szCs w:val="24"/>
        </w:rPr>
        <w:t>High Haven</w:t>
      </w:r>
      <w:r w:rsidRPr="00C9454D">
        <w:rPr>
          <w:sz w:val="24"/>
          <w:szCs w:val="24"/>
        </w:rPr>
        <w:t>, for the people, and for us.”</w:t>
      </w:r>
    </w:p>
    <w:p w14:paraId="41CEF692" w14:textId="77777777" w:rsidR="005300E7" w:rsidRPr="00C9454D" w:rsidRDefault="005300E7" w:rsidP="00C9454D">
      <w:pPr>
        <w:rPr>
          <w:sz w:val="24"/>
          <w:szCs w:val="24"/>
        </w:rPr>
      </w:pPr>
    </w:p>
    <w:p w14:paraId="3BD624F1" w14:textId="77777777" w:rsidR="005300E7" w:rsidRPr="00C9454D" w:rsidRDefault="005300E7" w:rsidP="00C9454D">
      <w:pPr>
        <w:pStyle w:val="Heading2"/>
        <w:rPr>
          <w:sz w:val="24"/>
          <w:szCs w:val="24"/>
        </w:rPr>
      </w:pPr>
      <w:r w:rsidRPr="00C9454D">
        <w:rPr>
          <w:sz w:val="24"/>
          <w:szCs w:val="24"/>
        </w:rPr>
        <w:t xml:space="preserve">The Return of Father </w:t>
      </w:r>
      <w:proofErr w:type="spellStart"/>
      <w:r w:rsidRPr="00C9454D">
        <w:rPr>
          <w:sz w:val="24"/>
          <w:szCs w:val="24"/>
        </w:rPr>
        <w:t>Elric</w:t>
      </w:r>
      <w:proofErr w:type="spellEnd"/>
    </w:p>
    <w:p w14:paraId="3ECDD386" w14:textId="77777777" w:rsidR="00EE567E" w:rsidRPr="00C9454D" w:rsidRDefault="00EE567E" w:rsidP="00C9454D">
      <w:pPr>
        <w:rPr>
          <w:sz w:val="24"/>
          <w:szCs w:val="24"/>
        </w:rPr>
      </w:pPr>
    </w:p>
    <w:p w14:paraId="21540C97" w14:textId="77777777" w:rsidR="005300E7" w:rsidRPr="00C9454D" w:rsidRDefault="005300E7" w:rsidP="00C9454D">
      <w:pPr>
        <w:rPr>
          <w:sz w:val="24"/>
          <w:szCs w:val="24"/>
        </w:rPr>
      </w:pPr>
      <w:r w:rsidRPr="00C9454D">
        <w:rPr>
          <w:sz w:val="24"/>
          <w:szCs w:val="24"/>
        </w:rPr>
        <w:t xml:space="preserve">The next morning, as Abilene walked the grounds, she spotted Father </w:t>
      </w:r>
      <w:proofErr w:type="spellStart"/>
      <w:r w:rsidRPr="00C9454D">
        <w:rPr>
          <w:sz w:val="24"/>
          <w:szCs w:val="24"/>
        </w:rPr>
        <w:t>Elric</w:t>
      </w:r>
      <w:proofErr w:type="spellEnd"/>
      <w:r w:rsidRPr="00C9454D">
        <w:rPr>
          <w:sz w:val="24"/>
          <w:szCs w:val="24"/>
        </w:rPr>
        <w:t xml:space="preserve"> near the chapel, speaking with a group of villagers.</w:t>
      </w:r>
    </w:p>
    <w:p w14:paraId="3073CAEF" w14:textId="77777777" w:rsidR="005300E7" w:rsidRPr="00C9454D" w:rsidRDefault="005300E7" w:rsidP="00C9454D">
      <w:pPr>
        <w:rPr>
          <w:sz w:val="24"/>
          <w:szCs w:val="24"/>
        </w:rPr>
      </w:pPr>
      <w:r w:rsidRPr="00C9454D">
        <w:rPr>
          <w:sz w:val="24"/>
          <w:szCs w:val="24"/>
        </w:rPr>
        <w:t>“</w:t>
      </w:r>
      <w:proofErr w:type="spellStart"/>
      <w:r w:rsidRPr="00C9454D">
        <w:rPr>
          <w:sz w:val="24"/>
          <w:szCs w:val="24"/>
        </w:rPr>
        <w:t>Elric</w:t>
      </w:r>
      <w:proofErr w:type="spellEnd"/>
      <w:r w:rsidRPr="00C9454D">
        <w:rPr>
          <w:sz w:val="24"/>
          <w:szCs w:val="24"/>
        </w:rPr>
        <w:t>!” she called, waving as she approached.</w:t>
      </w:r>
    </w:p>
    <w:p w14:paraId="653CF0A3" w14:textId="77777777" w:rsidR="005300E7" w:rsidRPr="00C9454D" w:rsidRDefault="005300E7" w:rsidP="00C9454D">
      <w:pPr>
        <w:rPr>
          <w:sz w:val="24"/>
          <w:szCs w:val="24"/>
        </w:rPr>
      </w:pPr>
      <w:r w:rsidRPr="00C9454D">
        <w:rPr>
          <w:sz w:val="24"/>
          <w:szCs w:val="24"/>
        </w:rPr>
        <w:t>The priest turned, his face lighting up. “Abilene,” he said warmly. “It’s good to see you. I’ve just returned from the southern villages. The festival’s influence is spreading faster than I imagined.”</w:t>
      </w:r>
    </w:p>
    <w:p w14:paraId="6DE897CC" w14:textId="77777777" w:rsidR="005300E7" w:rsidRPr="00C9454D" w:rsidRDefault="005300E7" w:rsidP="00C9454D">
      <w:pPr>
        <w:rPr>
          <w:sz w:val="24"/>
          <w:szCs w:val="24"/>
        </w:rPr>
      </w:pPr>
      <w:r w:rsidRPr="00C9454D">
        <w:rPr>
          <w:sz w:val="24"/>
          <w:szCs w:val="24"/>
        </w:rPr>
        <w:t>Abilene smiled, but her expression turned thoughtful. “That’s good, but it also means more people will be looking to us for answers. For guidance.”</w:t>
      </w:r>
    </w:p>
    <w:p w14:paraId="0F144D3F" w14:textId="77777777" w:rsidR="005300E7" w:rsidRPr="00C9454D" w:rsidRDefault="005300E7" w:rsidP="00C9454D">
      <w:pPr>
        <w:rPr>
          <w:sz w:val="24"/>
          <w:szCs w:val="24"/>
        </w:rPr>
      </w:pPr>
      <w:r w:rsidRPr="00C9454D">
        <w:rPr>
          <w:sz w:val="24"/>
          <w:szCs w:val="24"/>
        </w:rPr>
        <w:t xml:space="preserve">“That’s not a burden you bear alone,” </w:t>
      </w:r>
      <w:proofErr w:type="spellStart"/>
      <w:r w:rsidRPr="00C9454D">
        <w:rPr>
          <w:sz w:val="24"/>
          <w:szCs w:val="24"/>
        </w:rPr>
        <w:t>Elric</w:t>
      </w:r>
      <w:proofErr w:type="spellEnd"/>
      <w:r w:rsidRPr="00C9454D">
        <w:rPr>
          <w:sz w:val="24"/>
          <w:szCs w:val="24"/>
        </w:rPr>
        <w:t xml:space="preserve"> said gently. “Remember, this started with a community effort. Let the community carry it forward.”</w:t>
      </w:r>
    </w:p>
    <w:p w14:paraId="18E41F2A" w14:textId="77777777" w:rsidR="005300E7" w:rsidRPr="00C9454D" w:rsidRDefault="005300E7" w:rsidP="00C9454D">
      <w:pPr>
        <w:rPr>
          <w:sz w:val="24"/>
          <w:szCs w:val="24"/>
        </w:rPr>
      </w:pPr>
      <w:r w:rsidRPr="00C9454D">
        <w:rPr>
          <w:sz w:val="24"/>
          <w:szCs w:val="24"/>
        </w:rPr>
        <w:t>Abilene nodded, his words resonating. She knew he was right, but the weight of her newfound renown still pressed heavily on her shoulders.</w:t>
      </w:r>
    </w:p>
    <w:p w14:paraId="028C475B" w14:textId="77777777" w:rsidR="005300E7" w:rsidRPr="00C9454D" w:rsidRDefault="005300E7" w:rsidP="00C9454D">
      <w:pPr>
        <w:rPr>
          <w:sz w:val="24"/>
          <w:szCs w:val="24"/>
        </w:rPr>
      </w:pPr>
    </w:p>
    <w:p w14:paraId="5A9A3145" w14:textId="77777777" w:rsidR="005300E7" w:rsidRPr="00C9454D" w:rsidRDefault="005300E7" w:rsidP="00C9454D">
      <w:pPr>
        <w:pStyle w:val="Heading2"/>
        <w:rPr>
          <w:sz w:val="24"/>
          <w:szCs w:val="24"/>
        </w:rPr>
      </w:pPr>
      <w:r w:rsidRPr="00C9454D">
        <w:rPr>
          <w:sz w:val="24"/>
          <w:szCs w:val="24"/>
        </w:rPr>
        <w:t>A Visit from the Outlaws</w:t>
      </w:r>
    </w:p>
    <w:p w14:paraId="3FEC0137" w14:textId="77777777" w:rsidR="00EE567E" w:rsidRPr="00C9454D" w:rsidRDefault="00EE567E" w:rsidP="00C9454D">
      <w:pPr>
        <w:rPr>
          <w:sz w:val="24"/>
          <w:szCs w:val="24"/>
        </w:rPr>
      </w:pPr>
    </w:p>
    <w:p w14:paraId="6860FB48" w14:textId="68DBACD8" w:rsidR="005300E7" w:rsidRPr="00C9454D" w:rsidRDefault="005300E7" w:rsidP="00C9454D">
      <w:pPr>
        <w:rPr>
          <w:sz w:val="24"/>
          <w:szCs w:val="24"/>
        </w:rPr>
      </w:pPr>
      <w:r w:rsidRPr="00C9454D">
        <w:rPr>
          <w:sz w:val="24"/>
          <w:szCs w:val="24"/>
        </w:rPr>
        <w:t xml:space="preserve">Later that week, Rowan and his family returned to </w:t>
      </w:r>
      <w:r w:rsidR="00522C4D" w:rsidRPr="00C9454D">
        <w:rPr>
          <w:sz w:val="24"/>
          <w:szCs w:val="24"/>
        </w:rPr>
        <w:t>High Haven</w:t>
      </w:r>
      <w:r w:rsidRPr="00C9454D">
        <w:rPr>
          <w:sz w:val="24"/>
          <w:szCs w:val="24"/>
        </w:rPr>
        <w:t>, this time bringing Bram and their younger daughter, Lila. The children quickly ma</w:t>
      </w:r>
      <w:r w:rsidR="00DD1FF5" w:rsidRPr="00C9454D">
        <w:rPr>
          <w:sz w:val="24"/>
          <w:szCs w:val="24"/>
        </w:rPr>
        <w:t xml:space="preserve">de </w:t>
      </w:r>
      <w:r w:rsidRPr="00C9454D">
        <w:rPr>
          <w:sz w:val="24"/>
          <w:szCs w:val="24"/>
        </w:rPr>
        <w:t>themselves at home, running through the fields and playing with the village children.</w:t>
      </w:r>
    </w:p>
    <w:p w14:paraId="6B94FA7B" w14:textId="79E9A7AD" w:rsidR="005300E7" w:rsidRPr="00C9454D" w:rsidRDefault="005300E7" w:rsidP="00C9454D">
      <w:pPr>
        <w:rPr>
          <w:sz w:val="24"/>
          <w:szCs w:val="24"/>
        </w:rPr>
      </w:pPr>
      <w:r w:rsidRPr="00C9454D">
        <w:rPr>
          <w:sz w:val="24"/>
          <w:szCs w:val="24"/>
        </w:rPr>
        <w:t xml:space="preserve">Rowan, as always, brought levity to the estate. He had become something of an unofficial ambassador for the festival, traveling to neighboring villages and sharing stories of </w:t>
      </w:r>
      <w:r w:rsidR="00522C4D" w:rsidRPr="00C9454D">
        <w:rPr>
          <w:sz w:val="24"/>
          <w:szCs w:val="24"/>
        </w:rPr>
        <w:t>High Haven</w:t>
      </w:r>
      <w:r w:rsidRPr="00C9454D">
        <w:rPr>
          <w:sz w:val="24"/>
          <w:szCs w:val="24"/>
        </w:rPr>
        <w:t>’s success.</w:t>
      </w:r>
    </w:p>
    <w:p w14:paraId="4D5A2E27" w14:textId="77777777" w:rsidR="005300E7" w:rsidRPr="00C9454D" w:rsidRDefault="005300E7" w:rsidP="00C9454D">
      <w:pPr>
        <w:rPr>
          <w:sz w:val="24"/>
          <w:szCs w:val="24"/>
        </w:rPr>
      </w:pPr>
      <w:r w:rsidRPr="00C9454D">
        <w:rPr>
          <w:sz w:val="24"/>
          <w:szCs w:val="24"/>
        </w:rPr>
        <w:t>“You’re famous now, Lady Abilene,” he teased as they sat by the fire one evening. “You’ve even got the king singing your praises.”</w:t>
      </w:r>
    </w:p>
    <w:p w14:paraId="17A9768C" w14:textId="02E18D6F" w:rsidR="005300E7" w:rsidRPr="00C9454D" w:rsidRDefault="005300E7" w:rsidP="00C9454D">
      <w:pPr>
        <w:rPr>
          <w:sz w:val="24"/>
          <w:szCs w:val="24"/>
        </w:rPr>
      </w:pPr>
      <w:r w:rsidRPr="00C9454D">
        <w:rPr>
          <w:sz w:val="24"/>
          <w:szCs w:val="24"/>
        </w:rPr>
        <w:t xml:space="preserve">“And yet you still call me Lady Abilene instead of </w:t>
      </w:r>
      <w:r w:rsidR="00FD1A29" w:rsidRPr="00C9454D">
        <w:rPr>
          <w:sz w:val="24"/>
          <w:szCs w:val="24"/>
        </w:rPr>
        <w:t>Baroness</w:t>
      </w:r>
      <w:r w:rsidRPr="00C9454D">
        <w:rPr>
          <w:sz w:val="24"/>
          <w:szCs w:val="24"/>
        </w:rPr>
        <w:t>,” she replied with a grin.</w:t>
      </w:r>
    </w:p>
    <w:p w14:paraId="5B358D4F" w14:textId="77777777" w:rsidR="005300E7" w:rsidRPr="00C9454D" w:rsidRDefault="005300E7" w:rsidP="00C9454D">
      <w:pPr>
        <w:rPr>
          <w:sz w:val="24"/>
          <w:szCs w:val="24"/>
        </w:rPr>
      </w:pPr>
      <w:r w:rsidRPr="00C9454D">
        <w:rPr>
          <w:sz w:val="24"/>
          <w:szCs w:val="24"/>
        </w:rPr>
        <w:t>“Ah, titles are for nobles,” Rowan said with a wink. “I prefer to think of you as one of us—just a little less scruffy.”</w:t>
      </w:r>
    </w:p>
    <w:p w14:paraId="307AEF3C" w14:textId="77777777" w:rsidR="005300E7" w:rsidRPr="00C9454D" w:rsidRDefault="005300E7" w:rsidP="00C9454D">
      <w:pPr>
        <w:rPr>
          <w:sz w:val="24"/>
          <w:szCs w:val="24"/>
        </w:rPr>
      </w:pPr>
    </w:p>
    <w:p w14:paraId="77389AF9" w14:textId="77777777" w:rsidR="005300E7" w:rsidRPr="00C9454D" w:rsidRDefault="005300E7" w:rsidP="00C9454D">
      <w:pPr>
        <w:pStyle w:val="Heading2"/>
        <w:rPr>
          <w:sz w:val="24"/>
          <w:szCs w:val="24"/>
        </w:rPr>
      </w:pPr>
      <w:r w:rsidRPr="00C9454D">
        <w:rPr>
          <w:sz w:val="24"/>
          <w:szCs w:val="24"/>
        </w:rPr>
        <w:t>Finding Balance</w:t>
      </w:r>
    </w:p>
    <w:p w14:paraId="61BA14D9" w14:textId="77777777" w:rsidR="00EE567E" w:rsidRPr="00C9454D" w:rsidRDefault="00EE567E" w:rsidP="00C9454D">
      <w:pPr>
        <w:rPr>
          <w:sz w:val="24"/>
          <w:szCs w:val="24"/>
        </w:rPr>
      </w:pPr>
    </w:p>
    <w:p w14:paraId="519E3BEA" w14:textId="77777777" w:rsidR="005300E7" w:rsidRPr="00C9454D" w:rsidRDefault="005300E7" w:rsidP="00C9454D">
      <w:pPr>
        <w:rPr>
          <w:sz w:val="24"/>
          <w:szCs w:val="24"/>
        </w:rPr>
      </w:pPr>
      <w:r w:rsidRPr="00C9454D">
        <w:rPr>
          <w:sz w:val="24"/>
          <w:szCs w:val="24"/>
        </w:rPr>
        <w:t>As the weeks turned into months, Abilene and Guy worked to find balance in their lives. They delegated more responsibilities to trusted villagers, ensuring that the burden of leadership didn’t fall solely on their shoulders.</w:t>
      </w:r>
    </w:p>
    <w:p w14:paraId="3E6D6AC8" w14:textId="0BD27842" w:rsidR="005300E7" w:rsidRPr="00C9454D" w:rsidRDefault="005300E7" w:rsidP="00C9454D">
      <w:pPr>
        <w:rPr>
          <w:sz w:val="24"/>
          <w:szCs w:val="24"/>
        </w:rPr>
      </w:pPr>
      <w:r w:rsidRPr="00C9454D">
        <w:rPr>
          <w:sz w:val="24"/>
          <w:szCs w:val="24"/>
        </w:rPr>
        <w:t>Guy focused on expanding the quarry’s operations and improving infrastructure, while Abilene devoted her time to writing and consulting with visitors. Together, they ma</w:t>
      </w:r>
      <w:r w:rsidR="00DD1FF5" w:rsidRPr="00C9454D">
        <w:rPr>
          <w:sz w:val="24"/>
          <w:szCs w:val="24"/>
        </w:rPr>
        <w:t xml:space="preserve">de </w:t>
      </w:r>
      <w:r w:rsidRPr="00C9454D">
        <w:rPr>
          <w:sz w:val="24"/>
          <w:szCs w:val="24"/>
        </w:rPr>
        <w:t>time for quiet moments—walks through the orchard, evenings by the fire—keeping their bond strong amidst the chaos.</w:t>
      </w:r>
    </w:p>
    <w:p w14:paraId="06A64E48" w14:textId="0F9ECDCD" w:rsidR="005300E7" w:rsidRPr="00C9454D" w:rsidRDefault="005300E7" w:rsidP="00C9454D">
      <w:pPr>
        <w:rPr>
          <w:sz w:val="24"/>
          <w:szCs w:val="24"/>
        </w:rPr>
      </w:pPr>
      <w:r w:rsidRPr="00C9454D">
        <w:rPr>
          <w:sz w:val="24"/>
          <w:szCs w:val="24"/>
        </w:rPr>
        <w:t xml:space="preserve">Father </w:t>
      </w:r>
      <w:proofErr w:type="spellStart"/>
      <w:r w:rsidRPr="00C9454D">
        <w:rPr>
          <w:sz w:val="24"/>
          <w:szCs w:val="24"/>
        </w:rPr>
        <w:t>Elric</w:t>
      </w:r>
      <w:proofErr w:type="spellEnd"/>
      <w:r w:rsidRPr="00C9454D">
        <w:rPr>
          <w:sz w:val="24"/>
          <w:szCs w:val="24"/>
        </w:rPr>
        <w:t xml:space="preserve"> continued to act as a guiding presence, offering wisdom and support to the community. Rowan and his family became regular visitors to </w:t>
      </w:r>
      <w:r w:rsidR="00522C4D" w:rsidRPr="00C9454D">
        <w:rPr>
          <w:sz w:val="24"/>
          <w:szCs w:val="24"/>
        </w:rPr>
        <w:t>High Haven</w:t>
      </w:r>
      <w:r w:rsidRPr="00C9454D">
        <w:rPr>
          <w:sz w:val="24"/>
          <w:szCs w:val="24"/>
        </w:rPr>
        <w:t>, their humor and resilience a constant reminder of the power of connection.</w:t>
      </w:r>
    </w:p>
    <w:p w14:paraId="3515C88B" w14:textId="77777777" w:rsidR="005300E7" w:rsidRPr="00C9454D" w:rsidRDefault="005300E7" w:rsidP="00C9454D">
      <w:pPr>
        <w:rPr>
          <w:sz w:val="24"/>
          <w:szCs w:val="24"/>
        </w:rPr>
      </w:pPr>
      <w:r w:rsidRPr="00C9454D">
        <w:rPr>
          <w:sz w:val="24"/>
          <w:szCs w:val="24"/>
        </w:rPr>
        <w:t>And though the demands on Abilene’s time only grew, she never lost sight of what mattered most—the people, the land, and the shared vision that had brought them this far.</w:t>
      </w:r>
    </w:p>
    <w:p w14:paraId="1FBB52AA" w14:textId="77777777" w:rsidR="005300E7" w:rsidRPr="00C9454D" w:rsidRDefault="005300E7" w:rsidP="00C9454D">
      <w:pPr>
        <w:rPr>
          <w:sz w:val="24"/>
          <w:szCs w:val="24"/>
        </w:rPr>
      </w:pPr>
    </w:p>
    <w:p w14:paraId="4D36C0A8" w14:textId="3EED0169" w:rsidR="005744D5" w:rsidRPr="00C9454D" w:rsidRDefault="005744D5" w:rsidP="00C9454D">
      <w:pPr>
        <w:rPr>
          <w:sz w:val="24"/>
          <w:szCs w:val="24"/>
        </w:rPr>
      </w:pPr>
    </w:p>
    <w:p w14:paraId="16370F8B" w14:textId="77777777" w:rsidR="006D5DC1" w:rsidRPr="00C9454D" w:rsidRDefault="006D5DC1" w:rsidP="00C9454D">
      <w:pPr>
        <w:rPr>
          <w:sz w:val="24"/>
          <w:szCs w:val="24"/>
        </w:rPr>
      </w:pPr>
    </w:p>
    <w:p w14:paraId="11F44284" w14:textId="7B0716CA" w:rsidR="00A3745F" w:rsidRPr="00C9454D" w:rsidRDefault="00A3745F" w:rsidP="00C9454D">
      <w:pPr>
        <w:pStyle w:val="Heading2"/>
        <w:rPr>
          <w:sz w:val="24"/>
          <w:szCs w:val="24"/>
        </w:rPr>
      </w:pPr>
      <w:r w:rsidRPr="00C9454D">
        <w:rPr>
          <w:sz w:val="24"/>
          <w:szCs w:val="24"/>
        </w:rPr>
        <w:t>The Miracle of the Caravan</w:t>
      </w:r>
    </w:p>
    <w:p w14:paraId="6E7E74B3" w14:textId="034D87A6" w:rsidR="009708FF" w:rsidRPr="00C9454D" w:rsidRDefault="009708FF" w:rsidP="00C9454D">
      <w:pPr>
        <w:pStyle w:val="Heading2"/>
        <w:rPr>
          <w:sz w:val="24"/>
          <w:szCs w:val="24"/>
        </w:rPr>
      </w:pPr>
      <w:r w:rsidRPr="00C9454D">
        <w:rPr>
          <w:sz w:val="24"/>
          <w:szCs w:val="24"/>
        </w:rPr>
        <w:t>1202</w:t>
      </w:r>
    </w:p>
    <w:p w14:paraId="5658DAC8" w14:textId="77777777" w:rsidR="00EE567E" w:rsidRPr="00C9454D" w:rsidRDefault="00EE567E" w:rsidP="00C9454D">
      <w:pPr>
        <w:rPr>
          <w:sz w:val="24"/>
          <w:szCs w:val="24"/>
        </w:rPr>
      </w:pPr>
    </w:p>
    <w:p w14:paraId="62A86CA9" w14:textId="77777777" w:rsidR="00A3745F" w:rsidRPr="00C9454D" w:rsidRDefault="00A3745F" w:rsidP="00C9454D">
      <w:pPr>
        <w:rPr>
          <w:sz w:val="24"/>
          <w:szCs w:val="24"/>
        </w:rPr>
      </w:pPr>
      <w:r w:rsidRPr="00C9454D">
        <w:rPr>
          <w:sz w:val="24"/>
          <w:szCs w:val="24"/>
        </w:rPr>
        <w:t>The air in the hall was heavy with the smell of roasted meats and spilled wine as Guy stepped into the Deveraux manor. Alaric Deveraux, the head of the family, reclined on an oversized chair at the far end of the room, his corpulent frame spilling over the edges. His face was ruddy, his jowls quivering as he tore into a leg of mutton, juices dripping down his chin.</w:t>
      </w:r>
    </w:p>
    <w:p w14:paraId="725D7DC3" w14:textId="631FCA92" w:rsidR="00A3745F" w:rsidRPr="00C9454D" w:rsidRDefault="00A3745F" w:rsidP="00C9454D">
      <w:pPr>
        <w:rPr>
          <w:sz w:val="24"/>
          <w:szCs w:val="24"/>
        </w:rPr>
      </w:pPr>
      <w:r w:rsidRPr="00C9454D">
        <w:rPr>
          <w:sz w:val="24"/>
          <w:szCs w:val="24"/>
        </w:rPr>
        <w:t xml:space="preserve">“Ah, Sir Guy,” Alaric drawled, his voice thick and slurred. “Come to grovel before the rightful lords of </w:t>
      </w:r>
      <w:r w:rsidR="00522C4D" w:rsidRPr="00C9454D">
        <w:rPr>
          <w:sz w:val="24"/>
          <w:szCs w:val="24"/>
        </w:rPr>
        <w:t>High Haven</w:t>
      </w:r>
      <w:r w:rsidRPr="00C9454D">
        <w:rPr>
          <w:sz w:val="24"/>
          <w:szCs w:val="24"/>
        </w:rPr>
        <w:t>?”</w:t>
      </w:r>
    </w:p>
    <w:p w14:paraId="07AE910A" w14:textId="77777777" w:rsidR="00A3745F" w:rsidRPr="00C9454D" w:rsidRDefault="00A3745F" w:rsidP="00C9454D">
      <w:pPr>
        <w:rPr>
          <w:sz w:val="24"/>
          <w:szCs w:val="24"/>
        </w:rPr>
      </w:pPr>
      <w:r w:rsidRPr="00C9454D">
        <w:rPr>
          <w:sz w:val="24"/>
          <w:szCs w:val="24"/>
        </w:rPr>
        <w:t>Guy’s jaw tightened as he approached the table. Across from Alaric sat his wife, Esme, an equally corpulent woman dressed in a gaudy gown of silk and pearls. Her skin was blotchy and red, her fingers adorned with rings that barely fit over her swollen joints.</w:t>
      </w:r>
    </w:p>
    <w:p w14:paraId="4EFECF06" w14:textId="77777777" w:rsidR="00A3745F" w:rsidRPr="00C9454D" w:rsidRDefault="00A3745F" w:rsidP="00C9454D">
      <w:pPr>
        <w:rPr>
          <w:sz w:val="24"/>
          <w:szCs w:val="24"/>
        </w:rPr>
      </w:pPr>
      <w:r w:rsidRPr="00C9454D">
        <w:rPr>
          <w:sz w:val="24"/>
          <w:szCs w:val="24"/>
        </w:rPr>
        <w:t>“Oh, do sit,” Esme said with a grin that revealed wine-stained teeth. “We’ve been waiting for you to explain why you think you can steal what is rightfully ours.”</w:t>
      </w:r>
    </w:p>
    <w:p w14:paraId="20590155" w14:textId="7DD7BADB" w:rsidR="00A3745F" w:rsidRPr="00C9454D" w:rsidRDefault="00A3745F" w:rsidP="00C9454D">
      <w:pPr>
        <w:rPr>
          <w:sz w:val="24"/>
          <w:szCs w:val="24"/>
        </w:rPr>
      </w:pPr>
      <w:r w:rsidRPr="00C9454D">
        <w:rPr>
          <w:sz w:val="24"/>
          <w:szCs w:val="24"/>
        </w:rPr>
        <w:t>Besi</w:t>
      </w:r>
      <w:r w:rsidR="00DD1FF5" w:rsidRPr="00C9454D">
        <w:rPr>
          <w:sz w:val="24"/>
          <w:szCs w:val="24"/>
        </w:rPr>
        <w:t xml:space="preserve">de </w:t>
      </w:r>
      <w:r w:rsidRPr="00C9454D">
        <w:rPr>
          <w:sz w:val="24"/>
          <w:szCs w:val="24"/>
        </w:rPr>
        <w:t>her stood their daughter, Isolde, a striking young woman with porcelain skin and raven-black hair. Her beauty was undeniable, but as soon as she opened her mouth, it vanished.</w:t>
      </w:r>
    </w:p>
    <w:p w14:paraId="1194DFCA" w14:textId="1E743997" w:rsidR="00A3745F" w:rsidRPr="00C9454D" w:rsidRDefault="00A3745F" w:rsidP="00C9454D">
      <w:pPr>
        <w:rPr>
          <w:sz w:val="24"/>
          <w:szCs w:val="24"/>
        </w:rPr>
      </w:pPr>
      <w:r w:rsidRPr="00C9454D">
        <w:rPr>
          <w:sz w:val="24"/>
          <w:szCs w:val="24"/>
        </w:rPr>
        <w:t>“You peasants think you can rise above your station,” Isol</w:t>
      </w:r>
      <w:r w:rsidR="00DD1FF5" w:rsidRPr="00C9454D">
        <w:rPr>
          <w:sz w:val="24"/>
          <w:szCs w:val="24"/>
        </w:rPr>
        <w:t xml:space="preserve">de </w:t>
      </w:r>
      <w:r w:rsidRPr="00C9454D">
        <w:rPr>
          <w:sz w:val="24"/>
          <w:szCs w:val="24"/>
        </w:rPr>
        <w:t>sneered, her voice sharp and grating. “It’s pathetic, really.”</w:t>
      </w:r>
    </w:p>
    <w:p w14:paraId="175A0DEB" w14:textId="25EC16F3" w:rsidR="00A3745F" w:rsidRPr="00C9454D" w:rsidRDefault="00A3745F" w:rsidP="00C9454D">
      <w:pPr>
        <w:rPr>
          <w:sz w:val="24"/>
          <w:szCs w:val="24"/>
        </w:rPr>
      </w:pPr>
      <w:r w:rsidRPr="00C9454D">
        <w:rPr>
          <w:sz w:val="24"/>
          <w:szCs w:val="24"/>
        </w:rPr>
        <w:t xml:space="preserve">Guy met her gaze with calm intensity, refusing to be baited. “I’m here to settle this matter formally,” he said, turning his attention back to Alaric. “Your claim to </w:t>
      </w:r>
      <w:r w:rsidR="00522C4D" w:rsidRPr="00C9454D">
        <w:rPr>
          <w:sz w:val="24"/>
          <w:szCs w:val="24"/>
        </w:rPr>
        <w:t>High Haven</w:t>
      </w:r>
      <w:r w:rsidRPr="00C9454D">
        <w:rPr>
          <w:sz w:val="24"/>
          <w:szCs w:val="24"/>
        </w:rPr>
        <w:t xml:space="preserve"> has no basis. The deed clearly states—”</w:t>
      </w:r>
    </w:p>
    <w:p w14:paraId="74D4B96C" w14:textId="77777777" w:rsidR="00A3745F" w:rsidRPr="00C9454D" w:rsidRDefault="00A3745F" w:rsidP="00C9454D">
      <w:pPr>
        <w:rPr>
          <w:sz w:val="24"/>
          <w:szCs w:val="24"/>
        </w:rPr>
      </w:pPr>
      <w:r w:rsidRPr="00C9454D">
        <w:rPr>
          <w:sz w:val="24"/>
          <w:szCs w:val="24"/>
        </w:rPr>
        <w:t>Alaric slammed his goblet onto the table, wine splashing over the rim. “The deed means nothing!” he bellowed. “My family has been stewards of that land for centuries. It is ours by right!”</w:t>
      </w:r>
    </w:p>
    <w:p w14:paraId="1FDA6843" w14:textId="77777777" w:rsidR="00A3745F" w:rsidRPr="00C9454D" w:rsidRDefault="00A3745F" w:rsidP="00C9454D">
      <w:pPr>
        <w:rPr>
          <w:sz w:val="24"/>
          <w:szCs w:val="24"/>
        </w:rPr>
      </w:pPr>
      <w:r w:rsidRPr="00C9454D">
        <w:rPr>
          <w:sz w:val="24"/>
          <w:szCs w:val="24"/>
        </w:rPr>
        <w:t>“You abandoned it,” Guy said, his voice low but firm. “You left it to rot, and now it belongs to my wife by royal decree. Your attempt to claim it is nothing more than greed.”</w:t>
      </w:r>
    </w:p>
    <w:p w14:paraId="18DE87EB" w14:textId="77777777" w:rsidR="00A3745F" w:rsidRPr="00C9454D" w:rsidRDefault="00A3745F" w:rsidP="00C9454D">
      <w:pPr>
        <w:rPr>
          <w:sz w:val="24"/>
          <w:szCs w:val="24"/>
        </w:rPr>
      </w:pPr>
      <w:r w:rsidRPr="00C9454D">
        <w:rPr>
          <w:sz w:val="24"/>
          <w:szCs w:val="24"/>
        </w:rPr>
        <w:t>Esme let out a high-pitched laugh, her thick fingers gripping the edge of the table. “Greed, he says! We are merely taking back what is ours. If the king himself believes otherwise, then perhaps we shall appeal to higher powers.”</w:t>
      </w:r>
    </w:p>
    <w:p w14:paraId="2C10F0FA" w14:textId="77777777" w:rsidR="00A3745F" w:rsidRPr="00C9454D" w:rsidRDefault="00A3745F" w:rsidP="00C9454D">
      <w:pPr>
        <w:rPr>
          <w:sz w:val="24"/>
          <w:szCs w:val="24"/>
        </w:rPr>
      </w:pPr>
      <w:r w:rsidRPr="00C9454D">
        <w:rPr>
          <w:sz w:val="24"/>
          <w:szCs w:val="24"/>
        </w:rPr>
        <w:t>“Take it to the magistrate,” Guy said, his patience wearing thin. “We’ll see who stands on solid ground.”</w:t>
      </w:r>
    </w:p>
    <w:p w14:paraId="20F97FEA" w14:textId="77777777" w:rsidR="00A3745F" w:rsidRPr="00C9454D" w:rsidRDefault="00A3745F" w:rsidP="00C9454D">
      <w:pPr>
        <w:rPr>
          <w:sz w:val="24"/>
          <w:szCs w:val="24"/>
        </w:rPr>
      </w:pPr>
      <w:r w:rsidRPr="00C9454D">
        <w:rPr>
          <w:sz w:val="24"/>
          <w:szCs w:val="24"/>
        </w:rPr>
        <w:t>Alaric’s face darkened, but he gave a short, begrudging nod. “So be it. But don’t think this is the end, Sir Guy. The Deveraux always get what they want.”</w:t>
      </w:r>
    </w:p>
    <w:p w14:paraId="1EACE65D" w14:textId="77777777" w:rsidR="00A3745F" w:rsidRPr="00C9454D" w:rsidRDefault="00A3745F" w:rsidP="00C9454D">
      <w:pPr>
        <w:rPr>
          <w:sz w:val="24"/>
          <w:szCs w:val="24"/>
        </w:rPr>
      </w:pPr>
    </w:p>
    <w:p w14:paraId="6A0E33A8" w14:textId="77777777" w:rsidR="00A3745F" w:rsidRPr="00C9454D" w:rsidRDefault="00A3745F" w:rsidP="00C9454D">
      <w:pPr>
        <w:pStyle w:val="Heading2"/>
        <w:rPr>
          <w:sz w:val="24"/>
          <w:szCs w:val="24"/>
        </w:rPr>
      </w:pPr>
      <w:r w:rsidRPr="00C9454D">
        <w:rPr>
          <w:sz w:val="24"/>
          <w:szCs w:val="24"/>
        </w:rPr>
        <w:t>The Journey South</w:t>
      </w:r>
    </w:p>
    <w:p w14:paraId="1F3EFF63" w14:textId="77777777" w:rsidR="00EE567E" w:rsidRPr="00C9454D" w:rsidRDefault="00EE567E" w:rsidP="00C9454D">
      <w:pPr>
        <w:rPr>
          <w:sz w:val="24"/>
          <w:szCs w:val="24"/>
        </w:rPr>
      </w:pPr>
    </w:p>
    <w:p w14:paraId="3DE0A4E0" w14:textId="77777777" w:rsidR="00A3745F" w:rsidRPr="00C9454D" w:rsidRDefault="00A3745F" w:rsidP="00C9454D">
      <w:pPr>
        <w:rPr>
          <w:sz w:val="24"/>
          <w:szCs w:val="24"/>
        </w:rPr>
      </w:pPr>
      <w:r w:rsidRPr="00C9454D">
        <w:rPr>
          <w:sz w:val="24"/>
          <w:szCs w:val="24"/>
        </w:rPr>
        <w:t>The road south was long and uneventful, the meeting with the magistrate swift and decisive. As Guy expected, the Deveraux claim was dismissed, their failure to maintain the estate rendering their rights null and void. Relieved, Guy began his journey home, eager to put the matter behind him.</w:t>
      </w:r>
    </w:p>
    <w:p w14:paraId="6E21EDFA" w14:textId="77777777" w:rsidR="00A3745F" w:rsidRPr="00C9454D" w:rsidRDefault="00A3745F" w:rsidP="00C9454D">
      <w:pPr>
        <w:rPr>
          <w:sz w:val="24"/>
          <w:szCs w:val="24"/>
        </w:rPr>
      </w:pPr>
      <w:r w:rsidRPr="00C9454D">
        <w:rPr>
          <w:sz w:val="24"/>
          <w:szCs w:val="24"/>
        </w:rPr>
        <w:t>But fate intervened.</w:t>
      </w:r>
    </w:p>
    <w:p w14:paraId="26B39066" w14:textId="77777777" w:rsidR="00A3745F" w:rsidRPr="00C9454D" w:rsidRDefault="00A3745F" w:rsidP="00C9454D">
      <w:pPr>
        <w:rPr>
          <w:sz w:val="24"/>
          <w:szCs w:val="24"/>
        </w:rPr>
      </w:pPr>
    </w:p>
    <w:p w14:paraId="51B76734" w14:textId="77777777" w:rsidR="00A3745F" w:rsidRPr="00C9454D" w:rsidRDefault="00A3745F" w:rsidP="00C9454D">
      <w:pPr>
        <w:pStyle w:val="Heading2"/>
        <w:rPr>
          <w:sz w:val="24"/>
          <w:szCs w:val="24"/>
        </w:rPr>
      </w:pPr>
      <w:r w:rsidRPr="00C9454D">
        <w:rPr>
          <w:sz w:val="24"/>
          <w:szCs w:val="24"/>
        </w:rPr>
        <w:t>The Caravan</w:t>
      </w:r>
    </w:p>
    <w:p w14:paraId="6FDC0617" w14:textId="77777777" w:rsidR="00EE567E" w:rsidRPr="00C9454D" w:rsidRDefault="00EE567E" w:rsidP="00C9454D">
      <w:pPr>
        <w:rPr>
          <w:sz w:val="24"/>
          <w:szCs w:val="24"/>
        </w:rPr>
      </w:pPr>
    </w:p>
    <w:p w14:paraId="03FF210B" w14:textId="750764AD" w:rsidR="00A3745F" w:rsidRPr="00C9454D" w:rsidRDefault="00A3745F" w:rsidP="00C9454D">
      <w:pPr>
        <w:rPr>
          <w:sz w:val="24"/>
          <w:szCs w:val="24"/>
        </w:rPr>
      </w:pPr>
      <w:r w:rsidRPr="00C9454D">
        <w:rPr>
          <w:sz w:val="24"/>
          <w:szCs w:val="24"/>
        </w:rPr>
        <w:t>As Guy rounded a bend in the road, the scene before him ma</w:t>
      </w:r>
      <w:r w:rsidR="00DD1FF5" w:rsidRPr="00C9454D">
        <w:rPr>
          <w:sz w:val="24"/>
          <w:szCs w:val="24"/>
        </w:rPr>
        <w:t xml:space="preserve">de </w:t>
      </w:r>
      <w:r w:rsidRPr="00C9454D">
        <w:rPr>
          <w:sz w:val="24"/>
          <w:szCs w:val="24"/>
        </w:rPr>
        <w:t>his blood run cold. The remnants of a caravan lay scattered across the dirt and into the trees beyond. Wagons were overturned, their contents spilled in chaotic heaps. Bodies lay among the wreckage, lifeless and still, the aftermath of a brutal attack.</w:t>
      </w:r>
    </w:p>
    <w:p w14:paraId="6DA34CBB" w14:textId="77777777" w:rsidR="00A3745F" w:rsidRPr="00C9454D" w:rsidRDefault="00A3745F" w:rsidP="00C9454D">
      <w:pPr>
        <w:rPr>
          <w:sz w:val="24"/>
          <w:szCs w:val="24"/>
        </w:rPr>
      </w:pPr>
      <w:r w:rsidRPr="00C9454D">
        <w:rPr>
          <w:sz w:val="24"/>
          <w:szCs w:val="24"/>
        </w:rPr>
        <w:t>He dismounted, his hand instinctively moving to the hilt of his sword as he surveyed the devastation. Then he heard it—a faint cry, weak but unmistakable.</w:t>
      </w:r>
    </w:p>
    <w:p w14:paraId="2CC38271" w14:textId="30EBB986" w:rsidR="00A3745F" w:rsidRPr="00C9454D" w:rsidRDefault="00A3745F" w:rsidP="00C9454D">
      <w:pPr>
        <w:rPr>
          <w:sz w:val="24"/>
          <w:szCs w:val="24"/>
        </w:rPr>
      </w:pPr>
      <w:r w:rsidRPr="00C9454D">
        <w:rPr>
          <w:sz w:val="24"/>
          <w:szCs w:val="24"/>
        </w:rPr>
        <w:t>Rushing to the largest wagon, Guy pushed asi</w:t>
      </w:r>
      <w:r w:rsidR="00DD1FF5" w:rsidRPr="00C9454D">
        <w:rPr>
          <w:sz w:val="24"/>
          <w:szCs w:val="24"/>
        </w:rPr>
        <w:t xml:space="preserve">de </w:t>
      </w:r>
      <w:r w:rsidRPr="00C9454D">
        <w:rPr>
          <w:sz w:val="24"/>
          <w:szCs w:val="24"/>
        </w:rPr>
        <w:t xml:space="preserve">the tattered fabric and found a newborn baby, no more than a few days old. The child lay bundled in a blanket, miraculously untouched by the carnage. Around the baby’s neck was a silver pendant, the </w:t>
      </w:r>
      <w:r w:rsidR="0010198D" w:rsidRPr="00C9454D">
        <w:rPr>
          <w:sz w:val="24"/>
          <w:szCs w:val="24"/>
        </w:rPr>
        <w:t>Hebrew name</w:t>
      </w:r>
      <w:r w:rsidRPr="00C9454D">
        <w:rPr>
          <w:sz w:val="24"/>
          <w:szCs w:val="24"/>
        </w:rPr>
        <w:t xml:space="preserve"> of </w:t>
      </w:r>
      <w:r w:rsidR="0010198D" w:rsidRPr="00C9454D">
        <w:rPr>
          <w:sz w:val="24"/>
          <w:szCs w:val="24"/>
        </w:rPr>
        <w:t>God</w:t>
      </w:r>
      <w:r w:rsidRPr="00C9454D">
        <w:rPr>
          <w:sz w:val="24"/>
          <w:szCs w:val="24"/>
        </w:rPr>
        <w:t xml:space="preserve"> etched into its surface.</w:t>
      </w:r>
    </w:p>
    <w:p w14:paraId="63700117" w14:textId="77777777" w:rsidR="00A3745F" w:rsidRPr="00C9454D" w:rsidRDefault="00A3745F" w:rsidP="00C9454D">
      <w:pPr>
        <w:rPr>
          <w:sz w:val="24"/>
          <w:szCs w:val="24"/>
        </w:rPr>
      </w:pPr>
      <w:r w:rsidRPr="00C9454D">
        <w:rPr>
          <w:sz w:val="24"/>
          <w:szCs w:val="24"/>
        </w:rPr>
        <w:t>Guy lifted the child into his arms, his heart pounding. “You were spared for a reason,” he murmured.</w:t>
      </w:r>
    </w:p>
    <w:p w14:paraId="5AE6B99A" w14:textId="77777777" w:rsidR="00A3745F" w:rsidRPr="00C9454D" w:rsidRDefault="00A3745F" w:rsidP="00C9454D">
      <w:pPr>
        <w:rPr>
          <w:sz w:val="24"/>
          <w:szCs w:val="24"/>
        </w:rPr>
      </w:pPr>
    </w:p>
    <w:p w14:paraId="606B3883" w14:textId="77777777" w:rsidR="00A3745F" w:rsidRPr="00C9454D" w:rsidRDefault="00A3745F" w:rsidP="00C9454D">
      <w:pPr>
        <w:pStyle w:val="Heading2"/>
        <w:rPr>
          <w:sz w:val="24"/>
          <w:szCs w:val="24"/>
        </w:rPr>
      </w:pPr>
      <w:r w:rsidRPr="00C9454D">
        <w:rPr>
          <w:sz w:val="24"/>
          <w:szCs w:val="24"/>
        </w:rPr>
        <w:t>Homecoming</w:t>
      </w:r>
    </w:p>
    <w:p w14:paraId="16693A72" w14:textId="77777777" w:rsidR="00EE567E" w:rsidRPr="00C9454D" w:rsidRDefault="00EE567E" w:rsidP="00C9454D">
      <w:pPr>
        <w:rPr>
          <w:sz w:val="24"/>
          <w:szCs w:val="24"/>
        </w:rPr>
      </w:pPr>
    </w:p>
    <w:p w14:paraId="0C63E531" w14:textId="4382E5EE" w:rsidR="00A3745F" w:rsidRPr="00C9454D" w:rsidRDefault="00A3745F" w:rsidP="00C9454D">
      <w:pPr>
        <w:rPr>
          <w:sz w:val="24"/>
          <w:szCs w:val="24"/>
        </w:rPr>
      </w:pPr>
      <w:r w:rsidRPr="00C9454D">
        <w:rPr>
          <w:sz w:val="24"/>
          <w:szCs w:val="24"/>
        </w:rPr>
        <w:t xml:space="preserve">By the time Guy arrived at </w:t>
      </w:r>
      <w:r w:rsidR="00522C4D" w:rsidRPr="00C9454D">
        <w:rPr>
          <w:sz w:val="24"/>
          <w:szCs w:val="24"/>
        </w:rPr>
        <w:t>High Haven</w:t>
      </w:r>
      <w:r w:rsidRPr="00C9454D">
        <w:rPr>
          <w:sz w:val="24"/>
          <w:szCs w:val="24"/>
        </w:rPr>
        <w:t>, dusk had fallen. Abilene was in the garden when she saw him approach, her brow furrowing as she noticed the bundle in his arms.</w:t>
      </w:r>
    </w:p>
    <w:p w14:paraId="6F5C35FB" w14:textId="77777777" w:rsidR="00A3745F" w:rsidRPr="00C9454D" w:rsidRDefault="00A3745F" w:rsidP="00C9454D">
      <w:pPr>
        <w:rPr>
          <w:sz w:val="24"/>
          <w:szCs w:val="24"/>
        </w:rPr>
      </w:pPr>
      <w:r w:rsidRPr="00C9454D">
        <w:rPr>
          <w:sz w:val="24"/>
          <w:szCs w:val="24"/>
        </w:rPr>
        <w:t>“Guy?” she called, hurrying to meet him. “What is this?”</w:t>
      </w:r>
    </w:p>
    <w:p w14:paraId="3F8FCC54" w14:textId="77777777" w:rsidR="00A3745F" w:rsidRPr="00C9454D" w:rsidRDefault="00A3745F" w:rsidP="00C9454D">
      <w:pPr>
        <w:rPr>
          <w:sz w:val="24"/>
          <w:szCs w:val="24"/>
        </w:rPr>
      </w:pPr>
      <w:r w:rsidRPr="00C9454D">
        <w:rPr>
          <w:sz w:val="24"/>
          <w:szCs w:val="24"/>
        </w:rPr>
        <w:t>“A miracle,” he said, recounting the massacre, the untouched child, and the pendant.</w:t>
      </w:r>
    </w:p>
    <w:p w14:paraId="0A9E8CF5" w14:textId="77777777" w:rsidR="00A3745F" w:rsidRPr="00C9454D" w:rsidRDefault="00A3745F" w:rsidP="00C9454D">
      <w:pPr>
        <w:rPr>
          <w:sz w:val="24"/>
          <w:szCs w:val="24"/>
        </w:rPr>
      </w:pPr>
      <w:r w:rsidRPr="00C9454D">
        <w:rPr>
          <w:sz w:val="24"/>
          <w:szCs w:val="24"/>
        </w:rPr>
        <w:t>Abilene cradled the baby, her hands trembling. “He’s so small,” she whispered. “How could he have survived?”</w:t>
      </w:r>
    </w:p>
    <w:p w14:paraId="7F924FB1" w14:textId="77777777" w:rsidR="00A3745F" w:rsidRPr="00C9454D" w:rsidRDefault="00A3745F" w:rsidP="00C9454D">
      <w:pPr>
        <w:rPr>
          <w:sz w:val="24"/>
          <w:szCs w:val="24"/>
        </w:rPr>
      </w:pPr>
      <w:r w:rsidRPr="00C9454D">
        <w:rPr>
          <w:sz w:val="24"/>
          <w:szCs w:val="24"/>
        </w:rPr>
        <w:t>“I don’t know,” Guy admitted. “But I believe he was meant to.”</w:t>
      </w:r>
    </w:p>
    <w:p w14:paraId="2B083E73" w14:textId="77777777" w:rsidR="00A3745F" w:rsidRPr="00C9454D" w:rsidRDefault="00A3745F" w:rsidP="00C9454D">
      <w:pPr>
        <w:rPr>
          <w:sz w:val="24"/>
          <w:szCs w:val="24"/>
        </w:rPr>
      </w:pPr>
    </w:p>
    <w:p w14:paraId="76509312" w14:textId="77777777" w:rsidR="00A3745F" w:rsidRPr="00C9454D" w:rsidRDefault="00A3745F" w:rsidP="00C9454D">
      <w:pPr>
        <w:pStyle w:val="Heading2"/>
        <w:rPr>
          <w:sz w:val="24"/>
          <w:szCs w:val="24"/>
        </w:rPr>
      </w:pPr>
      <w:r w:rsidRPr="00C9454D">
        <w:rPr>
          <w:sz w:val="24"/>
          <w:szCs w:val="24"/>
        </w:rPr>
        <w:t>Feeding the Baby</w:t>
      </w:r>
    </w:p>
    <w:p w14:paraId="638F4724" w14:textId="77777777" w:rsidR="00EE567E" w:rsidRPr="00C9454D" w:rsidRDefault="00EE567E" w:rsidP="00C9454D">
      <w:pPr>
        <w:rPr>
          <w:sz w:val="24"/>
          <w:szCs w:val="24"/>
        </w:rPr>
      </w:pPr>
    </w:p>
    <w:p w14:paraId="0C271CD1" w14:textId="77777777" w:rsidR="00A3745F" w:rsidRPr="00C9454D" w:rsidRDefault="00A3745F" w:rsidP="00C9454D">
      <w:pPr>
        <w:rPr>
          <w:sz w:val="24"/>
          <w:szCs w:val="24"/>
        </w:rPr>
      </w:pPr>
      <w:r w:rsidRPr="00C9454D">
        <w:rPr>
          <w:sz w:val="24"/>
          <w:szCs w:val="24"/>
        </w:rPr>
        <w:t>The baby stirred in her arms, his tiny mouth opening in a plaintive cry. Abilene’s heart raced as she realized the urgency of his needs.</w:t>
      </w:r>
    </w:p>
    <w:p w14:paraId="53893A64" w14:textId="77777777" w:rsidR="00A3745F" w:rsidRPr="00C9454D" w:rsidRDefault="00A3745F" w:rsidP="00C9454D">
      <w:pPr>
        <w:rPr>
          <w:sz w:val="24"/>
          <w:szCs w:val="24"/>
        </w:rPr>
      </w:pPr>
      <w:r w:rsidRPr="00C9454D">
        <w:rPr>
          <w:sz w:val="24"/>
          <w:szCs w:val="24"/>
        </w:rPr>
        <w:t>“We need milk,” she said quickly.</w:t>
      </w:r>
    </w:p>
    <w:p w14:paraId="5291FE92" w14:textId="7411629A" w:rsidR="00A3745F" w:rsidRPr="00C9454D" w:rsidRDefault="00A3745F" w:rsidP="00C9454D">
      <w:pPr>
        <w:rPr>
          <w:sz w:val="24"/>
          <w:szCs w:val="24"/>
        </w:rPr>
      </w:pPr>
      <w:r w:rsidRPr="00C9454D">
        <w:rPr>
          <w:sz w:val="24"/>
          <w:szCs w:val="24"/>
        </w:rPr>
        <w:t xml:space="preserve">“The wet nurse from </w:t>
      </w:r>
      <w:proofErr w:type="spellStart"/>
      <w:r w:rsidR="00225D06" w:rsidRPr="00C9454D">
        <w:rPr>
          <w:sz w:val="24"/>
          <w:szCs w:val="24"/>
        </w:rPr>
        <w:t>Teston</w:t>
      </w:r>
      <w:proofErr w:type="spellEnd"/>
      <w:r w:rsidRPr="00C9454D">
        <w:rPr>
          <w:sz w:val="24"/>
          <w:szCs w:val="24"/>
        </w:rPr>
        <w:t>,” Guy suggested. “I’ll send for her immediately.”</w:t>
      </w:r>
    </w:p>
    <w:p w14:paraId="45E004A0" w14:textId="77777777" w:rsidR="00A3745F" w:rsidRPr="00C9454D" w:rsidRDefault="00A3745F" w:rsidP="00C9454D">
      <w:pPr>
        <w:rPr>
          <w:sz w:val="24"/>
          <w:szCs w:val="24"/>
        </w:rPr>
      </w:pPr>
      <w:r w:rsidRPr="00C9454D">
        <w:rPr>
          <w:sz w:val="24"/>
          <w:szCs w:val="24"/>
        </w:rPr>
        <w:t>Until the nurse arrived, Abilene improvised, soaking a clean cloth in warm goat’s milk and letting the baby suckle from it. He drank greedily, his cries softening, and she felt a fierce protectiveness settle over her.</w:t>
      </w:r>
    </w:p>
    <w:p w14:paraId="3E1E42F2" w14:textId="77777777" w:rsidR="00A3745F" w:rsidRPr="00C9454D" w:rsidRDefault="00A3745F" w:rsidP="00C9454D">
      <w:pPr>
        <w:rPr>
          <w:sz w:val="24"/>
          <w:szCs w:val="24"/>
        </w:rPr>
      </w:pPr>
      <w:r w:rsidRPr="00C9454D">
        <w:rPr>
          <w:sz w:val="24"/>
          <w:szCs w:val="24"/>
        </w:rPr>
        <w:t>“What if someone comes for him?” she asked, her voice barely above a whisper.</w:t>
      </w:r>
    </w:p>
    <w:p w14:paraId="29FB0912" w14:textId="77777777" w:rsidR="00A3745F" w:rsidRPr="00C9454D" w:rsidRDefault="00A3745F" w:rsidP="00C9454D">
      <w:pPr>
        <w:rPr>
          <w:sz w:val="24"/>
          <w:szCs w:val="24"/>
        </w:rPr>
      </w:pPr>
      <w:r w:rsidRPr="00C9454D">
        <w:rPr>
          <w:sz w:val="24"/>
          <w:szCs w:val="24"/>
        </w:rPr>
        <w:t>“No one will,” Guy reassured her, placing a hand on her shoulder. “He’s ours now, Abilene. We were meant to find him.”</w:t>
      </w:r>
    </w:p>
    <w:p w14:paraId="1E97B223" w14:textId="77777777" w:rsidR="00A3745F" w:rsidRPr="00C9454D" w:rsidRDefault="00A3745F" w:rsidP="00C9454D">
      <w:pPr>
        <w:rPr>
          <w:sz w:val="24"/>
          <w:szCs w:val="24"/>
        </w:rPr>
      </w:pPr>
      <w:r w:rsidRPr="00C9454D">
        <w:rPr>
          <w:sz w:val="24"/>
          <w:szCs w:val="24"/>
        </w:rPr>
        <w:t>Her eyes softened as she gazed down at the baby. “John Marshall,” she murmured. “That will be his name.”</w:t>
      </w:r>
    </w:p>
    <w:p w14:paraId="3C999DD7" w14:textId="77777777" w:rsidR="00A3745F" w:rsidRPr="00C9454D" w:rsidRDefault="00A3745F" w:rsidP="00C9454D">
      <w:pPr>
        <w:rPr>
          <w:sz w:val="24"/>
          <w:szCs w:val="24"/>
        </w:rPr>
      </w:pPr>
    </w:p>
    <w:p w14:paraId="7D73E876" w14:textId="77777777" w:rsidR="001D5846" w:rsidRPr="00C9454D" w:rsidRDefault="001D5846" w:rsidP="00C9454D">
      <w:pPr>
        <w:pStyle w:val="Heading2"/>
        <w:rPr>
          <w:sz w:val="24"/>
          <w:szCs w:val="24"/>
        </w:rPr>
      </w:pPr>
    </w:p>
    <w:p w14:paraId="6C4912A0" w14:textId="245E8852" w:rsidR="00A3745F" w:rsidRPr="00C9454D" w:rsidRDefault="00A3745F" w:rsidP="00C9454D">
      <w:pPr>
        <w:pStyle w:val="Heading2"/>
        <w:rPr>
          <w:sz w:val="24"/>
          <w:szCs w:val="24"/>
        </w:rPr>
      </w:pPr>
      <w:r w:rsidRPr="00C9454D">
        <w:rPr>
          <w:sz w:val="24"/>
          <w:szCs w:val="24"/>
        </w:rPr>
        <w:t>A Family at Last</w:t>
      </w:r>
    </w:p>
    <w:p w14:paraId="29684457" w14:textId="77777777" w:rsidR="001D5846" w:rsidRPr="00C9454D" w:rsidRDefault="001D5846" w:rsidP="00C9454D">
      <w:pPr>
        <w:rPr>
          <w:sz w:val="24"/>
          <w:szCs w:val="24"/>
        </w:rPr>
      </w:pPr>
    </w:p>
    <w:p w14:paraId="4A5C75F1" w14:textId="5F67BA70" w:rsidR="00A3745F" w:rsidRPr="00C9454D" w:rsidRDefault="00A3745F" w:rsidP="00C9454D">
      <w:pPr>
        <w:rPr>
          <w:sz w:val="24"/>
          <w:szCs w:val="24"/>
        </w:rPr>
      </w:pPr>
      <w:r w:rsidRPr="00C9454D">
        <w:rPr>
          <w:sz w:val="24"/>
          <w:szCs w:val="24"/>
        </w:rPr>
        <w:t>That night, as the fire crackled softly in their chamber, Guy and Abilene lay si</w:t>
      </w:r>
      <w:r w:rsidR="00DD1FF5" w:rsidRPr="00C9454D">
        <w:rPr>
          <w:sz w:val="24"/>
          <w:szCs w:val="24"/>
        </w:rPr>
        <w:t xml:space="preserve">de </w:t>
      </w:r>
      <w:r w:rsidRPr="00C9454D">
        <w:rPr>
          <w:sz w:val="24"/>
          <w:szCs w:val="24"/>
        </w:rPr>
        <w:t>by si</w:t>
      </w:r>
      <w:r w:rsidR="00DD1FF5" w:rsidRPr="00C9454D">
        <w:rPr>
          <w:sz w:val="24"/>
          <w:szCs w:val="24"/>
        </w:rPr>
        <w:t xml:space="preserve">de </w:t>
      </w:r>
      <w:r w:rsidRPr="00C9454D">
        <w:rPr>
          <w:sz w:val="24"/>
          <w:szCs w:val="24"/>
        </w:rPr>
        <w:t>in their bed with John Marshall nestled between them. The baby’s tiny chest rose and fell with each breath, his peaceful presence filling the room with a sense of completeness.</w:t>
      </w:r>
    </w:p>
    <w:p w14:paraId="58257518" w14:textId="77777777" w:rsidR="00A3745F" w:rsidRPr="00C9454D" w:rsidRDefault="00A3745F" w:rsidP="00C9454D">
      <w:pPr>
        <w:rPr>
          <w:sz w:val="24"/>
          <w:szCs w:val="24"/>
        </w:rPr>
      </w:pPr>
      <w:r w:rsidRPr="00C9454D">
        <w:rPr>
          <w:sz w:val="24"/>
          <w:szCs w:val="24"/>
        </w:rPr>
        <w:t>Guy reached for Abilene’s hand, intertwining his fingers with hers. “He’s a blessing,” he said quietly.</w:t>
      </w:r>
    </w:p>
    <w:p w14:paraId="3009EBB1" w14:textId="4E13B2F0" w:rsidR="00A3745F" w:rsidRPr="00C9454D" w:rsidRDefault="00A3745F" w:rsidP="00C9454D">
      <w:pPr>
        <w:rPr>
          <w:sz w:val="24"/>
          <w:szCs w:val="24"/>
        </w:rPr>
      </w:pPr>
      <w:r w:rsidRPr="00C9454D">
        <w:rPr>
          <w:sz w:val="24"/>
          <w:szCs w:val="24"/>
        </w:rPr>
        <w:t xml:space="preserve">Abilene nodded, her heart full. “A gift from </w:t>
      </w:r>
      <w:proofErr w:type="spellStart"/>
      <w:r w:rsidR="007E1E1E">
        <w:rPr>
          <w:sz w:val="24"/>
          <w:szCs w:val="24"/>
        </w:rPr>
        <w:t>Yahuah</w:t>
      </w:r>
      <w:proofErr w:type="spellEnd"/>
      <w:r w:rsidRPr="00C9454D">
        <w:rPr>
          <w:sz w:val="24"/>
          <w:szCs w:val="24"/>
        </w:rPr>
        <w:t xml:space="preserve"> Himself.”</w:t>
      </w:r>
    </w:p>
    <w:p w14:paraId="07A3B434" w14:textId="77777777" w:rsidR="00A3745F" w:rsidRPr="00C9454D" w:rsidRDefault="00A3745F" w:rsidP="00C9454D">
      <w:pPr>
        <w:rPr>
          <w:sz w:val="24"/>
          <w:szCs w:val="24"/>
        </w:rPr>
      </w:pPr>
      <w:r w:rsidRPr="00C9454D">
        <w:rPr>
          <w:sz w:val="24"/>
          <w:szCs w:val="24"/>
        </w:rPr>
        <w:t>As they lay there in the quiet of the night, the three of them together, it felt as though the darkness of the past few years had lifted, replaced by a light that was warm, steady, and unbreakable.</w:t>
      </w:r>
    </w:p>
    <w:p w14:paraId="2E44ECA2" w14:textId="77777777" w:rsidR="00A3745F" w:rsidRPr="00C9454D" w:rsidRDefault="00A3745F" w:rsidP="00C9454D">
      <w:pPr>
        <w:rPr>
          <w:sz w:val="24"/>
          <w:szCs w:val="24"/>
        </w:rPr>
      </w:pPr>
      <w:r w:rsidRPr="00C9454D">
        <w:rPr>
          <w:sz w:val="24"/>
          <w:szCs w:val="24"/>
        </w:rPr>
        <w:t>For the first time in a long while, they felt whole.</w:t>
      </w:r>
    </w:p>
    <w:p w14:paraId="4A1DC892" w14:textId="321CFF01" w:rsidR="000647BC" w:rsidRPr="00C9454D" w:rsidRDefault="000647BC" w:rsidP="00C9454D">
      <w:pPr>
        <w:rPr>
          <w:sz w:val="24"/>
          <w:szCs w:val="24"/>
        </w:rPr>
      </w:pPr>
      <w:r w:rsidRPr="00C9454D">
        <w:rPr>
          <w:sz w:val="24"/>
          <w:szCs w:val="24"/>
        </w:rPr>
        <w:br w:type="page"/>
      </w:r>
    </w:p>
    <w:p w14:paraId="1D6F9365" w14:textId="77777777" w:rsidR="004B0589" w:rsidRPr="00C9454D" w:rsidRDefault="004B0589" w:rsidP="00C9454D">
      <w:pPr>
        <w:rPr>
          <w:sz w:val="24"/>
          <w:szCs w:val="24"/>
        </w:rPr>
      </w:pPr>
    </w:p>
    <w:p w14:paraId="5B6ADE10" w14:textId="77777777" w:rsidR="00B31F0A" w:rsidRPr="00C9454D" w:rsidRDefault="00B31F0A" w:rsidP="00C9454D">
      <w:pPr>
        <w:rPr>
          <w:sz w:val="24"/>
          <w:szCs w:val="24"/>
        </w:rPr>
      </w:pPr>
    </w:p>
    <w:p w14:paraId="55BC6640" w14:textId="5D73CA57" w:rsidR="000B3013" w:rsidRPr="00C9454D" w:rsidRDefault="000B3013" w:rsidP="00C9454D">
      <w:pPr>
        <w:pStyle w:val="Heading2"/>
        <w:rPr>
          <w:sz w:val="24"/>
          <w:szCs w:val="24"/>
        </w:rPr>
      </w:pPr>
      <w:r w:rsidRPr="00C9454D">
        <w:rPr>
          <w:sz w:val="24"/>
          <w:szCs w:val="24"/>
        </w:rPr>
        <w:t>The Deveraux Scheme</w:t>
      </w:r>
    </w:p>
    <w:p w14:paraId="6660173C" w14:textId="77777777" w:rsidR="00EE567E" w:rsidRPr="00C9454D" w:rsidRDefault="00EE567E" w:rsidP="00C9454D">
      <w:pPr>
        <w:rPr>
          <w:sz w:val="24"/>
          <w:szCs w:val="24"/>
        </w:rPr>
      </w:pPr>
    </w:p>
    <w:p w14:paraId="37AB7B32" w14:textId="77777777" w:rsidR="000B3013" w:rsidRPr="00C9454D" w:rsidRDefault="000B3013" w:rsidP="00C9454D">
      <w:pPr>
        <w:rPr>
          <w:sz w:val="24"/>
          <w:szCs w:val="24"/>
        </w:rPr>
      </w:pPr>
      <w:r w:rsidRPr="00C9454D">
        <w:rPr>
          <w:sz w:val="24"/>
          <w:szCs w:val="24"/>
        </w:rPr>
        <w:t>The heavy curtains of the Deveraux manor hung like shrouds, blocking the sunlight and casting the grand hall in a dim, oppressive gloom. Alaric Deveraux reclined in his oversized chair, his bulk spilling over the edges as he gnawed on a hunk of bread slathered in cheese. His face was a ruddy mask of indulgence, his bloodshot eyes narrowing as he stared at the map spread before him.</w:t>
      </w:r>
    </w:p>
    <w:p w14:paraId="48A1EDC1" w14:textId="30DC08FD" w:rsidR="000B3013" w:rsidRPr="00C9454D" w:rsidRDefault="000B3013" w:rsidP="00C9454D">
      <w:pPr>
        <w:rPr>
          <w:sz w:val="24"/>
          <w:szCs w:val="24"/>
        </w:rPr>
      </w:pPr>
      <w:r w:rsidRPr="00C9454D">
        <w:rPr>
          <w:sz w:val="24"/>
          <w:szCs w:val="24"/>
        </w:rPr>
        <w:t xml:space="preserve">The map was old, its corners curling, but it clearly showed the borders of </w:t>
      </w:r>
      <w:r w:rsidR="00522C4D" w:rsidRPr="00C9454D">
        <w:rPr>
          <w:sz w:val="24"/>
          <w:szCs w:val="24"/>
        </w:rPr>
        <w:t>High Haven</w:t>
      </w:r>
      <w:r w:rsidRPr="00C9454D">
        <w:rPr>
          <w:sz w:val="24"/>
          <w:szCs w:val="24"/>
        </w:rPr>
        <w:t xml:space="preserve"> and the lands surrounding it. Alaric’s thick finger jabbed at the lines that separated his estate from the one he believed should rightfully belong to him.</w:t>
      </w:r>
    </w:p>
    <w:p w14:paraId="072ACE9F" w14:textId="77777777" w:rsidR="000B3013" w:rsidRPr="00C9454D" w:rsidRDefault="000B3013" w:rsidP="00C9454D">
      <w:pPr>
        <w:rPr>
          <w:sz w:val="24"/>
          <w:szCs w:val="24"/>
        </w:rPr>
      </w:pPr>
      <w:r w:rsidRPr="00C9454D">
        <w:rPr>
          <w:sz w:val="24"/>
          <w:szCs w:val="24"/>
        </w:rPr>
        <w:t>“Stolen,” he muttered, his voice a low growl. “That land is ours. It has always been ours.”</w:t>
      </w:r>
    </w:p>
    <w:p w14:paraId="10456482" w14:textId="77777777" w:rsidR="000B3013" w:rsidRPr="00C9454D" w:rsidRDefault="000B3013" w:rsidP="00C9454D">
      <w:pPr>
        <w:rPr>
          <w:sz w:val="24"/>
          <w:szCs w:val="24"/>
        </w:rPr>
      </w:pPr>
      <w:r w:rsidRPr="00C9454D">
        <w:rPr>
          <w:sz w:val="24"/>
          <w:szCs w:val="24"/>
        </w:rPr>
        <w:t>Across from him, Esme Deveraux perched on an equally overstuffed chair, her bloated fingers clutching a goblet of wine. Her gown strained at the seams, its fabric stretched thin over her swollen frame. She took a long sip, her lips curling into a sneer.</w:t>
      </w:r>
    </w:p>
    <w:p w14:paraId="512D9249" w14:textId="4A428CED" w:rsidR="000B3013" w:rsidRPr="00C9454D" w:rsidRDefault="000B3013" w:rsidP="00C9454D">
      <w:pPr>
        <w:rPr>
          <w:sz w:val="24"/>
          <w:szCs w:val="24"/>
        </w:rPr>
      </w:pPr>
      <w:r w:rsidRPr="00C9454D">
        <w:rPr>
          <w:sz w:val="24"/>
          <w:szCs w:val="24"/>
        </w:rPr>
        <w:t xml:space="preserve">“That little </w:t>
      </w:r>
      <w:r w:rsidR="00E01051" w:rsidRPr="00C9454D">
        <w:rPr>
          <w:sz w:val="24"/>
          <w:szCs w:val="24"/>
        </w:rPr>
        <w:t>Baroness</w:t>
      </w:r>
      <w:r w:rsidRPr="00C9454D">
        <w:rPr>
          <w:sz w:val="24"/>
          <w:szCs w:val="24"/>
        </w:rPr>
        <w:t xml:space="preserve">,” she spat, her voice thick with disdain. “Waltzing in as if she owns the place. </w:t>
      </w:r>
      <w:r w:rsidR="00522C4D" w:rsidRPr="00C9454D">
        <w:rPr>
          <w:sz w:val="24"/>
          <w:szCs w:val="24"/>
        </w:rPr>
        <w:t>High Haven</w:t>
      </w:r>
      <w:r w:rsidRPr="00C9454D">
        <w:rPr>
          <w:sz w:val="24"/>
          <w:szCs w:val="24"/>
        </w:rPr>
        <w:t xml:space="preserve"> should be ours, Alaric. The quarry, the fields, the manor—it all belongs to us.”</w:t>
      </w:r>
    </w:p>
    <w:p w14:paraId="5C51EA29" w14:textId="77777777" w:rsidR="000B3013" w:rsidRPr="00C9454D" w:rsidRDefault="000B3013" w:rsidP="00C9454D">
      <w:pPr>
        <w:rPr>
          <w:sz w:val="24"/>
          <w:szCs w:val="24"/>
        </w:rPr>
      </w:pPr>
      <w:r w:rsidRPr="00C9454D">
        <w:rPr>
          <w:sz w:val="24"/>
          <w:szCs w:val="24"/>
        </w:rPr>
        <w:t>“It does,” Alaric said, slamming his goblet onto the table. “And it will be again. Mark my words.”</w:t>
      </w:r>
    </w:p>
    <w:p w14:paraId="4D911976" w14:textId="77777777" w:rsidR="000B3013" w:rsidRPr="00C9454D" w:rsidRDefault="000B3013" w:rsidP="00C9454D">
      <w:pPr>
        <w:rPr>
          <w:sz w:val="24"/>
          <w:szCs w:val="24"/>
        </w:rPr>
      </w:pPr>
    </w:p>
    <w:p w14:paraId="528A934A" w14:textId="77777777" w:rsidR="000B3013" w:rsidRPr="00C9454D" w:rsidRDefault="000B3013" w:rsidP="00C9454D">
      <w:pPr>
        <w:pStyle w:val="Heading2"/>
        <w:rPr>
          <w:sz w:val="24"/>
          <w:szCs w:val="24"/>
        </w:rPr>
      </w:pPr>
      <w:r w:rsidRPr="00C9454D">
        <w:rPr>
          <w:sz w:val="24"/>
          <w:szCs w:val="24"/>
        </w:rPr>
        <w:t>The Bitter Daughter</w:t>
      </w:r>
    </w:p>
    <w:p w14:paraId="5A109B56" w14:textId="77777777" w:rsidR="00EE567E" w:rsidRPr="00C9454D" w:rsidRDefault="00EE567E" w:rsidP="00C9454D">
      <w:pPr>
        <w:rPr>
          <w:sz w:val="24"/>
          <w:szCs w:val="24"/>
        </w:rPr>
      </w:pPr>
    </w:p>
    <w:p w14:paraId="29416C67" w14:textId="77777777" w:rsidR="000B3013" w:rsidRPr="00C9454D" w:rsidRDefault="000B3013" w:rsidP="00C9454D">
      <w:pPr>
        <w:rPr>
          <w:sz w:val="24"/>
          <w:szCs w:val="24"/>
        </w:rPr>
      </w:pPr>
      <w:r w:rsidRPr="00C9454D">
        <w:rPr>
          <w:sz w:val="24"/>
          <w:szCs w:val="24"/>
        </w:rPr>
        <w:t>In the shadows near the hearth, their daughter, Isolde, lounged on a chaise, her beauty starkly at odds with the gluttony of her parents. Her raven-black hair tumbled over her shoulders, and her porcelain skin glowed in the firelight. But as she spoke, her sharp voice revealed the ugliness beneath the surface.</w:t>
      </w:r>
    </w:p>
    <w:p w14:paraId="4DE8822F" w14:textId="3E7FA2EE" w:rsidR="000B3013" w:rsidRPr="00C9454D" w:rsidRDefault="000B3013" w:rsidP="00C9454D">
      <w:pPr>
        <w:rPr>
          <w:sz w:val="24"/>
          <w:szCs w:val="24"/>
        </w:rPr>
      </w:pPr>
      <w:r w:rsidRPr="00C9454D">
        <w:rPr>
          <w:sz w:val="24"/>
          <w:szCs w:val="24"/>
        </w:rPr>
        <w:t>“She’s nothing special,” Isol</w:t>
      </w:r>
      <w:r w:rsidR="00DD1FF5" w:rsidRPr="00C9454D">
        <w:rPr>
          <w:sz w:val="24"/>
          <w:szCs w:val="24"/>
        </w:rPr>
        <w:t xml:space="preserve">de </w:t>
      </w:r>
      <w:r w:rsidRPr="00C9454D">
        <w:rPr>
          <w:sz w:val="24"/>
          <w:szCs w:val="24"/>
        </w:rPr>
        <w:t>said, her tone dripping with venom. “That Abilene thinks she’s better than us because she’s got her little innovations and her clever ideas. She’s just a peasant who married up.”</w:t>
      </w:r>
    </w:p>
    <w:p w14:paraId="6BD72BF3" w14:textId="0B551313" w:rsidR="000B3013" w:rsidRPr="00C9454D" w:rsidRDefault="000B3013" w:rsidP="00C9454D">
      <w:pPr>
        <w:rPr>
          <w:sz w:val="24"/>
          <w:szCs w:val="24"/>
        </w:rPr>
      </w:pPr>
      <w:r w:rsidRPr="00C9454D">
        <w:rPr>
          <w:sz w:val="24"/>
          <w:szCs w:val="24"/>
        </w:rPr>
        <w:t xml:space="preserve">“She’s dangerous,” Alaric said, his voice tightening. “The people adore her. They look to her for guidance, for inspiration. That kind of influence is a threat. If we’re to reclaim </w:t>
      </w:r>
      <w:r w:rsidR="00522C4D" w:rsidRPr="00C9454D">
        <w:rPr>
          <w:sz w:val="24"/>
          <w:szCs w:val="24"/>
        </w:rPr>
        <w:t>High Haven</w:t>
      </w:r>
      <w:r w:rsidRPr="00C9454D">
        <w:rPr>
          <w:sz w:val="24"/>
          <w:szCs w:val="24"/>
        </w:rPr>
        <w:t>, we must first destroy her.”</w:t>
      </w:r>
    </w:p>
    <w:p w14:paraId="38BDF22D" w14:textId="77777777" w:rsidR="000B3013" w:rsidRPr="00C9454D" w:rsidRDefault="000B3013" w:rsidP="00C9454D">
      <w:pPr>
        <w:rPr>
          <w:sz w:val="24"/>
          <w:szCs w:val="24"/>
        </w:rPr>
      </w:pPr>
      <w:r w:rsidRPr="00C9454D">
        <w:rPr>
          <w:sz w:val="24"/>
          <w:szCs w:val="24"/>
        </w:rPr>
        <w:t>Esme nodded, her rings clinking against her goblet as she raised it to her lips. “She’s too clever for her own good. But cleverness can be her downfall. We just need to find the right weakness.”</w:t>
      </w:r>
    </w:p>
    <w:p w14:paraId="6A008D93" w14:textId="77777777" w:rsidR="000B3013" w:rsidRPr="00C9454D" w:rsidRDefault="000B3013" w:rsidP="00C9454D">
      <w:pPr>
        <w:rPr>
          <w:sz w:val="24"/>
          <w:szCs w:val="24"/>
        </w:rPr>
      </w:pPr>
    </w:p>
    <w:p w14:paraId="32442974" w14:textId="77777777" w:rsidR="000B3013" w:rsidRPr="00C9454D" w:rsidRDefault="000B3013" w:rsidP="00C9454D">
      <w:pPr>
        <w:pStyle w:val="Heading2"/>
        <w:rPr>
          <w:sz w:val="24"/>
          <w:szCs w:val="24"/>
        </w:rPr>
      </w:pPr>
      <w:r w:rsidRPr="00C9454D">
        <w:rPr>
          <w:sz w:val="24"/>
          <w:szCs w:val="24"/>
        </w:rPr>
        <w:t>Schemes and Plots</w:t>
      </w:r>
    </w:p>
    <w:p w14:paraId="20E87A5A" w14:textId="77777777" w:rsidR="00EE567E" w:rsidRPr="00C9454D" w:rsidRDefault="00EE567E" w:rsidP="00C9454D">
      <w:pPr>
        <w:rPr>
          <w:sz w:val="24"/>
          <w:szCs w:val="24"/>
        </w:rPr>
      </w:pPr>
    </w:p>
    <w:p w14:paraId="7BF713F0" w14:textId="1E1D3BC7" w:rsidR="000B3013" w:rsidRPr="00C9454D" w:rsidRDefault="000B3013" w:rsidP="00C9454D">
      <w:pPr>
        <w:rPr>
          <w:sz w:val="24"/>
          <w:szCs w:val="24"/>
        </w:rPr>
      </w:pPr>
      <w:r w:rsidRPr="00C9454D">
        <w:rPr>
          <w:sz w:val="24"/>
          <w:szCs w:val="24"/>
        </w:rPr>
        <w:t xml:space="preserve">For months, the Deveraux family had been watching </w:t>
      </w:r>
      <w:r w:rsidR="00522C4D" w:rsidRPr="00C9454D">
        <w:rPr>
          <w:sz w:val="24"/>
          <w:szCs w:val="24"/>
        </w:rPr>
        <w:t>High Haven</w:t>
      </w:r>
      <w:r w:rsidRPr="00C9454D">
        <w:rPr>
          <w:sz w:val="24"/>
          <w:szCs w:val="24"/>
        </w:rPr>
        <w:t xml:space="preserve"> from the shadows, gathering information, whispering to discontented villagers, and laying the groundwork for their revenge.</w:t>
      </w:r>
    </w:p>
    <w:p w14:paraId="50C4E55C" w14:textId="77777777" w:rsidR="000B3013" w:rsidRPr="00C9454D" w:rsidRDefault="000B3013" w:rsidP="00C9454D">
      <w:pPr>
        <w:rPr>
          <w:sz w:val="24"/>
          <w:szCs w:val="24"/>
        </w:rPr>
      </w:pPr>
      <w:r w:rsidRPr="00C9454D">
        <w:rPr>
          <w:sz w:val="24"/>
          <w:szCs w:val="24"/>
        </w:rPr>
        <w:t>They despised the transformations that had taken place under Abilene and Guy’s stewardship—the flourishing quarry, the bustling festival, the innovations that had brought prosperity to the region. To the Deveraux, each success was a slap in the face, a reminder of what they believed had been stolen from them.</w:t>
      </w:r>
    </w:p>
    <w:p w14:paraId="2C9FC7F9" w14:textId="59CD2565" w:rsidR="000B3013" w:rsidRPr="00C9454D" w:rsidRDefault="000B3013" w:rsidP="00C9454D">
      <w:pPr>
        <w:rPr>
          <w:sz w:val="24"/>
          <w:szCs w:val="24"/>
        </w:rPr>
      </w:pPr>
      <w:r w:rsidRPr="00C9454D">
        <w:rPr>
          <w:sz w:val="24"/>
          <w:szCs w:val="24"/>
        </w:rPr>
        <w:t>“They’re rebuilding roads now,” Isol</w:t>
      </w:r>
      <w:r w:rsidR="00DD1FF5" w:rsidRPr="00C9454D">
        <w:rPr>
          <w:sz w:val="24"/>
          <w:szCs w:val="24"/>
        </w:rPr>
        <w:t xml:space="preserve">de </w:t>
      </w:r>
      <w:r w:rsidRPr="00C9454D">
        <w:rPr>
          <w:sz w:val="24"/>
          <w:szCs w:val="24"/>
        </w:rPr>
        <w:t xml:space="preserve">said, her voice cutting through the silence. “Expanding their influence. Soon, they’ll have all of </w:t>
      </w:r>
      <w:proofErr w:type="spellStart"/>
      <w:r w:rsidR="00225D06" w:rsidRPr="00C9454D">
        <w:rPr>
          <w:sz w:val="24"/>
          <w:szCs w:val="24"/>
        </w:rPr>
        <w:t>Teston</w:t>
      </w:r>
      <w:proofErr w:type="spellEnd"/>
      <w:r w:rsidRPr="00C9454D">
        <w:rPr>
          <w:sz w:val="24"/>
          <w:szCs w:val="24"/>
        </w:rPr>
        <w:t xml:space="preserve"> under their thumb.”</w:t>
      </w:r>
    </w:p>
    <w:p w14:paraId="08C7753A" w14:textId="77777777" w:rsidR="000B3013" w:rsidRPr="00C9454D" w:rsidRDefault="000B3013" w:rsidP="00C9454D">
      <w:pPr>
        <w:rPr>
          <w:sz w:val="24"/>
          <w:szCs w:val="24"/>
        </w:rPr>
      </w:pPr>
      <w:r w:rsidRPr="00C9454D">
        <w:rPr>
          <w:sz w:val="24"/>
          <w:szCs w:val="24"/>
        </w:rPr>
        <w:t>“Not if we act first,” Alaric said, his greasy hand clenching into a fist. “We’ll undermine her. Turn the people against her. Show them she’s no better than the rest of us.”</w:t>
      </w:r>
    </w:p>
    <w:p w14:paraId="66E8D669" w14:textId="77777777" w:rsidR="000B3013" w:rsidRPr="00C9454D" w:rsidRDefault="000B3013" w:rsidP="00C9454D">
      <w:pPr>
        <w:rPr>
          <w:sz w:val="24"/>
          <w:szCs w:val="24"/>
        </w:rPr>
      </w:pPr>
      <w:r w:rsidRPr="00C9454D">
        <w:rPr>
          <w:sz w:val="24"/>
          <w:szCs w:val="24"/>
        </w:rPr>
        <w:t>“And if that fails?” Esme asked, her tone laced with curiosity.</w:t>
      </w:r>
    </w:p>
    <w:p w14:paraId="0D7657A9" w14:textId="77777777" w:rsidR="000B3013" w:rsidRPr="00C9454D" w:rsidRDefault="000B3013" w:rsidP="00C9454D">
      <w:pPr>
        <w:rPr>
          <w:sz w:val="24"/>
          <w:szCs w:val="24"/>
        </w:rPr>
      </w:pPr>
      <w:r w:rsidRPr="00C9454D">
        <w:rPr>
          <w:sz w:val="24"/>
          <w:szCs w:val="24"/>
        </w:rPr>
        <w:t>“Then we’ll take more drastic measures,” Alaric replied, his voice a menacing whisper.</w:t>
      </w:r>
    </w:p>
    <w:p w14:paraId="100D95E3" w14:textId="77777777" w:rsidR="000B3013" w:rsidRPr="00C9454D" w:rsidRDefault="000B3013" w:rsidP="00C9454D">
      <w:pPr>
        <w:rPr>
          <w:sz w:val="24"/>
          <w:szCs w:val="24"/>
        </w:rPr>
      </w:pPr>
    </w:p>
    <w:p w14:paraId="743BCE5F" w14:textId="77777777" w:rsidR="000B3013" w:rsidRPr="00C9454D" w:rsidRDefault="000B3013" w:rsidP="00C9454D">
      <w:pPr>
        <w:pStyle w:val="Heading2"/>
        <w:rPr>
          <w:sz w:val="24"/>
          <w:szCs w:val="24"/>
        </w:rPr>
      </w:pPr>
      <w:r w:rsidRPr="00C9454D">
        <w:rPr>
          <w:sz w:val="24"/>
          <w:szCs w:val="24"/>
        </w:rPr>
        <w:t>The First Steps</w:t>
      </w:r>
    </w:p>
    <w:p w14:paraId="763C3E36" w14:textId="77777777" w:rsidR="00EE567E" w:rsidRPr="00C9454D" w:rsidRDefault="00EE567E" w:rsidP="00C9454D">
      <w:pPr>
        <w:rPr>
          <w:sz w:val="24"/>
          <w:szCs w:val="24"/>
        </w:rPr>
      </w:pPr>
    </w:p>
    <w:p w14:paraId="35691975" w14:textId="77777777" w:rsidR="000B3013" w:rsidRPr="00C9454D" w:rsidRDefault="000B3013" w:rsidP="00C9454D">
      <w:pPr>
        <w:rPr>
          <w:sz w:val="24"/>
          <w:szCs w:val="24"/>
        </w:rPr>
      </w:pPr>
      <w:r w:rsidRPr="00C9454D">
        <w:rPr>
          <w:sz w:val="24"/>
          <w:szCs w:val="24"/>
        </w:rPr>
        <w:t>Later that evening, as the family sat by the fire, Alaric began outlining their plan. It was a tangled web of manipulation, sabotage, and deceit—designed to slowly chip away at Abilene’s reputation and the trust she had built within the community.</w:t>
      </w:r>
    </w:p>
    <w:p w14:paraId="1C027C97" w14:textId="77777777" w:rsidR="000B3013" w:rsidRPr="00C9454D" w:rsidRDefault="000B3013" w:rsidP="00C9454D">
      <w:pPr>
        <w:rPr>
          <w:sz w:val="24"/>
          <w:szCs w:val="24"/>
        </w:rPr>
      </w:pPr>
      <w:r w:rsidRPr="00C9454D">
        <w:rPr>
          <w:sz w:val="24"/>
          <w:szCs w:val="24"/>
        </w:rPr>
        <w:t>“We’ll spread rumors,” Alaric said, his voice low but firm. “Whispers that she’s not as virtuous as she seems. That she’s exploiting the people for her gain.”</w:t>
      </w:r>
    </w:p>
    <w:p w14:paraId="26727397" w14:textId="77777777" w:rsidR="000B3013" w:rsidRPr="00C9454D" w:rsidRDefault="000B3013" w:rsidP="00C9454D">
      <w:pPr>
        <w:rPr>
          <w:sz w:val="24"/>
          <w:szCs w:val="24"/>
        </w:rPr>
      </w:pPr>
      <w:r w:rsidRPr="00C9454D">
        <w:rPr>
          <w:sz w:val="24"/>
          <w:szCs w:val="24"/>
        </w:rPr>
        <w:t>Esme smirked. “And that she’s not as wise as they think. We’ll make them doubt her innovations, her so-called brilliance.”</w:t>
      </w:r>
    </w:p>
    <w:p w14:paraId="0FC92D51" w14:textId="2DAF253A" w:rsidR="000B3013" w:rsidRPr="00C9454D" w:rsidRDefault="000B3013" w:rsidP="00C9454D">
      <w:pPr>
        <w:rPr>
          <w:sz w:val="24"/>
          <w:szCs w:val="24"/>
        </w:rPr>
      </w:pPr>
      <w:r w:rsidRPr="00C9454D">
        <w:rPr>
          <w:sz w:val="24"/>
          <w:szCs w:val="24"/>
        </w:rPr>
        <w:t>Isol</w:t>
      </w:r>
      <w:r w:rsidR="00DD1FF5" w:rsidRPr="00C9454D">
        <w:rPr>
          <w:sz w:val="24"/>
          <w:szCs w:val="24"/>
        </w:rPr>
        <w:t xml:space="preserve">de </w:t>
      </w:r>
      <w:r w:rsidRPr="00C9454D">
        <w:rPr>
          <w:sz w:val="24"/>
          <w:szCs w:val="24"/>
        </w:rPr>
        <w:t>leaned forward, her eyes gleaming. “And if the whispers aren’t enough?”</w:t>
      </w:r>
    </w:p>
    <w:p w14:paraId="33DC3E83" w14:textId="77777777" w:rsidR="000B3013" w:rsidRPr="00C9454D" w:rsidRDefault="000B3013" w:rsidP="00C9454D">
      <w:pPr>
        <w:rPr>
          <w:sz w:val="24"/>
          <w:szCs w:val="24"/>
        </w:rPr>
      </w:pPr>
      <w:r w:rsidRPr="00C9454D">
        <w:rPr>
          <w:sz w:val="24"/>
          <w:szCs w:val="24"/>
        </w:rPr>
        <w:t>Alaric’s gaze darkened. “Then we’ll strike harder. A failed bridge. A collapsed wall. Something to make them question her leadership.”</w:t>
      </w:r>
    </w:p>
    <w:p w14:paraId="23570960" w14:textId="77777777" w:rsidR="000B3013" w:rsidRPr="00C9454D" w:rsidRDefault="000B3013" w:rsidP="00C9454D">
      <w:pPr>
        <w:rPr>
          <w:sz w:val="24"/>
          <w:szCs w:val="24"/>
        </w:rPr>
      </w:pPr>
      <w:r w:rsidRPr="00C9454D">
        <w:rPr>
          <w:sz w:val="24"/>
          <w:szCs w:val="24"/>
        </w:rPr>
        <w:t>“And if that still isn’t enough?” Esme asked, her voice laced with malice.</w:t>
      </w:r>
    </w:p>
    <w:p w14:paraId="5D0F5CEC" w14:textId="0A949BF2" w:rsidR="000B3013" w:rsidRPr="00C9454D" w:rsidRDefault="000B3013" w:rsidP="00C9454D">
      <w:pPr>
        <w:rPr>
          <w:sz w:val="24"/>
          <w:szCs w:val="24"/>
        </w:rPr>
      </w:pPr>
      <w:r w:rsidRPr="00C9454D">
        <w:rPr>
          <w:sz w:val="24"/>
          <w:szCs w:val="24"/>
        </w:rPr>
        <w:t xml:space="preserve">“Then we take </w:t>
      </w:r>
      <w:r w:rsidR="00522C4D" w:rsidRPr="00C9454D">
        <w:rPr>
          <w:sz w:val="24"/>
          <w:szCs w:val="24"/>
        </w:rPr>
        <w:t>High Haven</w:t>
      </w:r>
      <w:r w:rsidRPr="00C9454D">
        <w:rPr>
          <w:sz w:val="24"/>
          <w:szCs w:val="24"/>
        </w:rPr>
        <w:t xml:space="preserve"> by force,” Alaric said, his words heavy with menace. “Whatever it takes.”</w:t>
      </w:r>
    </w:p>
    <w:p w14:paraId="316CBAA7" w14:textId="77777777" w:rsidR="000B3013" w:rsidRPr="00C9454D" w:rsidRDefault="000B3013" w:rsidP="00C9454D">
      <w:pPr>
        <w:rPr>
          <w:sz w:val="24"/>
          <w:szCs w:val="24"/>
        </w:rPr>
      </w:pPr>
    </w:p>
    <w:p w14:paraId="3341683E" w14:textId="77777777" w:rsidR="000B3013" w:rsidRPr="00C9454D" w:rsidRDefault="000B3013" w:rsidP="00C9454D">
      <w:pPr>
        <w:pStyle w:val="Heading2"/>
        <w:rPr>
          <w:sz w:val="24"/>
          <w:szCs w:val="24"/>
        </w:rPr>
      </w:pPr>
      <w:r w:rsidRPr="00C9454D">
        <w:rPr>
          <w:sz w:val="24"/>
          <w:szCs w:val="24"/>
        </w:rPr>
        <w:t>A Storm Brewing</w:t>
      </w:r>
    </w:p>
    <w:p w14:paraId="029D7E0E" w14:textId="77777777" w:rsidR="00EE567E" w:rsidRPr="00C9454D" w:rsidRDefault="00EE567E" w:rsidP="00C9454D">
      <w:pPr>
        <w:rPr>
          <w:sz w:val="24"/>
          <w:szCs w:val="24"/>
        </w:rPr>
      </w:pPr>
    </w:p>
    <w:p w14:paraId="6F48E89D" w14:textId="6AA0BC84" w:rsidR="000B3013" w:rsidRPr="00C9454D" w:rsidRDefault="000B3013" w:rsidP="00C9454D">
      <w:pPr>
        <w:rPr>
          <w:sz w:val="24"/>
          <w:szCs w:val="24"/>
        </w:rPr>
      </w:pPr>
      <w:r w:rsidRPr="00C9454D">
        <w:rPr>
          <w:sz w:val="24"/>
          <w:szCs w:val="24"/>
        </w:rPr>
        <w:t xml:space="preserve">As the Deveraux plotted in the shadows, oblivious to the quiet strength of </w:t>
      </w:r>
      <w:r w:rsidR="00522C4D" w:rsidRPr="00C9454D">
        <w:rPr>
          <w:sz w:val="24"/>
          <w:szCs w:val="24"/>
        </w:rPr>
        <w:t>High Haven</w:t>
      </w:r>
      <w:r w:rsidRPr="00C9454D">
        <w:rPr>
          <w:sz w:val="24"/>
          <w:szCs w:val="24"/>
        </w:rPr>
        <w:t xml:space="preserve">, the first ripples of their schemes began to spread. Whispers of discontent began to echo in the corners of </w:t>
      </w:r>
      <w:proofErr w:type="spellStart"/>
      <w:r w:rsidR="00225D06" w:rsidRPr="00C9454D">
        <w:rPr>
          <w:sz w:val="24"/>
          <w:szCs w:val="24"/>
        </w:rPr>
        <w:t>Teston</w:t>
      </w:r>
      <w:proofErr w:type="spellEnd"/>
      <w:r w:rsidRPr="00C9454D">
        <w:rPr>
          <w:sz w:val="24"/>
          <w:szCs w:val="24"/>
        </w:rPr>
        <w:t>, fueled by bribes and threats from the Deveraux family.</w:t>
      </w:r>
    </w:p>
    <w:p w14:paraId="5B10C3EC" w14:textId="77777777" w:rsidR="000B3013" w:rsidRPr="00C9454D" w:rsidRDefault="000B3013" w:rsidP="00C9454D">
      <w:pPr>
        <w:rPr>
          <w:sz w:val="24"/>
          <w:szCs w:val="24"/>
        </w:rPr>
      </w:pPr>
      <w:r w:rsidRPr="00C9454D">
        <w:rPr>
          <w:sz w:val="24"/>
          <w:szCs w:val="24"/>
        </w:rPr>
        <w:t>But Abilene and Guy remained unaware of the storm brewing on their borders, their attention focused on the future of their estate and the people who relied on them.</w:t>
      </w:r>
    </w:p>
    <w:p w14:paraId="2D391C5D" w14:textId="77777777" w:rsidR="000B3013" w:rsidRPr="00C9454D" w:rsidRDefault="000B3013" w:rsidP="00C9454D">
      <w:pPr>
        <w:rPr>
          <w:sz w:val="24"/>
          <w:szCs w:val="24"/>
        </w:rPr>
      </w:pPr>
      <w:r w:rsidRPr="00C9454D">
        <w:rPr>
          <w:sz w:val="24"/>
          <w:szCs w:val="24"/>
        </w:rPr>
        <w:t>The Deveraux, however, were patient. They knew that true revenge required time, precision, and ruthlessness—and they were more than willing to wait for the perfect moment to strike.</w:t>
      </w:r>
    </w:p>
    <w:p w14:paraId="0301D748" w14:textId="77777777" w:rsidR="000B3013" w:rsidRPr="00C9454D" w:rsidRDefault="000B3013" w:rsidP="00C9454D">
      <w:pPr>
        <w:rPr>
          <w:sz w:val="24"/>
          <w:szCs w:val="24"/>
        </w:rPr>
      </w:pPr>
    </w:p>
    <w:p w14:paraId="05AF1D1D" w14:textId="58206D29" w:rsidR="000647BC" w:rsidRPr="00C9454D" w:rsidRDefault="000647BC" w:rsidP="00C9454D">
      <w:pPr>
        <w:rPr>
          <w:sz w:val="24"/>
          <w:szCs w:val="24"/>
        </w:rPr>
      </w:pPr>
    </w:p>
    <w:p w14:paraId="41BBCDC6" w14:textId="77777777" w:rsidR="00B31F0A" w:rsidRPr="00C9454D" w:rsidRDefault="00B31F0A" w:rsidP="00C9454D">
      <w:pPr>
        <w:rPr>
          <w:sz w:val="24"/>
          <w:szCs w:val="24"/>
        </w:rPr>
      </w:pPr>
    </w:p>
    <w:p w14:paraId="77C39416" w14:textId="029C4A35" w:rsidR="00553932" w:rsidRPr="00C9454D" w:rsidRDefault="00553932" w:rsidP="00C9454D">
      <w:pPr>
        <w:pStyle w:val="Heading2"/>
        <w:rPr>
          <w:sz w:val="24"/>
          <w:szCs w:val="24"/>
        </w:rPr>
      </w:pPr>
      <w:r w:rsidRPr="00C9454D">
        <w:rPr>
          <w:sz w:val="24"/>
          <w:szCs w:val="24"/>
        </w:rPr>
        <w:t xml:space="preserve">The Heart of </w:t>
      </w:r>
      <w:r w:rsidR="00522C4D" w:rsidRPr="00C9454D">
        <w:rPr>
          <w:sz w:val="24"/>
          <w:szCs w:val="24"/>
        </w:rPr>
        <w:t>High Haven</w:t>
      </w:r>
    </w:p>
    <w:p w14:paraId="2C61580E" w14:textId="77777777" w:rsidR="00EE567E" w:rsidRPr="00C9454D" w:rsidRDefault="00EE567E" w:rsidP="00C9454D">
      <w:pPr>
        <w:rPr>
          <w:sz w:val="24"/>
          <w:szCs w:val="24"/>
        </w:rPr>
      </w:pPr>
    </w:p>
    <w:p w14:paraId="2514FE24" w14:textId="73A1808A" w:rsidR="00553932" w:rsidRPr="00C9454D" w:rsidRDefault="00553932" w:rsidP="00C9454D">
      <w:pPr>
        <w:rPr>
          <w:sz w:val="24"/>
          <w:szCs w:val="24"/>
        </w:rPr>
      </w:pPr>
      <w:r w:rsidRPr="00C9454D">
        <w:rPr>
          <w:sz w:val="24"/>
          <w:szCs w:val="24"/>
        </w:rPr>
        <w:t xml:space="preserve">The early morning light filtered through the windows of </w:t>
      </w:r>
      <w:r w:rsidR="00522C4D" w:rsidRPr="00C9454D">
        <w:rPr>
          <w:sz w:val="24"/>
          <w:szCs w:val="24"/>
        </w:rPr>
        <w:t>High Haven</w:t>
      </w:r>
      <w:r w:rsidRPr="00C9454D">
        <w:rPr>
          <w:sz w:val="24"/>
          <w:szCs w:val="24"/>
        </w:rPr>
        <w:t xml:space="preserve">’s great hall, casting a soft glow on the tapestries Abilene had so lovingly restored. The sound of laughter echoed from the terrace, where Guy knelt on the ground, his arms outstretched as John Marshall </w:t>
      </w:r>
      <w:r w:rsidR="0020093E" w:rsidRPr="00C9454D">
        <w:rPr>
          <w:sz w:val="24"/>
          <w:szCs w:val="24"/>
        </w:rPr>
        <w:t>ran</w:t>
      </w:r>
      <w:r w:rsidRPr="00C9454D">
        <w:rPr>
          <w:sz w:val="24"/>
          <w:szCs w:val="24"/>
        </w:rPr>
        <w:t xml:space="preserve"> toward him on unsteady legs.</w:t>
      </w:r>
    </w:p>
    <w:p w14:paraId="31665F28" w14:textId="77777777" w:rsidR="00553932" w:rsidRPr="00C9454D" w:rsidRDefault="00553932" w:rsidP="00C9454D">
      <w:pPr>
        <w:rPr>
          <w:sz w:val="24"/>
          <w:szCs w:val="24"/>
        </w:rPr>
      </w:pPr>
      <w:r w:rsidRPr="00C9454D">
        <w:rPr>
          <w:sz w:val="24"/>
          <w:szCs w:val="24"/>
        </w:rPr>
        <w:t>“Come on, lad! You’ve got this,” Guy called, his voice warm and encouraging.</w:t>
      </w:r>
    </w:p>
    <w:p w14:paraId="3F5D3E39" w14:textId="77777777" w:rsidR="00553932" w:rsidRPr="00C9454D" w:rsidRDefault="00553932" w:rsidP="00C9454D">
      <w:pPr>
        <w:rPr>
          <w:sz w:val="24"/>
          <w:szCs w:val="24"/>
        </w:rPr>
      </w:pPr>
      <w:r w:rsidRPr="00C9454D">
        <w:rPr>
          <w:sz w:val="24"/>
          <w:szCs w:val="24"/>
        </w:rPr>
        <w:t>The little boy giggled, his chubby hands reaching for his father as he wobbled forward. When he finally fell into Guy’s arms, Guy lifted him high into the air, his laughter joining the child’s.</w:t>
      </w:r>
    </w:p>
    <w:p w14:paraId="7728EF7D" w14:textId="77777777" w:rsidR="00553932" w:rsidRPr="00C9454D" w:rsidRDefault="00553932" w:rsidP="00C9454D">
      <w:pPr>
        <w:rPr>
          <w:sz w:val="24"/>
          <w:szCs w:val="24"/>
        </w:rPr>
      </w:pPr>
      <w:r w:rsidRPr="00C9454D">
        <w:rPr>
          <w:sz w:val="24"/>
          <w:szCs w:val="24"/>
        </w:rPr>
        <w:t>Abilene watched from the doorway, her heart swelling at the sight. She had always known Guy would make a wonderful father, but seeing him like this—so full of joy and pride—was more than she could have hoped for.</w:t>
      </w:r>
    </w:p>
    <w:p w14:paraId="787885FE" w14:textId="77777777" w:rsidR="00553932" w:rsidRPr="00C9454D" w:rsidRDefault="00553932" w:rsidP="00C9454D">
      <w:pPr>
        <w:rPr>
          <w:sz w:val="24"/>
          <w:szCs w:val="24"/>
        </w:rPr>
      </w:pPr>
    </w:p>
    <w:p w14:paraId="1CBAA52A" w14:textId="77777777" w:rsidR="00A92845" w:rsidRPr="00C9454D" w:rsidRDefault="00553932" w:rsidP="00C9454D">
      <w:pPr>
        <w:pStyle w:val="Heading2"/>
        <w:rPr>
          <w:sz w:val="24"/>
          <w:szCs w:val="24"/>
        </w:rPr>
      </w:pPr>
      <w:r w:rsidRPr="00C9454D">
        <w:rPr>
          <w:sz w:val="24"/>
          <w:szCs w:val="24"/>
        </w:rPr>
        <w:t>A New Beginning</w:t>
      </w:r>
      <w:r w:rsidR="00A92845" w:rsidRPr="00C9454D">
        <w:rPr>
          <w:sz w:val="24"/>
          <w:szCs w:val="24"/>
        </w:rPr>
        <w:t xml:space="preserve"> </w:t>
      </w:r>
    </w:p>
    <w:p w14:paraId="42B95D94" w14:textId="12853E7B" w:rsidR="00553932" w:rsidRPr="00C9454D" w:rsidRDefault="00A92845" w:rsidP="00C9454D">
      <w:pPr>
        <w:pStyle w:val="Heading2"/>
        <w:rPr>
          <w:sz w:val="24"/>
          <w:szCs w:val="24"/>
        </w:rPr>
      </w:pPr>
      <w:r w:rsidRPr="00C9454D">
        <w:rPr>
          <w:sz w:val="24"/>
          <w:szCs w:val="24"/>
        </w:rPr>
        <w:t>1207</w:t>
      </w:r>
    </w:p>
    <w:p w14:paraId="29B1869F" w14:textId="77777777" w:rsidR="00EE567E" w:rsidRPr="00C9454D" w:rsidRDefault="00EE567E" w:rsidP="00C9454D">
      <w:pPr>
        <w:rPr>
          <w:sz w:val="24"/>
          <w:szCs w:val="24"/>
        </w:rPr>
      </w:pPr>
    </w:p>
    <w:p w14:paraId="5C47DDCA" w14:textId="77777777" w:rsidR="00553932" w:rsidRPr="00C9454D" w:rsidRDefault="00553932" w:rsidP="00C9454D">
      <w:pPr>
        <w:rPr>
          <w:sz w:val="24"/>
          <w:szCs w:val="24"/>
        </w:rPr>
      </w:pPr>
      <w:r w:rsidRPr="00C9454D">
        <w:rPr>
          <w:sz w:val="24"/>
          <w:szCs w:val="24"/>
        </w:rPr>
        <w:t>It had been five years since John Marshall had come into their lives, five years of quiet joy and hard work. For Guy, those years had been a balm for old wounds. The loss of his first child, a grief he had carried silently for so long, had softened in the presence of this new life.</w:t>
      </w:r>
    </w:p>
    <w:p w14:paraId="4C148538" w14:textId="77777777" w:rsidR="00553932" w:rsidRPr="00C9454D" w:rsidRDefault="00553932" w:rsidP="00C9454D">
      <w:pPr>
        <w:rPr>
          <w:sz w:val="24"/>
          <w:szCs w:val="24"/>
        </w:rPr>
      </w:pPr>
      <w:r w:rsidRPr="00C9454D">
        <w:rPr>
          <w:sz w:val="24"/>
          <w:szCs w:val="24"/>
        </w:rPr>
        <w:t>As he cradled John Marshall in his arms, Guy often thought of the child he had lost. But instead of sadness, there was a sense of peace. This was his second chance—a new beginning, not just for him but for their family.</w:t>
      </w:r>
    </w:p>
    <w:p w14:paraId="4A479254" w14:textId="77777777" w:rsidR="00553932" w:rsidRPr="00C9454D" w:rsidRDefault="00553932" w:rsidP="00C9454D">
      <w:pPr>
        <w:rPr>
          <w:sz w:val="24"/>
          <w:szCs w:val="24"/>
        </w:rPr>
      </w:pPr>
      <w:r w:rsidRPr="00C9454D">
        <w:rPr>
          <w:sz w:val="24"/>
          <w:szCs w:val="24"/>
        </w:rPr>
        <w:t>“He’s going to be strong, like his father,” Abilene said one evening as they sat by the fire, John Marshall asleep in Guy’s lap.</w:t>
      </w:r>
    </w:p>
    <w:p w14:paraId="36C58A51" w14:textId="77777777" w:rsidR="00553932" w:rsidRPr="00C9454D" w:rsidRDefault="00553932" w:rsidP="00C9454D">
      <w:pPr>
        <w:rPr>
          <w:sz w:val="24"/>
          <w:szCs w:val="24"/>
        </w:rPr>
      </w:pPr>
      <w:r w:rsidRPr="00C9454D">
        <w:rPr>
          <w:sz w:val="24"/>
          <w:szCs w:val="24"/>
        </w:rPr>
        <w:t>“And clever, like his mother,” Guy replied, his voice soft.</w:t>
      </w:r>
    </w:p>
    <w:p w14:paraId="53580B2F" w14:textId="77777777" w:rsidR="00553932" w:rsidRPr="00C9454D" w:rsidRDefault="00553932" w:rsidP="00C9454D">
      <w:pPr>
        <w:rPr>
          <w:sz w:val="24"/>
          <w:szCs w:val="24"/>
        </w:rPr>
      </w:pPr>
      <w:r w:rsidRPr="00C9454D">
        <w:rPr>
          <w:sz w:val="24"/>
          <w:szCs w:val="24"/>
        </w:rPr>
        <w:t>Abilene smiled, resting her head on his shoulder. “I love seeing you as a father, Guy. It’s everything I dreamed of.”</w:t>
      </w:r>
    </w:p>
    <w:p w14:paraId="73B1E808" w14:textId="77777777" w:rsidR="00553932" w:rsidRPr="00C9454D" w:rsidRDefault="00553932" w:rsidP="00C9454D">
      <w:pPr>
        <w:rPr>
          <w:sz w:val="24"/>
          <w:szCs w:val="24"/>
        </w:rPr>
      </w:pPr>
    </w:p>
    <w:p w14:paraId="0B1F7292" w14:textId="77BA3620" w:rsidR="00553932" w:rsidRPr="00C9454D" w:rsidRDefault="00553932" w:rsidP="00C9454D">
      <w:pPr>
        <w:pStyle w:val="Heading2"/>
        <w:rPr>
          <w:sz w:val="24"/>
          <w:szCs w:val="24"/>
        </w:rPr>
      </w:pPr>
      <w:r w:rsidRPr="00C9454D">
        <w:rPr>
          <w:sz w:val="24"/>
          <w:szCs w:val="24"/>
        </w:rPr>
        <w:t xml:space="preserve">The Growth of </w:t>
      </w:r>
      <w:r w:rsidR="00522C4D" w:rsidRPr="00C9454D">
        <w:rPr>
          <w:sz w:val="24"/>
          <w:szCs w:val="24"/>
        </w:rPr>
        <w:t>High Haven</w:t>
      </w:r>
    </w:p>
    <w:p w14:paraId="59CD5D50" w14:textId="77777777" w:rsidR="00EE567E" w:rsidRPr="00C9454D" w:rsidRDefault="00EE567E" w:rsidP="00C9454D">
      <w:pPr>
        <w:rPr>
          <w:sz w:val="24"/>
          <w:szCs w:val="24"/>
        </w:rPr>
      </w:pPr>
    </w:p>
    <w:p w14:paraId="507B01A9" w14:textId="5A8CD3B0" w:rsidR="00553932" w:rsidRPr="00C9454D" w:rsidRDefault="00553932" w:rsidP="00C9454D">
      <w:pPr>
        <w:rPr>
          <w:sz w:val="24"/>
          <w:szCs w:val="24"/>
        </w:rPr>
      </w:pPr>
      <w:r w:rsidRPr="00C9454D">
        <w:rPr>
          <w:sz w:val="24"/>
          <w:szCs w:val="24"/>
        </w:rPr>
        <w:t xml:space="preserve">While their family flourished, so did </w:t>
      </w:r>
      <w:r w:rsidR="00522C4D" w:rsidRPr="00C9454D">
        <w:rPr>
          <w:sz w:val="24"/>
          <w:szCs w:val="24"/>
        </w:rPr>
        <w:t>High Haven</w:t>
      </w:r>
      <w:r w:rsidRPr="00C9454D">
        <w:rPr>
          <w:sz w:val="24"/>
          <w:szCs w:val="24"/>
        </w:rPr>
        <w:t>. The innovations inspired by The Keeper’s Way had transformed the estate into a hub of ingenuity and learning. The quarry was running at full capacity, its granite in high demand for the new bridges and roads being built across the region.</w:t>
      </w:r>
    </w:p>
    <w:p w14:paraId="19FB9A32" w14:textId="27296FAF" w:rsidR="00553932" w:rsidRPr="00C9454D" w:rsidRDefault="00553932" w:rsidP="00C9454D">
      <w:pPr>
        <w:rPr>
          <w:sz w:val="24"/>
          <w:szCs w:val="24"/>
        </w:rPr>
      </w:pPr>
      <w:r w:rsidRPr="00C9454D">
        <w:rPr>
          <w:sz w:val="24"/>
          <w:szCs w:val="24"/>
        </w:rPr>
        <w:t xml:space="preserve">Abilene’s water filtration systems had expanded far beyond </w:t>
      </w:r>
      <w:proofErr w:type="spellStart"/>
      <w:r w:rsidR="00225D06" w:rsidRPr="00C9454D">
        <w:rPr>
          <w:sz w:val="24"/>
          <w:szCs w:val="24"/>
        </w:rPr>
        <w:t>Teston</w:t>
      </w:r>
      <w:proofErr w:type="spellEnd"/>
      <w:r w:rsidRPr="00C9454D">
        <w:rPr>
          <w:sz w:val="24"/>
          <w:szCs w:val="24"/>
        </w:rPr>
        <w:t>, adopted by neighboring villages and even larger towns. The designs had evolved, becoming more efficient and adaptable to different needs, from purifying drinking water to irrigating fields.</w:t>
      </w:r>
    </w:p>
    <w:p w14:paraId="645735EC" w14:textId="4B947D4C" w:rsidR="00553932" w:rsidRPr="00C9454D" w:rsidRDefault="00553932" w:rsidP="00C9454D">
      <w:pPr>
        <w:rPr>
          <w:sz w:val="24"/>
          <w:szCs w:val="24"/>
        </w:rPr>
      </w:pPr>
      <w:r w:rsidRPr="00C9454D">
        <w:rPr>
          <w:sz w:val="24"/>
          <w:szCs w:val="24"/>
        </w:rPr>
        <w:t xml:space="preserve">Visitors continued to arrive at </w:t>
      </w:r>
      <w:r w:rsidR="00522C4D" w:rsidRPr="00C9454D">
        <w:rPr>
          <w:sz w:val="24"/>
          <w:szCs w:val="24"/>
        </w:rPr>
        <w:t>High Haven</w:t>
      </w:r>
      <w:r w:rsidRPr="00C9454D">
        <w:rPr>
          <w:sz w:val="24"/>
          <w:szCs w:val="24"/>
        </w:rPr>
        <w:t>, seeking Abilene’s guidance. She welcomed them with humility, sharing her knowledge freely while carefully balancing her responsibilities as a mother and a leader.</w:t>
      </w:r>
    </w:p>
    <w:p w14:paraId="00BC7CB3" w14:textId="4618C41D" w:rsidR="00553932" w:rsidRPr="00C9454D" w:rsidRDefault="00553932" w:rsidP="00C9454D">
      <w:pPr>
        <w:rPr>
          <w:sz w:val="24"/>
          <w:szCs w:val="24"/>
        </w:rPr>
      </w:pPr>
      <w:r w:rsidRPr="00C9454D">
        <w:rPr>
          <w:sz w:val="24"/>
          <w:szCs w:val="24"/>
        </w:rPr>
        <w:t xml:space="preserve">“It’s become more than just an estate,” Father </w:t>
      </w:r>
      <w:proofErr w:type="spellStart"/>
      <w:r w:rsidRPr="00C9454D">
        <w:rPr>
          <w:sz w:val="24"/>
          <w:szCs w:val="24"/>
        </w:rPr>
        <w:t>Elric</w:t>
      </w:r>
      <w:proofErr w:type="spellEnd"/>
      <w:r w:rsidRPr="00C9454D">
        <w:rPr>
          <w:sz w:val="24"/>
          <w:szCs w:val="24"/>
        </w:rPr>
        <w:t xml:space="preserve"> remarked during one of his visits. “</w:t>
      </w:r>
      <w:r w:rsidR="00522C4D" w:rsidRPr="00C9454D">
        <w:rPr>
          <w:sz w:val="24"/>
          <w:szCs w:val="24"/>
        </w:rPr>
        <w:t>High Haven</w:t>
      </w:r>
      <w:r w:rsidRPr="00C9454D">
        <w:rPr>
          <w:sz w:val="24"/>
          <w:szCs w:val="24"/>
        </w:rPr>
        <w:t xml:space="preserve"> is a beacon of hope.”</w:t>
      </w:r>
    </w:p>
    <w:p w14:paraId="5A0889F6" w14:textId="77777777" w:rsidR="00553932" w:rsidRPr="00C9454D" w:rsidRDefault="00553932" w:rsidP="00C9454D">
      <w:pPr>
        <w:rPr>
          <w:sz w:val="24"/>
          <w:szCs w:val="24"/>
        </w:rPr>
      </w:pPr>
      <w:r w:rsidRPr="00C9454D">
        <w:rPr>
          <w:sz w:val="24"/>
          <w:szCs w:val="24"/>
        </w:rPr>
        <w:t>Abilene smiled at his words but deflected the praise. “It’s the people here who make it so,” she said. “I’m just keeping the ship steady.”</w:t>
      </w:r>
    </w:p>
    <w:p w14:paraId="14A17F48" w14:textId="77777777" w:rsidR="00553932" w:rsidRPr="00C9454D" w:rsidRDefault="00553932" w:rsidP="00C9454D">
      <w:pPr>
        <w:rPr>
          <w:sz w:val="24"/>
          <w:szCs w:val="24"/>
        </w:rPr>
      </w:pPr>
    </w:p>
    <w:p w14:paraId="129CB517" w14:textId="77777777" w:rsidR="00553932" w:rsidRPr="00C9454D" w:rsidRDefault="00553932" w:rsidP="00C9454D">
      <w:pPr>
        <w:pStyle w:val="Heading2"/>
        <w:rPr>
          <w:sz w:val="24"/>
          <w:szCs w:val="24"/>
        </w:rPr>
      </w:pPr>
      <w:r w:rsidRPr="00C9454D">
        <w:rPr>
          <w:sz w:val="24"/>
          <w:szCs w:val="24"/>
        </w:rPr>
        <w:t>Family Bonding</w:t>
      </w:r>
    </w:p>
    <w:p w14:paraId="1A2C5FCE" w14:textId="77777777" w:rsidR="00EE567E" w:rsidRPr="00C9454D" w:rsidRDefault="00EE567E" w:rsidP="00C9454D">
      <w:pPr>
        <w:rPr>
          <w:sz w:val="24"/>
          <w:szCs w:val="24"/>
        </w:rPr>
      </w:pPr>
    </w:p>
    <w:p w14:paraId="20DBF538" w14:textId="77777777" w:rsidR="00553932" w:rsidRPr="00C9454D" w:rsidRDefault="00553932" w:rsidP="00C9454D">
      <w:pPr>
        <w:rPr>
          <w:sz w:val="24"/>
          <w:szCs w:val="24"/>
        </w:rPr>
      </w:pPr>
      <w:r w:rsidRPr="00C9454D">
        <w:rPr>
          <w:sz w:val="24"/>
          <w:szCs w:val="24"/>
        </w:rPr>
        <w:t>For Guy and Abilene, the joy of watching John Marshall grow was their greatest reward. The little boy was a whirlwind of energy and curiosity, always exploring, always asking questions.</w:t>
      </w:r>
    </w:p>
    <w:p w14:paraId="315B3239" w14:textId="77777777" w:rsidR="00553932" w:rsidRPr="00C9454D" w:rsidRDefault="00553932" w:rsidP="00C9454D">
      <w:pPr>
        <w:rPr>
          <w:sz w:val="24"/>
          <w:szCs w:val="24"/>
        </w:rPr>
      </w:pPr>
      <w:r w:rsidRPr="00C9454D">
        <w:rPr>
          <w:sz w:val="24"/>
          <w:szCs w:val="24"/>
        </w:rPr>
        <w:t>“Why is the sky blue?” he asked one afternoon as he walked hand in hand with his father through the orchard.</w:t>
      </w:r>
    </w:p>
    <w:p w14:paraId="12A2761F" w14:textId="63DE1414" w:rsidR="00553932" w:rsidRPr="00C9454D" w:rsidRDefault="00553932" w:rsidP="00C9454D">
      <w:pPr>
        <w:rPr>
          <w:sz w:val="24"/>
          <w:szCs w:val="24"/>
        </w:rPr>
      </w:pPr>
      <w:r w:rsidRPr="00C9454D">
        <w:rPr>
          <w:sz w:val="24"/>
          <w:szCs w:val="24"/>
        </w:rPr>
        <w:t xml:space="preserve">Guy chuckled, lifting him onto his shoulders. “Because </w:t>
      </w:r>
      <w:proofErr w:type="spellStart"/>
      <w:r w:rsidR="007E1E1E">
        <w:rPr>
          <w:sz w:val="24"/>
          <w:szCs w:val="24"/>
        </w:rPr>
        <w:t>Yahuah</w:t>
      </w:r>
      <w:proofErr w:type="spellEnd"/>
      <w:r w:rsidRPr="00C9454D">
        <w:rPr>
          <w:sz w:val="24"/>
          <w:szCs w:val="24"/>
        </w:rPr>
        <w:t xml:space="preserve"> ma</w:t>
      </w:r>
      <w:r w:rsidR="00DD1FF5" w:rsidRPr="00C9454D">
        <w:rPr>
          <w:sz w:val="24"/>
          <w:szCs w:val="24"/>
        </w:rPr>
        <w:t xml:space="preserve">de </w:t>
      </w:r>
      <w:r w:rsidRPr="00C9454D">
        <w:rPr>
          <w:sz w:val="24"/>
          <w:szCs w:val="24"/>
        </w:rPr>
        <w:t>it that way, lad. It’s one of His miracles.”</w:t>
      </w:r>
    </w:p>
    <w:p w14:paraId="7D9A4CB0" w14:textId="77777777" w:rsidR="00553932" w:rsidRPr="00C9454D" w:rsidRDefault="00553932" w:rsidP="00C9454D">
      <w:pPr>
        <w:rPr>
          <w:sz w:val="24"/>
          <w:szCs w:val="24"/>
        </w:rPr>
      </w:pPr>
      <w:r w:rsidRPr="00C9454D">
        <w:rPr>
          <w:sz w:val="24"/>
          <w:szCs w:val="24"/>
        </w:rPr>
        <w:t>John Marshall accepted the answer with the simple faith of a child, his tiny hands clutching Guy’s hair as they walked.</w:t>
      </w:r>
    </w:p>
    <w:p w14:paraId="237CFC71" w14:textId="77777777" w:rsidR="00553932" w:rsidRPr="00C9454D" w:rsidRDefault="00553932" w:rsidP="00C9454D">
      <w:pPr>
        <w:rPr>
          <w:sz w:val="24"/>
          <w:szCs w:val="24"/>
        </w:rPr>
      </w:pPr>
      <w:r w:rsidRPr="00C9454D">
        <w:rPr>
          <w:sz w:val="24"/>
          <w:szCs w:val="24"/>
        </w:rPr>
        <w:t>Abilene often found herself marveling at how naturally Guy had taken to fatherhood. He was patient and kind, but firm when needed, guiding John Marshall with a steady hand.</w:t>
      </w:r>
    </w:p>
    <w:p w14:paraId="0CED4250" w14:textId="77777777" w:rsidR="00553932" w:rsidRPr="00C9454D" w:rsidRDefault="00553932" w:rsidP="00C9454D">
      <w:pPr>
        <w:rPr>
          <w:sz w:val="24"/>
          <w:szCs w:val="24"/>
        </w:rPr>
      </w:pPr>
      <w:r w:rsidRPr="00C9454D">
        <w:rPr>
          <w:sz w:val="24"/>
          <w:szCs w:val="24"/>
        </w:rPr>
        <w:t>“You were born to do this,” she told him one evening as they worked together to put John Marshall to bed.</w:t>
      </w:r>
    </w:p>
    <w:p w14:paraId="0515A094" w14:textId="77777777" w:rsidR="00553932" w:rsidRPr="00C9454D" w:rsidRDefault="00553932" w:rsidP="00C9454D">
      <w:pPr>
        <w:rPr>
          <w:sz w:val="24"/>
          <w:szCs w:val="24"/>
        </w:rPr>
      </w:pPr>
      <w:r w:rsidRPr="00C9454D">
        <w:rPr>
          <w:sz w:val="24"/>
          <w:szCs w:val="24"/>
        </w:rPr>
        <w:t>Guy glanced at her, his eyes filled with quiet gratitude. “And I couldn’t do it without you.”</w:t>
      </w:r>
    </w:p>
    <w:p w14:paraId="29BDF302" w14:textId="77777777" w:rsidR="00553932" w:rsidRPr="00C9454D" w:rsidRDefault="00553932" w:rsidP="00C9454D">
      <w:pPr>
        <w:rPr>
          <w:sz w:val="24"/>
          <w:szCs w:val="24"/>
        </w:rPr>
      </w:pPr>
    </w:p>
    <w:p w14:paraId="4D94C995" w14:textId="77777777" w:rsidR="00783B56" w:rsidRPr="00C9454D" w:rsidRDefault="00783B56" w:rsidP="00C9454D">
      <w:pPr>
        <w:rPr>
          <w:sz w:val="24"/>
          <w:szCs w:val="24"/>
        </w:rPr>
      </w:pPr>
      <w:r w:rsidRPr="00C9454D">
        <w:rPr>
          <w:sz w:val="24"/>
          <w:szCs w:val="24"/>
        </w:rPr>
        <w:br w:type="page"/>
      </w:r>
    </w:p>
    <w:p w14:paraId="772051C4" w14:textId="7258A3E7" w:rsidR="00553932" w:rsidRPr="00C9454D" w:rsidRDefault="00553932" w:rsidP="00C9454D">
      <w:pPr>
        <w:pStyle w:val="Heading2"/>
        <w:rPr>
          <w:sz w:val="24"/>
          <w:szCs w:val="24"/>
        </w:rPr>
      </w:pPr>
      <w:r w:rsidRPr="00C9454D">
        <w:rPr>
          <w:sz w:val="24"/>
          <w:szCs w:val="24"/>
        </w:rPr>
        <w:t>The Keeper’s Way Expands</w:t>
      </w:r>
    </w:p>
    <w:p w14:paraId="5578F2A1" w14:textId="77777777" w:rsidR="00EE567E" w:rsidRPr="00C9454D" w:rsidRDefault="00EE567E" w:rsidP="00C9454D">
      <w:pPr>
        <w:rPr>
          <w:sz w:val="24"/>
          <w:szCs w:val="24"/>
        </w:rPr>
      </w:pPr>
    </w:p>
    <w:p w14:paraId="2DEDB554" w14:textId="77777777" w:rsidR="00553932" w:rsidRPr="00C9454D" w:rsidRDefault="00553932" w:rsidP="00C9454D">
      <w:pPr>
        <w:rPr>
          <w:sz w:val="24"/>
          <w:szCs w:val="24"/>
        </w:rPr>
      </w:pPr>
      <w:r w:rsidRPr="00C9454D">
        <w:rPr>
          <w:sz w:val="24"/>
          <w:szCs w:val="24"/>
        </w:rPr>
        <w:t>As John Marshall grew, so did the reach of The Keeper’s Way. Copies of the book were now found in castles, estates, and libraries across England, its practical wisdom and spiritual undertones resonating with people of all walks of life.</w:t>
      </w:r>
    </w:p>
    <w:p w14:paraId="13522B5D" w14:textId="77777777" w:rsidR="00553932" w:rsidRPr="00C9454D" w:rsidRDefault="00553932" w:rsidP="00C9454D">
      <w:pPr>
        <w:rPr>
          <w:sz w:val="24"/>
          <w:szCs w:val="24"/>
        </w:rPr>
      </w:pPr>
      <w:r w:rsidRPr="00C9454D">
        <w:rPr>
          <w:sz w:val="24"/>
          <w:szCs w:val="24"/>
        </w:rPr>
        <w:t xml:space="preserve">Abilene had begun work on a second volume, one focused more deeply on the spiritual truths she had discovered through Lady Helena’s journals. She kept this work quiet, sharing it only with Guy and Father </w:t>
      </w:r>
      <w:proofErr w:type="spellStart"/>
      <w:r w:rsidRPr="00C9454D">
        <w:rPr>
          <w:sz w:val="24"/>
          <w:szCs w:val="24"/>
        </w:rPr>
        <w:t>Elric</w:t>
      </w:r>
      <w:proofErr w:type="spellEnd"/>
      <w:r w:rsidRPr="00C9454D">
        <w:rPr>
          <w:sz w:val="24"/>
          <w:szCs w:val="24"/>
        </w:rPr>
        <w:t>, knowing it could provoke controversy in certain circles.</w:t>
      </w:r>
    </w:p>
    <w:p w14:paraId="52564C13" w14:textId="77777777" w:rsidR="00553932" w:rsidRPr="00C9454D" w:rsidRDefault="00553932" w:rsidP="00C9454D">
      <w:pPr>
        <w:rPr>
          <w:sz w:val="24"/>
          <w:szCs w:val="24"/>
        </w:rPr>
      </w:pPr>
      <w:r w:rsidRPr="00C9454D">
        <w:rPr>
          <w:sz w:val="24"/>
          <w:szCs w:val="24"/>
        </w:rPr>
        <w:t>“We’ll release it when the time is right,” she said, her voice firm.</w:t>
      </w:r>
    </w:p>
    <w:p w14:paraId="53B16512" w14:textId="77777777" w:rsidR="00553932" w:rsidRPr="00C9454D" w:rsidRDefault="00553932" w:rsidP="00C9454D">
      <w:pPr>
        <w:rPr>
          <w:sz w:val="24"/>
          <w:szCs w:val="24"/>
        </w:rPr>
      </w:pPr>
      <w:r w:rsidRPr="00C9454D">
        <w:rPr>
          <w:sz w:val="24"/>
          <w:szCs w:val="24"/>
        </w:rPr>
        <w:t>Guy nodded. “And until then, we’ll keep building.”</w:t>
      </w:r>
    </w:p>
    <w:p w14:paraId="577F3A28" w14:textId="77777777" w:rsidR="00553932" w:rsidRPr="00C9454D" w:rsidRDefault="00553932" w:rsidP="00C9454D">
      <w:pPr>
        <w:rPr>
          <w:sz w:val="24"/>
          <w:szCs w:val="24"/>
        </w:rPr>
      </w:pPr>
    </w:p>
    <w:p w14:paraId="46E6E979" w14:textId="77777777" w:rsidR="00553932" w:rsidRPr="00C9454D" w:rsidRDefault="00553932" w:rsidP="00C9454D">
      <w:pPr>
        <w:pStyle w:val="Heading2"/>
        <w:rPr>
          <w:sz w:val="24"/>
          <w:szCs w:val="24"/>
        </w:rPr>
      </w:pPr>
      <w:r w:rsidRPr="00C9454D">
        <w:rPr>
          <w:sz w:val="24"/>
          <w:szCs w:val="24"/>
        </w:rPr>
        <w:t>The Shadows Linger</w:t>
      </w:r>
    </w:p>
    <w:p w14:paraId="51F12517" w14:textId="77777777" w:rsidR="00EE567E" w:rsidRPr="00C9454D" w:rsidRDefault="00EE567E" w:rsidP="00C9454D">
      <w:pPr>
        <w:rPr>
          <w:sz w:val="24"/>
          <w:szCs w:val="24"/>
        </w:rPr>
      </w:pPr>
    </w:p>
    <w:p w14:paraId="239791BD" w14:textId="77777777" w:rsidR="00553932" w:rsidRPr="00C9454D" w:rsidRDefault="00553932" w:rsidP="00C9454D">
      <w:pPr>
        <w:rPr>
          <w:sz w:val="24"/>
          <w:szCs w:val="24"/>
        </w:rPr>
      </w:pPr>
      <w:r w:rsidRPr="00C9454D">
        <w:rPr>
          <w:sz w:val="24"/>
          <w:szCs w:val="24"/>
        </w:rPr>
        <w:t>Though their days were filled with light, the shadows of the Deveraux family loomed on the edges of their happiness.</w:t>
      </w:r>
    </w:p>
    <w:p w14:paraId="08BEBDC8" w14:textId="0CFD5644" w:rsidR="00553932" w:rsidRPr="00C9454D" w:rsidRDefault="00553932" w:rsidP="00C9454D">
      <w:pPr>
        <w:rPr>
          <w:sz w:val="24"/>
          <w:szCs w:val="24"/>
        </w:rPr>
      </w:pPr>
      <w:r w:rsidRPr="00C9454D">
        <w:rPr>
          <w:sz w:val="24"/>
          <w:szCs w:val="24"/>
        </w:rPr>
        <w:t xml:space="preserve">In the years since their failed claim to </w:t>
      </w:r>
      <w:r w:rsidR="00522C4D" w:rsidRPr="00C9454D">
        <w:rPr>
          <w:sz w:val="24"/>
          <w:szCs w:val="24"/>
        </w:rPr>
        <w:t>High Haven</w:t>
      </w:r>
      <w:r w:rsidRPr="00C9454D">
        <w:rPr>
          <w:sz w:val="24"/>
          <w:szCs w:val="24"/>
        </w:rPr>
        <w:t>, Alaric and his family had retreated to their estate, plotting in secret. Their whispers of discontent had spread like poison, seeding doubt and resentment among those who envied Abilene and Guy’s success.</w:t>
      </w:r>
    </w:p>
    <w:p w14:paraId="18834506" w14:textId="77777777" w:rsidR="00553932" w:rsidRPr="00C9454D" w:rsidRDefault="00553932" w:rsidP="00C9454D">
      <w:pPr>
        <w:rPr>
          <w:sz w:val="24"/>
          <w:szCs w:val="24"/>
        </w:rPr>
      </w:pPr>
      <w:r w:rsidRPr="00C9454D">
        <w:rPr>
          <w:sz w:val="24"/>
          <w:szCs w:val="24"/>
        </w:rPr>
        <w:t>“They think they’re untouchable,” Alaric said one evening as he stared into the fire.</w:t>
      </w:r>
    </w:p>
    <w:p w14:paraId="7EFBC6D3" w14:textId="596D15F3" w:rsidR="00553932" w:rsidRPr="00C9454D" w:rsidRDefault="00553932" w:rsidP="00C9454D">
      <w:pPr>
        <w:rPr>
          <w:sz w:val="24"/>
          <w:szCs w:val="24"/>
        </w:rPr>
      </w:pPr>
      <w:r w:rsidRPr="00C9454D">
        <w:rPr>
          <w:sz w:val="24"/>
          <w:szCs w:val="24"/>
        </w:rPr>
        <w:t>“Let them think that,” Isol</w:t>
      </w:r>
      <w:r w:rsidR="00DD1FF5" w:rsidRPr="00C9454D">
        <w:rPr>
          <w:sz w:val="24"/>
          <w:szCs w:val="24"/>
        </w:rPr>
        <w:t xml:space="preserve">de </w:t>
      </w:r>
      <w:r w:rsidRPr="00C9454D">
        <w:rPr>
          <w:sz w:val="24"/>
          <w:szCs w:val="24"/>
        </w:rPr>
        <w:t>replied, her voice sharp. “It will make their fall all the sweeter.”</w:t>
      </w:r>
    </w:p>
    <w:p w14:paraId="1C079014" w14:textId="3C63FEBD" w:rsidR="00553932" w:rsidRPr="00C9454D" w:rsidRDefault="00553932" w:rsidP="00C9454D">
      <w:pPr>
        <w:rPr>
          <w:sz w:val="24"/>
          <w:szCs w:val="24"/>
        </w:rPr>
      </w:pPr>
      <w:r w:rsidRPr="00C9454D">
        <w:rPr>
          <w:sz w:val="24"/>
          <w:szCs w:val="24"/>
        </w:rPr>
        <w:t xml:space="preserve">Esme smirked, raising her goblet. “To the fall of </w:t>
      </w:r>
      <w:r w:rsidR="00522C4D" w:rsidRPr="00C9454D">
        <w:rPr>
          <w:sz w:val="24"/>
          <w:szCs w:val="24"/>
        </w:rPr>
        <w:t>High Haven</w:t>
      </w:r>
      <w:r w:rsidRPr="00C9454D">
        <w:rPr>
          <w:sz w:val="24"/>
          <w:szCs w:val="24"/>
        </w:rPr>
        <w:t>.”</w:t>
      </w:r>
    </w:p>
    <w:p w14:paraId="692F19D1" w14:textId="77777777" w:rsidR="00553932" w:rsidRPr="00C9454D" w:rsidRDefault="00553932" w:rsidP="00C9454D">
      <w:pPr>
        <w:rPr>
          <w:sz w:val="24"/>
          <w:szCs w:val="24"/>
        </w:rPr>
      </w:pPr>
      <w:r w:rsidRPr="00C9454D">
        <w:rPr>
          <w:sz w:val="24"/>
          <w:szCs w:val="24"/>
        </w:rPr>
        <w:t>The Deveraux were patient, their hatred simmering just beneath the surface. They would wait for the perfect moment to strike.</w:t>
      </w:r>
    </w:p>
    <w:p w14:paraId="4EFE5CDD" w14:textId="77777777" w:rsidR="00553932" w:rsidRPr="00C9454D" w:rsidRDefault="00553932" w:rsidP="00C9454D">
      <w:pPr>
        <w:rPr>
          <w:sz w:val="24"/>
          <w:szCs w:val="24"/>
        </w:rPr>
      </w:pPr>
    </w:p>
    <w:p w14:paraId="0F3D6062" w14:textId="77777777" w:rsidR="00553932" w:rsidRPr="00C9454D" w:rsidRDefault="00553932" w:rsidP="00C9454D">
      <w:pPr>
        <w:pStyle w:val="Heading2"/>
        <w:rPr>
          <w:sz w:val="24"/>
          <w:szCs w:val="24"/>
        </w:rPr>
      </w:pPr>
      <w:r w:rsidRPr="00C9454D">
        <w:rPr>
          <w:sz w:val="24"/>
          <w:szCs w:val="24"/>
        </w:rPr>
        <w:t>A Family United</w:t>
      </w:r>
    </w:p>
    <w:p w14:paraId="135DD2C2" w14:textId="77777777" w:rsidR="00EE567E" w:rsidRPr="00C9454D" w:rsidRDefault="00EE567E" w:rsidP="00C9454D">
      <w:pPr>
        <w:rPr>
          <w:sz w:val="24"/>
          <w:szCs w:val="24"/>
        </w:rPr>
      </w:pPr>
    </w:p>
    <w:p w14:paraId="40A737C3" w14:textId="77777777" w:rsidR="00553932" w:rsidRPr="00C9454D" w:rsidRDefault="00553932" w:rsidP="00C9454D">
      <w:pPr>
        <w:rPr>
          <w:sz w:val="24"/>
          <w:szCs w:val="24"/>
        </w:rPr>
      </w:pPr>
      <w:r w:rsidRPr="00C9454D">
        <w:rPr>
          <w:sz w:val="24"/>
          <w:szCs w:val="24"/>
        </w:rPr>
        <w:t>For now, Abilene and Guy remained blissfully unaware of the storm brewing in the background. Their focus was on their son, their work, and the community they had built.</w:t>
      </w:r>
    </w:p>
    <w:p w14:paraId="6A131B77" w14:textId="77777777" w:rsidR="00553932" w:rsidRPr="00C9454D" w:rsidRDefault="00553932" w:rsidP="00C9454D">
      <w:pPr>
        <w:rPr>
          <w:sz w:val="24"/>
          <w:szCs w:val="24"/>
        </w:rPr>
      </w:pPr>
      <w:r w:rsidRPr="00C9454D">
        <w:rPr>
          <w:sz w:val="24"/>
          <w:szCs w:val="24"/>
        </w:rPr>
        <w:t>One evening, as the sun dipped below the horizon, the three of them sat together on the terrace, watching the stars come out. John Marshall was nestled between them, his small hand gripping Guy’s finger as he yawned.</w:t>
      </w:r>
    </w:p>
    <w:p w14:paraId="7A118615" w14:textId="77777777" w:rsidR="00553932" w:rsidRPr="00C9454D" w:rsidRDefault="00553932" w:rsidP="00C9454D">
      <w:pPr>
        <w:rPr>
          <w:sz w:val="24"/>
          <w:szCs w:val="24"/>
        </w:rPr>
      </w:pPr>
      <w:r w:rsidRPr="00C9454D">
        <w:rPr>
          <w:sz w:val="24"/>
          <w:szCs w:val="24"/>
        </w:rPr>
        <w:t>“Look, Mama,” he said sleepily, pointing to the sky. “The stars are dancing.”</w:t>
      </w:r>
    </w:p>
    <w:p w14:paraId="0D51DC60" w14:textId="77777777" w:rsidR="00553932" w:rsidRPr="00C9454D" w:rsidRDefault="00553932" w:rsidP="00C9454D">
      <w:pPr>
        <w:rPr>
          <w:sz w:val="24"/>
          <w:szCs w:val="24"/>
        </w:rPr>
      </w:pPr>
      <w:r w:rsidRPr="00C9454D">
        <w:rPr>
          <w:sz w:val="24"/>
          <w:szCs w:val="24"/>
        </w:rPr>
        <w:t>Abilene smiled, brushing a curl from his forehead. “They’re dancing just for you, my love.”</w:t>
      </w:r>
    </w:p>
    <w:p w14:paraId="18801563" w14:textId="77777777" w:rsidR="00553932" w:rsidRPr="00C9454D" w:rsidRDefault="00553932" w:rsidP="00C9454D">
      <w:pPr>
        <w:rPr>
          <w:sz w:val="24"/>
          <w:szCs w:val="24"/>
        </w:rPr>
      </w:pPr>
      <w:r w:rsidRPr="00C9454D">
        <w:rPr>
          <w:sz w:val="24"/>
          <w:szCs w:val="24"/>
        </w:rPr>
        <w:t>As Guy wrapped an arm around her, pulling her close, Abilene felt a profound sense of peace. Whatever challenges lay ahead, they would face them together—as a family.</w:t>
      </w:r>
    </w:p>
    <w:p w14:paraId="04C12786" w14:textId="5426EFDC" w:rsidR="00553932" w:rsidRPr="00C9454D" w:rsidRDefault="00553932" w:rsidP="00C9454D">
      <w:pPr>
        <w:rPr>
          <w:sz w:val="24"/>
          <w:szCs w:val="24"/>
        </w:rPr>
      </w:pPr>
      <w:r w:rsidRPr="00C9454D">
        <w:rPr>
          <w:sz w:val="24"/>
          <w:szCs w:val="24"/>
        </w:rPr>
        <w:t xml:space="preserve">And in that moment, under the vast expanse of the night sky, </w:t>
      </w:r>
      <w:r w:rsidR="00522C4D" w:rsidRPr="00C9454D">
        <w:rPr>
          <w:sz w:val="24"/>
          <w:szCs w:val="24"/>
        </w:rPr>
        <w:t>High Haven</w:t>
      </w:r>
      <w:r w:rsidRPr="00C9454D">
        <w:rPr>
          <w:sz w:val="24"/>
          <w:szCs w:val="24"/>
        </w:rPr>
        <w:t xml:space="preserve"> felt unshakable.</w:t>
      </w:r>
    </w:p>
    <w:p w14:paraId="77EAD4C9" w14:textId="77777777" w:rsidR="00BD0505" w:rsidRPr="00C9454D" w:rsidRDefault="00BD0505" w:rsidP="00C9454D">
      <w:pPr>
        <w:rPr>
          <w:sz w:val="24"/>
          <w:szCs w:val="24"/>
        </w:rPr>
      </w:pPr>
    </w:p>
    <w:p w14:paraId="39F9FF48" w14:textId="4ACB3FA8" w:rsidR="002B65F8" w:rsidRPr="00C9454D" w:rsidRDefault="002B65F8" w:rsidP="00C9454D">
      <w:pPr>
        <w:rPr>
          <w:sz w:val="24"/>
          <w:szCs w:val="24"/>
        </w:rPr>
      </w:pPr>
      <w:r w:rsidRPr="00C9454D">
        <w:rPr>
          <w:sz w:val="24"/>
          <w:szCs w:val="24"/>
        </w:rPr>
        <w:br w:type="page"/>
      </w:r>
    </w:p>
    <w:p w14:paraId="525FC149" w14:textId="77777777" w:rsidR="00CA4544" w:rsidRPr="00C9454D" w:rsidRDefault="00DE096B" w:rsidP="00C9454D">
      <w:pPr>
        <w:pStyle w:val="Heading2"/>
        <w:rPr>
          <w:sz w:val="24"/>
          <w:szCs w:val="24"/>
        </w:rPr>
      </w:pPr>
      <w:r w:rsidRPr="00C9454D">
        <w:rPr>
          <w:sz w:val="24"/>
          <w:szCs w:val="24"/>
        </w:rPr>
        <w:t>The Noblewoman’s Claim</w:t>
      </w:r>
      <w:r w:rsidR="00CA4544" w:rsidRPr="00C9454D">
        <w:rPr>
          <w:sz w:val="24"/>
          <w:szCs w:val="24"/>
        </w:rPr>
        <w:t xml:space="preserve"> </w:t>
      </w:r>
    </w:p>
    <w:p w14:paraId="4A11798D" w14:textId="4BD8AC88" w:rsidR="00DE096B" w:rsidRPr="00C9454D" w:rsidRDefault="00CA4544" w:rsidP="00C9454D">
      <w:pPr>
        <w:pStyle w:val="Heading2"/>
        <w:rPr>
          <w:sz w:val="24"/>
          <w:szCs w:val="24"/>
        </w:rPr>
      </w:pPr>
      <w:r w:rsidRPr="00C9454D">
        <w:rPr>
          <w:sz w:val="24"/>
          <w:szCs w:val="24"/>
        </w:rPr>
        <w:t>1207</w:t>
      </w:r>
    </w:p>
    <w:p w14:paraId="46FCAF97" w14:textId="77777777" w:rsidR="00EE567E" w:rsidRPr="00C9454D" w:rsidRDefault="00EE567E" w:rsidP="00C9454D">
      <w:pPr>
        <w:rPr>
          <w:sz w:val="24"/>
          <w:szCs w:val="24"/>
        </w:rPr>
      </w:pPr>
    </w:p>
    <w:p w14:paraId="1B70EE6A" w14:textId="6DF5AF2D" w:rsidR="00DE096B" w:rsidRPr="00C9454D" w:rsidRDefault="00DE096B" w:rsidP="00C9454D">
      <w:pPr>
        <w:rPr>
          <w:sz w:val="24"/>
          <w:szCs w:val="24"/>
        </w:rPr>
      </w:pPr>
      <w:r w:rsidRPr="00C9454D">
        <w:rPr>
          <w:sz w:val="24"/>
          <w:szCs w:val="24"/>
        </w:rPr>
        <w:t xml:space="preserve">The afternoon sun streamed through the high windows of </w:t>
      </w:r>
      <w:r w:rsidR="00522C4D" w:rsidRPr="00C9454D">
        <w:rPr>
          <w:sz w:val="24"/>
          <w:szCs w:val="24"/>
        </w:rPr>
        <w:t>High Haven</w:t>
      </w:r>
      <w:r w:rsidRPr="00C9454D">
        <w:rPr>
          <w:sz w:val="24"/>
          <w:szCs w:val="24"/>
        </w:rPr>
        <w:t>’s great hall as Abilene stood near the hearth, going over the latest plans for the quarry expansion. Guy sat at the table nearby, John Marshall on his lap, the boy tracing his small fingers over the intricate lines of a map.</w:t>
      </w:r>
    </w:p>
    <w:p w14:paraId="56772A54" w14:textId="77777777" w:rsidR="00DE096B" w:rsidRPr="00C9454D" w:rsidRDefault="00DE096B" w:rsidP="00C9454D">
      <w:pPr>
        <w:rPr>
          <w:sz w:val="24"/>
          <w:szCs w:val="24"/>
        </w:rPr>
      </w:pPr>
      <w:r w:rsidRPr="00C9454D">
        <w:rPr>
          <w:sz w:val="24"/>
          <w:szCs w:val="24"/>
        </w:rPr>
        <w:t>“You’re going to be a fine steward one day,” Guy said, ruffling the boy’s curls.</w:t>
      </w:r>
    </w:p>
    <w:p w14:paraId="349FBFD8" w14:textId="77777777" w:rsidR="00DE096B" w:rsidRPr="00C9454D" w:rsidRDefault="00DE096B" w:rsidP="00C9454D">
      <w:pPr>
        <w:rPr>
          <w:sz w:val="24"/>
          <w:szCs w:val="24"/>
        </w:rPr>
      </w:pPr>
      <w:r w:rsidRPr="00C9454D">
        <w:rPr>
          <w:sz w:val="24"/>
          <w:szCs w:val="24"/>
        </w:rPr>
        <w:t>John giggled, but his reply was cut off by the sound of hooves echoing in the courtyard. Abilene looked up, her brow furrowing. Visitors weren’t uncommon, but something about the urgent rhythm of the horses unsettled her.</w:t>
      </w:r>
    </w:p>
    <w:p w14:paraId="6F8F8773" w14:textId="3AA4EE7D" w:rsidR="00DE096B" w:rsidRPr="00C9454D" w:rsidRDefault="00DE096B" w:rsidP="00C9454D">
      <w:pPr>
        <w:rPr>
          <w:sz w:val="24"/>
          <w:szCs w:val="24"/>
        </w:rPr>
      </w:pPr>
      <w:r w:rsidRPr="00C9454D">
        <w:rPr>
          <w:sz w:val="24"/>
          <w:szCs w:val="24"/>
        </w:rPr>
        <w:t xml:space="preserve">Moments later, the steward appeared in the doorway, his face pale. “Lady Abilene, Sir Guy,” he said, his voice tense. “You have a visitor… Lady </w:t>
      </w:r>
      <w:proofErr w:type="spellStart"/>
      <w:r w:rsidRPr="00C9454D">
        <w:rPr>
          <w:sz w:val="24"/>
          <w:szCs w:val="24"/>
        </w:rPr>
        <w:t>Evelyne</w:t>
      </w:r>
      <w:proofErr w:type="spellEnd"/>
      <w:r w:rsidRPr="00C9454D">
        <w:rPr>
          <w:sz w:val="24"/>
          <w:szCs w:val="24"/>
        </w:rPr>
        <w:t xml:space="preserve"> </w:t>
      </w:r>
      <w:r w:rsidR="00DD1FF5" w:rsidRPr="00C9454D">
        <w:rPr>
          <w:sz w:val="24"/>
          <w:szCs w:val="24"/>
        </w:rPr>
        <w:t xml:space="preserve">de </w:t>
      </w:r>
      <w:r w:rsidRPr="00C9454D">
        <w:rPr>
          <w:sz w:val="24"/>
          <w:szCs w:val="24"/>
        </w:rPr>
        <w:t>Brae.”</w:t>
      </w:r>
    </w:p>
    <w:p w14:paraId="704C39A4" w14:textId="0455E548" w:rsidR="00DE096B" w:rsidRPr="00C9454D" w:rsidRDefault="00DE096B" w:rsidP="00C9454D">
      <w:pPr>
        <w:rPr>
          <w:sz w:val="24"/>
          <w:szCs w:val="24"/>
        </w:rPr>
      </w:pPr>
      <w:r w:rsidRPr="00C9454D">
        <w:rPr>
          <w:sz w:val="24"/>
          <w:szCs w:val="24"/>
        </w:rPr>
        <w:t>Guy’s expression darkened at the name. “</w:t>
      </w:r>
      <w:proofErr w:type="spellStart"/>
      <w:r w:rsidRPr="00C9454D">
        <w:rPr>
          <w:sz w:val="24"/>
          <w:szCs w:val="24"/>
        </w:rPr>
        <w:t>Evelyne</w:t>
      </w:r>
      <w:proofErr w:type="spellEnd"/>
      <w:r w:rsidRPr="00C9454D">
        <w:rPr>
          <w:sz w:val="24"/>
          <w:szCs w:val="24"/>
        </w:rPr>
        <w:t xml:space="preserve"> </w:t>
      </w:r>
      <w:r w:rsidR="00DD1FF5" w:rsidRPr="00C9454D">
        <w:rPr>
          <w:sz w:val="24"/>
          <w:szCs w:val="24"/>
        </w:rPr>
        <w:t xml:space="preserve">de </w:t>
      </w:r>
      <w:r w:rsidRPr="00C9454D">
        <w:rPr>
          <w:sz w:val="24"/>
          <w:szCs w:val="24"/>
        </w:rPr>
        <w:t>Brae? What could she possibly want?”</w:t>
      </w:r>
    </w:p>
    <w:p w14:paraId="374C33F4" w14:textId="26B875B3" w:rsidR="00DE096B" w:rsidRPr="00C9454D" w:rsidRDefault="00DE096B" w:rsidP="00C9454D">
      <w:pPr>
        <w:rPr>
          <w:sz w:val="24"/>
          <w:szCs w:val="24"/>
        </w:rPr>
      </w:pPr>
      <w:r w:rsidRPr="00C9454D">
        <w:rPr>
          <w:sz w:val="24"/>
          <w:szCs w:val="24"/>
        </w:rPr>
        <w:t xml:space="preserve">Abilene exchanged a glance with him, sensing the tension in his voice. Lady </w:t>
      </w:r>
      <w:proofErr w:type="spellStart"/>
      <w:r w:rsidRPr="00C9454D">
        <w:rPr>
          <w:sz w:val="24"/>
          <w:szCs w:val="24"/>
        </w:rPr>
        <w:t>Evelyne</w:t>
      </w:r>
      <w:proofErr w:type="spellEnd"/>
      <w:r w:rsidRPr="00C9454D">
        <w:rPr>
          <w:sz w:val="24"/>
          <w:szCs w:val="24"/>
        </w:rPr>
        <w:t xml:space="preserve"> was a powerful noblewoman, known for her cunning and her vast network of influence. Whatever brought her to </w:t>
      </w:r>
      <w:r w:rsidR="00522C4D" w:rsidRPr="00C9454D">
        <w:rPr>
          <w:sz w:val="24"/>
          <w:szCs w:val="24"/>
        </w:rPr>
        <w:t>High Haven</w:t>
      </w:r>
      <w:r w:rsidRPr="00C9454D">
        <w:rPr>
          <w:sz w:val="24"/>
          <w:szCs w:val="24"/>
        </w:rPr>
        <w:t>, it was unlikely to be good.</w:t>
      </w:r>
    </w:p>
    <w:p w14:paraId="0171D65C" w14:textId="77777777" w:rsidR="00DE096B" w:rsidRPr="00C9454D" w:rsidRDefault="00FE197F" w:rsidP="00C9454D">
      <w:pPr>
        <w:rPr>
          <w:sz w:val="24"/>
          <w:szCs w:val="24"/>
        </w:rPr>
      </w:pPr>
      <w:r>
        <w:rPr>
          <w:noProof/>
          <w:sz w:val="24"/>
          <w:szCs w:val="24"/>
        </w:rPr>
      </w:r>
      <w:r w:rsidR="00FE197F">
        <w:rPr>
          <w:noProof/>
          <w:sz w:val="24"/>
          <w:szCs w:val="24"/>
        </w:rPr>
        <w:pict w14:anchorId="16640D44">
          <v:rect id="_x0000_i1093" style="width:0;height:1.5pt" o:hralign="center" o:hrstd="t" o:hr="t" fillcolor="#a0a0a0" stroked="f"/>
        </w:pict>
      </w:r>
    </w:p>
    <w:p w14:paraId="07393C2D" w14:textId="77777777" w:rsidR="00DE096B" w:rsidRPr="00C9454D" w:rsidRDefault="00DE096B" w:rsidP="00C9454D">
      <w:pPr>
        <w:pStyle w:val="Heading2"/>
        <w:rPr>
          <w:sz w:val="24"/>
          <w:szCs w:val="24"/>
        </w:rPr>
      </w:pPr>
      <w:r w:rsidRPr="00C9454D">
        <w:rPr>
          <w:sz w:val="24"/>
          <w:szCs w:val="24"/>
        </w:rPr>
        <w:t xml:space="preserve">The Arrival of Lady </w:t>
      </w:r>
      <w:proofErr w:type="spellStart"/>
      <w:r w:rsidRPr="00C9454D">
        <w:rPr>
          <w:sz w:val="24"/>
          <w:szCs w:val="24"/>
        </w:rPr>
        <w:t>Evelyne</w:t>
      </w:r>
      <w:proofErr w:type="spellEnd"/>
    </w:p>
    <w:p w14:paraId="76AD2DD6" w14:textId="77777777" w:rsidR="00EE567E" w:rsidRPr="00C9454D" w:rsidRDefault="00EE567E" w:rsidP="00C9454D">
      <w:pPr>
        <w:rPr>
          <w:sz w:val="24"/>
          <w:szCs w:val="24"/>
        </w:rPr>
      </w:pPr>
    </w:p>
    <w:p w14:paraId="39C63908" w14:textId="77777777" w:rsidR="00DE096B" w:rsidRPr="00C9454D" w:rsidRDefault="00DE096B" w:rsidP="00C9454D">
      <w:pPr>
        <w:rPr>
          <w:sz w:val="24"/>
          <w:szCs w:val="24"/>
        </w:rPr>
      </w:pPr>
      <w:r w:rsidRPr="00C9454D">
        <w:rPr>
          <w:sz w:val="24"/>
          <w:szCs w:val="24"/>
        </w:rPr>
        <w:t xml:space="preserve">Lady </w:t>
      </w:r>
      <w:proofErr w:type="spellStart"/>
      <w:r w:rsidRPr="00C9454D">
        <w:rPr>
          <w:sz w:val="24"/>
          <w:szCs w:val="24"/>
        </w:rPr>
        <w:t>Evelyne</w:t>
      </w:r>
      <w:proofErr w:type="spellEnd"/>
      <w:r w:rsidRPr="00C9454D">
        <w:rPr>
          <w:sz w:val="24"/>
          <w:szCs w:val="24"/>
        </w:rPr>
        <w:t xml:space="preserve"> swept into the hall with an air of authority, her emerald-green gown rustling as she walked. Her sharp features were framed by perfectly coiffed hair, and her piercing eyes took in every detail of the room with calculated precision.</w:t>
      </w:r>
    </w:p>
    <w:p w14:paraId="0486AD1B" w14:textId="77777777" w:rsidR="00DE096B" w:rsidRPr="00C9454D" w:rsidRDefault="00DE096B" w:rsidP="00C9454D">
      <w:pPr>
        <w:rPr>
          <w:sz w:val="24"/>
          <w:szCs w:val="24"/>
        </w:rPr>
      </w:pPr>
      <w:r w:rsidRPr="00C9454D">
        <w:rPr>
          <w:sz w:val="24"/>
          <w:szCs w:val="24"/>
        </w:rPr>
        <w:t xml:space="preserve">“Lady Abilene,” </w:t>
      </w:r>
      <w:proofErr w:type="spellStart"/>
      <w:r w:rsidRPr="00C9454D">
        <w:rPr>
          <w:sz w:val="24"/>
          <w:szCs w:val="24"/>
        </w:rPr>
        <w:t>Evelyne</w:t>
      </w:r>
      <w:proofErr w:type="spellEnd"/>
      <w:r w:rsidRPr="00C9454D">
        <w:rPr>
          <w:sz w:val="24"/>
          <w:szCs w:val="24"/>
        </w:rPr>
        <w:t xml:space="preserve"> said, her tone smooth but with an edge of steel. “Sir Guy. A pleasure.”</w:t>
      </w:r>
    </w:p>
    <w:p w14:paraId="3DABA1A7" w14:textId="37D3C32E" w:rsidR="00DE096B" w:rsidRPr="00C9454D" w:rsidRDefault="00DE096B" w:rsidP="00C9454D">
      <w:pPr>
        <w:rPr>
          <w:sz w:val="24"/>
          <w:szCs w:val="24"/>
        </w:rPr>
      </w:pPr>
      <w:r w:rsidRPr="00C9454D">
        <w:rPr>
          <w:sz w:val="24"/>
          <w:szCs w:val="24"/>
        </w:rPr>
        <w:t xml:space="preserve">Abilene stepped forward, her posture calm but firm. “Lady </w:t>
      </w:r>
      <w:proofErr w:type="spellStart"/>
      <w:r w:rsidRPr="00C9454D">
        <w:rPr>
          <w:sz w:val="24"/>
          <w:szCs w:val="24"/>
        </w:rPr>
        <w:t>Evelyne</w:t>
      </w:r>
      <w:proofErr w:type="spellEnd"/>
      <w:r w:rsidRPr="00C9454D">
        <w:rPr>
          <w:sz w:val="24"/>
          <w:szCs w:val="24"/>
        </w:rPr>
        <w:t xml:space="preserve">. What brings you to </w:t>
      </w:r>
      <w:r w:rsidR="00522C4D" w:rsidRPr="00C9454D">
        <w:rPr>
          <w:sz w:val="24"/>
          <w:szCs w:val="24"/>
        </w:rPr>
        <w:t>High Haven</w:t>
      </w:r>
      <w:r w:rsidRPr="00C9454D">
        <w:rPr>
          <w:sz w:val="24"/>
          <w:szCs w:val="24"/>
        </w:rPr>
        <w:t>?”</w:t>
      </w:r>
    </w:p>
    <w:p w14:paraId="7C654A06" w14:textId="77777777" w:rsidR="00DE096B" w:rsidRPr="00C9454D" w:rsidRDefault="00DE096B" w:rsidP="00C9454D">
      <w:pPr>
        <w:rPr>
          <w:sz w:val="24"/>
          <w:szCs w:val="24"/>
        </w:rPr>
      </w:pPr>
      <w:proofErr w:type="spellStart"/>
      <w:r w:rsidRPr="00C9454D">
        <w:rPr>
          <w:sz w:val="24"/>
          <w:szCs w:val="24"/>
        </w:rPr>
        <w:t>Evelyne’s</w:t>
      </w:r>
      <w:proofErr w:type="spellEnd"/>
      <w:r w:rsidRPr="00C9454D">
        <w:rPr>
          <w:sz w:val="24"/>
          <w:szCs w:val="24"/>
        </w:rPr>
        <w:t xml:space="preserve"> gaze flicked briefly to John Marshall, who had slid off Guy’s lap and was now clinging to his father’s leg. Her lips curled into a thin smile.</w:t>
      </w:r>
    </w:p>
    <w:p w14:paraId="54D5B786" w14:textId="77777777" w:rsidR="00DE096B" w:rsidRPr="00C9454D" w:rsidRDefault="00DE096B" w:rsidP="00C9454D">
      <w:pPr>
        <w:rPr>
          <w:sz w:val="24"/>
          <w:szCs w:val="24"/>
        </w:rPr>
      </w:pPr>
      <w:r w:rsidRPr="00C9454D">
        <w:rPr>
          <w:sz w:val="24"/>
          <w:szCs w:val="24"/>
        </w:rPr>
        <w:t xml:space="preserve">“I come bearing delicate news,” </w:t>
      </w:r>
      <w:proofErr w:type="spellStart"/>
      <w:r w:rsidRPr="00C9454D">
        <w:rPr>
          <w:sz w:val="24"/>
          <w:szCs w:val="24"/>
        </w:rPr>
        <w:t>Evelyne</w:t>
      </w:r>
      <w:proofErr w:type="spellEnd"/>
      <w:r w:rsidRPr="00C9454D">
        <w:rPr>
          <w:sz w:val="24"/>
          <w:szCs w:val="24"/>
        </w:rPr>
        <w:t xml:space="preserve"> said, turning her attention back to Abilene. “Concerning the boy.”</w:t>
      </w:r>
    </w:p>
    <w:p w14:paraId="25EE6686" w14:textId="77777777" w:rsidR="00DE096B" w:rsidRPr="00C9454D" w:rsidRDefault="00DE096B" w:rsidP="00C9454D">
      <w:pPr>
        <w:rPr>
          <w:sz w:val="24"/>
          <w:szCs w:val="24"/>
        </w:rPr>
      </w:pPr>
      <w:r w:rsidRPr="00C9454D">
        <w:rPr>
          <w:sz w:val="24"/>
          <w:szCs w:val="24"/>
        </w:rPr>
        <w:t>Abilene stiffened, her heart skipping a beat. “John Marshall?”</w:t>
      </w:r>
    </w:p>
    <w:p w14:paraId="45DFEA29" w14:textId="77777777" w:rsidR="00DE096B" w:rsidRPr="00C9454D" w:rsidRDefault="00DE096B" w:rsidP="00C9454D">
      <w:pPr>
        <w:rPr>
          <w:sz w:val="24"/>
          <w:szCs w:val="24"/>
        </w:rPr>
      </w:pPr>
      <w:r w:rsidRPr="00C9454D">
        <w:rPr>
          <w:sz w:val="24"/>
          <w:szCs w:val="24"/>
        </w:rPr>
        <w:t xml:space="preserve">“Yes,” </w:t>
      </w:r>
      <w:proofErr w:type="spellStart"/>
      <w:r w:rsidRPr="00C9454D">
        <w:rPr>
          <w:sz w:val="24"/>
          <w:szCs w:val="24"/>
        </w:rPr>
        <w:t>Evelyne</w:t>
      </w:r>
      <w:proofErr w:type="spellEnd"/>
      <w:r w:rsidRPr="00C9454D">
        <w:rPr>
          <w:sz w:val="24"/>
          <w:szCs w:val="24"/>
        </w:rPr>
        <w:t xml:space="preserve"> said, her voice low. “I have come across… evidence that he is not an orphan as you believe. That he has a family. A noble family.”</w:t>
      </w:r>
    </w:p>
    <w:p w14:paraId="3A270BAC" w14:textId="77777777" w:rsidR="00DE096B" w:rsidRPr="00C9454D" w:rsidRDefault="00FE197F" w:rsidP="00C9454D">
      <w:pPr>
        <w:rPr>
          <w:sz w:val="24"/>
          <w:szCs w:val="24"/>
        </w:rPr>
      </w:pPr>
      <w:r>
        <w:rPr>
          <w:noProof/>
          <w:sz w:val="24"/>
          <w:szCs w:val="24"/>
        </w:rPr>
      </w:r>
      <w:r w:rsidR="00FE197F">
        <w:rPr>
          <w:noProof/>
          <w:sz w:val="24"/>
          <w:szCs w:val="24"/>
        </w:rPr>
        <w:pict w14:anchorId="175DA127">
          <v:rect id="_x0000_i1094" style="width:0;height:1.5pt" o:hralign="center" o:hrstd="t" o:hr="t" fillcolor="#a0a0a0" stroked="f"/>
        </w:pict>
      </w:r>
    </w:p>
    <w:p w14:paraId="06F7AB17" w14:textId="77777777" w:rsidR="00DE096B" w:rsidRPr="00C9454D" w:rsidRDefault="00DE096B" w:rsidP="00C9454D">
      <w:pPr>
        <w:pStyle w:val="Heading2"/>
        <w:rPr>
          <w:sz w:val="24"/>
          <w:szCs w:val="24"/>
        </w:rPr>
      </w:pPr>
      <w:r w:rsidRPr="00C9454D">
        <w:rPr>
          <w:sz w:val="24"/>
          <w:szCs w:val="24"/>
        </w:rPr>
        <w:t>The Allegation</w:t>
      </w:r>
    </w:p>
    <w:p w14:paraId="59A43F6E" w14:textId="77777777" w:rsidR="00EE567E" w:rsidRPr="00C9454D" w:rsidRDefault="00EE567E" w:rsidP="00C9454D">
      <w:pPr>
        <w:rPr>
          <w:sz w:val="24"/>
          <w:szCs w:val="24"/>
        </w:rPr>
      </w:pPr>
    </w:p>
    <w:p w14:paraId="666B5085" w14:textId="77777777" w:rsidR="00DE096B" w:rsidRPr="00C9454D" w:rsidRDefault="00DE096B" w:rsidP="00C9454D">
      <w:pPr>
        <w:rPr>
          <w:sz w:val="24"/>
          <w:szCs w:val="24"/>
        </w:rPr>
      </w:pPr>
      <w:r w:rsidRPr="00C9454D">
        <w:rPr>
          <w:sz w:val="24"/>
          <w:szCs w:val="24"/>
        </w:rPr>
        <w:t xml:space="preserve">The hall fell silent, the weight of </w:t>
      </w:r>
      <w:proofErr w:type="spellStart"/>
      <w:r w:rsidRPr="00C9454D">
        <w:rPr>
          <w:sz w:val="24"/>
          <w:szCs w:val="24"/>
        </w:rPr>
        <w:t>Evelyne’s</w:t>
      </w:r>
      <w:proofErr w:type="spellEnd"/>
      <w:r w:rsidRPr="00C9454D">
        <w:rPr>
          <w:sz w:val="24"/>
          <w:szCs w:val="24"/>
        </w:rPr>
        <w:t xml:space="preserve"> words hanging heavy in the air.</w:t>
      </w:r>
    </w:p>
    <w:p w14:paraId="3DFCDCE0" w14:textId="77777777" w:rsidR="00DE096B" w:rsidRPr="00C9454D" w:rsidRDefault="00DE096B" w:rsidP="00C9454D">
      <w:pPr>
        <w:rPr>
          <w:sz w:val="24"/>
          <w:szCs w:val="24"/>
        </w:rPr>
      </w:pPr>
      <w:r w:rsidRPr="00C9454D">
        <w:rPr>
          <w:sz w:val="24"/>
          <w:szCs w:val="24"/>
        </w:rPr>
        <w:t>Guy rose to his feet, his hand instinctively resting on John’s shoulder. “What proof do you have?” he demanded, his voice tight with controlled anger.</w:t>
      </w:r>
    </w:p>
    <w:p w14:paraId="28B2600F" w14:textId="77777777" w:rsidR="00DE096B" w:rsidRPr="00C9454D" w:rsidRDefault="00DE096B" w:rsidP="00C9454D">
      <w:pPr>
        <w:rPr>
          <w:sz w:val="24"/>
          <w:szCs w:val="24"/>
        </w:rPr>
      </w:pPr>
      <w:proofErr w:type="spellStart"/>
      <w:r w:rsidRPr="00C9454D">
        <w:rPr>
          <w:sz w:val="24"/>
          <w:szCs w:val="24"/>
        </w:rPr>
        <w:t>Evelyne</w:t>
      </w:r>
      <w:proofErr w:type="spellEnd"/>
      <w:r w:rsidRPr="00C9454D">
        <w:rPr>
          <w:sz w:val="24"/>
          <w:szCs w:val="24"/>
        </w:rPr>
        <w:t xml:space="preserve"> reached into the folds of her gown and withdrew a piece of parchment. “This,” she said, holding it out.</w:t>
      </w:r>
    </w:p>
    <w:p w14:paraId="5E1BDB64" w14:textId="5416240D" w:rsidR="00DE096B" w:rsidRPr="00C9454D" w:rsidRDefault="00DE096B" w:rsidP="00C9454D">
      <w:pPr>
        <w:rPr>
          <w:sz w:val="24"/>
          <w:szCs w:val="24"/>
        </w:rPr>
      </w:pPr>
      <w:r w:rsidRPr="00C9454D">
        <w:rPr>
          <w:sz w:val="24"/>
          <w:szCs w:val="24"/>
        </w:rPr>
        <w:t>Abilene stepped forward to take it, her hands trembling slightly. The document was old, the ink faded but legible. It appeared to be a letter, written by a woman who claimed to be John Marshall’s aunt. The words spoke of a massacre, a missing child, and a pendant.</w:t>
      </w:r>
    </w:p>
    <w:p w14:paraId="6DBC7127" w14:textId="77777777" w:rsidR="00DE096B" w:rsidRPr="00C9454D" w:rsidRDefault="00DE096B" w:rsidP="00C9454D">
      <w:pPr>
        <w:rPr>
          <w:sz w:val="24"/>
          <w:szCs w:val="24"/>
        </w:rPr>
      </w:pPr>
      <w:r w:rsidRPr="00C9454D">
        <w:rPr>
          <w:sz w:val="24"/>
          <w:szCs w:val="24"/>
        </w:rPr>
        <w:t>Abilene’s heart sank as she read the description of the pendant—exactly like the one that had hung around John’s neck when they found him.</w:t>
      </w:r>
    </w:p>
    <w:p w14:paraId="714DDF99" w14:textId="77777777" w:rsidR="00DE096B" w:rsidRPr="00C9454D" w:rsidRDefault="00DE096B" w:rsidP="00C9454D">
      <w:pPr>
        <w:rPr>
          <w:sz w:val="24"/>
          <w:szCs w:val="24"/>
        </w:rPr>
      </w:pPr>
      <w:r w:rsidRPr="00C9454D">
        <w:rPr>
          <w:sz w:val="24"/>
          <w:szCs w:val="24"/>
        </w:rPr>
        <w:t>“This proves nothing,” Guy said, his voice low and dangerous. “Anyone could fabricate such a story.”</w:t>
      </w:r>
    </w:p>
    <w:p w14:paraId="5387E94A" w14:textId="77777777" w:rsidR="00DE096B" w:rsidRPr="00C9454D" w:rsidRDefault="00DE096B" w:rsidP="00C9454D">
      <w:pPr>
        <w:rPr>
          <w:sz w:val="24"/>
          <w:szCs w:val="24"/>
        </w:rPr>
      </w:pPr>
      <w:proofErr w:type="spellStart"/>
      <w:r w:rsidRPr="00C9454D">
        <w:rPr>
          <w:sz w:val="24"/>
          <w:szCs w:val="24"/>
        </w:rPr>
        <w:t>Evelyne’s</w:t>
      </w:r>
      <w:proofErr w:type="spellEnd"/>
      <w:r w:rsidRPr="00C9454D">
        <w:rPr>
          <w:sz w:val="24"/>
          <w:szCs w:val="24"/>
        </w:rPr>
        <w:t xml:space="preserve"> smile didn’t waver. “Perhaps. But the family I speak of is prepared to pursue the matter. They are wealthy, influential, and determined to reclaim the child.”</w:t>
      </w:r>
    </w:p>
    <w:p w14:paraId="200DADB3" w14:textId="1DE255D3" w:rsidR="00DE096B" w:rsidRPr="00C9454D" w:rsidRDefault="00DE096B" w:rsidP="00C9454D">
      <w:pPr>
        <w:rPr>
          <w:sz w:val="24"/>
          <w:szCs w:val="24"/>
        </w:rPr>
      </w:pPr>
      <w:r w:rsidRPr="00C9454D">
        <w:rPr>
          <w:sz w:val="24"/>
          <w:szCs w:val="24"/>
        </w:rPr>
        <w:t>Abilene’s chest tightened, her gaze shifting to John Marshall. He was too young to understand the gravity of what was being said, but his wi</w:t>
      </w:r>
      <w:r w:rsidR="00DD1FF5" w:rsidRPr="00C9454D">
        <w:rPr>
          <w:sz w:val="24"/>
          <w:szCs w:val="24"/>
        </w:rPr>
        <w:t xml:space="preserve">de </w:t>
      </w:r>
      <w:r w:rsidRPr="00C9454D">
        <w:rPr>
          <w:sz w:val="24"/>
          <w:szCs w:val="24"/>
        </w:rPr>
        <w:t>eyes darted nervously between the adults.</w:t>
      </w:r>
    </w:p>
    <w:p w14:paraId="47CD827F" w14:textId="77777777" w:rsidR="00DE096B" w:rsidRPr="00C9454D" w:rsidRDefault="00DE096B" w:rsidP="00C9454D">
      <w:pPr>
        <w:rPr>
          <w:sz w:val="24"/>
          <w:szCs w:val="24"/>
        </w:rPr>
      </w:pPr>
      <w:r w:rsidRPr="00C9454D">
        <w:rPr>
          <w:sz w:val="24"/>
          <w:szCs w:val="24"/>
        </w:rPr>
        <w:t>“No one will take him from us,” Guy said, his voice like steel. “He is our son.”</w:t>
      </w:r>
    </w:p>
    <w:p w14:paraId="32140D24" w14:textId="77777777" w:rsidR="00DE096B" w:rsidRPr="00C9454D" w:rsidRDefault="00FE197F" w:rsidP="00C9454D">
      <w:pPr>
        <w:rPr>
          <w:sz w:val="24"/>
          <w:szCs w:val="24"/>
        </w:rPr>
      </w:pPr>
      <w:r>
        <w:rPr>
          <w:noProof/>
          <w:sz w:val="24"/>
          <w:szCs w:val="24"/>
        </w:rPr>
      </w:r>
      <w:r w:rsidR="00FE197F">
        <w:rPr>
          <w:noProof/>
          <w:sz w:val="24"/>
          <w:szCs w:val="24"/>
        </w:rPr>
        <w:pict w14:anchorId="7DFC1886">
          <v:rect id="_x0000_i1095" style="width:0;height:1.5pt" o:hralign="center" o:hrstd="t" o:hr="t" fillcolor="#a0a0a0" stroked="f"/>
        </w:pict>
      </w:r>
    </w:p>
    <w:p w14:paraId="4648F119" w14:textId="77777777" w:rsidR="00DE096B" w:rsidRPr="00C9454D" w:rsidRDefault="00DE096B" w:rsidP="00C9454D">
      <w:pPr>
        <w:pStyle w:val="Heading2"/>
        <w:rPr>
          <w:sz w:val="24"/>
          <w:szCs w:val="24"/>
        </w:rPr>
      </w:pPr>
      <w:proofErr w:type="spellStart"/>
      <w:r w:rsidRPr="00C9454D">
        <w:rPr>
          <w:sz w:val="24"/>
          <w:szCs w:val="24"/>
        </w:rPr>
        <w:t>Evelyne’s</w:t>
      </w:r>
      <w:proofErr w:type="spellEnd"/>
      <w:r w:rsidRPr="00C9454D">
        <w:rPr>
          <w:sz w:val="24"/>
          <w:szCs w:val="24"/>
        </w:rPr>
        <w:t xml:space="preserve"> Intentions</w:t>
      </w:r>
    </w:p>
    <w:p w14:paraId="0386B539" w14:textId="77777777" w:rsidR="00EE567E" w:rsidRPr="00C9454D" w:rsidRDefault="00EE567E" w:rsidP="00C9454D">
      <w:pPr>
        <w:rPr>
          <w:sz w:val="24"/>
          <w:szCs w:val="24"/>
        </w:rPr>
      </w:pPr>
    </w:p>
    <w:p w14:paraId="77562FCF" w14:textId="77777777" w:rsidR="00DE096B" w:rsidRPr="00C9454D" w:rsidRDefault="00DE096B" w:rsidP="00C9454D">
      <w:pPr>
        <w:rPr>
          <w:sz w:val="24"/>
          <w:szCs w:val="24"/>
        </w:rPr>
      </w:pPr>
      <w:r w:rsidRPr="00C9454D">
        <w:rPr>
          <w:sz w:val="24"/>
          <w:szCs w:val="24"/>
        </w:rPr>
        <w:t xml:space="preserve">Lady </w:t>
      </w:r>
      <w:proofErr w:type="spellStart"/>
      <w:r w:rsidRPr="00C9454D">
        <w:rPr>
          <w:sz w:val="24"/>
          <w:szCs w:val="24"/>
        </w:rPr>
        <w:t>Evelyne</w:t>
      </w:r>
      <w:proofErr w:type="spellEnd"/>
      <w:r w:rsidRPr="00C9454D">
        <w:rPr>
          <w:sz w:val="24"/>
          <w:szCs w:val="24"/>
        </w:rPr>
        <w:t xml:space="preserve"> raised an eyebrow, clearly enjoying the tension she had caused. “I have no interest in taking the boy,” she said. “But the family I speak of… they are powerful. If you wish to avoid a legal battle, I suggest you consider an arrangement.”</w:t>
      </w:r>
    </w:p>
    <w:p w14:paraId="40750F56" w14:textId="77777777" w:rsidR="00DE096B" w:rsidRPr="00C9454D" w:rsidRDefault="00DE096B" w:rsidP="00C9454D">
      <w:pPr>
        <w:rPr>
          <w:sz w:val="24"/>
          <w:szCs w:val="24"/>
        </w:rPr>
      </w:pPr>
      <w:r w:rsidRPr="00C9454D">
        <w:rPr>
          <w:sz w:val="24"/>
          <w:szCs w:val="24"/>
        </w:rPr>
        <w:t>“What kind of arrangement?” Abilene asked warily.</w:t>
      </w:r>
    </w:p>
    <w:p w14:paraId="65DA28E3" w14:textId="57ABCA7D" w:rsidR="00DE096B" w:rsidRPr="00C9454D" w:rsidRDefault="00DE096B" w:rsidP="00C9454D">
      <w:pPr>
        <w:rPr>
          <w:sz w:val="24"/>
          <w:szCs w:val="24"/>
        </w:rPr>
      </w:pPr>
      <w:proofErr w:type="spellStart"/>
      <w:r w:rsidRPr="00C9454D">
        <w:rPr>
          <w:sz w:val="24"/>
          <w:szCs w:val="24"/>
        </w:rPr>
        <w:t>Evelyne</w:t>
      </w:r>
      <w:proofErr w:type="spellEnd"/>
      <w:r w:rsidRPr="00C9454D">
        <w:rPr>
          <w:sz w:val="24"/>
          <w:szCs w:val="24"/>
        </w:rPr>
        <w:t xml:space="preserve"> smiled, her sharp teeth glinting in the firelight. “They have no desire to remove the boy from your care—if you cooperate. A small stipend, perhaps. Or access to certain… resources.”</w:t>
      </w:r>
    </w:p>
    <w:p w14:paraId="7D5F73B6" w14:textId="77777777" w:rsidR="00DE096B" w:rsidRPr="00C9454D" w:rsidRDefault="00DE096B" w:rsidP="00C9454D">
      <w:pPr>
        <w:rPr>
          <w:sz w:val="24"/>
          <w:szCs w:val="24"/>
        </w:rPr>
      </w:pPr>
      <w:r w:rsidRPr="00C9454D">
        <w:rPr>
          <w:sz w:val="24"/>
          <w:szCs w:val="24"/>
        </w:rPr>
        <w:t>“And what happens if we refuse?” Guy asked, his voice cold.</w:t>
      </w:r>
    </w:p>
    <w:p w14:paraId="51E718DC" w14:textId="77777777" w:rsidR="00DE096B" w:rsidRPr="00C9454D" w:rsidRDefault="00DE096B" w:rsidP="00C9454D">
      <w:pPr>
        <w:rPr>
          <w:sz w:val="24"/>
          <w:szCs w:val="24"/>
        </w:rPr>
      </w:pPr>
      <w:proofErr w:type="spellStart"/>
      <w:r w:rsidRPr="00C9454D">
        <w:rPr>
          <w:sz w:val="24"/>
          <w:szCs w:val="24"/>
        </w:rPr>
        <w:t>Evelyne’s</w:t>
      </w:r>
      <w:proofErr w:type="spellEnd"/>
      <w:r w:rsidRPr="00C9454D">
        <w:rPr>
          <w:sz w:val="24"/>
          <w:szCs w:val="24"/>
        </w:rPr>
        <w:t xml:space="preserve"> smile faded. “Then I fear the courts may decide. And while you may have the king’s favor, it is not absolute.”</w:t>
      </w:r>
    </w:p>
    <w:p w14:paraId="29B1809F" w14:textId="77777777" w:rsidR="00DE096B" w:rsidRPr="00C9454D" w:rsidRDefault="00FE197F" w:rsidP="00C9454D">
      <w:pPr>
        <w:rPr>
          <w:sz w:val="24"/>
          <w:szCs w:val="24"/>
        </w:rPr>
      </w:pPr>
      <w:r>
        <w:rPr>
          <w:noProof/>
          <w:sz w:val="24"/>
          <w:szCs w:val="24"/>
        </w:rPr>
      </w:r>
      <w:r w:rsidR="00FE197F">
        <w:rPr>
          <w:noProof/>
          <w:sz w:val="24"/>
          <w:szCs w:val="24"/>
        </w:rPr>
        <w:pict w14:anchorId="4B45D832">
          <v:rect id="_x0000_i1096" style="width:0;height:1.5pt" o:hralign="center" o:hrstd="t" o:hr="t" fillcolor="#a0a0a0" stroked="f"/>
        </w:pict>
      </w:r>
    </w:p>
    <w:p w14:paraId="19A01F4B" w14:textId="77777777" w:rsidR="00DE096B" w:rsidRPr="00C9454D" w:rsidRDefault="00DE096B" w:rsidP="00C9454D">
      <w:pPr>
        <w:pStyle w:val="Heading2"/>
        <w:rPr>
          <w:sz w:val="24"/>
          <w:szCs w:val="24"/>
        </w:rPr>
      </w:pPr>
      <w:r w:rsidRPr="00C9454D">
        <w:rPr>
          <w:sz w:val="24"/>
          <w:szCs w:val="24"/>
        </w:rPr>
        <w:t>A Family’s Bond</w:t>
      </w:r>
    </w:p>
    <w:p w14:paraId="7E029428" w14:textId="77777777" w:rsidR="00EE567E" w:rsidRPr="00C9454D" w:rsidRDefault="00EE567E" w:rsidP="00C9454D">
      <w:pPr>
        <w:rPr>
          <w:sz w:val="24"/>
          <w:szCs w:val="24"/>
        </w:rPr>
      </w:pPr>
    </w:p>
    <w:p w14:paraId="2EDD3752" w14:textId="77777777" w:rsidR="00DE096B" w:rsidRPr="00C9454D" w:rsidRDefault="00DE096B" w:rsidP="00C9454D">
      <w:pPr>
        <w:rPr>
          <w:sz w:val="24"/>
          <w:szCs w:val="24"/>
        </w:rPr>
      </w:pPr>
      <w:r w:rsidRPr="00C9454D">
        <w:rPr>
          <w:sz w:val="24"/>
          <w:szCs w:val="24"/>
        </w:rPr>
        <w:t xml:space="preserve">After </w:t>
      </w:r>
      <w:proofErr w:type="spellStart"/>
      <w:r w:rsidRPr="00C9454D">
        <w:rPr>
          <w:sz w:val="24"/>
          <w:szCs w:val="24"/>
        </w:rPr>
        <w:t>Evelyne</w:t>
      </w:r>
      <w:proofErr w:type="spellEnd"/>
      <w:r w:rsidRPr="00C9454D">
        <w:rPr>
          <w:sz w:val="24"/>
          <w:szCs w:val="24"/>
        </w:rPr>
        <w:t xml:space="preserve"> departed, leaving behind the letter and a storm of uncertainty, Abilene and Guy retreated to the privacy of their chamber.</w:t>
      </w:r>
    </w:p>
    <w:p w14:paraId="77A00BAB" w14:textId="77777777" w:rsidR="00DE096B" w:rsidRPr="00C9454D" w:rsidRDefault="00DE096B" w:rsidP="00C9454D">
      <w:pPr>
        <w:rPr>
          <w:sz w:val="24"/>
          <w:szCs w:val="24"/>
        </w:rPr>
      </w:pPr>
      <w:r w:rsidRPr="00C9454D">
        <w:rPr>
          <w:sz w:val="24"/>
          <w:szCs w:val="24"/>
        </w:rPr>
        <w:t>John Marshall was asleep between them, his small hands clutching the blanket. Abilene watched him, her heart aching.</w:t>
      </w:r>
    </w:p>
    <w:p w14:paraId="51EC98E1" w14:textId="77777777" w:rsidR="00DE096B" w:rsidRPr="00C9454D" w:rsidRDefault="00DE096B" w:rsidP="00C9454D">
      <w:pPr>
        <w:rPr>
          <w:sz w:val="24"/>
          <w:szCs w:val="24"/>
        </w:rPr>
      </w:pPr>
      <w:r w:rsidRPr="00C9454D">
        <w:rPr>
          <w:sz w:val="24"/>
          <w:szCs w:val="24"/>
        </w:rPr>
        <w:t>“What if she’s right?” she whispered. “What if he does have a family?”</w:t>
      </w:r>
    </w:p>
    <w:p w14:paraId="7CB1D005" w14:textId="77777777" w:rsidR="00DE096B" w:rsidRPr="00C9454D" w:rsidRDefault="00DE096B" w:rsidP="00C9454D">
      <w:pPr>
        <w:rPr>
          <w:sz w:val="24"/>
          <w:szCs w:val="24"/>
        </w:rPr>
      </w:pPr>
      <w:r w:rsidRPr="00C9454D">
        <w:rPr>
          <w:sz w:val="24"/>
          <w:szCs w:val="24"/>
        </w:rPr>
        <w:t>Guy reached for her hand, his grip steady and reassuring. “We are his family, Abilene. Whatever blood ties may exist, they didn’t find him. We did. And we’ve loved him every day since.”</w:t>
      </w:r>
    </w:p>
    <w:p w14:paraId="4C863951" w14:textId="77777777" w:rsidR="00DE096B" w:rsidRPr="00C9454D" w:rsidRDefault="00DE096B" w:rsidP="00C9454D">
      <w:pPr>
        <w:rPr>
          <w:sz w:val="24"/>
          <w:szCs w:val="24"/>
        </w:rPr>
      </w:pPr>
      <w:r w:rsidRPr="00C9454D">
        <w:rPr>
          <w:sz w:val="24"/>
          <w:szCs w:val="24"/>
        </w:rPr>
        <w:t>Tears filled her eyes as she leaned against him. “I can’t lose him, Guy. I can’t.”</w:t>
      </w:r>
    </w:p>
    <w:p w14:paraId="5451A8AC" w14:textId="77777777" w:rsidR="00DE096B" w:rsidRPr="00C9454D" w:rsidRDefault="00DE096B" w:rsidP="00C9454D">
      <w:pPr>
        <w:rPr>
          <w:sz w:val="24"/>
          <w:szCs w:val="24"/>
        </w:rPr>
      </w:pPr>
      <w:r w:rsidRPr="00C9454D">
        <w:rPr>
          <w:sz w:val="24"/>
          <w:szCs w:val="24"/>
        </w:rPr>
        <w:t>“You won’t,” he promised, his voice firm. “We’ll fight for him, no matter what it takes.”</w:t>
      </w:r>
    </w:p>
    <w:p w14:paraId="5BC0BCED" w14:textId="0B84EB5E" w:rsidR="00DE096B" w:rsidRPr="00C9454D" w:rsidRDefault="00DE096B" w:rsidP="00C9454D">
      <w:pPr>
        <w:rPr>
          <w:sz w:val="24"/>
          <w:szCs w:val="24"/>
        </w:rPr>
      </w:pPr>
      <w:r w:rsidRPr="00C9454D">
        <w:rPr>
          <w:sz w:val="24"/>
          <w:szCs w:val="24"/>
        </w:rPr>
        <w:t>As they lay together, John nestled between them, Abilene tried to push asi</w:t>
      </w:r>
      <w:r w:rsidR="00DD1FF5" w:rsidRPr="00C9454D">
        <w:rPr>
          <w:sz w:val="24"/>
          <w:szCs w:val="24"/>
        </w:rPr>
        <w:t xml:space="preserve">de </w:t>
      </w:r>
      <w:r w:rsidRPr="00C9454D">
        <w:rPr>
          <w:sz w:val="24"/>
          <w:szCs w:val="24"/>
        </w:rPr>
        <w:t>her fears. They had faced challenges before and come through stronger. They would face this one too, as a family.</w:t>
      </w:r>
    </w:p>
    <w:p w14:paraId="0C1CC643" w14:textId="091BEFA1" w:rsidR="00DE096B" w:rsidRPr="00C9454D" w:rsidRDefault="00DE096B" w:rsidP="00C9454D">
      <w:pPr>
        <w:rPr>
          <w:sz w:val="24"/>
          <w:szCs w:val="24"/>
        </w:rPr>
      </w:pPr>
      <w:r w:rsidRPr="00C9454D">
        <w:rPr>
          <w:sz w:val="24"/>
          <w:szCs w:val="24"/>
        </w:rPr>
        <w:t xml:space="preserve">But as the firelight flickered across the walls, she couldn’t shake the feeling that their quiet life at </w:t>
      </w:r>
      <w:r w:rsidR="00522C4D" w:rsidRPr="00C9454D">
        <w:rPr>
          <w:sz w:val="24"/>
          <w:szCs w:val="24"/>
        </w:rPr>
        <w:t>High Haven</w:t>
      </w:r>
      <w:r w:rsidRPr="00C9454D">
        <w:rPr>
          <w:sz w:val="24"/>
          <w:szCs w:val="24"/>
        </w:rPr>
        <w:t xml:space="preserve"> was about to change forever.</w:t>
      </w:r>
    </w:p>
    <w:p w14:paraId="46C334F0" w14:textId="4523B43A" w:rsidR="00797FBA" w:rsidRPr="00C9454D" w:rsidRDefault="00FE197F" w:rsidP="00C9454D">
      <w:pPr>
        <w:rPr>
          <w:sz w:val="24"/>
          <w:szCs w:val="24"/>
        </w:rPr>
      </w:pPr>
      <w:r>
        <w:rPr>
          <w:noProof/>
          <w:sz w:val="24"/>
          <w:szCs w:val="24"/>
        </w:rPr>
      </w:r>
      <w:r w:rsidR="00FE197F">
        <w:rPr>
          <w:noProof/>
          <w:sz w:val="24"/>
          <w:szCs w:val="24"/>
        </w:rPr>
        <w:pict w14:anchorId="5183D865">
          <v:rect id="_x0000_i1097" style="width:0;height:1.5pt" o:hralign="center" o:hrstd="t" o:hr="t" fillcolor="#a0a0a0" stroked="f"/>
        </w:pict>
      </w:r>
      <w:r w:rsidR="00797FBA" w:rsidRPr="00C9454D">
        <w:rPr>
          <w:sz w:val="24"/>
          <w:szCs w:val="24"/>
        </w:rPr>
        <w:t xml:space="preserve">The days following Lady </w:t>
      </w:r>
      <w:proofErr w:type="spellStart"/>
      <w:r w:rsidR="00797FBA" w:rsidRPr="00C9454D">
        <w:rPr>
          <w:sz w:val="24"/>
          <w:szCs w:val="24"/>
        </w:rPr>
        <w:t>Evelyne’s</w:t>
      </w:r>
      <w:proofErr w:type="spellEnd"/>
      <w:r w:rsidR="00797FBA" w:rsidRPr="00C9454D">
        <w:rPr>
          <w:sz w:val="24"/>
          <w:szCs w:val="24"/>
        </w:rPr>
        <w:t xml:space="preserve"> visit were marked by tension and unease. Abilene and Guy had resolved to protect John Marshall at all costs, but their quiet determination was tested when an official summons arrived.</w:t>
      </w:r>
    </w:p>
    <w:p w14:paraId="49D2B57A" w14:textId="68EFCC78" w:rsidR="00797FBA" w:rsidRPr="00C9454D" w:rsidRDefault="00797FBA" w:rsidP="00C9454D">
      <w:pPr>
        <w:rPr>
          <w:sz w:val="24"/>
          <w:szCs w:val="24"/>
        </w:rPr>
      </w:pPr>
      <w:r w:rsidRPr="00C9454D">
        <w:rPr>
          <w:sz w:val="24"/>
          <w:szCs w:val="24"/>
        </w:rPr>
        <w:t xml:space="preserve">A noblewoman claiming to know John Marshall’s biological mother had petitioned the court for custody. The case would be heard in </w:t>
      </w:r>
      <w:proofErr w:type="spellStart"/>
      <w:r w:rsidR="00225D06" w:rsidRPr="00C9454D">
        <w:rPr>
          <w:sz w:val="24"/>
          <w:szCs w:val="24"/>
        </w:rPr>
        <w:t>Teston</w:t>
      </w:r>
      <w:r w:rsidRPr="00C9454D">
        <w:rPr>
          <w:sz w:val="24"/>
          <w:szCs w:val="24"/>
        </w:rPr>
        <w:t>’s</w:t>
      </w:r>
      <w:proofErr w:type="spellEnd"/>
      <w:r w:rsidRPr="00C9454D">
        <w:rPr>
          <w:sz w:val="24"/>
          <w:szCs w:val="24"/>
        </w:rPr>
        <w:t xml:space="preserve"> magistrate hall, overseen by the king’s appointed judge.</w:t>
      </w:r>
    </w:p>
    <w:p w14:paraId="3388DE71" w14:textId="77777777" w:rsidR="00797FBA" w:rsidRPr="00C9454D" w:rsidRDefault="00797FBA" w:rsidP="00C9454D">
      <w:pPr>
        <w:rPr>
          <w:sz w:val="24"/>
          <w:szCs w:val="24"/>
        </w:rPr>
      </w:pPr>
      <w:r w:rsidRPr="00C9454D">
        <w:rPr>
          <w:sz w:val="24"/>
          <w:szCs w:val="24"/>
        </w:rPr>
        <w:t>“This is madness,” Guy said, pacing their chamber as he read the summons for the third time. “John is our son. They can’t take him from us.”</w:t>
      </w:r>
    </w:p>
    <w:p w14:paraId="24CA55B7" w14:textId="77777777" w:rsidR="00797FBA" w:rsidRPr="00C9454D" w:rsidRDefault="00797FBA" w:rsidP="00C9454D">
      <w:pPr>
        <w:rPr>
          <w:sz w:val="24"/>
          <w:szCs w:val="24"/>
        </w:rPr>
      </w:pPr>
      <w:r w:rsidRPr="00C9454D">
        <w:rPr>
          <w:sz w:val="24"/>
          <w:szCs w:val="24"/>
        </w:rPr>
        <w:t>Abilene sat on the edge of the bed, her hands clasped tightly. “We’ll fight, Guy. We’ll fight with everything we have.”</w:t>
      </w:r>
    </w:p>
    <w:p w14:paraId="01471DF5" w14:textId="77777777" w:rsidR="00797FBA" w:rsidRPr="00C9454D" w:rsidRDefault="00797FBA" w:rsidP="00C9454D">
      <w:pPr>
        <w:rPr>
          <w:sz w:val="24"/>
          <w:szCs w:val="24"/>
        </w:rPr>
      </w:pPr>
      <w:r w:rsidRPr="00C9454D">
        <w:rPr>
          <w:sz w:val="24"/>
          <w:szCs w:val="24"/>
        </w:rPr>
        <w:t>Unbeknownst to them, the Deveraux family watched from the shadows, their influence seeping into the case. Alaric had bankrolled the noblewoman’s claim, hiring lawyers and ensuring that rumors were planted in distant villages where his word still held sway.</w:t>
      </w:r>
    </w:p>
    <w:p w14:paraId="2054F6A1" w14:textId="2B7E793D" w:rsidR="00797FBA" w:rsidRPr="00C9454D" w:rsidRDefault="00797FBA" w:rsidP="00C9454D">
      <w:pPr>
        <w:rPr>
          <w:sz w:val="24"/>
          <w:szCs w:val="24"/>
        </w:rPr>
      </w:pPr>
      <w:r w:rsidRPr="00C9454D">
        <w:rPr>
          <w:sz w:val="24"/>
          <w:szCs w:val="24"/>
        </w:rPr>
        <w:t xml:space="preserve">But closer to home, the </w:t>
      </w:r>
      <w:proofErr w:type="spellStart"/>
      <w:r w:rsidRPr="00C9454D">
        <w:rPr>
          <w:sz w:val="24"/>
          <w:szCs w:val="24"/>
        </w:rPr>
        <w:t>Deverauxs</w:t>
      </w:r>
      <w:proofErr w:type="spellEnd"/>
      <w:r w:rsidRPr="00C9454D">
        <w:rPr>
          <w:sz w:val="24"/>
          <w:szCs w:val="24"/>
        </w:rPr>
        <w:t xml:space="preserve">’ plans were failing. The people of </w:t>
      </w:r>
      <w:proofErr w:type="spellStart"/>
      <w:r w:rsidR="00225D06" w:rsidRPr="00C9454D">
        <w:rPr>
          <w:sz w:val="24"/>
          <w:szCs w:val="24"/>
        </w:rPr>
        <w:t>Teston</w:t>
      </w:r>
      <w:proofErr w:type="spellEnd"/>
      <w:r w:rsidRPr="00C9454D">
        <w:rPr>
          <w:sz w:val="24"/>
          <w:szCs w:val="24"/>
        </w:rPr>
        <w:t>, who had seen firsthand the prosperity and kindness brought by Abilene and Guy, dismissed the rumors outright. The more Alaric tried to discredit them, the more his own family’s reputation crumbled.</w:t>
      </w:r>
    </w:p>
    <w:p w14:paraId="768641EC" w14:textId="77777777" w:rsidR="00797FBA" w:rsidRPr="00C9454D" w:rsidRDefault="00797FBA" w:rsidP="00C9454D">
      <w:pPr>
        <w:rPr>
          <w:sz w:val="24"/>
          <w:szCs w:val="24"/>
        </w:rPr>
      </w:pPr>
      <w:r w:rsidRPr="00C9454D">
        <w:rPr>
          <w:sz w:val="24"/>
          <w:szCs w:val="24"/>
        </w:rPr>
        <w:t>“They think they’re untouchable,” Alaric growled, slamming a goblet onto the table. “They’ve turned the people against us.”</w:t>
      </w:r>
    </w:p>
    <w:p w14:paraId="179BF25C" w14:textId="77777777" w:rsidR="00797FBA" w:rsidRPr="00C9454D" w:rsidRDefault="00797FBA" w:rsidP="00C9454D">
      <w:pPr>
        <w:rPr>
          <w:sz w:val="24"/>
          <w:szCs w:val="24"/>
        </w:rPr>
      </w:pPr>
      <w:r w:rsidRPr="00C9454D">
        <w:rPr>
          <w:sz w:val="24"/>
          <w:szCs w:val="24"/>
        </w:rPr>
        <w:t>Esme dabbed at her wine-stained lips, her expression sour. “Their little innovations, their festivals, their charity—it’s all a show. Why can’t these fools see it?”</w:t>
      </w:r>
    </w:p>
    <w:p w14:paraId="54AD79C7" w14:textId="6F85D450" w:rsidR="00797FBA" w:rsidRPr="00C9454D" w:rsidRDefault="00797FBA" w:rsidP="00C9454D">
      <w:pPr>
        <w:rPr>
          <w:sz w:val="24"/>
          <w:szCs w:val="24"/>
        </w:rPr>
      </w:pPr>
      <w:r w:rsidRPr="00C9454D">
        <w:rPr>
          <w:sz w:val="24"/>
          <w:szCs w:val="24"/>
        </w:rPr>
        <w:t>“Because they’re blind,” Isol</w:t>
      </w:r>
      <w:r w:rsidR="00DD1FF5" w:rsidRPr="00C9454D">
        <w:rPr>
          <w:sz w:val="24"/>
          <w:szCs w:val="24"/>
        </w:rPr>
        <w:t xml:space="preserve">de </w:t>
      </w:r>
      <w:r w:rsidRPr="00C9454D">
        <w:rPr>
          <w:sz w:val="24"/>
          <w:szCs w:val="24"/>
        </w:rPr>
        <w:t>spat, pacing the room. “They worship that woman as if she were some kind of saint. It’s disgusting.”</w:t>
      </w:r>
    </w:p>
    <w:p w14:paraId="1E25B6A4" w14:textId="77777777" w:rsidR="00797FBA" w:rsidRPr="00C9454D" w:rsidRDefault="00797FBA" w:rsidP="00C9454D">
      <w:pPr>
        <w:rPr>
          <w:sz w:val="24"/>
          <w:szCs w:val="24"/>
        </w:rPr>
      </w:pPr>
      <w:r w:rsidRPr="00C9454D">
        <w:rPr>
          <w:sz w:val="24"/>
          <w:szCs w:val="24"/>
        </w:rPr>
        <w:t>“It’s infuriating,” Alaric said through gritted teeth. “No matter what we do, it only makes them stronger.”</w:t>
      </w:r>
    </w:p>
    <w:p w14:paraId="27DC61E9" w14:textId="77777777" w:rsidR="00797FBA" w:rsidRPr="00C9454D" w:rsidRDefault="00797FBA" w:rsidP="00C9454D">
      <w:pPr>
        <w:rPr>
          <w:sz w:val="24"/>
          <w:szCs w:val="24"/>
        </w:rPr>
      </w:pPr>
      <w:r w:rsidRPr="00C9454D">
        <w:rPr>
          <w:sz w:val="24"/>
          <w:szCs w:val="24"/>
        </w:rPr>
        <w:t>Esme’s face twisted with anger. “So we’ll hit them where it hurts. We’ll take the boy. Without him, they’ll crumble.”</w:t>
      </w:r>
    </w:p>
    <w:p w14:paraId="4CA4E130" w14:textId="77777777" w:rsidR="00797FBA" w:rsidRPr="00C9454D" w:rsidRDefault="00797FBA" w:rsidP="00C9454D">
      <w:pPr>
        <w:rPr>
          <w:sz w:val="24"/>
          <w:szCs w:val="24"/>
        </w:rPr>
      </w:pPr>
    </w:p>
    <w:p w14:paraId="6C5FDB75" w14:textId="77777777" w:rsidR="00797FBA" w:rsidRPr="00C9454D" w:rsidRDefault="00797FBA" w:rsidP="00C9454D">
      <w:pPr>
        <w:pStyle w:val="Heading2"/>
        <w:rPr>
          <w:sz w:val="24"/>
          <w:szCs w:val="24"/>
        </w:rPr>
      </w:pPr>
      <w:r w:rsidRPr="00C9454D">
        <w:rPr>
          <w:sz w:val="24"/>
          <w:szCs w:val="24"/>
        </w:rPr>
        <w:t>The Courtroom Drama</w:t>
      </w:r>
    </w:p>
    <w:p w14:paraId="77562D4E" w14:textId="77777777" w:rsidR="00EE567E" w:rsidRPr="00C9454D" w:rsidRDefault="00EE567E" w:rsidP="00C9454D">
      <w:pPr>
        <w:rPr>
          <w:sz w:val="24"/>
          <w:szCs w:val="24"/>
        </w:rPr>
      </w:pPr>
    </w:p>
    <w:p w14:paraId="3472FC5C" w14:textId="77777777" w:rsidR="00797FBA" w:rsidRPr="00C9454D" w:rsidRDefault="00797FBA" w:rsidP="00C9454D">
      <w:pPr>
        <w:rPr>
          <w:sz w:val="24"/>
          <w:szCs w:val="24"/>
        </w:rPr>
      </w:pPr>
      <w:r w:rsidRPr="00C9454D">
        <w:rPr>
          <w:sz w:val="24"/>
          <w:szCs w:val="24"/>
        </w:rPr>
        <w:t>The trial began on a chilly autumn morning, the magistrate hall packed with curious onlookers. Abilene and Guy sat at the defendant’s table, their faces calm but their hands tightly entwined beneath the table.</w:t>
      </w:r>
    </w:p>
    <w:p w14:paraId="3A481BC8" w14:textId="77777777" w:rsidR="00797FBA" w:rsidRPr="00C9454D" w:rsidRDefault="00797FBA" w:rsidP="00C9454D">
      <w:pPr>
        <w:rPr>
          <w:sz w:val="24"/>
          <w:szCs w:val="24"/>
        </w:rPr>
      </w:pPr>
      <w:r w:rsidRPr="00C9454D">
        <w:rPr>
          <w:sz w:val="24"/>
          <w:szCs w:val="24"/>
        </w:rPr>
        <w:t>The noblewoman, Lady Margery, was a widow of high standing, her demeanor cold and calculating. She claimed to represent John Marshall’s biological mother, whom she described as a grieving woman desperate to reclaim her child.</w:t>
      </w:r>
    </w:p>
    <w:p w14:paraId="7B5E90A2" w14:textId="77777777" w:rsidR="00797FBA" w:rsidRPr="00C9454D" w:rsidRDefault="00797FBA" w:rsidP="00C9454D">
      <w:pPr>
        <w:rPr>
          <w:sz w:val="24"/>
          <w:szCs w:val="24"/>
        </w:rPr>
      </w:pPr>
      <w:r w:rsidRPr="00C9454D">
        <w:rPr>
          <w:sz w:val="24"/>
          <w:szCs w:val="24"/>
        </w:rPr>
        <w:t>“This boy belongs with his true family,” Lady Margery argued, her voice carrying across the hall. “While the defendants may have cared for him, they are not his blood. And blood, Your Honor, is paramount.”</w:t>
      </w:r>
    </w:p>
    <w:p w14:paraId="75DF93E7" w14:textId="77777777" w:rsidR="00797FBA" w:rsidRPr="00C9454D" w:rsidRDefault="00797FBA" w:rsidP="00C9454D">
      <w:pPr>
        <w:rPr>
          <w:sz w:val="24"/>
          <w:szCs w:val="24"/>
        </w:rPr>
      </w:pPr>
      <w:r w:rsidRPr="00C9454D">
        <w:rPr>
          <w:sz w:val="24"/>
          <w:szCs w:val="24"/>
        </w:rPr>
        <w:t>Abilene clenched her jaw but held her composure. Guy’s knuckles whitened as he gripped the edge of the table.</w:t>
      </w:r>
    </w:p>
    <w:p w14:paraId="1D3A0B44" w14:textId="7FBF76EE" w:rsidR="00797FBA" w:rsidRPr="00C9454D" w:rsidRDefault="00797FBA" w:rsidP="00C9454D">
      <w:pPr>
        <w:rPr>
          <w:sz w:val="24"/>
          <w:szCs w:val="24"/>
        </w:rPr>
      </w:pPr>
      <w:r w:rsidRPr="00C9454D">
        <w:rPr>
          <w:sz w:val="24"/>
          <w:szCs w:val="24"/>
        </w:rPr>
        <w:t xml:space="preserve">Their lawyer, a steadfast man from the </w:t>
      </w:r>
      <w:proofErr w:type="spellStart"/>
      <w:r w:rsidR="00225D06" w:rsidRPr="00C9454D">
        <w:rPr>
          <w:sz w:val="24"/>
          <w:szCs w:val="24"/>
        </w:rPr>
        <w:t>Teston</w:t>
      </w:r>
      <w:proofErr w:type="spellEnd"/>
      <w:r w:rsidRPr="00C9454D">
        <w:rPr>
          <w:sz w:val="24"/>
          <w:szCs w:val="24"/>
        </w:rPr>
        <w:t xml:space="preserve"> community, countered with passion. “The boy was found abandoned after a massacre. The defendants saved him, loved him, and raised him as their own. To rip him away now would be a cruelty far greater than any alleged claim of blood.”</w:t>
      </w:r>
    </w:p>
    <w:p w14:paraId="56CEFD67" w14:textId="6739AB3A" w:rsidR="00797FBA" w:rsidRPr="00C9454D" w:rsidRDefault="00797FBA" w:rsidP="00C9454D">
      <w:pPr>
        <w:rPr>
          <w:sz w:val="24"/>
          <w:szCs w:val="24"/>
        </w:rPr>
      </w:pPr>
      <w:r w:rsidRPr="00C9454D">
        <w:rPr>
          <w:sz w:val="24"/>
          <w:szCs w:val="24"/>
        </w:rPr>
        <w:t xml:space="preserve">The gallery murmured in agreement, the townsfolk of </w:t>
      </w:r>
      <w:proofErr w:type="spellStart"/>
      <w:r w:rsidR="00225D06" w:rsidRPr="00C9454D">
        <w:rPr>
          <w:sz w:val="24"/>
          <w:szCs w:val="24"/>
        </w:rPr>
        <w:t>Teston</w:t>
      </w:r>
      <w:proofErr w:type="spellEnd"/>
      <w:r w:rsidRPr="00C9454D">
        <w:rPr>
          <w:sz w:val="24"/>
          <w:szCs w:val="24"/>
        </w:rPr>
        <w:t xml:space="preserve"> firmly on Abilene and Guy’s side. They had seen the couple’s dedication to John Marshall and the lengths they had gone to improve the region. The Deveraux whispers had fallen flat, their schemes only deepening the community’s disdain for them.</w:t>
      </w:r>
    </w:p>
    <w:p w14:paraId="5DDC401E" w14:textId="77777777" w:rsidR="00797FBA" w:rsidRPr="00C9454D" w:rsidRDefault="00797FBA" w:rsidP="00C9454D">
      <w:pPr>
        <w:rPr>
          <w:sz w:val="24"/>
          <w:szCs w:val="24"/>
        </w:rPr>
      </w:pPr>
    </w:p>
    <w:p w14:paraId="6594A7B9" w14:textId="77777777" w:rsidR="00797FBA" w:rsidRPr="00C9454D" w:rsidRDefault="00797FBA" w:rsidP="00C9454D">
      <w:pPr>
        <w:pStyle w:val="Heading2"/>
        <w:rPr>
          <w:sz w:val="24"/>
          <w:szCs w:val="24"/>
        </w:rPr>
      </w:pPr>
      <w:r w:rsidRPr="00C9454D">
        <w:rPr>
          <w:sz w:val="24"/>
          <w:szCs w:val="24"/>
        </w:rPr>
        <w:t>The Final Day</w:t>
      </w:r>
    </w:p>
    <w:p w14:paraId="68C71D79" w14:textId="77777777" w:rsidR="00EE567E" w:rsidRPr="00C9454D" w:rsidRDefault="00EE567E" w:rsidP="00C9454D">
      <w:pPr>
        <w:rPr>
          <w:sz w:val="24"/>
          <w:szCs w:val="24"/>
        </w:rPr>
      </w:pPr>
    </w:p>
    <w:p w14:paraId="12F34278" w14:textId="77777777" w:rsidR="00797FBA" w:rsidRPr="00C9454D" w:rsidRDefault="00797FBA" w:rsidP="00C9454D">
      <w:pPr>
        <w:rPr>
          <w:sz w:val="24"/>
          <w:szCs w:val="24"/>
        </w:rPr>
      </w:pPr>
      <w:r w:rsidRPr="00C9454D">
        <w:rPr>
          <w:sz w:val="24"/>
          <w:szCs w:val="24"/>
        </w:rPr>
        <w:t>On the last day of the trial, the courtroom buzzed with anticipation. The magistrate was expected to render his decision, and the tension was palpable.</w:t>
      </w:r>
    </w:p>
    <w:p w14:paraId="1949BC67" w14:textId="77777777" w:rsidR="00797FBA" w:rsidRPr="00C9454D" w:rsidRDefault="00797FBA" w:rsidP="00C9454D">
      <w:pPr>
        <w:rPr>
          <w:sz w:val="24"/>
          <w:szCs w:val="24"/>
        </w:rPr>
      </w:pPr>
      <w:r w:rsidRPr="00C9454D">
        <w:rPr>
          <w:sz w:val="24"/>
          <w:szCs w:val="24"/>
        </w:rPr>
        <w:t>But as the proceedings began, the doors of the hall creaked open, and all eyes turned.</w:t>
      </w:r>
    </w:p>
    <w:p w14:paraId="3CCD87D8" w14:textId="2EF7C5FE" w:rsidR="00797FBA" w:rsidRPr="00C9454D" w:rsidRDefault="00797FBA" w:rsidP="00C9454D">
      <w:pPr>
        <w:rPr>
          <w:sz w:val="24"/>
          <w:szCs w:val="24"/>
        </w:rPr>
      </w:pPr>
      <w:r w:rsidRPr="00C9454D">
        <w:rPr>
          <w:sz w:val="24"/>
          <w:szCs w:val="24"/>
        </w:rPr>
        <w:t>A woman stepped inside, her presence commanding immediate attention. She was tall and slender, her pale blon</w:t>
      </w:r>
      <w:r w:rsidR="00DD1FF5" w:rsidRPr="00C9454D">
        <w:rPr>
          <w:sz w:val="24"/>
          <w:szCs w:val="24"/>
        </w:rPr>
        <w:t xml:space="preserve">de </w:t>
      </w:r>
      <w:r w:rsidRPr="00C9454D">
        <w:rPr>
          <w:sz w:val="24"/>
          <w:szCs w:val="24"/>
        </w:rPr>
        <w:t>hair falling in waves around her shoulders. Her green eyes shone with a piercing clarity, and her ethereal countenance seemed almost unearthly.</w:t>
      </w:r>
    </w:p>
    <w:p w14:paraId="33E14DCC" w14:textId="77777777" w:rsidR="00797FBA" w:rsidRPr="00C9454D" w:rsidRDefault="00797FBA" w:rsidP="00C9454D">
      <w:pPr>
        <w:rPr>
          <w:sz w:val="24"/>
          <w:szCs w:val="24"/>
        </w:rPr>
      </w:pPr>
      <w:r w:rsidRPr="00C9454D">
        <w:rPr>
          <w:sz w:val="24"/>
          <w:szCs w:val="24"/>
        </w:rPr>
        <w:t>Gasps rippled through the room as she approached the bench, her steps graceful and deliberate.</w:t>
      </w:r>
    </w:p>
    <w:p w14:paraId="65726D43" w14:textId="77777777" w:rsidR="00797FBA" w:rsidRPr="00C9454D" w:rsidRDefault="00797FBA" w:rsidP="00C9454D">
      <w:pPr>
        <w:rPr>
          <w:sz w:val="24"/>
          <w:szCs w:val="24"/>
        </w:rPr>
      </w:pPr>
      <w:r w:rsidRPr="00C9454D">
        <w:rPr>
          <w:sz w:val="24"/>
          <w:szCs w:val="24"/>
        </w:rPr>
        <w:t>“My name is Lydia,” she said, her voice soft but firm. “I am John Marshall’s mother.”</w:t>
      </w:r>
    </w:p>
    <w:p w14:paraId="71D6A197" w14:textId="77777777" w:rsidR="00797FBA" w:rsidRPr="00C9454D" w:rsidRDefault="00797FBA" w:rsidP="00C9454D">
      <w:pPr>
        <w:rPr>
          <w:sz w:val="24"/>
          <w:szCs w:val="24"/>
        </w:rPr>
      </w:pPr>
    </w:p>
    <w:p w14:paraId="52022088" w14:textId="77777777" w:rsidR="00797FBA" w:rsidRPr="00C9454D" w:rsidRDefault="00797FBA" w:rsidP="00C9454D">
      <w:pPr>
        <w:pStyle w:val="Heading2"/>
        <w:rPr>
          <w:sz w:val="24"/>
          <w:szCs w:val="24"/>
        </w:rPr>
      </w:pPr>
      <w:r w:rsidRPr="00C9454D">
        <w:rPr>
          <w:sz w:val="24"/>
          <w:szCs w:val="24"/>
        </w:rPr>
        <w:t>The Revelation</w:t>
      </w:r>
    </w:p>
    <w:p w14:paraId="2C43CD51" w14:textId="77777777" w:rsidR="00EE567E" w:rsidRPr="00C9454D" w:rsidRDefault="00EE567E" w:rsidP="00C9454D">
      <w:pPr>
        <w:rPr>
          <w:sz w:val="24"/>
          <w:szCs w:val="24"/>
        </w:rPr>
      </w:pPr>
    </w:p>
    <w:p w14:paraId="36A6D2DB" w14:textId="77777777" w:rsidR="00797FBA" w:rsidRPr="00C9454D" w:rsidRDefault="00797FBA" w:rsidP="00C9454D">
      <w:pPr>
        <w:rPr>
          <w:sz w:val="24"/>
          <w:szCs w:val="24"/>
        </w:rPr>
      </w:pPr>
      <w:r w:rsidRPr="00C9454D">
        <w:rPr>
          <w:sz w:val="24"/>
          <w:szCs w:val="24"/>
        </w:rPr>
        <w:t>The magistrate’s gavel struck once, silencing the murmurs. “You claim to be the boy’s mother,” he said, leaning forward. “Have you proof?”</w:t>
      </w:r>
    </w:p>
    <w:p w14:paraId="38F3E00B" w14:textId="77777777" w:rsidR="00797FBA" w:rsidRPr="00C9454D" w:rsidRDefault="00797FBA" w:rsidP="00C9454D">
      <w:pPr>
        <w:rPr>
          <w:sz w:val="24"/>
          <w:szCs w:val="24"/>
        </w:rPr>
      </w:pPr>
      <w:r w:rsidRPr="00C9454D">
        <w:rPr>
          <w:sz w:val="24"/>
          <w:szCs w:val="24"/>
        </w:rPr>
        <w:t>Lydia nodded, her hands trembling slightly as she produced a small leather pouch. From it, she withdrew a matching pendant, identical to the one that had been found around John’s neck.</w:t>
      </w:r>
    </w:p>
    <w:p w14:paraId="7EE6E095" w14:textId="3E2F7A80" w:rsidR="00797FBA" w:rsidRPr="00C9454D" w:rsidRDefault="00797FBA" w:rsidP="00C9454D">
      <w:pPr>
        <w:rPr>
          <w:sz w:val="24"/>
          <w:szCs w:val="24"/>
        </w:rPr>
      </w:pPr>
      <w:r w:rsidRPr="00C9454D">
        <w:rPr>
          <w:sz w:val="24"/>
          <w:szCs w:val="24"/>
        </w:rPr>
        <w:t>“This,” she said, holding it up, “is part of a pair given to my child at birth. His father wore the other.”</w:t>
      </w:r>
    </w:p>
    <w:p w14:paraId="7A42A51E" w14:textId="77777777" w:rsidR="00797FBA" w:rsidRPr="00C9454D" w:rsidRDefault="00797FBA" w:rsidP="00C9454D">
      <w:pPr>
        <w:rPr>
          <w:sz w:val="24"/>
          <w:szCs w:val="24"/>
        </w:rPr>
      </w:pPr>
      <w:r w:rsidRPr="00C9454D">
        <w:rPr>
          <w:sz w:val="24"/>
          <w:szCs w:val="24"/>
        </w:rPr>
        <w:t>The court erupted in whispers, but the magistrate quickly restored order. He examined the pendant, his expression grave.</w:t>
      </w:r>
    </w:p>
    <w:p w14:paraId="69C56CCD" w14:textId="77777777" w:rsidR="00797FBA" w:rsidRPr="00C9454D" w:rsidRDefault="00797FBA" w:rsidP="00C9454D">
      <w:pPr>
        <w:rPr>
          <w:sz w:val="24"/>
          <w:szCs w:val="24"/>
        </w:rPr>
      </w:pPr>
      <w:r w:rsidRPr="00C9454D">
        <w:rPr>
          <w:sz w:val="24"/>
          <w:szCs w:val="24"/>
        </w:rPr>
        <w:t>“There is no doubt,” he said at last. “This is irrefutable evidence.”</w:t>
      </w:r>
    </w:p>
    <w:p w14:paraId="55EBECE2" w14:textId="77777777" w:rsidR="00797FBA" w:rsidRPr="00C9454D" w:rsidRDefault="00797FBA" w:rsidP="00C9454D">
      <w:pPr>
        <w:rPr>
          <w:sz w:val="24"/>
          <w:szCs w:val="24"/>
        </w:rPr>
      </w:pPr>
    </w:p>
    <w:p w14:paraId="56EB6FF8" w14:textId="77777777" w:rsidR="00797FBA" w:rsidRPr="00C9454D" w:rsidRDefault="00797FBA" w:rsidP="00C9454D">
      <w:pPr>
        <w:pStyle w:val="Heading2"/>
        <w:rPr>
          <w:sz w:val="24"/>
          <w:szCs w:val="24"/>
        </w:rPr>
      </w:pPr>
      <w:r w:rsidRPr="00C9454D">
        <w:rPr>
          <w:sz w:val="24"/>
          <w:szCs w:val="24"/>
        </w:rPr>
        <w:t>The Unthinkable Decision</w:t>
      </w:r>
    </w:p>
    <w:p w14:paraId="213EF315" w14:textId="77777777" w:rsidR="00EE567E" w:rsidRPr="00C9454D" w:rsidRDefault="00EE567E" w:rsidP="00C9454D">
      <w:pPr>
        <w:rPr>
          <w:sz w:val="24"/>
          <w:szCs w:val="24"/>
        </w:rPr>
      </w:pPr>
    </w:p>
    <w:p w14:paraId="21335D14" w14:textId="77777777" w:rsidR="00797FBA" w:rsidRPr="00C9454D" w:rsidRDefault="00797FBA" w:rsidP="00C9454D">
      <w:pPr>
        <w:rPr>
          <w:sz w:val="24"/>
          <w:szCs w:val="24"/>
        </w:rPr>
      </w:pPr>
      <w:r w:rsidRPr="00C9454D">
        <w:rPr>
          <w:sz w:val="24"/>
          <w:szCs w:val="24"/>
        </w:rPr>
        <w:t>Guy sat frozen, his eyes fixed on Lydia. Her resemblance to his late wife was uncanny—the same angelic beauty, the same luminous presence. Abilene noticed his tension and placed a gentle hand on his arm, grounding him.</w:t>
      </w:r>
    </w:p>
    <w:p w14:paraId="4A8695E4" w14:textId="77777777" w:rsidR="00797FBA" w:rsidRPr="00C9454D" w:rsidRDefault="00797FBA" w:rsidP="00C9454D">
      <w:pPr>
        <w:rPr>
          <w:sz w:val="24"/>
          <w:szCs w:val="24"/>
        </w:rPr>
      </w:pPr>
      <w:r w:rsidRPr="00C9454D">
        <w:rPr>
          <w:sz w:val="24"/>
          <w:szCs w:val="24"/>
        </w:rPr>
        <w:t>But Lydia’s next words stunned the court.</w:t>
      </w:r>
    </w:p>
    <w:p w14:paraId="28312C90" w14:textId="77777777" w:rsidR="00797FBA" w:rsidRPr="00C9454D" w:rsidRDefault="00797FBA" w:rsidP="00C9454D">
      <w:pPr>
        <w:rPr>
          <w:sz w:val="24"/>
          <w:szCs w:val="24"/>
        </w:rPr>
      </w:pPr>
      <w:r w:rsidRPr="00C9454D">
        <w:rPr>
          <w:sz w:val="24"/>
          <w:szCs w:val="24"/>
        </w:rPr>
        <w:t>“I have come not to take him from his family,” she said, her voice breaking with emotion. “I see the love you have given him, the life you’ve built. He is where he belongs. I only ask that you let him know who I am when the time is right.”</w:t>
      </w:r>
    </w:p>
    <w:p w14:paraId="018756E6" w14:textId="3FD144AD" w:rsidR="00797FBA" w:rsidRPr="00C9454D" w:rsidRDefault="00797FBA" w:rsidP="00C9454D">
      <w:pPr>
        <w:rPr>
          <w:sz w:val="24"/>
          <w:szCs w:val="24"/>
        </w:rPr>
      </w:pPr>
      <w:r w:rsidRPr="00C9454D">
        <w:rPr>
          <w:sz w:val="24"/>
          <w:szCs w:val="24"/>
        </w:rPr>
        <w:t xml:space="preserve">Abilene’s breath </w:t>
      </w:r>
      <w:r w:rsidR="00FB2A98" w:rsidRPr="00C9454D">
        <w:rPr>
          <w:sz w:val="24"/>
          <w:szCs w:val="24"/>
        </w:rPr>
        <w:t>hitched</w:t>
      </w:r>
      <w:r w:rsidRPr="00C9454D">
        <w:rPr>
          <w:sz w:val="24"/>
          <w:szCs w:val="24"/>
        </w:rPr>
        <w:t>, tears welling in her eyes. Guy’s shoulders sagged with relief, and his grip on her hand tightened.</w:t>
      </w:r>
    </w:p>
    <w:p w14:paraId="401D6D14" w14:textId="77777777" w:rsidR="00797FBA" w:rsidRPr="00C9454D" w:rsidRDefault="00797FBA" w:rsidP="00C9454D">
      <w:pPr>
        <w:rPr>
          <w:sz w:val="24"/>
          <w:szCs w:val="24"/>
        </w:rPr>
      </w:pPr>
    </w:p>
    <w:p w14:paraId="43EE6299" w14:textId="77777777" w:rsidR="00797FBA" w:rsidRPr="00C9454D" w:rsidRDefault="00797FBA" w:rsidP="00C9454D">
      <w:pPr>
        <w:pStyle w:val="Heading2"/>
        <w:rPr>
          <w:sz w:val="24"/>
          <w:szCs w:val="24"/>
        </w:rPr>
      </w:pPr>
      <w:r w:rsidRPr="00C9454D">
        <w:rPr>
          <w:sz w:val="24"/>
          <w:szCs w:val="24"/>
        </w:rPr>
        <w:t>An Invitation</w:t>
      </w:r>
    </w:p>
    <w:p w14:paraId="35ACF7E6" w14:textId="77777777" w:rsidR="00EE567E" w:rsidRPr="00C9454D" w:rsidRDefault="00EE567E" w:rsidP="00C9454D">
      <w:pPr>
        <w:rPr>
          <w:sz w:val="24"/>
          <w:szCs w:val="24"/>
        </w:rPr>
      </w:pPr>
    </w:p>
    <w:p w14:paraId="2B494DB7" w14:textId="77777777" w:rsidR="00797FBA" w:rsidRPr="00C9454D" w:rsidRDefault="00797FBA" w:rsidP="00C9454D">
      <w:pPr>
        <w:rPr>
          <w:sz w:val="24"/>
          <w:szCs w:val="24"/>
        </w:rPr>
      </w:pPr>
      <w:r w:rsidRPr="00C9454D">
        <w:rPr>
          <w:sz w:val="24"/>
          <w:szCs w:val="24"/>
        </w:rPr>
        <w:t>After the trial, as the court emptied, Abilene approached Lydia.</w:t>
      </w:r>
    </w:p>
    <w:p w14:paraId="36373FEB" w14:textId="08D2A60D" w:rsidR="00797FBA" w:rsidRPr="00C9454D" w:rsidRDefault="00797FBA" w:rsidP="00C9454D">
      <w:pPr>
        <w:rPr>
          <w:sz w:val="24"/>
          <w:szCs w:val="24"/>
        </w:rPr>
      </w:pPr>
      <w:r w:rsidRPr="00C9454D">
        <w:rPr>
          <w:sz w:val="24"/>
          <w:szCs w:val="24"/>
        </w:rPr>
        <w:t xml:space="preserve">“You’ve given us the greatest gift,” Abilene said, her voice thick with emotion. “But I can’t let you leave. Come to </w:t>
      </w:r>
      <w:r w:rsidR="00522C4D" w:rsidRPr="00C9454D">
        <w:rPr>
          <w:sz w:val="24"/>
          <w:szCs w:val="24"/>
        </w:rPr>
        <w:t>High Haven</w:t>
      </w:r>
      <w:r w:rsidRPr="00C9454D">
        <w:rPr>
          <w:sz w:val="24"/>
          <w:szCs w:val="24"/>
        </w:rPr>
        <w:t>. Stay with us. Be part of his life.”</w:t>
      </w:r>
    </w:p>
    <w:p w14:paraId="009BFD6E" w14:textId="77777777" w:rsidR="00797FBA" w:rsidRPr="00C9454D" w:rsidRDefault="00797FBA" w:rsidP="00C9454D">
      <w:pPr>
        <w:rPr>
          <w:sz w:val="24"/>
          <w:szCs w:val="24"/>
        </w:rPr>
      </w:pPr>
      <w:r w:rsidRPr="00C9454D">
        <w:rPr>
          <w:sz w:val="24"/>
          <w:szCs w:val="24"/>
        </w:rPr>
        <w:t>Lydia’s eyes widened in surprise. “I wouldn’t want to intrude—”</w:t>
      </w:r>
    </w:p>
    <w:p w14:paraId="7B561D61" w14:textId="77777777" w:rsidR="00797FBA" w:rsidRPr="00C9454D" w:rsidRDefault="00797FBA" w:rsidP="00C9454D">
      <w:pPr>
        <w:rPr>
          <w:sz w:val="24"/>
          <w:szCs w:val="24"/>
        </w:rPr>
      </w:pPr>
      <w:r w:rsidRPr="00C9454D">
        <w:rPr>
          <w:sz w:val="24"/>
          <w:szCs w:val="24"/>
        </w:rPr>
        <w:t>“You wouldn’t be,” Abilene insisted. “You’re his mother. And I see no reason why he can’t have all the love this world has to offer.”</w:t>
      </w:r>
    </w:p>
    <w:p w14:paraId="31B209D4" w14:textId="4E954F44" w:rsidR="00797FBA" w:rsidRPr="00C9454D" w:rsidRDefault="00797FBA" w:rsidP="00C9454D">
      <w:pPr>
        <w:rPr>
          <w:sz w:val="24"/>
          <w:szCs w:val="24"/>
        </w:rPr>
      </w:pPr>
      <w:r w:rsidRPr="00C9454D">
        <w:rPr>
          <w:sz w:val="24"/>
          <w:szCs w:val="24"/>
        </w:rPr>
        <w:t>Guy, standing besi</w:t>
      </w:r>
      <w:r w:rsidR="00DD1FF5" w:rsidRPr="00C9454D">
        <w:rPr>
          <w:sz w:val="24"/>
          <w:szCs w:val="24"/>
        </w:rPr>
        <w:t xml:space="preserve">de </w:t>
      </w:r>
      <w:r w:rsidRPr="00C9454D">
        <w:rPr>
          <w:sz w:val="24"/>
          <w:szCs w:val="24"/>
        </w:rPr>
        <w:t xml:space="preserve">her, nodded. “Abilene’s right. Come to </w:t>
      </w:r>
      <w:r w:rsidR="00522C4D" w:rsidRPr="00C9454D">
        <w:rPr>
          <w:sz w:val="24"/>
          <w:szCs w:val="24"/>
        </w:rPr>
        <w:t>High Haven</w:t>
      </w:r>
      <w:r w:rsidRPr="00C9454D">
        <w:rPr>
          <w:sz w:val="24"/>
          <w:szCs w:val="24"/>
        </w:rPr>
        <w:t>.”</w:t>
      </w:r>
    </w:p>
    <w:p w14:paraId="162FC523" w14:textId="77777777" w:rsidR="00797FBA" w:rsidRPr="00C9454D" w:rsidRDefault="00797FBA" w:rsidP="00C9454D">
      <w:pPr>
        <w:rPr>
          <w:sz w:val="24"/>
          <w:szCs w:val="24"/>
        </w:rPr>
      </w:pPr>
      <w:r w:rsidRPr="00C9454D">
        <w:rPr>
          <w:sz w:val="24"/>
          <w:szCs w:val="24"/>
        </w:rPr>
        <w:t>For the first time, Lydia’s composed demeanor faltered. Tears filled her eyes as she whispered, “Thank you.”</w:t>
      </w:r>
    </w:p>
    <w:p w14:paraId="5A849B8E" w14:textId="77777777" w:rsidR="00B33315" w:rsidRPr="00C9454D" w:rsidRDefault="00B33315" w:rsidP="00C9454D">
      <w:pPr>
        <w:rPr>
          <w:sz w:val="24"/>
          <w:szCs w:val="24"/>
        </w:rPr>
      </w:pPr>
    </w:p>
    <w:p w14:paraId="5D674130" w14:textId="7BD0BFA3" w:rsidR="00C369EF" w:rsidRPr="00C9454D" w:rsidRDefault="00EA7041" w:rsidP="00C9454D">
      <w:pPr>
        <w:pStyle w:val="Heading2"/>
        <w:rPr>
          <w:sz w:val="24"/>
          <w:szCs w:val="24"/>
        </w:rPr>
      </w:pPr>
      <w:r>
        <w:rPr>
          <w:sz w:val="24"/>
          <w:szCs w:val="24"/>
        </w:rPr>
        <w:t xml:space="preserve">                                                Present Day-</w:t>
      </w:r>
      <w:r w:rsidR="00C369EF" w:rsidRPr="00C9454D">
        <w:rPr>
          <w:sz w:val="24"/>
          <w:szCs w:val="24"/>
        </w:rPr>
        <w:t>Echoes of the Past</w:t>
      </w:r>
    </w:p>
    <w:p w14:paraId="5483A36F" w14:textId="77777777" w:rsidR="00C369EF" w:rsidRPr="00C9454D" w:rsidRDefault="00C369EF" w:rsidP="00C9454D">
      <w:pPr>
        <w:rPr>
          <w:sz w:val="24"/>
          <w:szCs w:val="24"/>
        </w:rPr>
      </w:pPr>
    </w:p>
    <w:p w14:paraId="5D3CB84F" w14:textId="54337105" w:rsidR="00C369EF" w:rsidRPr="00C9454D" w:rsidRDefault="00C369EF" w:rsidP="00C9454D">
      <w:pPr>
        <w:rPr>
          <w:sz w:val="24"/>
          <w:szCs w:val="24"/>
        </w:rPr>
      </w:pPr>
      <w:r w:rsidRPr="00C9454D">
        <w:rPr>
          <w:sz w:val="24"/>
          <w:szCs w:val="24"/>
        </w:rPr>
        <w:t>The courthouse steps loomed large, their cold, gray stone reflecting the cloud-heavy sky above. I tightened my grip on the folder in my hands, the weight of the custody case pressing down on my chest. Russ walked beside me, silent but steady, his presence a constant reassurance. We had both dressed in our Sunday best, a small nod to the seriousness of the day, though my sweater felt constricting, like it was made of sandpaper rather than wool.</w:t>
      </w:r>
    </w:p>
    <w:p w14:paraId="7D77A1C9" w14:textId="77777777" w:rsidR="00C369EF" w:rsidRPr="00C9454D" w:rsidRDefault="00C369EF" w:rsidP="00C9454D">
      <w:pPr>
        <w:rPr>
          <w:sz w:val="24"/>
          <w:szCs w:val="24"/>
        </w:rPr>
      </w:pPr>
      <w:r w:rsidRPr="00C9454D">
        <w:rPr>
          <w:sz w:val="24"/>
          <w:szCs w:val="24"/>
        </w:rPr>
        <w:t>“It’ll be okay,” Russ said softly, his hand brushing mine.</w:t>
      </w:r>
    </w:p>
    <w:p w14:paraId="71869C38" w14:textId="77777777" w:rsidR="00C369EF" w:rsidRPr="00C9454D" w:rsidRDefault="00C369EF" w:rsidP="00C9454D">
      <w:pPr>
        <w:rPr>
          <w:sz w:val="24"/>
          <w:szCs w:val="24"/>
        </w:rPr>
      </w:pPr>
      <w:r w:rsidRPr="00C9454D">
        <w:rPr>
          <w:sz w:val="24"/>
          <w:szCs w:val="24"/>
        </w:rPr>
        <w:t xml:space="preserve">I nodded but couldn’t bring myself to speak. The truth was, we knew Luca’s biological mother was unfit, but that didn’t make the legal process any less grueling. The lawyer’s words rang in her mind: </w:t>
      </w:r>
      <w:r w:rsidRPr="00C9454D">
        <w:rPr>
          <w:i/>
          <w:iCs/>
          <w:sz w:val="24"/>
          <w:szCs w:val="24"/>
        </w:rPr>
        <w:t>“We have a strong case, but you still need to go through the Motions. Custody battles are about proving what’s best for the child, even when it seems obvious.”</w:t>
      </w:r>
      <w:r w:rsidRPr="00C9454D">
        <w:rPr>
          <w:sz w:val="24"/>
          <w:szCs w:val="24"/>
        </w:rPr>
        <w:t xml:space="preserve"> Luca was our son in every way that mattered. To lose him would be unthinkable.</w:t>
      </w:r>
    </w:p>
    <w:p w14:paraId="54240874" w14:textId="77777777" w:rsidR="00C369EF" w:rsidRPr="00C9454D" w:rsidRDefault="00C369EF" w:rsidP="00C9454D">
      <w:pPr>
        <w:rPr>
          <w:sz w:val="24"/>
          <w:szCs w:val="24"/>
        </w:rPr>
      </w:pPr>
      <w:r w:rsidRPr="00C9454D">
        <w:rPr>
          <w:sz w:val="24"/>
          <w:szCs w:val="24"/>
        </w:rPr>
        <w:t>As we stepped inside, the sterile fluorescent lights and low hum of the courthouse enveloped them. My eyes scanned the room until they landed on a woman seated in the far corner. Her posture was rigid, her face drawn—the face of a woman who had made poor choices and was now trying to undo the consequences. I forced myself to look away, instead focusing on the wall where a faded painting of Justice holding her scales hung slightly askew.</w:t>
      </w:r>
    </w:p>
    <w:p w14:paraId="05652A94" w14:textId="77777777" w:rsidR="00C369EF" w:rsidRPr="00C9454D" w:rsidRDefault="00C369EF" w:rsidP="00C9454D">
      <w:pPr>
        <w:rPr>
          <w:sz w:val="24"/>
          <w:szCs w:val="24"/>
        </w:rPr>
      </w:pPr>
      <w:r w:rsidRPr="00C9454D">
        <w:rPr>
          <w:sz w:val="24"/>
          <w:szCs w:val="24"/>
        </w:rPr>
        <w:t>The hearing wasn’t until next week, but today we were filing our responses to the custody petition. The paperwork felt endless, each page a mountain to climb. Russ leaned over my shoulder, pointing out where to sign, his calm presence anchoring me as the storm raged inside.</w:t>
      </w:r>
    </w:p>
    <w:p w14:paraId="151F1A7A" w14:textId="77777777" w:rsidR="00C369EF" w:rsidRPr="00C9454D" w:rsidRDefault="00C369EF" w:rsidP="00C9454D">
      <w:pPr>
        <w:rPr>
          <w:sz w:val="24"/>
          <w:szCs w:val="24"/>
        </w:rPr>
      </w:pPr>
    </w:p>
    <w:p w14:paraId="65478253" w14:textId="77777777" w:rsidR="00C369EF" w:rsidRPr="00C9454D" w:rsidRDefault="00C369EF" w:rsidP="00C9454D">
      <w:pPr>
        <w:rPr>
          <w:sz w:val="24"/>
          <w:szCs w:val="24"/>
        </w:rPr>
      </w:pPr>
      <w:r w:rsidRPr="00C9454D">
        <w:rPr>
          <w:sz w:val="24"/>
          <w:szCs w:val="24"/>
        </w:rPr>
        <w:t>That evening, I sought solace in my study. The faint buzz of my laptop filled the room as I navigated the latest digitized archives I’d found. Researching my family’s history had always been a refuge, a way to escape the chaos of the present by diving into the lives of those who came before. Tonight, though, it felt different. The parallels between my fight for Luca and the story of Abilene and Guy struck me with an almost eerie clarity.</w:t>
      </w:r>
    </w:p>
    <w:p w14:paraId="035F995A" w14:textId="77777777" w:rsidR="00C369EF" w:rsidRPr="00C9454D" w:rsidRDefault="00C369EF" w:rsidP="00C9454D">
      <w:pPr>
        <w:rPr>
          <w:sz w:val="24"/>
          <w:szCs w:val="24"/>
        </w:rPr>
      </w:pPr>
      <w:r w:rsidRPr="00C9454D">
        <w:rPr>
          <w:sz w:val="24"/>
          <w:szCs w:val="24"/>
        </w:rPr>
        <w:t>My eyes landed on a faded letter I’d scanned earlier that week. The ink was uneven, the words slightly smudged, but the emotion behind them was unmistakable:</w:t>
      </w:r>
    </w:p>
    <w:p w14:paraId="058AB417" w14:textId="77777777" w:rsidR="00C369EF" w:rsidRPr="00C9454D" w:rsidRDefault="00C369EF" w:rsidP="00C9454D">
      <w:pPr>
        <w:rPr>
          <w:sz w:val="24"/>
          <w:szCs w:val="24"/>
        </w:rPr>
      </w:pPr>
      <w:r w:rsidRPr="00C9454D">
        <w:rPr>
          <w:i/>
          <w:iCs/>
          <w:sz w:val="24"/>
          <w:szCs w:val="24"/>
        </w:rPr>
        <w:t>"My lord, I beg you to see reason. My son has known no other home than High Haven. To sever him from this place, from his mother and father, would be a cruelty too great to bear. My husband and I have built this home for him, and no one has a right to take him from us."</w:t>
      </w:r>
    </w:p>
    <w:p w14:paraId="7F3A073A" w14:textId="05C7BD1B" w:rsidR="00C369EF" w:rsidRPr="00C9454D" w:rsidRDefault="00C369EF" w:rsidP="00C9454D">
      <w:pPr>
        <w:rPr>
          <w:sz w:val="24"/>
          <w:szCs w:val="24"/>
        </w:rPr>
      </w:pPr>
      <w:r w:rsidRPr="00C9454D">
        <w:rPr>
          <w:sz w:val="24"/>
          <w:szCs w:val="24"/>
        </w:rPr>
        <w:t>I read the words aloud, my voice trembling. As I did, the room seemed to blur, the edges softening as if time itself were bending. A sudden wave of cold washed over me, carrying with it the faint scent of lavender and candle smoke. I blinked, my breath catching as the glow of my laptop screen faded into the flicker of firelight.</w:t>
      </w:r>
    </w:p>
    <w:p w14:paraId="70342B7C" w14:textId="77777777" w:rsidR="00C369EF" w:rsidRPr="00C9454D" w:rsidRDefault="00C369EF" w:rsidP="00C9454D">
      <w:pPr>
        <w:rPr>
          <w:sz w:val="24"/>
          <w:szCs w:val="24"/>
        </w:rPr>
      </w:pPr>
    </w:p>
    <w:p w14:paraId="47468BA7" w14:textId="77777777" w:rsidR="00797FBA" w:rsidRPr="00C9454D" w:rsidRDefault="00797FBA" w:rsidP="00C9454D">
      <w:pPr>
        <w:pStyle w:val="Heading2"/>
        <w:rPr>
          <w:sz w:val="24"/>
          <w:szCs w:val="24"/>
        </w:rPr>
      </w:pPr>
      <w:r w:rsidRPr="00C9454D">
        <w:rPr>
          <w:sz w:val="24"/>
          <w:szCs w:val="24"/>
        </w:rPr>
        <w:t>A New Chapter</w:t>
      </w:r>
    </w:p>
    <w:p w14:paraId="798238CA" w14:textId="77777777" w:rsidR="00EE567E" w:rsidRPr="00C9454D" w:rsidRDefault="00EE567E" w:rsidP="00C9454D">
      <w:pPr>
        <w:rPr>
          <w:sz w:val="24"/>
          <w:szCs w:val="24"/>
        </w:rPr>
      </w:pPr>
    </w:p>
    <w:p w14:paraId="786853BD" w14:textId="57C122E1" w:rsidR="00797FBA" w:rsidRPr="00C9454D" w:rsidRDefault="00797FBA" w:rsidP="00C9454D">
      <w:pPr>
        <w:rPr>
          <w:sz w:val="24"/>
          <w:szCs w:val="24"/>
        </w:rPr>
      </w:pPr>
      <w:r w:rsidRPr="00C9454D">
        <w:rPr>
          <w:sz w:val="24"/>
          <w:szCs w:val="24"/>
        </w:rPr>
        <w:t xml:space="preserve">By the time they returned to </w:t>
      </w:r>
      <w:r w:rsidR="00522C4D" w:rsidRPr="00C9454D">
        <w:rPr>
          <w:sz w:val="24"/>
          <w:szCs w:val="24"/>
        </w:rPr>
        <w:t>High Haven</w:t>
      </w:r>
      <w:r w:rsidRPr="00C9454D">
        <w:rPr>
          <w:sz w:val="24"/>
          <w:szCs w:val="24"/>
        </w:rPr>
        <w:t xml:space="preserve">, the tension of the trial had given way to a cautious hope. Lydia settled into </w:t>
      </w:r>
      <w:r w:rsidR="00356885" w:rsidRPr="00C9454D">
        <w:rPr>
          <w:sz w:val="24"/>
          <w:szCs w:val="24"/>
        </w:rPr>
        <w:t>the</w:t>
      </w:r>
      <w:r w:rsidRPr="00C9454D">
        <w:rPr>
          <w:sz w:val="24"/>
          <w:szCs w:val="24"/>
        </w:rPr>
        <w:t xml:space="preserve"> guest </w:t>
      </w:r>
      <w:r w:rsidR="007673B4" w:rsidRPr="00C9454D">
        <w:rPr>
          <w:sz w:val="24"/>
          <w:szCs w:val="24"/>
        </w:rPr>
        <w:t>quarters</w:t>
      </w:r>
      <w:r w:rsidRPr="00C9454D">
        <w:rPr>
          <w:sz w:val="24"/>
          <w:szCs w:val="24"/>
        </w:rPr>
        <w:t>, her presence a quiet but comforting addition to their home.</w:t>
      </w:r>
    </w:p>
    <w:p w14:paraId="55618434" w14:textId="3CE95669" w:rsidR="00797FBA" w:rsidRPr="00C9454D" w:rsidRDefault="00797FBA" w:rsidP="00C9454D">
      <w:pPr>
        <w:rPr>
          <w:sz w:val="24"/>
          <w:szCs w:val="24"/>
        </w:rPr>
      </w:pPr>
      <w:r w:rsidRPr="00C9454D">
        <w:rPr>
          <w:sz w:val="24"/>
          <w:szCs w:val="24"/>
        </w:rPr>
        <w:t>John Marshall, unaware of the full scope of what had transpired, took to Lydia immediately. Her gentle nature and soothing voice ma</w:t>
      </w:r>
      <w:r w:rsidR="00DD1FF5" w:rsidRPr="00C9454D">
        <w:rPr>
          <w:sz w:val="24"/>
          <w:szCs w:val="24"/>
        </w:rPr>
        <w:t xml:space="preserve">de </w:t>
      </w:r>
      <w:r w:rsidRPr="00C9454D">
        <w:rPr>
          <w:sz w:val="24"/>
          <w:szCs w:val="24"/>
        </w:rPr>
        <w:t>her a natural companion for the boy, and Abilene found herself grateful for the unexpected bond.</w:t>
      </w:r>
    </w:p>
    <w:p w14:paraId="19199330" w14:textId="5ABA0DA8" w:rsidR="00797FBA" w:rsidRPr="00C9454D" w:rsidRDefault="00797FBA" w:rsidP="00C9454D">
      <w:pPr>
        <w:rPr>
          <w:sz w:val="24"/>
          <w:szCs w:val="24"/>
        </w:rPr>
      </w:pPr>
      <w:r w:rsidRPr="00C9454D">
        <w:rPr>
          <w:sz w:val="24"/>
          <w:szCs w:val="24"/>
        </w:rPr>
        <w:t xml:space="preserve">Meanwhile, in the shadows of the Deveraux estate, Alaric seethed with rage. His carefully orchestrated plan had not only failed but had backfired spectacularly. The people of </w:t>
      </w:r>
      <w:proofErr w:type="spellStart"/>
      <w:r w:rsidR="00225D06" w:rsidRPr="00C9454D">
        <w:rPr>
          <w:sz w:val="24"/>
          <w:szCs w:val="24"/>
        </w:rPr>
        <w:t>Teston</w:t>
      </w:r>
      <w:proofErr w:type="spellEnd"/>
      <w:r w:rsidRPr="00C9454D">
        <w:rPr>
          <w:sz w:val="24"/>
          <w:szCs w:val="24"/>
        </w:rPr>
        <w:t>, already mistrusting the Deveraux, now openly mocked them for their failed schemes.</w:t>
      </w:r>
    </w:p>
    <w:p w14:paraId="0530592E" w14:textId="77777777" w:rsidR="00797FBA" w:rsidRPr="00C9454D" w:rsidRDefault="00797FBA" w:rsidP="00C9454D">
      <w:pPr>
        <w:rPr>
          <w:sz w:val="24"/>
          <w:szCs w:val="24"/>
        </w:rPr>
      </w:pPr>
      <w:r w:rsidRPr="00C9454D">
        <w:rPr>
          <w:sz w:val="24"/>
          <w:szCs w:val="24"/>
        </w:rPr>
        <w:t>“They think they’re untouchable,” Alaric snarled, pacing the room. “And now, they might as well be.”</w:t>
      </w:r>
    </w:p>
    <w:p w14:paraId="2AD9EACA" w14:textId="746AFBF5" w:rsidR="00797FBA" w:rsidRPr="00C9454D" w:rsidRDefault="00797FBA" w:rsidP="00C9454D">
      <w:pPr>
        <w:rPr>
          <w:sz w:val="24"/>
          <w:szCs w:val="24"/>
        </w:rPr>
      </w:pPr>
      <w:r w:rsidRPr="00C9454D">
        <w:rPr>
          <w:sz w:val="24"/>
          <w:szCs w:val="24"/>
        </w:rPr>
        <w:t>Isol</w:t>
      </w:r>
      <w:r w:rsidR="00DD1FF5" w:rsidRPr="00C9454D">
        <w:rPr>
          <w:sz w:val="24"/>
          <w:szCs w:val="24"/>
        </w:rPr>
        <w:t xml:space="preserve">de </w:t>
      </w:r>
      <w:r w:rsidRPr="00C9454D">
        <w:rPr>
          <w:sz w:val="24"/>
          <w:szCs w:val="24"/>
        </w:rPr>
        <w:t>crossed her arms, her face twisted in frustration. “Let them have their victory. It won’t last.”</w:t>
      </w:r>
    </w:p>
    <w:p w14:paraId="05112040" w14:textId="77777777" w:rsidR="00797FBA" w:rsidRPr="00C9454D" w:rsidRDefault="00797FBA" w:rsidP="00C9454D">
      <w:pPr>
        <w:rPr>
          <w:sz w:val="24"/>
          <w:szCs w:val="24"/>
        </w:rPr>
      </w:pPr>
      <w:r w:rsidRPr="00C9454D">
        <w:rPr>
          <w:sz w:val="24"/>
          <w:szCs w:val="24"/>
        </w:rPr>
        <w:t>Esme smirked, her lips curling into a cold smile. “It only means we need to strike harder.”</w:t>
      </w:r>
    </w:p>
    <w:p w14:paraId="7AF8DA85" w14:textId="553243BA" w:rsidR="00A15754" w:rsidRPr="00C9454D" w:rsidRDefault="00A15754" w:rsidP="00C9454D">
      <w:pPr>
        <w:pStyle w:val="Heading2"/>
        <w:rPr>
          <w:sz w:val="24"/>
          <w:szCs w:val="24"/>
        </w:rPr>
      </w:pPr>
      <w:r w:rsidRPr="00C9454D">
        <w:rPr>
          <w:sz w:val="24"/>
          <w:szCs w:val="24"/>
        </w:rPr>
        <w:t xml:space="preserve"> A New Harmony</w:t>
      </w:r>
    </w:p>
    <w:p w14:paraId="4D62C935" w14:textId="305DA110" w:rsidR="00C5033D" w:rsidRPr="00C9454D" w:rsidRDefault="00C5647E" w:rsidP="00C9454D">
      <w:pPr>
        <w:pStyle w:val="Heading2"/>
        <w:rPr>
          <w:sz w:val="24"/>
          <w:szCs w:val="24"/>
        </w:rPr>
      </w:pPr>
      <w:r w:rsidRPr="00C9454D">
        <w:rPr>
          <w:sz w:val="24"/>
          <w:szCs w:val="24"/>
        </w:rPr>
        <w:t>1207</w:t>
      </w:r>
      <w:r w:rsidR="006911A1" w:rsidRPr="00C9454D">
        <w:rPr>
          <w:sz w:val="24"/>
          <w:szCs w:val="24"/>
        </w:rPr>
        <w:t>-1212</w:t>
      </w:r>
    </w:p>
    <w:p w14:paraId="41D28AF9" w14:textId="77777777" w:rsidR="00D27AFC" w:rsidRDefault="00D27AFC" w:rsidP="00C9454D">
      <w:pPr>
        <w:rPr>
          <w:sz w:val="24"/>
          <w:szCs w:val="24"/>
        </w:rPr>
      </w:pPr>
    </w:p>
    <w:p w14:paraId="37E42624" w14:textId="59B9A3EC" w:rsidR="00A15754" w:rsidRPr="00C9454D" w:rsidRDefault="00A15754" w:rsidP="00C9454D">
      <w:pPr>
        <w:rPr>
          <w:sz w:val="24"/>
          <w:szCs w:val="24"/>
        </w:rPr>
      </w:pPr>
      <w:r w:rsidRPr="00C9454D">
        <w:rPr>
          <w:sz w:val="24"/>
          <w:szCs w:val="24"/>
        </w:rPr>
        <w:t xml:space="preserve">The first year of Lydia living at </w:t>
      </w:r>
      <w:r w:rsidR="00522C4D" w:rsidRPr="00C9454D">
        <w:rPr>
          <w:sz w:val="24"/>
          <w:szCs w:val="24"/>
        </w:rPr>
        <w:t>High Haven</w:t>
      </w:r>
      <w:r w:rsidRPr="00C9454D">
        <w:rPr>
          <w:sz w:val="24"/>
          <w:szCs w:val="24"/>
        </w:rPr>
        <w:t xml:space="preserve"> was one of quiet adjustment. Lydia had settled into a rhythm, grateful for the chance to be close to John Marshall and to share in the joy of his childhood. She adored Abilene, who welcomed her without reservation, and admired Guy from a respectful distance, her feelings for him never spoken but deeply felt.</w:t>
      </w:r>
    </w:p>
    <w:p w14:paraId="69F0745C" w14:textId="6DD6B314" w:rsidR="00FC246A" w:rsidRPr="00C9454D" w:rsidRDefault="00FE197F" w:rsidP="00C9454D">
      <w:pPr>
        <w:rPr>
          <w:sz w:val="24"/>
          <w:szCs w:val="24"/>
        </w:rPr>
      </w:pPr>
      <w:r>
        <w:rPr>
          <w:noProof/>
          <w:sz w:val="24"/>
          <w:szCs w:val="24"/>
        </w:rPr>
      </w:r>
      <w:r w:rsidR="00FE197F">
        <w:rPr>
          <w:noProof/>
          <w:sz w:val="24"/>
          <w:szCs w:val="24"/>
        </w:rPr>
        <w:pict w14:anchorId="46E2A7CD">
          <v:rect id="_x0000_i1098" style="width:0;height:1.5pt" o:hralign="center" o:hrstd="t" o:hr="t" fillcolor="#a0a0a0" stroked="f"/>
        </w:pict>
      </w:r>
    </w:p>
    <w:p w14:paraId="31A54421" w14:textId="77777777" w:rsidR="00C5033D" w:rsidRPr="00C9454D" w:rsidRDefault="00FC246A" w:rsidP="00C9454D">
      <w:pPr>
        <w:rPr>
          <w:rStyle w:val="Heading2Char"/>
          <w:sz w:val="24"/>
          <w:szCs w:val="24"/>
        </w:rPr>
      </w:pPr>
      <w:r w:rsidRPr="00C9454D">
        <w:rPr>
          <w:rStyle w:val="Heading2Char"/>
          <w:sz w:val="24"/>
          <w:szCs w:val="24"/>
        </w:rPr>
        <w:t>The Late Summer Evening</w:t>
      </w:r>
    </w:p>
    <w:p w14:paraId="48ACDA71" w14:textId="19DC408E" w:rsidR="00FC246A" w:rsidRPr="00C9454D" w:rsidRDefault="00FC246A" w:rsidP="00C9454D">
      <w:pPr>
        <w:rPr>
          <w:sz w:val="24"/>
          <w:szCs w:val="24"/>
        </w:rPr>
      </w:pPr>
      <w:r w:rsidRPr="00C9454D">
        <w:rPr>
          <w:sz w:val="24"/>
          <w:szCs w:val="24"/>
        </w:rPr>
        <w:br/>
        <w:t xml:space="preserve">The sun </w:t>
      </w:r>
      <w:r w:rsidR="0031619A" w:rsidRPr="00C9454D">
        <w:rPr>
          <w:sz w:val="24"/>
          <w:szCs w:val="24"/>
        </w:rPr>
        <w:t>set</w:t>
      </w:r>
      <w:r w:rsidRPr="00C9454D">
        <w:rPr>
          <w:sz w:val="24"/>
          <w:szCs w:val="24"/>
        </w:rPr>
        <w:t xml:space="preserve"> low over </w:t>
      </w:r>
      <w:r w:rsidR="00522C4D" w:rsidRPr="00C9454D">
        <w:rPr>
          <w:sz w:val="24"/>
          <w:szCs w:val="24"/>
        </w:rPr>
        <w:t>High Haven</w:t>
      </w:r>
      <w:r w:rsidRPr="00C9454D">
        <w:rPr>
          <w:sz w:val="24"/>
          <w:szCs w:val="24"/>
        </w:rPr>
        <w:t>, painting the fields in shades of gold and amber. It was a rare quiet evening, the kind where the world seemed to exhale and rest for a moment. Guy sat on the edge of the porch, sharpening his blade, while Abilene swept through the garden, collecting herbs for supper. Lydia lingered nearby, sitting cross-legged in the grass, weaving wildflowers into a crown for John, who chased fireflies in the fading light.</w:t>
      </w:r>
    </w:p>
    <w:p w14:paraId="2A4505E8" w14:textId="77777777" w:rsidR="00FC246A" w:rsidRPr="00C9454D" w:rsidRDefault="00FC246A" w:rsidP="00C9454D">
      <w:pPr>
        <w:rPr>
          <w:sz w:val="24"/>
          <w:szCs w:val="24"/>
        </w:rPr>
      </w:pPr>
      <w:r w:rsidRPr="00C9454D">
        <w:rPr>
          <w:sz w:val="24"/>
          <w:szCs w:val="24"/>
        </w:rPr>
        <w:t>John’s laughter rang out, bright and carefree, as he darted back toward Lydia, his small hands clasped around a glowing insect. “Look! I caught one!”</w:t>
      </w:r>
    </w:p>
    <w:p w14:paraId="35005B7D" w14:textId="77777777" w:rsidR="00FC246A" w:rsidRPr="00C9454D" w:rsidRDefault="00FC246A" w:rsidP="00C9454D">
      <w:pPr>
        <w:rPr>
          <w:sz w:val="24"/>
          <w:szCs w:val="24"/>
        </w:rPr>
      </w:pPr>
      <w:r w:rsidRPr="00C9454D">
        <w:rPr>
          <w:sz w:val="24"/>
          <w:szCs w:val="24"/>
        </w:rPr>
        <w:t>She smiled, her expression soft and full of affection. “You’re getting quicker, little one. Soon the fireflies won’t stand a chance.”</w:t>
      </w:r>
    </w:p>
    <w:p w14:paraId="69C2ABD1" w14:textId="77777777" w:rsidR="00FC246A" w:rsidRPr="00C9454D" w:rsidRDefault="00FC246A" w:rsidP="00C9454D">
      <w:pPr>
        <w:rPr>
          <w:sz w:val="24"/>
          <w:szCs w:val="24"/>
        </w:rPr>
      </w:pPr>
      <w:r w:rsidRPr="00C9454D">
        <w:rPr>
          <w:sz w:val="24"/>
          <w:szCs w:val="24"/>
        </w:rPr>
        <w:t>“Do you think they miss their families when we catch them?” John asked, tilting his head.</w:t>
      </w:r>
    </w:p>
    <w:p w14:paraId="6C464FDC" w14:textId="77777777" w:rsidR="00FC246A" w:rsidRPr="00C9454D" w:rsidRDefault="00FC246A" w:rsidP="00C9454D">
      <w:pPr>
        <w:rPr>
          <w:sz w:val="24"/>
          <w:szCs w:val="24"/>
        </w:rPr>
      </w:pPr>
      <w:r w:rsidRPr="00C9454D">
        <w:rPr>
          <w:sz w:val="24"/>
          <w:szCs w:val="24"/>
        </w:rPr>
        <w:t>Lydia’s smile faltered for just a moment, the weight of his innocent question pressing on her heart. “Maybe,” she said quietly, threading another flower into the crown. “But we always let them go, don’t we? So they can find their way back.”</w:t>
      </w:r>
    </w:p>
    <w:p w14:paraId="60728A14" w14:textId="77777777" w:rsidR="00FC246A" w:rsidRPr="00C9454D" w:rsidRDefault="00FC246A" w:rsidP="00C9454D">
      <w:pPr>
        <w:rPr>
          <w:sz w:val="24"/>
          <w:szCs w:val="24"/>
        </w:rPr>
      </w:pPr>
      <w:r w:rsidRPr="00C9454D">
        <w:rPr>
          <w:sz w:val="24"/>
          <w:szCs w:val="24"/>
        </w:rPr>
        <w:t>John nodded, satisfied, and ran off again, the glow of the fireflies dancing around him like tiny stars.</w:t>
      </w:r>
    </w:p>
    <w:p w14:paraId="2528157B" w14:textId="77777777" w:rsidR="00FC246A" w:rsidRPr="00C9454D" w:rsidRDefault="00FE197F" w:rsidP="00C9454D">
      <w:pPr>
        <w:rPr>
          <w:sz w:val="24"/>
          <w:szCs w:val="24"/>
        </w:rPr>
      </w:pPr>
      <w:r>
        <w:rPr>
          <w:noProof/>
          <w:sz w:val="24"/>
          <w:szCs w:val="24"/>
        </w:rPr>
      </w:r>
      <w:r w:rsidR="00FE197F">
        <w:rPr>
          <w:noProof/>
          <w:sz w:val="24"/>
          <w:szCs w:val="24"/>
        </w:rPr>
        <w:pict w14:anchorId="004C3526">
          <v:rect id="_x0000_i1099" style="width:0;height:1.5pt" o:hralign="center" o:hrstd="t" o:hr="t" fillcolor="#a0a0a0" stroked="f"/>
        </w:pict>
      </w:r>
    </w:p>
    <w:p w14:paraId="47CCE0E3" w14:textId="77777777" w:rsidR="00C5033D" w:rsidRPr="00C9454D" w:rsidRDefault="00FC246A" w:rsidP="00C9454D">
      <w:pPr>
        <w:rPr>
          <w:rStyle w:val="Heading2Char"/>
          <w:sz w:val="24"/>
          <w:szCs w:val="24"/>
        </w:rPr>
      </w:pPr>
      <w:r w:rsidRPr="00C9454D">
        <w:rPr>
          <w:rStyle w:val="Heading2Char"/>
          <w:sz w:val="24"/>
          <w:szCs w:val="24"/>
        </w:rPr>
        <w:t>The Quiet Observation</w:t>
      </w:r>
    </w:p>
    <w:p w14:paraId="0DCCDEF6" w14:textId="472DEC3E" w:rsidR="00FC246A" w:rsidRPr="00C9454D" w:rsidRDefault="00FC246A" w:rsidP="00C9454D">
      <w:pPr>
        <w:rPr>
          <w:sz w:val="24"/>
          <w:szCs w:val="24"/>
        </w:rPr>
      </w:pPr>
      <w:r w:rsidRPr="00C9454D">
        <w:rPr>
          <w:sz w:val="24"/>
          <w:szCs w:val="24"/>
        </w:rPr>
        <w:br/>
        <w:t>Guy glanced up from his blade, his gaze settling on Lydia. She wasn’t watching John anymore; her focus had shifted to the horizon, where the sun dipped below the hills. Her hands stilled on the flower crown, her fingers trembling slightly as she held it in her lap.</w:t>
      </w:r>
    </w:p>
    <w:p w14:paraId="07923D97" w14:textId="044EE002" w:rsidR="00FC246A" w:rsidRPr="00C9454D" w:rsidRDefault="00FC246A" w:rsidP="00C9454D">
      <w:pPr>
        <w:rPr>
          <w:sz w:val="24"/>
          <w:szCs w:val="24"/>
        </w:rPr>
      </w:pPr>
      <w:r w:rsidRPr="00C9454D">
        <w:rPr>
          <w:sz w:val="24"/>
          <w:szCs w:val="24"/>
        </w:rPr>
        <w:t>Abilene noticed too, pausing in her work. She wiped her hands on her apron and walked over, crouching besi</w:t>
      </w:r>
      <w:r w:rsidR="00DD1FF5" w:rsidRPr="00C9454D">
        <w:rPr>
          <w:sz w:val="24"/>
          <w:szCs w:val="24"/>
        </w:rPr>
        <w:t xml:space="preserve">de </w:t>
      </w:r>
      <w:r w:rsidRPr="00C9454D">
        <w:rPr>
          <w:sz w:val="24"/>
          <w:szCs w:val="24"/>
        </w:rPr>
        <w:t>Lydia. “You all right?” she asked softly, her voice laced with concern.</w:t>
      </w:r>
    </w:p>
    <w:p w14:paraId="10518281" w14:textId="77777777" w:rsidR="00FC246A" w:rsidRPr="00C9454D" w:rsidRDefault="00FC246A" w:rsidP="00C9454D">
      <w:pPr>
        <w:rPr>
          <w:sz w:val="24"/>
          <w:szCs w:val="24"/>
        </w:rPr>
      </w:pPr>
      <w:r w:rsidRPr="00C9454D">
        <w:rPr>
          <w:sz w:val="24"/>
          <w:szCs w:val="24"/>
        </w:rPr>
        <w:t>Lydia startled, her cheeks flushing. “Oh, yes, of course. Just… thinking.”</w:t>
      </w:r>
    </w:p>
    <w:p w14:paraId="22084EA1" w14:textId="17FC3502" w:rsidR="00FC246A" w:rsidRPr="00C9454D" w:rsidRDefault="00FC246A" w:rsidP="00C9454D">
      <w:pPr>
        <w:rPr>
          <w:sz w:val="24"/>
          <w:szCs w:val="24"/>
        </w:rPr>
      </w:pPr>
      <w:r w:rsidRPr="00C9454D">
        <w:rPr>
          <w:sz w:val="24"/>
          <w:szCs w:val="24"/>
        </w:rPr>
        <w:t>Abilene didn’t press, but she didn’t leave either. She sat down besi</w:t>
      </w:r>
      <w:r w:rsidR="00DD1FF5" w:rsidRPr="00C9454D">
        <w:rPr>
          <w:sz w:val="24"/>
          <w:szCs w:val="24"/>
        </w:rPr>
        <w:t xml:space="preserve">de </w:t>
      </w:r>
      <w:r w:rsidRPr="00C9454D">
        <w:rPr>
          <w:sz w:val="24"/>
          <w:szCs w:val="24"/>
        </w:rPr>
        <w:t>her, their shoulders nearly touching, and together they watched the sky darken.</w:t>
      </w:r>
    </w:p>
    <w:p w14:paraId="33BD4012" w14:textId="77777777" w:rsidR="00FC246A" w:rsidRPr="00C9454D" w:rsidRDefault="00FE197F" w:rsidP="00C9454D">
      <w:pPr>
        <w:rPr>
          <w:sz w:val="24"/>
          <w:szCs w:val="24"/>
        </w:rPr>
      </w:pPr>
      <w:r>
        <w:rPr>
          <w:noProof/>
          <w:sz w:val="24"/>
          <w:szCs w:val="24"/>
        </w:rPr>
      </w:r>
      <w:r w:rsidR="00FE197F">
        <w:rPr>
          <w:noProof/>
          <w:sz w:val="24"/>
          <w:szCs w:val="24"/>
        </w:rPr>
        <w:pict w14:anchorId="069FA5D6">
          <v:rect id="_x0000_i1100" style="width:0;height:1.5pt" o:hralign="center" o:hrstd="t" o:hr="t" fillcolor="#a0a0a0" stroked="f"/>
        </w:pict>
      </w:r>
    </w:p>
    <w:p w14:paraId="4911B3DC" w14:textId="77777777" w:rsidR="00C5033D" w:rsidRPr="00C9454D" w:rsidRDefault="00FC246A" w:rsidP="00C9454D">
      <w:pPr>
        <w:rPr>
          <w:rStyle w:val="Heading2Char"/>
          <w:sz w:val="24"/>
          <w:szCs w:val="24"/>
        </w:rPr>
      </w:pPr>
      <w:r w:rsidRPr="00C9454D">
        <w:rPr>
          <w:rStyle w:val="Heading2Char"/>
          <w:sz w:val="24"/>
          <w:szCs w:val="24"/>
        </w:rPr>
        <w:t>The Heartbreak</w:t>
      </w:r>
    </w:p>
    <w:p w14:paraId="7E4FB43F" w14:textId="27B44041" w:rsidR="00FC246A" w:rsidRPr="00C9454D" w:rsidRDefault="00FC246A" w:rsidP="00C9454D">
      <w:pPr>
        <w:rPr>
          <w:sz w:val="24"/>
          <w:szCs w:val="24"/>
        </w:rPr>
      </w:pPr>
      <w:r w:rsidRPr="00C9454D">
        <w:rPr>
          <w:sz w:val="24"/>
          <w:szCs w:val="24"/>
        </w:rPr>
        <w:br/>
        <w:t>A few moments later, John came bounding back, his face glowing with excitement. “Lydia! Look at the crown! Is it ready?”</w:t>
      </w:r>
    </w:p>
    <w:p w14:paraId="52C2E08D" w14:textId="77777777" w:rsidR="00FC246A" w:rsidRPr="00C9454D" w:rsidRDefault="00FC246A" w:rsidP="00C9454D">
      <w:pPr>
        <w:rPr>
          <w:sz w:val="24"/>
          <w:szCs w:val="24"/>
        </w:rPr>
      </w:pPr>
      <w:r w:rsidRPr="00C9454D">
        <w:rPr>
          <w:sz w:val="24"/>
          <w:szCs w:val="24"/>
        </w:rPr>
        <w:t>She forced a smile, holding it up for him to see. “It’s ready, my little prince.”</w:t>
      </w:r>
    </w:p>
    <w:p w14:paraId="192D713E" w14:textId="77777777" w:rsidR="00FC246A" w:rsidRPr="00C9454D" w:rsidRDefault="00FC246A" w:rsidP="00C9454D">
      <w:pPr>
        <w:rPr>
          <w:sz w:val="24"/>
          <w:szCs w:val="24"/>
        </w:rPr>
      </w:pPr>
      <w:r w:rsidRPr="00C9454D">
        <w:rPr>
          <w:sz w:val="24"/>
          <w:szCs w:val="24"/>
        </w:rPr>
        <w:t>John climbed into her lap, something he did often, not because he saw her as his mother, but because she felt safe, warm, and kind—like a favorite aunt or an older sister who always knew just what to say. He giggled as she set the crown on his head, pretending to bow to her. “Am I handsome now?”</w:t>
      </w:r>
    </w:p>
    <w:p w14:paraId="7F5E2033" w14:textId="77777777" w:rsidR="00FC246A" w:rsidRPr="00C9454D" w:rsidRDefault="00FC246A" w:rsidP="00C9454D">
      <w:pPr>
        <w:rPr>
          <w:sz w:val="24"/>
          <w:szCs w:val="24"/>
        </w:rPr>
      </w:pPr>
      <w:r w:rsidRPr="00C9454D">
        <w:rPr>
          <w:sz w:val="24"/>
          <w:szCs w:val="24"/>
        </w:rPr>
        <w:t>“The handsomest,” she said, her voice catching as she hugged him close.</w:t>
      </w:r>
    </w:p>
    <w:p w14:paraId="59064C12" w14:textId="77777777" w:rsidR="00FC246A" w:rsidRPr="00C9454D" w:rsidRDefault="00FC246A" w:rsidP="00C9454D">
      <w:pPr>
        <w:rPr>
          <w:sz w:val="24"/>
          <w:szCs w:val="24"/>
        </w:rPr>
      </w:pPr>
      <w:r w:rsidRPr="00C9454D">
        <w:rPr>
          <w:sz w:val="24"/>
          <w:szCs w:val="24"/>
        </w:rPr>
        <w:t>It wasn’t the kind of hug that lingered too long or felt desperate, but there was something about the way her hands rested on his shoulders, the way her eyes shimmered in the firelight, that betrayed the depth of her longing. She loved John fiercely—not as a son, but as a piece of the family she would never truly belong to.</w:t>
      </w:r>
    </w:p>
    <w:p w14:paraId="61A13F01" w14:textId="77777777" w:rsidR="00FC246A" w:rsidRPr="00C9454D" w:rsidRDefault="00FC246A" w:rsidP="00C9454D">
      <w:pPr>
        <w:rPr>
          <w:sz w:val="24"/>
          <w:szCs w:val="24"/>
        </w:rPr>
      </w:pPr>
      <w:r w:rsidRPr="00C9454D">
        <w:rPr>
          <w:sz w:val="24"/>
          <w:szCs w:val="24"/>
        </w:rPr>
        <w:t>Guy watched from the porch, his sharpening forgotten. His expression was unreadable, but his eyes softened, a rare vulnerability creeping into his features. He didn’t speak, didn’t interrupt the moment, but Abilene caught the way his hand flexed against the blade, as though he wanted to say something but didn’t know how.</w:t>
      </w:r>
    </w:p>
    <w:p w14:paraId="01FAFBDC" w14:textId="77777777" w:rsidR="00FC246A" w:rsidRPr="00C9454D" w:rsidRDefault="00FE197F" w:rsidP="00C9454D">
      <w:pPr>
        <w:rPr>
          <w:sz w:val="24"/>
          <w:szCs w:val="24"/>
        </w:rPr>
      </w:pPr>
      <w:r>
        <w:rPr>
          <w:noProof/>
          <w:sz w:val="24"/>
          <w:szCs w:val="24"/>
        </w:rPr>
      </w:r>
      <w:r w:rsidR="00FE197F">
        <w:rPr>
          <w:noProof/>
          <w:sz w:val="24"/>
          <w:szCs w:val="24"/>
        </w:rPr>
        <w:pict w14:anchorId="35A9AA9B">
          <v:rect id="_x0000_i1101" style="width:0;height:1.5pt" o:hralign="center" o:hrstd="t" o:hr="t" fillcolor="#a0a0a0" stroked="f"/>
        </w:pict>
      </w:r>
    </w:p>
    <w:p w14:paraId="3AD20FC8" w14:textId="77777777" w:rsidR="00C5033D" w:rsidRPr="00C9454D" w:rsidRDefault="00FC246A" w:rsidP="00C9454D">
      <w:pPr>
        <w:rPr>
          <w:rStyle w:val="Heading2Char"/>
          <w:sz w:val="24"/>
          <w:szCs w:val="24"/>
        </w:rPr>
      </w:pPr>
      <w:r w:rsidRPr="00C9454D">
        <w:rPr>
          <w:rStyle w:val="Heading2Char"/>
          <w:sz w:val="24"/>
          <w:szCs w:val="24"/>
        </w:rPr>
        <w:t>Abilene’s Understanding</w:t>
      </w:r>
    </w:p>
    <w:p w14:paraId="149CC904" w14:textId="6B58701E" w:rsidR="00FC246A" w:rsidRPr="00C9454D" w:rsidRDefault="00FC246A" w:rsidP="00C9454D">
      <w:pPr>
        <w:rPr>
          <w:sz w:val="24"/>
          <w:szCs w:val="24"/>
        </w:rPr>
      </w:pPr>
      <w:r w:rsidRPr="00C9454D">
        <w:rPr>
          <w:sz w:val="24"/>
          <w:szCs w:val="24"/>
        </w:rPr>
        <w:br/>
        <w:t>Later, after John had been tucked into bed, the three of them sat together in the sitting room. Abilene poured tea, her movements slow and deliberate, as though she were carefully weaving the delicate threads of their lives into something unbreakable.</w:t>
      </w:r>
    </w:p>
    <w:p w14:paraId="5DD86ABB" w14:textId="77777777" w:rsidR="00FC246A" w:rsidRPr="00C9454D" w:rsidRDefault="00FC246A" w:rsidP="00C9454D">
      <w:pPr>
        <w:rPr>
          <w:sz w:val="24"/>
          <w:szCs w:val="24"/>
        </w:rPr>
      </w:pPr>
      <w:r w:rsidRPr="00C9454D">
        <w:rPr>
          <w:sz w:val="24"/>
          <w:szCs w:val="24"/>
        </w:rPr>
        <w:t>Lydia broke the silence. “I know this isn’t forever,” she said quietly, her hands wrapped tightly around her cup. “I know someday, John will grow up, and he won’t need me here. And… and that’s as it should be.”</w:t>
      </w:r>
    </w:p>
    <w:p w14:paraId="52837554" w14:textId="77777777" w:rsidR="00FC246A" w:rsidRPr="00C9454D" w:rsidRDefault="00FC246A" w:rsidP="00C9454D">
      <w:pPr>
        <w:rPr>
          <w:sz w:val="24"/>
          <w:szCs w:val="24"/>
        </w:rPr>
      </w:pPr>
      <w:r w:rsidRPr="00C9454D">
        <w:rPr>
          <w:sz w:val="24"/>
          <w:szCs w:val="24"/>
        </w:rPr>
        <w:t>Abilene set her cup down, leaning forward. “Lydia, you’re part of this family. It doesn’t matter how old John gets or where life takes him. You have a place here.”</w:t>
      </w:r>
    </w:p>
    <w:p w14:paraId="1838F8DA" w14:textId="77777777" w:rsidR="00FC246A" w:rsidRPr="00C9454D" w:rsidRDefault="00FC246A" w:rsidP="00C9454D">
      <w:pPr>
        <w:rPr>
          <w:sz w:val="24"/>
          <w:szCs w:val="24"/>
        </w:rPr>
      </w:pPr>
      <w:r w:rsidRPr="00C9454D">
        <w:rPr>
          <w:sz w:val="24"/>
          <w:szCs w:val="24"/>
        </w:rPr>
        <w:t>Lydia smiled faintly, her eyes glistening. “You’re kind, Abilene. Kinder than I deserve.”</w:t>
      </w:r>
    </w:p>
    <w:p w14:paraId="5CAF74CC" w14:textId="77777777" w:rsidR="00FC246A" w:rsidRPr="00C9454D" w:rsidRDefault="00FC246A" w:rsidP="00C9454D">
      <w:pPr>
        <w:rPr>
          <w:sz w:val="24"/>
          <w:szCs w:val="24"/>
        </w:rPr>
      </w:pPr>
      <w:r w:rsidRPr="00C9454D">
        <w:rPr>
          <w:sz w:val="24"/>
          <w:szCs w:val="24"/>
        </w:rPr>
        <w:t>Guy, who had been silent until now, spoke. “It’s not about what anyone deserves,” he said, his voice low and steady. “It’s about what’s right. And you being here feels right.”</w:t>
      </w:r>
    </w:p>
    <w:p w14:paraId="52209963" w14:textId="71A0864A" w:rsidR="00FC246A" w:rsidRPr="00C9454D" w:rsidRDefault="00FC246A" w:rsidP="00C9454D">
      <w:pPr>
        <w:rPr>
          <w:sz w:val="24"/>
          <w:szCs w:val="24"/>
        </w:rPr>
      </w:pPr>
      <w:r w:rsidRPr="00C9454D">
        <w:rPr>
          <w:sz w:val="24"/>
          <w:szCs w:val="24"/>
        </w:rPr>
        <w:t>Lydia looked at him then, her heart swelling and breaking all at once. He didn’t look away, but his gaze held no promises, no affection beyond the respect and gratitu</w:t>
      </w:r>
      <w:r w:rsidR="00DD1FF5" w:rsidRPr="00C9454D">
        <w:rPr>
          <w:sz w:val="24"/>
          <w:szCs w:val="24"/>
        </w:rPr>
        <w:t xml:space="preserve">de </w:t>
      </w:r>
      <w:r w:rsidRPr="00C9454D">
        <w:rPr>
          <w:sz w:val="24"/>
          <w:szCs w:val="24"/>
        </w:rPr>
        <w:t>he felt for her. And yet, it was enough to undo her.</w:t>
      </w:r>
    </w:p>
    <w:p w14:paraId="47A95EA7" w14:textId="77777777" w:rsidR="00FC246A" w:rsidRPr="00C9454D" w:rsidRDefault="00FC246A" w:rsidP="00C9454D">
      <w:pPr>
        <w:rPr>
          <w:sz w:val="24"/>
          <w:szCs w:val="24"/>
        </w:rPr>
      </w:pPr>
      <w:r w:rsidRPr="00C9454D">
        <w:rPr>
          <w:sz w:val="24"/>
          <w:szCs w:val="24"/>
        </w:rPr>
        <w:t>Abilene reached out, placing a hand on Lydia’s knee. “You’re not alone,” she whispered. “You’ll never be alone.”</w:t>
      </w:r>
    </w:p>
    <w:p w14:paraId="47A117E4" w14:textId="77777777" w:rsidR="00FC246A" w:rsidRPr="00C9454D" w:rsidRDefault="00FC246A" w:rsidP="00C9454D">
      <w:pPr>
        <w:rPr>
          <w:sz w:val="24"/>
          <w:szCs w:val="24"/>
        </w:rPr>
      </w:pPr>
      <w:r w:rsidRPr="00C9454D">
        <w:rPr>
          <w:sz w:val="24"/>
          <w:szCs w:val="24"/>
        </w:rPr>
        <w:t>Tears slipped down Lydia’s cheeks as she nodded, unable to speak. In that moment, she felt both loved and utterly heartbroken—caught between the joy of being part of something beautiful and the sorrow of knowing she would always remain on the outside, looking in.</w:t>
      </w:r>
    </w:p>
    <w:p w14:paraId="4697F670" w14:textId="10197CAD" w:rsidR="00A15754" w:rsidRPr="00C9454D" w:rsidRDefault="00FE197F" w:rsidP="00C9454D">
      <w:pPr>
        <w:rPr>
          <w:sz w:val="24"/>
          <w:szCs w:val="24"/>
        </w:rPr>
      </w:pPr>
      <w:r>
        <w:rPr>
          <w:noProof/>
          <w:sz w:val="24"/>
          <w:szCs w:val="24"/>
        </w:rPr>
      </w:r>
      <w:r w:rsidR="00FE197F">
        <w:rPr>
          <w:noProof/>
          <w:sz w:val="24"/>
          <w:szCs w:val="24"/>
        </w:rPr>
        <w:pict w14:anchorId="4902D66F">
          <v:rect id="_x0000_i1102" style="width:0;height:1.5pt" o:hralign="center" o:hrstd="t" o:hr="t" fillcolor="#a0a0a0" stroked="f"/>
        </w:pict>
      </w:r>
    </w:p>
    <w:p w14:paraId="4ED60BD7" w14:textId="77777777" w:rsidR="00A15754" w:rsidRPr="00C9454D" w:rsidRDefault="00A15754" w:rsidP="00C9454D">
      <w:pPr>
        <w:pStyle w:val="Heading2"/>
        <w:rPr>
          <w:sz w:val="24"/>
          <w:szCs w:val="24"/>
        </w:rPr>
      </w:pPr>
      <w:r w:rsidRPr="00C9454D">
        <w:rPr>
          <w:sz w:val="24"/>
          <w:szCs w:val="24"/>
        </w:rPr>
        <w:t>Lydia’s Silent Love</w:t>
      </w:r>
    </w:p>
    <w:p w14:paraId="14BB2A74" w14:textId="77777777" w:rsidR="00C5033D" w:rsidRPr="00C9454D" w:rsidRDefault="00C5033D" w:rsidP="00C9454D">
      <w:pPr>
        <w:rPr>
          <w:sz w:val="24"/>
          <w:szCs w:val="24"/>
        </w:rPr>
      </w:pPr>
    </w:p>
    <w:p w14:paraId="04911931" w14:textId="77777777" w:rsidR="00A15754" w:rsidRPr="00C9454D" w:rsidRDefault="00A15754" w:rsidP="00C9454D">
      <w:pPr>
        <w:rPr>
          <w:sz w:val="24"/>
          <w:szCs w:val="24"/>
        </w:rPr>
      </w:pPr>
      <w:r w:rsidRPr="00C9454D">
        <w:rPr>
          <w:sz w:val="24"/>
          <w:szCs w:val="24"/>
        </w:rPr>
        <w:t>Lydia often found herself lingering in the background, watching as Guy played with John Marshall or worked tirelessly on the estate. He was everything she had imagined a father should be: kind, protective, and unwaveringly present. She loved him for the life he had given her son, but she kept that love locked away, knowing it could never be more than a quiet ache in her heart.</w:t>
      </w:r>
    </w:p>
    <w:p w14:paraId="4D80175C" w14:textId="3A17CFFA" w:rsidR="00A15754" w:rsidRPr="00C9454D" w:rsidRDefault="00A15754" w:rsidP="00C9454D">
      <w:pPr>
        <w:rPr>
          <w:sz w:val="24"/>
          <w:szCs w:val="24"/>
        </w:rPr>
      </w:pPr>
      <w:r w:rsidRPr="00C9454D">
        <w:rPr>
          <w:sz w:val="24"/>
          <w:szCs w:val="24"/>
        </w:rPr>
        <w:t>At times, Guy noticed her gaze, her green eyes soft and wistful. He never addressed it directly but understood the depth of her gratitu</w:t>
      </w:r>
      <w:r w:rsidR="00DD1FF5" w:rsidRPr="00C9454D">
        <w:rPr>
          <w:sz w:val="24"/>
          <w:szCs w:val="24"/>
        </w:rPr>
        <w:t xml:space="preserve">de </w:t>
      </w:r>
      <w:r w:rsidRPr="00C9454D">
        <w:rPr>
          <w:sz w:val="24"/>
          <w:szCs w:val="24"/>
        </w:rPr>
        <w:t>and her silent grief. He felt no ang</w:t>
      </w:r>
      <w:r w:rsidR="007D046E" w:rsidRPr="00C9454D">
        <w:rPr>
          <w:sz w:val="24"/>
          <w:szCs w:val="24"/>
        </w:rPr>
        <w:t>st</w:t>
      </w:r>
      <w:r w:rsidRPr="00C9454D">
        <w:rPr>
          <w:sz w:val="24"/>
          <w:szCs w:val="24"/>
        </w:rPr>
        <w:t xml:space="preserve"> toward her—only compassion.</w:t>
      </w:r>
    </w:p>
    <w:p w14:paraId="460D04DB" w14:textId="48D9CB20" w:rsidR="00A15754" w:rsidRPr="00C9454D" w:rsidRDefault="00A15754" w:rsidP="00C9454D">
      <w:pPr>
        <w:rPr>
          <w:sz w:val="24"/>
          <w:szCs w:val="24"/>
        </w:rPr>
      </w:pPr>
      <w:r w:rsidRPr="00C9454D">
        <w:rPr>
          <w:sz w:val="24"/>
          <w:szCs w:val="24"/>
        </w:rPr>
        <w:t xml:space="preserve">“She has every reason to feel this way,” </w:t>
      </w:r>
      <w:r w:rsidR="00EF309F" w:rsidRPr="00C9454D">
        <w:rPr>
          <w:sz w:val="24"/>
          <w:szCs w:val="24"/>
        </w:rPr>
        <w:t xml:space="preserve">Abilene </w:t>
      </w:r>
      <w:r w:rsidRPr="00C9454D">
        <w:rPr>
          <w:sz w:val="24"/>
          <w:szCs w:val="24"/>
        </w:rPr>
        <w:t xml:space="preserve">confided to </w:t>
      </w:r>
      <w:r w:rsidR="00DC6DD1" w:rsidRPr="00C9454D">
        <w:rPr>
          <w:sz w:val="24"/>
          <w:szCs w:val="24"/>
        </w:rPr>
        <w:t>him</w:t>
      </w:r>
      <w:r w:rsidRPr="00C9454D">
        <w:rPr>
          <w:sz w:val="24"/>
          <w:szCs w:val="24"/>
        </w:rPr>
        <w:t xml:space="preserve"> one evening as they lay in bed. “</w:t>
      </w:r>
      <w:r w:rsidR="00BF54EB" w:rsidRPr="00C9454D">
        <w:rPr>
          <w:sz w:val="24"/>
          <w:szCs w:val="24"/>
        </w:rPr>
        <w:t>You</w:t>
      </w:r>
      <w:r w:rsidR="00257464" w:rsidRPr="00C9454D">
        <w:rPr>
          <w:sz w:val="24"/>
          <w:szCs w:val="24"/>
        </w:rPr>
        <w:t>’re</w:t>
      </w:r>
      <w:r w:rsidRPr="00C9454D">
        <w:rPr>
          <w:sz w:val="24"/>
          <w:szCs w:val="24"/>
        </w:rPr>
        <w:t xml:space="preserve"> raising her child. How could she not feel something?”</w:t>
      </w:r>
    </w:p>
    <w:p w14:paraId="7C8016A1" w14:textId="77777777" w:rsidR="00A15754" w:rsidRPr="00C9454D" w:rsidRDefault="00A15754" w:rsidP="00C9454D">
      <w:pPr>
        <w:rPr>
          <w:sz w:val="24"/>
          <w:szCs w:val="24"/>
        </w:rPr>
      </w:pPr>
      <w:r w:rsidRPr="00C9454D">
        <w:rPr>
          <w:sz w:val="24"/>
          <w:szCs w:val="24"/>
        </w:rPr>
        <w:t>Abilene, ever empathetic, placed a hand on his chest. “She loves us both, Guy. But she would never come between us. She’s a good woman.”</w:t>
      </w:r>
    </w:p>
    <w:p w14:paraId="58F10CDB" w14:textId="77777777" w:rsidR="00A15754" w:rsidRPr="00C9454D" w:rsidRDefault="00A15754" w:rsidP="00C9454D">
      <w:pPr>
        <w:rPr>
          <w:sz w:val="24"/>
          <w:szCs w:val="24"/>
        </w:rPr>
      </w:pPr>
      <w:r w:rsidRPr="00C9454D">
        <w:rPr>
          <w:sz w:val="24"/>
          <w:szCs w:val="24"/>
        </w:rPr>
        <w:t>“She is,” Guy admitted. “But I don’t want her to be hurt.”</w:t>
      </w:r>
    </w:p>
    <w:p w14:paraId="32871CD4" w14:textId="77777777" w:rsidR="00A15754" w:rsidRPr="00C9454D" w:rsidRDefault="00A15754" w:rsidP="00C9454D">
      <w:pPr>
        <w:rPr>
          <w:sz w:val="24"/>
          <w:szCs w:val="24"/>
        </w:rPr>
      </w:pPr>
      <w:r w:rsidRPr="00C9454D">
        <w:rPr>
          <w:sz w:val="24"/>
          <w:szCs w:val="24"/>
        </w:rPr>
        <w:t>“Neither do I,” Abilene said softly. “That’s why we love her as family. It’s the best we can do.”</w:t>
      </w:r>
    </w:p>
    <w:p w14:paraId="0469C0BE" w14:textId="77777777" w:rsidR="00A15754" w:rsidRPr="00C9454D" w:rsidRDefault="00A15754" w:rsidP="00C9454D">
      <w:pPr>
        <w:rPr>
          <w:sz w:val="24"/>
          <w:szCs w:val="24"/>
        </w:rPr>
      </w:pPr>
    </w:p>
    <w:p w14:paraId="6813F6B0" w14:textId="77777777" w:rsidR="00A15754" w:rsidRPr="00C9454D" w:rsidRDefault="00A15754" w:rsidP="00C9454D">
      <w:pPr>
        <w:pStyle w:val="Heading2"/>
        <w:rPr>
          <w:sz w:val="24"/>
          <w:szCs w:val="24"/>
        </w:rPr>
      </w:pPr>
      <w:r w:rsidRPr="00C9454D">
        <w:rPr>
          <w:sz w:val="24"/>
          <w:szCs w:val="24"/>
        </w:rPr>
        <w:t>A Motherly Bond</w:t>
      </w:r>
    </w:p>
    <w:p w14:paraId="05A2571A" w14:textId="77777777" w:rsidR="00C5033D" w:rsidRPr="00C9454D" w:rsidRDefault="00C5033D" w:rsidP="00C9454D">
      <w:pPr>
        <w:rPr>
          <w:sz w:val="24"/>
          <w:szCs w:val="24"/>
        </w:rPr>
      </w:pPr>
    </w:p>
    <w:p w14:paraId="60EBAA95" w14:textId="77777777" w:rsidR="00A15754" w:rsidRPr="00C9454D" w:rsidRDefault="00A15754" w:rsidP="00C9454D">
      <w:pPr>
        <w:rPr>
          <w:sz w:val="24"/>
          <w:szCs w:val="24"/>
        </w:rPr>
      </w:pPr>
      <w:r w:rsidRPr="00C9454D">
        <w:rPr>
          <w:sz w:val="24"/>
          <w:szCs w:val="24"/>
        </w:rPr>
        <w:t>For Abilene, Lydia became like a younger sister or even a daughter. She admired Lydia’s quiet strength and found herself often comforting her when the pain of her loss resurfaced.</w:t>
      </w:r>
    </w:p>
    <w:p w14:paraId="4BFBFE81" w14:textId="77777777" w:rsidR="00A15754" w:rsidRPr="00C9454D" w:rsidRDefault="00A15754" w:rsidP="00C9454D">
      <w:pPr>
        <w:rPr>
          <w:sz w:val="24"/>
          <w:szCs w:val="24"/>
        </w:rPr>
      </w:pPr>
      <w:r w:rsidRPr="00C9454D">
        <w:rPr>
          <w:sz w:val="24"/>
          <w:szCs w:val="24"/>
        </w:rPr>
        <w:t>One evening, as they worked together in the great hall sorting linens, Lydia hesitated before speaking. “Abilene, does it… does it ever bother you?”</w:t>
      </w:r>
    </w:p>
    <w:p w14:paraId="1D5F75AE" w14:textId="77777777" w:rsidR="00A15754" w:rsidRPr="00C9454D" w:rsidRDefault="00A15754" w:rsidP="00C9454D">
      <w:pPr>
        <w:rPr>
          <w:sz w:val="24"/>
          <w:szCs w:val="24"/>
        </w:rPr>
      </w:pPr>
      <w:r w:rsidRPr="00C9454D">
        <w:rPr>
          <w:sz w:val="24"/>
          <w:szCs w:val="24"/>
        </w:rPr>
        <w:t>Abilene looked up, her brow furrowing. “What do you mean?”</w:t>
      </w:r>
    </w:p>
    <w:p w14:paraId="72324D61" w14:textId="77777777" w:rsidR="00A15754" w:rsidRPr="00C9454D" w:rsidRDefault="00A15754" w:rsidP="00C9454D">
      <w:pPr>
        <w:rPr>
          <w:sz w:val="24"/>
          <w:szCs w:val="24"/>
        </w:rPr>
      </w:pPr>
      <w:r w:rsidRPr="00C9454D">
        <w:rPr>
          <w:sz w:val="24"/>
          <w:szCs w:val="24"/>
        </w:rPr>
        <w:t>“That I’m here. That I look like her,” Lydia said, her voice barely above a whisper.</w:t>
      </w:r>
    </w:p>
    <w:p w14:paraId="0ECF72C9" w14:textId="77777777" w:rsidR="00A15754" w:rsidRPr="00C9454D" w:rsidRDefault="00A15754" w:rsidP="00C9454D">
      <w:pPr>
        <w:rPr>
          <w:sz w:val="24"/>
          <w:szCs w:val="24"/>
        </w:rPr>
      </w:pPr>
      <w:r w:rsidRPr="00C9454D">
        <w:rPr>
          <w:sz w:val="24"/>
          <w:szCs w:val="24"/>
        </w:rPr>
        <w:t>Abilene froze for a moment, unsure of how to respond. “What makes you say that?”</w:t>
      </w:r>
    </w:p>
    <w:p w14:paraId="477335E7" w14:textId="0718A56F" w:rsidR="00A15754" w:rsidRPr="00C9454D" w:rsidRDefault="00A15754" w:rsidP="00C9454D">
      <w:pPr>
        <w:rPr>
          <w:sz w:val="24"/>
          <w:szCs w:val="24"/>
        </w:rPr>
      </w:pPr>
      <w:r w:rsidRPr="00C9454D">
        <w:rPr>
          <w:sz w:val="24"/>
          <w:szCs w:val="24"/>
        </w:rPr>
        <w:t xml:space="preserve">Lydia looked away, fidgeting with a piece of fabric. “I overheard Guy once. He didn’t mean for me to hear it, I’m sure. He was talking to Father </w:t>
      </w:r>
      <w:proofErr w:type="spellStart"/>
      <w:r w:rsidRPr="00C9454D">
        <w:rPr>
          <w:sz w:val="24"/>
          <w:szCs w:val="24"/>
        </w:rPr>
        <w:t>Elric</w:t>
      </w:r>
      <w:proofErr w:type="spellEnd"/>
      <w:r w:rsidRPr="00C9454D">
        <w:rPr>
          <w:sz w:val="24"/>
          <w:szCs w:val="24"/>
        </w:rPr>
        <w:t xml:space="preserve"> about how much I reminded him of her. His voice… it was full of grief and something else. Like….”</w:t>
      </w:r>
    </w:p>
    <w:p w14:paraId="29E7B131" w14:textId="77777777" w:rsidR="00A15754" w:rsidRPr="00C9454D" w:rsidRDefault="00A15754" w:rsidP="00C9454D">
      <w:pPr>
        <w:rPr>
          <w:sz w:val="24"/>
          <w:szCs w:val="24"/>
        </w:rPr>
      </w:pPr>
      <w:r w:rsidRPr="00C9454D">
        <w:rPr>
          <w:sz w:val="24"/>
          <w:szCs w:val="24"/>
        </w:rPr>
        <w:t>Abilene set the linen down and crossed the room, placing a hand on Lydia’s arm. “Lydia, you remind him of someone he loved deeply. But that doesn’t mean he loves you any less for who you are, or that he loves me any less now.”</w:t>
      </w:r>
    </w:p>
    <w:p w14:paraId="38856936" w14:textId="77777777" w:rsidR="00A15754" w:rsidRPr="00C9454D" w:rsidRDefault="00A15754" w:rsidP="00C9454D">
      <w:pPr>
        <w:rPr>
          <w:sz w:val="24"/>
          <w:szCs w:val="24"/>
        </w:rPr>
      </w:pPr>
      <w:r w:rsidRPr="00C9454D">
        <w:rPr>
          <w:sz w:val="24"/>
          <w:szCs w:val="24"/>
        </w:rPr>
        <w:t>Lydia’s green eyes shimmered with unshed tears. “I don’t want to be a shadow, Abilene. I don’t want to hurt either of you.”</w:t>
      </w:r>
    </w:p>
    <w:p w14:paraId="7122103C" w14:textId="77777777" w:rsidR="00A15754" w:rsidRPr="00C9454D" w:rsidRDefault="00A15754" w:rsidP="00C9454D">
      <w:pPr>
        <w:rPr>
          <w:sz w:val="24"/>
          <w:szCs w:val="24"/>
        </w:rPr>
      </w:pPr>
      <w:r w:rsidRPr="00C9454D">
        <w:rPr>
          <w:sz w:val="24"/>
          <w:szCs w:val="24"/>
        </w:rPr>
        <w:t>“You’re not a shadow,” Abilene said firmly. “You’re part of this family. I’ve never known Guy’s first wife—I’ve only heard bits and pieces. But what I do know is that she must have been extraordinary, just like you. That’s why we love you as family. That’s why John Marshall is lucky to have so many people who care about him.”</w:t>
      </w:r>
    </w:p>
    <w:p w14:paraId="42D5C2E9" w14:textId="77777777" w:rsidR="00A15754" w:rsidRPr="00C9454D" w:rsidRDefault="00A15754" w:rsidP="00C9454D">
      <w:pPr>
        <w:rPr>
          <w:sz w:val="24"/>
          <w:szCs w:val="24"/>
        </w:rPr>
      </w:pPr>
      <w:r w:rsidRPr="00C9454D">
        <w:rPr>
          <w:sz w:val="24"/>
          <w:szCs w:val="24"/>
        </w:rPr>
        <w:t>Lydia lowered her gaze, her voice trembling. “You’re too kind to me. I don’t deserve it.”</w:t>
      </w:r>
    </w:p>
    <w:p w14:paraId="1DA33AE4" w14:textId="77777777" w:rsidR="00A15754" w:rsidRPr="00C9454D" w:rsidRDefault="00A15754" w:rsidP="00C9454D">
      <w:pPr>
        <w:rPr>
          <w:sz w:val="24"/>
          <w:szCs w:val="24"/>
        </w:rPr>
      </w:pPr>
      <w:r w:rsidRPr="00C9454D">
        <w:rPr>
          <w:sz w:val="24"/>
          <w:szCs w:val="24"/>
        </w:rPr>
        <w:t>“No,” Abilene said gently, her hand still resting on Lydia’s arm. “You do. And I’m certain she would have felt the same way.”</w:t>
      </w:r>
    </w:p>
    <w:p w14:paraId="1A16F2EE" w14:textId="77777777" w:rsidR="00A15754" w:rsidRPr="00C9454D" w:rsidRDefault="00A15754" w:rsidP="00C9454D">
      <w:pPr>
        <w:rPr>
          <w:sz w:val="24"/>
          <w:szCs w:val="24"/>
        </w:rPr>
      </w:pPr>
    </w:p>
    <w:p w14:paraId="7D724D7A" w14:textId="77777777" w:rsidR="00A15754" w:rsidRPr="00C9454D" w:rsidRDefault="00A15754" w:rsidP="00C9454D">
      <w:pPr>
        <w:pStyle w:val="Heading2"/>
        <w:rPr>
          <w:sz w:val="24"/>
          <w:szCs w:val="24"/>
        </w:rPr>
      </w:pPr>
      <w:r w:rsidRPr="00C9454D">
        <w:rPr>
          <w:sz w:val="24"/>
          <w:szCs w:val="24"/>
        </w:rPr>
        <w:t>The Resurrection Hope</w:t>
      </w:r>
    </w:p>
    <w:p w14:paraId="277B20F1" w14:textId="77777777" w:rsidR="00C5033D" w:rsidRPr="00C9454D" w:rsidRDefault="00C5033D" w:rsidP="00C9454D">
      <w:pPr>
        <w:rPr>
          <w:sz w:val="24"/>
          <w:szCs w:val="24"/>
        </w:rPr>
      </w:pPr>
    </w:p>
    <w:p w14:paraId="25134A4B" w14:textId="77777777" w:rsidR="00A15754" w:rsidRPr="00C9454D" w:rsidRDefault="00A15754" w:rsidP="00C9454D">
      <w:pPr>
        <w:rPr>
          <w:sz w:val="24"/>
          <w:szCs w:val="24"/>
        </w:rPr>
      </w:pPr>
      <w:r w:rsidRPr="00C9454D">
        <w:rPr>
          <w:sz w:val="24"/>
          <w:szCs w:val="24"/>
        </w:rPr>
        <w:t>It was during these quiet conversations with Lydia that Abilene began speaking more openly about the resurrection hope. At first, it was small references—an offhand mention of paradise, a casual remark about restoration. But as the months passed, her words grew more deliberate.</w:t>
      </w:r>
    </w:p>
    <w:p w14:paraId="7015D438" w14:textId="77777777" w:rsidR="00A15754" w:rsidRPr="00C9454D" w:rsidRDefault="00A15754" w:rsidP="00C9454D">
      <w:pPr>
        <w:rPr>
          <w:sz w:val="24"/>
          <w:szCs w:val="24"/>
        </w:rPr>
      </w:pPr>
      <w:r w:rsidRPr="00C9454D">
        <w:rPr>
          <w:sz w:val="24"/>
          <w:szCs w:val="24"/>
        </w:rPr>
        <w:t>One evening, as she and Guy sat by the fire after John Marshall had gone to bed, she broached the subject with him.</w:t>
      </w:r>
    </w:p>
    <w:p w14:paraId="107B524C" w14:textId="77777777" w:rsidR="00A15754" w:rsidRPr="00C9454D" w:rsidRDefault="00A15754" w:rsidP="00C9454D">
      <w:pPr>
        <w:rPr>
          <w:sz w:val="24"/>
          <w:szCs w:val="24"/>
        </w:rPr>
      </w:pPr>
      <w:r w:rsidRPr="00C9454D">
        <w:rPr>
          <w:sz w:val="24"/>
          <w:szCs w:val="24"/>
        </w:rPr>
        <w:t>“You know,” she began, her voice soft, “I think about your first wife sometimes.”</w:t>
      </w:r>
    </w:p>
    <w:p w14:paraId="6610DB17" w14:textId="77777777" w:rsidR="00A15754" w:rsidRPr="00C9454D" w:rsidRDefault="00A15754" w:rsidP="00C9454D">
      <w:pPr>
        <w:rPr>
          <w:sz w:val="24"/>
          <w:szCs w:val="24"/>
        </w:rPr>
      </w:pPr>
      <w:r w:rsidRPr="00C9454D">
        <w:rPr>
          <w:sz w:val="24"/>
          <w:szCs w:val="24"/>
        </w:rPr>
        <w:t>Guy looked up from the parchment he was studying, his expression unreadable.</w:t>
      </w:r>
    </w:p>
    <w:p w14:paraId="2FB1E503" w14:textId="77777777" w:rsidR="00A15754" w:rsidRPr="00C9454D" w:rsidRDefault="00A15754" w:rsidP="00C9454D">
      <w:pPr>
        <w:rPr>
          <w:sz w:val="24"/>
          <w:szCs w:val="24"/>
        </w:rPr>
      </w:pPr>
      <w:r w:rsidRPr="00C9454D">
        <w:rPr>
          <w:sz w:val="24"/>
          <w:szCs w:val="24"/>
        </w:rPr>
        <w:t>“I think about what she must have been like,” Abilene continued. “How much she must have loved you, and how much you loved her.”</w:t>
      </w:r>
    </w:p>
    <w:p w14:paraId="56AB6DE5" w14:textId="77777777" w:rsidR="00A15754" w:rsidRPr="00C9454D" w:rsidRDefault="00A15754" w:rsidP="00C9454D">
      <w:pPr>
        <w:rPr>
          <w:sz w:val="24"/>
          <w:szCs w:val="24"/>
        </w:rPr>
      </w:pPr>
      <w:r w:rsidRPr="00C9454D">
        <w:rPr>
          <w:sz w:val="24"/>
          <w:szCs w:val="24"/>
        </w:rPr>
        <w:t>Guy’s throat tightened. “She was… she was everything. Losing her and the baby—it broke something in me, Abilene. Something I thought could never be fixed.”</w:t>
      </w:r>
    </w:p>
    <w:p w14:paraId="09A3C0D0" w14:textId="77777777" w:rsidR="00A15754" w:rsidRPr="00C9454D" w:rsidRDefault="00A15754" w:rsidP="00C9454D">
      <w:pPr>
        <w:rPr>
          <w:sz w:val="24"/>
          <w:szCs w:val="24"/>
        </w:rPr>
      </w:pPr>
      <w:r w:rsidRPr="00C9454D">
        <w:rPr>
          <w:sz w:val="24"/>
          <w:szCs w:val="24"/>
        </w:rPr>
        <w:t>Abilene reached for his hand, her touch gentle. “But you believe in fixing things, don’t you? In restoration?”</w:t>
      </w:r>
    </w:p>
    <w:p w14:paraId="6A289E23" w14:textId="77777777" w:rsidR="00A15754" w:rsidRPr="00C9454D" w:rsidRDefault="00A15754" w:rsidP="00C9454D">
      <w:pPr>
        <w:rPr>
          <w:sz w:val="24"/>
          <w:szCs w:val="24"/>
        </w:rPr>
      </w:pPr>
      <w:r w:rsidRPr="00C9454D">
        <w:rPr>
          <w:sz w:val="24"/>
          <w:szCs w:val="24"/>
        </w:rPr>
        <w:t>He met her gaze, unsure of where she was going.</w:t>
      </w:r>
    </w:p>
    <w:p w14:paraId="334795DC" w14:textId="17A646FD" w:rsidR="00A15754" w:rsidRPr="00C9454D" w:rsidRDefault="00A15754" w:rsidP="00C9454D">
      <w:pPr>
        <w:rPr>
          <w:sz w:val="24"/>
          <w:szCs w:val="24"/>
        </w:rPr>
      </w:pPr>
      <w:r w:rsidRPr="00C9454D">
        <w:rPr>
          <w:sz w:val="24"/>
          <w:szCs w:val="24"/>
        </w:rPr>
        <w:t>“I believe we’ll see her again,” Abilene said, her voice steady. “And your child too. In paradise, when everything is ma</w:t>
      </w:r>
      <w:r w:rsidR="00DD1FF5" w:rsidRPr="00C9454D">
        <w:rPr>
          <w:sz w:val="24"/>
          <w:szCs w:val="24"/>
        </w:rPr>
        <w:t xml:space="preserve">de </w:t>
      </w:r>
      <w:r w:rsidRPr="00C9454D">
        <w:rPr>
          <w:sz w:val="24"/>
          <w:szCs w:val="24"/>
        </w:rPr>
        <w:t>right.”</w:t>
      </w:r>
    </w:p>
    <w:p w14:paraId="5C4CD709" w14:textId="77777777" w:rsidR="00A15754" w:rsidRPr="00C9454D" w:rsidRDefault="00A15754" w:rsidP="00C9454D">
      <w:pPr>
        <w:rPr>
          <w:sz w:val="24"/>
          <w:szCs w:val="24"/>
        </w:rPr>
      </w:pPr>
      <w:r w:rsidRPr="00C9454D">
        <w:rPr>
          <w:sz w:val="24"/>
          <w:szCs w:val="24"/>
        </w:rPr>
        <w:t>Guy shook his head, his jaw tight. “It’s a comforting thought, but… I can’t believe it. Not yet.”</w:t>
      </w:r>
    </w:p>
    <w:p w14:paraId="0AE2645E" w14:textId="77777777" w:rsidR="00A15754" w:rsidRPr="00C9454D" w:rsidRDefault="00A15754" w:rsidP="00C9454D">
      <w:pPr>
        <w:rPr>
          <w:sz w:val="24"/>
          <w:szCs w:val="24"/>
        </w:rPr>
      </w:pPr>
      <w:r w:rsidRPr="00C9454D">
        <w:rPr>
          <w:sz w:val="24"/>
          <w:szCs w:val="24"/>
        </w:rPr>
        <w:t>“That’s all right,” Abilene said, squeezing his hand. “I’ll believe it for both of us until you’re ready.”</w:t>
      </w:r>
    </w:p>
    <w:p w14:paraId="2A311370" w14:textId="77777777" w:rsidR="00A15754" w:rsidRPr="00C9454D" w:rsidRDefault="00A15754" w:rsidP="00C9454D">
      <w:pPr>
        <w:rPr>
          <w:sz w:val="24"/>
          <w:szCs w:val="24"/>
        </w:rPr>
      </w:pPr>
    </w:p>
    <w:p w14:paraId="37C36663" w14:textId="77777777" w:rsidR="00A15754" w:rsidRPr="00C9454D" w:rsidRDefault="00A15754" w:rsidP="00C9454D">
      <w:pPr>
        <w:pStyle w:val="Heading2"/>
        <w:rPr>
          <w:sz w:val="24"/>
          <w:szCs w:val="24"/>
        </w:rPr>
      </w:pPr>
      <w:r w:rsidRPr="00C9454D">
        <w:rPr>
          <w:sz w:val="24"/>
          <w:szCs w:val="24"/>
        </w:rPr>
        <w:t>Family Moments</w:t>
      </w:r>
    </w:p>
    <w:p w14:paraId="4AD91348" w14:textId="77777777" w:rsidR="00C5033D" w:rsidRPr="00C9454D" w:rsidRDefault="00C5033D" w:rsidP="00C9454D">
      <w:pPr>
        <w:rPr>
          <w:sz w:val="24"/>
          <w:szCs w:val="24"/>
        </w:rPr>
      </w:pPr>
    </w:p>
    <w:p w14:paraId="5E3BAE5E" w14:textId="503A653E" w:rsidR="00A15754" w:rsidRPr="00C9454D" w:rsidRDefault="00A15754" w:rsidP="00C9454D">
      <w:pPr>
        <w:rPr>
          <w:sz w:val="24"/>
          <w:szCs w:val="24"/>
        </w:rPr>
      </w:pPr>
      <w:r w:rsidRPr="00C9454D">
        <w:rPr>
          <w:sz w:val="24"/>
          <w:szCs w:val="24"/>
        </w:rPr>
        <w:t xml:space="preserve">In the meantime, life at </w:t>
      </w:r>
      <w:r w:rsidR="00522C4D" w:rsidRPr="00C9454D">
        <w:rPr>
          <w:sz w:val="24"/>
          <w:szCs w:val="24"/>
        </w:rPr>
        <w:t>High Haven</w:t>
      </w:r>
      <w:r w:rsidRPr="00C9454D">
        <w:rPr>
          <w:sz w:val="24"/>
          <w:szCs w:val="24"/>
        </w:rPr>
        <w:t xml:space="preserve"> continued to flourish. John Marshall, now a spirited five-year-old, was the center of their little world. He adored Lydia, who played with him tirelessly, telling him stories and teaching him songs.</w:t>
      </w:r>
    </w:p>
    <w:p w14:paraId="329D3426" w14:textId="77777777" w:rsidR="00A15754" w:rsidRPr="00C9454D" w:rsidRDefault="00A15754" w:rsidP="00C9454D">
      <w:pPr>
        <w:rPr>
          <w:sz w:val="24"/>
          <w:szCs w:val="24"/>
        </w:rPr>
      </w:pPr>
      <w:r w:rsidRPr="00C9454D">
        <w:rPr>
          <w:sz w:val="24"/>
          <w:szCs w:val="24"/>
        </w:rPr>
        <w:t>“Is she my aunt?” he asked Abilene one day.</w:t>
      </w:r>
    </w:p>
    <w:p w14:paraId="53E67423" w14:textId="77777777" w:rsidR="00A15754" w:rsidRPr="00C9454D" w:rsidRDefault="00A15754" w:rsidP="00C9454D">
      <w:pPr>
        <w:rPr>
          <w:sz w:val="24"/>
          <w:szCs w:val="24"/>
        </w:rPr>
      </w:pPr>
      <w:r w:rsidRPr="00C9454D">
        <w:rPr>
          <w:sz w:val="24"/>
          <w:szCs w:val="24"/>
        </w:rPr>
        <w:t>“She’s your mother’s friend,” Abilene explained, smiling. “And she loves you very much.”</w:t>
      </w:r>
    </w:p>
    <w:p w14:paraId="4B0256DA" w14:textId="77777777" w:rsidR="00A15754" w:rsidRPr="00C9454D" w:rsidRDefault="00A15754" w:rsidP="00C9454D">
      <w:pPr>
        <w:rPr>
          <w:sz w:val="24"/>
          <w:szCs w:val="24"/>
        </w:rPr>
      </w:pPr>
      <w:r w:rsidRPr="00C9454D">
        <w:rPr>
          <w:sz w:val="24"/>
          <w:szCs w:val="24"/>
        </w:rPr>
        <w:t>“She’s nice,” John said thoughtfully. “But you’re my mama.”</w:t>
      </w:r>
    </w:p>
    <w:p w14:paraId="33CAD7DE" w14:textId="77777777" w:rsidR="00A15754" w:rsidRPr="00C9454D" w:rsidRDefault="00A15754" w:rsidP="00C9454D">
      <w:pPr>
        <w:rPr>
          <w:sz w:val="24"/>
          <w:szCs w:val="24"/>
        </w:rPr>
      </w:pPr>
      <w:r w:rsidRPr="00C9454D">
        <w:rPr>
          <w:sz w:val="24"/>
          <w:szCs w:val="24"/>
        </w:rPr>
        <w:t>Abilene hugged him tightly, her heart full. “Always, my love.”</w:t>
      </w:r>
    </w:p>
    <w:p w14:paraId="07C81DFE" w14:textId="77777777" w:rsidR="00A15754" w:rsidRPr="00C9454D" w:rsidRDefault="00A15754" w:rsidP="00C9454D">
      <w:pPr>
        <w:rPr>
          <w:sz w:val="24"/>
          <w:szCs w:val="24"/>
        </w:rPr>
      </w:pPr>
      <w:r w:rsidRPr="00C9454D">
        <w:rPr>
          <w:sz w:val="24"/>
          <w:szCs w:val="24"/>
        </w:rPr>
        <w:t>Guy, too, cherished his role as a father. He often took John Marshall to the quarry, letting the boy watch the workers and explaining the tools they used. “One day,” he told his son, “you’ll understand everything about this place. It’s in your blood.”</w:t>
      </w:r>
    </w:p>
    <w:p w14:paraId="2333518C" w14:textId="77777777" w:rsidR="00A15754" w:rsidRPr="00C9454D" w:rsidRDefault="00A15754" w:rsidP="00C9454D">
      <w:pPr>
        <w:rPr>
          <w:sz w:val="24"/>
          <w:szCs w:val="24"/>
        </w:rPr>
      </w:pPr>
    </w:p>
    <w:p w14:paraId="02CC2B26" w14:textId="77777777" w:rsidR="00A15754" w:rsidRPr="00C9454D" w:rsidRDefault="00A15754" w:rsidP="00C9454D">
      <w:pPr>
        <w:pStyle w:val="Heading2"/>
        <w:rPr>
          <w:sz w:val="24"/>
          <w:szCs w:val="24"/>
        </w:rPr>
      </w:pPr>
      <w:r w:rsidRPr="00C9454D">
        <w:rPr>
          <w:sz w:val="24"/>
          <w:szCs w:val="24"/>
        </w:rPr>
        <w:t>Healing and Acceptance</w:t>
      </w:r>
    </w:p>
    <w:p w14:paraId="6EAA68FB" w14:textId="77777777" w:rsidR="00C5033D" w:rsidRPr="00C9454D" w:rsidRDefault="00C5033D" w:rsidP="00C9454D">
      <w:pPr>
        <w:rPr>
          <w:sz w:val="24"/>
          <w:szCs w:val="24"/>
        </w:rPr>
      </w:pPr>
    </w:p>
    <w:p w14:paraId="6DA008A0" w14:textId="62AA8E36" w:rsidR="00A15754" w:rsidRPr="00C9454D" w:rsidRDefault="00A15754" w:rsidP="00C9454D">
      <w:pPr>
        <w:rPr>
          <w:sz w:val="24"/>
          <w:szCs w:val="24"/>
        </w:rPr>
      </w:pPr>
      <w:r w:rsidRPr="00C9454D">
        <w:rPr>
          <w:sz w:val="24"/>
          <w:szCs w:val="24"/>
        </w:rPr>
        <w:t>As the months passed, Lydia found herself growing more at peace. The love she bore for Guy remained, but it was tempered by her gratitu</w:t>
      </w:r>
      <w:r w:rsidR="00DD1FF5" w:rsidRPr="00C9454D">
        <w:rPr>
          <w:sz w:val="24"/>
          <w:szCs w:val="24"/>
        </w:rPr>
        <w:t xml:space="preserve">de </w:t>
      </w:r>
      <w:r w:rsidRPr="00C9454D">
        <w:rPr>
          <w:sz w:val="24"/>
          <w:szCs w:val="24"/>
        </w:rPr>
        <w:t xml:space="preserve">for the life they had given her son. She found joy in her role at </w:t>
      </w:r>
      <w:r w:rsidR="00522C4D" w:rsidRPr="00C9454D">
        <w:rPr>
          <w:sz w:val="24"/>
          <w:szCs w:val="24"/>
        </w:rPr>
        <w:t>High Haven</w:t>
      </w:r>
      <w:r w:rsidRPr="00C9454D">
        <w:rPr>
          <w:sz w:val="24"/>
          <w:szCs w:val="24"/>
        </w:rPr>
        <w:t>, helping Abilene manage the estate and contributing to the innovations that had ma</w:t>
      </w:r>
      <w:r w:rsidR="00DD1FF5" w:rsidRPr="00C9454D">
        <w:rPr>
          <w:sz w:val="24"/>
          <w:szCs w:val="24"/>
        </w:rPr>
        <w:t xml:space="preserve">de </w:t>
      </w:r>
      <w:r w:rsidRPr="00C9454D">
        <w:rPr>
          <w:sz w:val="24"/>
          <w:szCs w:val="24"/>
        </w:rPr>
        <w:t xml:space="preserve">it a </w:t>
      </w:r>
      <w:r w:rsidR="00CA56E5" w:rsidRPr="00C9454D">
        <w:rPr>
          <w:sz w:val="24"/>
          <w:szCs w:val="24"/>
        </w:rPr>
        <w:t>light</w:t>
      </w:r>
      <w:r w:rsidRPr="00C9454D">
        <w:rPr>
          <w:sz w:val="24"/>
          <w:szCs w:val="24"/>
        </w:rPr>
        <w:t xml:space="preserve"> for the region.</w:t>
      </w:r>
    </w:p>
    <w:p w14:paraId="2F77C855" w14:textId="77777777" w:rsidR="00A15754" w:rsidRPr="00C9454D" w:rsidRDefault="00A15754" w:rsidP="00C9454D">
      <w:pPr>
        <w:rPr>
          <w:sz w:val="24"/>
          <w:szCs w:val="24"/>
        </w:rPr>
      </w:pPr>
      <w:r w:rsidRPr="00C9454D">
        <w:rPr>
          <w:sz w:val="24"/>
          <w:szCs w:val="24"/>
        </w:rPr>
        <w:t>For Guy, Abilene’s quiet persistence began to take root. Though he didn’t speak of it often, he found himself pondering her words about the resurrection hope. He still struggled to believe, but the thought of seeing his first wife and child again no longer felt impossible.</w:t>
      </w:r>
    </w:p>
    <w:p w14:paraId="214D2625" w14:textId="77777777" w:rsidR="00A15754" w:rsidRPr="00C9454D" w:rsidRDefault="00A15754" w:rsidP="00C9454D">
      <w:pPr>
        <w:rPr>
          <w:sz w:val="24"/>
          <w:szCs w:val="24"/>
        </w:rPr>
      </w:pPr>
      <w:r w:rsidRPr="00C9454D">
        <w:rPr>
          <w:sz w:val="24"/>
          <w:szCs w:val="24"/>
        </w:rPr>
        <w:t>One evening, as they stood together in the garden, he turned to Abilene and said, “Tell me more about paradise.”</w:t>
      </w:r>
    </w:p>
    <w:p w14:paraId="27BD14F0" w14:textId="631152BC" w:rsidR="00A15754" w:rsidRPr="00C9454D" w:rsidRDefault="00A15754" w:rsidP="00C9454D">
      <w:pPr>
        <w:rPr>
          <w:sz w:val="24"/>
          <w:szCs w:val="24"/>
        </w:rPr>
      </w:pPr>
      <w:r w:rsidRPr="00C9454D">
        <w:rPr>
          <w:sz w:val="24"/>
          <w:szCs w:val="24"/>
        </w:rPr>
        <w:t>Abilene’s eyes lit up, her smile soft. “It’s not just about seeing the people we’ve lost,” she said. “It’s about everything being ma</w:t>
      </w:r>
      <w:r w:rsidR="00DD1FF5" w:rsidRPr="00C9454D">
        <w:rPr>
          <w:sz w:val="24"/>
          <w:szCs w:val="24"/>
        </w:rPr>
        <w:t xml:space="preserve">de </w:t>
      </w:r>
      <w:r w:rsidRPr="00C9454D">
        <w:rPr>
          <w:sz w:val="24"/>
          <w:szCs w:val="24"/>
        </w:rPr>
        <w:t>right. No pain, no loss. Just joy.”</w:t>
      </w:r>
    </w:p>
    <w:p w14:paraId="1BD8F735" w14:textId="77777777" w:rsidR="00A15754" w:rsidRPr="00C9454D" w:rsidRDefault="00A15754" w:rsidP="00C9454D">
      <w:pPr>
        <w:rPr>
          <w:sz w:val="24"/>
          <w:szCs w:val="24"/>
        </w:rPr>
      </w:pPr>
      <w:r w:rsidRPr="00C9454D">
        <w:rPr>
          <w:sz w:val="24"/>
          <w:szCs w:val="24"/>
        </w:rPr>
        <w:t>Guy nodded slowly, the weight of her words settling over him. “I’d like to believe that.”</w:t>
      </w:r>
    </w:p>
    <w:p w14:paraId="6D9072AF" w14:textId="77777777" w:rsidR="00A15754" w:rsidRPr="00C9454D" w:rsidRDefault="00A15754" w:rsidP="00C9454D">
      <w:pPr>
        <w:rPr>
          <w:sz w:val="24"/>
          <w:szCs w:val="24"/>
        </w:rPr>
      </w:pPr>
      <w:r w:rsidRPr="00C9454D">
        <w:rPr>
          <w:sz w:val="24"/>
          <w:szCs w:val="24"/>
        </w:rPr>
        <w:t>“And you will,” Abilene said, her voice filled with quiet confidence.</w:t>
      </w:r>
    </w:p>
    <w:p w14:paraId="306E3A24" w14:textId="0E0733EA" w:rsidR="009D58AD" w:rsidRPr="00C9454D" w:rsidRDefault="009D58AD" w:rsidP="00C9454D">
      <w:pPr>
        <w:rPr>
          <w:sz w:val="24"/>
          <w:szCs w:val="24"/>
        </w:rPr>
      </w:pPr>
    </w:p>
    <w:p w14:paraId="7722C835" w14:textId="77777777" w:rsidR="002E2BF3" w:rsidRPr="00C9454D" w:rsidRDefault="002E2BF3" w:rsidP="00C9454D">
      <w:pPr>
        <w:rPr>
          <w:sz w:val="24"/>
          <w:szCs w:val="24"/>
        </w:rPr>
      </w:pPr>
    </w:p>
    <w:p w14:paraId="4AA73171" w14:textId="77777777" w:rsidR="00E8434A" w:rsidRPr="00C9454D" w:rsidRDefault="009D58AD" w:rsidP="00C9454D">
      <w:pPr>
        <w:rPr>
          <w:rStyle w:val="Heading2Char"/>
          <w:sz w:val="24"/>
          <w:szCs w:val="24"/>
        </w:rPr>
      </w:pPr>
      <w:r w:rsidRPr="00C9454D">
        <w:rPr>
          <w:rStyle w:val="Heading2Char"/>
          <w:sz w:val="24"/>
          <w:szCs w:val="24"/>
        </w:rPr>
        <w:t>Lydia’s Hidden Past</w:t>
      </w:r>
      <w:r w:rsidR="00A105B9" w:rsidRPr="00C9454D">
        <w:rPr>
          <w:rStyle w:val="Heading2Char"/>
          <w:sz w:val="24"/>
          <w:szCs w:val="24"/>
        </w:rPr>
        <w:t xml:space="preserve"> </w:t>
      </w:r>
    </w:p>
    <w:p w14:paraId="529BC1F7" w14:textId="74CBD494" w:rsidR="009D58AD" w:rsidRPr="00C9454D" w:rsidRDefault="00E8434A" w:rsidP="00C9454D">
      <w:pPr>
        <w:rPr>
          <w:rStyle w:val="Heading2Char"/>
          <w:sz w:val="24"/>
          <w:szCs w:val="24"/>
        </w:rPr>
      </w:pPr>
      <w:r w:rsidRPr="00C9454D">
        <w:rPr>
          <w:rStyle w:val="Heading2Char"/>
          <w:sz w:val="24"/>
          <w:szCs w:val="24"/>
        </w:rPr>
        <w:t>1184</w:t>
      </w:r>
    </w:p>
    <w:p w14:paraId="57B3DF17" w14:textId="77777777" w:rsidR="009D58AD" w:rsidRPr="00C9454D" w:rsidRDefault="00FE197F" w:rsidP="00C9454D">
      <w:pPr>
        <w:rPr>
          <w:sz w:val="24"/>
          <w:szCs w:val="24"/>
        </w:rPr>
      </w:pPr>
      <w:r>
        <w:rPr>
          <w:noProof/>
          <w:sz w:val="24"/>
          <w:szCs w:val="24"/>
        </w:rPr>
      </w:r>
      <w:r w:rsidR="00FE197F">
        <w:rPr>
          <w:noProof/>
          <w:sz w:val="24"/>
          <w:szCs w:val="24"/>
        </w:rPr>
        <w:pict w14:anchorId="45809D6A">
          <v:rect id="_x0000_i1103" style="width:0;height:1.5pt" o:hralign="center" o:hrstd="t" o:hr="t" fillcolor="#a0a0a0" stroked="f"/>
        </w:pict>
      </w:r>
    </w:p>
    <w:p w14:paraId="2A826A05" w14:textId="77777777" w:rsidR="009D58AD" w:rsidRPr="00C9454D" w:rsidRDefault="009D58AD" w:rsidP="00C9454D">
      <w:pPr>
        <w:pStyle w:val="Heading2"/>
        <w:rPr>
          <w:sz w:val="24"/>
          <w:szCs w:val="24"/>
        </w:rPr>
      </w:pPr>
      <w:r w:rsidRPr="00C9454D">
        <w:rPr>
          <w:sz w:val="24"/>
          <w:szCs w:val="24"/>
        </w:rPr>
        <w:t>A Childhood of Questions</w:t>
      </w:r>
    </w:p>
    <w:p w14:paraId="0A9A1979" w14:textId="77777777" w:rsidR="00C5033D" w:rsidRPr="00C9454D" w:rsidRDefault="00C5033D" w:rsidP="00C9454D">
      <w:pPr>
        <w:rPr>
          <w:sz w:val="24"/>
          <w:szCs w:val="24"/>
        </w:rPr>
      </w:pPr>
    </w:p>
    <w:p w14:paraId="682A1489" w14:textId="77777777" w:rsidR="009D58AD" w:rsidRPr="00C9454D" w:rsidRDefault="009D58AD" w:rsidP="00C9454D">
      <w:pPr>
        <w:rPr>
          <w:sz w:val="24"/>
          <w:szCs w:val="24"/>
        </w:rPr>
      </w:pPr>
      <w:r w:rsidRPr="00C9454D">
        <w:rPr>
          <w:sz w:val="24"/>
          <w:szCs w:val="24"/>
        </w:rPr>
        <w:t>Lydia’s earliest memories were of the manor where she was raised, a sprawling estate nestled in a valley far from any bustling city. Her caretakers were kind but distant, always referring to her as "my lady" and ensuring she was taught the ways of courtly life. She learned to read and write, to play the harp, and to dance with the grace expected of a noblewoman.</w:t>
      </w:r>
    </w:p>
    <w:p w14:paraId="3162B9FE" w14:textId="77777777" w:rsidR="009D58AD" w:rsidRPr="00C9454D" w:rsidRDefault="009D58AD" w:rsidP="00C9454D">
      <w:pPr>
        <w:rPr>
          <w:sz w:val="24"/>
          <w:szCs w:val="24"/>
        </w:rPr>
      </w:pPr>
      <w:r w:rsidRPr="00C9454D">
        <w:rPr>
          <w:sz w:val="24"/>
          <w:szCs w:val="24"/>
        </w:rPr>
        <w:t>But there were no bedtime stories about her parents, no keepsakes to remind her of where she came from. Whenever she asked, the answers were vague.</w:t>
      </w:r>
    </w:p>
    <w:p w14:paraId="3386002B" w14:textId="77777777" w:rsidR="009D58AD" w:rsidRPr="00C9454D" w:rsidRDefault="009D58AD" w:rsidP="00C9454D">
      <w:pPr>
        <w:rPr>
          <w:sz w:val="24"/>
          <w:szCs w:val="24"/>
        </w:rPr>
      </w:pPr>
      <w:r w:rsidRPr="00C9454D">
        <w:rPr>
          <w:sz w:val="24"/>
          <w:szCs w:val="24"/>
        </w:rPr>
        <w:t>“Your parents are important people,” the governess would say. “But their world is dangerous. You’re safest here.”</w:t>
      </w:r>
    </w:p>
    <w:p w14:paraId="36C1429F" w14:textId="77777777" w:rsidR="009D58AD" w:rsidRPr="00C9454D" w:rsidRDefault="009D58AD" w:rsidP="00C9454D">
      <w:pPr>
        <w:rPr>
          <w:sz w:val="24"/>
          <w:szCs w:val="24"/>
        </w:rPr>
      </w:pPr>
      <w:r w:rsidRPr="00C9454D">
        <w:rPr>
          <w:sz w:val="24"/>
          <w:szCs w:val="24"/>
        </w:rPr>
        <w:t>As a child, Lydia accepted this explanation, finding comfort in the routine of her days. But as she grew older, the questions began to gnaw at her. Who were her parents? Why had they sent her away? And what danger could possibly be so great that it required her to be hidden?</w:t>
      </w:r>
    </w:p>
    <w:p w14:paraId="2F258ECD" w14:textId="77777777" w:rsidR="009D58AD" w:rsidRPr="00C9454D" w:rsidRDefault="00FE197F" w:rsidP="00C9454D">
      <w:pPr>
        <w:rPr>
          <w:sz w:val="24"/>
          <w:szCs w:val="24"/>
        </w:rPr>
      </w:pPr>
      <w:r>
        <w:rPr>
          <w:noProof/>
          <w:sz w:val="24"/>
          <w:szCs w:val="24"/>
        </w:rPr>
      </w:r>
      <w:r w:rsidR="00FE197F">
        <w:rPr>
          <w:noProof/>
          <w:sz w:val="24"/>
          <w:szCs w:val="24"/>
        </w:rPr>
        <w:pict w14:anchorId="7223BC5A">
          <v:rect id="_x0000_i1104" style="width:0;height:1.5pt" o:hralign="center" o:hrstd="t" o:hr="t" fillcolor="#a0a0a0" stroked="f"/>
        </w:pict>
      </w:r>
    </w:p>
    <w:p w14:paraId="4EE41B6C" w14:textId="77777777" w:rsidR="009D58AD" w:rsidRPr="00C9454D" w:rsidRDefault="009D58AD" w:rsidP="00C9454D">
      <w:pPr>
        <w:pStyle w:val="Heading2"/>
        <w:rPr>
          <w:sz w:val="24"/>
          <w:szCs w:val="24"/>
        </w:rPr>
      </w:pPr>
      <w:r w:rsidRPr="00C9454D">
        <w:rPr>
          <w:sz w:val="24"/>
          <w:szCs w:val="24"/>
        </w:rPr>
        <w:t>A Noble Suitor</w:t>
      </w:r>
    </w:p>
    <w:p w14:paraId="3CA3FDBE" w14:textId="77777777" w:rsidR="00C5033D" w:rsidRPr="00C9454D" w:rsidRDefault="00C5033D" w:rsidP="00C9454D">
      <w:pPr>
        <w:rPr>
          <w:sz w:val="24"/>
          <w:szCs w:val="24"/>
        </w:rPr>
      </w:pPr>
    </w:p>
    <w:p w14:paraId="1FFCECFB" w14:textId="54E24A63" w:rsidR="009D58AD" w:rsidRPr="00C9454D" w:rsidRDefault="009D58AD" w:rsidP="00C9454D">
      <w:pPr>
        <w:rPr>
          <w:sz w:val="24"/>
          <w:szCs w:val="24"/>
        </w:rPr>
      </w:pPr>
      <w:r w:rsidRPr="00C9454D">
        <w:rPr>
          <w:sz w:val="24"/>
          <w:szCs w:val="24"/>
        </w:rPr>
        <w:t xml:space="preserve">When Lydia was sixteen, a new chapter of her life began. A nobleman, Lord Cedric </w:t>
      </w:r>
      <w:proofErr w:type="spellStart"/>
      <w:r w:rsidR="00CA1201" w:rsidRPr="00C9454D">
        <w:rPr>
          <w:sz w:val="24"/>
          <w:szCs w:val="24"/>
        </w:rPr>
        <w:t>Cromby</w:t>
      </w:r>
      <w:proofErr w:type="spellEnd"/>
      <w:r w:rsidRPr="00C9454D">
        <w:rPr>
          <w:sz w:val="24"/>
          <w:szCs w:val="24"/>
        </w:rPr>
        <w:t>, arrived at the manor, his presence stirring the quiet rhythms of her existence. He was older, charming, and captivated by Lydia’s beauty and intelligence.</w:t>
      </w:r>
    </w:p>
    <w:p w14:paraId="451C1E7E" w14:textId="77777777" w:rsidR="009D58AD" w:rsidRPr="00C9454D" w:rsidRDefault="009D58AD" w:rsidP="00C9454D">
      <w:pPr>
        <w:rPr>
          <w:sz w:val="24"/>
          <w:szCs w:val="24"/>
        </w:rPr>
      </w:pPr>
      <w:r w:rsidRPr="00C9454D">
        <w:rPr>
          <w:sz w:val="24"/>
          <w:szCs w:val="24"/>
        </w:rPr>
        <w:t>For the first time, she felt seen—not as a mystery to be protected, but as a person. Cedric courted her with poetry and gifts, and though she found his attention flattering, her heart was guarded.</w:t>
      </w:r>
    </w:p>
    <w:p w14:paraId="62CAA249" w14:textId="77777777" w:rsidR="009D58AD" w:rsidRPr="00C9454D" w:rsidRDefault="009D58AD" w:rsidP="00C9454D">
      <w:pPr>
        <w:rPr>
          <w:sz w:val="24"/>
          <w:szCs w:val="24"/>
        </w:rPr>
      </w:pPr>
      <w:r w:rsidRPr="00C9454D">
        <w:rPr>
          <w:sz w:val="24"/>
          <w:szCs w:val="24"/>
        </w:rPr>
        <w:t>“You deserve to be adored,” her governess had said one evening, brushing Lydia’s hair by the fire. “But remember, not all love is safe.”</w:t>
      </w:r>
    </w:p>
    <w:p w14:paraId="12C0B48C" w14:textId="77777777" w:rsidR="009D58AD" w:rsidRPr="00C9454D" w:rsidRDefault="009D58AD" w:rsidP="00C9454D">
      <w:pPr>
        <w:rPr>
          <w:sz w:val="24"/>
          <w:szCs w:val="24"/>
        </w:rPr>
      </w:pPr>
      <w:r w:rsidRPr="00C9454D">
        <w:rPr>
          <w:sz w:val="24"/>
          <w:szCs w:val="24"/>
        </w:rPr>
        <w:t>The warning lingered in her mind, but she allowed herself to dream. Cedric spoke of a future filled with adventure and passion, and Lydia began to hope that perhaps, through him, she might uncover the truth about her origins.</w:t>
      </w:r>
    </w:p>
    <w:p w14:paraId="05DB132A" w14:textId="77777777" w:rsidR="009D58AD" w:rsidRPr="00C9454D" w:rsidRDefault="00FE197F" w:rsidP="00C9454D">
      <w:pPr>
        <w:rPr>
          <w:sz w:val="24"/>
          <w:szCs w:val="24"/>
        </w:rPr>
      </w:pPr>
      <w:r>
        <w:rPr>
          <w:noProof/>
          <w:sz w:val="24"/>
          <w:szCs w:val="24"/>
        </w:rPr>
      </w:r>
      <w:r w:rsidR="00FE197F">
        <w:rPr>
          <w:noProof/>
          <w:sz w:val="24"/>
          <w:szCs w:val="24"/>
        </w:rPr>
        <w:pict w14:anchorId="5FFDC885">
          <v:rect id="_x0000_i1105" style="width:0;height:1.5pt" o:hralign="center" o:hrstd="t" o:hr="t" fillcolor="#a0a0a0" stroked="f"/>
        </w:pict>
      </w:r>
    </w:p>
    <w:p w14:paraId="407ADD7E" w14:textId="77777777" w:rsidR="009D58AD" w:rsidRPr="00C9454D" w:rsidRDefault="009D58AD" w:rsidP="00C9454D">
      <w:pPr>
        <w:pStyle w:val="Heading2"/>
        <w:rPr>
          <w:sz w:val="24"/>
          <w:szCs w:val="24"/>
        </w:rPr>
      </w:pPr>
      <w:r w:rsidRPr="00C9454D">
        <w:rPr>
          <w:sz w:val="24"/>
          <w:szCs w:val="24"/>
        </w:rPr>
        <w:t>The Scandal</w:t>
      </w:r>
    </w:p>
    <w:p w14:paraId="19335FD7" w14:textId="77777777" w:rsidR="00C5033D" w:rsidRPr="00C9454D" w:rsidRDefault="00C5033D" w:rsidP="00C9454D">
      <w:pPr>
        <w:rPr>
          <w:sz w:val="24"/>
          <w:szCs w:val="24"/>
        </w:rPr>
      </w:pPr>
    </w:p>
    <w:p w14:paraId="448FFD32" w14:textId="77777777" w:rsidR="009D58AD" w:rsidRPr="00C9454D" w:rsidRDefault="009D58AD" w:rsidP="00C9454D">
      <w:pPr>
        <w:rPr>
          <w:sz w:val="24"/>
          <w:szCs w:val="24"/>
        </w:rPr>
      </w:pPr>
      <w:r w:rsidRPr="00C9454D">
        <w:rPr>
          <w:sz w:val="24"/>
          <w:szCs w:val="24"/>
        </w:rPr>
        <w:t>Their courtship was brief but intense, and within a year, Lydia discovered she was pregnant. The news was met with swift action—far too swift for it to be a surprise to the household.</w:t>
      </w:r>
    </w:p>
    <w:p w14:paraId="62F13982" w14:textId="553C241F" w:rsidR="009D58AD" w:rsidRPr="00C9454D" w:rsidRDefault="009D58AD" w:rsidP="00C9454D">
      <w:pPr>
        <w:rPr>
          <w:sz w:val="24"/>
          <w:szCs w:val="24"/>
        </w:rPr>
      </w:pPr>
      <w:r w:rsidRPr="00C9454D">
        <w:rPr>
          <w:sz w:val="24"/>
          <w:szCs w:val="24"/>
        </w:rPr>
        <w:t>Cedric disappeared, called away on a mysterious “errand” and never returning. Lydia was whisked from the manor under the cover of night, escorted to a remote countrysi</w:t>
      </w:r>
      <w:r w:rsidR="00DD1FF5" w:rsidRPr="00C9454D">
        <w:rPr>
          <w:sz w:val="24"/>
          <w:szCs w:val="24"/>
        </w:rPr>
        <w:t xml:space="preserve">de </w:t>
      </w:r>
      <w:r w:rsidRPr="00C9454D">
        <w:rPr>
          <w:sz w:val="24"/>
          <w:szCs w:val="24"/>
        </w:rPr>
        <w:t>cottage where she would remain until the child was born.</w:t>
      </w:r>
    </w:p>
    <w:p w14:paraId="5B3821F7" w14:textId="77777777" w:rsidR="009D58AD" w:rsidRPr="00C9454D" w:rsidRDefault="009D58AD" w:rsidP="00C9454D">
      <w:pPr>
        <w:rPr>
          <w:sz w:val="24"/>
          <w:szCs w:val="24"/>
        </w:rPr>
      </w:pPr>
      <w:r w:rsidRPr="00C9454D">
        <w:rPr>
          <w:sz w:val="24"/>
          <w:szCs w:val="24"/>
        </w:rPr>
        <w:t>The midwife who attended to her was an older woman with kind eyes and a firm demeanor. She said little, but as Lydia’s labor began, her mask of stoicism slipped.</w:t>
      </w:r>
    </w:p>
    <w:p w14:paraId="137BF699" w14:textId="77777777" w:rsidR="009D58AD" w:rsidRPr="00C9454D" w:rsidRDefault="009D58AD" w:rsidP="00C9454D">
      <w:pPr>
        <w:rPr>
          <w:sz w:val="24"/>
          <w:szCs w:val="24"/>
        </w:rPr>
      </w:pPr>
      <w:r w:rsidRPr="00C9454D">
        <w:rPr>
          <w:sz w:val="24"/>
          <w:szCs w:val="24"/>
        </w:rPr>
        <w:t>“Lady Lydia,” she whispered as Lydia cried out in pain. “You must listen to me. This child is not ordinary.”</w:t>
      </w:r>
    </w:p>
    <w:p w14:paraId="15AFF459" w14:textId="77777777" w:rsidR="009D58AD" w:rsidRPr="00C9454D" w:rsidRDefault="009D58AD" w:rsidP="00C9454D">
      <w:pPr>
        <w:rPr>
          <w:sz w:val="24"/>
          <w:szCs w:val="24"/>
        </w:rPr>
      </w:pPr>
      <w:r w:rsidRPr="00C9454D">
        <w:rPr>
          <w:sz w:val="24"/>
          <w:szCs w:val="24"/>
        </w:rPr>
        <w:t>“What are you talking about?” Lydia gasped, clutching the sheets.</w:t>
      </w:r>
    </w:p>
    <w:p w14:paraId="1A3DA69E" w14:textId="77777777" w:rsidR="009D58AD" w:rsidRPr="00C9454D" w:rsidRDefault="009D58AD" w:rsidP="00C9454D">
      <w:pPr>
        <w:rPr>
          <w:sz w:val="24"/>
          <w:szCs w:val="24"/>
        </w:rPr>
      </w:pPr>
      <w:r w:rsidRPr="00C9454D">
        <w:rPr>
          <w:sz w:val="24"/>
          <w:szCs w:val="24"/>
        </w:rPr>
        <w:t>The midwife leaned closer, her voice urgent. “There are those who would harm him if they knew. You must give him up. It’s the only way to keep him safe.”</w:t>
      </w:r>
    </w:p>
    <w:p w14:paraId="4A2DBC49" w14:textId="77777777" w:rsidR="009D58AD" w:rsidRPr="00C9454D" w:rsidRDefault="009D58AD" w:rsidP="00C9454D">
      <w:pPr>
        <w:rPr>
          <w:sz w:val="24"/>
          <w:szCs w:val="24"/>
        </w:rPr>
      </w:pPr>
      <w:r w:rsidRPr="00C9454D">
        <w:rPr>
          <w:sz w:val="24"/>
          <w:szCs w:val="24"/>
        </w:rPr>
        <w:t>Lydia’s mind reeled. The pain of labor was nothing compared to the anguish of those words. “Why? Why would anyone want to hurt my baby?”</w:t>
      </w:r>
    </w:p>
    <w:p w14:paraId="579D21E5" w14:textId="77777777" w:rsidR="009D58AD" w:rsidRPr="00C9454D" w:rsidRDefault="009D58AD" w:rsidP="00C9454D">
      <w:pPr>
        <w:rPr>
          <w:sz w:val="24"/>
          <w:szCs w:val="24"/>
        </w:rPr>
      </w:pPr>
      <w:r w:rsidRPr="00C9454D">
        <w:rPr>
          <w:sz w:val="24"/>
          <w:szCs w:val="24"/>
        </w:rPr>
        <w:t>The midwife hesitated, her expression conflicted. “It is not my place to tell you. All I can say is that he carries something—something precious. If he stays with you, he will never be safe.”</w:t>
      </w:r>
    </w:p>
    <w:p w14:paraId="422A452D" w14:textId="77777777" w:rsidR="009D58AD" w:rsidRPr="00C9454D" w:rsidRDefault="009D58AD" w:rsidP="00C9454D">
      <w:pPr>
        <w:rPr>
          <w:sz w:val="24"/>
          <w:szCs w:val="24"/>
        </w:rPr>
      </w:pPr>
      <w:r w:rsidRPr="00C9454D">
        <w:rPr>
          <w:sz w:val="24"/>
          <w:szCs w:val="24"/>
        </w:rPr>
        <w:t>Lydia’s cries of pain turned to sobs of heartbreak as the truth set in. Her baby, the child she had dreamed of holding, would be taken from her.</w:t>
      </w:r>
    </w:p>
    <w:p w14:paraId="6AACBA45" w14:textId="77777777" w:rsidR="009D58AD" w:rsidRPr="00C9454D" w:rsidRDefault="00FE197F" w:rsidP="00C9454D">
      <w:pPr>
        <w:rPr>
          <w:sz w:val="24"/>
          <w:szCs w:val="24"/>
        </w:rPr>
      </w:pPr>
      <w:r>
        <w:rPr>
          <w:noProof/>
          <w:sz w:val="24"/>
          <w:szCs w:val="24"/>
        </w:rPr>
      </w:r>
      <w:r w:rsidR="00FE197F">
        <w:rPr>
          <w:noProof/>
          <w:sz w:val="24"/>
          <w:szCs w:val="24"/>
        </w:rPr>
        <w:pict w14:anchorId="26029206">
          <v:rect id="_x0000_i1106" style="width:0;height:1.5pt" o:hralign="center" o:hrstd="t" o:hr="t" fillcolor="#a0a0a0" stroked="f"/>
        </w:pict>
      </w:r>
    </w:p>
    <w:p w14:paraId="7F72CA9F" w14:textId="77777777" w:rsidR="009D58AD" w:rsidRPr="00C9454D" w:rsidRDefault="009D58AD" w:rsidP="00C9454D">
      <w:pPr>
        <w:pStyle w:val="Heading2"/>
        <w:rPr>
          <w:sz w:val="24"/>
          <w:szCs w:val="24"/>
        </w:rPr>
      </w:pPr>
      <w:r w:rsidRPr="00C9454D">
        <w:rPr>
          <w:sz w:val="24"/>
          <w:szCs w:val="24"/>
        </w:rPr>
        <w:t>A Child of Mystery</w:t>
      </w:r>
    </w:p>
    <w:p w14:paraId="3FB9DAEF" w14:textId="77777777" w:rsidR="00C5033D" w:rsidRPr="00C9454D" w:rsidRDefault="00C5033D" w:rsidP="00C9454D">
      <w:pPr>
        <w:rPr>
          <w:sz w:val="24"/>
          <w:szCs w:val="24"/>
        </w:rPr>
      </w:pPr>
    </w:p>
    <w:p w14:paraId="71D422A1" w14:textId="77777777" w:rsidR="009D58AD" w:rsidRPr="00C9454D" w:rsidRDefault="009D58AD" w:rsidP="00C9454D">
      <w:pPr>
        <w:rPr>
          <w:sz w:val="24"/>
          <w:szCs w:val="24"/>
        </w:rPr>
      </w:pPr>
      <w:r w:rsidRPr="00C9454D">
        <w:rPr>
          <w:sz w:val="24"/>
          <w:szCs w:val="24"/>
        </w:rPr>
        <w:t>When the baby was born—a boy with the same luminous green eyes as hers—Lydia was allowed only a brief moment with him. She kissed his forehead, tears streaming down her face, before he was taken away.</w:t>
      </w:r>
    </w:p>
    <w:p w14:paraId="724177D7" w14:textId="50EF021D" w:rsidR="009D58AD" w:rsidRPr="00C9454D" w:rsidRDefault="009D58AD" w:rsidP="00C9454D">
      <w:pPr>
        <w:rPr>
          <w:sz w:val="24"/>
          <w:szCs w:val="24"/>
        </w:rPr>
      </w:pPr>
      <w:r w:rsidRPr="00C9454D">
        <w:rPr>
          <w:sz w:val="24"/>
          <w:szCs w:val="24"/>
        </w:rPr>
        <w:t>The last thing she saw was the midwife fastening a pendant around his neck, a pendant etched with letters she did recognize.</w:t>
      </w:r>
      <w:r w:rsidR="00976DAE" w:rsidRPr="00C9454D">
        <w:rPr>
          <w:sz w:val="24"/>
          <w:szCs w:val="24"/>
        </w:rPr>
        <w:t xml:space="preserve">  The same pendant that had been given her</w:t>
      </w:r>
      <w:r w:rsidR="002A2CE2" w:rsidRPr="00C9454D">
        <w:rPr>
          <w:sz w:val="24"/>
          <w:szCs w:val="24"/>
        </w:rPr>
        <w:t>.</w:t>
      </w:r>
    </w:p>
    <w:p w14:paraId="549F6EF6" w14:textId="37AAA2C6" w:rsidR="009D58AD" w:rsidRPr="00C9454D" w:rsidRDefault="009D58AD" w:rsidP="00C9454D">
      <w:pPr>
        <w:rPr>
          <w:sz w:val="24"/>
          <w:szCs w:val="24"/>
        </w:rPr>
      </w:pPr>
      <w:r w:rsidRPr="00C9454D">
        <w:rPr>
          <w:sz w:val="24"/>
          <w:szCs w:val="24"/>
        </w:rPr>
        <w:t>“This will protect him,” the midwife said, her voice trembling. “And one day, it will gui</w:t>
      </w:r>
      <w:r w:rsidR="00DD1FF5" w:rsidRPr="00C9454D">
        <w:rPr>
          <w:sz w:val="24"/>
          <w:szCs w:val="24"/>
        </w:rPr>
        <w:t xml:space="preserve">de </w:t>
      </w:r>
      <w:r w:rsidRPr="00C9454D">
        <w:rPr>
          <w:sz w:val="24"/>
          <w:szCs w:val="24"/>
        </w:rPr>
        <w:t>him back to the truth.”</w:t>
      </w:r>
    </w:p>
    <w:p w14:paraId="0370B6F3" w14:textId="77777777" w:rsidR="009D58AD" w:rsidRPr="00C9454D" w:rsidRDefault="009D58AD" w:rsidP="00C9454D">
      <w:pPr>
        <w:rPr>
          <w:sz w:val="24"/>
          <w:szCs w:val="24"/>
        </w:rPr>
      </w:pPr>
      <w:r w:rsidRPr="00C9454D">
        <w:rPr>
          <w:sz w:val="24"/>
          <w:szCs w:val="24"/>
        </w:rPr>
        <w:t>Lydia was left in the cottage to recover, her heart shattered. Days later, she was told that she, too, would need to go into hiding. “For your safety,” her governess had said when she arrived to collect her.</w:t>
      </w:r>
    </w:p>
    <w:p w14:paraId="16274B1E" w14:textId="77777777" w:rsidR="009D58AD" w:rsidRPr="00C9454D" w:rsidRDefault="009D58AD" w:rsidP="00C9454D">
      <w:pPr>
        <w:rPr>
          <w:sz w:val="24"/>
          <w:szCs w:val="24"/>
        </w:rPr>
      </w:pPr>
      <w:r w:rsidRPr="00C9454D">
        <w:rPr>
          <w:sz w:val="24"/>
          <w:szCs w:val="24"/>
        </w:rPr>
        <w:t>“Safety from what?” Lydia demanded, her voice hoarse with grief.</w:t>
      </w:r>
    </w:p>
    <w:p w14:paraId="7C797245" w14:textId="77777777" w:rsidR="009D58AD" w:rsidRPr="00C9454D" w:rsidRDefault="009D58AD" w:rsidP="00C9454D">
      <w:pPr>
        <w:rPr>
          <w:sz w:val="24"/>
          <w:szCs w:val="24"/>
        </w:rPr>
      </w:pPr>
      <w:r w:rsidRPr="00C9454D">
        <w:rPr>
          <w:sz w:val="24"/>
          <w:szCs w:val="24"/>
        </w:rPr>
        <w:t>But no answer was given. Instead, she was taken to another estate, smaller and more remote, where she lived for several years in solitude, haunted by the memory of her child and the secrets she had been denied.</w:t>
      </w:r>
    </w:p>
    <w:p w14:paraId="5A21BFFE" w14:textId="77777777" w:rsidR="009D58AD" w:rsidRPr="00C9454D" w:rsidRDefault="00FE197F" w:rsidP="00C9454D">
      <w:pPr>
        <w:rPr>
          <w:sz w:val="24"/>
          <w:szCs w:val="24"/>
        </w:rPr>
      </w:pPr>
      <w:r>
        <w:rPr>
          <w:noProof/>
          <w:sz w:val="24"/>
          <w:szCs w:val="24"/>
        </w:rPr>
      </w:r>
      <w:r w:rsidR="00FE197F">
        <w:rPr>
          <w:noProof/>
          <w:sz w:val="24"/>
          <w:szCs w:val="24"/>
        </w:rPr>
        <w:pict w14:anchorId="4BA8C5BF">
          <v:rect id="_x0000_i1107" style="width:0;height:1.5pt" o:hralign="center" o:hrstd="t" o:hr="t" fillcolor="#a0a0a0" stroked="f"/>
        </w:pict>
      </w:r>
    </w:p>
    <w:p w14:paraId="75CA859E" w14:textId="77777777" w:rsidR="00C45D3E" w:rsidRPr="00C9454D" w:rsidRDefault="009D58AD" w:rsidP="00C9454D">
      <w:pPr>
        <w:pStyle w:val="Heading2"/>
        <w:rPr>
          <w:sz w:val="24"/>
          <w:szCs w:val="24"/>
        </w:rPr>
      </w:pPr>
      <w:r w:rsidRPr="00C9454D">
        <w:rPr>
          <w:sz w:val="24"/>
          <w:szCs w:val="24"/>
        </w:rPr>
        <w:t>The Search for Truth</w:t>
      </w:r>
    </w:p>
    <w:p w14:paraId="77B383B8" w14:textId="77777777" w:rsidR="00C5033D" w:rsidRPr="00C9454D" w:rsidRDefault="00C5033D" w:rsidP="00C9454D">
      <w:pPr>
        <w:rPr>
          <w:sz w:val="24"/>
          <w:szCs w:val="24"/>
        </w:rPr>
      </w:pPr>
    </w:p>
    <w:p w14:paraId="3ED8F4A6" w14:textId="29B10AAB" w:rsidR="009D58AD" w:rsidRPr="00C9454D" w:rsidRDefault="009D58AD" w:rsidP="00C9454D">
      <w:pPr>
        <w:rPr>
          <w:sz w:val="24"/>
          <w:szCs w:val="24"/>
        </w:rPr>
      </w:pPr>
      <w:r w:rsidRPr="00C9454D">
        <w:rPr>
          <w:sz w:val="24"/>
          <w:szCs w:val="24"/>
        </w:rPr>
        <w:t xml:space="preserve">Over time, Lydia began to piece together fragments of the mystery. The pendant had borne the tetragrammaton—the ancient name of </w:t>
      </w:r>
      <w:r w:rsidR="00DC73A0" w:rsidRPr="00C9454D">
        <w:rPr>
          <w:sz w:val="24"/>
          <w:szCs w:val="24"/>
        </w:rPr>
        <w:t>God</w:t>
      </w:r>
      <w:r w:rsidRPr="00C9454D">
        <w:rPr>
          <w:sz w:val="24"/>
          <w:szCs w:val="24"/>
        </w:rPr>
        <w:t>. The midwife had whispered of danger and protection. And her caretakers had always spoken of her parents with a reverence that bordered on fear.</w:t>
      </w:r>
    </w:p>
    <w:p w14:paraId="242E6A49" w14:textId="77777777" w:rsidR="009D58AD" w:rsidRPr="00C9454D" w:rsidRDefault="009D58AD" w:rsidP="00C9454D">
      <w:pPr>
        <w:rPr>
          <w:sz w:val="24"/>
          <w:szCs w:val="24"/>
        </w:rPr>
      </w:pPr>
      <w:r w:rsidRPr="00C9454D">
        <w:rPr>
          <w:sz w:val="24"/>
          <w:szCs w:val="24"/>
        </w:rPr>
        <w:t>But why? What could possibly tie her and her child to such danger? And why had no one ever told her the full truth?</w:t>
      </w:r>
    </w:p>
    <w:p w14:paraId="23B02E2A" w14:textId="421E649E" w:rsidR="009D58AD" w:rsidRPr="00C9454D" w:rsidRDefault="009D58AD" w:rsidP="00C9454D">
      <w:pPr>
        <w:rPr>
          <w:sz w:val="24"/>
          <w:szCs w:val="24"/>
        </w:rPr>
      </w:pPr>
      <w:r w:rsidRPr="00C9454D">
        <w:rPr>
          <w:sz w:val="24"/>
          <w:szCs w:val="24"/>
        </w:rPr>
        <w:t xml:space="preserve">It wasn’t until years later, when she learned of the massacre of a caravan </w:t>
      </w:r>
      <w:r w:rsidR="00753F0B" w:rsidRPr="00C9454D">
        <w:rPr>
          <w:sz w:val="24"/>
          <w:szCs w:val="24"/>
        </w:rPr>
        <w:t xml:space="preserve">near </w:t>
      </w:r>
      <w:proofErr w:type="spellStart"/>
      <w:r w:rsidR="00D43BF5" w:rsidRPr="00C9454D">
        <w:rPr>
          <w:sz w:val="24"/>
          <w:szCs w:val="24"/>
        </w:rPr>
        <w:t>Teston</w:t>
      </w:r>
      <w:proofErr w:type="spellEnd"/>
      <w:r w:rsidR="00D43BF5" w:rsidRPr="00C9454D">
        <w:rPr>
          <w:sz w:val="24"/>
          <w:szCs w:val="24"/>
        </w:rPr>
        <w:t>,</w:t>
      </w:r>
      <w:r w:rsidRPr="00C9454D">
        <w:rPr>
          <w:sz w:val="24"/>
          <w:szCs w:val="24"/>
        </w:rPr>
        <w:t xml:space="preserve"> that Lydia’s hope was rekindled. A boy had been found—an orphan, they said—wearing a pendant she recognized instantly.</w:t>
      </w:r>
    </w:p>
    <w:p w14:paraId="38E7CB36" w14:textId="77777777" w:rsidR="009D58AD" w:rsidRPr="00C9454D" w:rsidRDefault="009D58AD" w:rsidP="00C9454D">
      <w:pPr>
        <w:rPr>
          <w:sz w:val="24"/>
          <w:szCs w:val="24"/>
        </w:rPr>
      </w:pPr>
      <w:r w:rsidRPr="00C9454D">
        <w:rPr>
          <w:sz w:val="24"/>
          <w:szCs w:val="24"/>
        </w:rPr>
        <w:t>Her heart raced as she pieced the story together. Could it be? Could this child be hers?</w:t>
      </w:r>
    </w:p>
    <w:p w14:paraId="1CF5834F" w14:textId="27152203" w:rsidR="003C0C77" w:rsidRPr="00C9454D" w:rsidRDefault="009D58AD" w:rsidP="00C9454D">
      <w:pPr>
        <w:rPr>
          <w:sz w:val="24"/>
          <w:szCs w:val="24"/>
        </w:rPr>
      </w:pPr>
      <w:r w:rsidRPr="00C9454D">
        <w:rPr>
          <w:sz w:val="24"/>
          <w:szCs w:val="24"/>
        </w:rPr>
        <w:t xml:space="preserve">She set out for </w:t>
      </w:r>
      <w:r w:rsidR="00522C4D" w:rsidRPr="00C9454D">
        <w:rPr>
          <w:sz w:val="24"/>
          <w:szCs w:val="24"/>
        </w:rPr>
        <w:t>High Haven</w:t>
      </w:r>
      <w:r w:rsidRPr="00C9454D">
        <w:rPr>
          <w:sz w:val="24"/>
          <w:szCs w:val="24"/>
        </w:rPr>
        <w:t xml:space="preserve"> immediately, driven by a desperate need to know.</w:t>
      </w:r>
      <w:r w:rsidR="003C0C77" w:rsidRPr="00C9454D">
        <w:rPr>
          <w:sz w:val="24"/>
          <w:szCs w:val="24"/>
        </w:rPr>
        <w:t>.</w:t>
      </w:r>
    </w:p>
    <w:p w14:paraId="11BB2633" w14:textId="77777777" w:rsidR="003C0C77" w:rsidRPr="00C9454D" w:rsidRDefault="003C0C77" w:rsidP="00C9454D">
      <w:pPr>
        <w:rPr>
          <w:sz w:val="24"/>
          <w:szCs w:val="24"/>
        </w:rPr>
      </w:pPr>
    </w:p>
    <w:p w14:paraId="53B5245B" w14:textId="77777777" w:rsidR="003C0C77" w:rsidRPr="00C9454D" w:rsidRDefault="003C0C77" w:rsidP="00C9454D">
      <w:pPr>
        <w:pStyle w:val="Heading2"/>
        <w:rPr>
          <w:sz w:val="24"/>
          <w:szCs w:val="24"/>
        </w:rPr>
      </w:pPr>
      <w:r w:rsidRPr="00C9454D">
        <w:rPr>
          <w:sz w:val="24"/>
          <w:szCs w:val="24"/>
        </w:rPr>
        <w:t>A Silent Guardian</w:t>
      </w:r>
    </w:p>
    <w:p w14:paraId="5C28173D" w14:textId="77777777" w:rsidR="00307822" w:rsidRPr="00C9454D" w:rsidRDefault="00307822" w:rsidP="00C9454D">
      <w:pPr>
        <w:rPr>
          <w:sz w:val="24"/>
          <w:szCs w:val="24"/>
        </w:rPr>
      </w:pPr>
    </w:p>
    <w:p w14:paraId="674088E1" w14:textId="7DDB69A1" w:rsidR="003C0C77" w:rsidRPr="00C9454D" w:rsidRDefault="003C0C77" w:rsidP="00C9454D">
      <w:pPr>
        <w:rPr>
          <w:sz w:val="24"/>
          <w:szCs w:val="24"/>
        </w:rPr>
      </w:pPr>
      <w:r w:rsidRPr="00C9454D">
        <w:rPr>
          <w:sz w:val="24"/>
          <w:szCs w:val="24"/>
        </w:rPr>
        <w:t xml:space="preserve">Lydia arrived at </w:t>
      </w:r>
      <w:r w:rsidR="00522C4D" w:rsidRPr="00C9454D">
        <w:rPr>
          <w:sz w:val="24"/>
          <w:szCs w:val="24"/>
        </w:rPr>
        <w:t>High Haven</w:t>
      </w:r>
      <w:r w:rsidRPr="00C9454D">
        <w:rPr>
          <w:sz w:val="24"/>
          <w:szCs w:val="24"/>
        </w:rPr>
        <w:t xml:space="preserve"> soon after, her heart a storm of emotions. Seeing John Marshall alive and thriving under the care of Abilene and Guy filled her with both relief and sorrow. She knew that his life with them was far better—and far safer—than anything she could provide.</w:t>
      </w:r>
    </w:p>
    <w:p w14:paraId="31D00711" w14:textId="77777777" w:rsidR="003C0C77" w:rsidRPr="00C9454D" w:rsidRDefault="003C0C77" w:rsidP="00C9454D">
      <w:pPr>
        <w:rPr>
          <w:sz w:val="24"/>
          <w:szCs w:val="24"/>
        </w:rPr>
      </w:pPr>
      <w:r w:rsidRPr="00C9454D">
        <w:rPr>
          <w:sz w:val="24"/>
          <w:szCs w:val="24"/>
        </w:rPr>
        <w:t>She continued to write her letters, tucking them away in the chest she kept hidden. Each letter carried her love and her grief, her hope and her regret. She watched from the periphery, content to play the role of “aunt” in John’s life, even as her heart ached to be more.</w:t>
      </w:r>
    </w:p>
    <w:p w14:paraId="14ABDD29" w14:textId="77777777" w:rsidR="003C0C77" w:rsidRPr="00C9454D" w:rsidRDefault="003C0C77" w:rsidP="00C9454D">
      <w:pPr>
        <w:rPr>
          <w:sz w:val="24"/>
          <w:szCs w:val="24"/>
        </w:rPr>
      </w:pPr>
    </w:p>
    <w:p w14:paraId="2B48D5AD" w14:textId="77777777" w:rsidR="0084153F" w:rsidRPr="00C9454D" w:rsidRDefault="0084153F" w:rsidP="00C9454D">
      <w:pPr>
        <w:rPr>
          <w:sz w:val="24"/>
          <w:szCs w:val="24"/>
        </w:rPr>
      </w:pPr>
    </w:p>
    <w:p w14:paraId="6E707528" w14:textId="7840C6DC" w:rsidR="00A06E85" w:rsidRPr="00C9454D" w:rsidRDefault="00A06E85" w:rsidP="00C9454D">
      <w:pPr>
        <w:pStyle w:val="Heading2"/>
        <w:rPr>
          <w:sz w:val="24"/>
          <w:szCs w:val="24"/>
        </w:rPr>
      </w:pPr>
      <w:r w:rsidRPr="00C9454D">
        <w:rPr>
          <w:sz w:val="24"/>
          <w:szCs w:val="24"/>
        </w:rPr>
        <w:t>Growth and New Beginnings</w:t>
      </w:r>
    </w:p>
    <w:p w14:paraId="213A621E" w14:textId="77777777" w:rsidR="00307822" w:rsidRPr="00C9454D" w:rsidRDefault="00307822" w:rsidP="00C9454D">
      <w:pPr>
        <w:rPr>
          <w:sz w:val="24"/>
          <w:szCs w:val="24"/>
        </w:rPr>
      </w:pPr>
    </w:p>
    <w:p w14:paraId="6B4B6129" w14:textId="5E112B56" w:rsidR="00A06E85" w:rsidRPr="00C9454D" w:rsidRDefault="00A06E85" w:rsidP="00C9454D">
      <w:pPr>
        <w:rPr>
          <w:sz w:val="24"/>
          <w:szCs w:val="24"/>
        </w:rPr>
      </w:pPr>
      <w:r w:rsidRPr="00C9454D">
        <w:rPr>
          <w:sz w:val="24"/>
          <w:szCs w:val="24"/>
        </w:rPr>
        <w:t xml:space="preserve">The years following the trial brought both joy and bittersweet transitions to </w:t>
      </w:r>
      <w:r w:rsidR="00522C4D" w:rsidRPr="00C9454D">
        <w:rPr>
          <w:sz w:val="24"/>
          <w:szCs w:val="24"/>
        </w:rPr>
        <w:t>High Haven</w:t>
      </w:r>
      <w:r w:rsidRPr="00C9454D">
        <w:rPr>
          <w:sz w:val="24"/>
          <w:szCs w:val="24"/>
        </w:rPr>
        <w:t>. The estate thrived under Abilene and Guy’s stewardship, with visitors coming from far and wi</w:t>
      </w:r>
      <w:r w:rsidR="00DD1FF5" w:rsidRPr="00C9454D">
        <w:rPr>
          <w:sz w:val="24"/>
          <w:szCs w:val="24"/>
        </w:rPr>
        <w:t xml:space="preserve">de </w:t>
      </w:r>
      <w:r w:rsidRPr="00C9454D">
        <w:rPr>
          <w:sz w:val="24"/>
          <w:szCs w:val="24"/>
        </w:rPr>
        <w:t>to seek advice, inspiration, and spiritual guidance. John Marshall, now a bright and inquisitive seven-year-old, was the heart of the manor, his laughter filling its halls and his sharp mind captivating everyone who spoke with him.</w:t>
      </w:r>
    </w:p>
    <w:p w14:paraId="60B479B3" w14:textId="24CB1A43" w:rsidR="002A5E2B" w:rsidRPr="00C9454D" w:rsidRDefault="00A06E85" w:rsidP="00C9454D">
      <w:pPr>
        <w:rPr>
          <w:sz w:val="24"/>
          <w:szCs w:val="24"/>
        </w:rPr>
      </w:pPr>
      <w:r w:rsidRPr="00C9454D">
        <w:rPr>
          <w:sz w:val="24"/>
          <w:szCs w:val="24"/>
        </w:rPr>
        <w:t>Amidst this bustling life, Lydia found her own path, one filled with both artistic growth and unexpected love.</w:t>
      </w:r>
    </w:p>
    <w:p w14:paraId="06ADB115" w14:textId="77777777" w:rsidR="002A5E2B" w:rsidRPr="00C9454D" w:rsidRDefault="00FE197F" w:rsidP="00C9454D">
      <w:pPr>
        <w:rPr>
          <w:sz w:val="24"/>
          <w:szCs w:val="24"/>
        </w:rPr>
      </w:pPr>
      <w:r>
        <w:rPr>
          <w:noProof/>
          <w:sz w:val="24"/>
          <w:szCs w:val="24"/>
        </w:rPr>
      </w:r>
      <w:r w:rsidR="00FE197F">
        <w:rPr>
          <w:noProof/>
          <w:sz w:val="24"/>
          <w:szCs w:val="24"/>
        </w:rPr>
        <w:pict w14:anchorId="37EB7CC2">
          <v:rect id="_x0000_i1108" style="width:0;height:1.5pt" o:hralign="center" o:hrstd="t" o:hr="t" fillcolor="#a0a0a0" stroked="f"/>
        </w:pict>
      </w:r>
    </w:p>
    <w:p w14:paraId="339F4978" w14:textId="77777777" w:rsidR="00307822" w:rsidRPr="00C9454D" w:rsidRDefault="002A5E2B" w:rsidP="00C9454D">
      <w:pPr>
        <w:rPr>
          <w:rStyle w:val="Heading2Char"/>
          <w:sz w:val="24"/>
          <w:szCs w:val="24"/>
        </w:rPr>
      </w:pPr>
      <w:r w:rsidRPr="00C9454D">
        <w:rPr>
          <w:rStyle w:val="Heading2Char"/>
          <w:sz w:val="24"/>
          <w:szCs w:val="24"/>
        </w:rPr>
        <w:t>Lydia’s Craft: Healing Through Art</w:t>
      </w:r>
    </w:p>
    <w:p w14:paraId="506F1911" w14:textId="55C9A3D7" w:rsidR="002A5E2B" w:rsidRPr="00C9454D" w:rsidRDefault="002A5E2B" w:rsidP="00C9454D">
      <w:pPr>
        <w:rPr>
          <w:sz w:val="24"/>
          <w:szCs w:val="24"/>
        </w:rPr>
      </w:pPr>
      <w:r w:rsidRPr="00C9454D">
        <w:rPr>
          <w:sz w:val="24"/>
          <w:szCs w:val="24"/>
        </w:rPr>
        <w:br/>
        <w:t>Lydia’s first attempts at illuminated manuscript art were clumsy, her lines uneven and her colors too bold. But as she devoted herself to the craft, she found a rhythm—a meditative peace in the slow, deliberate work of creation. Each stroke of her brush, each carefully applied leaf of gold, became a prayer. The intricate vines and blossoms she painted seemed to grow not just on the parchment but in her heart, filling the barren spaces left by years of longing and loss.</w:t>
      </w:r>
    </w:p>
    <w:p w14:paraId="512181FB" w14:textId="649FCD0E" w:rsidR="002A5E2B" w:rsidRPr="00C9454D" w:rsidRDefault="002A5E2B" w:rsidP="00C9454D">
      <w:pPr>
        <w:rPr>
          <w:sz w:val="24"/>
          <w:szCs w:val="24"/>
        </w:rPr>
      </w:pPr>
      <w:r w:rsidRPr="00C9454D">
        <w:rPr>
          <w:sz w:val="24"/>
          <w:szCs w:val="24"/>
        </w:rPr>
        <w:t>In her art, Lydia poured everything she couldn’t say aloud. The sadness of watching Guy and Abilene’s perfect union, the joy of seeing John grow strong and happy, the ache of being so close yet always on the outside—each emotion found its place in the luminous pages she created. Her favorite pieces were those she ma</w:t>
      </w:r>
      <w:r w:rsidR="00DD1FF5" w:rsidRPr="00C9454D">
        <w:rPr>
          <w:sz w:val="24"/>
          <w:szCs w:val="24"/>
        </w:rPr>
        <w:t xml:space="preserve">de </w:t>
      </w:r>
      <w:r w:rsidRPr="00C9454D">
        <w:rPr>
          <w:sz w:val="24"/>
          <w:szCs w:val="24"/>
        </w:rPr>
        <w:t xml:space="preserve">for the family: a detailed rendering of </w:t>
      </w:r>
      <w:r w:rsidR="00522C4D" w:rsidRPr="00C9454D">
        <w:rPr>
          <w:sz w:val="24"/>
          <w:szCs w:val="24"/>
        </w:rPr>
        <w:t>High Haven</w:t>
      </w:r>
      <w:r w:rsidRPr="00C9454D">
        <w:rPr>
          <w:sz w:val="24"/>
          <w:szCs w:val="24"/>
        </w:rPr>
        <w:t xml:space="preserve"> surrounded by golden fields for Abilene, and a knightly crest for Guy, its edges adorned with flames that symbolized his indomitable spirit.</w:t>
      </w:r>
    </w:p>
    <w:p w14:paraId="0D846E1A" w14:textId="38B62DAA" w:rsidR="002A5E2B" w:rsidRPr="00C9454D" w:rsidRDefault="002A5E2B" w:rsidP="00C9454D">
      <w:pPr>
        <w:rPr>
          <w:sz w:val="24"/>
          <w:szCs w:val="24"/>
        </w:rPr>
      </w:pPr>
      <w:r w:rsidRPr="00C9454D">
        <w:rPr>
          <w:sz w:val="24"/>
          <w:szCs w:val="24"/>
        </w:rPr>
        <w:t xml:space="preserve">Over time, Lydia’s talent drew attention beyond the </w:t>
      </w:r>
      <w:r w:rsidR="007033B1" w:rsidRPr="00C9454D">
        <w:rPr>
          <w:sz w:val="24"/>
          <w:szCs w:val="24"/>
        </w:rPr>
        <w:t>estate</w:t>
      </w:r>
      <w:r w:rsidRPr="00C9454D">
        <w:rPr>
          <w:sz w:val="24"/>
          <w:szCs w:val="24"/>
        </w:rPr>
        <w:t>. Abilene was the first to recognize her gift, encouraging her to share it with the world. “You’re creating something eternal,” she told Lydia one evening, watching her work by candlelight. “Something that will outlive all of us.”</w:t>
      </w:r>
    </w:p>
    <w:p w14:paraId="0A77C00B" w14:textId="28791ED3" w:rsidR="00A06E85" w:rsidRPr="00C9454D" w:rsidRDefault="002A5E2B" w:rsidP="00C9454D">
      <w:pPr>
        <w:rPr>
          <w:sz w:val="24"/>
          <w:szCs w:val="24"/>
        </w:rPr>
      </w:pPr>
      <w:r w:rsidRPr="00C9454D">
        <w:rPr>
          <w:sz w:val="24"/>
          <w:szCs w:val="24"/>
        </w:rPr>
        <w:t>For Lydia, that thought was both comforting and bittersweet. Through her art, she could leave a piece of herself behind, even as she struggled to let go of the life she’d never truly belonged to.</w:t>
      </w:r>
    </w:p>
    <w:p w14:paraId="2F0F114E" w14:textId="77777777" w:rsidR="00A06E85" w:rsidRPr="00C9454D" w:rsidRDefault="00A06E85" w:rsidP="00C9454D">
      <w:pPr>
        <w:pStyle w:val="Heading2"/>
        <w:rPr>
          <w:sz w:val="24"/>
          <w:szCs w:val="24"/>
        </w:rPr>
      </w:pPr>
      <w:r w:rsidRPr="00C9454D">
        <w:rPr>
          <w:sz w:val="24"/>
          <w:szCs w:val="24"/>
        </w:rPr>
        <w:t>Lydia’s Scribe</w:t>
      </w:r>
    </w:p>
    <w:p w14:paraId="61EAE01B" w14:textId="2BD590CD" w:rsidR="00561F19" w:rsidRPr="00C9454D" w:rsidRDefault="00561F19" w:rsidP="00C9454D">
      <w:pPr>
        <w:pStyle w:val="Heading2"/>
        <w:rPr>
          <w:sz w:val="24"/>
          <w:szCs w:val="24"/>
        </w:rPr>
      </w:pPr>
      <w:r w:rsidRPr="00C9454D">
        <w:rPr>
          <w:sz w:val="24"/>
          <w:szCs w:val="24"/>
        </w:rPr>
        <w:t>1211</w:t>
      </w:r>
    </w:p>
    <w:p w14:paraId="2A107E4A" w14:textId="77777777" w:rsidR="00307822" w:rsidRPr="00C9454D" w:rsidRDefault="00307822" w:rsidP="00C9454D">
      <w:pPr>
        <w:rPr>
          <w:sz w:val="24"/>
          <w:szCs w:val="24"/>
        </w:rPr>
      </w:pPr>
    </w:p>
    <w:p w14:paraId="7017B6B9" w14:textId="76C88C17" w:rsidR="00A06E85" w:rsidRPr="00C9454D" w:rsidRDefault="00A06E85" w:rsidP="00C9454D">
      <w:pPr>
        <w:rPr>
          <w:sz w:val="24"/>
          <w:szCs w:val="24"/>
        </w:rPr>
      </w:pPr>
      <w:r w:rsidRPr="00C9454D">
        <w:rPr>
          <w:sz w:val="24"/>
          <w:szCs w:val="24"/>
        </w:rPr>
        <w:t xml:space="preserve">Lydia’s talent for illuminating manuscripts had grown into a true art form, making her renowned far beyond the boundaries of </w:t>
      </w:r>
      <w:r w:rsidR="00522C4D" w:rsidRPr="00C9454D">
        <w:rPr>
          <w:sz w:val="24"/>
          <w:szCs w:val="24"/>
        </w:rPr>
        <w:t>High Haven</w:t>
      </w:r>
      <w:r w:rsidRPr="00C9454D">
        <w:rPr>
          <w:sz w:val="24"/>
          <w:szCs w:val="24"/>
        </w:rPr>
        <w:t xml:space="preserve">. Lords and ladies clamored to have their books graced by her intricate designs, and it was during one such commission that </w:t>
      </w:r>
      <w:r w:rsidR="005156BF" w:rsidRPr="00C9454D">
        <w:rPr>
          <w:sz w:val="24"/>
          <w:szCs w:val="24"/>
        </w:rPr>
        <w:t>Edmond</w:t>
      </w:r>
      <w:r w:rsidRPr="00C9454D">
        <w:rPr>
          <w:sz w:val="24"/>
          <w:szCs w:val="24"/>
        </w:rPr>
        <w:t>, a traveling scribe, arrived at the estate.</w:t>
      </w:r>
    </w:p>
    <w:p w14:paraId="58C9CBCB" w14:textId="25BD2E03" w:rsidR="00A06E85" w:rsidRPr="00C9454D" w:rsidRDefault="00A06E85" w:rsidP="00C9454D">
      <w:pPr>
        <w:rPr>
          <w:sz w:val="24"/>
          <w:szCs w:val="24"/>
        </w:rPr>
      </w:pPr>
      <w:r w:rsidRPr="00C9454D">
        <w:rPr>
          <w:sz w:val="24"/>
          <w:szCs w:val="24"/>
        </w:rPr>
        <w:t xml:space="preserve">At first, </w:t>
      </w:r>
      <w:r w:rsidR="005156BF" w:rsidRPr="00C9454D">
        <w:rPr>
          <w:sz w:val="24"/>
          <w:szCs w:val="24"/>
        </w:rPr>
        <w:t>Edmond</w:t>
      </w:r>
      <w:r w:rsidRPr="00C9454D">
        <w:rPr>
          <w:sz w:val="24"/>
          <w:szCs w:val="24"/>
        </w:rPr>
        <w:t>’s admiration for Lydia was purely professional. “Your work,” he told her as he watched her deftly emboss a page with gold leaf, “is a wonder. I’ve never seen anything like it.”</w:t>
      </w:r>
    </w:p>
    <w:p w14:paraId="3ABEE939" w14:textId="7FDE0413" w:rsidR="00A06E85" w:rsidRPr="00C9454D" w:rsidRDefault="00A06E85" w:rsidP="00C9454D">
      <w:pPr>
        <w:rPr>
          <w:sz w:val="24"/>
          <w:szCs w:val="24"/>
        </w:rPr>
      </w:pPr>
      <w:r w:rsidRPr="00C9454D">
        <w:rPr>
          <w:sz w:val="24"/>
          <w:szCs w:val="24"/>
        </w:rPr>
        <w:t xml:space="preserve">But as the weeks passed, his admiration turned to affection, and soon he was a fixture at </w:t>
      </w:r>
      <w:r w:rsidR="00522C4D" w:rsidRPr="00C9454D">
        <w:rPr>
          <w:sz w:val="24"/>
          <w:szCs w:val="24"/>
        </w:rPr>
        <w:t>High Haven</w:t>
      </w:r>
      <w:r w:rsidRPr="00C9454D">
        <w:rPr>
          <w:sz w:val="24"/>
          <w:szCs w:val="24"/>
        </w:rPr>
        <w:t>, assisting Lydia with her work and finding every excuse to be near her.</w:t>
      </w:r>
      <w:r w:rsidR="004C160B" w:rsidRPr="00C9454D">
        <w:rPr>
          <w:sz w:val="24"/>
          <w:szCs w:val="24"/>
        </w:rPr>
        <w:t xml:space="preserve"> </w:t>
      </w:r>
      <w:r w:rsidRPr="00C9454D">
        <w:rPr>
          <w:sz w:val="24"/>
          <w:szCs w:val="24"/>
        </w:rPr>
        <w:t>There was only one problem: Guy.</w:t>
      </w:r>
    </w:p>
    <w:p w14:paraId="14475B50" w14:textId="77777777" w:rsidR="005001F4" w:rsidRPr="00C9454D" w:rsidRDefault="005001F4" w:rsidP="00C9454D">
      <w:pPr>
        <w:pStyle w:val="Heading2"/>
        <w:rPr>
          <w:sz w:val="24"/>
          <w:szCs w:val="24"/>
        </w:rPr>
      </w:pPr>
    </w:p>
    <w:p w14:paraId="6EACF56D" w14:textId="1D34F929" w:rsidR="00D51D98" w:rsidRPr="00C9454D" w:rsidRDefault="00816AE2" w:rsidP="00C9454D">
      <w:pPr>
        <w:pStyle w:val="Heading2"/>
        <w:rPr>
          <w:sz w:val="24"/>
          <w:szCs w:val="24"/>
        </w:rPr>
      </w:pPr>
      <w:r w:rsidRPr="00C9454D">
        <w:rPr>
          <w:sz w:val="24"/>
          <w:szCs w:val="24"/>
        </w:rPr>
        <w:t>Jealousy</w:t>
      </w:r>
    </w:p>
    <w:p w14:paraId="3FEE394D" w14:textId="77777777" w:rsidR="00307822" w:rsidRPr="00C9454D" w:rsidRDefault="00307822" w:rsidP="00C9454D">
      <w:pPr>
        <w:rPr>
          <w:sz w:val="24"/>
          <w:szCs w:val="24"/>
        </w:rPr>
      </w:pPr>
    </w:p>
    <w:p w14:paraId="7C504809" w14:textId="4EC6685A" w:rsidR="00D51D98" w:rsidRPr="00C9454D" w:rsidRDefault="005156BF" w:rsidP="00C9454D">
      <w:pPr>
        <w:rPr>
          <w:sz w:val="24"/>
          <w:szCs w:val="24"/>
        </w:rPr>
      </w:pPr>
      <w:r w:rsidRPr="00C9454D">
        <w:rPr>
          <w:sz w:val="24"/>
          <w:szCs w:val="24"/>
        </w:rPr>
        <w:t>Edmond</w:t>
      </w:r>
      <w:r w:rsidR="00D51D98" w:rsidRPr="00C9454D">
        <w:rPr>
          <w:sz w:val="24"/>
          <w:szCs w:val="24"/>
        </w:rPr>
        <w:t xml:space="preserve"> couldn’t help but compare himself to Guy, who seemed the embodiment of everything he was not. Strong, stoic, and effortlessly commanding, Guy was everything </w:t>
      </w:r>
      <w:r w:rsidRPr="00C9454D">
        <w:rPr>
          <w:sz w:val="24"/>
          <w:szCs w:val="24"/>
        </w:rPr>
        <w:t>Edmond</w:t>
      </w:r>
      <w:r w:rsidR="00D51D98" w:rsidRPr="00C9454D">
        <w:rPr>
          <w:sz w:val="24"/>
          <w:szCs w:val="24"/>
        </w:rPr>
        <w:t xml:space="preserve"> secretly wished he could be—and everything he feared Lydia might want.</w:t>
      </w:r>
    </w:p>
    <w:p w14:paraId="2EE881C6" w14:textId="77777777" w:rsidR="00D51D98" w:rsidRPr="00C9454D" w:rsidRDefault="00D51D98" w:rsidP="00C9454D">
      <w:pPr>
        <w:rPr>
          <w:sz w:val="24"/>
          <w:szCs w:val="24"/>
        </w:rPr>
      </w:pPr>
      <w:r w:rsidRPr="00C9454D">
        <w:rPr>
          <w:sz w:val="24"/>
          <w:szCs w:val="24"/>
        </w:rPr>
        <w:t>The scribe’s jealousy bubbled over one afternoon as he and Lydia worked in the library.</w:t>
      </w:r>
    </w:p>
    <w:p w14:paraId="28C75030" w14:textId="4967FB0B" w:rsidR="00D51D98" w:rsidRPr="00C9454D" w:rsidRDefault="00D51D98" w:rsidP="00C9454D">
      <w:pPr>
        <w:rPr>
          <w:sz w:val="24"/>
          <w:szCs w:val="24"/>
        </w:rPr>
      </w:pPr>
      <w:r w:rsidRPr="00C9454D">
        <w:rPr>
          <w:sz w:val="24"/>
          <w:szCs w:val="24"/>
        </w:rPr>
        <w:t xml:space="preserve">“You know,” </w:t>
      </w:r>
      <w:r w:rsidR="005156BF" w:rsidRPr="00C9454D">
        <w:rPr>
          <w:sz w:val="24"/>
          <w:szCs w:val="24"/>
        </w:rPr>
        <w:t>Edmond</w:t>
      </w:r>
      <w:r w:rsidRPr="00C9454D">
        <w:rPr>
          <w:sz w:val="24"/>
          <w:szCs w:val="24"/>
        </w:rPr>
        <w:t xml:space="preserve"> said, feigning nonchalance, “not every man has to be a warrior to be worth something.”</w:t>
      </w:r>
    </w:p>
    <w:p w14:paraId="015C1151" w14:textId="77777777" w:rsidR="00D51D98" w:rsidRPr="00C9454D" w:rsidRDefault="00D51D98" w:rsidP="00C9454D">
      <w:pPr>
        <w:rPr>
          <w:sz w:val="24"/>
          <w:szCs w:val="24"/>
        </w:rPr>
      </w:pPr>
      <w:r w:rsidRPr="00C9454D">
        <w:rPr>
          <w:sz w:val="24"/>
          <w:szCs w:val="24"/>
        </w:rPr>
        <w:t>Lydia raised an eyebrow. “Is this about Guy?”</w:t>
      </w:r>
    </w:p>
    <w:p w14:paraId="4410F5AA" w14:textId="442C832C" w:rsidR="00D51D98" w:rsidRPr="00C9454D" w:rsidRDefault="005156BF" w:rsidP="00C9454D">
      <w:pPr>
        <w:rPr>
          <w:sz w:val="24"/>
          <w:szCs w:val="24"/>
        </w:rPr>
      </w:pPr>
      <w:r w:rsidRPr="00C9454D">
        <w:rPr>
          <w:sz w:val="24"/>
          <w:szCs w:val="24"/>
        </w:rPr>
        <w:t>Edmond</w:t>
      </w:r>
      <w:r w:rsidR="00D51D98" w:rsidRPr="00C9454D">
        <w:rPr>
          <w:sz w:val="24"/>
          <w:szCs w:val="24"/>
        </w:rPr>
        <w:t xml:space="preserve"> crossed his arms. “I’m just saying. Maybe not everyone needs to swing a sword or build tables or... wrestle bears.”</w:t>
      </w:r>
    </w:p>
    <w:p w14:paraId="59AD5F29" w14:textId="71DDB8A7" w:rsidR="00D51D98" w:rsidRPr="00C9454D" w:rsidRDefault="00D51D98" w:rsidP="00C9454D">
      <w:pPr>
        <w:rPr>
          <w:sz w:val="24"/>
          <w:szCs w:val="24"/>
        </w:rPr>
      </w:pPr>
      <w:r w:rsidRPr="00C9454D">
        <w:rPr>
          <w:sz w:val="24"/>
          <w:szCs w:val="24"/>
        </w:rPr>
        <w:t xml:space="preserve">Lydia laughed. “Guy’s not competing with you, </w:t>
      </w:r>
      <w:r w:rsidR="005156BF" w:rsidRPr="00C9454D">
        <w:rPr>
          <w:sz w:val="24"/>
          <w:szCs w:val="24"/>
        </w:rPr>
        <w:t>Edmond</w:t>
      </w:r>
      <w:r w:rsidRPr="00C9454D">
        <w:rPr>
          <w:sz w:val="24"/>
          <w:szCs w:val="24"/>
        </w:rPr>
        <w:t>. You’re the only one who is.”</w:t>
      </w:r>
    </w:p>
    <w:p w14:paraId="6B289C7B" w14:textId="428F27C6" w:rsidR="00D51D98" w:rsidRPr="00C9454D" w:rsidRDefault="00D51D98" w:rsidP="00C9454D">
      <w:pPr>
        <w:rPr>
          <w:sz w:val="24"/>
          <w:szCs w:val="24"/>
        </w:rPr>
      </w:pPr>
      <w:r w:rsidRPr="00C9454D">
        <w:rPr>
          <w:sz w:val="24"/>
          <w:szCs w:val="24"/>
        </w:rPr>
        <w:t xml:space="preserve">But </w:t>
      </w:r>
      <w:r w:rsidR="005156BF" w:rsidRPr="00C9454D">
        <w:rPr>
          <w:sz w:val="24"/>
          <w:szCs w:val="24"/>
        </w:rPr>
        <w:t>Edmond</w:t>
      </w:r>
      <w:r w:rsidRPr="00C9454D">
        <w:rPr>
          <w:sz w:val="24"/>
          <w:szCs w:val="24"/>
        </w:rPr>
        <w:t xml:space="preserve"> wasn’t satisfied. A few days later, as Guy was preparing the estate’s workers for an upcoming project, </w:t>
      </w:r>
      <w:r w:rsidR="005156BF" w:rsidRPr="00C9454D">
        <w:rPr>
          <w:sz w:val="24"/>
          <w:szCs w:val="24"/>
        </w:rPr>
        <w:t>Edmond</w:t>
      </w:r>
      <w:r w:rsidRPr="00C9454D">
        <w:rPr>
          <w:sz w:val="24"/>
          <w:szCs w:val="24"/>
        </w:rPr>
        <w:t xml:space="preserve"> approached him with an unexpected challenge.</w:t>
      </w:r>
    </w:p>
    <w:p w14:paraId="10080CCD" w14:textId="77777777" w:rsidR="00D51D98" w:rsidRPr="00C9454D" w:rsidRDefault="00D51D98" w:rsidP="00C9454D">
      <w:pPr>
        <w:rPr>
          <w:sz w:val="24"/>
          <w:szCs w:val="24"/>
        </w:rPr>
      </w:pPr>
      <w:r w:rsidRPr="00C9454D">
        <w:rPr>
          <w:sz w:val="24"/>
          <w:szCs w:val="24"/>
        </w:rPr>
        <w:t>“Guy,” he said, puffing out his chest, “I’d like to arm wrestle you.”</w:t>
      </w:r>
    </w:p>
    <w:p w14:paraId="1FDFE087" w14:textId="77777777" w:rsidR="00D51D98" w:rsidRPr="00C9454D" w:rsidRDefault="00D51D98" w:rsidP="00C9454D">
      <w:pPr>
        <w:rPr>
          <w:sz w:val="24"/>
          <w:szCs w:val="24"/>
        </w:rPr>
      </w:pPr>
      <w:r w:rsidRPr="00C9454D">
        <w:rPr>
          <w:sz w:val="24"/>
          <w:szCs w:val="24"/>
        </w:rPr>
        <w:t>Guy turned, one eyebrow arched. “You’d like to... what?”</w:t>
      </w:r>
    </w:p>
    <w:p w14:paraId="6AB55C87" w14:textId="568DD016" w:rsidR="00D51D98" w:rsidRPr="00C9454D" w:rsidRDefault="00D51D98" w:rsidP="00C9454D">
      <w:pPr>
        <w:rPr>
          <w:sz w:val="24"/>
          <w:szCs w:val="24"/>
        </w:rPr>
      </w:pPr>
      <w:r w:rsidRPr="00C9454D">
        <w:rPr>
          <w:sz w:val="24"/>
          <w:szCs w:val="24"/>
        </w:rPr>
        <w:t xml:space="preserve">“Arm wrestle,” </w:t>
      </w:r>
      <w:r w:rsidR="005156BF" w:rsidRPr="00C9454D">
        <w:rPr>
          <w:sz w:val="24"/>
          <w:szCs w:val="24"/>
        </w:rPr>
        <w:t>Edmond</w:t>
      </w:r>
      <w:r w:rsidRPr="00C9454D">
        <w:rPr>
          <w:sz w:val="24"/>
          <w:szCs w:val="24"/>
        </w:rPr>
        <w:t xml:space="preserve"> repeated, his face determined. “I think I could take you.”</w:t>
      </w:r>
    </w:p>
    <w:p w14:paraId="4AAB9DCE" w14:textId="77777777" w:rsidR="00D51D98" w:rsidRPr="00C9454D" w:rsidRDefault="00D51D98" w:rsidP="00C9454D">
      <w:pPr>
        <w:rPr>
          <w:sz w:val="24"/>
          <w:szCs w:val="24"/>
        </w:rPr>
      </w:pPr>
      <w:r w:rsidRPr="00C9454D">
        <w:rPr>
          <w:sz w:val="24"/>
          <w:szCs w:val="24"/>
        </w:rPr>
        <w:t>The workers burst into laughter, and even Guy cracked a smile. “All right,” he said, sitting at the nearest table and planting his elbow firmly on the surface. “Let’s see what you’ve got.”</w:t>
      </w:r>
    </w:p>
    <w:p w14:paraId="34D1BDDB" w14:textId="61080FA2" w:rsidR="00D51D98" w:rsidRPr="00C9454D" w:rsidRDefault="005156BF" w:rsidP="00C9454D">
      <w:pPr>
        <w:rPr>
          <w:sz w:val="24"/>
          <w:szCs w:val="24"/>
        </w:rPr>
      </w:pPr>
      <w:r w:rsidRPr="00C9454D">
        <w:rPr>
          <w:sz w:val="24"/>
          <w:szCs w:val="24"/>
        </w:rPr>
        <w:t>Edmond</w:t>
      </w:r>
      <w:r w:rsidR="00D51D98" w:rsidRPr="00C9454D">
        <w:rPr>
          <w:sz w:val="24"/>
          <w:szCs w:val="24"/>
        </w:rPr>
        <w:t xml:space="preserve"> gave it his all, straining until his face turned red, but it was over in seconds. Guy barely flinched as he pinned </w:t>
      </w:r>
      <w:r w:rsidRPr="00C9454D">
        <w:rPr>
          <w:sz w:val="24"/>
          <w:szCs w:val="24"/>
        </w:rPr>
        <w:t>Edmond</w:t>
      </w:r>
      <w:r w:rsidR="00D51D98" w:rsidRPr="00C9454D">
        <w:rPr>
          <w:sz w:val="24"/>
          <w:szCs w:val="24"/>
        </w:rPr>
        <w:t>’s arm to the table.</w:t>
      </w:r>
    </w:p>
    <w:p w14:paraId="6D6D421D" w14:textId="77777777" w:rsidR="00D51D98" w:rsidRPr="00C9454D" w:rsidRDefault="00D51D98" w:rsidP="00C9454D">
      <w:pPr>
        <w:rPr>
          <w:sz w:val="24"/>
          <w:szCs w:val="24"/>
        </w:rPr>
      </w:pPr>
      <w:r w:rsidRPr="00C9454D">
        <w:rPr>
          <w:sz w:val="24"/>
          <w:szCs w:val="24"/>
        </w:rPr>
        <w:t>“Good effort,” Guy said, patting him on the back.</w:t>
      </w:r>
    </w:p>
    <w:p w14:paraId="138E3E49" w14:textId="531A61CD" w:rsidR="00D51D98" w:rsidRPr="00C9454D" w:rsidRDefault="00D51D98" w:rsidP="00C9454D">
      <w:pPr>
        <w:rPr>
          <w:sz w:val="24"/>
          <w:szCs w:val="24"/>
        </w:rPr>
      </w:pPr>
      <w:r w:rsidRPr="00C9454D">
        <w:rPr>
          <w:sz w:val="24"/>
          <w:szCs w:val="24"/>
        </w:rPr>
        <w:t xml:space="preserve">Humiliated but undeterred, </w:t>
      </w:r>
      <w:r w:rsidR="005156BF" w:rsidRPr="00C9454D">
        <w:rPr>
          <w:sz w:val="24"/>
          <w:szCs w:val="24"/>
        </w:rPr>
        <w:t>Edmond</w:t>
      </w:r>
      <w:r w:rsidRPr="00C9454D">
        <w:rPr>
          <w:sz w:val="24"/>
          <w:szCs w:val="24"/>
        </w:rPr>
        <w:t xml:space="preserve"> decided to take another approach. “Could you... teach me how to sword fight?” he asked sheepishly a few days later.</w:t>
      </w:r>
    </w:p>
    <w:p w14:paraId="52F831C9" w14:textId="77777777" w:rsidR="00D51D98" w:rsidRPr="00C9454D" w:rsidRDefault="00D51D98" w:rsidP="00C9454D">
      <w:pPr>
        <w:rPr>
          <w:sz w:val="24"/>
          <w:szCs w:val="24"/>
        </w:rPr>
      </w:pPr>
      <w:r w:rsidRPr="00C9454D">
        <w:rPr>
          <w:sz w:val="24"/>
          <w:szCs w:val="24"/>
        </w:rPr>
        <w:t>Guy chuckled. “Sword fighting, huh? Sure, why not?”</w:t>
      </w:r>
    </w:p>
    <w:p w14:paraId="169ADFDD" w14:textId="0AF195F8" w:rsidR="00D51D98" w:rsidRPr="00C9454D" w:rsidRDefault="00D51D98" w:rsidP="00C9454D">
      <w:pPr>
        <w:rPr>
          <w:sz w:val="24"/>
          <w:szCs w:val="24"/>
        </w:rPr>
      </w:pPr>
      <w:r w:rsidRPr="00C9454D">
        <w:rPr>
          <w:sz w:val="24"/>
          <w:szCs w:val="24"/>
        </w:rPr>
        <w:t xml:space="preserve">What followed was a series of amusing but endearing attempts by </w:t>
      </w:r>
      <w:r w:rsidR="005156BF" w:rsidRPr="00C9454D">
        <w:rPr>
          <w:sz w:val="24"/>
          <w:szCs w:val="24"/>
        </w:rPr>
        <w:t>Edmond</w:t>
      </w:r>
      <w:r w:rsidRPr="00C9454D">
        <w:rPr>
          <w:sz w:val="24"/>
          <w:szCs w:val="24"/>
        </w:rPr>
        <w:t xml:space="preserve"> to emulate Guy. He followed him around the estate, asking questions about everything from woodworking to farming. Slowly, his respect for Guy grew into something closer to admiration.</w:t>
      </w:r>
    </w:p>
    <w:p w14:paraId="4D533DBC" w14:textId="77777777" w:rsidR="00213CDF" w:rsidRPr="00C9454D" w:rsidRDefault="00213CDF" w:rsidP="00C9454D">
      <w:pPr>
        <w:rPr>
          <w:b/>
          <w:bCs/>
          <w:sz w:val="24"/>
          <w:szCs w:val="24"/>
        </w:rPr>
      </w:pPr>
    </w:p>
    <w:p w14:paraId="2836F3C7" w14:textId="77777777" w:rsidR="00307822" w:rsidRPr="00C9454D" w:rsidRDefault="003109B3" w:rsidP="00C9454D">
      <w:pPr>
        <w:rPr>
          <w:rStyle w:val="Heading2Char"/>
          <w:sz w:val="24"/>
          <w:szCs w:val="24"/>
        </w:rPr>
      </w:pPr>
      <w:r w:rsidRPr="00C9454D">
        <w:rPr>
          <w:rStyle w:val="Heading2Char"/>
          <w:sz w:val="24"/>
          <w:szCs w:val="24"/>
        </w:rPr>
        <w:t>The Farewell</w:t>
      </w:r>
    </w:p>
    <w:p w14:paraId="081D9F80" w14:textId="01F64A9E" w:rsidR="003109B3" w:rsidRPr="00C9454D" w:rsidRDefault="003109B3" w:rsidP="00C9454D">
      <w:pPr>
        <w:rPr>
          <w:sz w:val="24"/>
          <w:szCs w:val="24"/>
        </w:rPr>
      </w:pPr>
      <w:r w:rsidRPr="00C9454D">
        <w:rPr>
          <w:sz w:val="24"/>
          <w:szCs w:val="24"/>
        </w:rPr>
        <w:br/>
        <w:t xml:space="preserve">When Lydia announced her decision to leave with </w:t>
      </w:r>
      <w:r w:rsidR="005156BF" w:rsidRPr="00C9454D">
        <w:rPr>
          <w:sz w:val="24"/>
          <w:szCs w:val="24"/>
        </w:rPr>
        <w:t>Edmond</w:t>
      </w:r>
      <w:r w:rsidRPr="00C9454D">
        <w:rPr>
          <w:sz w:val="24"/>
          <w:szCs w:val="24"/>
        </w:rPr>
        <w:t xml:space="preserve">, the household fell into an unusual quiet. Abilene hid her sadness well, throwing herself into preparations for Lydia’s departure, but her smiles didn’t reach her eyes. Guy, ever the quiet one, said little, though his movements around the </w:t>
      </w:r>
      <w:r w:rsidR="0066300A" w:rsidRPr="00C9454D">
        <w:rPr>
          <w:sz w:val="24"/>
          <w:szCs w:val="24"/>
        </w:rPr>
        <w:t>manor</w:t>
      </w:r>
      <w:r w:rsidRPr="00C9454D">
        <w:rPr>
          <w:sz w:val="24"/>
          <w:szCs w:val="24"/>
        </w:rPr>
        <w:t xml:space="preserve"> became sharper, more purposeful, as if trying to work away his emotions.</w:t>
      </w:r>
    </w:p>
    <w:p w14:paraId="737C959D" w14:textId="77777777" w:rsidR="003109B3" w:rsidRPr="00C9454D" w:rsidRDefault="003109B3" w:rsidP="00C9454D">
      <w:pPr>
        <w:rPr>
          <w:sz w:val="24"/>
          <w:szCs w:val="24"/>
        </w:rPr>
      </w:pPr>
      <w:r w:rsidRPr="00C9454D">
        <w:rPr>
          <w:sz w:val="24"/>
          <w:szCs w:val="24"/>
        </w:rPr>
        <w:t>The night before Lydia left, Abilene found her sitting in the garden, staring at the stars. “I don’t know how to say goodbye to you,” Lydia admitted, her voice barely above a whisper.</w:t>
      </w:r>
    </w:p>
    <w:p w14:paraId="0D849702" w14:textId="194C52E4" w:rsidR="003109B3" w:rsidRPr="00C9454D" w:rsidRDefault="003109B3" w:rsidP="00C9454D">
      <w:pPr>
        <w:rPr>
          <w:sz w:val="24"/>
          <w:szCs w:val="24"/>
        </w:rPr>
      </w:pPr>
      <w:r w:rsidRPr="00C9454D">
        <w:rPr>
          <w:sz w:val="24"/>
          <w:szCs w:val="24"/>
        </w:rPr>
        <w:t>Abilene sat besi</w:t>
      </w:r>
      <w:r w:rsidR="00DD1FF5" w:rsidRPr="00C9454D">
        <w:rPr>
          <w:sz w:val="24"/>
          <w:szCs w:val="24"/>
        </w:rPr>
        <w:t xml:space="preserve">de </w:t>
      </w:r>
      <w:r w:rsidRPr="00C9454D">
        <w:rPr>
          <w:sz w:val="24"/>
          <w:szCs w:val="24"/>
        </w:rPr>
        <w:t>her, pulling her into a tight embrace. “Then don’t. This isn’t goodbye. You’re family, Lydia. No matter where you go, that doesn’t change.”</w:t>
      </w:r>
    </w:p>
    <w:p w14:paraId="32A1DBA7" w14:textId="77777777" w:rsidR="003109B3" w:rsidRPr="00C9454D" w:rsidRDefault="003109B3" w:rsidP="00C9454D">
      <w:pPr>
        <w:rPr>
          <w:sz w:val="24"/>
          <w:szCs w:val="24"/>
        </w:rPr>
      </w:pPr>
      <w:r w:rsidRPr="00C9454D">
        <w:rPr>
          <w:sz w:val="24"/>
          <w:szCs w:val="24"/>
        </w:rPr>
        <w:t>When Lydia finally stood to go inside, Abilene lingered in the garden, letting the tears fall. She loved Lydia like a sister and knew her absence would leave a void, not just in their home but in her heart.</w:t>
      </w:r>
    </w:p>
    <w:p w14:paraId="56502358" w14:textId="77777777" w:rsidR="003109B3" w:rsidRPr="00C9454D" w:rsidRDefault="003109B3" w:rsidP="00C9454D">
      <w:pPr>
        <w:rPr>
          <w:sz w:val="24"/>
          <w:szCs w:val="24"/>
        </w:rPr>
      </w:pPr>
    </w:p>
    <w:p w14:paraId="5C9CD82A" w14:textId="77777777" w:rsidR="003109B3" w:rsidRPr="00C9454D" w:rsidRDefault="003109B3" w:rsidP="00C9454D">
      <w:pPr>
        <w:rPr>
          <w:sz w:val="24"/>
          <w:szCs w:val="24"/>
        </w:rPr>
      </w:pPr>
    </w:p>
    <w:p w14:paraId="076B3F3B" w14:textId="5B68C00F" w:rsidR="00826BF9" w:rsidRPr="00C9454D" w:rsidRDefault="00826BF9" w:rsidP="00C9454D">
      <w:pPr>
        <w:pStyle w:val="Heading2"/>
        <w:rPr>
          <w:sz w:val="24"/>
          <w:szCs w:val="24"/>
        </w:rPr>
      </w:pPr>
      <w:r w:rsidRPr="00C9454D">
        <w:rPr>
          <w:sz w:val="24"/>
          <w:szCs w:val="24"/>
        </w:rPr>
        <w:t>A Bittersweet Goodbye</w:t>
      </w:r>
    </w:p>
    <w:p w14:paraId="5738E036" w14:textId="77777777" w:rsidR="00307822" w:rsidRPr="00C9454D" w:rsidRDefault="00307822" w:rsidP="00C9454D">
      <w:pPr>
        <w:rPr>
          <w:sz w:val="24"/>
          <w:szCs w:val="24"/>
        </w:rPr>
      </w:pPr>
    </w:p>
    <w:p w14:paraId="38656598" w14:textId="726A1F78" w:rsidR="00826BF9" w:rsidRPr="00C9454D" w:rsidRDefault="00826BF9" w:rsidP="00C9454D">
      <w:pPr>
        <w:rPr>
          <w:sz w:val="24"/>
          <w:szCs w:val="24"/>
        </w:rPr>
      </w:pPr>
      <w:r w:rsidRPr="00C9454D">
        <w:rPr>
          <w:sz w:val="24"/>
          <w:szCs w:val="24"/>
        </w:rPr>
        <w:t xml:space="preserve">When </w:t>
      </w:r>
      <w:r w:rsidR="005156BF" w:rsidRPr="00C9454D">
        <w:rPr>
          <w:sz w:val="24"/>
          <w:szCs w:val="24"/>
        </w:rPr>
        <w:t>Edmond</w:t>
      </w:r>
      <w:r w:rsidRPr="00C9454D">
        <w:rPr>
          <w:sz w:val="24"/>
          <w:szCs w:val="24"/>
        </w:rPr>
        <w:t xml:space="preserve"> proposed to Lydia, it was a quiet and heartfelt moment. Though her feelings for Guy lingered, Lydia knew her place was with </w:t>
      </w:r>
      <w:r w:rsidR="005156BF" w:rsidRPr="00C9454D">
        <w:rPr>
          <w:sz w:val="24"/>
          <w:szCs w:val="24"/>
        </w:rPr>
        <w:t>Edmond</w:t>
      </w:r>
      <w:r w:rsidRPr="00C9454D">
        <w:rPr>
          <w:sz w:val="24"/>
          <w:szCs w:val="24"/>
        </w:rPr>
        <w:t xml:space="preserve">. The wedding was small and joyful, held in </w:t>
      </w:r>
      <w:r w:rsidR="00522C4D" w:rsidRPr="00C9454D">
        <w:rPr>
          <w:sz w:val="24"/>
          <w:szCs w:val="24"/>
        </w:rPr>
        <w:t>High Haven</w:t>
      </w:r>
      <w:r w:rsidRPr="00C9454D">
        <w:rPr>
          <w:sz w:val="24"/>
          <w:szCs w:val="24"/>
        </w:rPr>
        <w:t>’s gardens.</w:t>
      </w:r>
    </w:p>
    <w:p w14:paraId="24F743AC" w14:textId="5AA52F4E" w:rsidR="00826BF9" w:rsidRPr="00C9454D" w:rsidRDefault="00826BF9" w:rsidP="00C9454D">
      <w:pPr>
        <w:rPr>
          <w:sz w:val="24"/>
          <w:szCs w:val="24"/>
        </w:rPr>
      </w:pPr>
      <w:r w:rsidRPr="00C9454D">
        <w:rPr>
          <w:sz w:val="24"/>
          <w:szCs w:val="24"/>
        </w:rPr>
        <w:t xml:space="preserve">As the time came for Lydia and </w:t>
      </w:r>
      <w:r w:rsidR="005156BF" w:rsidRPr="00C9454D">
        <w:rPr>
          <w:sz w:val="24"/>
          <w:szCs w:val="24"/>
        </w:rPr>
        <w:t>Edmond</w:t>
      </w:r>
      <w:r w:rsidRPr="00C9454D">
        <w:rPr>
          <w:sz w:val="24"/>
          <w:szCs w:val="24"/>
        </w:rPr>
        <w:t xml:space="preserve"> to leave </w:t>
      </w:r>
      <w:r w:rsidR="00522C4D" w:rsidRPr="00C9454D">
        <w:rPr>
          <w:sz w:val="24"/>
          <w:szCs w:val="24"/>
        </w:rPr>
        <w:t>High Haven</w:t>
      </w:r>
      <w:r w:rsidRPr="00C9454D">
        <w:rPr>
          <w:sz w:val="24"/>
          <w:szCs w:val="24"/>
        </w:rPr>
        <w:t>, Abilene found herself overwhelmed by unexpected grief. She retreated to the library, where Guy found her sitting alone, her face buried in her hands.</w:t>
      </w:r>
    </w:p>
    <w:p w14:paraId="3CEBF3F4" w14:textId="77777777" w:rsidR="00826BF9" w:rsidRPr="00C9454D" w:rsidRDefault="00826BF9" w:rsidP="00C9454D">
      <w:pPr>
        <w:rPr>
          <w:sz w:val="24"/>
          <w:szCs w:val="24"/>
        </w:rPr>
      </w:pPr>
      <w:r w:rsidRPr="00C9454D">
        <w:rPr>
          <w:sz w:val="24"/>
          <w:szCs w:val="24"/>
        </w:rPr>
        <w:t>“I didn’t think she’d ever leave me,” Abilene said, her voice trembling. “She’s been with us for so long. She’s like a sister to me.”</w:t>
      </w:r>
    </w:p>
    <w:p w14:paraId="42FAA2A5" w14:textId="52A3945A" w:rsidR="00826BF9" w:rsidRPr="00C9454D" w:rsidRDefault="00826BF9" w:rsidP="00C9454D">
      <w:pPr>
        <w:rPr>
          <w:sz w:val="24"/>
          <w:szCs w:val="24"/>
        </w:rPr>
      </w:pPr>
      <w:r w:rsidRPr="00C9454D">
        <w:rPr>
          <w:sz w:val="24"/>
          <w:szCs w:val="24"/>
        </w:rPr>
        <w:t>Guy knelt besi</w:t>
      </w:r>
      <w:r w:rsidR="00DD1FF5" w:rsidRPr="00C9454D">
        <w:rPr>
          <w:sz w:val="24"/>
          <w:szCs w:val="24"/>
        </w:rPr>
        <w:t xml:space="preserve">de </w:t>
      </w:r>
      <w:r w:rsidRPr="00C9454D">
        <w:rPr>
          <w:sz w:val="24"/>
          <w:szCs w:val="24"/>
        </w:rPr>
        <w:t>her, placing a reassuring hand on her shoulder. “She’s happy, Abilene. And she’ll always be part of our lives.”</w:t>
      </w:r>
    </w:p>
    <w:p w14:paraId="243E66F7" w14:textId="77777777" w:rsidR="00826BF9" w:rsidRPr="00C9454D" w:rsidRDefault="00826BF9" w:rsidP="00C9454D">
      <w:pPr>
        <w:rPr>
          <w:sz w:val="24"/>
          <w:szCs w:val="24"/>
        </w:rPr>
      </w:pPr>
      <w:r w:rsidRPr="00C9454D">
        <w:rPr>
          <w:sz w:val="24"/>
          <w:szCs w:val="24"/>
        </w:rPr>
        <w:t>Abilene nodded, wiping her tears. “I’d never ask her to stay. She deserves this. But it still hurts.”</w:t>
      </w:r>
    </w:p>
    <w:p w14:paraId="0900CF1A" w14:textId="4F2424C6" w:rsidR="00826BF9" w:rsidRPr="00C9454D" w:rsidRDefault="00826BF9" w:rsidP="00C9454D">
      <w:pPr>
        <w:rPr>
          <w:sz w:val="24"/>
          <w:szCs w:val="24"/>
        </w:rPr>
      </w:pPr>
      <w:r w:rsidRPr="00C9454D">
        <w:rPr>
          <w:sz w:val="24"/>
          <w:szCs w:val="24"/>
        </w:rPr>
        <w:t>When the moment came for Lydia to say her goodbyes, she embraced Abilene tightly, whispering her gratitu</w:t>
      </w:r>
      <w:r w:rsidR="00DD1FF5" w:rsidRPr="00C9454D">
        <w:rPr>
          <w:sz w:val="24"/>
          <w:szCs w:val="24"/>
        </w:rPr>
        <w:t xml:space="preserve">de </w:t>
      </w:r>
      <w:r w:rsidRPr="00C9454D">
        <w:rPr>
          <w:sz w:val="24"/>
          <w:szCs w:val="24"/>
        </w:rPr>
        <w:t xml:space="preserve">for everything she had done. Then, as </w:t>
      </w:r>
      <w:r w:rsidR="005156BF" w:rsidRPr="00C9454D">
        <w:rPr>
          <w:sz w:val="24"/>
          <w:szCs w:val="24"/>
        </w:rPr>
        <w:t>Edmond</w:t>
      </w:r>
      <w:r w:rsidRPr="00C9454D">
        <w:rPr>
          <w:sz w:val="24"/>
          <w:szCs w:val="24"/>
        </w:rPr>
        <w:t xml:space="preserve"> stepped asi</w:t>
      </w:r>
      <w:r w:rsidR="00DD1FF5" w:rsidRPr="00C9454D">
        <w:rPr>
          <w:sz w:val="24"/>
          <w:szCs w:val="24"/>
        </w:rPr>
        <w:t xml:space="preserve">de </w:t>
      </w:r>
      <w:r w:rsidRPr="00C9454D">
        <w:rPr>
          <w:sz w:val="24"/>
          <w:szCs w:val="24"/>
        </w:rPr>
        <w:t>to load their belongings, Lydia turned to Guy.</w:t>
      </w:r>
    </w:p>
    <w:p w14:paraId="7F15C2DA" w14:textId="77777777" w:rsidR="00826BF9" w:rsidRPr="00C9454D" w:rsidRDefault="00826BF9" w:rsidP="00C9454D">
      <w:pPr>
        <w:rPr>
          <w:sz w:val="24"/>
          <w:szCs w:val="24"/>
        </w:rPr>
      </w:pPr>
      <w:r w:rsidRPr="00C9454D">
        <w:rPr>
          <w:sz w:val="24"/>
          <w:szCs w:val="24"/>
        </w:rPr>
        <w:t>For a brief moment, it was just the two of them. Without hesitation, Guy opened his arms, and Lydia stepped into them.</w:t>
      </w:r>
    </w:p>
    <w:p w14:paraId="00E11E0F" w14:textId="325C3136" w:rsidR="00826BF9" w:rsidRPr="00C9454D" w:rsidRDefault="00826BF9" w:rsidP="00C9454D">
      <w:pPr>
        <w:rPr>
          <w:sz w:val="24"/>
          <w:szCs w:val="24"/>
        </w:rPr>
      </w:pPr>
      <w:r w:rsidRPr="00C9454D">
        <w:rPr>
          <w:sz w:val="24"/>
          <w:szCs w:val="24"/>
        </w:rPr>
        <w:t xml:space="preserve">Their embrace was tender, a quiet acknowledgment of all the feelings they had never spoken. Then, as they pulled back, their faces lingered close, and for one fleeting moment, </w:t>
      </w:r>
      <w:r w:rsidR="004E23FD" w:rsidRPr="00C9454D">
        <w:rPr>
          <w:sz w:val="24"/>
          <w:szCs w:val="24"/>
        </w:rPr>
        <w:t xml:space="preserve">a </w:t>
      </w:r>
      <w:r w:rsidRPr="00C9454D">
        <w:rPr>
          <w:sz w:val="24"/>
          <w:szCs w:val="24"/>
        </w:rPr>
        <w:t>kiss.</w:t>
      </w:r>
    </w:p>
    <w:p w14:paraId="574AD879" w14:textId="77777777" w:rsidR="00826BF9" w:rsidRPr="00C9454D" w:rsidRDefault="00826BF9" w:rsidP="00C9454D">
      <w:pPr>
        <w:rPr>
          <w:sz w:val="24"/>
          <w:szCs w:val="24"/>
        </w:rPr>
      </w:pPr>
      <w:r w:rsidRPr="00C9454D">
        <w:rPr>
          <w:sz w:val="24"/>
          <w:szCs w:val="24"/>
        </w:rPr>
        <w:t>It wasn’t passionate or inappropriate—it was a gentle, innocent kiss, heavy with unspoken emotions. For Lydia, it was everything she had ever dreamed of, a moment she would carry with her forever. For Guy, it was like touching the past, as if, just for a heartbeat, he had his first wife back in his arms.</w:t>
      </w:r>
    </w:p>
    <w:p w14:paraId="6D5F8E8B" w14:textId="77777777" w:rsidR="00826BF9" w:rsidRPr="00C9454D" w:rsidRDefault="00826BF9" w:rsidP="00C9454D">
      <w:pPr>
        <w:rPr>
          <w:sz w:val="24"/>
          <w:szCs w:val="24"/>
        </w:rPr>
      </w:pPr>
      <w:r w:rsidRPr="00C9454D">
        <w:rPr>
          <w:sz w:val="24"/>
          <w:szCs w:val="24"/>
        </w:rPr>
        <w:t>Abilene watched from a few steps away, her heart aching with understanding. She could feel the love between them, a love that wasn’t hers to claim but wasn’t a threat to her own. It was simply there—pure and real, shared between three people who understood loss, hope, and forgiveness.</w:t>
      </w:r>
    </w:p>
    <w:p w14:paraId="05EC6814" w14:textId="77777777" w:rsidR="00826BF9" w:rsidRPr="00C9454D" w:rsidRDefault="00826BF9" w:rsidP="00C9454D">
      <w:pPr>
        <w:rPr>
          <w:sz w:val="24"/>
          <w:szCs w:val="24"/>
        </w:rPr>
      </w:pPr>
      <w:r w:rsidRPr="00C9454D">
        <w:rPr>
          <w:sz w:val="24"/>
          <w:szCs w:val="24"/>
        </w:rPr>
        <w:t>As Lydia stepped back, she smiled through her tears. “Take care of them,” she said softly.</w:t>
      </w:r>
    </w:p>
    <w:p w14:paraId="59618B39" w14:textId="77777777" w:rsidR="00826BF9" w:rsidRPr="00C9454D" w:rsidRDefault="00826BF9" w:rsidP="00C9454D">
      <w:pPr>
        <w:rPr>
          <w:sz w:val="24"/>
          <w:szCs w:val="24"/>
        </w:rPr>
      </w:pPr>
      <w:r w:rsidRPr="00C9454D">
        <w:rPr>
          <w:sz w:val="24"/>
          <w:szCs w:val="24"/>
        </w:rPr>
        <w:t>“Always,” Guy replied.</w:t>
      </w:r>
    </w:p>
    <w:p w14:paraId="0E27003F" w14:textId="79F26DD8" w:rsidR="00826BF9" w:rsidRPr="00C9454D" w:rsidRDefault="00826BF9" w:rsidP="00C9454D">
      <w:pPr>
        <w:rPr>
          <w:sz w:val="24"/>
          <w:szCs w:val="24"/>
        </w:rPr>
      </w:pPr>
      <w:r w:rsidRPr="00C9454D">
        <w:rPr>
          <w:sz w:val="24"/>
          <w:szCs w:val="24"/>
        </w:rPr>
        <w:t>Abilene moved to stand besi</w:t>
      </w:r>
      <w:r w:rsidR="00DD1FF5" w:rsidRPr="00C9454D">
        <w:rPr>
          <w:sz w:val="24"/>
          <w:szCs w:val="24"/>
        </w:rPr>
        <w:t xml:space="preserve">de </w:t>
      </w:r>
      <w:r w:rsidRPr="00C9454D">
        <w:rPr>
          <w:sz w:val="24"/>
          <w:szCs w:val="24"/>
        </w:rPr>
        <w:t xml:space="preserve">Guy, taking his hand as Lydia and </w:t>
      </w:r>
      <w:r w:rsidR="005156BF" w:rsidRPr="00C9454D">
        <w:rPr>
          <w:sz w:val="24"/>
          <w:szCs w:val="24"/>
        </w:rPr>
        <w:t>Edmond</w:t>
      </w:r>
      <w:r w:rsidRPr="00C9454D">
        <w:rPr>
          <w:sz w:val="24"/>
          <w:szCs w:val="24"/>
        </w:rPr>
        <w:t xml:space="preserve"> departed. The three of them stood in quiet solidarity, the moment a testament to the love they had shared and the new beginnings that awaited.</w:t>
      </w:r>
    </w:p>
    <w:p w14:paraId="7861E330" w14:textId="7B2C13B0" w:rsidR="00EF54D9" w:rsidRPr="00C9454D" w:rsidRDefault="00826BF9" w:rsidP="00C9454D">
      <w:pPr>
        <w:rPr>
          <w:sz w:val="24"/>
          <w:szCs w:val="24"/>
        </w:rPr>
      </w:pPr>
      <w:r w:rsidRPr="00C9454D">
        <w:rPr>
          <w:sz w:val="24"/>
          <w:szCs w:val="24"/>
        </w:rPr>
        <w:br w:type="page"/>
      </w:r>
    </w:p>
    <w:p w14:paraId="5E55A62A" w14:textId="77777777" w:rsidR="00EF54D9" w:rsidRPr="00C9454D" w:rsidRDefault="00FE197F" w:rsidP="00C9454D">
      <w:pPr>
        <w:rPr>
          <w:sz w:val="24"/>
          <w:szCs w:val="24"/>
        </w:rPr>
      </w:pPr>
      <w:r>
        <w:rPr>
          <w:noProof/>
          <w:sz w:val="24"/>
          <w:szCs w:val="24"/>
        </w:rPr>
      </w:r>
      <w:r w:rsidR="00FE197F">
        <w:rPr>
          <w:noProof/>
          <w:sz w:val="24"/>
          <w:szCs w:val="24"/>
        </w:rPr>
        <w:pict w14:anchorId="4E5C4638">
          <v:rect id="_x0000_i1109" style="width:0;height:1.5pt" o:hralign="center" o:hrstd="t" o:hr="t" fillcolor="#a0a0a0" stroked="f"/>
        </w:pict>
      </w:r>
    </w:p>
    <w:p w14:paraId="04963585" w14:textId="77777777" w:rsidR="00307822" w:rsidRPr="00C9454D" w:rsidRDefault="00EF54D9" w:rsidP="00C9454D">
      <w:pPr>
        <w:rPr>
          <w:rStyle w:val="Heading2Char"/>
          <w:sz w:val="24"/>
          <w:szCs w:val="24"/>
        </w:rPr>
      </w:pPr>
      <w:r w:rsidRPr="00C9454D">
        <w:rPr>
          <w:rStyle w:val="Heading2Char"/>
          <w:sz w:val="24"/>
          <w:szCs w:val="24"/>
        </w:rPr>
        <w:t>Guy’s Confusion</w:t>
      </w:r>
    </w:p>
    <w:p w14:paraId="16D491AC" w14:textId="7CF1D494" w:rsidR="00EF54D9" w:rsidRPr="00C9454D" w:rsidRDefault="00EF54D9" w:rsidP="00C9454D">
      <w:pPr>
        <w:rPr>
          <w:sz w:val="24"/>
          <w:szCs w:val="24"/>
        </w:rPr>
      </w:pPr>
      <w:r w:rsidRPr="00C9454D">
        <w:rPr>
          <w:sz w:val="24"/>
          <w:szCs w:val="24"/>
        </w:rPr>
        <w:br/>
        <w:t xml:space="preserve">The morning of Lydia’s departure, Guy stood by the barn, watching </w:t>
      </w:r>
      <w:r w:rsidR="005156BF" w:rsidRPr="00C9454D">
        <w:rPr>
          <w:sz w:val="24"/>
          <w:szCs w:val="24"/>
        </w:rPr>
        <w:t>Edmond</w:t>
      </w:r>
      <w:r w:rsidRPr="00C9454D">
        <w:rPr>
          <w:sz w:val="24"/>
          <w:szCs w:val="24"/>
        </w:rPr>
        <w:t xml:space="preserve"> load a cart with her belongings. He felt an ache he couldn’t name, a heaviness in his chest that he didn’t fully understand. He had loved </w:t>
      </w:r>
      <w:r w:rsidR="00885F16" w:rsidRPr="00C9454D">
        <w:rPr>
          <w:sz w:val="24"/>
          <w:szCs w:val="24"/>
        </w:rPr>
        <w:t>Isabelle</w:t>
      </w:r>
      <w:r w:rsidRPr="00C9454D">
        <w:rPr>
          <w:sz w:val="24"/>
          <w:szCs w:val="24"/>
        </w:rPr>
        <w:t>, deeply and completely, but this wasn’t the same. And yet, watching Lydia prepare to leave felt like losing something important, something he wasn’t ready to let go of.</w:t>
      </w:r>
    </w:p>
    <w:p w14:paraId="73E522FC" w14:textId="77777777" w:rsidR="00EF54D9" w:rsidRPr="00C9454D" w:rsidRDefault="00EF54D9" w:rsidP="00C9454D">
      <w:pPr>
        <w:rPr>
          <w:sz w:val="24"/>
          <w:szCs w:val="24"/>
        </w:rPr>
      </w:pPr>
      <w:r w:rsidRPr="00C9454D">
        <w:rPr>
          <w:sz w:val="24"/>
          <w:szCs w:val="24"/>
        </w:rPr>
        <w:t>As the cart began to roll away, Lydia turned back, her eyes meeting his for a fleeting moment. She smiled—a soft, grateful smile that held no trace of the longing he had seen before. It was a smile of peace, of someone who had found her place.</w:t>
      </w:r>
    </w:p>
    <w:p w14:paraId="387C23E5" w14:textId="41EDC419" w:rsidR="00EF54D9" w:rsidRPr="00C9454D" w:rsidRDefault="00EF54D9" w:rsidP="00C9454D">
      <w:pPr>
        <w:rPr>
          <w:sz w:val="24"/>
          <w:szCs w:val="24"/>
        </w:rPr>
      </w:pPr>
      <w:r w:rsidRPr="00C9454D">
        <w:rPr>
          <w:sz w:val="24"/>
          <w:szCs w:val="24"/>
        </w:rPr>
        <w:t>That night, as Abilene sat besi</w:t>
      </w:r>
      <w:r w:rsidR="00DD1FF5" w:rsidRPr="00C9454D">
        <w:rPr>
          <w:sz w:val="24"/>
          <w:szCs w:val="24"/>
        </w:rPr>
        <w:t xml:space="preserve">de </w:t>
      </w:r>
      <w:r w:rsidRPr="00C9454D">
        <w:rPr>
          <w:sz w:val="24"/>
          <w:szCs w:val="24"/>
        </w:rPr>
        <w:t xml:space="preserve">him in their quiet home, Guy finally spoke. “I don’t know why I feel this way,” he admitted, his voice low. “She wasn’t </w:t>
      </w:r>
      <w:r w:rsidR="00D43B3A" w:rsidRPr="00C9454D">
        <w:rPr>
          <w:sz w:val="24"/>
          <w:szCs w:val="24"/>
        </w:rPr>
        <w:t>Isabelle</w:t>
      </w:r>
      <w:r w:rsidRPr="00C9454D">
        <w:rPr>
          <w:sz w:val="24"/>
          <w:szCs w:val="24"/>
        </w:rPr>
        <w:t>, but… I feel like I’ve lost her all over again.”</w:t>
      </w:r>
    </w:p>
    <w:p w14:paraId="0D79D5E5" w14:textId="14466487" w:rsidR="00EF54D9" w:rsidRPr="00C9454D" w:rsidRDefault="00EF54D9" w:rsidP="00C9454D">
      <w:pPr>
        <w:rPr>
          <w:sz w:val="24"/>
          <w:szCs w:val="24"/>
        </w:rPr>
      </w:pPr>
      <w:r w:rsidRPr="00C9454D">
        <w:rPr>
          <w:sz w:val="24"/>
          <w:szCs w:val="24"/>
        </w:rPr>
        <w:t xml:space="preserve">Abilene rested her hand on his. “You loved her, Guy,” she said gently. “Not the way you loved </w:t>
      </w:r>
      <w:r w:rsidR="00D43B3A" w:rsidRPr="00C9454D">
        <w:rPr>
          <w:sz w:val="24"/>
          <w:szCs w:val="24"/>
        </w:rPr>
        <w:t>Isabelle</w:t>
      </w:r>
      <w:r w:rsidRPr="00C9454D">
        <w:rPr>
          <w:sz w:val="24"/>
          <w:szCs w:val="24"/>
        </w:rPr>
        <w:t>, and not the way you love me. But you loved her as part of us, as part of our family. It’s all right to grieve that.”</w:t>
      </w:r>
    </w:p>
    <w:p w14:paraId="429EC541" w14:textId="77777777" w:rsidR="006E03AF" w:rsidRPr="00C9454D" w:rsidRDefault="00EF54D9" w:rsidP="00C9454D">
      <w:pPr>
        <w:rPr>
          <w:sz w:val="24"/>
          <w:szCs w:val="24"/>
        </w:rPr>
      </w:pPr>
      <w:r w:rsidRPr="00C9454D">
        <w:rPr>
          <w:sz w:val="24"/>
          <w:szCs w:val="24"/>
        </w:rPr>
        <w:t xml:space="preserve">Her words brought him some measure of comfort, though the ache remained. As the days passed, both he and Abilene adjusted to the quiet, each finding ways to fill the empty spaces Lydia had left behind. Abilene tended the garden with renewed focus, planting wildflowers in Lydia’s honor, while Guy poured himself into training John, teaching him the skills he’d need to care for </w:t>
      </w:r>
      <w:r w:rsidR="00522C4D" w:rsidRPr="00C9454D">
        <w:rPr>
          <w:sz w:val="24"/>
          <w:szCs w:val="24"/>
        </w:rPr>
        <w:t>High Haven</w:t>
      </w:r>
      <w:r w:rsidRPr="00C9454D">
        <w:rPr>
          <w:sz w:val="24"/>
          <w:szCs w:val="24"/>
        </w:rPr>
        <w:t xml:space="preserve"> one day.</w:t>
      </w:r>
    </w:p>
    <w:p w14:paraId="222FD086" w14:textId="2374D24F" w:rsidR="00A06E85" w:rsidRPr="00C9454D" w:rsidRDefault="00A06E85" w:rsidP="00C9454D">
      <w:pPr>
        <w:rPr>
          <w:sz w:val="24"/>
          <w:szCs w:val="24"/>
        </w:rPr>
      </w:pPr>
      <w:r w:rsidRPr="00C9454D">
        <w:rPr>
          <w:sz w:val="24"/>
          <w:szCs w:val="24"/>
        </w:rPr>
        <w:t xml:space="preserve">The kiss lingered in Guy’s mind, not as a betrayal of the present but as a fleeting bridge to his past. In that brief, stolen moment, he had held </w:t>
      </w:r>
      <w:r w:rsidR="00917573" w:rsidRPr="00C9454D">
        <w:rPr>
          <w:sz w:val="24"/>
          <w:szCs w:val="24"/>
        </w:rPr>
        <w:t>Isabelle</w:t>
      </w:r>
      <w:r w:rsidRPr="00C9454D">
        <w:rPr>
          <w:sz w:val="24"/>
          <w:szCs w:val="24"/>
        </w:rPr>
        <w:t xml:space="preserve"> close, as if the years of loss and longing melted away. Their embrace was not one of regret but of recognition—of lives forever intertwined, even across time. It awakened a part of him long dormant, the man </w:t>
      </w:r>
      <w:r w:rsidR="0092139F" w:rsidRPr="00C9454D">
        <w:rPr>
          <w:sz w:val="24"/>
          <w:szCs w:val="24"/>
        </w:rPr>
        <w:t>Isabel</w:t>
      </w:r>
      <w:r w:rsidR="003F1BD0" w:rsidRPr="00C9454D">
        <w:rPr>
          <w:sz w:val="24"/>
          <w:szCs w:val="24"/>
        </w:rPr>
        <w:t>le</w:t>
      </w:r>
      <w:r w:rsidRPr="00C9454D">
        <w:rPr>
          <w:sz w:val="24"/>
          <w:szCs w:val="24"/>
        </w:rPr>
        <w:t xml:space="preserve"> had once known: tender, optimistic, and unburdened. For a fleeting second, Guy glimpsed a tangible hope—the resurrection he had prayed for—and it left him changed.</w:t>
      </w:r>
    </w:p>
    <w:p w14:paraId="1F5F5709" w14:textId="70836765" w:rsidR="00A06E85" w:rsidRPr="00C9454D" w:rsidRDefault="00A06E85" w:rsidP="00C9454D">
      <w:pPr>
        <w:rPr>
          <w:sz w:val="24"/>
          <w:szCs w:val="24"/>
        </w:rPr>
      </w:pPr>
      <w:r w:rsidRPr="00C9454D">
        <w:rPr>
          <w:sz w:val="24"/>
          <w:szCs w:val="24"/>
        </w:rPr>
        <w:t xml:space="preserve">Abilene had seen the moment, had felt its weight. Yet she harbored no jealousy. She knew what </w:t>
      </w:r>
      <w:r w:rsidR="003F1BD0" w:rsidRPr="00C9454D">
        <w:rPr>
          <w:sz w:val="24"/>
          <w:szCs w:val="24"/>
        </w:rPr>
        <w:t>Isabelle</w:t>
      </w:r>
      <w:r w:rsidRPr="00C9454D">
        <w:rPr>
          <w:sz w:val="24"/>
          <w:szCs w:val="24"/>
        </w:rPr>
        <w:t xml:space="preserve"> meant to Guy, what that kiss symbolized. It was a moment outsi</w:t>
      </w:r>
      <w:r w:rsidR="00DD1FF5" w:rsidRPr="00C9454D">
        <w:rPr>
          <w:sz w:val="24"/>
          <w:szCs w:val="24"/>
        </w:rPr>
        <w:t xml:space="preserve">de </w:t>
      </w:r>
      <w:r w:rsidRPr="00C9454D">
        <w:rPr>
          <w:sz w:val="24"/>
          <w:szCs w:val="24"/>
        </w:rPr>
        <w:t>of time, one she could never compete with, nor needed to. It did not threaten her but rather strengthened the bond she and Guy shared. That kiss had been a gift—not just to Lydia, but to Guy as well.</w:t>
      </w:r>
    </w:p>
    <w:p w14:paraId="279AAA25" w14:textId="77777777" w:rsidR="00A06E85" w:rsidRPr="00C9454D" w:rsidRDefault="00A06E85" w:rsidP="00C9454D">
      <w:pPr>
        <w:rPr>
          <w:sz w:val="24"/>
          <w:szCs w:val="24"/>
        </w:rPr>
      </w:pPr>
      <w:r w:rsidRPr="00C9454D">
        <w:rPr>
          <w:sz w:val="24"/>
          <w:szCs w:val="24"/>
        </w:rPr>
        <w:t>And the man it awakened was a revelation. Abilene noticed it immediately: the light in his eyes, the gentleness in his touch, the way his voice softened when he spoke to her. Even their nights together changed; there was an intensity, a reverence in how he loved her now. For Guy, the kiss had closed one chapter and opened another, freeing him to fully embrace the life they were building together.</w:t>
      </w:r>
    </w:p>
    <w:p w14:paraId="737E17EB" w14:textId="52B3527F" w:rsidR="00A06E85" w:rsidRPr="00C9454D" w:rsidRDefault="00A06E85" w:rsidP="00C9454D">
      <w:pPr>
        <w:rPr>
          <w:sz w:val="24"/>
          <w:szCs w:val="24"/>
        </w:rPr>
      </w:pPr>
      <w:r w:rsidRPr="00C9454D">
        <w:rPr>
          <w:sz w:val="24"/>
          <w:szCs w:val="24"/>
        </w:rPr>
        <w:t xml:space="preserve">The changes rippled outward. </w:t>
      </w:r>
      <w:r w:rsidR="00522C4D" w:rsidRPr="00C9454D">
        <w:rPr>
          <w:sz w:val="24"/>
          <w:szCs w:val="24"/>
        </w:rPr>
        <w:t>High Haven</w:t>
      </w:r>
      <w:r w:rsidRPr="00C9454D">
        <w:rPr>
          <w:sz w:val="24"/>
          <w:szCs w:val="24"/>
        </w:rPr>
        <w:t xml:space="preserve">, once a humble sanctuary, transformed into a </w:t>
      </w:r>
      <w:r w:rsidR="005D15C5" w:rsidRPr="00C9454D">
        <w:rPr>
          <w:sz w:val="24"/>
          <w:szCs w:val="24"/>
        </w:rPr>
        <w:t>watchtower</w:t>
      </w:r>
      <w:r w:rsidRPr="00C9454D">
        <w:rPr>
          <w:sz w:val="24"/>
          <w:szCs w:val="24"/>
        </w:rPr>
        <w:t xml:space="preserve"> of hope and renewal. The yearly river festival, once a modest gathering, grew into a grand, two-week event that drew pilgrims and travelers from far and wide. They came not only to tra</w:t>
      </w:r>
      <w:r w:rsidR="00DD1FF5" w:rsidRPr="00C9454D">
        <w:rPr>
          <w:sz w:val="24"/>
          <w:szCs w:val="24"/>
        </w:rPr>
        <w:t xml:space="preserve">de </w:t>
      </w:r>
      <w:r w:rsidRPr="00C9454D">
        <w:rPr>
          <w:sz w:val="24"/>
          <w:szCs w:val="24"/>
        </w:rPr>
        <w:t>goods but to learn—practical lessons on stewardship, spiritual teachings, and the values that underpinned a thriving community.</w:t>
      </w:r>
    </w:p>
    <w:p w14:paraId="47688157" w14:textId="2F99CFA1" w:rsidR="00A06E85" w:rsidRPr="00C9454D" w:rsidRDefault="00A06E85" w:rsidP="00C9454D">
      <w:pPr>
        <w:rPr>
          <w:sz w:val="24"/>
          <w:szCs w:val="24"/>
        </w:rPr>
      </w:pPr>
      <w:r w:rsidRPr="00C9454D">
        <w:rPr>
          <w:sz w:val="24"/>
          <w:szCs w:val="24"/>
        </w:rPr>
        <w:t xml:space="preserve">It was during one such festival that a healer arrived, her reputation preceding her. </w:t>
      </w:r>
      <w:proofErr w:type="spellStart"/>
      <w:r w:rsidR="00C735E2" w:rsidRPr="00C9454D">
        <w:rPr>
          <w:sz w:val="24"/>
          <w:szCs w:val="24"/>
        </w:rPr>
        <w:t>Amabel</w:t>
      </w:r>
      <w:proofErr w:type="spellEnd"/>
      <w:r w:rsidR="00C735E2" w:rsidRPr="00C9454D">
        <w:rPr>
          <w:sz w:val="24"/>
          <w:szCs w:val="24"/>
        </w:rPr>
        <w:t xml:space="preserve"> </w:t>
      </w:r>
      <w:r w:rsidRPr="00C9454D">
        <w:rPr>
          <w:sz w:val="24"/>
          <w:szCs w:val="24"/>
        </w:rPr>
        <w:t xml:space="preserve">was a woman of remarkable presence, her knowledge of herbs and remedies unparalleled. She had a gift for mending both the body and the spirit, and she quickly found her place at </w:t>
      </w:r>
      <w:r w:rsidR="00522C4D" w:rsidRPr="00C9454D">
        <w:rPr>
          <w:sz w:val="24"/>
          <w:szCs w:val="24"/>
        </w:rPr>
        <w:t>High Haven</w:t>
      </w:r>
      <w:r w:rsidRPr="00C9454D">
        <w:rPr>
          <w:sz w:val="24"/>
          <w:szCs w:val="24"/>
        </w:rPr>
        <w:t xml:space="preserve">. Abilene welcomed her with open arms, recognizing how </w:t>
      </w:r>
      <w:proofErr w:type="spellStart"/>
      <w:r w:rsidR="00C735E2" w:rsidRPr="00C9454D">
        <w:rPr>
          <w:sz w:val="24"/>
          <w:szCs w:val="24"/>
        </w:rPr>
        <w:t>Amabel’s</w:t>
      </w:r>
      <w:proofErr w:type="spellEnd"/>
      <w:r w:rsidRPr="00C9454D">
        <w:rPr>
          <w:sz w:val="24"/>
          <w:szCs w:val="24"/>
        </w:rPr>
        <w:t xml:space="preserve"> skills complemented her own work. Together, they created a balance of practical and spiritual healing that drew even more seekers to their doors.</w:t>
      </w:r>
    </w:p>
    <w:p w14:paraId="0F36C0E6" w14:textId="11B7F617" w:rsidR="00A06E85" w:rsidRPr="00C9454D" w:rsidRDefault="00A06E85" w:rsidP="00C9454D">
      <w:pPr>
        <w:rPr>
          <w:sz w:val="24"/>
          <w:szCs w:val="24"/>
        </w:rPr>
      </w:pPr>
      <w:r w:rsidRPr="00C9454D">
        <w:rPr>
          <w:sz w:val="24"/>
          <w:szCs w:val="24"/>
        </w:rPr>
        <w:t xml:space="preserve">The demand for </w:t>
      </w:r>
      <w:r w:rsidR="00522C4D" w:rsidRPr="00C9454D">
        <w:rPr>
          <w:sz w:val="24"/>
          <w:szCs w:val="24"/>
        </w:rPr>
        <w:t>High Haven</w:t>
      </w:r>
      <w:r w:rsidRPr="00C9454D">
        <w:rPr>
          <w:sz w:val="24"/>
          <w:szCs w:val="24"/>
        </w:rPr>
        <w:t xml:space="preserve">’s guidance soon outgrew the Great Hall. Guy, ever the builder, began work on a grand learning center. It would be a place of teaching, of gathering, a testament to the mission they had embraced. And as Abilene always did, the wealth they gained was not hoarded but shared. Profits were funneled back into the surrounding villages, first to </w:t>
      </w:r>
      <w:proofErr w:type="spellStart"/>
      <w:r w:rsidR="00225D06" w:rsidRPr="00C9454D">
        <w:rPr>
          <w:sz w:val="24"/>
          <w:szCs w:val="24"/>
        </w:rPr>
        <w:t>Teston</w:t>
      </w:r>
      <w:proofErr w:type="spellEnd"/>
      <w:r w:rsidRPr="00C9454D">
        <w:rPr>
          <w:sz w:val="24"/>
          <w:szCs w:val="24"/>
        </w:rPr>
        <w:t xml:space="preserve"> and then beyond.</w:t>
      </w:r>
    </w:p>
    <w:p w14:paraId="4292E64F" w14:textId="18F81791" w:rsidR="00A06E85" w:rsidRPr="00C9454D" w:rsidRDefault="00225D06" w:rsidP="00C9454D">
      <w:pPr>
        <w:rPr>
          <w:sz w:val="24"/>
          <w:szCs w:val="24"/>
        </w:rPr>
      </w:pPr>
      <w:proofErr w:type="spellStart"/>
      <w:r w:rsidRPr="00C9454D">
        <w:rPr>
          <w:sz w:val="24"/>
          <w:szCs w:val="24"/>
        </w:rPr>
        <w:t>Teston</w:t>
      </w:r>
      <w:proofErr w:type="spellEnd"/>
      <w:r w:rsidR="00A06E85" w:rsidRPr="00C9454D">
        <w:rPr>
          <w:sz w:val="24"/>
          <w:szCs w:val="24"/>
        </w:rPr>
        <w:t xml:space="preserve">, once a struggling village, had become a thriving town. One crisp morning, Abilene walked its bustling streets, marveling at the transformation. The rhythmic clang of </w:t>
      </w:r>
      <w:proofErr w:type="spellStart"/>
      <w:r w:rsidR="00A06E85" w:rsidRPr="00C9454D">
        <w:rPr>
          <w:sz w:val="24"/>
          <w:szCs w:val="24"/>
        </w:rPr>
        <w:t>Aldric’s</w:t>
      </w:r>
      <w:proofErr w:type="spellEnd"/>
      <w:r w:rsidR="00A06E85" w:rsidRPr="00C9454D">
        <w:rPr>
          <w:sz w:val="24"/>
          <w:szCs w:val="24"/>
        </w:rPr>
        <w:t xml:space="preserve"> hammer echoed from the blacksmith’s forge, sparks flying as he shaped iron into tools and horseshoes. Next door, the weaver worked her loom, the creak of wood and the hum of her song blending with the chatter of the market square. Swaths of vibrant fabric—crimson, indigo, and gold—fluttered on drying racks in the sun, evidence of the dyer’s craft.</w:t>
      </w:r>
    </w:p>
    <w:p w14:paraId="189A4BBA" w14:textId="77777777" w:rsidR="00A06E85" w:rsidRPr="00C9454D" w:rsidRDefault="00A06E85" w:rsidP="00C9454D">
      <w:pPr>
        <w:rPr>
          <w:sz w:val="24"/>
          <w:szCs w:val="24"/>
        </w:rPr>
      </w:pPr>
      <w:r w:rsidRPr="00C9454D">
        <w:rPr>
          <w:sz w:val="24"/>
          <w:szCs w:val="24"/>
        </w:rPr>
        <w:t>The air was alive with the scent of fresh bread from the bakery, mingling with the sharp tang of dye vats and the sweetness of candied nuts from a nearby stall. Children chased one another through the square, their laughter weaving through the calls of merchants hawking salted fish, earthenware jugs, and bushels of apples. Even the animals seemed content, cows lowing lazily in their pens and chickens scratching at the dirt.</w:t>
      </w:r>
    </w:p>
    <w:p w14:paraId="7257EF0A" w14:textId="77777777" w:rsidR="00A06E85" w:rsidRPr="00C9454D" w:rsidRDefault="00A06E85" w:rsidP="00C9454D">
      <w:pPr>
        <w:rPr>
          <w:sz w:val="24"/>
          <w:szCs w:val="24"/>
        </w:rPr>
      </w:pPr>
      <w:r w:rsidRPr="00C9454D">
        <w:rPr>
          <w:sz w:val="24"/>
          <w:szCs w:val="24"/>
        </w:rPr>
        <w:t>At the heart of the village, a fountain bubbled serenely, its water sparkling in the sunlight. It was simple but elegant, a gift from Guy, and a symbol of the village’s renewal. Abilene paused there, watching as a street performer juggled wooden pins to the delight of a small crowd. She smiled, knowing this was the dream she and Guy had worked so hard to realize.</w:t>
      </w:r>
    </w:p>
    <w:p w14:paraId="327A55FC" w14:textId="77777777" w:rsidR="00A06E85" w:rsidRPr="00C9454D" w:rsidRDefault="00A06E85" w:rsidP="00C9454D">
      <w:pPr>
        <w:rPr>
          <w:sz w:val="24"/>
          <w:szCs w:val="24"/>
        </w:rPr>
      </w:pPr>
      <w:r w:rsidRPr="00C9454D">
        <w:rPr>
          <w:sz w:val="24"/>
          <w:szCs w:val="24"/>
        </w:rPr>
        <w:t>The king’s decree had been pivotal. He had granted them the rare right to pardon outlaws, entrusting them with the discretion to redeem those who proved worthy. It was a heavy responsibility, but one they carried with grace. Many outlaws who once roamed the forests now found a home in the villages, their redemption marked by service and loyalty.</w:t>
      </w:r>
    </w:p>
    <w:p w14:paraId="1A41680F" w14:textId="77777777" w:rsidR="00A06E85" w:rsidRPr="00C9454D" w:rsidRDefault="00A06E85" w:rsidP="00C9454D">
      <w:pPr>
        <w:rPr>
          <w:sz w:val="24"/>
          <w:szCs w:val="24"/>
        </w:rPr>
      </w:pPr>
      <w:r w:rsidRPr="00C9454D">
        <w:rPr>
          <w:sz w:val="24"/>
          <w:szCs w:val="24"/>
        </w:rPr>
        <w:t>Rowan and his family were among those given a second chance. Through acts of labor and faith, they earned their place as citizens, transforming their lives. Rowan worked the land tirelessly, his children attended lessons at the new learning center, and his family became integral to the community.</w:t>
      </w:r>
    </w:p>
    <w:p w14:paraId="5A41D42D" w14:textId="304BF576" w:rsidR="00A06E85" w:rsidRPr="00C9454D" w:rsidRDefault="00A06E85" w:rsidP="00C9454D">
      <w:pPr>
        <w:rPr>
          <w:sz w:val="24"/>
          <w:szCs w:val="24"/>
        </w:rPr>
      </w:pPr>
      <w:r w:rsidRPr="00C9454D">
        <w:rPr>
          <w:sz w:val="24"/>
          <w:szCs w:val="24"/>
        </w:rPr>
        <w:t>Not all outlaws could be saved, but many embraced the opportunity. With their help, the villages flourished, roads repaired, tra</w:t>
      </w:r>
      <w:r w:rsidR="00DD1FF5" w:rsidRPr="00C9454D">
        <w:rPr>
          <w:sz w:val="24"/>
          <w:szCs w:val="24"/>
        </w:rPr>
        <w:t xml:space="preserve">de </w:t>
      </w:r>
      <w:r w:rsidRPr="00C9454D">
        <w:rPr>
          <w:sz w:val="24"/>
          <w:szCs w:val="24"/>
        </w:rPr>
        <w:t>booming, and a sense of unity spreading like the river’s current.</w:t>
      </w:r>
    </w:p>
    <w:p w14:paraId="2A759C30" w14:textId="04341ABA" w:rsidR="00A06E85" w:rsidRPr="00C9454D" w:rsidRDefault="00A06E85" w:rsidP="00C9454D">
      <w:pPr>
        <w:rPr>
          <w:sz w:val="24"/>
          <w:szCs w:val="24"/>
        </w:rPr>
      </w:pPr>
      <w:r w:rsidRPr="00C9454D">
        <w:rPr>
          <w:sz w:val="24"/>
          <w:szCs w:val="24"/>
        </w:rPr>
        <w:t xml:space="preserve">Abilene stood by the fountain, letting the sights, sounds, and scents of </w:t>
      </w:r>
      <w:proofErr w:type="spellStart"/>
      <w:r w:rsidR="00225D06" w:rsidRPr="00C9454D">
        <w:rPr>
          <w:sz w:val="24"/>
          <w:szCs w:val="24"/>
        </w:rPr>
        <w:t>Teston</w:t>
      </w:r>
      <w:proofErr w:type="spellEnd"/>
      <w:r w:rsidRPr="00C9454D">
        <w:rPr>
          <w:sz w:val="24"/>
          <w:szCs w:val="24"/>
        </w:rPr>
        <w:t xml:space="preserve"> wash over her. This was what they had dreamed of: a land where faith and action intertwined, where no one was left behind. And though their work was far from done, she allowed herself a moment of quiet gratitude.</w:t>
      </w:r>
    </w:p>
    <w:p w14:paraId="7CF5AF1B" w14:textId="19DB50F3" w:rsidR="00A06E85" w:rsidRPr="00C9454D" w:rsidRDefault="00522C4D" w:rsidP="00C9454D">
      <w:pPr>
        <w:rPr>
          <w:sz w:val="24"/>
          <w:szCs w:val="24"/>
        </w:rPr>
      </w:pPr>
      <w:r w:rsidRPr="00C9454D">
        <w:rPr>
          <w:sz w:val="24"/>
          <w:szCs w:val="24"/>
        </w:rPr>
        <w:t>High Haven</w:t>
      </w:r>
      <w:r w:rsidR="00A06E85" w:rsidRPr="00C9454D">
        <w:rPr>
          <w:sz w:val="24"/>
          <w:szCs w:val="24"/>
        </w:rPr>
        <w:t xml:space="preserve">, </w:t>
      </w:r>
      <w:proofErr w:type="spellStart"/>
      <w:r w:rsidR="00225D06" w:rsidRPr="00C9454D">
        <w:rPr>
          <w:sz w:val="24"/>
          <w:szCs w:val="24"/>
        </w:rPr>
        <w:t>Teston</w:t>
      </w:r>
      <w:proofErr w:type="spellEnd"/>
      <w:r w:rsidR="00A06E85" w:rsidRPr="00C9454D">
        <w:rPr>
          <w:sz w:val="24"/>
          <w:szCs w:val="24"/>
        </w:rPr>
        <w:t>, and the villages along the river stood as testaments to what was possible when hope and purpose came together. And as the sun rose higher in the sky, Abilene turned toward home, her heart full, ready for the next chapter of their journey.</w:t>
      </w:r>
    </w:p>
    <w:p w14:paraId="36B90307" w14:textId="204605EC" w:rsidR="00A06E85" w:rsidRPr="00C9454D" w:rsidRDefault="00A06E85" w:rsidP="00AB0C25">
      <w:pPr>
        <w:rPr>
          <w:sz w:val="24"/>
          <w:szCs w:val="24"/>
        </w:rPr>
      </w:pPr>
      <w:r w:rsidRPr="00C9454D">
        <w:rPr>
          <w:sz w:val="24"/>
          <w:szCs w:val="24"/>
        </w:rPr>
        <w:t>Rowan’s Redemption</w:t>
      </w:r>
    </w:p>
    <w:p w14:paraId="3E7860CA" w14:textId="7A95D013" w:rsidR="002B5E1B" w:rsidRPr="00C9454D" w:rsidRDefault="00ED704B" w:rsidP="00C9454D">
      <w:pPr>
        <w:pStyle w:val="Heading2"/>
        <w:rPr>
          <w:sz w:val="24"/>
          <w:szCs w:val="24"/>
        </w:rPr>
      </w:pPr>
      <w:r w:rsidRPr="00C9454D">
        <w:rPr>
          <w:sz w:val="24"/>
          <w:szCs w:val="24"/>
        </w:rPr>
        <w:t>1168</w:t>
      </w:r>
      <w:r w:rsidR="0095223F" w:rsidRPr="00C9454D">
        <w:rPr>
          <w:sz w:val="24"/>
          <w:szCs w:val="24"/>
        </w:rPr>
        <w:t>-</w:t>
      </w:r>
      <w:r w:rsidR="00E27120" w:rsidRPr="00C9454D">
        <w:rPr>
          <w:sz w:val="24"/>
          <w:szCs w:val="24"/>
        </w:rPr>
        <w:t>1248</w:t>
      </w:r>
    </w:p>
    <w:p w14:paraId="41C9A527" w14:textId="77777777" w:rsidR="00CF3499" w:rsidRDefault="00CF3499" w:rsidP="00C9454D">
      <w:pPr>
        <w:rPr>
          <w:sz w:val="24"/>
          <w:szCs w:val="24"/>
        </w:rPr>
      </w:pPr>
    </w:p>
    <w:p w14:paraId="33AEBE49" w14:textId="1D28D03E" w:rsidR="000853BE" w:rsidRPr="00C9454D" w:rsidRDefault="000853BE" w:rsidP="00C9454D">
      <w:pPr>
        <w:rPr>
          <w:sz w:val="24"/>
          <w:szCs w:val="24"/>
        </w:rPr>
      </w:pPr>
      <w:r w:rsidRPr="00C9454D">
        <w:rPr>
          <w:sz w:val="24"/>
          <w:szCs w:val="24"/>
        </w:rPr>
        <w:t xml:space="preserve">Rowan was born under a hunter’s moon, to music and firelight. His parents—Jules and </w:t>
      </w:r>
      <w:proofErr w:type="spellStart"/>
      <w:r w:rsidRPr="00C9454D">
        <w:rPr>
          <w:sz w:val="24"/>
          <w:szCs w:val="24"/>
        </w:rPr>
        <w:t>Mirelle</w:t>
      </w:r>
      <w:proofErr w:type="spellEnd"/>
      <w:r w:rsidRPr="00C9454D">
        <w:rPr>
          <w:sz w:val="24"/>
          <w:szCs w:val="24"/>
        </w:rPr>
        <w:t xml:space="preserve"> of House </w:t>
      </w:r>
      <w:proofErr w:type="spellStart"/>
      <w:r w:rsidRPr="00C9454D">
        <w:rPr>
          <w:sz w:val="24"/>
          <w:szCs w:val="24"/>
        </w:rPr>
        <w:t>Davarre</w:t>
      </w:r>
      <w:proofErr w:type="spellEnd"/>
      <w:r w:rsidRPr="00C9454D">
        <w:rPr>
          <w:sz w:val="24"/>
          <w:szCs w:val="24"/>
        </w:rPr>
        <w:t xml:space="preserve">—were nobility only in name and talent, their title an old one, their coin long faded. House </w:t>
      </w:r>
      <w:proofErr w:type="spellStart"/>
      <w:r w:rsidRPr="00C9454D">
        <w:rPr>
          <w:sz w:val="24"/>
          <w:szCs w:val="24"/>
        </w:rPr>
        <w:t>Davarre</w:t>
      </w:r>
      <w:proofErr w:type="spellEnd"/>
      <w:r w:rsidRPr="00C9454D">
        <w:rPr>
          <w:sz w:val="24"/>
          <w:szCs w:val="24"/>
        </w:rPr>
        <w:t xml:space="preserve"> had once ruled small southern vineyards and orchards, but in recent generations, they’d become known not for land, but for legacy. Their line produced artists. Storytellers. Composers. Madmen. And prophets, if one asked </w:t>
      </w:r>
      <w:proofErr w:type="spellStart"/>
      <w:r w:rsidRPr="00C9454D">
        <w:rPr>
          <w:sz w:val="24"/>
          <w:szCs w:val="24"/>
        </w:rPr>
        <w:t>Mirelle</w:t>
      </w:r>
      <w:proofErr w:type="spellEnd"/>
      <w:r w:rsidRPr="00C9454D">
        <w:rPr>
          <w:sz w:val="24"/>
          <w:szCs w:val="24"/>
        </w:rPr>
        <w:t>.</w:t>
      </w:r>
    </w:p>
    <w:p w14:paraId="51C6BC47" w14:textId="45981196" w:rsidR="000853BE" w:rsidRPr="00C9454D" w:rsidRDefault="000853BE" w:rsidP="00C9454D">
      <w:pPr>
        <w:rPr>
          <w:sz w:val="24"/>
          <w:szCs w:val="24"/>
        </w:rPr>
      </w:pPr>
      <w:r w:rsidRPr="00C9454D">
        <w:rPr>
          <w:sz w:val="24"/>
          <w:szCs w:val="24"/>
        </w:rPr>
        <w:t>They lived on the edge of the court—not insi</w:t>
      </w:r>
      <w:r w:rsidR="00DD1FF5" w:rsidRPr="00C9454D">
        <w:rPr>
          <w:sz w:val="24"/>
          <w:szCs w:val="24"/>
        </w:rPr>
        <w:t xml:space="preserve">de </w:t>
      </w:r>
      <w:r w:rsidRPr="00C9454D">
        <w:rPr>
          <w:sz w:val="24"/>
          <w:szCs w:val="24"/>
        </w:rPr>
        <w:t xml:space="preserve">it. Jules had played for kings and been paid in silence. </w:t>
      </w:r>
      <w:proofErr w:type="spellStart"/>
      <w:r w:rsidRPr="00C9454D">
        <w:rPr>
          <w:sz w:val="24"/>
          <w:szCs w:val="24"/>
        </w:rPr>
        <w:t>Mirelle</w:t>
      </w:r>
      <w:proofErr w:type="spellEnd"/>
      <w:r w:rsidRPr="00C9454D">
        <w:rPr>
          <w:sz w:val="24"/>
          <w:szCs w:val="24"/>
        </w:rPr>
        <w:t xml:space="preserve"> had sung in Latin beneath cathedral arches and been called both witch and angel. Their estate—</w:t>
      </w:r>
      <w:proofErr w:type="spellStart"/>
      <w:r w:rsidRPr="00C9454D">
        <w:rPr>
          <w:i/>
          <w:iCs/>
          <w:sz w:val="24"/>
          <w:szCs w:val="24"/>
        </w:rPr>
        <w:t>Branlowe</w:t>
      </w:r>
      <w:proofErr w:type="spellEnd"/>
      <w:r w:rsidRPr="00C9454D">
        <w:rPr>
          <w:sz w:val="24"/>
          <w:szCs w:val="24"/>
        </w:rPr>
        <w:t>—was more studio than manor. Its walls were painted with unfinished ideas. Its halls echoed with laughter and strange instruments. Nobles called them eccentric. Villagers called them haunted.</w:t>
      </w:r>
    </w:p>
    <w:p w14:paraId="5031CDC1" w14:textId="77777777" w:rsidR="000853BE" w:rsidRPr="00C9454D" w:rsidRDefault="000853BE" w:rsidP="00C9454D">
      <w:pPr>
        <w:rPr>
          <w:sz w:val="24"/>
          <w:szCs w:val="24"/>
        </w:rPr>
      </w:pPr>
      <w:r w:rsidRPr="00C9454D">
        <w:rPr>
          <w:sz w:val="24"/>
          <w:szCs w:val="24"/>
        </w:rPr>
        <w:t>And into this world Rowan was born. Their only child. Their late-in-life miracle.</w:t>
      </w:r>
    </w:p>
    <w:p w14:paraId="21AF366A" w14:textId="77777777" w:rsidR="000853BE" w:rsidRPr="00C9454D" w:rsidRDefault="000853BE" w:rsidP="00C9454D">
      <w:pPr>
        <w:rPr>
          <w:sz w:val="24"/>
          <w:szCs w:val="24"/>
        </w:rPr>
      </w:pPr>
      <w:r w:rsidRPr="00C9454D">
        <w:rPr>
          <w:sz w:val="24"/>
          <w:szCs w:val="24"/>
        </w:rPr>
        <w:t xml:space="preserve">Even as a boy, he was </w:t>
      </w:r>
      <w:r w:rsidRPr="00C9454D">
        <w:rPr>
          <w:i/>
          <w:iCs/>
          <w:sz w:val="24"/>
          <w:szCs w:val="24"/>
        </w:rPr>
        <w:t>different</w:t>
      </w:r>
      <w:r w:rsidRPr="00C9454D">
        <w:rPr>
          <w:sz w:val="24"/>
          <w:szCs w:val="24"/>
        </w:rPr>
        <w:t>. He didn’t cry, not properly. His first sound was a low hum that grew into melody. At three, he could match pitch. At four, he could mimic birdsong. At five, he asked what sadness tasted like—and then wrote a song about it.</w:t>
      </w:r>
    </w:p>
    <w:p w14:paraId="59C7370E" w14:textId="77777777" w:rsidR="000853BE" w:rsidRPr="00C9454D" w:rsidRDefault="000853BE" w:rsidP="00C9454D">
      <w:pPr>
        <w:rPr>
          <w:sz w:val="24"/>
          <w:szCs w:val="24"/>
        </w:rPr>
      </w:pPr>
      <w:proofErr w:type="spellStart"/>
      <w:r w:rsidRPr="00C9454D">
        <w:rPr>
          <w:sz w:val="24"/>
          <w:szCs w:val="24"/>
        </w:rPr>
        <w:t>Mirelle</w:t>
      </w:r>
      <w:proofErr w:type="spellEnd"/>
      <w:r w:rsidRPr="00C9454D">
        <w:rPr>
          <w:sz w:val="24"/>
          <w:szCs w:val="24"/>
        </w:rPr>
        <w:t xml:space="preserve"> whispered that his soul was old. Jules taught him to wrestle with it anyway.</w:t>
      </w:r>
    </w:p>
    <w:p w14:paraId="4A97F6EB" w14:textId="77777777" w:rsidR="000853BE" w:rsidRPr="00C9454D" w:rsidRDefault="000853BE" w:rsidP="00C9454D">
      <w:pPr>
        <w:rPr>
          <w:sz w:val="24"/>
          <w:szCs w:val="24"/>
        </w:rPr>
      </w:pPr>
      <w:r w:rsidRPr="00C9454D">
        <w:rPr>
          <w:sz w:val="24"/>
          <w:szCs w:val="24"/>
        </w:rPr>
        <w:t>They were not traditional parents. They let him write instead of read. Let him weep at trees and dance with fireflies. And the world, slow as ever, didn’t know what to do with a boy like that. His skin was darker than his peers’. His voice more golden. His silences more dangerous.</w:t>
      </w:r>
    </w:p>
    <w:p w14:paraId="42E85F40" w14:textId="77777777" w:rsidR="000853BE" w:rsidRPr="00C9454D" w:rsidRDefault="000853BE" w:rsidP="00C9454D">
      <w:pPr>
        <w:rPr>
          <w:sz w:val="24"/>
          <w:szCs w:val="24"/>
        </w:rPr>
      </w:pPr>
      <w:r w:rsidRPr="00C9454D">
        <w:rPr>
          <w:sz w:val="24"/>
          <w:szCs w:val="24"/>
        </w:rPr>
        <w:t>He was barely fifteen when everything changed.</w:t>
      </w:r>
    </w:p>
    <w:p w14:paraId="679AF7D5" w14:textId="77777777" w:rsidR="000853BE" w:rsidRPr="00C9454D" w:rsidRDefault="000853BE" w:rsidP="00C9454D">
      <w:pPr>
        <w:rPr>
          <w:sz w:val="24"/>
          <w:szCs w:val="24"/>
        </w:rPr>
      </w:pPr>
      <w:r w:rsidRPr="00C9454D">
        <w:rPr>
          <w:sz w:val="24"/>
          <w:szCs w:val="24"/>
        </w:rPr>
        <w:t xml:space="preserve">Jules died first—his lungs giving out in the middle of a song. </w:t>
      </w:r>
      <w:proofErr w:type="spellStart"/>
      <w:r w:rsidRPr="00C9454D">
        <w:rPr>
          <w:sz w:val="24"/>
          <w:szCs w:val="24"/>
        </w:rPr>
        <w:t>Mirelle</w:t>
      </w:r>
      <w:proofErr w:type="spellEnd"/>
      <w:r w:rsidRPr="00C9454D">
        <w:rPr>
          <w:sz w:val="24"/>
          <w:szCs w:val="24"/>
        </w:rPr>
        <w:t xml:space="preserve"> followed soon after, lost to fever and grief. Rowan buried them both under the ancient oak behind the house. Just him. A boy in torn boots, a shovel, and a song he would never sing again.</w:t>
      </w:r>
    </w:p>
    <w:p w14:paraId="3F22A190" w14:textId="77777777" w:rsidR="000853BE" w:rsidRPr="00C9454D" w:rsidRDefault="000853BE" w:rsidP="00C9454D">
      <w:pPr>
        <w:rPr>
          <w:sz w:val="24"/>
          <w:szCs w:val="24"/>
        </w:rPr>
      </w:pPr>
      <w:r w:rsidRPr="00C9454D">
        <w:rPr>
          <w:sz w:val="24"/>
          <w:szCs w:val="24"/>
        </w:rPr>
        <w:t>Word was sent to the family he never knew. A baron in the north. An uncle—</w:t>
      </w:r>
      <w:proofErr w:type="spellStart"/>
      <w:r w:rsidRPr="00C9454D">
        <w:rPr>
          <w:sz w:val="24"/>
          <w:szCs w:val="24"/>
        </w:rPr>
        <w:t>Alric</w:t>
      </w:r>
      <w:proofErr w:type="spellEnd"/>
      <w:r w:rsidRPr="00C9454D">
        <w:rPr>
          <w:sz w:val="24"/>
          <w:szCs w:val="24"/>
        </w:rPr>
        <w:t xml:space="preserve"> of </w:t>
      </w:r>
      <w:proofErr w:type="spellStart"/>
      <w:r w:rsidRPr="00C9454D">
        <w:rPr>
          <w:sz w:val="24"/>
          <w:szCs w:val="24"/>
        </w:rPr>
        <w:t>Greymount</w:t>
      </w:r>
      <w:proofErr w:type="spellEnd"/>
      <w:r w:rsidRPr="00C9454D">
        <w:rPr>
          <w:sz w:val="24"/>
          <w:szCs w:val="24"/>
        </w:rPr>
        <w:t xml:space="preserve">—who’d once disowned </w:t>
      </w:r>
      <w:proofErr w:type="spellStart"/>
      <w:r w:rsidRPr="00C9454D">
        <w:rPr>
          <w:sz w:val="24"/>
          <w:szCs w:val="24"/>
        </w:rPr>
        <w:t>Mirelle</w:t>
      </w:r>
      <w:proofErr w:type="spellEnd"/>
      <w:r w:rsidRPr="00C9454D">
        <w:rPr>
          <w:sz w:val="24"/>
          <w:szCs w:val="24"/>
        </w:rPr>
        <w:t xml:space="preserve"> for marrying beneath her skin.</w:t>
      </w:r>
    </w:p>
    <w:p w14:paraId="2E9CDC78" w14:textId="77777777" w:rsidR="000853BE" w:rsidRPr="00C9454D" w:rsidRDefault="000853BE" w:rsidP="00C9454D">
      <w:pPr>
        <w:rPr>
          <w:sz w:val="24"/>
          <w:szCs w:val="24"/>
        </w:rPr>
      </w:pPr>
      <w:r w:rsidRPr="00C9454D">
        <w:rPr>
          <w:sz w:val="24"/>
          <w:szCs w:val="24"/>
        </w:rPr>
        <w:t xml:space="preserve">But still, </w:t>
      </w:r>
      <w:proofErr w:type="spellStart"/>
      <w:r w:rsidRPr="00C9454D">
        <w:rPr>
          <w:sz w:val="24"/>
          <w:szCs w:val="24"/>
        </w:rPr>
        <w:t>Alric</w:t>
      </w:r>
      <w:proofErr w:type="spellEnd"/>
      <w:r w:rsidRPr="00C9454D">
        <w:rPr>
          <w:sz w:val="24"/>
          <w:szCs w:val="24"/>
        </w:rPr>
        <w:t xml:space="preserve"> came. Or rather, he sent a carriage.</w:t>
      </w:r>
    </w:p>
    <w:p w14:paraId="52C2A230" w14:textId="77777777" w:rsidR="000853BE" w:rsidRPr="00C9454D" w:rsidRDefault="000853BE" w:rsidP="00C9454D">
      <w:pPr>
        <w:rPr>
          <w:sz w:val="24"/>
          <w:szCs w:val="24"/>
        </w:rPr>
      </w:pPr>
      <w:r w:rsidRPr="00C9454D">
        <w:rPr>
          <w:sz w:val="24"/>
          <w:szCs w:val="24"/>
        </w:rPr>
        <w:t>And Rowan, heart hollow, left behind the only world that had ever felt like home.</w:t>
      </w:r>
    </w:p>
    <w:p w14:paraId="0FD4E6EE" w14:textId="77777777" w:rsidR="000853BE" w:rsidRPr="00C9454D" w:rsidRDefault="00FE197F" w:rsidP="00C9454D">
      <w:pPr>
        <w:rPr>
          <w:sz w:val="24"/>
          <w:szCs w:val="24"/>
        </w:rPr>
      </w:pPr>
      <w:r>
        <w:rPr>
          <w:noProof/>
          <w:sz w:val="24"/>
          <w:szCs w:val="24"/>
        </w:rPr>
      </w:r>
      <w:r w:rsidR="00FE197F">
        <w:rPr>
          <w:noProof/>
          <w:sz w:val="24"/>
          <w:szCs w:val="24"/>
        </w:rPr>
        <w:pict w14:anchorId="75F784CE">
          <v:rect id="_x0000_i1110" style="width:0;height:1.5pt" o:hralign="center" o:hrstd="t" o:hr="t" fillcolor="#a0a0a0" stroked="f"/>
        </w:pict>
      </w:r>
    </w:p>
    <w:p w14:paraId="75ABE39E" w14:textId="77777777" w:rsidR="000853BE" w:rsidRPr="00C9454D" w:rsidRDefault="000853BE" w:rsidP="00C9454D">
      <w:pPr>
        <w:rPr>
          <w:sz w:val="24"/>
          <w:szCs w:val="24"/>
        </w:rPr>
      </w:pPr>
      <w:proofErr w:type="spellStart"/>
      <w:r w:rsidRPr="00C9454D">
        <w:rPr>
          <w:sz w:val="24"/>
          <w:szCs w:val="24"/>
        </w:rPr>
        <w:t>Greymount</w:t>
      </w:r>
      <w:proofErr w:type="spellEnd"/>
      <w:r w:rsidRPr="00C9454D">
        <w:rPr>
          <w:sz w:val="24"/>
          <w:szCs w:val="24"/>
        </w:rPr>
        <w:t xml:space="preserve"> was stone and discipline. Rules and sharp corners. Cold halls and colder glances. </w:t>
      </w:r>
      <w:proofErr w:type="spellStart"/>
      <w:r w:rsidRPr="00C9454D">
        <w:rPr>
          <w:sz w:val="24"/>
          <w:szCs w:val="24"/>
        </w:rPr>
        <w:t>Alric</w:t>
      </w:r>
      <w:proofErr w:type="spellEnd"/>
      <w:r w:rsidRPr="00C9454D">
        <w:rPr>
          <w:sz w:val="24"/>
          <w:szCs w:val="24"/>
        </w:rPr>
        <w:t xml:space="preserve"> introduced him as “a cousin’s boy” and used his gifts as entertainment. No title. No honor. Just a pretty voice in noble skin too dark for praise.</w:t>
      </w:r>
    </w:p>
    <w:p w14:paraId="5E481637" w14:textId="77777777" w:rsidR="000853BE" w:rsidRPr="00C9454D" w:rsidRDefault="000853BE" w:rsidP="00C9454D">
      <w:pPr>
        <w:rPr>
          <w:sz w:val="24"/>
          <w:szCs w:val="24"/>
        </w:rPr>
      </w:pPr>
      <w:r w:rsidRPr="00C9454D">
        <w:rPr>
          <w:sz w:val="24"/>
          <w:szCs w:val="24"/>
        </w:rPr>
        <w:t>But Rowan endured. He survived. Because deep inside, beneath the scars and the silence, the gift was still burning.</w:t>
      </w:r>
    </w:p>
    <w:p w14:paraId="0E891287" w14:textId="77777777" w:rsidR="000853BE" w:rsidRPr="00C9454D" w:rsidRDefault="000853BE" w:rsidP="00C9454D">
      <w:pPr>
        <w:rPr>
          <w:sz w:val="24"/>
          <w:szCs w:val="24"/>
        </w:rPr>
      </w:pPr>
      <w:r w:rsidRPr="00C9454D">
        <w:rPr>
          <w:sz w:val="24"/>
          <w:szCs w:val="24"/>
        </w:rPr>
        <w:t xml:space="preserve">And in the second week at </w:t>
      </w:r>
      <w:proofErr w:type="spellStart"/>
      <w:r w:rsidRPr="00C9454D">
        <w:rPr>
          <w:sz w:val="24"/>
          <w:szCs w:val="24"/>
        </w:rPr>
        <w:t>Greymount</w:t>
      </w:r>
      <w:proofErr w:type="spellEnd"/>
      <w:r w:rsidRPr="00C9454D">
        <w:rPr>
          <w:sz w:val="24"/>
          <w:szCs w:val="24"/>
        </w:rPr>
        <w:t>, when he saw Millie—the steward’s daughter with golden hair and thunder in her eyes—his heart remembered how to sing.</w:t>
      </w:r>
    </w:p>
    <w:p w14:paraId="5E4F4659" w14:textId="77777777" w:rsidR="00844AFE" w:rsidRPr="00C9454D" w:rsidRDefault="00844AFE" w:rsidP="00C9454D">
      <w:pPr>
        <w:rPr>
          <w:sz w:val="24"/>
          <w:szCs w:val="24"/>
        </w:rPr>
      </w:pPr>
    </w:p>
    <w:p w14:paraId="51A895AE" w14:textId="77777777" w:rsidR="00DD7DEB" w:rsidRPr="00C9454D" w:rsidRDefault="00DD7DEB" w:rsidP="00C9454D">
      <w:pPr>
        <w:pStyle w:val="Heading2"/>
        <w:rPr>
          <w:sz w:val="24"/>
          <w:szCs w:val="24"/>
        </w:rPr>
      </w:pPr>
      <w:r w:rsidRPr="00C9454D">
        <w:rPr>
          <w:sz w:val="24"/>
          <w:szCs w:val="24"/>
        </w:rPr>
        <w:t>Millie and Rowan – The Early Courtship</w:t>
      </w:r>
    </w:p>
    <w:p w14:paraId="38D9E026" w14:textId="77777777" w:rsidR="00484CB9" w:rsidRPr="00C9454D" w:rsidRDefault="00484CB9" w:rsidP="00C9454D">
      <w:pPr>
        <w:rPr>
          <w:sz w:val="24"/>
          <w:szCs w:val="24"/>
        </w:rPr>
      </w:pPr>
    </w:p>
    <w:p w14:paraId="4B83280D" w14:textId="186369AD" w:rsidR="00DD7DEB" w:rsidRPr="00C9454D" w:rsidRDefault="00DD7DEB" w:rsidP="00C9454D">
      <w:pPr>
        <w:rPr>
          <w:sz w:val="24"/>
          <w:szCs w:val="24"/>
        </w:rPr>
      </w:pPr>
      <w:r w:rsidRPr="00C9454D">
        <w:rPr>
          <w:sz w:val="24"/>
          <w:szCs w:val="24"/>
        </w:rPr>
        <w:t>Millie had always known her place.</w:t>
      </w:r>
    </w:p>
    <w:p w14:paraId="01A44D86" w14:textId="77777777" w:rsidR="00DD7DEB" w:rsidRPr="00C9454D" w:rsidRDefault="00DD7DEB" w:rsidP="00C9454D">
      <w:pPr>
        <w:rPr>
          <w:sz w:val="24"/>
          <w:szCs w:val="24"/>
        </w:rPr>
      </w:pPr>
      <w:r w:rsidRPr="00C9454D">
        <w:rPr>
          <w:sz w:val="24"/>
          <w:szCs w:val="24"/>
        </w:rPr>
        <w:t xml:space="preserve">Born to the steward of </w:t>
      </w:r>
      <w:proofErr w:type="spellStart"/>
      <w:r w:rsidRPr="00C9454D">
        <w:rPr>
          <w:sz w:val="24"/>
          <w:szCs w:val="24"/>
        </w:rPr>
        <w:t>Greymount</w:t>
      </w:r>
      <w:proofErr w:type="spellEnd"/>
      <w:r w:rsidRPr="00C9454D">
        <w:rPr>
          <w:sz w:val="24"/>
          <w:szCs w:val="24"/>
        </w:rPr>
        <w:t xml:space="preserve"> and his high-strung, sharp-tongued wife, she was meant to keep her head down and her future simple: tend the garden, marry a smith, bear well-behaved children. But Millie had never taken kindly to simple. She was clever, golden-haired, and curious in ways her mother called “dangerous.” Her eyes were too dark, her questions too bold.</w:t>
      </w:r>
    </w:p>
    <w:p w14:paraId="173EB625" w14:textId="77777777" w:rsidR="00DD7DEB" w:rsidRPr="00C9454D" w:rsidRDefault="00DD7DEB" w:rsidP="00C9454D">
      <w:pPr>
        <w:rPr>
          <w:sz w:val="24"/>
          <w:szCs w:val="24"/>
        </w:rPr>
      </w:pPr>
      <w:r w:rsidRPr="00C9454D">
        <w:rPr>
          <w:sz w:val="24"/>
          <w:szCs w:val="24"/>
        </w:rPr>
        <w:t>And then Rowan arrived.</w:t>
      </w:r>
    </w:p>
    <w:p w14:paraId="5BDE6037" w14:textId="77777777" w:rsidR="00DD7DEB" w:rsidRPr="00C9454D" w:rsidRDefault="00DD7DEB" w:rsidP="00C9454D">
      <w:pPr>
        <w:rPr>
          <w:sz w:val="24"/>
          <w:szCs w:val="24"/>
        </w:rPr>
      </w:pPr>
      <w:r w:rsidRPr="00C9454D">
        <w:rPr>
          <w:sz w:val="24"/>
          <w:szCs w:val="24"/>
        </w:rPr>
        <w:t xml:space="preserve">He didn’t look like the others in Lord </w:t>
      </w:r>
      <w:proofErr w:type="spellStart"/>
      <w:r w:rsidRPr="00C9454D">
        <w:rPr>
          <w:sz w:val="24"/>
          <w:szCs w:val="24"/>
        </w:rPr>
        <w:t>Alric’s</w:t>
      </w:r>
      <w:proofErr w:type="spellEnd"/>
      <w:r w:rsidRPr="00C9454D">
        <w:rPr>
          <w:sz w:val="24"/>
          <w:szCs w:val="24"/>
        </w:rPr>
        <w:t xml:space="preserve"> estate. His skin was warm bronze. His eyes carried fire and sorrow. He wore grief like a second cloak, and music like breath. The other boys mocked the way he didn’t flinch when spoken to, the way he dressed in worn but embroidered clothing passed down from parents they'd never met. The girls whispered that he must be a servant’s son—until they heard him sing.</w:t>
      </w:r>
    </w:p>
    <w:p w14:paraId="7D1DFADA" w14:textId="77777777" w:rsidR="00DD7DEB" w:rsidRPr="00C9454D" w:rsidRDefault="00DD7DEB" w:rsidP="00C9454D">
      <w:pPr>
        <w:rPr>
          <w:sz w:val="24"/>
          <w:szCs w:val="24"/>
        </w:rPr>
      </w:pPr>
      <w:r w:rsidRPr="00C9454D">
        <w:rPr>
          <w:sz w:val="24"/>
          <w:szCs w:val="24"/>
        </w:rPr>
        <w:t xml:space="preserve">No one in </w:t>
      </w:r>
      <w:proofErr w:type="spellStart"/>
      <w:r w:rsidRPr="00C9454D">
        <w:rPr>
          <w:sz w:val="24"/>
          <w:szCs w:val="24"/>
        </w:rPr>
        <w:t>Greymount</w:t>
      </w:r>
      <w:proofErr w:type="spellEnd"/>
      <w:r w:rsidRPr="00C9454D">
        <w:rPr>
          <w:sz w:val="24"/>
          <w:szCs w:val="24"/>
        </w:rPr>
        <w:t xml:space="preserve"> had ever sung like that.</w:t>
      </w:r>
    </w:p>
    <w:p w14:paraId="022D6FB1" w14:textId="77777777" w:rsidR="00DD7DEB" w:rsidRPr="00C9454D" w:rsidRDefault="00DD7DEB" w:rsidP="00C9454D">
      <w:pPr>
        <w:rPr>
          <w:sz w:val="24"/>
          <w:szCs w:val="24"/>
        </w:rPr>
      </w:pPr>
      <w:r w:rsidRPr="00C9454D">
        <w:rPr>
          <w:sz w:val="24"/>
          <w:szCs w:val="24"/>
        </w:rPr>
        <w:t>Millie first heard him from the stairwell above the great hall. She'd snuck away from chores to listen to the ballads played before supper. His voice stopped her mid-step, one hand on the banister. It wasn't just the tone—it was the ache. Like he was singing to something he’d already lost.</w:t>
      </w:r>
    </w:p>
    <w:p w14:paraId="24227B65" w14:textId="77777777" w:rsidR="00DD7DEB" w:rsidRPr="00C9454D" w:rsidRDefault="00DD7DEB" w:rsidP="00C9454D">
      <w:pPr>
        <w:rPr>
          <w:sz w:val="24"/>
          <w:szCs w:val="24"/>
        </w:rPr>
      </w:pPr>
      <w:r w:rsidRPr="00C9454D">
        <w:rPr>
          <w:sz w:val="24"/>
          <w:szCs w:val="24"/>
        </w:rPr>
        <w:t>That night, she wrote his name in the condensation on her window.</w:t>
      </w:r>
    </w:p>
    <w:p w14:paraId="59E49DF8" w14:textId="77777777" w:rsidR="00DD7DEB" w:rsidRPr="00C9454D" w:rsidRDefault="00DD7DEB" w:rsidP="00C9454D">
      <w:pPr>
        <w:rPr>
          <w:sz w:val="24"/>
          <w:szCs w:val="24"/>
        </w:rPr>
      </w:pPr>
      <w:r w:rsidRPr="00C9454D">
        <w:rPr>
          <w:sz w:val="24"/>
          <w:szCs w:val="24"/>
        </w:rPr>
        <w:t>They didn’t speak, not at first. Millie stole glances in the kitchens, the gardens, during chapel. He nodded sometimes. Smiled once.</w:t>
      </w:r>
    </w:p>
    <w:p w14:paraId="328D207D" w14:textId="77777777" w:rsidR="00DD7DEB" w:rsidRPr="00C9454D" w:rsidRDefault="00DD7DEB" w:rsidP="00C9454D">
      <w:pPr>
        <w:rPr>
          <w:sz w:val="24"/>
          <w:szCs w:val="24"/>
        </w:rPr>
      </w:pPr>
      <w:r w:rsidRPr="00C9454D">
        <w:rPr>
          <w:sz w:val="24"/>
          <w:szCs w:val="24"/>
        </w:rPr>
        <w:t>It was enough.</w:t>
      </w:r>
    </w:p>
    <w:p w14:paraId="6EEB6E8C" w14:textId="77777777" w:rsidR="00C17BFC" w:rsidRPr="00C9454D" w:rsidRDefault="00C17BFC" w:rsidP="00C9454D">
      <w:pPr>
        <w:rPr>
          <w:sz w:val="24"/>
          <w:szCs w:val="24"/>
        </w:rPr>
      </w:pPr>
    </w:p>
    <w:p w14:paraId="63BD12FE" w14:textId="2A7BEACC" w:rsidR="00CD4362" w:rsidRPr="00C9454D" w:rsidRDefault="00CD4362" w:rsidP="00C9454D">
      <w:pPr>
        <w:pStyle w:val="Heading2"/>
        <w:rPr>
          <w:sz w:val="24"/>
          <w:szCs w:val="24"/>
        </w:rPr>
      </w:pPr>
      <w:r w:rsidRPr="00C9454D">
        <w:rPr>
          <w:sz w:val="24"/>
          <w:szCs w:val="24"/>
        </w:rPr>
        <w:t>The First Time I Saw Her”</w:t>
      </w:r>
    </w:p>
    <w:p w14:paraId="678E89D7" w14:textId="530C06D4" w:rsidR="00CD4362" w:rsidRPr="00C9454D" w:rsidRDefault="00CD4362" w:rsidP="00C9454D">
      <w:pPr>
        <w:rPr>
          <w:sz w:val="24"/>
          <w:szCs w:val="24"/>
        </w:rPr>
      </w:pPr>
    </w:p>
    <w:p w14:paraId="624AE8B3" w14:textId="77777777" w:rsidR="00CD4362" w:rsidRPr="00C9454D" w:rsidRDefault="00CD4362" w:rsidP="00C9454D">
      <w:pPr>
        <w:rPr>
          <w:sz w:val="24"/>
          <w:szCs w:val="24"/>
        </w:rPr>
      </w:pPr>
      <w:r w:rsidRPr="00C9454D">
        <w:rPr>
          <w:sz w:val="24"/>
          <w:szCs w:val="24"/>
        </w:rPr>
        <w:t>I wasn’t meant to stay long.</w:t>
      </w:r>
    </w:p>
    <w:p w14:paraId="6ECE14EF" w14:textId="77777777" w:rsidR="00CD4362" w:rsidRPr="00C9454D" w:rsidRDefault="00CD4362" w:rsidP="00C9454D">
      <w:pPr>
        <w:rPr>
          <w:sz w:val="24"/>
          <w:szCs w:val="24"/>
        </w:rPr>
      </w:pPr>
      <w:proofErr w:type="spellStart"/>
      <w:r w:rsidRPr="00C9454D">
        <w:rPr>
          <w:sz w:val="24"/>
          <w:szCs w:val="24"/>
        </w:rPr>
        <w:t>Alric</w:t>
      </w:r>
      <w:proofErr w:type="spellEnd"/>
      <w:r w:rsidRPr="00C9454D">
        <w:rPr>
          <w:sz w:val="24"/>
          <w:szCs w:val="24"/>
        </w:rPr>
        <w:t xml:space="preserve"> hadn’t said it aloud, but I knew. He brought me to </w:t>
      </w:r>
      <w:proofErr w:type="spellStart"/>
      <w:r w:rsidRPr="00C9454D">
        <w:rPr>
          <w:sz w:val="24"/>
          <w:szCs w:val="24"/>
        </w:rPr>
        <w:t>Greymount</w:t>
      </w:r>
      <w:proofErr w:type="spellEnd"/>
      <w:r w:rsidRPr="00C9454D">
        <w:rPr>
          <w:sz w:val="24"/>
          <w:szCs w:val="24"/>
        </w:rPr>
        <w:t xml:space="preserve"> to look proper. To be a footnote in a tale he didn’t want to tell. The dark-skinned nephew from a disgraced sister, born of late love and too much song.</w:t>
      </w:r>
    </w:p>
    <w:p w14:paraId="730602F7" w14:textId="77777777" w:rsidR="00CD4362" w:rsidRPr="00C9454D" w:rsidRDefault="00CD4362" w:rsidP="00C9454D">
      <w:pPr>
        <w:rPr>
          <w:sz w:val="24"/>
          <w:szCs w:val="24"/>
        </w:rPr>
      </w:pPr>
      <w:r w:rsidRPr="00C9454D">
        <w:rPr>
          <w:sz w:val="24"/>
          <w:szCs w:val="24"/>
        </w:rPr>
        <w:t>I was fifteen and grieving. The only thing I had left was my voice—and even that trembled when I tried to use it.</w:t>
      </w:r>
    </w:p>
    <w:p w14:paraId="48ACBE88" w14:textId="77777777" w:rsidR="00CD4362" w:rsidRPr="00C9454D" w:rsidRDefault="00CD4362" w:rsidP="00C9454D">
      <w:pPr>
        <w:rPr>
          <w:sz w:val="24"/>
          <w:szCs w:val="24"/>
        </w:rPr>
      </w:pPr>
      <w:r w:rsidRPr="00C9454D">
        <w:rPr>
          <w:sz w:val="24"/>
          <w:szCs w:val="24"/>
        </w:rPr>
        <w:t>Then I saw her.</w:t>
      </w:r>
    </w:p>
    <w:p w14:paraId="26164A8A" w14:textId="77777777" w:rsidR="00CD4362" w:rsidRPr="00C9454D" w:rsidRDefault="00CD4362" w:rsidP="00C9454D">
      <w:pPr>
        <w:rPr>
          <w:sz w:val="24"/>
          <w:szCs w:val="24"/>
        </w:rPr>
      </w:pPr>
      <w:r w:rsidRPr="00C9454D">
        <w:rPr>
          <w:sz w:val="24"/>
          <w:szCs w:val="24"/>
        </w:rPr>
        <w:t>It was just past dusk, second week at the estate. The manor girls were lighting candles in the chapel vestibule, their laughter echoing like glass. Millie wasn’t laughing. She was listening.</w:t>
      </w:r>
    </w:p>
    <w:p w14:paraId="40364F86" w14:textId="77777777" w:rsidR="00CD4362" w:rsidRPr="00C9454D" w:rsidRDefault="00CD4362" w:rsidP="00C9454D">
      <w:pPr>
        <w:rPr>
          <w:sz w:val="24"/>
          <w:szCs w:val="24"/>
        </w:rPr>
      </w:pPr>
      <w:r w:rsidRPr="00C9454D">
        <w:rPr>
          <w:sz w:val="24"/>
          <w:szCs w:val="24"/>
        </w:rPr>
        <w:t>And God, I swear she glowed.</w:t>
      </w:r>
    </w:p>
    <w:p w14:paraId="7E9594C7" w14:textId="4ABE898E" w:rsidR="00CD4362" w:rsidRPr="00C9454D" w:rsidRDefault="00CD4362" w:rsidP="00C9454D">
      <w:pPr>
        <w:rPr>
          <w:sz w:val="24"/>
          <w:szCs w:val="24"/>
        </w:rPr>
      </w:pPr>
      <w:r w:rsidRPr="00C9454D">
        <w:rPr>
          <w:sz w:val="24"/>
          <w:szCs w:val="24"/>
        </w:rPr>
        <w:t>Blon</w:t>
      </w:r>
      <w:r w:rsidR="00DD1FF5" w:rsidRPr="00C9454D">
        <w:rPr>
          <w:sz w:val="24"/>
          <w:szCs w:val="24"/>
        </w:rPr>
        <w:t xml:space="preserve">de </w:t>
      </w:r>
      <w:r w:rsidRPr="00C9454D">
        <w:rPr>
          <w:sz w:val="24"/>
          <w:szCs w:val="24"/>
        </w:rPr>
        <w:t>like the sun, but eyes like ink. No powder. No pretense. Just presence. And I felt it hit—like a verse I’d forgotten, a chord I didn’t know I needed.</w:t>
      </w:r>
    </w:p>
    <w:p w14:paraId="4B7992F9" w14:textId="77777777" w:rsidR="00CD4362" w:rsidRPr="00C9454D" w:rsidRDefault="00CD4362" w:rsidP="00C9454D">
      <w:pPr>
        <w:rPr>
          <w:sz w:val="24"/>
          <w:szCs w:val="24"/>
        </w:rPr>
      </w:pPr>
      <w:r w:rsidRPr="00C9454D">
        <w:rPr>
          <w:sz w:val="24"/>
          <w:szCs w:val="24"/>
        </w:rPr>
        <w:t>I didn’t speak to her. Just memorized the line of her jaw. The lift in her brow when she thought no one was watching.</w:t>
      </w:r>
    </w:p>
    <w:p w14:paraId="12083DE4" w14:textId="77777777" w:rsidR="00CD4362" w:rsidRPr="00C9454D" w:rsidRDefault="00CD4362" w:rsidP="00C9454D">
      <w:pPr>
        <w:rPr>
          <w:sz w:val="24"/>
          <w:szCs w:val="24"/>
        </w:rPr>
      </w:pPr>
      <w:r w:rsidRPr="00C9454D">
        <w:rPr>
          <w:sz w:val="24"/>
          <w:szCs w:val="24"/>
        </w:rPr>
        <w:t>I went back to my room that night and started writing.</w:t>
      </w:r>
    </w:p>
    <w:p w14:paraId="613B08BA" w14:textId="77777777" w:rsidR="00CD4362" w:rsidRPr="00C9454D" w:rsidRDefault="00CD4362" w:rsidP="00C9454D">
      <w:pPr>
        <w:rPr>
          <w:sz w:val="24"/>
          <w:szCs w:val="24"/>
        </w:rPr>
      </w:pPr>
      <w:r w:rsidRPr="00C9454D">
        <w:rPr>
          <w:sz w:val="24"/>
          <w:szCs w:val="24"/>
        </w:rPr>
        <w:t>Three songs. One story. For her.</w:t>
      </w:r>
    </w:p>
    <w:p w14:paraId="30CAAA8D" w14:textId="77777777" w:rsidR="00CD4362" w:rsidRPr="00C9454D" w:rsidRDefault="00FE197F" w:rsidP="00C9454D">
      <w:pPr>
        <w:rPr>
          <w:sz w:val="24"/>
          <w:szCs w:val="24"/>
        </w:rPr>
      </w:pPr>
      <w:r>
        <w:rPr>
          <w:noProof/>
          <w:sz w:val="24"/>
          <w:szCs w:val="24"/>
        </w:rPr>
      </w:r>
      <w:r w:rsidR="00FE197F">
        <w:rPr>
          <w:noProof/>
          <w:sz w:val="24"/>
          <w:szCs w:val="24"/>
        </w:rPr>
        <w:pict w14:anchorId="4732732C">
          <v:rect id="_x0000_i1111" style="width:0;height:1.5pt" o:hralign="center" o:hrstd="t" o:hr="t" fillcolor="#a0a0a0" stroked="f"/>
        </w:pict>
      </w:r>
    </w:p>
    <w:p w14:paraId="69FDBB09" w14:textId="77777777" w:rsidR="00CD4362" w:rsidRPr="00C9454D" w:rsidRDefault="00CD4362" w:rsidP="00C9454D">
      <w:pPr>
        <w:rPr>
          <w:sz w:val="24"/>
          <w:szCs w:val="24"/>
        </w:rPr>
      </w:pPr>
      <w:r w:rsidRPr="00C9454D">
        <w:rPr>
          <w:sz w:val="24"/>
          <w:szCs w:val="24"/>
        </w:rPr>
        <w:t xml:space="preserve">The Baron’s ball came a month later. He wanted to “remind the court what </w:t>
      </w:r>
      <w:proofErr w:type="spellStart"/>
      <w:r w:rsidRPr="00C9454D">
        <w:rPr>
          <w:sz w:val="24"/>
          <w:szCs w:val="24"/>
        </w:rPr>
        <w:t>Greymount</w:t>
      </w:r>
      <w:proofErr w:type="spellEnd"/>
      <w:r w:rsidRPr="00C9454D">
        <w:rPr>
          <w:sz w:val="24"/>
          <w:szCs w:val="24"/>
        </w:rPr>
        <w:t xml:space="preserve"> breeds.” Talent, title, tradition.</w:t>
      </w:r>
    </w:p>
    <w:p w14:paraId="45FD43FA" w14:textId="77777777" w:rsidR="00CD4362" w:rsidRPr="00C9454D" w:rsidRDefault="00CD4362" w:rsidP="00C9454D">
      <w:pPr>
        <w:rPr>
          <w:sz w:val="24"/>
          <w:szCs w:val="24"/>
        </w:rPr>
      </w:pPr>
      <w:r w:rsidRPr="00C9454D">
        <w:rPr>
          <w:sz w:val="24"/>
          <w:szCs w:val="24"/>
        </w:rPr>
        <w:t>I was his closing act.</w:t>
      </w:r>
    </w:p>
    <w:p w14:paraId="2025A364" w14:textId="77777777" w:rsidR="00CD4362" w:rsidRPr="00C9454D" w:rsidRDefault="00CD4362" w:rsidP="00C9454D">
      <w:pPr>
        <w:rPr>
          <w:sz w:val="24"/>
          <w:szCs w:val="24"/>
        </w:rPr>
      </w:pPr>
      <w:r w:rsidRPr="00C9454D">
        <w:rPr>
          <w:sz w:val="24"/>
          <w:szCs w:val="24"/>
        </w:rPr>
        <w:t>They dressed me in deep navy, my mother’s color. My fingers shook on the strings, but when I opened my mouth, the room fell still.</w:t>
      </w:r>
    </w:p>
    <w:p w14:paraId="5EF9F770" w14:textId="77777777" w:rsidR="00CD4362" w:rsidRPr="00C9454D" w:rsidRDefault="00CD4362" w:rsidP="00C9454D">
      <w:pPr>
        <w:rPr>
          <w:sz w:val="24"/>
          <w:szCs w:val="24"/>
        </w:rPr>
      </w:pPr>
      <w:r w:rsidRPr="00C9454D">
        <w:rPr>
          <w:sz w:val="24"/>
          <w:szCs w:val="24"/>
        </w:rPr>
        <w:t>First piece: my parents. The loss. The music.</w:t>
      </w:r>
      <w:r w:rsidRPr="00C9454D">
        <w:rPr>
          <w:sz w:val="24"/>
          <w:szCs w:val="24"/>
        </w:rPr>
        <w:br/>
        <w:t>Second: the life I dreamed of—</w:t>
      </w:r>
      <w:proofErr w:type="spellStart"/>
      <w:r w:rsidRPr="00C9454D">
        <w:rPr>
          <w:sz w:val="24"/>
          <w:szCs w:val="24"/>
        </w:rPr>
        <w:t>porchlight</w:t>
      </w:r>
      <w:proofErr w:type="spellEnd"/>
      <w:r w:rsidRPr="00C9454D">
        <w:rPr>
          <w:sz w:val="24"/>
          <w:szCs w:val="24"/>
        </w:rPr>
        <w:t>, barefoot laughter, soup on the fire.</w:t>
      </w:r>
      <w:r w:rsidRPr="00C9454D">
        <w:rPr>
          <w:sz w:val="24"/>
          <w:szCs w:val="24"/>
        </w:rPr>
        <w:br/>
        <w:t>Third: her.</w:t>
      </w:r>
    </w:p>
    <w:p w14:paraId="369661CC" w14:textId="77777777" w:rsidR="00CD4362" w:rsidRPr="00C9454D" w:rsidRDefault="00CD4362" w:rsidP="00C9454D">
      <w:pPr>
        <w:rPr>
          <w:sz w:val="24"/>
          <w:szCs w:val="24"/>
        </w:rPr>
      </w:pPr>
      <w:r w:rsidRPr="00C9454D">
        <w:rPr>
          <w:sz w:val="24"/>
          <w:szCs w:val="24"/>
        </w:rPr>
        <w:t>I never said her name. Never even glanced her way until the last note.</w:t>
      </w:r>
    </w:p>
    <w:p w14:paraId="4232AE58" w14:textId="77777777" w:rsidR="00CD4362" w:rsidRPr="00C9454D" w:rsidRDefault="00CD4362" w:rsidP="00C9454D">
      <w:pPr>
        <w:rPr>
          <w:sz w:val="24"/>
          <w:szCs w:val="24"/>
        </w:rPr>
      </w:pPr>
      <w:r w:rsidRPr="00C9454D">
        <w:rPr>
          <w:sz w:val="24"/>
          <w:szCs w:val="24"/>
        </w:rPr>
        <w:t>And when I did—just for a second—she looked back. Eyes wide. Lip parted. The kind of gaze you don’t survive unchanged.</w:t>
      </w:r>
    </w:p>
    <w:p w14:paraId="2D573AA4" w14:textId="77777777" w:rsidR="00CD4362" w:rsidRPr="00C9454D" w:rsidRDefault="00FE197F" w:rsidP="00C9454D">
      <w:pPr>
        <w:rPr>
          <w:sz w:val="24"/>
          <w:szCs w:val="24"/>
        </w:rPr>
      </w:pPr>
      <w:r>
        <w:rPr>
          <w:noProof/>
          <w:sz w:val="24"/>
          <w:szCs w:val="24"/>
        </w:rPr>
      </w:r>
      <w:r w:rsidR="00FE197F">
        <w:rPr>
          <w:noProof/>
          <w:sz w:val="24"/>
          <w:szCs w:val="24"/>
        </w:rPr>
        <w:pict w14:anchorId="75793A05">
          <v:rect id="_x0000_i1112" style="width:0;height:1.5pt" o:hralign="center" o:hrstd="t" o:hr="t" fillcolor="#a0a0a0" stroked="f"/>
        </w:pict>
      </w:r>
    </w:p>
    <w:p w14:paraId="067162CC" w14:textId="77777777" w:rsidR="00CD4362" w:rsidRPr="00C9454D" w:rsidRDefault="00CD4362" w:rsidP="00C9454D">
      <w:pPr>
        <w:rPr>
          <w:sz w:val="24"/>
          <w:szCs w:val="24"/>
        </w:rPr>
      </w:pPr>
      <w:r w:rsidRPr="00C9454D">
        <w:rPr>
          <w:sz w:val="24"/>
          <w:szCs w:val="24"/>
        </w:rPr>
        <w:t>I left the stage to silence.</w:t>
      </w:r>
    </w:p>
    <w:p w14:paraId="46E7EEF2" w14:textId="77777777" w:rsidR="00CD4362" w:rsidRPr="00C9454D" w:rsidRDefault="00CD4362" w:rsidP="00C9454D">
      <w:pPr>
        <w:rPr>
          <w:sz w:val="24"/>
          <w:szCs w:val="24"/>
        </w:rPr>
      </w:pPr>
      <w:r w:rsidRPr="00C9454D">
        <w:rPr>
          <w:sz w:val="24"/>
          <w:szCs w:val="24"/>
        </w:rPr>
        <w:t>But not the bad kind. The kind you get right before a storm breaks.</w:t>
      </w:r>
    </w:p>
    <w:p w14:paraId="4AC694A7" w14:textId="77777777" w:rsidR="00CD4362" w:rsidRPr="00C9454D" w:rsidRDefault="00CD4362" w:rsidP="00C9454D">
      <w:pPr>
        <w:rPr>
          <w:sz w:val="24"/>
          <w:szCs w:val="24"/>
        </w:rPr>
      </w:pPr>
      <w:r w:rsidRPr="00C9454D">
        <w:rPr>
          <w:sz w:val="24"/>
          <w:szCs w:val="24"/>
        </w:rPr>
        <w:t xml:space="preserve">Some noble daughters clutched their fans. A few of the lords cleared their throats. I heard the whispers: </w:t>
      </w:r>
      <w:r w:rsidRPr="00C9454D">
        <w:rPr>
          <w:i/>
          <w:iCs/>
          <w:sz w:val="24"/>
          <w:szCs w:val="24"/>
        </w:rPr>
        <w:t>“He sings like a prince, but dances like a stable boy.”</w:t>
      </w:r>
      <w:r w:rsidRPr="00C9454D">
        <w:rPr>
          <w:sz w:val="24"/>
          <w:szCs w:val="24"/>
        </w:rPr>
        <w:br/>
      </w:r>
      <w:r w:rsidRPr="00C9454D">
        <w:rPr>
          <w:i/>
          <w:iCs/>
          <w:sz w:val="24"/>
          <w:szCs w:val="24"/>
        </w:rPr>
        <w:t>“Imagine if he weren’t…”</w:t>
      </w:r>
      <w:r w:rsidRPr="00C9454D">
        <w:rPr>
          <w:sz w:val="24"/>
          <w:szCs w:val="24"/>
        </w:rPr>
        <w:br/>
        <w:t>They never finished the sentence. They didn’t have to.</w:t>
      </w:r>
    </w:p>
    <w:p w14:paraId="3F41A33C" w14:textId="77777777" w:rsidR="00CD4362" w:rsidRPr="00C9454D" w:rsidRDefault="00CD4362" w:rsidP="00C9454D">
      <w:pPr>
        <w:rPr>
          <w:sz w:val="24"/>
          <w:szCs w:val="24"/>
        </w:rPr>
      </w:pPr>
      <w:r w:rsidRPr="00C9454D">
        <w:rPr>
          <w:sz w:val="24"/>
          <w:szCs w:val="24"/>
        </w:rPr>
        <w:t xml:space="preserve">I knew what they saw. What I </w:t>
      </w:r>
      <w:r w:rsidRPr="00C9454D">
        <w:rPr>
          <w:i/>
          <w:iCs/>
          <w:sz w:val="24"/>
          <w:szCs w:val="24"/>
        </w:rPr>
        <w:t>wasn’t.</w:t>
      </w:r>
    </w:p>
    <w:p w14:paraId="54200319" w14:textId="77777777" w:rsidR="00CD4362" w:rsidRPr="00C9454D" w:rsidRDefault="00CD4362" w:rsidP="00C9454D">
      <w:pPr>
        <w:rPr>
          <w:sz w:val="24"/>
          <w:szCs w:val="24"/>
        </w:rPr>
      </w:pPr>
      <w:r w:rsidRPr="00C9454D">
        <w:rPr>
          <w:sz w:val="24"/>
          <w:szCs w:val="24"/>
        </w:rPr>
        <w:t>And I knew that for a girl like Millie—fair-skinned, bright-blooded—loving me would never come quietly.</w:t>
      </w:r>
    </w:p>
    <w:p w14:paraId="6B23A8CD" w14:textId="77777777" w:rsidR="00CD4362" w:rsidRPr="00C9454D" w:rsidRDefault="00CD4362" w:rsidP="00C9454D">
      <w:pPr>
        <w:rPr>
          <w:sz w:val="24"/>
          <w:szCs w:val="24"/>
        </w:rPr>
      </w:pPr>
      <w:r w:rsidRPr="00C9454D">
        <w:rPr>
          <w:sz w:val="24"/>
          <w:szCs w:val="24"/>
        </w:rPr>
        <w:t>But I also knew what I saw in her that night.</w:t>
      </w:r>
    </w:p>
    <w:p w14:paraId="520FAEB1" w14:textId="77777777" w:rsidR="00CD4362" w:rsidRPr="00C9454D" w:rsidRDefault="00CD4362" w:rsidP="00C9454D">
      <w:pPr>
        <w:rPr>
          <w:sz w:val="24"/>
          <w:szCs w:val="24"/>
        </w:rPr>
      </w:pPr>
      <w:r w:rsidRPr="00C9454D">
        <w:rPr>
          <w:sz w:val="24"/>
          <w:szCs w:val="24"/>
        </w:rPr>
        <w:t>Not pity. Not curiosity.</w:t>
      </w:r>
      <w:r w:rsidRPr="00C9454D">
        <w:rPr>
          <w:sz w:val="24"/>
          <w:szCs w:val="24"/>
        </w:rPr>
        <w:br/>
        <w:t>Recognition.</w:t>
      </w:r>
    </w:p>
    <w:p w14:paraId="3EAD9DA2" w14:textId="77777777" w:rsidR="00CD4362" w:rsidRPr="00C9454D" w:rsidRDefault="00FE197F" w:rsidP="00C9454D">
      <w:pPr>
        <w:rPr>
          <w:sz w:val="24"/>
          <w:szCs w:val="24"/>
        </w:rPr>
      </w:pPr>
      <w:r>
        <w:rPr>
          <w:noProof/>
          <w:sz w:val="24"/>
          <w:szCs w:val="24"/>
        </w:rPr>
      </w:r>
      <w:r w:rsidR="00FE197F">
        <w:rPr>
          <w:noProof/>
          <w:sz w:val="24"/>
          <w:szCs w:val="24"/>
        </w:rPr>
        <w:pict w14:anchorId="46B3C641">
          <v:rect id="_x0000_i1113" style="width:0;height:1.5pt" o:hralign="center" o:hrstd="t" o:hr="t" fillcolor="#a0a0a0" stroked="f"/>
        </w:pict>
      </w:r>
    </w:p>
    <w:p w14:paraId="683B1CFD" w14:textId="42BCFAC9" w:rsidR="00DD7DEB" w:rsidRPr="00C9454D" w:rsidRDefault="00FE197F" w:rsidP="00C9454D">
      <w:pPr>
        <w:rPr>
          <w:sz w:val="24"/>
          <w:szCs w:val="24"/>
        </w:rPr>
      </w:pPr>
      <w:r>
        <w:rPr>
          <w:noProof/>
          <w:sz w:val="24"/>
          <w:szCs w:val="24"/>
        </w:rPr>
      </w:r>
      <w:r w:rsidR="00FE197F">
        <w:rPr>
          <w:noProof/>
          <w:sz w:val="24"/>
          <w:szCs w:val="24"/>
        </w:rPr>
        <w:pict w14:anchorId="79C98FF0">
          <v:rect id="_x0000_i1114" style="width:0;height:1.5pt" o:hralign="center" o:hrstd="t" o:hr="t" fillcolor="#a0a0a0" stroked="f"/>
        </w:pict>
      </w:r>
      <w:r w:rsidR="00DD7DEB" w:rsidRPr="00C9454D">
        <w:rPr>
          <w:sz w:val="24"/>
          <w:szCs w:val="24"/>
        </w:rPr>
        <w:t>The Baron’s Autumn Ball came quickly. A night of wine, showing off, and talent. Millie was helping her mother polish silver when she overheard two noble daughters laughing.</w:t>
      </w:r>
    </w:p>
    <w:p w14:paraId="3ED3F957" w14:textId="77777777" w:rsidR="00DD7DEB" w:rsidRPr="00C9454D" w:rsidRDefault="00DD7DEB" w:rsidP="00C9454D">
      <w:pPr>
        <w:rPr>
          <w:sz w:val="24"/>
          <w:szCs w:val="24"/>
        </w:rPr>
      </w:pPr>
      <w:r w:rsidRPr="00C9454D">
        <w:rPr>
          <w:i/>
          <w:iCs/>
          <w:sz w:val="24"/>
          <w:szCs w:val="24"/>
        </w:rPr>
        <w:t xml:space="preserve">“You heard he’s performing? </w:t>
      </w:r>
      <w:proofErr w:type="spellStart"/>
      <w:r w:rsidRPr="00C9454D">
        <w:rPr>
          <w:i/>
          <w:iCs/>
          <w:sz w:val="24"/>
          <w:szCs w:val="24"/>
        </w:rPr>
        <w:t>Alric’s</w:t>
      </w:r>
      <w:proofErr w:type="spellEnd"/>
      <w:r w:rsidRPr="00C9454D">
        <w:rPr>
          <w:i/>
          <w:iCs/>
          <w:sz w:val="24"/>
          <w:szCs w:val="24"/>
        </w:rPr>
        <w:t xml:space="preserve"> little pet?”</w:t>
      </w:r>
      <w:r w:rsidRPr="00C9454D">
        <w:rPr>
          <w:sz w:val="24"/>
          <w:szCs w:val="24"/>
        </w:rPr>
        <w:br/>
      </w:r>
      <w:r w:rsidRPr="00C9454D">
        <w:rPr>
          <w:i/>
          <w:iCs/>
          <w:sz w:val="24"/>
          <w:szCs w:val="24"/>
        </w:rPr>
        <w:t>“He sings like a minstrel, but dances like he’s barefoot.”</w:t>
      </w:r>
      <w:r w:rsidRPr="00C9454D">
        <w:rPr>
          <w:sz w:val="24"/>
          <w:szCs w:val="24"/>
        </w:rPr>
        <w:br/>
      </w:r>
      <w:r w:rsidRPr="00C9454D">
        <w:rPr>
          <w:i/>
          <w:iCs/>
          <w:sz w:val="24"/>
          <w:szCs w:val="24"/>
        </w:rPr>
        <w:t>“He’s not one of us. Not really. Just dark enough to make it interesting.”</w:t>
      </w:r>
    </w:p>
    <w:p w14:paraId="651159DE" w14:textId="77777777" w:rsidR="00DD7DEB" w:rsidRPr="00C9454D" w:rsidRDefault="00DD7DEB" w:rsidP="00C9454D">
      <w:pPr>
        <w:rPr>
          <w:sz w:val="24"/>
          <w:szCs w:val="24"/>
        </w:rPr>
      </w:pPr>
      <w:r w:rsidRPr="00C9454D">
        <w:rPr>
          <w:sz w:val="24"/>
          <w:szCs w:val="24"/>
        </w:rPr>
        <w:t>Millie dropped the tray. Her mother slapped her ear.</w:t>
      </w:r>
    </w:p>
    <w:p w14:paraId="65B17CA0" w14:textId="77777777" w:rsidR="00DD7DEB" w:rsidRPr="00C9454D" w:rsidRDefault="00DD7DEB" w:rsidP="00C9454D">
      <w:pPr>
        <w:rPr>
          <w:sz w:val="24"/>
          <w:szCs w:val="24"/>
        </w:rPr>
      </w:pPr>
      <w:r w:rsidRPr="00C9454D">
        <w:rPr>
          <w:sz w:val="24"/>
          <w:szCs w:val="24"/>
        </w:rPr>
        <w:t>She knew better than to speak. But that night, she would watch differently.</w:t>
      </w:r>
    </w:p>
    <w:p w14:paraId="01D06160" w14:textId="6C6C59C2" w:rsidR="00DD7DEB" w:rsidRPr="00C9454D" w:rsidRDefault="00FE197F" w:rsidP="00C9454D">
      <w:pPr>
        <w:rPr>
          <w:sz w:val="24"/>
          <w:szCs w:val="24"/>
        </w:rPr>
      </w:pPr>
      <w:r>
        <w:rPr>
          <w:noProof/>
          <w:sz w:val="24"/>
          <w:szCs w:val="24"/>
        </w:rPr>
      </w:r>
      <w:r w:rsidR="00FE197F">
        <w:rPr>
          <w:noProof/>
          <w:sz w:val="24"/>
          <w:szCs w:val="24"/>
        </w:rPr>
        <w:pict w14:anchorId="0E792B29">
          <v:rect id="_x0000_i1115" style="width:0;height:1.5pt" o:hralign="center" o:hrstd="t" o:hr="t" fillcolor="#a0a0a0" stroked="f"/>
        </w:pict>
      </w:r>
    </w:p>
    <w:p w14:paraId="323462CA" w14:textId="77777777" w:rsidR="00DD7DEB" w:rsidRPr="00C9454D" w:rsidRDefault="00DD7DEB" w:rsidP="00C9454D">
      <w:pPr>
        <w:rPr>
          <w:sz w:val="24"/>
          <w:szCs w:val="24"/>
        </w:rPr>
      </w:pPr>
      <w:r w:rsidRPr="00C9454D">
        <w:rPr>
          <w:sz w:val="24"/>
          <w:szCs w:val="24"/>
        </w:rPr>
        <w:t>The months that followed unfolded slowly. Their world was not safe for declarations. Millie was fair-haired, pale, a steward’s daughter—elevated enough to be seen, not enough to choose freely. Rowan was talented, yes. Enchanting, yes. But darker. Different. Not noble enough to protect her from rumor.</w:t>
      </w:r>
    </w:p>
    <w:p w14:paraId="1EBE9ABB" w14:textId="77777777" w:rsidR="00DD7DEB" w:rsidRPr="00C9454D" w:rsidRDefault="00DD7DEB" w:rsidP="00C9454D">
      <w:pPr>
        <w:rPr>
          <w:sz w:val="24"/>
          <w:szCs w:val="24"/>
        </w:rPr>
      </w:pPr>
      <w:r w:rsidRPr="00C9454D">
        <w:rPr>
          <w:sz w:val="24"/>
          <w:szCs w:val="24"/>
        </w:rPr>
        <w:t>Some whispered when they stood too near the chapel gate. Others watched with tight-lipped curiosity when she lingered too long after a garden performance. Even her mother, once proud of Millie’s good behavior, began to warn her against "confusing affection with admiration."</w:t>
      </w:r>
    </w:p>
    <w:p w14:paraId="1142BD05" w14:textId="77777777" w:rsidR="00DD7DEB" w:rsidRPr="00C9454D" w:rsidRDefault="00DD7DEB" w:rsidP="00C9454D">
      <w:pPr>
        <w:rPr>
          <w:sz w:val="24"/>
          <w:szCs w:val="24"/>
        </w:rPr>
      </w:pPr>
      <w:r w:rsidRPr="00C9454D">
        <w:rPr>
          <w:i/>
          <w:iCs/>
          <w:sz w:val="24"/>
          <w:szCs w:val="24"/>
        </w:rPr>
        <w:t>“He sings like sin, Millie. Don’t think that makes him your salvation.”</w:t>
      </w:r>
    </w:p>
    <w:p w14:paraId="485A2E6D" w14:textId="77777777" w:rsidR="00DD7DEB" w:rsidRPr="00C9454D" w:rsidRDefault="00DD7DEB" w:rsidP="00C9454D">
      <w:pPr>
        <w:rPr>
          <w:sz w:val="24"/>
          <w:szCs w:val="24"/>
        </w:rPr>
      </w:pPr>
      <w:r w:rsidRPr="00C9454D">
        <w:rPr>
          <w:sz w:val="24"/>
          <w:szCs w:val="24"/>
        </w:rPr>
        <w:t>But Millie didn’t want saving. She wanted truth. And in Rowan’s presence, she felt more herself than anywhere else.</w:t>
      </w:r>
    </w:p>
    <w:p w14:paraId="46B3DB9F" w14:textId="6E5B1ACE" w:rsidR="00DD7DEB" w:rsidRPr="00C9454D" w:rsidRDefault="00DD7DEB" w:rsidP="00C9454D">
      <w:pPr>
        <w:rPr>
          <w:sz w:val="24"/>
          <w:szCs w:val="24"/>
        </w:rPr>
      </w:pPr>
      <w:r w:rsidRPr="00C9454D">
        <w:rPr>
          <w:sz w:val="24"/>
          <w:szCs w:val="24"/>
        </w:rPr>
        <w:t>He never pushed. Never claimed. Just offered presence. A question now and then. A flower left at her step. A verse folded insi</w:t>
      </w:r>
      <w:r w:rsidR="00DD1FF5" w:rsidRPr="00C9454D">
        <w:rPr>
          <w:sz w:val="24"/>
          <w:szCs w:val="24"/>
        </w:rPr>
        <w:t xml:space="preserve">de </w:t>
      </w:r>
      <w:r w:rsidRPr="00C9454D">
        <w:rPr>
          <w:sz w:val="24"/>
          <w:szCs w:val="24"/>
        </w:rPr>
        <w:t>a berry tart.</w:t>
      </w:r>
    </w:p>
    <w:p w14:paraId="7CFD3C4C" w14:textId="77777777" w:rsidR="00DD7DEB" w:rsidRPr="00C9454D" w:rsidRDefault="00DD7DEB" w:rsidP="00C9454D">
      <w:pPr>
        <w:rPr>
          <w:sz w:val="24"/>
          <w:szCs w:val="24"/>
        </w:rPr>
      </w:pPr>
      <w:r w:rsidRPr="00C9454D">
        <w:rPr>
          <w:sz w:val="24"/>
          <w:szCs w:val="24"/>
        </w:rPr>
        <w:t xml:space="preserve">When he finally asked—beneath the old oak, where they’d begun—he didn’t offer love. He offered </w:t>
      </w:r>
      <w:r w:rsidRPr="00C9454D">
        <w:rPr>
          <w:i/>
          <w:iCs/>
          <w:sz w:val="24"/>
          <w:szCs w:val="24"/>
        </w:rPr>
        <w:t>seeing</w:t>
      </w:r>
      <w:r w:rsidRPr="00C9454D">
        <w:rPr>
          <w:sz w:val="24"/>
          <w:szCs w:val="24"/>
        </w:rPr>
        <w:t>.</w:t>
      </w:r>
    </w:p>
    <w:p w14:paraId="19FF3223" w14:textId="48EED41B" w:rsidR="00DD7DEB" w:rsidRPr="00C9454D" w:rsidRDefault="00DD7DEB" w:rsidP="00C9454D">
      <w:pPr>
        <w:rPr>
          <w:sz w:val="24"/>
          <w:szCs w:val="24"/>
        </w:rPr>
      </w:pPr>
      <w:r w:rsidRPr="00C9454D">
        <w:rPr>
          <w:i/>
          <w:iCs/>
          <w:sz w:val="24"/>
          <w:szCs w:val="24"/>
        </w:rPr>
        <w:t>“I won’t ask you to forget who you are. Or who I am. But if you’d let me… I’d like to walk besi</w:t>
      </w:r>
      <w:r w:rsidR="00DD1FF5" w:rsidRPr="00C9454D">
        <w:rPr>
          <w:i/>
          <w:iCs/>
          <w:sz w:val="24"/>
          <w:szCs w:val="24"/>
        </w:rPr>
        <w:t xml:space="preserve">de </w:t>
      </w:r>
      <w:r w:rsidRPr="00C9454D">
        <w:rPr>
          <w:i/>
          <w:iCs/>
          <w:sz w:val="24"/>
          <w:szCs w:val="24"/>
        </w:rPr>
        <w:t>you anyway.”</w:t>
      </w:r>
    </w:p>
    <w:p w14:paraId="6E332C5F" w14:textId="77777777" w:rsidR="00DD7DEB" w:rsidRPr="00C9454D" w:rsidRDefault="00DD7DEB" w:rsidP="00C9454D">
      <w:pPr>
        <w:rPr>
          <w:sz w:val="24"/>
          <w:szCs w:val="24"/>
        </w:rPr>
      </w:pPr>
      <w:r w:rsidRPr="00C9454D">
        <w:rPr>
          <w:sz w:val="24"/>
          <w:szCs w:val="24"/>
        </w:rPr>
        <w:t>And she said yes. Not in defiance. But in absolute clarity.</w:t>
      </w:r>
    </w:p>
    <w:p w14:paraId="3C3A398A" w14:textId="77777777" w:rsidR="00DD7DEB" w:rsidRPr="00C9454D" w:rsidRDefault="00FE197F" w:rsidP="00C9454D">
      <w:pPr>
        <w:rPr>
          <w:sz w:val="24"/>
          <w:szCs w:val="24"/>
        </w:rPr>
      </w:pPr>
      <w:r>
        <w:rPr>
          <w:noProof/>
          <w:sz w:val="24"/>
          <w:szCs w:val="24"/>
        </w:rPr>
      </w:r>
      <w:r w:rsidR="00FE197F">
        <w:rPr>
          <w:noProof/>
          <w:sz w:val="24"/>
          <w:szCs w:val="24"/>
        </w:rPr>
        <w:pict w14:anchorId="23DF8972">
          <v:rect id="_x0000_i1116" style="width:0;height:1.5pt" o:hralign="center" o:hrstd="t" o:hr="t" fillcolor="#a0a0a0" stroked="f"/>
        </w:pict>
      </w:r>
    </w:p>
    <w:p w14:paraId="20BE34E2" w14:textId="77777777" w:rsidR="00DD7DEB" w:rsidRPr="00C9454D" w:rsidRDefault="00DD7DEB" w:rsidP="00C9454D">
      <w:pPr>
        <w:rPr>
          <w:sz w:val="24"/>
          <w:szCs w:val="24"/>
        </w:rPr>
      </w:pPr>
      <w:r w:rsidRPr="00C9454D">
        <w:rPr>
          <w:sz w:val="24"/>
          <w:szCs w:val="24"/>
        </w:rPr>
        <w:t>They married the following spring.</w:t>
      </w:r>
    </w:p>
    <w:p w14:paraId="3BFF7C19" w14:textId="77777777" w:rsidR="00DD7DEB" w:rsidRPr="00C9454D" w:rsidRDefault="00DD7DEB" w:rsidP="00C9454D">
      <w:pPr>
        <w:rPr>
          <w:sz w:val="24"/>
          <w:szCs w:val="24"/>
        </w:rPr>
      </w:pPr>
      <w:r w:rsidRPr="00C9454D">
        <w:rPr>
          <w:sz w:val="24"/>
          <w:szCs w:val="24"/>
        </w:rPr>
        <w:t>And though the village never stopped whispering, and some family didn’t attend, Millie walked down that aisle with her head high—and Rowan sang to her the song she had longed for since the autumn ball.</w:t>
      </w:r>
    </w:p>
    <w:p w14:paraId="5348952F" w14:textId="77777777" w:rsidR="00DD7DEB" w:rsidRPr="00C9454D" w:rsidRDefault="00DD7DEB" w:rsidP="00C9454D">
      <w:pPr>
        <w:rPr>
          <w:sz w:val="24"/>
          <w:szCs w:val="24"/>
        </w:rPr>
      </w:pPr>
      <w:r w:rsidRPr="00C9454D">
        <w:rPr>
          <w:sz w:val="24"/>
          <w:szCs w:val="24"/>
        </w:rPr>
        <w:t>It wasn’t easy. It wasn’t ever simple. But it was sacred. And it was true.</w:t>
      </w:r>
    </w:p>
    <w:p w14:paraId="748715A4" w14:textId="77777777" w:rsidR="00340015" w:rsidRPr="00C9454D" w:rsidRDefault="00340015" w:rsidP="00C9454D">
      <w:pPr>
        <w:pStyle w:val="Heading2"/>
        <w:rPr>
          <w:sz w:val="24"/>
          <w:szCs w:val="24"/>
        </w:rPr>
      </w:pPr>
    </w:p>
    <w:p w14:paraId="72CC4179" w14:textId="199E9A03" w:rsidR="005E6CC4" w:rsidRPr="00C9454D" w:rsidRDefault="00340015" w:rsidP="00C9454D">
      <w:pPr>
        <w:pStyle w:val="Heading2"/>
        <w:rPr>
          <w:sz w:val="24"/>
          <w:szCs w:val="24"/>
        </w:rPr>
      </w:pPr>
      <w:r w:rsidRPr="00C9454D">
        <w:rPr>
          <w:sz w:val="24"/>
          <w:szCs w:val="24"/>
        </w:rPr>
        <w:t>Night of Changes</w:t>
      </w:r>
    </w:p>
    <w:p w14:paraId="0231D4FD" w14:textId="77777777" w:rsidR="005E6CC4" w:rsidRPr="00C9454D" w:rsidRDefault="005E6CC4" w:rsidP="00C9454D">
      <w:pPr>
        <w:rPr>
          <w:sz w:val="24"/>
          <w:szCs w:val="24"/>
        </w:rPr>
      </w:pPr>
    </w:p>
    <w:p w14:paraId="498198E3" w14:textId="20F8C1DC" w:rsidR="00A06E85" w:rsidRPr="00C9454D" w:rsidRDefault="00A06E85" w:rsidP="00C9454D">
      <w:pPr>
        <w:rPr>
          <w:sz w:val="24"/>
          <w:szCs w:val="24"/>
        </w:rPr>
      </w:pPr>
      <w:r w:rsidRPr="00C9454D">
        <w:rPr>
          <w:sz w:val="24"/>
          <w:szCs w:val="24"/>
        </w:rPr>
        <w:t xml:space="preserve">Rowan had seen </w:t>
      </w:r>
      <w:proofErr w:type="spellStart"/>
      <w:r w:rsidRPr="00C9454D">
        <w:rPr>
          <w:sz w:val="24"/>
          <w:szCs w:val="24"/>
        </w:rPr>
        <w:t>Oswin’s</w:t>
      </w:r>
      <w:proofErr w:type="spellEnd"/>
      <w:r w:rsidRPr="00C9454D">
        <w:rPr>
          <w:sz w:val="24"/>
          <w:szCs w:val="24"/>
        </w:rPr>
        <w:t xml:space="preserve"> darkness firsthand, but nothing had prepared him for the night that would change everything.</w:t>
      </w:r>
    </w:p>
    <w:p w14:paraId="0BD31B41" w14:textId="77777777" w:rsidR="00A06E85" w:rsidRPr="00C9454D" w:rsidRDefault="00A06E85" w:rsidP="00C9454D">
      <w:pPr>
        <w:rPr>
          <w:sz w:val="24"/>
          <w:szCs w:val="24"/>
        </w:rPr>
      </w:pPr>
      <w:r w:rsidRPr="00C9454D">
        <w:rPr>
          <w:sz w:val="24"/>
          <w:szCs w:val="24"/>
        </w:rPr>
        <w:t>It was late, and the estate was quiet save for the occasional howl of the wind through the trees. Rowan had finished his work early and decided to return to the manor to deliver the tools he had borrowed. As he approached the great hall, muffled cries reached his ears. At first, he hesitated, unsure if he should intervene, but the cries turned into screams, and Rowan’s blood ran cold.</w:t>
      </w:r>
    </w:p>
    <w:p w14:paraId="3CC93779" w14:textId="77777777" w:rsidR="00A06E85" w:rsidRPr="00C9454D" w:rsidRDefault="00A06E85" w:rsidP="00C9454D">
      <w:pPr>
        <w:rPr>
          <w:sz w:val="24"/>
          <w:szCs w:val="24"/>
        </w:rPr>
      </w:pPr>
      <w:r w:rsidRPr="00C9454D">
        <w:rPr>
          <w:sz w:val="24"/>
          <w:szCs w:val="24"/>
        </w:rPr>
        <w:t xml:space="preserve">He pushed open the heavy oak door to find Lord </w:t>
      </w:r>
      <w:proofErr w:type="spellStart"/>
      <w:r w:rsidRPr="00C9454D">
        <w:rPr>
          <w:sz w:val="24"/>
          <w:szCs w:val="24"/>
        </w:rPr>
        <w:t>Oswin</w:t>
      </w:r>
      <w:proofErr w:type="spellEnd"/>
      <w:r w:rsidRPr="00C9454D">
        <w:rPr>
          <w:sz w:val="24"/>
          <w:szCs w:val="24"/>
        </w:rPr>
        <w:t xml:space="preserve"> towering over his wife, Lady </w:t>
      </w:r>
      <w:proofErr w:type="spellStart"/>
      <w:r w:rsidRPr="00C9454D">
        <w:rPr>
          <w:sz w:val="24"/>
          <w:szCs w:val="24"/>
        </w:rPr>
        <w:t>Evelyne</w:t>
      </w:r>
      <w:proofErr w:type="spellEnd"/>
      <w:r w:rsidRPr="00C9454D">
        <w:rPr>
          <w:sz w:val="24"/>
          <w:szCs w:val="24"/>
        </w:rPr>
        <w:t>, his fists clenched and his face contorted with rage. Her delicate frame lay crumpled on the ground, her face streaked with blood and tears. Rowan froze, the horror of the scene momentarily paralyzing him.</w:t>
      </w:r>
    </w:p>
    <w:p w14:paraId="0E61F2E7" w14:textId="71C23D80" w:rsidR="00A06E85" w:rsidRPr="00C9454D" w:rsidRDefault="00A06E85" w:rsidP="00C9454D">
      <w:pPr>
        <w:rPr>
          <w:sz w:val="24"/>
          <w:szCs w:val="24"/>
        </w:rPr>
      </w:pPr>
      <w:proofErr w:type="spellStart"/>
      <w:r w:rsidRPr="00C9454D">
        <w:rPr>
          <w:sz w:val="24"/>
          <w:szCs w:val="24"/>
        </w:rPr>
        <w:t>Oswin’s</w:t>
      </w:r>
      <w:proofErr w:type="spellEnd"/>
      <w:r w:rsidRPr="00C9454D">
        <w:rPr>
          <w:sz w:val="24"/>
          <w:szCs w:val="24"/>
        </w:rPr>
        <w:t xml:space="preserve"> eyes snapped to Rowan, his fury unbridled. “What are you doing here, </w:t>
      </w:r>
      <w:r w:rsidR="00882A0A" w:rsidRPr="00C9454D">
        <w:rPr>
          <w:sz w:val="24"/>
          <w:szCs w:val="24"/>
        </w:rPr>
        <w:t>boy</w:t>
      </w:r>
      <w:r w:rsidRPr="00C9454D">
        <w:rPr>
          <w:sz w:val="24"/>
          <w:szCs w:val="24"/>
        </w:rPr>
        <w:t>?” he snarled, his voice thick with venom.</w:t>
      </w:r>
    </w:p>
    <w:p w14:paraId="5EB04881" w14:textId="77777777" w:rsidR="00A06E85" w:rsidRPr="00C9454D" w:rsidRDefault="00A06E85" w:rsidP="00C9454D">
      <w:pPr>
        <w:rPr>
          <w:sz w:val="24"/>
          <w:szCs w:val="24"/>
        </w:rPr>
      </w:pPr>
      <w:r w:rsidRPr="00C9454D">
        <w:rPr>
          <w:sz w:val="24"/>
          <w:szCs w:val="24"/>
        </w:rPr>
        <w:t xml:space="preserve">Rowan’s gaze flickered to Lady </w:t>
      </w:r>
      <w:proofErr w:type="spellStart"/>
      <w:r w:rsidRPr="00C9454D">
        <w:rPr>
          <w:sz w:val="24"/>
          <w:szCs w:val="24"/>
        </w:rPr>
        <w:t>Evelyne</w:t>
      </w:r>
      <w:proofErr w:type="spellEnd"/>
      <w:r w:rsidRPr="00C9454D">
        <w:rPr>
          <w:sz w:val="24"/>
          <w:szCs w:val="24"/>
        </w:rPr>
        <w:t>, who was barely conscious, her breath shallow. He knew then that if he didn’t act, she would not survive the night. Summoning every ounce of courage, Rowan stepped forward. “This ends now,” he said, his voice steady but his hands trembling.</w:t>
      </w:r>
    </w:p>
    <w:p w14:paraId="2BDA6CBC" w14:textId="311B425A" w:rsidR="00A06E85" w:rsidRPr="00C9454D" w:rsidRDefault="00A06E85" w:rsidP="00C9454D">
      <w:pPr>
        <w:rPr>
          <w:sz w:val="24"/>
          <w:szCs w:val="24"/>
        </w:rPr>
      </w:pPr>
      <w:proofErr w:type="spellStart"/>
      <w:r w:rsidRPr="00C9454D">
        <w:rPr>
          <w:sz w:val="24"/>
          <w:szCs w:val="24"/>
        </w:rPr>
        <w:t>Oswin</w:t>
      </w:r>
      <w:proofErr w:type="spellEnd"/>
      <w:r w:rsidRPr="00C9454D">
        <w:rPr>
          <w:sz w:val="24"/>
          <w:szCs w:val="24"/>
        </w:rPr>
        <w:t xml:space="preserve"> sneered, lunging at Rowan with a blade. The struggle was chaotic, filled with the raw desperation of two men fighting for control. Rowan, stronger than </w:t>
      </w:r>
      <w:proofErr w:type="spellStart"/>
      <w:r w:rsidRPr="00C9454D">
        <w:rPr>
          <w:sz w:val="24"/>
          <w:szCs w:val="24"/>
        </w:rPr>
        <w:t>Oswin</w:t>
      </w:r>
      <w:proofErr w:type="spellEnd"/>
      <w:r w:rsidRPr="00C9454D">
        <w:rPr>
          <w:sz w:val="24"/>
          <w:szCs w:val="24"/>
        </w:rPr>
        <w:t xml:space="preserve"> had anticipated, managed to wrestle the bla</w:t>
      </w:r>
      <w:r w:rsidR="00DD1FF5" w:rsidRPr="00C9454D">
        <w:rPr>
          <w:sz w:val="24"/>
          <w:szCs w:val="24"/>
        </w:rPr>
        <w:t xml:space="preserve">de </w:t>
      </w:r>
      <w:r w:rsidRPr="00C9454D">
        <w:rPr>
          <w:sz w:val="24"/>
          <w:szCs w:val="24"/>
        </w:rPr>
        <w:t>away. In the heat of the moment, driven by instinct and the need to protect, Rowan plunged the bla</w:t>
      </w:r>
      <w:r w:rsidR="00DD1FF5" w:rsidRPr="00C9454D">
        <w:rPr>
          <w:sz w:val="24"/>
          <w:szCs w:val="24"/>
        </w:rPr>
        <w:t xml:space="preserve">de </w:t>
      </w:r>
      <w:r w:rsidRPr="00C9454D">
        <w:rPr>
          <w:sz w:val="24"/>
          <w:szCs w:val="24"/>
        </w:rPr>
        <w:t xml:space="preserve">into </w:t>
      </w:r>
      <w:proofErr w:type="spellStart"/>
      <w:r w:rsidRPr="00C9454D">
        <w:rPr>
          <w:sz w:val="24"/>
          <w:szCs w:val="24"/>
        </w:rPr>
        <w:t>Oswin’s</w:t>
      </w:r>
      <w:proofErr w:type="spellEnd"/>
      <w:r w:rsidRPr="00C9454D">
        <w:rPr>
          <w:sz w:val="24"/>
          <w:szCs w:val="24"/>
        </w:rPr>
        <w:t xml:space="preserve"> chest.</w:t>
      </w:r>
    </w:p>
    <w:p w14:paraId="758A230A" w14:textId="6162E96E" w:rsidR="00A06E85" w:rsidRPr="00C9454D" w:rsidRDefault="00A06E85" w:rsidP="00C9454D">
      <w:pPr>
        <w:rPr>
          <w:sz w:val="24"/>
          <w:szCs w:val="24"/>
        </w:rPr>
      </w:pPr>
      <w:r w:rsidRPr="00C9454D">
        <w:rPr>
          <w:sz w:val="24"/>
          <w:szCs w:val="24"/>
        </w:rPr>
        <w:t xml:space="preserve">The room fell silent, </w:t>
      </w:r>
      <w:r w:rsidR="00520A22">
        <w:rPr>
          <w:sz w:val="24"/>
          <w:szCs w:val="24"/>
        </w:rPr>
        <w:t>but</w:t>
      </w:r>
      <w:r w:rsidRPr="00C9454D">
        <w:rPr>
          <w:sz w:val="24"/>
          <w:szCs w:val="24"/>
        </w:rPr>
        <w:t xml:space="preserve"> for the labored breathing of Rowan and the faint whimper of Lady </w:t>
      </w:r>
      <w:proofErr w:type="spellStart"/>
      <w:r w:rsidRPr="00C9454D">
        <w:rPr>
          <w:sz w:val="24"/>
          <w:szCs w:val="24"/>
        </w:rPr>
        <w:t>Evelyne</w:t>
      </w:r>
      <w:proofErr w:type="spellEnd"/>
      <w:r w:rsidRPr="00C9454D">
        <w:rPr>
          <w:sz w:val="24"/>
          <w:szCs w:val="24"/>
        </w:rPr>
        <w:t>. Rowan looked down at the lifeless body of the man who had terrorized so many, his hands shaking as the reality of what he had done set in.</w:t>
      </w:r>
    </w:p>
    <w:p w14:paraId="4F6F200E" w14:textId="77777777" w:rsidR="00A06E85" w:rsidRPr="00C9454D" w:rsidRDefault="00A06E85" w:rsidP="00C9454D">
      <w:pPr>
        <w:rPr>
          <w:sz w:val="24"/>
          <w:szCs w:val="24"/>
        </w:rPr>
      </w:pPr>
    </w:p>
    <w:p w14:paraId="752DA8CD" w14:textId="77777777" w:rsidR="00A06E85" w:rsidRPr="00C9454D" w:rsidRDefault="00A06E85" w:rsidP="00C9454D">
      <w:pPr>
        <w:pStyle w:val="Heading2"/>
        <w:rPr>
          <w:sz w:val="24"/>
          <w:szCs w:val="24"/>
        </w:rPr>
      </w:pPr>
      <w:r w:rsidRPr="00C9454D">
        <w:rPr>
          <w:sz w:val="24"/>
          <w:szCs w:val="24"/>
        </w:rPr>
        <w:t>Becoming Outlaws</w:t>
      </w:r>
    </w:p>
    <w:p w14:paraId="0E700399" w14:textId="77777777" w:rsidR="00307822" w:rsidRPr="00C9454D" w:rsidRDefault="00307822" w:rsidP="00C9454D">
      <w:pPr>
        <w:rPr>
          <w:sz w:val="24"/>
          <w:szCs w:val="24"/>
        </w:rPr>
      </w:pPr>
    </w:p>
    <w:p w14:paraId="73B1BA01" w14:textId="77777777" w:rsidR="00A06E85" w:rsidRPr="00C9454D" w:rsidRDefault="00A06E85" w:rsidP="00C9454D">
      <w:pPr>
        <w:rPr>
          <w:sz w:val="24"/>
          <w:szCs w:val="24"/>
        </w:rPr>
      </w:pPr>
      <w:r w:rsidRPr="00C9454D">
        <w:rPr>
          <w:sz w:val="24"/>
          <w:szCs w:val="24"/>
        </w:rPr>
        <w:t xml:space="preserve">Word of Lord </w:t>
      </w:r>
      <w:proofErr w:type="spellStart"/>
      <w:r w:rsidRPr="00C9454D">
        <w:rPr>
          <w:sz w:val="24"/>
          <w:szCs w:val="24"/>
        </w:rPr>
        <w:t>Oswin’s</w:t>
      </w:r>
      <w:proofErr w:type="spellEnd"/>
      <w:r w:rsidRPr="00C9454D">
        <w:rPr>
          <w:sz w:val="24"/>
          <w:szCs w:val="24"/>
        </w:rPr>
        <w:t xml:space="preserve"> death spread quickly, and Rowan’s world crumbled overnight. Despite Lady </w:t>
      </w:r>
      <w:proofErr w:type="spellStart"/>
      <w:r w:rsidRPr="00C9454D">
        <w:rPr>
          <w:sz w:val="24"/>
          <w:szCs w:val="24"/>
        </w:rPr>
        <w:t>Evelyne’s</w:t>
      </w:r>
      <w:proofErr w:type="spellEnd"/>
      <w:r w:rsidRPr="00C9454D">
        <w:rPr>
          <w:sz w:val="24"/>
          <w:szCs w:val="24"/>
        </w:rPr>
        <w:t xml:space="preserve"> testimony that Rowan had saved her life, </w:t>
      </w:r>
      <w:proofErr w:type="spellStart"/>
      <w:r w:rsidRPr="00C9454D">
        <w:rPr>
          <w:sz w:val="24"/>
          <w:szCs w:val="24"/>
        </w:rPr>
        <w:t>Oswin’s</w:t>
      </w:r>
      <w:proofErr w:type="spellEnd"/>
      <w:r w:rsidRPr="00C9454D">
        <w:rPr>
          <w:sz w:val="24"/>
          <w:szCs w:val="24"/>
        </w:rPr>
        <w:t xml:space="preserve"> brothers—wealthy and influential men—spun a tale of murder, painting Rowan as a resentful peasant who had killed their beloved kin in cold blood. The law was not on Rowan’s side, and he was branded a fugitive.</w:t>
      </w:r>
    </w:p>
    <w:p w14:paraId="0439AA2F" w14:textId="6B00D5A6" w:rsidR="00A06E85" w:rsidRPr="00C9454D" w:rsidRDefault="00A06E85" w:rsidP="00C9454D">
      <w:pPr>
        <w:rPr>
          <w:sz w:val="24"/>
          <w:szCs w:val="24"/>
        </w:rPr>
      </w:pPr>
      <w:r w:rsidRPr="00C9454D">
        <w:rPr>
          <w:sz w:val="24"/>
          <w:szCs w:val="24"/>
        </w:rPr>
        <w:t>Rowan had no choice but to flee with his family. Millie, his sharp-witted and fiercely loyal wife, packed what little they could carry. Their children—</w:t>
      </w:r>
      <w:r w:rsidR="00454FD8" w:rsidRPr="00C9454D">
        <w:rPr>
          <w:sz w:val="24"/>
          <w:szCs w:val="24"/>
        </w:rPr>
        <w:t>Bram and L</w:t>
      </w:r>
      <w:r w:rsidR="006E2A1F" w:rsidRPr="00C9454D">
        <w:rPr>
          <w:sz w:val="24"/>
          <w:szCs w:val="24"/>
        </w:rPr>
        <w:t>yla</w:t>
      </w:r>
      <w:r w:rsidRPr="00C9454D">
        <w:rPr>
          <w:sz w:val="24"/>
          <w:szCs w:val="24"/>
        </w:rPr>
        <w:t>—were too young to fully understand the danger, but they sensed the urgency in their parents’ voices.</w:t>
      </w:r>
    </w:p>
    <w:p w14:paraId="33427D41" w14:textId="77777777" w:rsidR="00A06E85" w:rsidRPr="00C9454D" w:rsidRDefault="00A06E85" w:rsidP="00C9454D">
      <w:pPr>
        <w:rPr>
          <w:sz w:val="24"/>
          <w:szCs w:val="24"/>
        </w:rPr>
      </w:pPr>
      <w:r w:rsidRPr="00C9454D">
        <w:rPr>
          <w:sz w:val="24"/>
          <w:szCs w:val="24"/>
        </w:rPr>
        <w:t>The journey south was grueling. They moved under the cover of night, avoiding roads and settlements. Hunger and exhaustion became their constant companions, but Rowan and Millie shielded their children from despair with humor and stories. Rowan would spin tales of brave knights and clever tricksters, his laughter infectious even in the darkest moments. Millie’s quick wit brought smiles to their weary faces, and the children, despite their fear, found solace in their parents’ unwavering optimism.</w:t>
      </w:r>
    </w:p>
    <w:p w14:paraId="18CBF896" w14:textId="77777777" w:rsidR="00A06E85" w:rsidRPr="00C9454D" w:rsidRDefault="00A06E85" w:rsidP="00C9454D">
      <w:pPr>
        <w:rPr>
          <w:sz w:val="24"/>
          <w:szCs w:val="24"/>
        </w:rPr>
      </w:pPr>
      <w:r w:rsidRPr="00C9454D">
        <w:rPr>
          <w:sz w:val="24"/>
          <w:szCs w:val="24"/>
        </w:rPr>
        <w:t>By the time they reached the forests near Kent, the family had grown accustomed to life on the run. They joined a band of outlaws, finding camaraderie among those who, like them, had been cast out by an unjust system. Together, they survived, but Rowan’s heart ached for something more—for a chance to rebuild, to give his family a life beyond the shadows.</w:t>
      </w:r>
    </w:p>
    <w:p w14:paraId="640C6164" w14:textId="77777777" w:rsidR="00A06E85" w:rsidRPr="00C9454D" w:rsidRDefault="00A06E85" w:rsidP="00C9454D">
      <w:pPr>
        <w:rPr>
          <w:sz w:val="24"/>
          <w:szCs w:val="24"/>
        </w:rPr>
      </w:pPr>
    </w:p>
    <w:p w14:paraId="4A011D6F" w14:textId="77777777" w:rsidR="00A06E85" w:rsidRPr="00C9454D" w:rsidRDefault="00A06E85" w:rsidP="00C9454D">
      <w:pPr>
        <w:pStyle w:val="Heading2"/>
        <w:rPr>
          <w:sz w:val="24"/>
          <w:szCs w:val="24"/>
        </w:rPr>
      </w:pPr>
      <w:r w:rsidRPr="00C9454D">
        <w:rPr>
          <w:sz w:val="24"/>
          <w:szCs w:val="24"/>
        </w:rPr>
        <w:t>Finding Redemption</w:t>
      </w:r>
    </w:p>
    <w:p w14:paraId="07469137" w14:textId="77777777" w:rsidR="00307822" w:rsidRPr="00C9454D" w:rsidRDefault="00307822" w:rsidP="00C9454D">
      <w:pPr>
        <w:rPr>
          <w:sz w:val="24"/>
          <w:szCs w:val="24"/>
        </w:rPr>
      </w:pPr>
    </w:p>
    <w:p w14:paraId="27D2F894" w14:textId="34584838" w:rsidR="00A06E85" w:rsidRPr="00C9454D" w:rsidRDefault="00A06E85" w:rsidP="00C9454D">
      <w:pPr>
        <w:rPr>
          <w:sz w:val="24"/>
          <w:szCs w:val="24"/>
        </w:rPr>
      </w:pPr>
      <w:r w:rsidRPr="00C9454D">
        <w:rPr>
          <w:sz w:val="24"/>
          <w:szCs w:val="24"/>
        </w:rPr>
        <w:t xml:space="preserve">Whispers of </w:t>
      </w:r>
      <w:r w:rsidR="00522C4D" w:rsidRPr="00C9454D">
        <w:rPr>
          <w:sz w:val="24"/>
          <w:szCs w:val="24"/>
        </w:rPr>
        <w:t>High Haven</w:t>
      </w:r>
      <w:r w:rsidRPr="00C9454D">
        <w:rPr>
          <w:sz w:val="24"/>
          <w:szCs w:val="24"/>
        </w:rPr>
        <w:t xml:space="preserve"> reached Rowan like the first rays of dawn after a long night. It was said to be a place of mercy</w:t>
      </w:r>
      <w:r w:rsidR="0085236A">
        <w:rPr>
          <w:sz w:val="24"/>
          <w:szCs w:val="24"/>
        </w:rPr>
        <w:t>.</w:t>
      </w:r>
      <w:r w:rsidRPr="00C9454D">
        <w:rPr>
          <w:sz w:val="24"/>
          <w:szCs w:val="24"/>
        </w:rPr>
        <w:t xml:space="preserve"> At first, Rowan dismissed it as a myth, but as more travelers spoke of its leaders, Guy and Abilene, hope began to stir within him.</w:t>
      </w:r>
    </w:p>
    <w:p w14:paraId="639703A8" w14:textId="45642E4D" w:rsidR="00A06E85" w:rsidRPr="00C9454D" w:rsidRDefault="00A06E85" w:rsidP="00C9454D">
      <w:pPr>
        <w:rPr>
          <w:sz w:val="24"/>
          <w:szCs w:val="24"/>
        </w:rPr>
      </w:pPr>
      <w:r w:rsidRPr="00C9454D">
        <w:rPr>
          <w:sz w:val="24"/>
          <w:szCs w:val="24"/>
        </w:rPr>
        <w:t>When they finally arrived at the forest outsi</w:t>
      </w:r>
      <w:r w:rsidR="00DD1FF5" w:rsidRPr="00C9454D">
        <w:rPr>
          <w:sz w:val="24"/>
          <w:szCs w:val="24"/>
        </w:rPr>
        <w:t xml:space="preserve">de </w:t>
      </w:r>
      <w:r w:rsidR="00522C4D" w:rsidRPr="00C9454D">
        <w:rPr>
          <w:sz w:val="24"/>
          <w:szCs w:val="24"/>
        </w:rPr>
        <w:t>High Haven</w:t>
      </w:r>
      <w:r w:rsidRPr="00C9454D">
        <w:rPr>
          <w:sz w:val="24"/>
          <w:szCs w:val="24"/>
        </w:rPr>
        <w:t>, Rowan approached cautiously, his family watching from the trees. He carried no weapons, only the weight of his past and the hope for a better future. “We mean no harm,” he said, his deep voice steady but humble. “We’ve heard this is a place where second chances are given.”</w:t>
      </w:r>
    </w:p>
    <w:p w14:paraId="33741F38" w14:textId="423B3C20" w:rsidR="00A06E85" w:rsidRPr="00C9454D" w:rsidRDefault="00A06E85" w:rsidP="00C9454D">
      <w:pPr>
        <w:rPr>
          <w:sz w:val="24"/>
          <w:szCs w:val="24"/>
        </w:rPr>
      </w:pPr>
      <w:r w:rsidRPr="00C9454D">
        <w:rPr>
          <w:sz w:val="24"/>
          <w:szCs w:val="24"/>
        </w:rPr>
        <w:t xml:space="preserve">Abilene and </w:t>
      </w:r>
      <w:r w:rsidR="0065156B" w:rsidRPr="00C9454D">
        <w:rPr>
          <w:sz w:val="24"/>
          <w:szCs w:val="24"/>
        </w:rPr>
        <w:t xml:space="preserve">Father </w:t>
      </w:r>
      <w:proofErr w:type="spellStart"/>
      <w:r w:rsidR="0065156B" w:rsidRPr="00C9454D">
        <w:rPr>
          <w:sz w:val="24"/>
          <w:szCs w:val="24"/>
        </w:rPr>
        <w:t>Elric</w:t>
      </w:r>
      <w:proofErr w:type="spellEnd"/>
      <w:r w:rsidRPr="00C9454D">
        <w:rPr>
          <w:sz w:val="24"/>
          <w:szCs w:val="24"/>
        </w:rPr>
        <w:t xml:space="preserve"> listened to Rowan’s story, their faces unreadable. When he finished, Abilene studied him for a moment before speaking. “You’ve come seeking redemption, Rowan, but it must be earned. Are you willing to work for it?”</w:t>
      </w:r>
    </w:p>
    <w:p w14:paraId="08DE835C" w14:textId="77777777" w:rsidR="00A06E85" w:rsidRPr="00C9454D" w:rsidRDefault="00A06E85" w:rsidP="00C9454D">
      <w:pPr>
        <w:rPr>
          <w:sz w:val="24"/>
          <w:szCs w:val="24"/>
        </w:rPr>
      </w:pPr>
      <w:r w:rsidRPr="00C9454D">
        <w:rPr>
          <w:sz w:val="24"/>
          <w:szCs w:val="24"/>
        </w:rPr>
        <w:t>Rowan nodded without hesitation. “I’ll do whatever it takes.”</w:t>
      </w:r>
    </w:p>
    <w:p w14:paraId="5B6215FF" w14:textId="77777777" w:rsidR="00A06E85" w:rsidRPr="00C9454D" w:rsidRDefault="00A06E85" w:rsidP="00C9454D">
      <w:pPr>
        <w:rPr>
          <w:sz w:val="24"/>
          <w:szCs w:val="24"/>
        </w:rPr>
      </w:pPr>
    </w:p>
    <w:p w14:paraId="5CF2AC9B" w14:textId="77777777" w:rsidR="00A06E85" w:rsidRPr="00C9454D" w:rsidRDefault="00A06E85" w:rsidP="00C9454D">
      <w:pPr>
        <w:pStyle w:val="Heading2"/>
        <w:rPr>
          <w:sz w:val="24"/>
          <w:szCs w:val="24"/>
        </w:rPr>
      </w:pPr>
      <w:r w:rsidRPr="00C9454D">
        <w:rPr>
          <w:sz w:val="24"/>
          <w:szCs w:val="24"/>
        </w:rPr>
        <w:t>The Outlaw Outreach</w:t>
      </w:r>
    </w:p>
    <w:p w14:paraId="7970A46A" w14:textId="77777777" w:rsidR="00AD051C" w:rsidRPr="00C9454D" w:rsidRDefault="00AD051C" w:rsidP="00C9454D">
      <w:pPr>
        <w:rPr>
          <w:sz w:val="24"/>
          <w:szCs w:val="24"/>
        </w:rPr>
      </w:pPr>
    </w:p>
    <w:p w14:paraId="64D48F65" w14:textId="53136C5B" w:rsidR="00A06E85" w:rsidRPr="00C9454D" w:rsidRDefault="00A06E85" w:rsidP="00C9454D">
      <w:pPr>
        <w:rPr>
          <w:sz w:val="24"/>
          <w:szCs w:val="24"/>
        </w:rPr>
      </w:pPr>
      <w:r w:rsidRPr="00C9454D">
        <w:rPr>
          <w:sz w:val="24"/>
          <w:szCs w:val="24"/>
        </w:rPr>
        <w:t xml:space="preserve">Rowan quickly proved himself. His honesty, work ethic, and unwavering love for his family earned him the trust of the community. Abilene, seeing his potential, entrusted him with a unique role: to lead the Outlaw Outreach. Rowan became the first line of judgment for outlaws seeking redemption. He would meet them in the woods, away from the safety of </w:t>
      </w:r>
      <w:r w:rsidR="00522C4D" w:rsidRPr="00C9454D">
        <w:rPr>
          <w:sz w:val="24"/>
          <w:szCs w:val="24"/>
        </w:rPr>
        <w:t>High Haven</w:t>
      </w:r>
      <w:r w:rsidRPr="00C9454D">
        <w:rPr>
          <w:sz w:val="24"/>
          <w:szCs w:val="24"/>
        </w:rPr>
        <w:t>, and deci</w:t>
      </w:r>
      <w:r w:rsidR="00DD1FF5" w:rsidRPr="00C9454D">
        <w:rPr>
          <w:sz w:val="24"/>
          <w:szCs w:val="24"/>
        </w:rPr>
        <w:t xml:space="preserve">de </w:t>
      </w:r>
      <w:r w:rsidRPr="00C9454D">
        <w:rPr>
          <w:sz w:val="24"/>
          <w:szCs w:val="24"/>
        </w:rPr>
        <w:t>if they were ready to prove themselves.</w:t>
      </w:r>
    </w:p>
    <w:p w14:paraId="498E14C5" w14:textId="77777777" w:rsidR="00A06E85" w:rsidRPr="00C9454D" w:rsidRDefault="00A06E85" w:rsidP="00C9454D">
      <w:pPr>
        <w:rPr>
          <w:sz w:val="24"/>
          <w:szCs w:val="24"/>
        </w:rPr>
      </w:pPr>
      <w:r w:rsidRPr="00C9454D">
        <w:rPr>
          <w:sz w:val="24"/>
          <w:szCs w:val="24"/>
        </w:rPr>
        <w:t>“Why are you here?” he would ask each newcomer, his piercing gaze searching for truth in their answers. Those who showed sincerity were given tasks to prove their resolve—mending fences, gathering supplies, or clearing trails. Rowan’s family played their part as well. Millie’s sharp humor disarmed even the most hardened outlaws, and the children’s laughter reminded them of the innocence they had lost.</w:t>
      </w:r>
    </w:p>
    <w:p w14:paraId="6ABFA5CD" w14:textId="77777777" w:rsidR="00A06E85" w:rsidRPr="00C9454D" w:rsidRDefault="00A06E85" w:rsidP="00C9454D">
      <w:pPr>
        <w:rPr>
          <w:sz w:val="24"/>
          <w:szCs w:val="24"/>
        </w:rPr>
      </w:pPr>
      <w:r w:rsidRPr="00C9454D">
        <w:rPr>
          <w:sz w:val="24"/>
          <w:szCs w:val="24"/>
        </w:rPr>
        <w:t>Rowan’s laughter, deep and genuine, became a beacon for those who had forgotten how to hope. His family’s warmth and positivity transformed not only the outlaws but the entire community. They taught people to see the silver lining in every situation, to laugh in the face of adversity, and to find strength in unity.</w:t>
      </w:r>
    </w:p>
    <w:p w14:paraId="55489A50" w14:textId="77777777" w:rsidR="00A06E85" w:rsidRPr="00C9454D" w:rsidRDefault="00A06E85" w:rsidP="00C9454D">
      <w:pPr>
        <w:rPr>
          <w:sz w:val="24"/>
          <w:szCs w:val="24"/>
        </w:rPr>
      </w:pPr>
    </w:p>
    <w:p w14:paraId="5D54DE08" w14:textId="77777777" w:rsidR="00A06E85" w:rsidRPr="00C9454D" w:rsidRDefault="00A06E85" w:rsidP="00C9454D">
      <w:pPr>
        <w:pStyle w:val="Heading2"/>
        <w:rPr>
          <w:sz w:val="24"/>
          <w:szCs w:val="24"/>
        </w:rPr>
      </w:pPr>
      <w:r w:rsidRPr="00C9454D">
        <w:rPr>
          <w:sz w:val="24"/>
          <w:szCs w:val="24"/>
        </w:rPr>
        <w:t>A Legacy of Joy</w:t>
      </w:r>
    </w:p>
    <w:p w14:paraId="553F71AE" w14:textId="77777777" w:rsidR="00AD051C" w:rsidRPr="00C9454D" w:rsidRDefault="00AD051C" w:rsidP="00C9454D">
      <w:pPr>
        <w:rPr>
          <w:sz w:val="24"/>
          <w:szCs w:val="24"/>
        </w:rPr>
      </w:pPr>
    </w:p>
    <w:p w14:paraId="1BD6B31F" w14:textId="37EF5717" w:rsidR="00A06E85" w:rsidRPr="00C9454D" w:rsidRDefault="00A06E85" w:rsidP="00C9454D">
      <w:pPr>
        <w:rPr>
          <w:sz w:val="24"/>
          <w:szCs w:val="24"/>
        </w:rPr>
      </w:pPr>
      <w:r w:rsidRPr="00C9454D">
        <w:rPr>
          <w:sz w:val="24"/>
          <w:szCs w:val="24"/>
        </w:rPr>
        <w:t xml:space="preserve">Under Rowan’s leadership, the Outlaw Outreach became a cornerstone of </w:t>
      </w:r>
      <w:r w:rsidR="00522C4D" w:rsidRPr="00C9454D">
        <w:rPr>
          <w:sz w:val="24"/>
          <w:szCs w:val="24"/>
        </w:rPr>
        <w:t>High Haven</w:t>
      </w:r>
      <w:r w:rsidRPr="00C9454D">
        <w:rPr>
          <w:sz w:val="24"/>
          <w:szCs w:val="24"/>
        </w:rPr>
        <w:t>’s mission. Former outlaws found purpose and dignity, integrating into the villages and contributing to their prosperity. Rowan’s story inspired them; if he could rise from the ashes of his past, so could they.</w:t>
      </w:r>
    </w:p>
    <w:p w14:paraId="16A27A6A" w14:textId="11DD22F8" w:rsidR="00A06E85" w:rsidRPr="00C9454D" w:rsidRDefault="00A06E85" w:rsidP="00C9454D">
      <w:pPr>
        <w:rPr>
          <w:sz w:val="24"/>
          <w:szCs w:val="24"/>
        </w:rPr>
      </w:pPr>
      <w:r w:rsidRPr="00C9454D">
        <w:rPr>
          <w:sz w:val="24"/>
          <w:szCs w:val="24"/>
        </w:rPr>
        <w:t xml:space="preserve">On a bright morning in </w:t>
      </w:r>
      <w:proofErr w:type="spellStart"/>
      <w:r w:rsidR="00225D06" w:rsidRPr="00C9454D">
        <w:rPr>
          <w:sz w:val="24"/>
          <w:szCs w:val="24"/>
        </w:rPr>
        <w:t>Teston</w:t>
      </w:r>
      <w:proofErr w:type="spellEnd"/>
      <w:r w:rsidRPr="00C9454D">
        <w:rPr>
          <w:sz w:val="24"/>
          <w:szCs w:val="24"/>
        </w:rPr>
        <w:t xml:space="preserve">, Rowan stood in the market square, surrounded by former outlaws and villagers. His booming laughter echoed as he teased </w:t>
      </w:r>
      <w:proofErr w:type="spellStart"/>
      <w:r w:rsidRPr="00C9454D">
        <w:rPr>
          <w:sz w:val="24"/>
          <w:szCs w:val="24"/>
        </w:rPr>
        <w:t>Aldric</w:t>
      </w:r>
      <w:proofErr w:type="spellEnd"/>
      <w:r w:rsidRPr="00C9454D">
        <w:rPr>
          <w:sz w:val="24"/>
          <w:szCs w:val="24"/>
        </w:rPr>
        <w:t xml:space="preserve"> the blacksmith, his joy infectious. Millie, nearby, regaled a small crowd with one of her signature tales, leaving them in stitches. The children darted through the square, their laughter blending with the hum of the market.</w:t>
      </w:r>
    </w:p>
    <w:p w14:paraId="083F5F4F" w14:textId="77777777" w:rsidR="00E13709" w:rsidRDefault="00A06E85" w:rsidP="006E53C1">
      <w:pPr>
        <w:rPr>
          <w:sz w:val="24"/>
          <w:szCs w:val="24"/>
        </w:rPr>
      </w:pPr>
      <w:r w:rsidRPr="00C9454D">
        <w:rPr>
          <w:sz w:val="24"/>
          <w:szCs w:val="24"/>
        </w:rPr>
        <w:t xml:space="preserve">Abilene watched from a distance, her heart full. Rowan and his family had brought more than redemption to </w:t>
      </w:r>
      <w:r w:rsidR="00522C4D" w:rsidRPr="00C9454D">
        <w:rPr>
          <w:sz w:val="24"/>
          <w:szCs w:val="24"/>
        </w:rPr>
        <w:t>High Haven</w:t>
      </w:r>
      <w:r w:rsidRPr="00C9454D">
        <w:rPr>
          <w:sz w:val="24"/>
          <w:szCs w:val="24"/>
        </w:rPr>
        <w:t>—they had brought light, joy, and the reminder that even the darkest stories could have happy endings.</w:t>
      </w:r>
    </w:p>
    <w:p w14:paraId="3B7547FC" w14:textId="77777777" w:rsidR="00E13709" w:rsidRDefault="00E13709" w:rsidP="006E53C1">
      <w:pPr>
        <w:rPr>
          <w:sz w:val="24"/>
          <w:szCs w:val="24"/>
        </w:rPr>
      </w:pPr>
    </w:p>
    <w:p w14:paraId="6F8C111F" w14:textId="77777777" w:rsidR="00E13709" w:rsidRDefault="00A06E85" w:rsidP="00E13709">
      <w:pPr>
        <w:pStyle w:val="Heading2"/>
      </w:pPr>
      <w:r w:rsidRPr="00C9454D">
        <w:t>The Keeper’s Promise and New Life</w:t>
      </w:r>
      <w:r w:rsidR="00DE5E60" w:rsidRPr="00C9454D">
        <w:t xml:space="preserve"> </w:t>
      </w:r>
    </w:p>
    <w:p w14:paraId="0B001C24" w14:textId="78264759" w:rsidR="00A06E85" w:rsidRPr="00C9454D" w:rsidRDefault="00DE5E60" w:rsidP="00E13709">
      <w:pPr>
        <w:pStyle w:val="Heading2"/>
      </w:pPr>
      <w:r w:rsidRPr="00C9454D">
        <w:t>12</w:t>
      </w:r>
      <w:r w:rsidR="006E3771" w:rsidRPr="00C9454D">
        <w:t>12</w:t>
      </w:r>
    </w:p>
    <w:p w14:paraId="62C2B228" w14:textId="77777777" w:rsidR="00AD051C" w:rsidRPr="00C9454D" w:rsidRDefault="00AD051C" w:rsidP="00C9454D">
      <w:pPr>
        <w:rPr>
          <w:sz w:val="24"/>
          <w:szCs w:val="24"/>
        </w:rPr>
      </w:pPr>
    </w:p>
    <w:p w14:paraId="1E444C20" w14:textId="77777777" w:rsidR="00A06E85" w:rsidRPr="00C9454D" w:rsidRDefault="00A06E85" w:rsidP="00C9454D">
      <w:pPr>
        <w:rPr>
          <w:sz w:val="24"/>
          <w:szCs w:val="24"/>
        </w:rPr>
      </w:pPr>
      <w:r w:rsidRPr="00C9454D">
        <w:rPr>
          <w:sz w:val="24"/>
          <w:szCs w:val="24"/>
        </w:rPr>
        <w:t>Abilene had been feeling strange for weeks—her energy waning, her moods unpredictable, and her appetite shifting in unusual ways. At first, she chalked it up to the changes that came with age. But when a curve began to form at her belly, doubt gave way to wonder. Standing before the mirror one morning, she placed her hand on the small swell and whispered, “Could it be?”</w:t>
      </w:r>
    </w:p>
    <w:p w14:paraId="3D292032" w14:textId="77777777" w:rsidR="00A06E85" w:rsidRPr="00C9454D" w:rsidRDefault="00A06E85" w:rsidP="00C9454D">
      <w:pPr>
        <w:rPr>
          <w:sz w:val="24"/>
          <w:szCs w:val="24"/>
        </w:rPr>
      </w:pPr>
      <w:r w:rsidRPr="00C9454D">
        <w:rPr>
          <w:sz w:val="24"/>
          <w:szCs w:val="24"/>
        </w:rPr>
        <w:t>When she told Guy, his reaction mirrored hers: disbelief, followed by awe. “A baby?” he repeated, his voice trembling with emotion. “At our age?”</w:t>
      </w:r>
    </w:p>
    <w:p w14:paraId="6DC4FD52" w14:textId="16580D65" w:rsidR="00A06E85" w:rsidRPr="00C9454D" w:rsidRDefault="00A06E85" w:rsidP="00C9454D">
      <w:pPr>
        <w:rPr>
          <w:sz w:val="24"/>
          <w:szCs w:val="24"/>
        </w:rPr>
      </w:pPr>
      <w:r w:rsidRPr="00C9454D">
        <w:rPr>
          <w:sz w:val="24"/>
          <w:szCs w:val="24"/>
        </w:rPr>
        <w:t xml:space="preserve">Abilene smiled. “It seems </w:t>
      </w:r>
      <w:proofErr w:type="spellStart"/>
      <w:r w:rsidR="007E1E1E">
        <w:rPr>
          <w:sz w:val="24"/>
          <w:szCs w:val="24"/>
        </w:rPr>
        <w:t>Yahuah</w:t>
      </w:r>
      <w:proofErr w:type="spellEnd"/>
      <w:r w:rsidRPr="00C9454D">
        <w:rPr>
          <w:sz w:val="24"/>
          <w:szCs w:val="24"/>
        </w:rPr>
        <w:t xml:space="preserve"> has decided to surprise us.”</w:t>
      </w:r>
    </w:p>
    <w:p w14:paraId="393726DB" w14:textId="6DC19C87" w:rsidR="00A06E85" w:rsidRPr="00C9454D" w:rsidRDefault="00A06E85" w:rsidP="00C9454D">
      <w:pPr>
        <w:rPr>
          <w:sz w:val="24"/>
          <w:szCs w:val="24"/>
        </w:rPr>
      </w:pPr>
      <w:r w:rsidRPr="00C9454D">
        <w:rPr>
          <w:sz w:val="24"/>
          <w:szCs w:val="24"/>
        </w:rPr>
        <w:t xml:space="preserve">The healer, </w:t>
      </w:r>
      <w:proofErr w:type="spellStart"/>
      <w:r w:rsidR="00BD681B" w:rsidRPr="00C9454D">
        <w:rPr>
          <w:sz w:val="24"/>
          <w:szCs w:val="24"/>
        </w:rPr>
        <w:t>Amabel</w:t>
      </w:r>
      <w:proofErr w:type="spellEnd"/>
      <w:r w:rsidRPr="00C9454D">
        <w:rPr>
          <w:sz w:val="24"/>
          <w:szCs w:val="24"/>
        </w:rPr>
        <w:t xml:space="preserve">, confirmed the news during one of her visits to </w:t>
      </w:r>
      <w:r w:rsidR="00522C4D" w:rsidRPr="00C9454D">
        <w:rPr>
          <w:sz w:val="24"/>
          <w:szCs w:val="24"/>
        </w:rPr>
        <w:t>High Haven</w:t>
      </w:r>
      <w:r w:rsidRPr="00C9454D">
        <w:rPr>
          <w:sz w:val="24"/>
          <w:szCs w:val="24"/>
        </w:rPr>
        <w:t xml:space="preserve">. Skilled in herbal remedies and the natural sciences, </w:t>
      </w:r>
      <w:proofErr w:type="spellStart"/>
      <w:r w:rsidR="00BD681B" w:rsidRPr="00C9454D">
        <w:rPr>
          <w:sz w:val="24"/>
          <w:szCs w:val="24"/>
        </w:rPr>
        <w:t>Amabel</w:t>
      </w:r>
      <w:proofErr w:type="spellEnd"/>
      <w:r w:rsidRPr="00C9454D">
        <w:rPr>
          <w:sz w:val="24"/>
          <w:szCs w:val="24"/>
        </w:rPr>
        <w:t xml:space="preserve"> had quickly become a trusted figure in the community. She had heard of </w:t>
      </w:r>
      <w:r w:rsidR="00522C4D" w:rsidRPr="00C9454D">
        <w:rPr>
          <w:sz w:val="24"/>
          <w:szCs w:val="24"/>
        </w:rPr>
        <w:t>High Haven</w:t>
      </w:r>
      <w:r w:rsidRPr="00C9454D">
        <w:rPr>
          <w:sz w:val="24"/>
          <w:szCs w:val="24"/>
        </w:rPr>
        <w:t>’s reputation for mercy and learning and had come to offer her skills. With her sharp mind and steady hands, she became an essential part of Abilene’s care as the pregnancy progressed.</w:t>
      </w:r>
    </w:p>
    <w:p w14:paraId="13DA60F9" w14:textId="0B25F3B5" w:rsidR="00A06E85" w:rsidRPr="00C9454D" w:rsidRDefault="00BD681B" w:rsidP="00C9454D">
      <w:pPr>
        <w:rPr>
          <w:sz w:val="24"/>
          <w:szCs w:val="24"/>
        </w:rPr>
      </w:pPr>
      <w:proofErr w:type="spellStart"/>
      <w:r w:rsidRPr="00C9454D">
        <w:rPr>
          <w:sz w:val="24"/>
          <w:szCs w:val="24"/>
        </w:rPr>
        <w:t>Amabel</w:t>
      </w:r>
      <w:proofErr w:type="spellEnd"/>
      <w:r w:rsidR="00A06E85" w:rsidRPr="00C9454D">
        <w:rPr>
          <w:sz w:val="24"/>
          <w:szCs w:val="24"/>
        </w:rPr>
        <w:t xml:space="preserve"> was rarely without her ten-year-old daughter, </w:t>
      </w:r>
      <w:proofErr w:type="spellStart"/>
      <w:r w:rsidR="00A06E85" w:rsidRPr="00C9454D">
        <w:rPr>
          <w:sz w:val="24"/>
          <w:szCs w:val="24"/>
        </w:rPr>
        <w:t>Alara</w:t>
      </w:r>
      <w:proofErr w:type="spellEnd"/>
      <w:r w:rsidR="00A06E85" w:rsidRPr="00C9454D">
        <w:rPr>
          <w:sz w:val="24"/>
          <w:szCs w:val="24"/>
        </w:rPr>
        <w:t xml:space="preserve">, a precocious girl with an innate talent for healing. </w:t>
      </w:r>
      <w:proofErr w:type="spellStart"/>
      <w:r w:rsidR="00A06E85" w:rsidRPr="00C9454D">
        <w:rPr>
          <w:sz w:val="24"/>
          <w:szCs w:val="24"/>
        </w:rPr>
        <w:t>Alara’s</w:t>
      </w:r>
      <w:proofErr w:type="spellEnd"/>
      <w:r w:rsidR="00A06E85" w:rsidRPr="00C9454D">
        <w:rPr>
          <w:sz w:val="24"/>
          <w:szCs w:val="24"/>
        </w:rPr>
        <w:t xml:space="preserve"> quick hands and encyclopedic knowledge of herbs ma</w:t>
      </w:r>
      <w:r w:rsidR="00DD1FF5" w:rsidRPr="00C9454D">
        <w:rPr>
          <w:sz w:val="24"/>
          <w:szCs w:val="24"/>
        </w:rPr>
        <w:t xml:space="preserve">de </w:t>
      </w:r>
      <w:r w:rsidR="00A06E85" w:rsidRPr="00C9454D">
        <w:rPr>
          <w:sz w:val="24"/>
          <w:szCs w:val="24"/>
        </w:rPr>
        <w:t xml:space="preserve">her invaluable to her mother, and her sharp wit endeared her to everyone she met. John Marshall, ever curious, found a kindred spirit in </w:t>
      </w:r>
      <w:proofErr w:type="spellStart"/>
      <w:r w:rsidR="00A06E85" w:rsidRPr="00C9454D">
        <w:rPr>
          <w:sz w:val="24"/>
          <w:szCs w:val="24"/>
        </w:rPr>
        <w:t>Alara</w:t>
      </w:r>
      <w:proofErr w:type="spellEnd"/>
      <w:r w:rsidR="00A06E85" w:rsidRPr="00C9454D">
        <w:rPr>
          <w:sz w:val="24"/>
          <w:szCs w:val="24"/>
        </w:rPr>
        <w:t>, and their bond grew quickly.</w:t>
      </w:r>
    </w:p>
    <w:p w14:paraId="3BC6F9E3" w14:textId="77777777" w:rsidR="00A06E85" w:rsidRPr="00C9454D" w:rsidRDefault="00A06E85" w:rsidP="00C9454D">
      <w:pPr>
        <w:rPr>
          <w:sz w:val="24"/>
          <w:szCs w:val="24"/>
        </w:rPr>
      </w:pPr>
      <w:r w:rsidRPr="00C9454D">
        <w:rPr>
          <w:sz w:val="24"/>
          <w:szCs w:val="24"/>
        </w:rPr>
        <w:t xml:space="preserve">“Why does that herb stop fevers?” John asked one afternoon, watching as </w:t>
      </w:r>
      <w:proofErr w:type="spellStart"/>
      <w:r w:rsidRPr="00C9454D">
        <w:rPr>
          <w:sz w:val="24"/>
          <w:szCs w:val="24"/>
        </w:rPr>
        <w:t>Alara</w:t>
      </w:r>
      <w:proofErr w:type="spellEnd"/>
      <w:r w:rsidRPr="00C9454D">
        <w:rPr>
          <w:sz w:val="24"/>
          <w:szCs w:val="24"/>
        </w:rPr>
        <w:t xml:space="preserve"> crushed leaves into a paste.</w:t>
      </w:r>
    </w:p>
    <w:p w14:paraId="5B6D539A" w14:textId="77777777" w:rsidR="00A06E85" w:rsidRPr="00C9454D" w:rsidRDefault="00A06E85" w:rsidP="00C9454D">
      <w:pPr>
        <w:rPr>
          <w:sz w:val="24"/>
          <w:szCs w:val="24"/>
        </w:rPr>
      </w:pPr>
      <w:r w:rsidRPr="00C9454D">
        <w:rPr>
          <w:sz w:val="24"/>
          <w:szCs w:val="24"/>
        </w:rPr>
        <w:t xml:space="preserve">“Because it lowers the heat in the blood,” </w:t>
      </w:r>
      <w:proofErr w:type="spellStart"/>
      <w:r w:rsidRPr="00C9454D">
        <w:rPr>
          <w:sz w:val="24"/>
          <w:szCs w:val="24"/>
        </w:rPr>
        <w:t>Alara</w:t>
      </w:r>
      <w:proofErr w:type="spellEnd"/>
      <w:r w:rsidRPr="00C9454D">
        <w:rPr>
          <w:sz w:val="24"/>
          <w:szCs w:val="24"/>
        </w:rPr>
        <w:t xml:space="preserve"> replied without missing a beat.</w:t>
      </w:r>
    </w:p>
    <w:p w14:paraId="0C2D287E" w14:textId="77777777" w:rsidR="00A06E85" w:rsidRPr="00C9454D" w:rsidRDefault="00A06E85" w:rsidP="00C9454D">
      <w:pPr>
        <w:rPr>
          <w:sz w:val="24"/>
          <w:szCs w:val="24"/>
        </w:rPr>
      </w:pPr>
      <w:r w:rsidRPr="00C9454D">
        <w:rPr>
          <w:sz w:val="24"/>
          <w:szCs w:val="24"/>
        </w:rPr>
        <w:t>“And how do you know it’s the right plant?”</w:t>
      </w:r>
    </w:p>
    <w:p w14:paraId="3B7732AE" w14:textId="77777777" w:rsidR="00A06E85" w:rsidRPr="00C9454D" w:rsidRDefault="00A06E85" w:rsidP="00C9454D">
      <w:pPr>
        <w:rPr>
          <w:sz w:val="24"/>
          <w:szCs w:val="24"/>
        </w:rPr>
      </w:pPr>
      <w:r w:rsidRPr="00C9454D">
        <w:rPr>
          <w:sz w:val="24"/>
          <w:szCs w:val="24"/>
        </w:rPr>
        <w:t>“Because I pay attention,” she said with a teasing grin, making John grin back.</w:t>
      </w:r>
    </w:p>
    <w:p w14:paraId="66E00CEF" w14:textId="21898ECE" w:rsidR="00A06E85" w:rsidRPr="00C9454D" w:rsidRDefault="00A06E85" w:rsidP="00C9454D">
      <w:pPr>
        <w:rPr>
          <w:sz w:val="24"/>
          <w:szCs w:val="24"/>
        </w:rPr>
      </w:pPr>
      <w:r w:rsidRPr="00C9454D">
        <w:rPr>
          <w:sz w:val="24"/>
          <w:szCs w:val="24"/>
        </w:rPr>
        <w:t xml:space="preserve">The two were inseparable whenever </w:t>
      </w:r>
      <w:proofErr w:type="spellStart"/>
      <w:r w:rsidR="00BD681B" w:rsidRPr="00C9454D">
        <w:rPr>
          <w:sz w:val="24"/>
          <w:szCs w:val="24"/>
        </w:rPr>
        <w:t>Amabel</w:t>
      </w:r>
      <w:proofErr w:type="spellEnd"/>
      <w:r w:rsidRPr="00C9454D">
        <w:rPr>
          <w:sz w:val="24"/>
          <w:szCs w:val="24"/>
        </w:rPr>
        <w:t xml:space="preserve"> visited. </w:t>
      </w:r>
      <w:proofErr w:type="spellStart"/>
      <w:r w:rsidRPr="00C9454D">
        <w:rPr>
          <w:sz w:val="24"/>
          <w:szCs w:val="24"/>
        </w:rPr>
        <w:t>Alara’s</w:t>
      </w:r>
      <w:proofErr w:type="spellEnd"/>
      <w:r w:rsidRPr="00C9454D">
        <w:rPr>
          <w:sz w:val="24"/>
          <w:szCs w:val="24"/>
        </w:rPr>
        <w:t xml:space="preserve"> confidence inspired John, and his endless questions challenged her to explain things she had only understood instinctively. Together, they formed a partnership that reflected the unity and hope </w:t>
      </w:r>
      <w:r w:rsidR="00522C4D" w:rsidRPr="00C9454D">
        <w:rPr>
          <w:sz w:val="24"/>
          <w:szCs w:val="24"/>
        </w:rPr>
        <w:t>High Haven</w:t>
      </w:r>
      <w:r w:rsidRPr="00C9454D">
        <w:rPr>
          <w:sz w:val="24"/>
          <w:szCs w:val="24"/>
        </w:rPr>
        <w:t xml:space="preserve"> embodied.</w:t>
      </w:r>
    </w:p>
    <w:p w14:paraId="3C5D10DB" w14:textId="77777777" w:rsidR="00A06E85" w:rsidRPr="00C9454D" w:rsidRDefault="00A06E85" w:rsidP="00C9454D">
      <w:pPr>
        <w:rPr>
          <w:sz w:val="24"/>
          <w:szCs w:val="24"/>
        </w:rPr>
      </w:pPr>
    </w:p>
    <w:p w14:paraId="595C67D7" w14:textId="77777777" w:rsidR="00A06E85" w:rsidRPr="00C9454D" w:rsidRDefault="00A06E85" w:rsidP="00C9454D">
      <w:pPr>
        <w:pStyle w:val="Heading2"/>
        <w:rPr>
          <w:sz w:val="24"/>
          <w:szCs w:val="24"/>
        </w:rPr>
      </w:pPr>
      <w:r w:rsidRPr="00C9454D">
        <w:rPr>
          <w:sz w:val="24"/>
          <w:szCs w:val="24"/>
        </w:rPr>
        <w:t>The Keeper’s Promise</w:t>
      </w:r>
    </w:p>
    <w:p w14:paraId="402ECBFC" w14:textId="77777777" w:rsidR="00AD051C" w:rsidRPr="00C9454D" w:rsidRDefault="00AD051C" w:rsidP="00C9454D">
      <w:pPr>
        <w:rPr>
          <w:sz w:val="24"/>
          <w:szCs w:val="24"/>
        </w:rPr>
      </w:pPr>
    </w:p>
    <w:p w14:paraId="49088B7B" w14:textId="7514CF77" w:rsidR="00A06E85" w:rsidRPr="00C9454D" w:rsidRDefault="00A06E85" w:rsidP="00C9454D">
      <w:pPr>
        <w:rPr>
          <w:sz w:val="24"/>
          <w:szCs w:val="24"/>
        </w:rPr>
      </w:pPr>
      <w:r w:rsidRPr="00C9454D">
        <w:rPr>
          <w:sz w:val="24"/>
          <w:szCs w:val="24"/>
        </w:rPr>
        <w:t>As Abilene’s belly grew, so did her inspiration. Confined to bed during the later months of her pregnancy, she poured herself into finishing her second book, The Keeper’s Promise. Unlike her first work, which had woven parables into a broader narrative, this was a practical gui</w:t>
      </w:r>
      <w:r w:rsidR="00DD1FF5" w:rsidRPr="00C9454D">
        <w:rPr>
          <w:sz w:val="24"/>
          <w:szCs w:val="24"/>
        </w:rPr>
        <w:t xml:space="preserve">de </w:t>
      </w:r>
      <w:r w:rsidRPr="00C9454D">
        <w:rPr>
          <w:sz w:val="24"/>
          <w:szCs w:val="24"/>
        </w:rPr>
        <w:t>to the scriptures—a living index of truths designed to help people navigate their lives.</w:t>
      </w:r>
    </w:p>
    <w:p w14:paraId="67DBC87F" w14:textId="77777777" w:rsidR="00A06E85" w:rsidRPr="00C9454D" w:rsidRDefault="00A06E85" w:rsidP="00C9454D">
      <w:pPr>
        <w:rPr>
          <w:sz w:val="24"/>
          <w:szCs w:val="24"/>
        </w:rPr>
      </w:pPr>
      <w:r w:rsidRPr="00C9454D">
        <w:rPr>
          <w:sz w:val="24"/>
          <w:szCs w:val="24"/>
        </w:rPr>
        <w:t>The book opened with a theme scripture: “Now faith is the certainty of things hoped for, a proof of things not seen.” (Hebrews 11:1). This verse anchored the work, connecting faith and hope as the foundation of life. Abilene carefully categorized the scriptures into sections, making it easier for readers to find the wisdom they sought. Topics included:</w:t>
      </w:r>
    </w:p>
    <w:p w14:paraId="75A78FAB" w14:textId="77777777" w:rsidR="00A06E85" w:rsidRPr="00C9454D" w:rsidRDefault="00A06E85" w:rsidP="00C9454D">
      <w:pPr>
        <w:rPr>
          <w:sz w:val="24"/>
          <w:szCs w:val="24"/>
        </w:rPr>
      </w:pPr>
      <w:r w:rsidRPr="00C9454D">
        <w:rPr>
          <w:sz w:val="24"/>
          <w:szCs w:val="24"/>
        </w:rPr>
        <w:t>Faith and Hope: Scriptures that inspired trust in unseen promises.</w:t>
      </w:r>
    </w:p>
    <w:p w14:paraId="383F83AA" w14:textId="77777777" w:rsidR="00A06E85" w:rsidRPr="00C9454D" w:rsidRDefault="00A06E85" w:rsidP="00C9454D">
      <w:pPr>
        <w:rPr>
          <w:sz w:val="24"/>
          <w:szCs w:val="24"/>
        </w:rPr>
      </w:pPr>
      <w:r w:rsidRPr="00C9454D">
        <w:rPr>
          <w:sz w:val="24"/>
          <w:szCs w:val="24"/>
        </w:rPr>
        <w:t>The Condition of the Dead: Verses explaining death and resurrection.</w:t>
      </w:r>
    </w:p>
    <w:p w14:paraId="77AAE400" w14:textId="77777777" w:rsidR="00A06E85" w:rsidRPr="00C9454D" w:rsidRDefault="00A06E85" w:rsidP="00C9454D">
      <w:pPr>
        <w:rPr>
          <w:sz w:val="24"/>
          <w:szCs w:val="24"/>
        </w:rPr>
      </w:pPr>
      <w:r w:rsidRPr="00C9454D">
        <w:rPr>
          <w:sz w:val="24"/>
          <w:szCs w:val="24"/>
        </w:rPr>
        <w:t>Heaven: Passages describing the heavens and their significance.</w:t>
      </w:r>
    </w:p>
    <w:p w14:paraId="71F9CCA2" w14:textId="77777777" w:rsidR="00A06E85" w:rsidRPr="00C9454D" w:rsidRDefault="00A06E85" w:rsidP="00C9454D">
      <w:pPr>
        <w:rPr>
          <w:sz w:val="24"/>
          <w:szCs w:val="24"/>
        </w:rPr>
      </w:pPr>
      <w:r w:rsidRPr="00C9454D">
        <w:rPr>
          <w:sz w:val="24"/>
          <w:szCs w:val="24"/>
        </w:rPr>
        <w:t>Love and Forgiveness: Teachings on mercy and compassion.</w:t>
      </w:r>
    </w:p>
    <w:p w14:paraId="172C4DC7" w14:textId="77777777" w:rsidR="00A06E85" w:rsidRPr="00C9454D" w:rsidRDefault="00A06E85" w:rsidP="00C9454D">
      <w:pPr>
        <w:rPr>
          <w:sz w:val="24"/>
          <w:szCs w:val="24"/>
        </w:rPr>
      </w:pPr>
      <w:r w:rsidRPr="00C9454D">
        <w:rPr>
          <w:sz w:val="24"/>
          <w:szCs w:val="24"/>
        </w:rPr>
        <w:t>Practical Wisdom: Proverbs and lessons for daily living.</w:t>
      </w:r>
    </w:p>
    <w:p w14:paraId="19B08690" w14:textId="6BD86414" w:rsidR="00A06E85" w:rsidRPr="00C9454D" w:rsidRDefault="00A06E85" w:rsidP="00C9454D">
      <w:pPr>
        <w:rPr>
          <w:sz w:val="24"/>
          <w:szCs w:val="24"/>
        </w:rPr>
      </w:pPr>
      <w:r w:rsidRPr="00C9454D">
        <w:rPr>
          <w:sz w:val="24"/>
          <w:szCs w:val="24"/>
        </w:rPr>
        <w:t xml:space="preserve">Each section concluded with Living the Truth, where Abilene offered practical ways to apply scriptural principles. She avoided conjecture, trusting the scriptures to speak for themselves, but included warm, personal accounts to illustrate their power. Rowan’s story was among the first, recounting his journey from outlaw to redeemed leader of </w:t>
      </w:r>
      <w:r w:rsidR="00522C4D" w:rsidRPr="00C9454D">
        <w:rPr>
          <w:sz w:val="24"/>
          <w:szCs w:val="24"/>
        </w:rPr>
        <w:t>High Haven</w:t>
      </w:r>
      <w:r w:rsidRPr="00C9454D">
        <w:rPr>
          <w:sz w:val="24"/>
          <w:szCs w:val="24"/>
        </w:rPr>
        <w:t>’s Outlaw Outreach. His transformation, guided by faith, exemplified the themes of hope and renewal that ran through the book.</w:t>
      </w:r>
    </w:p>
    <w:p w14:paraId="24270FCA" w14:textId="77777777" w:rsidR="00A06E85" w:rsidRPr="00C9454D" w:rsidRDefault="00A06E85" w:rsidP="00C9454D">
      <w:pPr>
        <w:rPr>
          <w:sz w:val="24"/>
          <w:szCs w:val="24"/>
        </w:rPr>
      </w:pPr>
      <w:r w:rsidRPr="00C9454D">
        <w:rPr>
          <w:sz w:val="24"/>
          <w:szCs w:val="24"/>
        </w:rPr>
        <w:t xml:space="preserve">Abilene dedicated the first copies of The Keeper’s Promise to the crown, ensuring its preservation in royal libraries. She also distributed copies to nearby monasteries and trusted scribes. Though the initial reception was overwhelmingly positive, subtle whispers of dissent began to circulate—whispers that the </w:t>
      </w:r>
      <w:proofErr w:type="spellStart"/>
      <w:r w:rsidRPr="00C9454D">
        <w:rPr>
          <w:sz w:val="24"/>
          <w:szCs w:val="24"/>
        </w:rPr>
        <w:t>Devereaux</w:t>
      </w:r>
      <w:proofErr w:type="spellEnd"/>
      <w:r w:rsidRPr="00C9454D">
        <w:rPr>
          <w:sz w:val="24"/>
          <w:szCs w:val="24"/>
        </w:rPr>
        <w:t xml:space="preserve"> family had a hand in spreading.</w:t>
      </w:r>
    </w:p>
    <w:p w14:paraId="09958B2F" w14:textId="77777777" w:rsidR="00A06E85" w:rsidRPr="00C9454D" w:rsidRDefault="00A06E85" w:rsidP="00C9454D">
      <w:pPr>
        <w:rPr>
          <w:sz w:val="24"/>
          <w:szCs w:val="24"/>
        </w:rPr>
      </w:pPr>
    </w:p>
    <w:p w14:paraId="49093289" w14:textId="77777777" w:rsidR="00A06E85" w:rsidRPr="00C9454D" w:rsidRDefault="00A06E85" w:rsidP="00C9454D">
      <w:pPr>
        <w:pStyle w:val="Heading2"/>
        <w:rPr>
          <w:sz w:val="24"/>
          <w:szCs w:val="24"/>
        </w:rPr>
      </w:pPr>
      <w:r w:rsidRPr="00C9454D">
        <w:rPr>
          <w:sz w:val="24"/>
          <w:szCs w:val="24"/>
        </w:rPr>
        <w:t>Helena’s Arrival</w:t>
      </w:r>
    </w:p>
    <w:p w14:paraId="3B66C6E6" w14:textId="77777777" w:rsidR="00AD051C" w:rsidRPr="00C9454D" w:rsidRDefault="00AD051C" w:rsidP="00C9454D">
      <w:pPr>
        <w:rPr>
          <w:sz w:val="24"/>
          <w:szCs w:val="24"/>
        </w:rPr>
      </w:pPr>
    </w:p>
    <w:p w14:paraId="00E48EE9" w14:textId="40300914" w:rsidR="00A06E85" w:rsidRPr="00C9454D" w:rsidRDefault="00A06E85" w:rsidP="00C9454D">
      <w:pPr>
        <w:rPr>
          <w:sz w:val="24"/>
          <w:szCs w:val="24"/>
        </w:rPr>
      </w:pPr>
      <w:r w:rsidRPr="00C9454D">
        <w:rPr>
          <w:sz w:val="24"/>
          <w:szCs w:val="24"/>
        </w:rPr>
        <w:t xml:space="preserve">The night of the birth was cold and quiet, snow falling softly over </w:t>
      </w:r>
      <w:r w:rsidR="00522C4D" w:rsidRPr="00C9454D">
        <w:rPr>
          <w:sz w:val="24"/>
          <w:szCs w:val="24"/>
        </w:rPr>
        <w:t>High Haven</w:t>
      </w:r>
      <w:r w:rsidRPr="00C9454D">
        <w:rPr>
          <w:sz w:val="24"/>
          <w:szCs w:val="24"/>
        </w:rPr>
        <w:t xml:space="preserve">. Inside, the Great Hall glowed with warmth as villagers gathered to await news. </w:t>
      </w:r>
      <w:proofErr w:type="spellStart"/>
      <w:r w:rsidR="00BD681B" w:rsidRPr="00C9454D">
        <w:rPr>
          <w:sz w:val="24"/>
          <w:szCs w:val="24"/>
        </w:rPr>
        <w:t>Amabel</w:t>
      </w:r>
      <w:proofErr w:type="spellEnd"/>
      <w:r w:rsidRPr="00C9454D">
        <w:rPr>
          <w:sz w:val="24"/>
          <w:szCs w:val="24"/>
        </w:rPr>
        <w:t xml:space="preserve"> arrived promptly, bringing </w:t>
      </w:r>
      <w:proofErr w:type="spellStart"/>
      <w:r w:rsidRPr="00C9454D">
        <w:rPr>
          <w:sz w:val="24"/>
          <w:szCs w:val="24"/>
        </w:rPr>
        <w:t>Alara</w:t>
      </w:r>
      <w:proofErr w:type="spellEnd"/>
      <w:r w:rsidRPr="00C9454D">
        <w:rPr>
          <w:sz w:val="24"/>
          <w:szCs w:val="24"/>
        </w:rPr>
        <w:t xml:space="preserve"> with her to assist. The girl’s confidence and skill eased Abilene’s nerves, and </w:t>
      </w:r>
      <w:proofErr w:type="spellStart"/>
      <w:r w:rsidRPr="00C9454D">
        <w:rPr>
          <w:sz w:val="24"/>
          <w:szCs w:val="24"/>
        </w:rPr>
        <w:t>Alara’s</w:t>
      </w:r>
      <w:proofErr w:type="spellEnd"/>
      <w:r w:rsidRPr="00C9454D">
        <w:rPr>
          <w:sz w:val="24"/>
          <w:szCs w:val="24"/>
        </w:rPr>
        <w:t xml:space="preserve"> calm demeanor helped keep John Marshall steady as he waited anxiously outsi</w:t>
      </w:r>
      <w:r w:rsidR="00DD1FF5" w:rsidRPr="00C9454D">
        <w:rPr>
          <w:sz w:val="24"/>
          <w:szCs w:val="24"/>
        </w:rPr>
        <w:t xml:space="preserve">de </w:t>
      </w:r>
      <w:r w:rsidRPr="00C9454D">
        <w:rPr>
          <w:sz w:val="24"/>
          <w:szCs w:val="24"/>
        </w:rPr>
        <w:t>the birthing room.</w:t>
      </w:r>
    </w:p>
    <w:p w14:paraId="5B4B2BA7" w14:textId="77777777" w:rsidR="00A06E85" w:rsidRPr="00C9454D" w:rsidRDefault="00A06E85" w:rsidP="00C9454D">
      <w:pPr>
        <w:rPr>
          <w:sz w:val="24"/>
          <w:szCs w:val="24"/>
        </w:rPr>
      </w:pPr>
      <w:r w:rsidRPr="00C9454D">
        <w:rPr>
          <w:sz w:val="24"/>
          <w:szCs w:val="24"/>
        </w:rPr>
        <w:t xml:space="preserve">“You’ll wear a hole in the floor,” </w:t>
      </w:r>
      <w:proofErr w:type="spellStart"/>
      <w:r w:rsidRPr="00C9454D">
        <w:rPr>
          <w:sz w:val="24"/>
          <w:szCs w:val="24"/>
        </w:rPr>
        <w:t>Alara</w:t>
      </w:r>
      <w:proofErr w:type="spellEnd"/>
      <w:r w:rsidRPr="00C9454D">
        <w:rPr>
          <w:sz w:val="24"/>
          <w:szCs w:val="24"/>
        </w:rPr>
        <w:t xml:space="preserve"> teased as John paced back and forth.</w:t>
      </w:r>
    </w:p>
    <w:p w14:paraId="6DD6898C" w14:textId="77777777" w:rsidR="00A06E85" w:rsidRPr="00C9454D" w:rsidRDefault="00A06E85" w:rsidP="00C9454D">
      <w:pPr>
        <w:rPr>
          <w:sz w:val="24"/>
          <w:szCs w:val="24"/>
        </w:rPr>
      </w:pPr>
      <w:r w:rsidRPr="00C9454D">
        <w:rPr>
          <w:sz w:val="24"/>
          <w:szCs w:val="24"/>
        </w:rPr>
        <w:t>“I can’t help it,” John replied. “What if something goes wrong?”</w:t>
      </w:r>
    </w:p>
    <w:p w14:paraId="5A67AA08" w14:textId="77777777" w:rsidR="00A06E85" w:rsidRPr="00C9454D" w:rsidRDefault="00A06E85" w:rsidP="00C9454D">
      <w:pPr>
        <w:rPr>
          <w:sz w:val="24"/>
          <w:szCs w:val="24"/>
        </w:rPr>
      </w:pPr>
      <w:r w:rsidRPr="00C9454D">
        <w:rPr>
          <w:sz w:val="24"/>
          <w:szCs w:val="24"/>
        </w:rPr>
        <w:t xml:space="preserve">“Nothing will go wrong,” </w:t>
      </w:r>
      <w:proofErr w:type="spellStart"/>
      <w:r w:rsidRPr="00C9454D">
        <w:rPr>
          <w:sz w:val="24"/>
          <w:szCs w:val="24"/>
        </w:rPr>
        <w:t>Alara</w:t>
      </w:r>
      <w:proofErr w:type="spellEnd"/>
      <w:r w:rsidRPr="00C9454D">
        <w:rPr>
          <w:sz w:val="24"/>
          <w:szCs w:val="24"/>
        </w:rPr>
        <w:t xml:space="preserve"> said with quiet assurance. “My mother knows what she’s doing. And so do I.”</w:t>
      </w:r>
    </w:p>
    <w:p w14:paraId="55F2DD94" w14:textId="5376CEE0" w:rsidR="00A06E85" w:rsidRPr="00C9454D" w:rsidRDefault="00A06E85" w:rsidP="00C9454D">
      <w:pPr>
        <w:rPr>
          <w:sz w:val="24"/>
          <w:szCs w:val="24"/>
        </w:rPr>
      </w:pPr>
      <w:r w:rsidRPr="00C9454D">
        <w:rPr>
          <w:sz w:val="24"/>
          <w:szCs w:val="24"/>
        </w:rPr>
        <w:t xml:space="preserve">Inside, </w:t>
      </w:r>
      <w:proofErr w:type="spellStart"/>
      <w:r w:rsidR="00BD681B" w:rsidRPr="00C9454D">
        <w:rPr>
          <w:sz w:val="24"/>
          <w:szCs w:val="24"/>
        </w:rPr>
        <w:t>Amabel</w:t>
      </w:r>
      <w:proofErr w:type="spellEnd"/>
      <w:r w:rsidRPr="00C9454D">
        <w:rPr>
          <w:sz w:val="24"/>
          <w:szCs w:val="24"/>
        </w:rPr>
        <w:t xml:space="preserve"> worked efficiently, her years of experience evident in every movement. </w:t>
      </w:r>
      <w:proofErr w:type="spellStart"/>
      <w:r w:rsidRPr="00C9454D">
        <w:rPr>
          <w:sz w:val="24"/>
          <w:szCs w:val="24"/>
        </w:rPr>
        <w:t>Alara</w:t>
      </w:r>
      <w:proofErr w:type="spellEnd"/>
      <w:r w:rsidRPr="00C9454D">
        <w:rPr>
          <w:sz w:val="24"/>
          <w:szCs w:val="24"/>
        </w:rPr>
        <w:t xml:space="preserve"> fetched towels, arranged herbs, and even soothed Abilene with soft words of encouragement. Guy never left Abilene’s side, holding her hand through every moment of pain and anticipation.</w:t>
      </w:r>
    </w:p>
    <w:p w14:paraId="612B6D73" w14:textId="77777777" w:rsidR="00A06E85" w:rsidRPr="00C9454D" w:rsidRDefault="00A06E85" w:rsidP="00C9454D">
      <w:pPr>
        <w:rPr>
          <w:sz w:val="24"/>
          <w:szCs w:val="24"/>
        </w:rPr>
      </w:pPr>
      <w:r w:rsidRPr="00C9454D">
        <w:rPr>
          <w:sz w:val="24"/>
          <w:szCs w:val="24"/>
        </w:rPr>
        <w:t>At last, the cries of a newborn filled the room, followed by tears of relief and joy. The midwife wrapped the baby in a soft blanket and handed her to Abilene. “It’s a girl,” she said with a smile.</w:t>
      </w:r>
    </w:p>
    <w:p w14:paraId="5A12CA30" w14:textId="77777777" w:rsidR="00A06E85" w:rsidRPr="00C9454D" w:rsidRDefault="00A06E85" w:rsidP="00C9454D">
      <w:pPr>
        <w:rPr>
          <w:sz w:val="24"/>
          <w:szCs w:val="24"/>
        </w:rPr>
      </w:pPr>
      <w:r w:rsidRPr="00C9454D">
        <w:rPr>
          <w:sz w:val="24"/>
          <w:szCs w:val="24"/>
        </w:rPr>
        <w:t>Abilene cradled the baby close, her heart overflowing. “Helena,” she whispered, the name carrying the weight of love and gratitude.</w:t>
      </w:r>
    </w:p>
    <w:p w14:paraId="1DE3857B" w14:textId="5AD28118" w:rsidR="00A06E85" w:rsidRPr="00C9454D" w:rsidRDefault="00A06E85" w:rsidP="00C9454D">
      <w:pPr>
        <w:rPr>
          <w:sz w:val="24"/>
          <w:szCs w:val="24"/>
        </w:rPr>
      </w:pPr>
      <w:r w:rsidRPr="00C9454D">
        <w:rPr>
          <w:sz w:val="24"/>
          <w:szCs w:val="24"/>
        </w:rPr>
        <w:t>Guy knelt besi</w:t>
      </w:r>
      <w:r w:rsidR="00DD1FF5" w:rsidRPr="00C9454D">
        <w:rPr>
          <w:sz w:val="24"/>
          <w:szCs w:val="24"/>
        </w:rPr>
        <w:t xml:space="preserve">de </w:t>
      </w:r>
      <w:r w:rsidRPr="00C9454D">
        <w:rPr>
          <w:sz w:val="24"/>
          <w:szCs w:val="24"/>
        </w:rPr>
        <w:t>her, his arms encircling both Abilene and the baby. “She’s perfect,” he said, his voice thick with emotion. “Just like her mother.”</w:t>
      </w:r>
    </w:p>
    <w:p w14:paraId="3C8484B1" w14:textId="5BED2BB1" w:rsidR="00A06E85" w:rsidRPr="00C9454D" w:rsidRDefault="00A06E85" w:rsidP="00C9454D">
      <w:pPr>
        <w:rPr>
          <w:sz w:val="24"/>
          <w:szCs w:val="24"/>
        </w:rPr>
      </w:pPr>
      <w:r w:rsidRPr="00C9454D">
        <w:rPr>
          <w:sz w:val="24"/>
          <w:szCs w:val="24"/>
        </w:rPr>
        <w:t>John entered cautiously, his eyes wi</w:t>
      </w:r>
      <w:r w:rsidR="00DD1FF5" w:rsidRPr="00C9454D">
        <w:rPr>
          <w:sz w:val="24"/>
          <w:szCs w:val="24"/>
        </w:rPr>
        <w:t xml:space="preserve">de </w:t>
      </w:r>
      <w:r w:rsidRPr="00C9454D">
        <w:rPr>
          <w:sz w:val="24"/>
          <w:szCs w:val="24"/>
        </w:rPr>
        <w:t xml:space="preserve">with wonder. </w:t>
      </w:r>
      <w:proofErr w:type="spellStart"/>
      <w:r w:rsidRPr="00C9454D">
        <w:rPr>
          <w:sz w:val="24"/>
          <w:szCs w:val="24"/>
        </w:rPr>
        <w:t>Alara</w:t>
      </w:r>
      <w:proofErr w:type="spellEnd"/>
      <w:r w:rsidRPr="00C9454D">
        <w:rPr>
          <w:sz w:val="24"/>
          <w:szCs w:val="24"/>
        </w:rPr>
        <w:t xml:space="preserve"> nudged him forward with a playful smile. “Go on, big brother.”</w:t>
      </w:r>
    </w:p>
    <w:p w14:paraId="42E35F4E" w14:textId="77777777" w:rsidR="00A06E85" w:rsidRPr="00C9454D" w:rsidRDefault="00A06E85" w:rsidP="00C9454D">
      <w:pPr>
        <w:rPr>
          <w:sz w:val="24"/>
          <w:szCs w:val="24"/>
        </w:rPr>
      </w:pPr>
      <w:r w:rsidRPr="00C9454D">
        <w:rPr>
          <w:sz w:val="24"/>
          <w:szCs w:val="24"/>
        </w:rPr>
        <w:t>John stepped closer, his face breaking into a grin. “I’ll take care of her,” he declared solemnly, his voice steady and sure.</w:t>
      </w:r>
    </w:p>
    <w:p w14:paraId="27CC077B" w14:textId="5148A563" w:rsidR="00A06E85" w:rsidRPr="00C9454D" w:rsidRDefault="00A06E85" w:rsidP="00C9454D">
      <w:pPr>
        <w:rPr>
          <w:sz w:val="24"/>
          <w:szCs w:val="24"/>
        </w:rPr>
      </w:pPr>
      <w:r w:rsidRPr="00C9454D">
        <w:rPr>
          <w:sz w:val="24"/>
          <w:szCs w:val="24"/>
        </w:rPr>
        <w:t xml:space="preserve">Laughter filled the room, blending with the soft crackle of the fire and the gentle falling of snow outside. For a moment, all was right in the world. </w:t>
      </w:r>
      <w:r w:rsidR="00522C4D" w:rsidRPr="00C9454D">
        <w:rPr>
          <w:sz w:val="24"/>
          <w:szCs w:val="24"/>
        </w:rPr>
        <w:t>High Haven</w:t>
      </w:r>
      <w:r w:rsidRPr="00C9454D">
        <w:rPr>
          <w:sz w:val="24"/>
          <w:szCs w:val="24"/>
        </w:rPr>
        <w:t>, once a place of struggle and transformation, now welcomed new life—a symbol of hope and renewal.</w:t>
      </w:r>
    </w:p>
    <w:p w14:paraId="7492D85E" w14:textId="58662C25" w:rsidR="005A6A1B" w:rsidRPr="00C9454D" w:rsidRDefault="005A6A1B" w:rsidP="00C9454D">
      <w:pPr>
        <w:pStyle w:val="Heading2"/>
        <w:rPr>
          <w:sz w:val="24"/>
          <w:szCs w:val="24"/>
        </w:rPr>
      </w:pPr>
    </w:p>
    <w:p w14:paraId="40837374" w14:textId="77777777" w:rsidR="005A6A1B" w:rsidRPr="00C9454D" w:rsidRDefault="005A6A1B" w:rsidP="00C9454D">
      <w:pPr>
        <w:pStyle w:val="Heading2"/>
        <w:rPr>
          <w:sz w:val="24"/>
          <w:szCs w:val="24"/>
        </w:rPr>
      </w:pPr>
      <w:r w:rsidRPr="00C9454D">
        <w:rPr>
          <w:sz w:val="24"/>
          <w:szCs w:val="24"/>
        </w:rPr>
        <w:t>A Shift in Shadows</w:t>
      </w:r>
    </w:p>
    <w:p w14:paraId="04B63C12" w14:textId="77777777" w:rsidR="00AD051C" w:rsidRPr="00C9454D" w:rsidRDefault="00AD051C" w:rsidP="00C9454D">
      <w:pPr>
        <w:rPr>
          <w:sz w:val="24"/>
          <w:szCs w:val="24"/>
        </w:rPr>
      </w:pPr>
    </w:p>
    <w:p w14:paraId="0DF0F2CC" w14:textId="77777777" w:rsidR="005A6A1B" w:rsidRPr="00C9454D" w:rsidRDefault="005A6A1B" w:rsidP="00C9454D">
      <w:pPr>
        <w:rPr>
          <w:sz w:val="24"/>
          <w:szCs w:val="24"/>
        </w:rPr>
      </w:pPr>
      <w:r w:rsidRPr="00C9454D">
        <w:rPr>
          <w:sz w:val="24"/>
          <w:szCs w:val="24"/>
        </w:rPr>
        <w:t xml:space="preserve">While High Haven thrived, the </w:t>
      </w:r>
      <w:proofErr w:type="spellStart"/>
      <w:r w:rsidRPr="00C9454D">
        <w:rPr>
          <w:sz w:val="24"/>
          <w:szCs w:val="24"/>
        </w:rPr>
        <w:t>Devereaux</w:t>
      </w:r>
      <w:proofErr w:type="spellEnd"/>
      <w:r w:rsidRPr="00C9454D">
        <w:rPr>
          <w:sz w:val="24"/>
          <w:szCs w:val="24"/>
        </w:rPr>
        <w:t xml:space="preserve"> family had not been idle. Envious of Abilene’s growing influence and the success of  The Keeper’s Way, they continued to plot in the shadows. Rumors of their schemes reached Guy’s ears, but with so much joy filling their lives, it was easy to dismiss them as petty gossip.</w:t>
      </w:r>
    </w:p>
    <w:p w14:paraId="04E3D613" w14:textId="2E1573B1" w:rsidR="00A06E85" w:rsidRPr="00C9454D" w:rsidRDefault="005A6A1B" w:rsidP="00C9454D">
      <w:pPr>
        <w:rPr>
          <w:sz w:val="24"/>
          <w:szCs w:val="24"/>
        </w:rPr>
      </w:pPr>
      <w:r w:rsidRPr="00C9454D">
        <w:rPr>
          <w:sz w:val="24"/>
          <w:szCs w:val="24"/>
        </w:rPr>
        <w:t xml:space="preserve">But the </w:t>
      </w:r>
      <w:proofErr w:type="spellStart"/>
      <w:r w:rsidRPr="00C9454D">
        <w:rPr>
          <w:sz w:val="24"/>
          <w:szCs w:val="24"/>
        </w:rPr>
        <w:t>Devereaux’s</w:t>
      </w:r>
      <w:proofErr w:type="spellEnd"/>
      <w:r w:rsidRPr="00C9454D">
        <w:rPr>
          <w:sz w:val="24"/>
          <w:szCs w:val="24"/>
        </w:rPr>
        <w:t xml:space="preserve"> intentions were anything but petty. They feared Abilene’s second book would solidify her reach and sought to undermine her at every turn, spreading false stories about her teachings and bribing scribes to sabotage her manuscripts. The storm brewing beyond High Haven’s borders remained unseen by those within.</w:t>
      </w:r>
    </w:p>
    <w:p w14:paraId="33983B65" w14:textId="080418AF" w:rsidR="00452795" w:rsidRPr="00C9454D" w:rsidRDefault="00452795" w:rsidP="00C9454D">
      <w:pPr>
        <w:rPr>
          <w:sz w:val="24"/>
          <w:szCs w:val="24"/>
        </w:rPr>
      </w:pPr>
    </w:p>
    <w:p w14:paraId="3D9C4D1B" w14:textId="178B2B5A" w:rsidR="00A06E85" w:rsidRPr="00C9454D" w:rsidRDefault="00A06E85" w:rsidP="00C9454D">
      <w:pPr>
        <w:pStyle w:val="Heading2"/>
        <w:rPr>
          <w:sz w:val="24"/>
          <w:szCs w:val="24"/>
        </w:rPr>
      </w:pPr>
      <w:r w:rsidRPr="00C9454D">
        <w:rPr>
          <w:sz w:val="24"/>
          <w:szCs w:val="24"/>
        </w:rPr>
        <w:t>Shadows in the Light</w:t>
      </w:r>
    </w:p>
    <w:p w14:paraId="5734698D" w14:textId="77777777" w:rsidR="00AD051C" w:rsidRPr="00C9454D" w:rsidRDefault="00AD051C" w:rsidP="00C9454D">
      <w:pPr>
        <w:rPr>
          <w:sz w:val="24"/>
          <w:szCs w:val="24"/>
        </w:rPr>
      </w:pPr>
    </w:p>
    <w:p w14:paraId="3046D4FC" w14:textId="2F58CE6D" w:rsidR="00A06E85" w:rsidRPr="00C9454D" w:rsidRDefault="00A06E85" w:rsidP="00C9454D">
      <w:pPr>
        <w:rPr>
          <w:sz w:val="24"/>
          <w:szCs w:val="24"/>
        </w:rPr>
      </w:pPr>
      <w:r w:rsidRPr="00C9454D">
        <w:rPr>
          <w:sz w:val="24"/>
          <w:szCs w:val="24"/>
        </w:rPr>
        <w:t xml:space="preserve">Life at </w:t>
      </w:r>
      <w:r w:rsidR="00522C4D" w:rsidRPr="00C9454D">
        <w:rPr>
          <w:sz w:val="24"/>
          <w:szCs w:val="24"/>
        </w:rPr>
        <w:t>High Haven</w:t>
      </w:r>
      <w:r w:rsidRPr="00C9454D">
        <w:rPr>
          <w:sz w:val="24"/>
          <w:szCs w:val="24"/>
        </w:rPr>
        <w:t xml:space="preserve"> was full of joy after Helena’s birth. The baby brought a new energy to the household, her laughter and tiny coos filling the air. John Marshall adored his little sister, often found besi</w:t>
      </w:r>
      <w:r w:rsidR="00DD1FF5" w:rsidRPr="00C9454D">
        <w:rPr>
          <w:sz w:val="24"/>
          <w:szCs w:val="24"/>
        </w:rPr>
        <w:t xml:space="preserve">de </w:t>
      </w:r>
      <w:r w:rsidRPr="00C9454D">
        <w:rPr>
          <w:sz w:val="24"/>
          <w:szCs w:val="24"/>
        </w:rPr>
        <w:t>her cradle, keeping watch as though it were his sacred duty. “She’s perfect, Mama,” he would say, his tone filled with a quiet reverence that belied his ten years. “I’ll look after her, always.”</w:t>
      </w:r>
    </w:p>
    <w:p w14:paraId="286588A9" w14:textId="38844B3B" w:rsidR="00A06E85" w:rsidRPr="00C9454D" w:rsidRDefault="00A06E85" w:rsidP="00C9454D">
      <w:pPr>
        <w:rPr>
          <w:sz w:val="24"/>
          <w:szCs w:val="24"/>
        </w:rPr>
      </w:pPr>
      <w:r w:rsidRPr="00C9454D">
        <w:rPr>
          <w:sz w:val="24"/>
          <w:szCs w:val="24"/>
        </w:rPr>
        <w:t>Guy, too, was utterly smitten, often cradling Helena in his arms while murmuring soft words of love and promises of a bright future. Abilene, though busy with Helena’s care, had continued her work on The Keeper’s Promise until its completion. The book, carefully organized and written with the scriptures’ wisdom and clarity, had been received with gratitu</w:t>
      </w:r>
      <w:r w:rsidR="00DD1FF5" w:rsidRPr="00C9454D">
        <w:rPr>
          <w:sz w:val="24"/>
          <w:szCs w:val="24"/>
        </w:rPr>
        <w:t xml:space="preserve">de </w:t>
      </w:r>
      <w:r w:rsidRPr="00C9454D">
        <w:rPr>
          <w:sz w:val="24"/>
          <w:szCs w:val="24"/>
        </w:rPr>
        <w:t xml:space="preserve">by villages far and wide. Copies had been distributed to libraries, monasteries, and even the royal court. But with its success came a growing threat—a shadow that had been lurking since the </w:t>
      </w:r>
      <w:proofErr w:type="spellStart"/>
      <w:r w:rsidRPr="00C9454D">
        <w:rPr>
          <w:sz w:val="24"/>
          <w:szCs w:val="24"/>
        </w:rPr>
        <w:t>Devereaux</w:t>
      </w:r>
      <w:proofErr w:type="spellEnd"/>
      <w:r w:rsidRPr="00C9454D">
        <w:rPr>
          <w:sz w:val="24"/>
          <w:szCs w:val="24"/>
        </w:rPr>
        <w:t xml:space="preserve"> first laid their eyes on her work.</w:t>
      </w:r>
    </w:p>
    <w:p w14:paraId="5A388F50" w14:textId="77777777" w:rsidR="00A06E85" w:rsidRPr="00C9454D" w:rsidRDefault="00A06E85" w:rsidP="00C9454D">
      <w:pPr>
        <w:rPr>
          <w:sz w:val="24"/>
          <w:szCs w:val="24"/>
        </w:rPr>
      </w:pPr>
    </w:p>
    <w:p w14:paraId="46DEDAAF" w14:textId="77777777" w:rsidR="00A06E85" w:rsidRPr="00C9454D" w:rsidRDefault="00A06E85" w:rsidP="00C9454D">
      <w:pPr>
        <w:pStyle w:val="Heading2"/>
        <w:rPr>
          <w:sz w:val="24"/>
          <w:szCs w:val="24"/>
        </w:rPr>
      </w:pPr>
      <w:r w:rsidRPr="00C9454D">
        <w:rPr>
          <w:sz w:val="24"/>
          <w:szCs w:val="24"/>
        </w:rPr>
        <w:t>Delivering the Weapon</w:t>
      </w:r>
    </w:p>
    <w:p w14:paraId="5CF79771" w14:textId="77777777" w:rsidR="00AD051C" w:rsidRPr="00C9454D" w:rsidRDefault="00AD051C" w:rsidP="00C9454D">
      <w:pPr>
        <w:rPr>
          <w:sz w:val="24"/>
          <w:szCs w:val="24"/>
        </w:rPr>
      </w:pPr>
    </w:p>
    <w:p w14:paraId="6E78579E" w14:textId="77777777" w:rsidR="00A06E85" w:rsidRPr="00C9454D" w:rsidRDefault="00A06E85" w:rsidP="00C9454D">
      <w:pPr>
        <w:rPr>
          <w:sz w:val="24"/>
          <w:szCs w:val="24"/>
        </w:rPr>
      </w:pPr>
      <w:r w:rsidRPr="00C9454D">
        <w:rPr>
          <w:sz w:val="24"/>
          <w:szCs w:val="24"/>
        </w:rPr>
        <w:t xml:space="preserve">The </w:t>
      </w:r>
      <w:proofErr w:type="spellStart"/>
      <w:r w:rsidRPr="00C9454D">
        <w:rPr>
          <w:sz w:val="24"/>
          <w:szCs w:val="24"/>
        </w:rPr>
        <w:t>Devereaux</w:t>
      </w:r>
      <w:proofErr w:type="spellEnd"/>
      <w:r w:rsidRPr="00C9454D">
        <w:rPr>
          <w:sz w:val="24"/>
          <w:szCs w:val="24"/>
        </w:rPr>
        <w:t xml:space="preserve"> family’s resentment of Abilene had simmered for years, but The Keeper’s Promise gave them the weapon they needed. Lady </w:t>
      </w:r>
      <w:proofErr w:type="spellStart"/>
      <w:r w:rsidRPr="00C9454D">
        <w:rPr>
          <w:sz w:val="24"/>
          <w:szCs w:val="24"/>
        </w:rPr>
        <w:t>Devereaux</w:t>
      </w:r>
      <w:proofErr w:type="spellEnd"/>
      <w:r w:rsidRPr="00C9454D">
        <w:rPr>
          <w:sz w:val="24"/>
          <w:szCs w:val="24"/>
        </w:rPr>
        <w:t xml:space="preserve"> personally delivered a copy to Father Ambrose, a high-ranking priest known for his rigid adherence to Church authority. She feigned concern, presenting the book as a dangerous challenge to the Church.</w:t>
      </w:r>
    </w:p>
    <w:p w14:paraId="19C645C2" w14:textId="2037D101" w:rsidR="00A06E85" w:rsidRPr="00C9454D" w:rsidRDefault="00A06E85" w:rsidP="00C9454D">
      <w:pPr>
        <w:rPr>
          <w:sz w:val="24"/>
          <w:szCs w:val="24"/>
        </w:rPr>
      </w:pPr>
      <w:r w:rsidRPr="00C9454D">
        <w:rPr>
          <w:sz w:val="24"/>
          <w:szCs w:val="24"/>
        </w:rPr>
        <w:t xml:space="preserve">“I worry for the souls of those who read this,” she said, her voice trembling with practiced sincerity. “Abilene of </w:t>
      </w:r>
      <w:r w:rsidR="00522C4D" w:rsidRPr="00C9454D">
        <w:rPr>
          <w:sz w:val="24"/>
          <w:szCs w:val="24"/>
        </w:rPr>
        <w:t>High Haven</w:t>
      </w:r>
      <w:r w:rsidRPr="00C9454D">
        <w:rPr>
          <w:sz w:val="24"/>
          <w:szCs w:val="24"/>
        </w:rPr>
        <w:t xml:space="preserve"> has written something that undermines the Church’s teachings. She positions herself as a spiritual leader, distributing scriptures without approval. Surely you can see the danger in this.”</w:t>
      </w:r>
    </w:p>
    <w:p w14:paraId="666ED29B" w14:textId="29D006DD" w:rsidR="00A06E85" w:rsidRPr="00C9454D" w:rsidRDefault="00A06E85" w:rsidP="00C9454D">
      <w:pPr>
        <w:rPr>
          <w:sz w:val="24"/>
          <w:szCs w:val="24"/>
        </w:rPr>
      </w:pPr>
      <w:r w:rsidRPr="00C9454D">
        <w:rPr>
          <w:sz w:val="24"/>
          <w:szCs w:val="24"/>
        </w:rPr>
        <w:t>Father Ambrose turned the pages, his expression darkening. “These scriptures are presented without proper interpretation,” he muttered. “And who is she to deci</w:t>
      </w:r>
      <w:r w:rsidR="00DD1FF5" w:rsidRPr="00C9454D">
        <w:rPr>
          <w:sz w:val="24"/>
          <w:szCs w:val="24"/>
        </w:rPr>
        <w:t xml:space="preserve">de </w:t>
      </w:r>
      <w:r w:rsidRPr="00C9454D">
        <w:rPr>
          <w:sz w:val="24"/>
          <w:szCs w:val="24"/>
        </w:rPr>
        <w:t>which truths the people should read? This is a breach of the Church’s authority.”</w:t>
      </w:r>
    </w:p>
    <w:p w14:paraId="449267D0" w14:textId="77777777" w:rsidR="00A06E85" w:rsidRPr="00C9454D" w:rsidRDefault="00A06E85" w:rsidP="00C9454D">
      <w:pPr>
        <w:rPr>
          <w:sz w:val="24"/>
          <w:szCs w:val="24"/>
        </w:rPr>
      </w:pPr>
      <w:r w:rsidRPr="00C9454D">
        <w:rPr>
          <w:sz w:val="24"/>
          <w:szCs w:val="24"/>
        </w:rPr>
        <w:t xml:space="preserve">Lady </w:t>
      </w:r>
      <w:proofErr w:type="spellStart"/>
      <w:r w:rsidRPr="00C9454D">
        <w:rPr>
          <w:sz w:val="24"/>
          <w:szCs w:val="24"/>
        </w:rPr>
        <w:t>Devereaux</w:t>
      </w:r>
      <w:proofErr w:type="spellEnd"/>
      <w:r w:rsidRPr="00C9454D">
        <w:rPr>
          <w:sz w:val="24"/>
          <w:szCs w:val="24"/>
        </w:rPr>
        <w:t xml:space="preserve"> leaned forward, her voice low and conspiratorial. “There are whispers, Father, that she is worshiped by her followers. They say she holds herself above the clergy.”</w:t>
      </w:r>
    </w:p>
    <w:p w14:paraId="3FA578CB" w14:textId="77777777" w:rsidR="00A06E85" w:rsidRPr="00C9454D" w:rsidRDefault="00A06E85" w:rsidP="00C9454D">
      <w:pPr>
        <w:rPr>
          <w:sz w:val="24"/>
          <w:szCs w:val="24"/>
        </w:rPr>
      </w:pPr>
      <w:r w:rsidRPr="00C9454D">
        <w:rPr>
          <w:sz w:val="24"/>
          <w:szCs w:val="24"/>
        </w:rPr>
        <w:t>Ambrose snapped the book shut. “If even a fraction of what you say is true, she must be stopped.”</w:t>
      </w:r>
    </w:p>
    <w:p w14:paraId="4A17E29B" w14:textId="77777777" w:rsidR="00A06E85" w:rsidRPr="00C9454D" w:rsidRDefault="00A06E85" w:rsidP="00C9454D">
      <w:pPr>
        <w:rPr>
          <w:sz w:val="24"/>
          <w:szCs w:val="24"/>
        </w:rPr>
      </w:pPr>
    </w:p>
    <w:p w14:paraId="115D2C81" w14:textId="77777777" w:rsidR="00A06E85" w:rsidRPr="00C9454D" w:rsidRDefault="00A06E85" w:rsidP="00C9454D">
      <w:pPr>
        <w:pStyle w:val="Heading2"/>
        <w:rPr>
          <w:sz w:val="24"/>
          <w:szCs w:val="24"/>
        </w:rPr>
      </w:pPr>
      <w:r w:rsidRPr="00C9454D">
        <w:rPr>
          <w:sz w:val="24"/>
          <w:szCs w:val="24"/>
        </w:rPr>
        <w:t>Stoking the Flames</w:t>
      </w:r>
    </w:p>
    <w:p w14:paraId="13E988E0" w14:textId="77777777" w:rsidR="00AD051C" w:rsidRPr="00C9454D" w:rsidRDefault="00AD051C" w:rsidP="00C9454D">
      <w:pPr>
        <w:rPr>
          <w:sz w:val="24"/>
          <w:szCs w:val="24"/>
        </w:rPr>
      </w:pPr>
    </w:p>
    <w:p w14:paraId="3E80FC52" w14:textId="4ABA4EE9" w:rsidR="00A06E85" w:rsidRPr="00C9454D" w:rsidRDefault="00A06E85" w:rsidP="00C9454D">
      <w:pPr>
        <w:rPr>
          <w:sz w:val="24"/>
          <w:szCs w:val="24"/>
        </w:rPr>
      </w:pPr>
      <w:r w:rsidRPr="00C9454D">
        <w:rPr>
          <w:sz w:val="24"/>
          <w:szCs w:val="24"/>
        </w:rPr>
        <w:t xml:space="preserve">Within weeks, Father Ambrose had spread warnings of Abilene’s supposed heresy, but his accusations found little traction among the people of </w:t>
      </w:r>
      <w:r w:rsidR="00522C4D" w:rsidRPr="00C9454D">
        <w:rPr>
          <w:sz w:val="24"/>
          <w:szCs w:val="24"/>
        </w:rPr>
        <w:t>High Haven</w:t>
      </w:r>
      <w:r w:rsidRPr="00C9454D">
        <w:rPr>
          <w:sz w:val="24"/>
          <w:szCs w:val="24"/>
        </w:rPr>
        <w:t xml:space="preserve"> and the surrounding villages. The river communities knew Abilene well, and they were not easily swayed by the rumors.</w:t>
      </w:r>
    </w:p>
    <w:p w14:paraId="755CBD1D" w14:textId="086BDD5D" w:rsidR="00A06E85" w:rsidRPr="00C9454D" w:rsidRDefault="00A06E85" w:rsidP="00C9454D">
      <w:pPr>
        <w:rPr>
          <w:sz w:val="24"/>
          <w:szCs w:val="24"/>
        </w:rPr>
      </w:pPr>
      <w:r w:rsidRPr="00C9454D">
        <w:rPr>
          <w:sz w:val="24"/>
          <w:szCs w:val="24"/>
        </w:rPr>
        <w:t xml:space="preserve">“She’s no heretic,” a farmer in </w:t>
      </w:r>
      <w:proofErr w:type="spellStart"/>
      <w:r w:rsidR="00225D06" w:rsidRPr="00C9454D">
        <w:rPr>
          <w:sz w:val="24"/>
          <w:szCs w:val="24"/>
        </w:rPr>
        <w:t>Teston</w:t>
      </w:r>
      <w:proofErr w:type="spellEnd"/>
      <w:r w:rsidRPr="00C9454D">
        <w:rPr>
          <w:sz w:val="24"/>
          <w:szCs w:val="24"/>
        </w:rPr>
        <w:t xml:space="preserve"> said firmly. “She’s the reason my family has hope again. This is a lie, and we all know who’s behind it.”</w:t>
      </w:r>
    </w:p>
    <w:p w14:paraId="01CFEDE3" w14:textId="77777777" w:rsidR="00A06E85" w:rsidRPr="00C9454D" w:rsidRDefault="00A06E85" w:rsidP="00C9454D">
      <w:pPr>
        <w:rPr>
          <w:sz w:val="24"/>
          <w:szCs w:val="24"/>
        </w:rPr>
      </w:pPr>
      <w:r w:rsidRPr="00C9454D">
        <w:rPr>
          <w:sz w:val="24"/>
          <w:szCs w:val="24"/>
        </w:rPr>
        <w:t xml:space="preserve">“The </w:t>
      </w:r>
      <w:proofErr w:type="spellStart"/>
      <w:r w:rsidRPr="00C9454D">
        <w:rPr>
          <w:sz w:val="24"/>
          <w:szCs w:val="24"/>
        </w:rPr>
        <w:t>Devereaux</w:t>
      </w:r>
      <w:proofErr w:type="spellEnd"/>
      <w:r w:rsidRPr="00C9454D">
        <w:rPr>
          <w:sz w:val="24"/>
          <w:szCs w:val="24"/>
        </w:rPr>
        <w:t>,” another villager muttered. “They’ve always hated her.”</w:t>
      </w:r>
    </w:p>
    <w:p w14:paraId="20E5C3C1" w14:textId="7CAE15DF" w:rsidR="00A06E85" w:rsidRPr="00C9454D" w:rsidRDefault="00A06E85" w:rsidP="00C9454D">
      <w:pPr>
        <w:rPr>
          <w:sz w:val="24"/>
          <w:szCs w:val="24"/>
        </w:rPr>
      </w:pPr>
      <w:r w:rsidRPr="00C9454D">
        <w:rPr>
          <w:sz w:val="24"/>
          <w:szCs w:val="24"/>
        </w:rPr>
        <w:t xml:space="preserve">In </w:t>
      </w:r>
      <w:r w:rsidR="00522C4D" w:rsidRPr="00C9454D">
        <w:rPr>
          <w:sz w:val="24"/>
          <w:szCs w:val="24"/>
        </w:rPr>
        <w:t>High Haven</w:t>
      </w:r>
      <w:r w:rsidRPr="00C9454D">
        <w:rPr>
          <w:sz w:val="24"/>
          <w:szCs w:val="24"/>
        </w:rPr>
        <w:t>, the villagers rallied to Abilene’s defense, holding gatherings to share how her teachings had transformed their lives. Rowan and Millie took the lead, organizing testimonials and preparing to defend her against the baseless accusations. Even the guards assigned to deliver the summons and arrest her hesitated, knowing full well that the charges were born of spite rather than truth.</w:t>
      </w:r>
    </w:p>
    <w:p w14:paraId="299395FD" w14:textId="77777777" w:rsidR="00A06E85" w:rsidRPr="00C9454D" w:rsidRDefault="00A06E85" w:rsidP="00C9454D">
      <w:pPr>
        <w:rPr>
          <w:sz w:val="24"/>
          <w:szCs w:val="24"/>
        </w:rPr>
      </w:pPr>
    </w:p>
    <w:p w14:paraId="1DEDD158" w14:textId="77777777" w:rsidR="00A06E85" w:rsidRPr="00C9454D" w:rsidRDefault="00A06E85" w:rsidP="00C9454D">
      <w:pPr>
        <w:pStyle w:val="Heading2"/>
        <w:rPr>
          <w:sz w:val="24"/>
          <w:szCs w:val="24"/>
        </w:rPr>
      </w:pPr>
      <w:r w:rsidRPr="00C9454D">
        <w:rPr>
          <w:sz w:val="24"/>
          <w:szCs w:val="24"/>
        </w:rPr>
        <w:t>The Summons</w:t>
      </w:r>
    </w:p>
    <w:p w14:paraId="51ADEA32" w14:textId="77777777" w:rsidR="00AD051C" w:rsidRPr="00C9454D" w:rsidRDefault="00AD051C" w:rsidP="00C9454D">
      <w:pPr>
        <w:rPr>
          <w:sz w:val="24"/>
          <w:szCs w:val="24"/>
        </w:rPr>
      </w:pPr>
    </w:p>
    <w:p w14:paraId="4784ECEB" w14:textId="77777777" w:rsidR="00A06E85" w:rsidRPr="00C9454D" w:rsidRDefault="00A06E85" w:rsidP="00C9454D">
      <w:pPr>
        <w:rPr>
          <w:sz w:val="24"/>
          <w:szCs w:val="24"/>
        </w:rPr>
      </w:pPr>
      <w:r w:rsidRPr="00C9454D">
        <w:rPr>
          <w:sz w:val="24"/>
          <w:szCs w:val="24"/>
        </w:rPr>
        <w:t>The formal summons arrived one morning as Abilene sat by the hearth, cradling baby Helena. The letter, sealed with the papal crest, accused her of heresy and demanded her presence to answer for her actions. Guy read the charges aloud, his voice taut with anger: “Distributing unapproved texts. Undermining the authority of the Church. Inciting disobedience among the faithful.”</w:t>
      </w:r>
    </w:p>
    <w:p w14:paraId="5181C5F1" w14:textId="2D15D0CE" w:rsidR="00A06E85" w:rsidRPr="00C9454D" w:rsidRDefault="00A06E85" w:rsidP="00C9454D">
      <w:pPr>
        <w:rPr>
          <w:sz w:val="24"/>
          <w:szCs w:val="24"/>
        </w:rPr>
      </w:pPr>
      <w:r w:rsidRPr="00C9454D">
        <w:rPr>
          <w:sz w:val="24"/>
          <w:szCs w:val="24"/>
        </w:rPr>
        <w:t>Abilene held Helena close, her face calm but her hands trembling. “The book is nothing more than a gui</w:t>
      </w:r>
      <w:r w:rsidR="00DD1FF5" w:rsidRPr="00C9454D">
        <w:rPr>
          <w:sz w:val="24"/>
          <w:szCs w:val="24"/>
        </w:rPr>
        <w:t xml:space="preserve">de </w:t>
      </w:r>
      <w:r w:rsidRPr="00C9454D">
        <w:rPr>
          <w:sz w:val="24"/>
          <w:szCs w:val="24"/>
        </w:rPr>
        <w:t xml:space="preserve">to the scriptures,” she said. “It holds no interpretations, only </w:t>
      </w:r>
      <w:r w:rsidR="00ED3A8A" w:rsidRPr="00C9454D">
        <w:rPr>
          <w:sz w:val="24"/>
          <w:szCs w:val="24"/>
        </w:rPr>
        <w:t>God’s</w:t>
      </w:r>
      <w:r w:rsidRPr="00C9454D">
        <w:rPr>
          <w:sz w:val="24"/>
          <w:szCs w:val="24"/>
        </w:rPr>
        <w:t xml:space="preserve"> truth. I have done nothing wrong.”</w:t>
      </w:r>
    </w:p>
    <w:p w14:paraId="7A938ED5" w14:textId="77777777" w:rsidR="00A06E85" w:rsidRPr="00C9454D" w:rsidRDefault="00A06E85" w:rsidP="00C9454D">
      <w:pPr>
        <w:rPr>
          <w:sz w:val="24"/>
          <w:szCs w:val="24"/>
        </w:rPr>
      </w:pPr>
      <w:r w:rsidRPr="00C9454D">
        <w:rPr>
          <w:sz w:val="24"/>
          <w:szCs w:val="24"/>
        </w:rPr>
        <w:t xml:space="preserve">John Marshall, sitting nearby, leaned forward, his eyes sharp with determination. “This is a trap,” he said plainly, his voice steady. “The </w:t>
      </w:r>
      <w:proofErr w:type="spellStart"/>
      <w:r w:rsidRPr="00C9454D">
        <w:rPr>
          <w:sz w:val="24"/>
          <w:szCs w:val="24"/>
        </w:rPr>
        <w:t>Devereaux</w:t>
      </w:r>
      <w:proofErr w:type="spellEnd"/>
      <w:r w:rsidRPr="00C9454D">
        <w:rPr>
          <w:sz w:val="24"/>
          <w:szCs w:val="24"/>
        </w:rPr>
        <w:t xml:space="preserve"> are behind it. Everyone knows that.”</w:t>
      </w:r>
    </w:p>
    <w:p w14:paraId="09DB6AE2" w14:textId="5689AC77" w:rsidR="00A06E85" w:rsidRPr="00C9454D" w:rsidRDefault="00A06E85" w:rsidP="00C9454D">
      <w:pPr>
        <w:rPr>
          <w:sz w:val="24"/>
          <w:szCs w:val="24"/>
        </w:rPr>
      </w:pPr>
      <w:r w:rsidRPr="00C9454D">
        <w:rPr>
          <w:sz w:val="24"/>
          <w:szCs w:val="24"/>
        </w:rPr>
        <w:t xml:space="preserve">Abilene met his gaze, surprised by the clarity in his tone. “That may be true, John, but we must meet this with faith, not fear. </w:t>
      </w:r>
      <w:proofErr w:type="spellStart"/>
      <w:r w:rsidR="007E1E1E">
        <w:rPr>
          <w:sz w:val="24"/>
          <w:szCs w:val="24"/>
        </w:rPr>
        <w:t>Yahuah</w:t>
      </w:r>
      <w:r w:rsidRPr="00C9454D">
        <w:rPr>
          <w:sz w:val="24"/>
          <w:szCs w:val="24"/>
        </w:rPr>
        <w:t>’s</w:t>
      </w:r>
      <w:proofErr w:type="spellEnd"/>
      <w:r w:rsidRPr="00C9454D">
        <w:rPr>
          <w:sz w:val="24"/>
          <w:szCs w:val="24"/>
        </w:rPr>
        <w:t xml:space="preserve"> truth will stand, even against lies.”</w:t>
      </w:r>
    </w:p>
    <w:p w14:paraId="35C68D55" w14:textId="3FE4E7A4" w:rsidR="00B3074F" w:rsidRPr="00C9454D" w:rsidRDefault="00B3074F" w:rsidP="00C9454D">
      <w:pPr>
        <w:rPr>
          <w:sz w:val="24"/>
          <w:szCs w:val="24"/>
        </w:rPr>
      </w:pPr>
      <w:r w:rsidRPr="00C9454D">
        <w:rPr>
          <w:sz w:val="24"/>
          <w:szCs w:val="24"/>
        </w:rPr>
        <w:t>“Faith is the assured expectation of what is hoped for, the evident demonstration of realities that are not seen.”</w:t>
      </w:r>
    </w:p>
    <w:p w14:paraId="41A009FD" w14:textId="77777777" w:rsidR="00A06E85" w:rsidRPr="00C9454D" w:rsidRDefault="00A06E85" w:rsidP="00C9454D">
      <w:pPr>
        <w:rPr>
          <w:sz w:val="24"/>
          <w:szCs w:val="24"/>
        </w:rPr>
      </w:pPr>
      <w:r w:rsidRPr="00C9454D">
        <w:rPr>
          <w:sz w:val="24"/>
          <w:szCs w:val="24"/>
        </w:rPr>
        <w:t>He nodded solemnly. “I don’t trust them. But I trust you. You’ve taught me enough to know the truth will win.”</w:t>
      </w:r>
    </w:p>
    <w:p w14:paraId="33ABF6FE" w14:textId="77777777" w:rsidR="00A06E85" w:rsidRPr="00C9454D" w:rsidRDefault="00A06E85" w:rsidP="00C9454D">
      <w:pPr>
        <w:rPr>
          <w:sz w:val="24"/>
          <w:szCs w:val="24"/>
        </w:rPr>
      </w:pPr>
    </w:p>
    <w:p w14:paraId="7FD737B3" w14:textId="77777777" w:rsidR="00201B1B" w:rsidRPr="00C9454D" w:rsidRDefault="00A06E85" w:rsidP="00C9454D">
      <w:pPr>
        <w:pStyle w:val="Heading2"/>
        <w:rPr>
          <w:sz w:val="24"/>
          <w:szCs w:val="24"/>
        </w:rPr>
      </w:pPr>
      <w:r w:rsidRPr="00C9454D">
        <w:rPr>
          <w:sz w:val="24"/>
          <w:szCs w:val="24"/>
        </w:rPr>
        <w:t>The Arrest</w:t>
      </w:r>
      <w:r w:rsidR="00EF63CA" w:rsidRPr="00C9454D">
        <w:rPr>
          <w:sz w:val="24"/>
          <w:szCs w:val="24"/>
        </w:rPr>
        <w:t xml:space="preserve"> </w:t>
      </w:r>
    </w:p>
    <w:p w14:paraId="672F3E12" w14:textId="05CF615F" w:rsidR="00A06E85" w:rsidRPr="00C9454D" w:rsidRDefault="00EF63CA" w:rsidP="00C9454D">
      <w:pPr>
        <w:pStyle w:val="Heading2"/>
        <w:rPr>
          <w:sz w:val="24"/>
          <w:szCs w:val="24"/>
        </w:rPr>
      </w:pPr>
      <w:r w:rsidRPr="00C9454D">
        <w:rPr>
          <w:sz w:val="24"/>
          <w:szCs w:val="24"/>
        </w:rPr>
        <w:t>1213</w:t>
      </w:r>
    </w:p>
    <w:p w14:paraId="43DF5381" w14:textId="77777777" w:rsidR="00AD051C" w:rsidRPr="00C9454D" w:rsidRDefault="00AD051C" w:rsidP="00C9454D">
      <w:pPr>
        <w:rPr>
          <w:sz w:val="24"/>
          <w:szCs w:val="24"/>
        </w:rPr>
      </w:pPr>
    </w:p>
    <w:p w14:paraId="1A6D238A" w14:textId="77777777" w:rsidR="00A06E85" w:rsidRPr="00C9454D" w:rsidRDefault="00A06E85" w:rsidP="00C9454D">
      <w:pPr>
        <w:rPr>
          <w:sz w:val="24"/>
          <w:szCs w:val="24"/>
        </w:rPr>
      </w:pPr>
      <w:r w:rsidRPr="00C9454D">
        <w:rPr>
          <w:sz w:val="24"/>
          <w:szCs w:val="24"/>
        </w:rPr>
        <w:t>The guards arrived two days later, their faces grim. They had no desire to carry out the orders, and their hesitation was clear as they approached Abilene’s home. Guy met them at the door, his imposing figure blocking their path. “You know this is a setup,” he said, his voice low and dangerous. “You know she’s no heretic.”</w:t>
      </w:r>
    </w:p>
    <w:p w14:paraId="67F9274B" w14:textId="77777777" w:rsidR="00A06E85" w:rsidRPr="00C9454D" w:rsidRDefault="00A06E85" w:rsidP="00C9454D">
      <w:pPr>
        <w:rPr>
          <w:sz w:val="24"/>
          <w:szCs w:val="24"/>
        </w:rPr>
      </w:pPr>
      <w:r w:rsidRPr="00C9454D">
        <w:rPr>
          <w:sz w:val="24"/>
          <w:szCs w:val="24"/>
        </w:rPr>
        <w:t>The lead guard sighed, his eyes meeting Guy’s. “We know. But the order comes from Father Ambrose himself. If we don’t carry it out, we’ll be charged with disobedience.”</w:t>
      </w:r>
    </w:p>
    <w:p w14:paraId="5C6550FF" w14:textId="77777777" w:rsidR="00A06E85" w:rsidRPr="00C9454D" w:rsidRDefault="00A06E85" w:rsidP="00C9454D">
      <w:pPr>
        <w:rPr>
          <w:sz w:val="24"/>
          <w:szCs w:val="24"/>
        </w:rPr>
      </w:pPr>
      <w:r w:rsidRPr="00C9454D">
        <w:rPr>
          <w:sz w:val="24"/>
          <w:szCs w:val="24"/>
        </w:rPr>
        <w:t xml:space="preserve">Behind him, the villagers gathered in the square, their voices rising in defiance. “She’s innocent!” someone shouted. “This is the </w:t>
      </w:r>
      <w:proofErr w:type="spellStart"/>
      <w:r w:rsidRPr="00C9454D">
        <w:rPr>
          <w:sz w:val="24"/>
          <w:szCs w:val="24"/>
        </w:rPr>
        <w:t>Devereaux’s</w:t>
      </w:r>
      <w:proofErr w:type="spellEnd"/>
      <w:r w:rsidRPr="00C9454D">
        <w:rPr>
          <w:sz w:val="24"/>
          <w:szCs w:val="24"/>
        </w:rPr>
        <w:t xml:space="preserve"> doing!”</w:t>
      </w:r>
    </w:p>
    <w:p w14:paraId="35E11DEE" w14:textId="77777777" w:rsidR="00A06E85" w:rsidRPr="00C9454D" w:rsidRDefault="00A06E85" w:rsidP="00C9454D">
      <w:pPr>
        <w:rPr>
          <w:sz w:val="24"/>
          <w:szCs w:val="24"/>
        </w:rPr>
      </w:pPr>
      <w:r w:rsidRPr="00C9454D">
        <w:rPr>
          <w:sz w:val="24"/>
          <w:szCs w:val="24"/>
        </w:rPr>
        <w:t>Rowan stepped forward, his arms crossed over his chest. “If you take her, know this: she doesn’t stand alone. We stand with her.”</w:t>
      </w:r>
    </w:p>
    <w:p w14:paraId="1845FE64" w14:textId="77777777" w:rsidR="00A06E85" w:rsidRPr="00C9454D" w:rsidRDefault="00A06E85" w:rsidP="00C9454D">
      <w:pPr>
        <w:rPr>
          <w:sz w:val="24"/>
          <w:szCs w:val="24"/>
        </w:rPr>
      </w:pPr>
      <w:r w:rsidRPr="00C9454D">
        <w:rPr>
          <w:sz w:val="24"/>
          <w:szCs w:val="24"/>
        </w:rPr>
        <w:t>Millie, holding Helena, added, “And you’ll have to answer to us if anything happens to her.”</w:t>
      </w:r>
    </w:p>
    <w:p w14:paraId="503D0E61" w14:textId="77777777" w:rsidR="00A06E85" w:rsidRPr="00C9454D" w:rsidRDefault="00A06E85" w:rsidP="00C9454D">
      <w:pPr>
        <w:rPr>
          <w:sz w:val="24"/>
          <w:szCs w:val="24"/>
        </w:rPr>
      </w:pPr>
      <w:r w:rsidRPr="00C9454D">
        <w:rPr>
          <w:sz w:val="24"/>
          <w:szCs w:val="24"/>
        </w:rPr>
        <w:t>The guards hesitated, clearly uncomfortable with their task. “Please,” the lead guard said, his voice softening as he turned to Abilene. “We don’t wish to do this, but we have no choice. Will you come willingly?”</w:t>
      </w:r>
    </w:p>
    <w:p w14:paraId="515D8717" w14:textId="77777777" w:rsidR="00A06E85" w:rsidRPr="00C9454D" w:rsidRDefault="00A06E85" w:rsidP="00C9454D">
      <w:pPr>
        <w:rPr>
          <w:sz w:val="24"/>
          <w:szCs w:val="24"/>
        </w:rPr>
      </w:pPr>
      <w:r w:rsidRPr="00C9454D">
        <w:rPr>
          <w:sz w:val="24"/>
          <w:szCs w:val="24"/>
        </w:rPr>
        <w:t>John Marshall stepped forward, his voice calm but commanding. “She’s no danger to anyone. You know this is wrong.”</w:t>
      </w:r>
    </w:p>
    <w:p w14:paraId="0C144DC2" w14:textId="77777777" w:rsidR="00A06E85" w:rsidRPr="00C9454D" w:rsidRDefault="00A06E85" w:rsidP="00C9454D">
      <w:pPr>
        <w:rPr>
          <w:sz w:val="24"/>
          <w:szCs w:val="24"/>
        </w:rPr>
      </w:pPr>
      <w:r w:rsidRPr="00C9454D">
        <w:rPr>
          <w:sz w:val="24"/>
          <w:szCs w:val="24"/>
        </w:rPr>
        <w:t>Abilene touched his shoulder gently. “John, it’s all right. The truth will stand, and I will come back.”</w:t>
      </w:r>
    </w:p>
    <w:p w14:paraId="01F7BB23" w14:textId="77777777" w:rsidR="00A06E85" w:rsidRPr="00C9454D" w:rsidRDefault="00A06E85" w:rsidP="00C9454D">
      <w:pPr>
        <w:rPr>
          <w:sz w:val="24"/>
          <w:szCs w:val="24"/>
        </w:rPr>
      </w:pPr>
      <w:r w:rsidRPr="00C9454D">
        <w:rPr>
          <w:sz w:val="24"/>
          <w:szCs w:val="24"/>
        </w:rPr>
        <w:t>John’s jaw tightened, but he nodded. “I’ll look after Helena and Papa while you’re gone. And I’ll make sure everyone knows the truth.”</w:t>
      </w:r>
    </w:p>
    <w:p w14:paraId="17D2CEE9" w14:textId="77777777" w:rsidR="00A06E85" w:rsidRPr="00C9454D" w:rsidRDefault="00A06E85" w:rsidP="00C9454D">
      <w:pPr>
        <w:rPr>
          <w:sz w:val="24"/>
          <w:szCs w:val="24"/>
        </w:rPr>
      </w:pPr>
      <w:r w:rsidRPr="00C9454D">
        <w:rPr>
          <w:sz w:val="24"/>
          <w:szCs w:val="24"/>
        </w:rPr>
        <w:t>Abilene smiled, her heart full of pride. “That’s my boy.”</w:t>
      </w:r>
    </w:p>
    <w:p w14:paraId="0D588609" w14:textId="77777777" w:rsidR="00A06E85" w:rsidRPr="00C9454D" w:rsidRDefault="00A06E85" w:rsidP="00C9454D">
      <w:pPr>
        <w:rPr>
          <w:sz w:val="24"/>
          <w:szCs w:val="24"/>
        </w:rPr>
      </w:pPr>
      <w:r w:rsidRPr="00C9454D">
        <w:rPr>
          <w:sz w:val="24"/>
          <w:szCs w:val="24"/>
        </w:rPr>
        <w:t>As they led her away, the villagers followed, their voices united in anger and determination. They would not let her be taken in silence. They knew the truth, and they would make sure the Church knew it too.</w:t>
      </w:r>
    </w:p>
    <w:p w14:paraId="7A0F6449" w14:textId="77777777" w:rsidR="00AD051C" w:rsidRPr="00C9454D" w:rsidRDefault="00AD051C" w:rsidP="00C9454D">
      <w:pPr>
        <w:rPr>
          <w:sz w:val="24"/>
          <w:szCs w:val="24"/>
        </w:rPr>
      </w:pPr>
    </w:p>
    <w:p w14:paraId="5352F061" w14:textId="77777777" w:rsidR="00A06E85" w:rsidRPr="00C9454D" w:rsidRDefault="00A06E85" w:rsidP="00C9454D">
      <w:pPr>
        <w:pStyle w:val="Heading2"/>
        <w:rPr>
          <w:sz w:val="24"/>
          <w:szCs w:val="24"/>
        </w:rPr>
      </w:pPr>
      <w:r w:rsidRPr="00C9454D">
        <w:rPr>
          <w:sz w:val="24"/>
          <w:szCs w:val="24"/>
        </w:rPr>
        <w:t xml:space="preserve">The </w:t>
      </w:r>
      <w:proofErr w:type="spellStart"/>
      <w:r w:rsidRPr="00C9454D">
        <w:rPr>
          <w:sz w:val="24"/>
          <w:szCs w:val="24"/>
        </w:rPr>
        <w:t>Devereaux’s</w:t>
      </w:r>
      <w:proofErr w:type="spellEnd"/>
      <w:r w:rsidRPr="00C9454D">
        <w:rPr>
          <w:sz w:val="24"/>
          <w:szCs w:val="24"/>
        </w:rPr>
        <w:t xml:space="preserve"> Triumph</w:t>
      </w:r>
    </w:p>
    <w:p w14:paraId="57393412" w14:textId="77777777" w:rsidR="00AD051C" w:rsidRPr="00C9454D" w:rsidRDefault="00AD051C" w:rsidP="00C9454D">
      <w:pPr>
        <w:rPr>
          <w:sz w:val="24"/>
          <w:szCs w:val="24"/>
        </w:rPr>
      </w:pPr>
    </w:p>
    <w:p w14:paraId="2FDC951A" w14:textId="77777777" w:rsidR="00A06E85" w:rsidRPr="00C9454D" w:rsidRDefault="00A06E85" w:rsidP="00C9454D">
      <w:pPr>
        <w:rPr>
          <w:sz w:val="24"/>
          <w:szCs w:val="24"/>
        </w:rPr>
      </w:pPr>
      <w:r w:rsidRPr="00C9454D">
        <w:rPr>
          <w:sz w:val="24"/>
          <w:szCs w:val="24"/>
        </w:rPr>
        <w:t xml:space="preserve">From the shadows, the </w:t>
      </w:r>
      <w:proofErr w:type="spellStart"/>
      <w:r w:rsidRPr="00C9454D">
        <w:rPr>
          <w:sz w:val="24"/>
          <w:szCs w:val="24"/>
        </w:rPr>
        <w:t>Devereaux</w:t>
      </w:r>
      <w:proofErr w:type="spellEnd"/>
      <w:r w:rsidRPr="00C9454D">
        <w:rPr>
          <w:sz w:val="24"/>
          <w:szCs w:val="24"/>
        </w:rPr>
        <w:t xml:space="preserve"> watched the procession with satisfaction. Lady </w:t>
      </w:r>
      <w:proofErr w:type="spellStart"/>
      <w:r w:rsidRPr="00C9454D">
        <w:rPr>
          <w:sz w:val="24"/>
          <w:szCs w:val="24"/>
        </w:rPr>
        <w:t>Devereaux</w:t>
      </w:r>
      <w:proofErr w:type="spellEnd"/>
      <w:r w:rsidRPr="00C9454D">
        <w:rPr>
          <w:sz w:val="24"/>
          <w:szCs w:val="24"/>
        </w:rPr>
        <w:t xml:space="preserve"> allowed herself a small smile. “They’ll take her, but the villagers’ loyalty won’t save her in the eyes of the Church. Let the trial begin.”</w:t>
      </w:r>
    </w:p>
    <w:p w14:paraId="011586D8" w14:textId="52A4B526" w:rsidR="00A06E85" w:rsidRPr="00C9454D" w:rsidRDefault="00A06E85" w:rsidP="00E211A2">
      <w:pPr>
        <w:pStyle w:val="Heading2"/>
      </w:pPr>
      <w:r w:rsidRPr="00C9454D">
        <w:t>Crumbling Foundations</w:t>
      </w:r>
    </w:p>
    <w:p w14:paraId="68C5C4E4" w14:textId="77777777" w:rsidR="00AD051C" w:rsidRPr="00C9454D" w:rsidRDefault="00AD051C" w:rsidP="00C9454D">
      <w:pPr>
        <w:rPr>
          <w:sz w:val="24"/>
          <w:szCs w:val="24"/>
        </w:rPr>
      </w:pPr>
    </w:p>
    <w:p w14:paraId="31E2CA70" w14:textId="77777777" w:rsidR="00A06E85" w:rsidRPr="00C9454D" w:rsidRDefault="00A06E85" w:rsidP="00C9454D">
      <w:pPr>
        <w:rPr>
          <w:sz w:val="24"/>
          <w:szCs w:val="24"/>
        </w:rPr>
      </w:pPr>
      <w:r w:rsidRPr="00C9454D">
        <w:rPr>
          <w:sz w:val="24"/>
          <w:szCs w:val="24"/>
        </w:rPr>
        <w:t xml:space="preserve">The </w:t>
      </w:r>
      <w:proofErr w:type="spellStart"/>
      <w:r w:rsidRPr="00C9454D">
        <w:rPr>
          <w:sz w:val="24"/>
          <w:szCs w:val="24"/>
        </w:rPr>
        <w:t>Devereaux</w:t>
      </w:r>
      <w:proofErr w:type="spellEnd"/>
      <w:r w:rsidRPr="00C9454D">
        <w:rPr>
          <w:sz w:val="24"/>
          <w:szCs w:val="24"/>
        </w:rPr>
        <w:t xml:space="preserve"> had miscalculated. What had begun as a carefully plotted scheme to discredit Abilene and cement their power was unraveling before their eyes. In their desperation to destroy her, they had overplayed their hand, and now the very foundations of their plot were crumbling.</w:t>
      </w:r>
    </w:p>
    <w:p w14:paraId="647CE67B" w14:textId="71DB848E" w:rsidR="00A06E85" w:rsidRPr="00C9454D" w:rsidRDefault="00A06E85" w:rsidP="00C9454D">
      <w:pPr>
        <w:rPr>
          <w:sz w:val="24"/>
          <w:szCs w:val="24"/>
        </w:rPr>
      </w:pPr>
      <w:r w:rsidRPr="00C9454D">
        <w:rPr>
          <w:sz w:val="24"/>
          <w:szCs w:val="24"/>
        </w:rPr>
        <w:t xml:space="preserve">It started with whispers—rumors of bribery, forged accusations, and their long-standing feud with Abilene. The villagers of </w:t>
      </w:r>
      <w:proofErr w:type="spellStart"/>
      <w:r w:rsidR="00225D06" w:rsidRPr="00C9454D">
        <w:rPr>
          <w:sz w:val="24"/>
          <w:szCs w:val="24"/>
        </w:rPr>
        <w:t>Teston</w:t>
      </w:r>
      <w:proofErr w:type="spellEnd"/>
      <w:r w:rsidRPr="00C9454D">
        <w:rPr>
          <w:sz w:val="24"/>
          <w:szCs w:val="24"/>
        </w:rPr>
        <w:t xml:space="preserve">, </w:t>
      </w:r>
      <w:r w:rsidR="00522C4D" w:rsidRPr="00C9454D">
        <w:rPr>
          <w:sz w:val="24"/>
          <w:szCs w:val="24"/>
        </w:rPr>
        <w:t>High Haven</w:t>
      </w:r>
      <w:r w:rsidRPr="00C9454D">
        <w:rPr>
          <w:sz w:val="24"/>
          <w:szCs w:val="24"/>
        </w:rPr>
        <w:t xml:space="preserve">, and the river towns spoke openly of the </w:t>
      </w:r>
      <w:proofErr w:type="spellStart"/>
      <w:r w:rsidRPr="00C9454D">
        <w:rPr>
          <w:sz w:val="24"/>
          <w:szCs w:val="24"/>
        </w:rPr>
        <w:t>Devereaux’s</w:t>
      </w:r>
      <w:proofErr w:type="spellEnd"/>
      <w:r w:rsidRPr="00C9454D">
        <w:rPr>
          <w:sz w:val="24"/>
          <w:szCs w:val="24"/>
        </w:rPr>
        <w:t xml:space="preserve"> deceit. But what the </w:t>
      </w:r>
      <w:proofErr w:type="spellStart"/>
      <w:r w:rsidRPr="00C9454D">
        <w:rPr>
          <w:sz w:val="24"/>
          <w:szCs w:val="24"/>
        </w:rPr>
        <w:t>Devereaux</w:t>
      </w:r>
      <w:proofErr w:type="spellEnd"/>
      <w:r w:rsidRPr="00C9454D">
        <w:rPr>
          <w:sz w:val="24"/>
          <w:szCs w:val="24"/>
        </w:rPr>
        <w:t xml:space="preserve"> had not expected was how far those whispers would carry. By the time they reached the ears of the Church, they had grown into something much larger.</w:t>
      </w:r>
    </w:p>
    <w:p w14:paraId="26A2E014" w14:textId="77777777" w:rsidR="00A06E85" w:rsidRPr="00C9454D" w:rsidRDefault="00A06E85" w:rsidP="00C9454D">
      <w:pPr>
        <w:rPr>
          <w:sz w:val="24"/>
          <w:szCs w:val="24"/>
        </w:rPr>
      </w:pPr>
    </w:p>
    <w:p w14:paraId="517B23E6" w14:textId="77777777" w:rsidR="00A06E85" w:rsidRPr="00C9454D" w:rsidRDefault="00A06E85" w:rsidP="00C9454D">
      <w:pPr>
        <w:pStyle w:val="Heading2"/>
        <w:rPr>
          <w:sz w:val="24"/>
          <w:szCs w:val="24"/>
        </w:rPr>
      </w:pPr>
      <w:r w:rsidRPr="00C9454D">
        <w:rPr>
          <w:sz w:val="24"/>
          <w:szCs w:val="24"/>
        </w:rPr>
        <w:t>The Papacy Learns the Truth</w:t>
      </w:r>
    </w:p>
    <w:p w14:paraId="0C24D20D" w14:textId="77777777" w:rsidR="00651B98" w:rsidRPr="00C9454D" w:rsidRDefault="00651B98" w:rsidP="00C9454D">
      <w:pPr>
        <w:rPr>
          <w:sz w:val="24"/>
          <w:szCs w:val="24"/>
        </w:rPr>
      </w:pPr>
    </w:p>
    <w:p w14:paraId="7C1D1714" w14:textId="7DC9B3C8" w:rsidR="00A06E85" w:rsidRPr="00C9454D" w:rsidRDefault="00A06E85" w:rsidP="00C9454D">
      <w:pPr>
        <w:rPr>
          <w:sz w:val="24"/>
          <w:szCs w:val="24"/>
        </w:rPr>
      </w:pPr>
      <w:r w:rsidRPr="00C9454D">
        <w:rPr>
          <w:sz w:val="24"/>
          <w:szCs w:val="24"/>
        </w:rPr>
        <w:t xml:space="preserve">In the halls of the papacy, a courier arrived with a sealed letter from one of the priests stationed near </w:t>
      </w:r>
      <w:r w:rsidR="00522C4D" w:rsidRPr="00C9454D">
        <w:rPr>
          <w:sz w:val="24"/>
          <w:szCs w:val="24"/>
        </w:rPr>
        <w:t>High Haven</w:t>
      </w:r>
      <w:r w:rsidRPr="00C9454D">
        <w:rPr>
          <w:sz w:val="24"/>
          <w:szCs w:val="24"/>
        </w:rPr>
        <w:t xml:space="preserve">. Its contents detailed the loyalty of the villagers to Abilene, their open accusations against the </w:t>
      </w:r>
      <w:proofErr w:type="spellStart"/>
      <w:r w:rsidRPr="00C9454D">
        <w:rPr>
          <w:sz w:val="24"/>
          <w:szCs w:val="24"/>
        </w:rPr>
        <w:t>Devereaux</w:t>
      </w:r>
      <w:proofErr w:type="spellEnd"/>
      <w:r w:rsidRPr="00C9454D">
        <w:rPr>
          <w:sz w:val="24"/>
          <w:szCs w:val="24"/>
        </w:rPr>
        <w:t>, and the growing discontent among the local clergy. The cardinal who read it frowned deeply, sensing the weight of the revelation.</w:t>
      </w:r>
    </w:p>
    <w:p w14:paraId="030B4305" w14:textId="77777777" w:rsidR="00A06E85" w:rsidRPr="00C9454D" w:rsidRDefault="00A06E85" w:rsidP="00C9454D">
      <w:pPr>
        <w:rPr>
          <w:sz w:val="24"/>
          <w:szCs w:val="24"/>
        </w:rPr>
      </w:pPr>
      <w:r w:rsidRPr="00C9454D">
        <w:rPr>
          <w:sz w:val="24"/>
          <w:szCs w:val="24"/>
        </w:rPr>
        <w:t xml:space="preserve">“It seems this trial may be tainted,” he said, placing the letter on the table during a council meeting. “The accusations against Abilene appear to be rooted in a feud with the </w:t>
      </w:r>
      <w:proofErr w:type="spellStart"/>
      <w:r w:rsidRPr="00C9454D">
        <w:rPr>
          <w:sz w:val="24"/>
          <w:szCs w:val="24"/>
        </w:rPr>
        <w:t>Devereaux</w:t>
      </w:r>
      <w:proofErr w:type="spellEnd"/>
      <w:r w:rsidRPr="00C9454D">
        <w:rPr>
          <w:sz w:val="24"/>
          <w:szCs w:val="24"/>
        </w:rPr>
        <w:t xml:space="preserve"> family. If this is true, it is not heresy we are addressing—it is petty revenge.”</w:t>
      </w:r>
    </w:p>
    <w:p w14:paraId="6216C7E5" w14:textId="77777777" w:rsidR="00A06E85" w:rsidRPr="00C9454D" w:rsidRDefault="00A06E85" w:rsidP="00C9454D">
      <w:pPr>
        <w:rPr>
          <w:sz w:val="24"/>
          <w:szCs w:val="24"/>
        </w:rPr>
      </w:pPr>
      <w:r w:rsidRPr="00C9454D">
        <w:rPr>
          <w:sz w:val="24"/>
          <w:szCs w:val="24"/>
        </w:rPr>
        <w:t>The pope, silent until now, finally spoke. “And what of Father Ambrose? He brought these charges to us with great conviction.”</w:t>
      </w:r>
    </w:p>
    <w:p w14:paraId="1EFF7510" w14:textId="77777777" w:rsidR="00A06E85" w:rsidRPr="00C9454D" w:rsidRDefault="00A06E85" w:rsidP="00C9454D">
      <w:pPr>
        <w:rPr>
          <w:sz w:val="24"/>
          <w:szCs w:val="24"/>
        </w:rPr>
      </w:pPr>
      <w:r w:rsidRPr="00C9454D">
        <w:rPr>
          <w:sz w:val="24"/>
          <w:szCs w:val="24"/>
        </w:rPr>
        <w:t>“Perhaps he, too, has been misled,” the cardinal replied. “Or perhaps he is complicit. Either way, we are now entangled in a web of lies.”</w:t>
      </w:r>
    </w:p>
    <w:p w14:paraId="493A9B43" w14:textId="77777777" w:rsidR="00A06E85" w:rsidRPr="00C9454D" w:rsidRDefault="00A06E85" w:rsidP="00C9454D">
      <w:pPr>
        <w:rPr>
          <w:sz w:val="24"/>
          <w:szCs w:val="24"/>
        </w:rPr>
      </w:pPr>
      <w:r w:rsidRPr="00C9454D">
        <w:rPr>
          <w:sz w:val="24"/>
          <w:szCs w:val="24"/>
        </w:rPr>
        <w:t xml:space="preserve">The room grew heavy with tension. If the charges against Abilene were proven false, it would not only tarnish the Church’s reputation but also call into question its ability to discern truth from deceit. Worse, if the king learned of the </w:t>
      </w:r>
      <w:proofErr w:type="spellStart"/>
      <w:r w:rsidRPr="00C9454D">
        <w:rPr>
          <w:sz w:val="24"/>
          <w:szCs w:val="24"/>
        </w:rPr>
        <w:t>Devereaux’s</w:t>
      </w:r>
      <w:proofErr w:type="spellEnd"/>
      <w:r w:rsidRPr="00C9454D">
        <w:rPr>
          <w:sz w:val="24"/>
          <w:szCs w:val="24"/>
        </w:rPr>
        <w:t xml:space="preserve"> involvement, it could spark a political crisis.</w:t>
      </w:r>
    </w:p>
    <w:p w14:paraId="686338DF" w14:textId="77777777" w:rsidR="00A06E85" w:rsidRPr="00C9454D" w:rsidRDefault="00A06E85" w:rsidP="00C9454D">
      <w:pPr>
        <w:rPr>
          <w:sz w:val="24"/>
          <w:szCs w:val="24"/>
        </w:rPr>
      </w:pPr>
      <w:r w:rsidRPr="00C9454D">
        <w:rPr>
          <w:sz w:val="24"/>
          <w:szCs w:val="24"/>
        </w:rPr>
        <w:t>The pope’s expression darkened. “We cannot appear divided. The trial must proceed, but we must tread carefully. If this becomes a scandal, the consequences will be far-reaching.”</w:t>
      </w:r>
    </w:p>
    <w:p w14:paraId="4189B38E" w14:textId="77777777" w:rsidR="00A06E85" w:rsidRPr="00C9454D" w:rsidRDefault="00A06E85" w:rsidP="00C9454D">
      <w:pPr>
        <w:rPr>
          <w:sz w:val="24"/>
          <w:szCs w:val="24"/>
        </w:rPr>
      </w:pPr>
    </w:p>
    <w:p w14:paraId="5ABA21AE" w14:textId="77777777" w:rsidR="00A06E85" w:rsidRPr="00C9454D" w:rsidRDefault="00A06E85" w:rsidP="00C9454D">
      <w:pPr>
        <w:pStyle w:val="Heading2"/>
        <w:rPr>
          <w:sz w:val="24"/>
          <w:szCs w:val="24"/>
        </w:rPr>
      </w:pPr>
      <w:r w:rsidRPr="00C9454D">
        <w:rPr>
          <w:sz w:val="24"/>
          <w:szCs w:val="24"/>
        </w:rPr>
        <w:t>Father Ambrose Under Fire</w:t>
      </w:r>
    </w:p>
    <w:p w14:paraId="75F58730" w14:textId="77777777" w:rsidR="00651B98" w:rsidRPr="00C9454D" w:rsidRDefault="00651B98" w:rsidP="00C9454D">
      <w:pPr>
        <w:rPr>
          <w:sz w:val="24"/>
          <w:szCs w:val="24"/>
        </w:rPr>
      </w:pPr>
    </w:p>
    <w:p w14:paraId="31AAFAE9" w14:textId="77777777" w:rsidR="00A06E85" w:rsidRPr="00C9454D" w:rsidRDefault="00A06E85" w:rsidP="00C9454D">
      <w:pPr>
        <w:rPr>
          <w:sz w:val="24"/>
          <w:szCs w:val="24"/>
        </w:rPr>
      </w:pPr>
      <w:r w:rsidRPr="00C9454D">
        <w:rPr>
          <w:sz w:val="24"/>
          <w:szCs w:val="24"/>
        </w:rPr>
        <w:t>Father Ambrose, once so confident in his mission, found himself cornered. Letters from bishops and priests accused him of acting recklessly, of failing to investigate the charges thoroughly before presenting them to the papacy.</w:t>
      </w:r>
    </w:p>
    <w:p w14:paraId="0768894D" w14:textId="77777777" w:rsidR="00A06E85" w:rsidRPr="00C9454D" w:rsidRDefault="00A06E85" w:rsidP="00C9454D">
      <w:pPr>
        <w:rPr>
          <w:sz w:val="24"/>
          <w:szCs w:val="24"/>
        </w:rPr>
      </w:pPr>
      <w:r w:rsidRPr="00C9454D">
        <w:rPr>
          <w:sz w:val="24"/>
          <w:szCs w:val="24"/>
        </w:rPr>
        <w:t>One bishop wrote: “The loyalty of the people to Abilene speaks volumes. You claim she is a heretic, yet those who know her best call her a woman of faith. If this trial proceeds, you may find yourself the one on trial for poor judgment.”</w:t>
      </w:r>
    </w:p>
    <w:p w14:paraId="5067FB7B" w14:textId="77777777" w:rsidR="00A06E85" w:rsidRPr="00C9454D" w:rsidRDefault="00A06E85" w:rsidP="00C9454D">
      <w:pPr>
        <w:rPr>
          <w:sz w:val="24"/>
          <w:szCs w:val="24"/>
        </w:rPr>
      </w:pPr>
      <w:r w:rsidRPr="00C9454D">
        <w:rPr>
          <w:sz w:val="24"/>
          <w:szCs w:val="24"/>
        </w:rPr>
        <w:t xml:space="preserve">Ambrose crumpled the letter in frustration. He had trusted the </w:t>
      </w:r>
      <w:proofErr w:type="spellStart"/>
      <w:r w:rsidRPr="00C9454D">
        <w:rPr>
          <w:sz w:val="24"/>
          <w:szCs w:val="24"/>
        </w:rPr>
        <w:t>Devereaux</w:t>
      </w:r>
      <w:proofErr w:type="spellEnd"/>
      <w:r w:rsidRPr="00C9454D">
        <w:rPr>
          <w:sz w:val="24"/>
          <w:szCs w:val="24"/>
        </w:rPr>
        <w:t xml:space="preserve">, believing their claims to be sincere. Now, their duplicity threatened not only the trial but his own standing in the Church. He summoned the </w:t>
      </w:r>
      <w:proofErr w:type="spellStart"/>
      <w:r w:rsidRPr="00C9454D">
        <w:rPr>
          <w:sz w:val="24"/>
          <w:szCs w:val="24"/>
        </w:rPr>
        <w:t>Devereaux</w:t>
      </w:r>
      <w:proofErr w:type="spellEnd"/>
      <w:r w:rsidRPr="00C9454D">
        <w:rPr>
          <w:sz w:val="24"/>
          <w:szCs w:val="24"/>
        </w:rPr>
        <w:t xml:space="preserve"> to his quarters, his anger barely contained.</w:t>
      </w:r>
    </w:p>
    <w:p w14:paraId="4027737A" w14:textId="77777777" w:rsidR="00A06E85" w:rsidRPr="00C9454D" w:rsidRDefault="00A06E85" w:rsidP="00C9454D">
      <w:pPr>
        <w:rPr>
          <w:sz w:val="24"/>
          <w:szCs w:val="24"/>
        </w:rPr>
      </w:pPr>
      <w:r w:rsidRPr="00C9454D">
        <w:rPr>
          <w:sz w:val="24"/>
          <w:szCs w:val="24"/>
        </w:rPr>
        <w:t xml:space="preserve">“You lied to me,” he hissed as soon as Lady </w:t>
      </w:r>
      <w:proofErr w:type="spellStart"/>
      <w:r w:rsidRPr="00C9454D">
        <w:rPr>
          <w:sz w:val="24"/>
          <w:szCs w:val="24"/>
        </w:rPr>
        <w:t>Devereaux</w:t>
      </w:r>
      <w:proofErr w:type="spellEnd"/>
      <w:r w:rsidRPr="00C9454D">
        <w:rPr>
          <w:sz w:val="24"/>
          <w:szCs w:val="24"/>
        </w:rPr>
        <w:t xml:space="preserve"> entered. “You said the people would turn against her. Instead, they rally to her defense and accuse you of orchestrating this entire affair.”</w:t>
      </w:r>
    </w:p>
    <w:p w14:paraId="4485E856" w14:textId="77777777" w:rsidR="00A06E85" w:rsidRPr="00C9454D" w:rsidRDefault="00A06E85" w:rsidP="00C9454D">
      <w:pPr>
        <w:rPr>
          <w:sz w:val="24"/>
          <w:szCs w:val="24"/>
        </w:rPr>
      </w:pPr>
      <w:r w:rsidRPr="00C9454D">
        <w:rPr>
          <w:sz w:val="24"/>
          <w:szCs w:val="24"/>
        </w:rPr>
        <w:t xml:space="preserve">Lady </w:t>
      </w:r>
      <w:proofErr w:type="spellStart"/>
      <w:r w:rsidRPr="00C9454D">
        <w:rPr>
          <w:sz w:val="24"/>
          <w:szCs w:val="24"/>
        </w:rPr>
        <w:t>Devereaux’s</w:t>
      </w:r>
      <w:proofErr w:type="spellEnd"/>
      <w:r w:rsidRPr="00C9454D">
        <w:rPr>
          <w:sz w:val="24"/>
          <w:szCs w:val="24"/>
        </w:rPr>
        <w:t xml:space="preserve"> composure faltered for the first time. “I told you the truth as I knew it,” she replied, her voice trembling. “She is dangerous. The people have been bewitched by her words.”</w:t>
      </w:r>
    </w:p>
    <w:p w14:paraId="602EFCFD" w14:textId="77777777" w:rsidR="00A06E85" w:rsidRPr="00C9454D" w:rsidRDefault="00A06E85" w:rsidP="00C9454D">
      <w:pPr>
        <w:rPr>
          <w:sz w:val="24"/>
          <w:szCs w:val="24"/>
        </w:rPr>
      </w:pPr>
      <w:r w:rsidRPr="00C9454D">
        <w:rPr>
          <w:sz w:val="24"/>
          <w:szCs w:val="24"/>
        </w:rPr>
        <w:t>“Do not insult my intelligence,” Ambrose snapped. “Your motives were never about the Church or heresy. This was personal, and now I am left to clean up your mess.”</w:t>
      </w:r>
    </w:p>
    <w:p w14:paraId="05AC5646" w14:textId="77777777" w:rsidR="00A06E85" w:rsidRPr="00C9454D" w:rsidRDefault="00A06E85" w:rsidP="00C9454D">
      <w:pPr>
        <w:rPr>
          <w:sz w:val="24"/>
          <w:szCs w:val="24"/>
        </w:rPr>
      </w:pPr>
    </w:p>
    <w:p w14:paraId="3F765F2C" w14:textId="77777777" w:rsidR="00A06E85" w:rsidRPr="00C9454D" w:rsidRDefault="00A06E85" w:rsidP="00C9454D">
      <w:pPr>
        <w:pStyle w:val="Heading2"/>
        <w:rPr>
          <w:sz w:val="24"/>
          <w:szCs w:val="24"/>
        </w:rPr>
      </w:pPr>
      <w:r w:rsidRPr="00C9454D">
        <w:rPr>
          <w:sz w:val="24"/>
          <w:szCs w:val="24"/>
        </w:rPr>
        <w:t xml:space="preserve">The </w:t>
      </w:r>
      <w:proofErr w:type="spellStart"/>
      <w:r w:rsidRPr="00C9454D">
        <w:rPr>
          <w:sz w:val="24"/>
          <w:szCs w:val="24"/>
        </w:rPr>
        <w:t>Devereaux’s</w:t>
      </w:r>
      <w:proofErr w:type="spellEnd"/>
      <w:r w:rsidRPr="00C9454D">
        <w:rPr>
          <w:sz w:val="24"/>
          <w:szCs w:val="24"/>
        </w:rPr>
        <w:t xml:space="preserve"> Fall</w:t>
      </w:r>
    </w:p>
    <w:p w14:paraId="43E7DF90" w14:textId="77777777" w:rsidR="00651B98" w:rsidRPr="00C9454D" w:rsidRDefault="00651B98" w:rsidP="00C9454D">
      <w:pPr>
        <w:rPr>
          <w:sz w:val="24"/>
          <w:szCs w:val="24"/>
        </w:rPr>
      </w:pPr>
    </w:p>
    <w:p w14:paraId="3B2DE71D" w14:textId="77777777" w:rsidR="00A06E85" w:rsidRPr="00C9454D" w:rsidRDefault="00A06E85" w:rsidP="00C9454D">
      <w:pPr>
        <w:rPr>
          <w:sz w:val="24"/>
          <w:szCs w:val="24"/>
        </w:rPr>
      </w:pPr>
      <w:r w:rsidRPr="00C9454D">
        <w:rPr>
          <w:sz w:val="24"/>
          <w:szCs w:val="24"/>
        </w:rPr>
        <w:t xml:space="preserve">The </w:t>
      </w:r>
      <w:proofErr w:type="spellStart"/>
      <w:r w:rsidRPr="00C9454D">
        <w:rPr>
          <w:sz w:val="24"/>
          <w:szCs w:val="24"/>
        </w:rPr>
        <w:t>Devereaux’s</w:t>
      </w:r>
      <w:proofErr w:type="spellEnd"/>
      <w:r w:rsidRPr="00C9454D">
        <w:rPr>
          <w:sz w:val="24"/>
          <w:szCs w:val="24"/>
        </w:rPr>
        <w:t xml:space="preserve"> influence, once so formidable, was crumbling. Allies who had once stood by them now distanced themselves, unwilling to be associated with their scheming. Old rivals resurfaced, seizing the opportunity to expose their misdeeds. Their name, once a symbol of power, was now whispered with disdain.</w:t>
      </w:r>
    </w:p>
    <w:p w14:paraId="6B080BFD" w14:textId="77777777" w:rsidR="00A06E85" w:rsidRPr="00C9454D" w:rsidRDefault="00A06E85" w:rsidP="00C9454D">
      <w:pPr>
        <w:rPr>
          <w:sz w:val="24"/>
          <w:szCs w:val="24"/>
        </w:rPr>
      </w:pPr>
      <w:r w:rsidRPr="00C9454D">
        <w:rPr>
          <w:sz w:val="24"/>
          <w:szCs w:val="24"/>
        </w:rPr>
        <w:t xml:space="preserve">Lady </w:t>
      </w:r>
      <w:proofErr w:type="spellStart"/>
      <w:r w:rsidRPr="00C9454D">
        <w:rPr>
          <w:sz w:val="24"/>
          <w:szCs w:val="24"/>
        </w:rPr>
        <w:t>Devereaux</w:t>
      </w:r>
      <w:proofErr w:type="spellEnd"/>
      <w:r w:rsidRPr="00C9454D">
        <w:rPr>
          <w:sz w:val="24"/>
          <w:szCs w:val="24"/>
        </w:rPr>
        <w:t>, desperate to salvage what remained, tried to rally her husband and allies. “We cannot let this fall apart,” she insisted. “If Abilene walks free, we will lose everything.”</w:t>
      </w:r>
    </w:p>
    <w:p w14:paraId="2EC0DB8D" w14:textId="77777777" w:rsidR="00A06E85" w:rsidRPr="00C9454D" w:rsidRDefault="00A06E85" w:rsidP="00C9454D">
      <w:pPr>
        <w:rPr>
          <w:sz w:val="24"/>
          <w:szCs w:val="24"/>
        </w:rPr>
      </w:pPr>
      <w:r w:rsidRPr="00C9454D">
        <w:rPr>
          <w:sz w:val="24"/>
          <w:szCs w:val="24"/>
        </w:rPr>
        <w:t>Her husband shook his head, his voice heavy with resignation. “We’ve already lost. The villagers know. The Church knows. It’s only a matter of time before the king hears of this.”</w:t>
      </w:r>
    </w:p>
    <w:p w14:paraId="37B386C4" w14:textId="77777777" w:rsidR="00A06E85" w:rsidRPr="00C9454D" w:rsidRDefault="00A06E85" w:rsidP="00C9454D">
      <w:pPr>
        <w:rPr>
          <w:sz w:val="24"/>
          <w:szCs w:val="24"/>
        </w:rPr>
      </w:pPr>
      <w:r w:rsidRPr="00C9454D">
        <w:rPr>
          <w:sz w:val="24"/>
          <w:szCs w:val="24"/>
        </w:rPr>
        <w:t>“Then we must ensure the trial proceeds,” she said, her voice sharp. “If she is convicted, it will validate the charges, and this will all be forgotten.”</w:t>
      </w:r>
    </w:p>
    <w:p w14:paraId="7D45DF2C" w14:textId="77777777" w:rsidR="00A06E85" w:rsidRPr="00C9454D" w:rsidRDefault="00A06E85" w:rsidP="00C9454D">
      <w:pPr>
        <w:rPr>
          <w:sz w:val="24"/>
          <w:szCs w:val="24"/>
        </w:rPr>
      </w:pPr>
      <w:r w:rsidRPr="00C9454D">
        <w:rPr>
          <w:sz w:val="24"/>
          <w:szCs w:val="24"/>
        </w:rPr>
        <w:t>But even as she spoke, she knew the truth. The cracks were too deep, the lies too exposed. The trial might proceed, but their power would never be the same.</w:t>
      </w:r>
    </w:p>
    <w:p w14:paraId="7C8F903E" w14:textId="77777777" w:rsidR="00A06E85" w:rsidRPr="00C9454D" w:rsidRDefault="00A06E85" w:rsidP="00C9454D">
      <w:pPr>
        <w:rPr>
          <w:sz w:val="24"/>
          <w:szCs w:val="24"/>
        </w:rPr>
      </w:pPr>
    </w:p>
    <w:p w14:paraId="2A9DA511" w14:textId="77777777" w:rsidR="00A06E85" w:rsidRPr="00C9454D" w:rsidRDefault="00A06E85" w:rsidP="00C9454D">
      <w:pPr>
        <w:pStyle w:val="Heading2"/>
        <w:rPr>
          <w:sz w:val="24"/>
          <w:szCs w:val="24"/>
        </w:rPr>
      </w:pPr>
      <w:r w:rsidRPr="00C9454D">
        <w:rPr>
          <w:sz w:val="24"/>
          <w:szCs w:val="24"/>
        </w:rPr>
        <w:t>Chaos Among the Clergy</w:t>
      </w:r>
    </w:p>
    <w:p w14:paraId="5890D8A9" w14:textId="77777777" w:rsidR="00651B98" w:rsidRPr="00C9454D" w:rsidRDefault="00651B98" w:rsidP="00C9454D">
      <w:pPr>
        <w:rPr>
          <w:sz w:val="24"/>
          <w:szCs w:val="24"/>
        </w:rPr>
      </w:pPr>
    </w:p>
    <w:p w14:paraId="7CD25177" w14:textId="77777777" w:rsidR="00A06E85" w:rsidRPr="00C9454D" w:rsidRDefault="00A06E85" w:rsidP="00C9454D">
      <w:pPr>
        <w:rPr>
          <w:sz w:val="24"/>
          <w:szCs w:val="24"/>
        </w:rPr>
      </w:pPr>
      <w:r w:rsidRPr="00C9454D">
        <w:rPr>
          <w:sz w:val="24"/>
          <w:szCs w:val="24"/>
        </w:rPr>
        <w:t>Within the Church, the trial was fast becoming a source of division. Some priests openly supported Abilene, arguing that the accusations against her were baseless. Others, fearful of undermining the Church’s authority, insisted that the trial must go on, regardless of the truth.</w:t>
      </w:r>
    </w:p>
    <w:p w14:paraId="2B8C4FB2" w14:textId="23181F6D" w:rsidR="00A06E85" w:rsidRPr="00C9454D" w:rsidRDefault="00A06E85" w:rsidP="00C9454D">
      <w:pPr>
        <w:rPr>
          <w:sz w:val="24"/>
          <w:szCs w:val="24"/>
        </w:rPr>
      </w:pPr>
      <w:r w:rsidRPr="00C9454D">
        <w:rPr>
          <w:sz w:val="24"/>
          <w:szCs w:val="24"/>
        </w:rPr>
        <w:t>“It is not heresy we are addressing,” one priest said during a heated debate. “It is the pri</w:t>
      </w:r>
      <w:r w:rsidR="00DD1FF5" w:rsidRPr="00C9454D">
        <w:rPr>
          <w:sz w:val="24"/>
          <w:szCs w:val="24"/>
        </w:rPr>
        <w:t xml:space="preserve">de </w:t>
      </w:r>
      <w:r w:rsidRPr="00C9454D">
        <w:rPr>
          <w:sz w:val="24"/>
          <w:szCs w:val="24"/>
        </w:rPr>
        <w:t xml:space="preserve">and jealousy of the </w:t>
      </w:r>
      <w:proofErr w:type="spellStart"/>
      <w:r w:rsidRPr="00C9454D">
        <w:rPr>
          <w:sz w:val="24"/>
          <w:szCs w:val="24"/>
        </w:rPr>
        <w:t>Devereaux</w:t>
      </w:r>
      <w:proofErr w:type="spellEnd"/>
      <w:r w:rsidRPr="00C9454D">
        <w:rPr>
          <w:sz w:val="24"/>
          <w:szCs w:val="24"/>
        </w:rPr>
        <w:t>.”</w:t>
      </w:r>
    </w:p>
    <w:p w14:paraId="40DA371B" w14:textId="77777777" w:rsidR="00A06E85" w:rsidRPr="00C9454D" w:rsidRDefault="00A06E85" w:rsidP="00C9454D">
      <w:pPr>
        <w:rPr>
          <w:sz w:val="24"/>
          <w:szCs w:val="24"/>
        </w:rPr>
      </w:pPr>
      <w:r w:rsidRPr="00C9454D">
        <w:rPr>
          <w:sz w:val="24"/>
          <w:szCs w:val="24"/>
        </w:rPr>
        <w:t>“And yet, we cannot back down,” another countered. “To do so would admit weakness. The Church cannot afford to appear fallible.”</w:t>
      </w:r>
    </w:p>
    <w:p w14:paraId="0E80DFAD" w14:textId="77777777" w:rsidR="00A06E85" w:rsidRPr="00C9454D" w:rsidRDefault="00A06E85" w:rsidP="00C9454D">
      <w:pPr>
        <w:rPr>
          <w:sz w:val="24"/>
          <w:szCs w:val="24"/>
        </w:rPr>
      </w:pPr>
      <w:r w:rsidRPr="00C9454D">
        <w:rPr>
          <w:sz w:val="24"/>
          <w:szCs w:val="24"/>
        </w:rPr>
        <w:t>Even among the highest ranks, fear and uncertainty reigned. The pope himself, normally a figure of calm authority, appeared strained. “This trial has become a thorn in our side,” he said to his advisors. “If it fails, it could embolden others to question our authority. But if it succeeds, and the truth is revealed later, the damage will be even greater.”</w:t>
      </w:r>
    </w:p>
    <w:p w14:paraId="0111B3A9" w14:textId="77777777" w:rsidR="00A06E85" w:rsidRPr="00C9454D" w:rsidRDefault="00A06E85" w:rsidP="00C9454D">
      <w:pPr>
        <w:rPr>
          <w:sz w:val="24"/>
          <w:szCs w:val="24"/>
        </w:rPr>
      </w:pPr>
    </w:p>
    <w:p w14:paraId="1F261CA2" w14:textId="77777777" w:rsidR="00A06E85" w:rsidRPr="00C9454D" w:rsidRDefault="00A06E85" w:rsidP="00C9454D">
      <w:pPr>
        <w:pStyle w:val="Heading2"/>
        <w:rPr>
          <w:sz w:val="24"/>
          <w:szCs w:val="24"/>
        </w:rPr>
      </w:pPr>
      <w:r w:rsidRPr="00C9454D">
        <w:rPr>
          <w:sz w:val="24"/>
          <w:szCs w:val="24"/>
        </w:rPr>
        <w:t>Abilene’s Unwavering Calm</w:t>
      </w:r>
    </w:p>
    <w:p w14:paraId="01E3FE0A" w14:textId="77777777" w:rsidR="00651B98" w:rsidRPr="00C9454D" w:rsidRDefault="00651B98" w:rsidP="00C9454D">
      <w:pPr>
        <w:rPr>
          <w:sz w:val="24"/>
          <w:szCs w:val="24"/>
        </w:rPr>
      </w:pPr>
    </w:p>
    <w:p w14:paraId="14253C36" w14:textId="77777777" w:rsidR="00A06E85" w:rsidRPr="00C9454D" w:rsidRDefault="00A06E85" w:rsidP="00C9454D">
      <w:pPr>
        <w:rPr>
          <w:sz w:val="24"/>
          <w:szCs w:val="24"/>
        </w:rPr>
      </w:pPr>
      <w:r w:rsidRPr="00C9454D">
        <w:rPr>
          <w:sz w:val="24"/>
          <w:szCs w:val="24"/>
        </w:rPr>
        <w:t>Amidst the chaos, Abilene remained steadfast. Confined to a small room within the Church’s hold, she spent her days in prayer and quiet reflection. Helena’s absence weighed on her, but she drew strength from the knowledge that her family and the villagers stood with her.</w:t>
      </w:r>
    </w:p>
    <w:p w14:paraId="73839BEC" w14:textId="77777777" w:rsidR="00A06E85" w:rsidRPr="00C9454D" w:rsidRDefault="00A06E85" w:rsidP="00C9454D">
      <w:pPr>
        <w:rPr>
          <w:sz w:val="24"/>
          <w:szCs w:val="24"/>
        </w:rPr>
      </w:pPr>
      <w:r w:rsidRPr="00C9454D">
        <w:rPr>
          <w:sz w:val="24"/>
          <w:szCs w:val="24"/>
        </w:rPr>
        <w:t>When the guards came to deliver her meals, they often lingered, struck by her serenity. “Aren’t you afraid?” one asked quietly one evening.</w:t>
      </w:r>
    </w:p>
    <w:p w14:paraId="1B2EFD7B" w14:textId="7E9AB760" w:rsidR="007F751A" w:rsidRPr="00C9454D" w:rsidRDefault="00A06E85" w:rsidP="00C9454D">
      <w:pPr>
        <w:rPr>
          <w:sz w:val="24"/>
          <w:szCs w:val="24"/>
        </w:rPr>
      </w:pPr>
      <w:r w:rsidRPr="00C9454D">
        <w:rPr>
          <w:sz w:val="24"/>
          <w:szCs w:val="24"/>
        </w:rPr>
        <w:t>“</w:t>
      </w:r>
      <w:r w:rsidR="006C2099" w:rsidRPr="00C9454D">
        <w:rPr>
          <w:sz w:val="24"/>
          <w:szCs w:val="24"/>
        </w:rPr>
        <w:t xml:space="preserve">In </w:t>
      </w:r>
      <w:r w:rsidR="00284A0E" w:rsidRPr="00C9454D">
        <w:rPr>
          <w:sz w:val="24"/>
          <w:szCs w:val="24"/>
        </w:rPr>
        <w:t>God—whose word I praise— In God I put my trust; I am not afraid. What can mere man do to me?</w:t>
      </w:r>
      <w:r w:rsidR="00C90066" w:rsidRPr="00C9454D">
        <w:rPr>
          <w:sz w:val="24"/>
          <w:szCs w:val="24"/>
        </w:rPr>
        <w:t>” she</w:t>
      </w:r>
      <w:r w:rsidRPr="00C9454D">
        <w:rPr>
          <w:sz w:val="24"/>
          <w:szCs w:val="24"/>
        </w:rPr>
        <w:t xml:space="preserve"> replied </w:t>
      </w:r>
      <w:r w:rsidR="00341E49" w:rsidRPr="00C9454D">
        <w:rPr>
          <w:sz w:val="24"/>
          <w:szCs w:val="24"/>
        </w:rPr>
        <w:t>with calm stoicism</w:t>
      </w:r>
      <w:r w:rsidRPr="00C9454D">
        <w:rPr>
          <w:sz w:val="24"/>
          <w:szCs w:val="24"/>
        </w:rPr>
        <w:t>. “</w:t>
      </w:r>
      <w:proofErr w:type="spellStart"/>
      <w:r w:rsidR="007E1E1E">
        <w:rPr>
          <w:sz w:val="24"/>
          <w:szCs w:val="24"/>
        </w:rPr>
        <w:t>Yahuah</w:t>
      </w:r>
      <w:proofErr w:type="spellEnd"/>
      <w:r w:rsidR="001D242D" w:rsidRPr="00C9454D">
        <w:rPr>
          <w:sz w:val="24"/>
          <w:szCs w:val="24"/>
        </w:rPr>
        <w:t xml:space="preserve"> is my light and my salvation. Whom should I fear? </w:t>
      </w:r>
      <w:proofErr w:type="spellStart"/>
      <w:r w:rsidR="007E1E1E">
        <w:rPr>
          <w:sz w:val="24"/>
          <w:szCs w:val="24"/>
        </w:rPr>
        <w:t>Yahuah</w:t>
      </w:r>
      <w:proofErr w:type="spellEnd"/>
      <w:r w:rsidR="001D242D" w:rsidRPr="00C9454D">
        <w:rPr>
          <w:sz w:val="24"/>
          <w:szCs w:val="24"/>
        </w:rPr>
        <w:t xml:space="preserve"> is the stronghold of my life. Whom should I dread? When evil men attacked me to devour my flesh, My adversaries and my enemies were the ones who stumbled and fell.</w:t>
      </w:r>
      <w:r w:rsidR="009E6E4E" w:rsidRPr="00C9454D">
        <w:rPr>
          <w:sz w:val="24"/>
          <w:szCs w:val="24"/>
        </w:rPr>
        <w:t xml:space="preserve"> Though</w:t>
      </w:r>
      <w:r w:rsidR="001D242D" w:rsidRPr="00C9454D">
        <w:rPr>
          <w:sz w:val="24"/>
          <w:szCs w:val="24"/>
        </w:rPr>
        <w:t xml:space="preserve"> an army should set up camp against me, My heart will not fear. Though war should break out against me, Even then I will remain confident.</w:t>
      </w:r>
      <w:r w:rsidR="009E6E4E" w:rsidRPr="00C9454D">
        <w:rPr>
          <w:sz w:val="24"/>
          <w:szCs w:val="24"/>
        </w:rPr>
        <w:t xml:space="preserve"> One</w:t>
      </w:r>
      <w:r w:rsidR="001D242D" w:rsidRPr="00C9454D">
        <w:rPr>
          <w:sz w:val="24"/>
          <w:szCs w:val="24"/>
        </w:rPr>
        <w:t xml:space="preserve"> thing I have asked from </w:t>
      </w:r>
      <w:proofErr w:type="spellStart"/>
      <w:r w:rsidR="007E1E1E">
        <w:rPr>
          <w:sz w:val="24"/>
          <w:szCs w:val="24"/>
        </w:rPr>
        <w:t>Yahuah</w:t>
      </w:r>
      <w:proofErr w:type="spellEnd"/>
      <w:r w:rsidR="001D242D" w:rsidRPr="00C9454D">
        <w:rPr>
          <w:sz w:val="24"/>
          <w:szCs w:val="24"/>
        </w:rPr>
        <w:t xml:space="preserve"> </w:t>
      </w:r>
      <w:r w:rsidR="001D242D" w:rsidRPr="00C9454D">
        <w:rPr>
          <w:rFonts w:ascii="Garamond" w:hAnsi="Garamond" w:cs="Garamond"/>
          <w:sz w:val="24"/>
          <w:szCs w:val="24"/>
        </w:rPr>
        <w:t>—</w:t>
      </w:r>
      <w:r w:rsidR="001D242D" w:rsidRPr="00C9454D">
        <w:rPr>
          <w:sz w:val="24"/>
          <w:szCs w:val="24"/>
        </w:rPr>
        <w:t>It is what I will look for</w:t>
      </w:r>
      <w:r w:rsidR="001D242D" w:rsidRPr="00C9454D">
        <w:rPr>
          <w:rFonts w:ascii="Garamond" w:hAnsi="Garamond" w:cs="Garamond"/>
          <w:sz w:val="24"/>
          <w:szCs w:val="24"/>
        </w:rPr>
        <w:t>—</w:t>
      </w:r>
      <w:r w:rsidR="001D242D" w:rsidRPr="00C9454D">
        <w:rPr>
          <w:sz w:val="24"/>
          <w:szCs w:val="24"/>
        </w:rPr>
        <w:t xml:space="preserve"> That I may dwell in the house of </w:t>
      </w:r>
      <w:proofErr w:type="spellStart"/>
      <w:r w:rsidR="007E1E1E">
        <w:rPr>
          <w:sz w:val="24"/>
          <w:szCs w:val="24"/>
        </w:rPr>
        <w:t>Yahuah</w:t>
      </w:r>
      <w:proofErr w:type="spellEnd"/>
      <w:r w:rsidR="001D242D" w:rsidRPr="00C9454D">
        <w:rPr>
          <w:sz w:val="24"/>
          <w:szCs w:val="24"/>
        </w:rPr>
        <w:t xml:space="preserve"> all the days of my </w:t>
      </w:r>
      <w:r w:rsidR="007F751A" w:rsidRPr="00C9454D">
        <w:rPr>
          <w:sz w:val="24"/>
          <w:szCs w:val="24"/>
        </w:rPr>
        <w:t>life</w:t>
      </w:r>
      <w:r w:rsidR="00B8444C" w:rsidRPr="00C9454D">
        <w:rPr>
          <w:sz w:val="24"/>
          <w:szCs w:val="24"/>
        </w:rPr>
        <w:t>”</w:t>
      </w:r>
    </w:p>
    <w:p w14:paraId="2A5894C8" w14:textId="11CDB1E9" w:rsidR="00A06E85" w:rsidRPr="00C9454D" w:rsidRDefault="007F751A" w:rsidP="00C9454D">
      <w:pPr>
        <w:rPr>
          <w:sz w:val="24"/>
          <w:szCs w:val="24"/>
        </w:rPr>
      </w:pPr>
      <w:r w:rsidRPr="00C9454D">
        <w:rPr>
          <w:sz w:val="24"/>
          <w:szCs w:val="24"/>
        </w:rPr>
        <w:t>Word</w:t>
      </w:r>
      <w:r w:rsidR="00A06E85" w:rsidRPr="00C9454D">
        <w:rPr>
          <w:sz w:val="24"/>
          <w:szCs w:val="24"/>
        </w:rPr>
        <w:t xml:space="preserve"> of her calm spread among the clergy, further dividing opinion. Some saw her faith as proof of her innocence; others dismissed it as cunning. But none could deny the stark contrast between her composure and the chaos surrounding her.</w:t>
      </w:r>
    </w:p>
    <w:p w14:paraId="235073F5" w14:textId="77777777" w:rsidR="00A06E85" w:rsidRPr="00C9454D" w:rsidRDefault="00A06E85" w:rsidP="00C9454D">
      <w:pPr>
        <w:rPr>
          <w:sz w:val="24"/>
          <w:szCs w:val="24"/>
        </w:rPr>
      </w:pPr>
    </w:p>
    <w:p w14:paraId="607D336D" w14:textId="77777777" w:rsidR="00A06E85" w:rsidRPr="00C9454D" w:rsidRDefault="00A06E85" w:rsidP="00C9454D">
      <w:pPr>
        <w:pStyle w:val="Heading2"/>
        <w:rPr>
          <w:sz w:val="24"/>
          <w:szCs w:val="24"/>
        </w:rPr>
      </w:pPr>
      <w:r w:rsidRPr="00C9454D">
        <w:rPr>
          <w:sz w:val="24"/>
          <w:szCs w:val="24"/>
        </w:rPr>
        <w:t>A Trial of Truths</w:t>
      </w:r>
    </w:p>
    <w:p w14:paraId="02025A90" w14:textId="77777777" w:rsidR="00651B98" w:rsidRPr="00C9454D" w:rsidRDefault="00651B98" w:rsidP="00C9454D">
      <w:pPr>
        <w:rPr>
          <w:sz w:val="24"/>
          <w:szCs w:val="24"/>
        </w:rPr>
      </w:pPr>
    </w:p>
    <w:p w14:paraId="3E2AC9FE" w14:textId="433AF5C3" w:rsidR="00A06E85" w:rsidRPr="00C9454D" w:rsidRDefault="00A06E85" w:rsidP="00C9454D">
      <w:pPr>
        <w:rPr>
          <w:sz w:val="24"/>
          <w:szCs w:val="24"/>
        </w:rPr>
      </w:pPr>
      <w:r w:rsidRPr="00C9454D">
        <w:rPr>
          <w:sz w:val="24"/>
          <w:szCs w:val="24"/>
        </w:rPr>
        <w:t xml:space="preserve">As the trial approached, the Church prepared to double down on its charges, knowing full well the fragile ground they stood upon. The villagers of </w:t>
      </w:r>
      <w:proofErr w:type="spellStart"/>
      <w:r w:rsidR="00225D06" w:rsidRPr="00C9454D">
        <w:rPr>
          <w:sz w:val="24"/>
          <w:szCs w:val="24"/>
        </w:rPr>
        <w:t>Teston</w:t>
      </w:r>
      <w:proofErr w:type="spellEnd"/>
      <w:r w:rsidRPr="00C9454D">
        <w:rPr>
          <w:sz w:val="24"/>
          <w:szCs w:val="24"/>
        </w:rPr>
        <w:t xml:space="preserve"> and </w:t>
      </w:r>
      <w:r w:rsidR="00522C4D" w:rsidRPr="00C9454D">
        <w:rPr>
          <w:sz w:val="24"/>
          <w:szCs w:val="24"/>
        </w:rPr>
        <w:t>High Haven</w:t>
      </w:r>
      <w:r w:rsidRPr="00C9454D">
        <w:rPr>
          <w:sz w:val="24"/>
          <w:szCs w:val="24"/>
        </w:rPr>
        <w:t xml:space="preserve"> gathered outsi</w:t>
      </w:r>
      <w:r w:rsidR="00DD1FF5" w:rsidRPr="00C9454D">
        <w:rPr>
          <w:sz w:val="24"/>
          <w:szCs w:val="24"/>
        </w:rPr>
        <w:t xml:space="preserve">de </w:t>
      </w:r>
      <w:r w:rsidRPr="00C9454D">
        <w:rPr>
          <w:sz w:val="24"/>
          <w:szCs w:val="24"/>
        </w:rPr>
        <w:t>the Church, their voices raised in protest. Inside, the clergy scrambled to present a united front, even as the cracks in their foundation grew deeper.</w:t>
      </w:r>
    </w:p>
    <w:p w14:paraId="0A93F69C" w14:textId="77777777" w:rsidR="00A06E85" w:rsidRPr="00C9454D" w:rsidRDefault="00A06E85" w:rsidP="00C9454D">
      <w:pPr>
        <w:rPr>
          <w:sz w:val="24"/>
          <w:szCs w:val="24"/>
        </w:rPr>
      </w:pPr>
      <w:r w:rsidRPr="00C9454D">
        <w:rPr>
          <w:sz w:val="24"/>
          <w:szCs w:val="24"/>
        </w:rPr>
        <w:t>And through it all, Abilene remained resolute. While the world around her descended into chaos, her faith stood unshaken—a beacon of hope in a sea of uncertainty.</w:t>
      </w:r>
    </w:p>
    <w:p w14:paraId="058E294A" w14:textId="77777777" w:rsidR="00893E6A" w:rsidRPr="00C9454D" w:rsidRDefault="00893E6A" w:rsidP="00C9454D">
      <w:pPr>
        <w:pStyle w:val="Heading2"/>
        <w:rPr>
          <w:sz w:val="24"/>
          <w:szCs w:val="24"/>
        </w:rPr>
      </w:pPr>
    </w:p>
    <w:p w14:paraId="647C4A2B" w14:textId="32A881F4" w:rsidR="00A06E85" w:rsidRPr="00C9454D" w:rsidRDefault="00A06E85" w:rsidP="00C9454D">
      <w:pPr>
        <w:pStyle w:val="Heading2"/>
        <w:rPr>
          <w:sz w:val="24"/>
          <w:szCs w:val="24"/>
        </w:rPr>
      </w:pPr>
      <w:r w:rsidRPr="00C9454D">
        <w:rPr>
          <w:sz w:val="24"/>
          <w:szCs w:val="24"/>
        </w:rPr>
        <w:t>The Longest Week</w:t>
      </w:r>
    </w:p>
    <w:p w14:paraId="0E42631B" w14:textId="77777777" w:rsidR="00651B98" w:rsidRPr="00C9454D" w:rsidRDefault="00651B98" w:rsidP="00C9454D">
      <w:pPr>
        <w:rPr>
          <w:sz w:val="24"/>
          <w:szCs w:val="24"/>
        </w:rPr>
      </w:pPr>
    </w:p>
    <w:p w14:paraId="0F364152" w14:textId="03A9B85C" w:rsidR="00A06E85" w:rsidRPr="00C9454D" w:rsidRDefault="00522C4D" w:rsidP="00C9454D">
      <w:pPr>
        <w:rPr>
          <w:sz w:val="24"/>
          <w:szCs w:val="24"/>
        </w:rPr>
      </w:pPr>
      <w:r w:rsidRPr="00C9454D">
        <w:rPr>
          <w:sz w:val="24"/>
          <w:szCs w:val="24"/>
        </w:rPr>
        <w:t>High Haven</w:t>
      </w:r>
      <w:r w:rsidR="00A06E85" w:rsidRPr="00C9454D">
        <w:rPr>
          <w:sz w:val="24"/>
          <w:szCs w:val="24"/>
        </w:rPr>
        <w:t xml:space="preserve"> had never felt so quiet. Without Abilene’s steady presence, the once vibrant home seemed dimmer, as though the walls themselves shared in the household’s unease. Helena’s cries echoed through the halls, a sharp reminder that life carried on even in the face of uncertainty.</w:t>
      </w:r>
    </w:p>
    <w:p w14:paraId="2F749745" w14:textId="5752AD19" w:rsidR="00A06E85" w:rsidRPr="00C9454D" w:rsidRDefault="00A06E85" w:rsidP="00C9454D">
      <w:pPr>
        <w:rPr>
          <w:sz w:val="24"/>
          <w:szCs w:val="24"/>
        </w:rPr>
      </w:pPr>
      <w:r w:rsidRPr="00C9454D">
        <w:rPr>
          <w:sz w:val="24"/>
          <w:szCs w:val="24"/>
        </w:rPr>
        <w:t xml:space="preserve">Guy had promised Abilene he would manage. He had assured her, in his deep, steady voice, that he would care for the children and hold </w:t>
      </w:r>
      <w:r w:rsidR="00522C4D" w:rsidRPr="00C9454D">
        <w:rPr>
          <w:sz w:val="24"/>
          <w:szCs w:val="24"/>
        </w:rPr>
        <w:t>High Haven</w:t>
      </w:r>
      <w:r w:rsidRPr="00C9454D">
        <w:rPr>
          <w:sz w:val="24"/>
          <w:szCs w:val="24"/>
        </w:rPr>
        <w:t xml:space="preserve"> together until she returned. But as the days stretched into a week, his composure began to falter.</w:t>
      </w:r>
    </w:p>
    <w:p w14:paraId="26DBF98D" w14:textId="77777777" w:rsidR="00A06E85" w:rsidRPr="00C9454D" w:rsidRDefault="00A06E85" w:rsidP="00C9454D">
      <w:pPr>
        <w:rPr>
          <w:sz w:val="24"/>
          <w:szCs w:val="24"/>
        </w:rPr>
      </w:pPr>
    </w:p>
    <w:p w14:paraId="600154A3" w14:textId="77777777" w:rsidR="00A06E85" w:rsidRPr="00C9454D" w:rsidRDefault="00A06E85" w:rsidP="00C9454D">
      <w:pPr>
        <w:pStyle w:val="Heading2"/>
        <w:rPr>
          <w:sz w:val="24"/>
          <w:szCs w:val="24"/>
        </w:rPr>
      </w:pPr>
      <w:r w:rsidRPr="00C9454D">
        <w:rPr>
          <w:sz w:val="24"/>
          <w:szCs w:val="24"/>
        </w:rPr>
        <w:t>A Father's Responsibilities</w:t>
      </w:r>
    </w:p>
    <w:p w14:paraId="42BC2D67" w14:textId="77777777" w:rsidR="00651B98" w:rsidRPr="00C9454D" w:rsidRDefault="00651B98" w:rsidP="00C9454D">
      <w:pPr>
        <w:rPr>
          <w:sz w:val="24"/>
          <w:szCs w:val="24"/>
        </w:rPr>
      </w:pPr>
    </w:p>
    <w:p w14:paraId="2E18D6D2" w14:textId="77777777" w:rsidR="00A06E85" w:rsidRPr="00C9454D" w:rsidRDefault="00A06E85" w:rsidP="00C9454D">
      <w:pPr>
        <w:rPr>
          <w:sz w:val="24"/>
          <w:szCs w:val="24"/>
        </w:rPr>
      </w:pPr>
      <w:r w:rsidRPr="00C9454D">
        <w:rPr>
          <w:sz w:val="24"/>
          <w:szCs w:val="24"/>
        </w:rPr>
        <w:t>From dawn to dusk, Guy moved through the motions of caring for Helena and John Marshall, his focus on keeping everything running smoothly. Helena was still nursing, and they had arranged for a wet nurse, a kind woman named Edith, who came daily to care for the baby’s needs. Yet even with her help, Guy found himself overwhelmed.</w:t>
      </w:r>
    </w:p>
    <w:p w14:paraId="09F5F575" w14:textId="77777777" w:rsidR="00A06E85" w:rsidRPr="00C9454D" w:rsidRDefault="00A06E85" w:rsidP="00C9454D">
      <w:pPr>
        <w:rPr>
          <w:sz w:val="24"/>
          <w:szCs w:val="24"/>
        </w:rPr>
      </w:pPr>
      <w:r w:rsidRPr="00C9454D">
        <w:rPr>
          <w:sz w:val="24"/>
          <w:szCs w:val="24"/>
        </w:rPr>
        <w:t>Helena seemed to sense her mother’s absence. She was more restless than usual, her cries longer and harder to soothe. Guy spent hours rocking her by the fire, his broad hand cradling her tiny head as he hummed old hymns in a low, gravelly voice.</w:t>
      </w:r>
    </w:p>
    <w:p w14:paraId="3BD641B3" w14:textId="77777777" w:rsidR="00A06E85" w:rsidRPr="00C9454D" w:rsidRDefault="00A06E85" w:rsidP="00C9454D">
      <w:pPr>
        <w:rPr>
          <w:sz w:val="24"/>
          <w:szCs w:val="24"/>
        </w:rPr>
      </w:pPr>
      <w:r w:rsidRPr="00C9454D">
        <w:rPr>
          <w:sz w:val="24"/>
          <w:szCs w:val="24"/>
        </w:rPr>
        <w:t>“You miss her too, don’t you, little one?” he whispered one evening as Helena finally drifted to sleep in his arms. “I promise we’ll get her back.”</w:t>
      </w:r>
    </w:p>
    <w:p w14:paraId="25A352B6" w14:textId="77777777" w:rsidR="00A06E85" w:rsidRPr="00C9454D" w:rsidRDefault="00A06E85" w:rsidP="00C9454D">
      <w:pPr>
        <w:rPr>
          <w:sz w:val="24"/>
          <w:szCs w:val="24"/>
        </w:rPr>
      </w:pPr>
      <w:r w:rsidRPr="00C9454D">
        <w:rPr>
          <w:sz w:val="24"/>
          <w:szCs w:val="24"/>
        </w:rPr>
        <w:t>John Marshall, now ten and growing into a sharp and observant young man, had thrown himself into his chores with a fervor that worried Guy. The boy was determined to keep things running smoothly, as though his diligence could bring his mother home faster.</w:t>
      </w:r>
    </w:p>
    <w:p w14:paraId="05A8CC10" w14:textId="77777777" w:rsidR="00A06E85" w:rsidRPr="00C9454D" w:rsidRDefault="00A06E85" w:rsidP="00C9454D">
      <w:pPr>
        <w:rPr>
          <w:sz w:val="24"/>
          <w:szCs w:val="24"/>
        </w:rPr>
      </w:pPr>
      <w:r w:rsidRPr="00C9454D">
        <w:rPr>
          <w:sz w:val="24"/>
          <w:szCs w:val="24"/>
        </w:rPr>
        <w:t>“John,” Guy said one afternoon as he watched his son hauling firewood to the Great Hall. “You don’t have to do everything, son. Take a break.”</w:t>
      </w:r>
    </w:p>
    <w:p w14:paraId="37A94147" w14:textId="77777777" w:rsidR="00A06E85" w:rsidRPr="00C9454D" w:rsidRDefault="00A06E85" w:rsidP="00C9454D">
      <w:pPr>
        <w:rPr>
          <w:sz w:val="24"/>
          <w:szCs w:val="24"/>
        </w:rPr>
      </w:pPr>
      <w:r w:rsidRPr="00C9454D">
        <w:rPr>
          <w:sz w:val="24"/>
          <w:szCs w:val="24"/>
        </w:rPr>
        <w:t>“I’m fine, Papa,” John replied, his voice steady but his eyes betraying the weight he carried. “There’s too much to do.”</w:t>
      </w:r>
    </w:p>
    <w:p w14:paraId="733A14DC" w14:textId="77777777" w:rsidR="00A06E85" w:rsidRPr="00C9454D" w:rsidRDefault="00A06E85" w:rsidP="00C9454D">
      <w:pPr>
        <w:rPr>
          <w:sz w:val="24"/>
          <w:szCs w:val="24"/>
        </w:rPr>
      </w:pPr>
      <w:r w:rsidRPr="00C9454D">
        <w:rPr>
          <w:sz w:val="24"/>
          <w:szCs w:val="24"/>
        </w:rPr>
        <w:t>Guy sighed, placing a hand on John’s shoulder. “It’s not your job to fix everything. That’s my burden.”</w:t>
      </w:r>
    </w:p>
    <w:p w14:paraId="163F347C" w14:textId="77777777" w:rsidR="00A06E85" w:rsidRPr="00C9454D" w:rsidRDefault="00A06E85" w:rsidP="00C9454D">
      <w:pPr>
        <w:rPr>
          <w:sz w:val="24"/>
          <w:szCs w:val="24"/>
        </w:rPr>
      </w:pPr>
      <w:r w:rsidRPr="00C9454D">
        <w:rPr>
          <w:sz w:val="24"/>
          <w:szCs w:val="24"/>
        </w:rPr>
        <w:t>“It’s ours,” John said firmly, meeting his father’s gaze. “Mama taught us that. We do this together.”</w:t>
      </w:r>
    </w:p>
    <w:p w14:paraId="11CD3691" w14:textId="77777777" w:rsidR="00A06E85" w:rsidRPr="00C9454D" w:rsidRDefault="00A06E85" w:rsidP="00C9454D">
      <w:pPr>
        <w:rPr>
          <w:sz w:val="24"/>
          <w:szCs w:val="24"/>
        </w:rPr>
      </w:pPr>
    </w:p>
    <w:p w14:paraId="08B31107" w14:textId="77777777" w:rsidR="00A06E85" w:rsidRPr="00C9454D" w:rsidRDefault="00A06E85" w:rsidP="00C9454D">
      <w:pPr>
        <w:pStyle w:val="Heading2"/>
        <w:rPr>
          <w:sz w:val="24"/>
          <w:szCs w:val="24"/>
        </w:rPr>
      </w:pPr>
      <w:r w:rsidRPr="00C9454D">
        <w:rPr>
          <w:sz w:val="24"/>
          <w:szCs w:val="24"/>
        </w:rPr>
        <w:t>The Cracks Begin to Show</w:t>
      </w:r>
    </w:p>
    <w:p w14:paraId="422C9432" w14:textId="77777777" w:rsidR="00651B98" w:rsidRPr="00C9454D" w:rsidRDefault="00651B98" w:rsidP="00C9454D">
      <w:pPr>
        <w:rPr>
          <w:sz w:val="24"/>
          <w:szCs w:val="24"/>
        </w:rPr>
      </w:pPr>
    </w:p>
    <w:p w14:paraId="58A0DD6F" w14:textId="2D034CE2" w:rsidR="00A06E85" w:rsidRPr="00C9454D" w:rsidRDefault="00A06E85" w:rsidP="00C9454D">
      <w:pPr>
        <w:rPr>
          <w:sz w:val="24"/>
          <w:szCs w:val="24"/>
        </w:rPr>
      </w:pPr>
      <w:r w:rsidRPr="00C9454D">
        <w:rPr>
          <w:sz w:val="24"/>
          <w:szCs w:val="24"/>
        </w:rPr>
        <w:t xml:space="preserve">Despite his efforts to remain strong, Guy found himself unraveling in quiet moments. Each time he looked at Helena, he felt the familiar ache of loss creeping into his heart. The memory of losing his first wife, </w:t>
      </w:r>
      <w:r w:rsidR="00DC7904" w:rsidRPr="00C9454D">
        <w:rPr>
          <w:sz w:val="24"/>
          <w:szCs w:val="24"/>
        </w:rPr>
        <w:t>Isabelle,</w:t>
      </w:r>
      <w:r w:rsidRPr="00C9454D">
        <w:rPr>
          <w:sz w:val="24"/>
          <w:szCs w:val="24"/>
        </w:rPr>
        <w:t xml:space="preserve"> returned with haunting clarity. It was different this time, he told himself. Abilene was alive, and they would bring her home. But the fear of losing her, even for a moment, </w:t>
      </w:r>
      <w:r w:rsidR="00DC7904" w:rsidRPr="00C9454D">
        <w:rPr>
          <w:sz w:val="24"/>
          <w:szCs w:val="24"/>
        </w:rPr>
        <w:t xml:space="preserve">haunted </w:t>
      </w:r>
      <w:r w:rsidRPr="00C9454D">
        <w:rPr>
          <w:sz w:val="24"/>
          <w:szCs w:val="24"/>
        </w:rPr>
        <w:t>him.</w:t>
      </w:r>
    </w:p>
    <w:p w14:paraId="2E5BC564" w14:textId="77777777" w:rsidR="00A06E85" w:rsidRPr="00C9454D" w:rsidRDefault="00A06E85" w:rsidP="00C9454D">
      <w:pPr>
        <w:rPr>
          <w:sz w:val="24"/>
          <w:szCs w:val="24"/>
        </w:rPr>
      </w:pPr>
      <w:r w:rsidRPr="00C9454D">
        <w:rPr>
          <w:sz w:val="24"/>
          <w:szCs w:val="24"/>
        </w:rPr>
        <w:t>At night, as the household finally grew quiet, Guy would sit by the fire with a cup of ale, staring into the flames. He thought of Abilene’s calm face as she was led away, her unwavering faith that truth would prevail. He envied her strength, even as he questioned his own.</w:t>
      </w:r>
    </w:p>
    <w:p w14:paraId="11B04D8B" w14:textId="77777777" w:rsidR="00A06E85" w:rsidRPr="00C9454D" w:rsidRDefault="00A06E85" w:rsidP="00C9454D">
      <w:pPr>
        <w:rPr>
          <w:sz w:val="24"/>
          <w:szCs w:val="24"/>
        </w:rPr>
      </w:pPr>
      <w:r w:rsidRPr="00C9454D">
        <w:rPr>
          <w:sz w:val="24"/>
          <w:szCs w:val="24"/>
        </w:rPr>
        <w:t>“What if they don’t see the truth?” he muttered to himself one night, his voice barely above a whisper. “What if... what if she doesn’t come back?”</w:t>
      </w:r>
    </w:p>
    <w:p w14:paraId="339B9A86" w14:textId="77777777" w:rsidR="00A06E85" w:rsidRPr="00C9454D" w:rsidRDefault="00A06E85" w:rsidP="00C9454D">
      <w:pPr>
        <w:rPr>
          <w:sz w:val="24"/>
          <w:szCs w:val="24"/>
        </w:rPr>
      </w:pPr>
      <w:r w:rsidRPr="00C9454D">
        <w:rPr>
          <w:sz w:val="24"/>
          <w:szCs w:val="24"/>
        </w:rPr>
        <w:t>Rowan, who had come by to check on the family, found him in this state and placed a hand on his shoulder. “She will,” Rowan said firmly. “Abilene is stronger than any of them. And she has all of us behind her.”</w:t>
      </w:r>
    </w:p>
    <w:p w14:paraId="7383D607" w14:textId="77777777" w:rsidR="00A06E85" w:rsidRPr="00C9454D" w:rsidRDefault="00A06E85" w:rsidP="00C9454D">
      <w:pPr>
        <w:rPr>
          <w:sz w:val="24"/>
          <w:szCs w:val="24"/>
        </w:rPr>
      </w:pPr>
      <w:r w:rsidRPr="00C9454D">
        <w:rPr>
          <w:sz w:val="24"/>
          <w:szCs w:val="24"/>
        </w:rPr>
        <w:t>Guy nodded, but the doubts lingered. He had to be strong for Helena and John, for the villagers who looked to him for leadership. But inside, he felt like he was falling apart.</w:t>
      </w:r>
    </w:p>
    <w:p w14:paraId="23B6B219" w14:textId="77777777" w:rsidR="00A06E85" w:rsidRPr="00C9454D" w:rsidRDefault="00A06E85" w:rsidP="00C9454D">
      <w:pPr>
        <w:rPr>
          <w:sz w:val="24"/>
          <w:szCs w:val="24"/>
        </w:rPr>
      </w:pPr>
    </w:p>
    <w:p w14:paraId="32DB1DC2" w14:textId="77777777" w:rsidR="00A06E85" w:rsidRPr="00C9454D" w:rsidRDefault="00A06E85" w:rsidP="00C9454D">
      <w:pPr>
        <w:pStyle w:val="Heading2"/>
        <w:rPr>
          <w:sz w:val="24"/>
          <w:szCs w:val="24"/>
        </w:rPr>
      </w:pPr>
      <w:r w:rsidRPr="00C9454D">
        <w:rPr>
          <w:sz w:val="24"/>
          <w:szCs w:val="24"/>
        </w:rPr>
        <w:t>A Village United</w:t>
      </w:r>
    </w:p>
    <w:p w14:paraId="4903682C" w14:textId="77777777" w:rsidR="00651B98" w:rsidRPr="00C9454D" w:rsidRDefault="00651B98" w:rsidP="00C9454D">
      <w:pPr>
        <w:rPr>
          <w:sz w:val="24"/>
          <w:szCs w:val="24"/>
        </w:rPr>
      </w:pPr>
    </w:p>
    <w:p w14:paraId="1B11698E" w14:textId="12BAE44C" w:rsidR="00A06E85" w:rsidRPr="00C9454D" w:rsidRDefault="00A06E85" w:rsidP="00C9454D">
      <w:pPr>
        <w:rPr>
          <w:sz w:val="24"/>
          <w:szCs w:val="24"/>
        </w:rPr>
      </w:pPr>
      <w:r w:rsidRPr="00C9454D">
        <w:rPr>
          <w:sz w:val="24"/>
          <w:szCs w:val="24"/>
        </w:rPr>
        <w:t xml:space="preserve">The villagers of </w:t>
      </w:r>
      <w:r w:rsidR="00522C4D" w:rsidRPr="00C9454D">
        <w:rPr>
          <w:sz w:val="24"/>
          <w:szCs w:val="24"/>
        </w:rPr>
        <w:t>High Haven</w:t>
      </w:r>
      <w:r w:rsidRPr="00C9454D">
        <w:rPr>
          <w:sz w:val="24"/>
          <w:szCs w:val="24"/>
        </w:rPr>
        <w:t xml:space="preserve"> and </w:t>
      </w:r>
      <w:proofErr w:type="spellStart"/>
      <w:r w:rsidR="00225D06" w:rsidRPr="00C9454D">
        <w:rPr>
          <w:sz w:val="24"/>
          <w:szCs w:val="24"/>
        </w:rPr>
        <w:t>Teston</w:t>
      </w:r>
      <w:proofErr w:type="spellEnd"/>
      <w:r w:rsidRPr="00C9454D">
        <w:rPr>
          <w:sz w:val="24"/>
          <w:szCs w:val="24"/>
        </w:rPr>
        <w:t xml:space="preserve"> rallied in Abilene’s absence. They brought food and supplies to the Great Hall, ensuring that Guy and the children had everything they needed. Women from the village took turns helping with Helena, while Rowan and Millie organized efforts to keep the community running smoothly.</w:t>
      </w:r>
    </w:p>
    <w:p w14:paraId="060B2A68" w14:textId="77777777" w:rsidR="00A06E85" w:rsidRPr="00C9454D" w:rsidRDefault="00A06E85" w:rsidP="00C9454D">
      <w:pPr>
        <w:rPr>
          <w:sz w:val="24"/>
          <w:szCs w:val="24"/>
        </w:rPr>
      </w:pPr>
      <w:r w:rsidRPr="00C9454D">
        <w:rPr>
          <w:sz w:val="24"/>
          <w:szCs w:val="24"/>
        </w:rPr>
        <w:t>“Don’t you worry, Guy,” Millie said one afternoon, handing him a basket of fresh bread. “We’ll keep things steady until Abilene gets back. You just focus on those little ones.”</w:t>
      </w:r>
    </w:p>
    <w:p w14:paraId="756685A2" w14:textId="77777777" w:rsidR="00A06E85" w:rsidRPr="00C9454D" w:rsidRDefault="00A06E85" w:rsidP="00C9454D">
      <w:pPr>
        <w:rPr>
          <w:sz w:val="24"/>
          <w:szCs w:val="24"/>
        </w:rPr>
      </w:pPr>
      <w:r w:rsidRPr="00C9454D">
        <w:rPr>
          <w:sz w:val="24"/>
          <w:szCs w:val="24"/>
        </w:rPr>
        <w:t>Guy nodded his thanks, but he couldn’t shake the feeling that he was failing. He wanted to be the strong, steady leader Abilene had always been, but every day without her felt like a battle he wasn’t sure he could win.</w:t>
      </w:r>
    </w:p>
    <w:p w14:paraId="79219E58" w14:textId="77777777" w:rsidR="00A06E85" w:rsidRPr="00C9454D" w:rsidRDefault="00A06E85" w:rsidP="00C9454D">
      <w:pPr>
        <w:rPr>
          <w:sz w:val="24"/>
          <w:szCs w:val="24"/>
        </w:rPr>
      </w:pPr>
    </w:p>
    <w:p w14:paraId="19C497F9" w14:textId="77777777" w:rsidR="00A06E85" w:rsidRPr="00C9454D" w:rsidRDefault="00A06E85" w:rsidP="00C9454D">
      <w:pPr>
        <w:pStyle w:val="Heading2"/>
        <w:rPr>
          <w:sz w:val="24"/>
          <w:szCs w:val="24"/>
        </w:rPr>
      </w:pPr>
      <w:r w:rsidRPr="00C9454D">
        <w:rPr>
          <w:sz w:val="24"/>
          <w:szCs w:val="24"/>
        </w:rPr>
        <w:t>The Night Before the Trial</w:t>
      </w:r>
    </w:p>
    <w:p w14:paraId="4C95D165" w14:textId="77777777" w:rsidR="00651B98" w:rsidRPr="00C9454D" w:rsidRDefault="00651B98" w:rsidP="00C9454D">
      <w:pPr>
        <w:rPr>
          <w:sz w:val="24"/>
          <w:szCs w:val="24"/>
        </w:rPr>
      </w:pPr>
    </w:p>
    <w:p w14:paraId="2606E4A1" w14:textId="77777777" w:rsidR="00A06E85" w:rsidRPr="00C9454D" w:rsidRDefault="00A06E85" w:rsidP="00C9454D">
      <w:pPr>
        <w:rPr>
          <w:sz w:val="24"/>
          <w:szCs w:val="24"/>
        </w:rPr>
      </w:pPr>
      <w:r w:rsidRPr="00C9454D">
        <w:rPr>
          <w:sz w:val="24"/>
          <w:szCs w:val="24"/>
        </w:rPr>
        <w:t>As the week drew to a close and the trial approached, Guy’s emotions reached a breaking point. That evening, after putting Helena to bed, he sat on the steps of the Great Hall, staring out at the darkened fields. The weight of uncertainty pressed down on him like a physical force.</w:t>
      </w:r>
    </w:p>
    <w:p w14:paraId="717DBEAA" w14:textId="77777777" w:rsidR="00A06E85" w:rsidRPr="00C9454D" w:rsidRDefault="00A06E85" w:rsidP="00C9454D">
      <w:pPr>
        <w:rPr>
          <w:sz w:val="24"/>
          <w:szCs w:val="24"/>
        </w:rPr>
      </w:pPr>
      <w:r w:rsidRPr="00C9454D">
        <w:rPr>
          <w:sz w:val="24"/>
          <w:szCs w:val="24"/>
        </w:rPr>
        <w:t>John Marshall joined him, sitting quietly by his side. For a while, neither of them spoke. The stars above were bright, their light cutting through the stillness of the night.</w:t>
      </w:r>
    </w:p>
    <w:p w14:paraId="00087939" w14:textId="77777777" w:rsidR="00A06E85" w:rsidRPr="00C9454D" w:rsidRDefault="00A06E85" w:rsidP="00C9454D">
      <w:pPr>
        <w:rPr>
          <w:sz w:val="24"/>
          <w:szCs w:val="24"/>
        </w:rPr>
      </w:pPr>
      <w:r w:rsidRPr="00C9454D">
        <w:rPr>
          <w:sz w:val="24"/>
          <w:szCs w:val="24"/>
        </w:rPr>
        <w:t>“She’ll be all right,” John said finally, his voice calm and steady. “Mama always says truth is stronger than lies. They’ll see it.”</w:t>
      </w:r>
    </w:p>
    <w:p w14:paraId="601F1DC0" w14:textId="77777777" w:rsidR="00A06E85" w:rsidRPr="00C9454D" w:rsidRDefault="00A06E85" w:rsidP="00C9454D">
      <w:pPr>
        <w:rPr>
          <w:sz w:val="24"/>
          <w:szCs w:val="24"/>
        </w:rPr>
      </w:pPr>
      <w:r w:rsidRPr="00C9454D">
        <w:rPr>
          <w:sz w:val="24"/>
          <w:szCs w:val="24"/>
        </w:rPr>
        <w:t>Guy turned to his son, surprised by the strength in his words. “You believe that?”</w:t>
      </w:r>
    </w:p>
    <w:p w14:paraId="24C548BD" w14:textId="77777777" w:rsidR="00A06E85" w:rsidRPr="00C9454D" w:rsidRDefault="00A06E85" w:rsidP="00C9454D">
      <w:pPr>
        <w:rPr>
          <w:sz w:val="24"/>
          <w:szCs w:val="24"/>
        </w:rPr>
      </w:pPr>
      <w:r w:rsidRPr="00C9454D">
        <w:rPr>
          <w:sz w:val="24"/>
          <w:szCs w:val="24"/>
        </w:rPr>
        <w:t>“I do,” John replied without hesitation. “Because she believes it. And she’s never been wrong about that.”</w:t>
      </w:r>
    </w:p>
    <w:p w14:paraId="3F8430AF" w14:textId="77777777" w:rsidR="00A06E85" w:rsidRPr="00C9454D" w:rsidRDefault="00A06E85" w:rsidP="00C9454D">
      <w:pPr>
        <w:rPr>
          <w:sz w:val="24"/>
          <w:szCs w:val="24"/>
        </w:rPr>
      </w:pPr>
      <w:r w:rsidRPr="00C9454D">
        <w:rPr>
          <w:sz w:val="24"/>
          <w:szCs w:val="24"/>
        </w:rPr>
        <w:t>For the first time all week, Guy felt a flicker of hope. He placed a hand on John’s shoulder, giving it a firm squeeze. “You’re a good boy, John. Your mother would be proud.”</w:t>
      </w:r>
    </w:p>
    <w:p w14:paraId="4D4C81FD" w14:textId="77777777" w:rsidR="00A06E85" w:rsidRPr="00C9454D" w:rsidRDefault="00A06E85" w:rsidP="00C9454D">
      <w:pPr>
        <w:rPr>
          <w:sz w:val="24"/>
          <w:szCs w:val="24"/>
        </w:rPr>
      </w:pPr>
      <w:r w:rsidRPr="00C9454D">
        <w:rPr>
          <w:sz w:val="24"/>
          <w:szCs w:val="24"/>
        </w:rPr>
        <w:t>“I’m just trying to do what she’d do,” John said simply.</w:t>
      </w:r>
    </w:p>
    <w:p w14:paraId="0B23ADA4" w14:textId="77777777" w:rsidR="00A06E85" w:rsidRPr="00C9454D" w:rsidRDefault="00A06E85" w:rsidP="00C9454D">
      <w:pPr>
        <w:rPr>
          <w:sz w:val="24"/>
          <w:szCs w:val="24"/>
        </w:rPr>
      </w:pPr>
      <w:r w:rsidRPr="00C9454D">
        <w:rPr>
          <w:sz w:val="24"/>
          <w:szCs w:val="24"/>
        </w:rPr>
        <w:t>As they sat together under the stars, Guy allowed himself a moment of quiet faith. Tomorrow, the trial would begin, and the fight for Abilene’s freedom would be underway. But for now, he took comfort in the strength of his family and the unwavering loyalty of the villagers.</w:t>
      </w:r>
    </w:p>
    <w:p w14:paraId="72C9212D" w14:textId="77777777" w:rsidR="00A06E85" w:rsidRPr="00C9454D" w:rsidRDefault="00A06E85" w:rsidP="00C9454D">
      <w:pPr>
        <w:rPr>
          <w:sz w:val="24"/>
          <w:szCs w:val="24"/>
        </w:rPr>
      </w:pPr>
    </w:p>
    <w:p w14:paraId="290AA8D2" w14:textId="77777777" w:rsidR="00A06E85" w:rsidRPr="00C9454D" w:rsidRDefault="00A06E85" w:rsidP="00C9454D">
      <w:pPr>
        <w:pStyle w:val="Heading2"/>
        <w:rPr>
          <w:sz w:val="24"/>
          <w:szCs w:val="24"/>
        </w:rPr>
      </w:pPr>
      <w:r w:rsidRPr="00C9454D">
        <w:rPr>
          <w:sz w:val="24"/>
          <w:szCs w:val="24"/>
        </w:rPr>
        <w:t>A Family’s Strength</w:t>
      </w:r>
    </w:p>
    <w:p w14:paraId="48E1191A" w14:textId="77777777" w:rsidR="00651B98" w:rsidRPr="00C9454D" w:rsidRDefault="00651B98" w:rsidP="00C9454D">
      <w:pPr>
        <w:rPr>
          <w:sz w:val="24"/>
          <w:szCs w:val="24"/>
        </w:rPr>
      </w:pPr>
    </w:p>
    <w:p w14:paraId="7DF7AC53" w14:textId="77777777" w:rsidR="00651B98" w:rsidRPr="00C9454D" w:rsidRDefault="00651B98" w:rsidP="00C9454D">
      <w:pPr>
        <w:rPr>
          <w:sz w:val="24"/>
          <w:szCs w:val="24"/>
        </w:rPr>
      </w:pPr>
    </w:p>
    <w:p w14:paraId="18FB424E" w14:textId="77777777" w:rsidR="00A06E85" w:rsidRPr="00C9454D" w:rsidRDefault="00A06E85" w:rsidP="00C9454D">
      <w:pPr>
        <w:rPr>
          <w:sz w:val="24"/>
          <w:szCs w:val="24"/>
        </w:rPr>
      </w:pPr>
      <w:r w:rsidRPr="00C9454D">
        <w:rPr>
          <w:sz w:val="24"/>
          <w:szCs w:val="24"/>
        </w:rPr>
        <w:t>Inside, Helena stirred in her cradle, her soft cries quickly soothed by Edith’s gentle touch. The baby, too young to understand the turmoil, was a symbol of hope—a reminder of the life Abilene had built and the love that would see them through.</w:t>
      </w:r>
    </w:p>
    <w:p w14:paraId="7A2B5EC8" w14:textId="77777777" w:rsidR="00A06E85" w:rsidRPr="00C9454D" w:rsidRDefault="00A06E85" w:rsidP="00C9454D">
      <w:pPr>
        <w:rPr>
          <w:sz w:val="24"/>
          <w:szCs w:val="24"/>
        </w:rPr>
      </w:pPr>
      <w:r w:rsidRPr="00C9454D">
        <w:rPr>
          <w:sz w:val="24"/>
          <w:szCs w:val="24"/>
        </w:rPr>
        <w:t>And as Guy finally went to bed that night, his heart still heavy but his resolve firm, he whispered a prayer for the woman who had brought light into his life. “We’ll bring you home, Abilene. Whatever it takes.”</w:t>
      </w:r>
    </w:p>
    <w:p w14:paraId="6CE0248D" w14:textId="77777777" w:rsidR="00A06E85" w:rsidRPr="00C9454D" w:rsidRDefault="00A06E85" w:rsidP="00C9454D">
      <w:pPr>
        <w:rPr>
          <w:sz w:val="24"/>
          <w:szCs w:val="24"/>
        </w:rPr>
      </w:pPr>
    </w:p>
    <w:p w14:paraId="028D8E52" w14:textId="3C6EFDA0" w:rsidR="00A06E85" w:rsidRPr="00C9454D" w:rsidRDefault="00A06E85" w:rsidP="00234C60">
      <w:pPr>
        <w:pStyle w:val="Heading2"/>
      </w:pPr>
      <w:r w:rsidRPr="00C9454D">
        <w:t>The Trial Begins</w:t>
      </w:r>
    </w:p>
    <w:p w14:paraId="1824EA60" w14:textId="77777777" w:rsidR="00651B98" w:rsidRPr="00C9454D" w:rsidRDefault="00651B98" w:rsidP="00C9454D">
      <w:pPr>
        <w:rPr>
          <w:sz w:val="24"/>
          <w:szCs w:val="24"/>
        </w:rPr>
      </w:pPr>
    </w:p>
    <w:p w14:paraId="0B998508" w14:textId="08F12E5E" w:rsidR="00A06E85" w:rsidRPr="00C9454D" w:rsidRDefault="00A06E85" w:rsidP="00C9454D">
      <w:pPr>
        <w:rPr>
          <w:sz w:val="24"/>
          <w:szCs w:val="24"/>
        </w:rPr>
      </w:pPr>
      <w:r w:rsidRPr="00C9454D">
        <w:rPr>
          <w:sz w:val="24"/>
          <w:szCs w:val="24"/>
        </w:rPr>
        <w:t xml:space="preserve">The morning of the trial dawned cold and gray, but the air in the village was thick with tension and commotion. Bells tolled from the church tower, calling villagers and townsfolk to gather in the square. Word of the trial had spread far beyond </w:t>
      </w:r>
      <w:proofErr w:type="spellStart"/>
      <w:r w:rsidR="00225D06" w:rsidRPr="00C9454D">
        <w:rPr>
          <w:sz w:val="24"/>
          <w:szCs w:val="24"/>
        </w:rPr>
        <w:t>Teston</w:t>
      </w:r>
      <w:proofErr w:type="spellEnd"/>
      <w:r w:rsidRPr="00C9454D">
        <w:rPr>
          <w:sz w:val="24"/>
          <w:szCs w:val="24"/>
        </w:rPr>
        <w:t>, drawing crowds from neighboring villages and even travelers who had heard of Abilene’s reputation. The cobblestone streets were filled with murmurs of speculation, anger, and fear.</w:t>
      </w:r>
    </w:p>
    <w:p w14:paraId="1B9141F4" w14:textId="5467B8D7" w:rsidR="00A06E85" w:rsidRPr="00C9454D" w:rsidRDefault="00522C4D" w:rsidP="00C9454D">
      <w:pPr>
        <w:rPr>
          <w:sz w:val="24"/>
          <w:szCs w:val="24"/>
        </w:rPr>
      </w:pPr>
      <w:r w:rsidRPr="00C9454D">
        <w:rPr>
          <w:sz w:val="24"/>
          <w:szCs w:val="24"/>
        </w:rPr>
        <w:t>High Haven</w:t>
      </w:r>
      <w:r w:rsidR="00A06E85" w:rsidRPr="00C9454D">
        <w:rPr>
          <w:sz w:val="24"/>
          <w:szCs w:val="24"/>
        </w:rPr>
        <w:t xml:space="preserve"> itself was quieter than usual. Guy stood at the window, holding Helena close as he watched John Marshall ready himself for the trip to the courthouse. The boy’s face was set with determination, his movements deliberate as he adjusted his tunic and tied his belt.</w:t>
      </w:r>
    </w:p>
    <w:p w14:paraId="2E9BE109" w14:textId="77777777" w:rsidR="00A06E85" w:rsidRPr="00C9454D" w:rsidRDefault="00A06E85" w:rsidP="00C9454D">
      <w:pPr>
        <w:rPr>
          <w:sz w:val="24"/>
          <w:szCs w:val="24"/>
        </w:rPr>
      </w:pPr>
      <w:r w:rsidRPr="00C9454D">
        <w:rPr>
          <w:sz w:val="24"/>
          <w:szCs w:val="24"/>
        </w:rPr>
        <w:t>“You’re sure about this?” Guy asked, his voice heavy with worry.</w:t>
      </w:r>
    </w:p>
    <w:p w14:paraId="2D14D1BA" w14:textId="77777777" w:rsidR="00A06E85" w:rsidRPr="00C9454D" w:rsidRDefault="00A06E85" w:rsidP="00C9454D">
      <w:pPr>
        <w:rPr>
          <w:sz w:val="24"/>
          <w:szCs w:val="24"/>
        </w:rPr>
      </w:pPr>
      <w:r w:rsidRPr="00C9454D">
        <w:rPr>
          <w:sz w:val="24"/>
          <w:szCs w:val="24"/>
        </w:rPr>
        <w:t>John turned to his father, his young face bearing the weight of a much older man. “I need to be there, Papa. For her. And for us.”</w:t>
      </w:r>
    </w:p>
    <w:p w14:paraId="12BE984A" w14:textId="77777777" w:rsidR="00A06E85" w:rsidRPr="00C9454D" w:rsidRDefault="00A06E85" w:rsidP="00C9454D">
      <w:pPr>
        <w:rPr>
          <w:sz w:val="24"/>
          <w:szCs w:val="24"/>
        </w:rPr>
      </w:pPr>
      <w:r w:rsidRPr="00C9454D">
        <w:rPr>
          <w:sz w:val="24"/>
          <w:szCs w:val="24"/>
        </w:rPr>
        <w:t>Guy nodded, his throat tight. “Then let’s go.”</w:t>
      </w:r>
    </w:p>
    <w:p w14:paraId="34E50432" w14:textId="77777777" w:rsidR="00A06E85" w:rsidRPr="00C9454D" w:rsidRDefault="00A06E85" w:rsidP="00C9454D">
      <w:pPr>
        <w:rPr>
          <w:sz w:val="24"/>
          <w:szCs w:val="24"/>
        </w:rPr>
      </w:pPr>
    </w:p>
    <w:p w14:paraId="50DEC1ED" w14:textId="77777777" w:rsidR="00A06E85" w:rsidRPr="00C9454D" w:rsidRDefault="00A06E85" w:rsidP="00C9454D">
      <w:pPr>
        <w:pStyle w:val="Heading2"/>
        <w:rPr>
          <w:sz w:val="24"/>
          <w:szCs w:val="24"/>
        </w:rPr>
      </w:pPr>
      <w:r w:rsidRPr="00C9454D">
        <w:rPr>
          <w:sz w:val="24"/>
          <w:szCs w:val="24"/>
        </w:rPr>
        <w:t>The Courthouse</w:t>
      </w:r>
    </w:p>
    <w:p w14:paraId="0312AE7B" w14:textId="77777777" w:rsidR="00651B98" w:rsidRPr="00C9454D" w:rsidRDefault="00651B98" w:rsidP="00C9454D">
      <w:pPr>
        <w:rPr>
          <w:sz w:val="24"/>
          <w:szCs w:val="24"/>
        </w:rPr>
      </w:pPr>
    </w:p>
    <w:p w14:paraId="0CC2756F" w14:textId="77777777" w:rsidR="00A06E85" w:rsidRPr="00C9454D" w:rsidRDefault="00A06E85" w:rsidP="00C9454D">
      <w:pPr>
        <w:rPr>
          <w:sz w:val="24"/>
          <w:szCs w:val="24"/>
        </w:rPr>
      </w:pPr>
      <w:r w:rsidRPr="00C9454D">
        <w:rPr>
          <w:sz w:val="24"/>
          <w:szCs w:val="24"/>
        </w:rPr>
        <w:t>The courthouse was a simple stone building, its interior stark and cold. Wooden benches filled the room, packed with villagers and spectators. At the front, a raised dais held the panel of judges, clerics in their somber robes, flanked by Father Ambrose and a representative of the papacy. The room buzzed with murmurs as Guy entered with John Marshall. The villagers who recognized them offered quiet nods of solidarity.</w:t>
      </w:r>
    </w:p>
    <w:p w14:paraId="1B1FD454" w14:textId="77777777" w:rsidR="00A06E85" w:rsidRPr="00C9454D" w:rsidRDefault="00A06E85" w:rsidP="00C9454D">
      <w:pPr>
        <w:rPr>
          <w:sz w:val="24"/>
          <w:szCs w:val="24"/>
        </w:rPr>
      </w:pPr>
      <w:r w:rsidRPr="00C9454D">
        <w:rPr>
          <w:sz w:val="24"/>
          <w:szCs w:val="24"/>
        </w:rPr>
        <w:t>Abilene was already seated in the defendant’s chair, her hands folded calmly in her lap. She looked up as Guy and John entered, her face softening at the sight of them. Despite the gravity of the situation, she radiated an unshakable serenity that silenced the room.</w:t>
      </w:r>
    </w:p>
    <w:p w14:paraId="2F216C6A" w14:textId="77777777" w:rsidR="00A06E85" w:rsidRPr="00C9454D" w:rsidRDefault="00A06E85" w:rsidP="00C9454D">
      <w:pPr>
        <w:rPr>
          <w:sz w:val="24"/>
          <w:szCs w:val="24"/>
        </w:rPr>
      </w:pPr>
    </w:p>
    <w:p w14:paraId="3048E671" w14:textId="77777777" w:rsidR="00A06E85" w:rsidRPr="00C9454D" w:rsidRDefault="00A06E85" w:rsidP="00C9454D">
      <w:pPr>
        <w:pStyle w:val="Heading2"/>
        <w:rPr>
          <w:sz w:val="24"/>
          <w:szCs w:val="24"/>
        </w:rPr>
      </w:pPr>
      <w:r w:rsidRPr="00C9454D">
        <w:rPr>
          <w:sz w:val="24"/>
          <w:szCs w:val="24"/>
        </w:rPr>
        <w:t>The Prosecution's Case</w:t>
      </w:r>
    </w:p>
    <w:p w14:paraId="6E7CC124" w14:textId="77777777" w:rsidR="00651B98" w:rsidRPr="00C9454D" w:rsidRDefault="00651B98" w:rsidP="00C9454D">
      <w:pPr>
        <w:rPr>
          <w:sz w:val="24"/>
          <w:szCs w:val="24"/>
        </w:rPr>
      </w:pPr>
    </w:p>
    <w:p w14:paraId="77BD3EE9" w14:textId="77777777" w:rsidR="00A06E85" w:rsidRPr="00C9454D" w:rsidRDefault="00A06E85" w:rsidP="00C9454D">
      <w:pPr>
        <w:rPr>
          <w:sz w:val="24"/>
          <w:szCs w:val="24"/>
        </w:rPr>
      </w:pPr>
      <w:r w:rsidRPr="00C9454D">
        <w:rPr>
          <w:sz w:val="24"/>
          <w:szCs w:val="24"/>
        </w:rPr>
        <w:t>The trial began with Father Ambrose stepping forward, his voice ringing out with a practiced authority. He outlined the charges against Abilene: distributing unapproved texts, undermining the authority of the Church, and inciting disobedience among the faithful.</w:t>
      </w:r>
    </w:p>
    <w:p w14:paraId="322363E3" w14:textId="77777777" w:rsidR="00A06E85" w:rsidRPr="00C9454D" w:rsidRDefault="00A06E85" w:rsidP="00C9454D">
      <w:pPr>
        <w:rPr>
          <w:sz w:val="24"/>
          <w:szCs w:val="24"/>
        </w:rPr>
      </w:pPr>
      <w:r w:rsidRPr="00C9454D">
        <w:rPr>
          <w:sz w:val="24"/>
          <w:szCs w:val="24"/>
        </w:rPr>
        <w:t>“Her actions threaten the very foundation of our holy institution,” Ambrose declared, his voice rising. “By encouraging the laity to interpret scripture on their own, she sows seeds of rebellion and defiance. This is not faith—it is heresy.”</w:t>
      </w:r>
    </w:p>
    <w:p w14:paraId="12BBBD08" w14:textId="4CB3CB32" w:rsidR="00A06E85" w:rsidRPr="00C9454D" w:rsidRDefault="00A06E85" w:rsidP="00C9454D">
      <w:pPr>
        <w:rPr>
          <w:sz w:val="24"/>
          <w:szCs w:val="24"/>
        </w:rPr>
      </w:pPr>
      <w:r w:rsidRPr="00C9454D">
        <w:rPr>
          <w:sz w:val="24"/>
          <w:szCs w:val="24"/>
        </w:rPr>
        <w:t xml:space="preserve">The crowd murmured uneasily, but the villagers of </w:t>
      </w:r>
      <w:proofErr w:type="spellStart"/>
      <w:r w:rsidR="00225D06" w:rsidRPr="00C9454D">
        <w:rPr>
          <w:sz w:val="24"/>
          <w:szCs w:val="24"/>
        </w:rPr>
        <w:t>Teston</w:t>
      </w:r>
      <w:proofErr w:type="spellEnd"/>
      <w:r w:rsidRPr="00C9454D">
        <w:rPr>
          <w:sz w:val="24"/>
          <w:szCs w:val="24"/>
        </w:rPr>
        <w:t xml:space="preserve"> and </w:t>
      </w:r>
      <w:r w:rsidR="00522C4D" w:rsidRPr="00C9454D">
        <w:rPr>
          <w:sz w:val="24"/>
          <w:szCs w:val="24"/>
        </w:rPr>
        <w:t>High Haven</w:t>
      </w:r>
      <w:r w:rsidRPr="00C9454D">
        <w:rPr>
          <w:sz w:val="24"/>
          <w:szCs w:val="24"/>
        </w:rPr>
        <w:t xml:space="preserve"> remained steadfast. Their faith in Abilene’s character and intentions did not waver.</w:t>
      </w:r>
    </w:p>
    <w:p w14:paraId="474F8CE9" w14:textId="77777777" w:rsidR="00A06E85" w:rsidRPr="00C9454D" w:rsidRDefault="00A06E85" w:rsidP="00C9454D">
      <w:pPr>
        <w:rPr>
          <w:sz w:val="24"/>
          <w:szCs w:val="24"/>
        </w:rPr>
      </w:pPr>
    </w:p>
    <w:p w14:paraId="51DD988A" w14:textId="77777777" w:rsidR="00A06E85" w:rsidRPr="00C9454D" w:rsidRDefault="00A06E85" w:rsidP="00C9454D">
      <w:pPr>
        <w:pStyle w:val="Heading2"/>
        <w:rPr>
          <w:sz w:val="24"/>
          <w:szCs w:val="24"/>
        </w:rPr>
      </w:pPr>
      <w:r w:rsidRPr="00C9454D">
        <w:rPr>
          <w:sz w:val="24"/>
          <w:szCs w:val="24"/>
        </w:rPr>
        <w:t>Abilene’s Defense</w:t>
      </w:r>
    </w:p>
    <w:p w14:paraId="5415F972" w14:textId="77777777" w:rsidR="00651B98" w:rsidRPr="00C9454D" w:rsidRDefault="00651B98" w:rsidP="00C9454D">
      <w:pPr>
        <w:rPr>
          <w:sz w:val="24"/>
          <w:szCs w:val="24"/>
        </w:rPr>
      </w:pPr>
    </w:p>
    <w:p w14:paraId="3D31D46E" w14:textId="77777777" w:rsidR="00A06E85" w:rsidRPr="00C9454D" w:rsidRDefault="00A06E85" w:rsidP="00C9454D">
      <w:pPr>
        <w:rPr>
          <w:sz w:val="24"/>
          <w:szCs w:val="24"/>
        </w:rPr>
      </w:pPr>
      <w:r w:rsidRPr="00C9454D">
        <w:rPr>
          <w:sz w:val="24"/>
          <w:szCs w:val="24"/>
        </w:rPr>
        <w:t>When it was Abilene’s turn to speak, she rose with quiet dignity, holding a small, worn Bible in her hands. “I will not defend myself with rhetoric,” she said calmly. “I will defend myself with the Word.”</w:t>
      </w:r>
    </w:p>
    <w:p w14:paraId="3BAF41D3" w14:textId="77777777" w:rsidR="00A06E85" w:rsidRPr="00C9454D" w:rsidRDefault="00A06E85" w:rsidP="00C9454D">
      <w:pPr>
        <w:rPr>
          <w:sz w:val="24"/>
          <w:szCs w:val="24"/>
        </w:rPr>
      </w:pPr>
      <w:r w:rsidRPr="00C9454D">
        <w:rPr>
          <w:sz w:val="24"/>
          <w:szCs w:val="24"/>
        </w:rPr>
        <w:t>She opened the Bible and began to read aloud passages that upheld her actions.</w:t>
      </w:r>
    </w:p>
    <w:p w14:paraId="4D7D0887" w14:textId="77777777" w:rsidR="00A06E85" w:rsidRPr="00C9454D" w:rsidRDefault="00A06E85" w:rsidP="00C9454D">
      <w:pPr>
        <w:rPr>
          <w:sz w:val="24"/>
          <w:szCs w:val="24"/>
        </w:rPr>
      </w:pPr>
      <w:r w:rsidRPr="00C9454D">
        <w:rPr>
          <w:sz w:val="24"/>
          <w:szCs w:val="24"/>
        </w:rPr>
        <w:t>“Your word is a lamp to my feet and a light to my path.” (Psalm 119:105) “This is what I sought to offer—guidance, not rebellion.”</w:t>
      </w:r>
    </w:p>
    <w:p w14:paraId="50BD0AD1" w14:textId="77777777" w:rsidR="00A06E85" w:rsidRPr="00C9454D" w:rsidRDefault="00A06E85" w:rsidP="00C9454D">
      <w:pPr>
        <w:rPr>
          <w:sz w:val="24"/>
          <w:szCs w:val="24"/>
        </w:rPr>
      </w:pPr>
      <w:r w:rsidRPr="00C9454D">
        <w:rPr>
          <w:sz w:val="24"/>
          <w:szCs w:val="24"/>
        </w:rPr>
        <w:t>“Do not merely listen to the word, and so deceive yourselves. Do what it says.” (James 1:22) “I encouraged others to live by these truths, not to defy the Church.”</w:t>
      </w:r>
    </w:p>
    <w:p w14:paraId="7F54E3B7" w14:textId="77777777" w:rsidR="00A06E85" w:rsidRPr="00C9454D" w:rsidRDefault="00A06E85" w:rsidP="00C9454D">
      <w:pPr>
        <w:rPr>
          <w:sz w:val="24"/>
          <w:szCs w:val="24"/>
        </w:rPr>
      </w:pPr>
      <w:r w:rsidRPr="00C9454D">
        <w:rPr>
          <w:sz w:val="24"/>
          <w:szCs w:val="24"/>
        </w:rPr>
        <w:t>“And you shall know the truth, and the truth shall set you free.” (John 8:32) “Is it heresy to make the truth accessible to all?”</w:t>
      </w:r>
    </w:p>
    <w:p w14:paraId="76B0E3FB" w14:textId="77777777" w:rsidR="00A06E85" w:rsidRPr="00C9454D" w:rsidRDefault="00A06E85" w:rsidP="00C9454D">
      <w:pPr>
        <w:rPr>
          <w:sz w:val="24"/>
          <w:szCs w:val="24"/>
        </w:rPr>
      </w:pPr>
      <w:r w:rsidRPr="00C9454D">
        <w:rPr>
          <w:sz w:val="24"/>
          <w:szCs w:val="24"/>
        </w:rPr>
        <w:t>Her voice was steady and clear, carrying conviction without a hint of anger or defiance. The judges exchanged uneasy glances as she continued, her words resonating with the crowd.</w:t>
      </w:r>
    </w:p>
    <w:p w14:paraId="7B2701CD" w14:textId="77777777" w:rsidR="00A06E85" w:rsidRPr="00C9454D" w:rsidRDefault="00A06E85" w:rsidP="00C9454D">
      <w:pPr>
        <w:rPr>
          <w:sz w:val="24"/>
          <w:szCs w:val="24"/>
        </w:rPr>
      </w:pPr>
    </w:p>
    <w:p w14:paraId="227D0BC9" w14:textId="77777777" w:rsidR="00A06E85" w:rsidRPr="00C9454D" w:rsidRDefault="00A06E85" w:rsidP="00C9454D">
      <w:pPr>
        <w:pStyle w:val="Heading2"/>
        <w:rPr>
          <w:sz w:val="24"/>
          <w:szCs w:val="24"/>
        </w:rPr>
      </w:pPr>
      <w:r w:rsidRPr="00C9454D">
        <w:rPr>
          <w:sz w:val="24"/>
          <w:szCs w:val="24"/>
        </w:rPr>
        <w:t>The Turning Point</w:t>
      </w:r>
    </w:p>
    <w:p w14:paraId="3C00569A" w14:textId="77777777" w:rsidR="00651B98" w:rsidRPr="00C9454D" w:rsidRDefault="00651B98" w:rsidP="00C9454D">
      <w:pPr>
        <w:rPr>
          <w:sz w:val="24"/>
          <w:szCs w:val="24"/>
        </w:rPr>
      </w:pPr>
    </w:p>
    <w:p w14:paraId="3239F0AB" w14:textId="77777777" w:rsidR="00A06E85" w:rsidRPr="00C9454D" w:rsidRDefault="00A06E85" w:rsidP="00C9454D">
      <w:pPr>
        <w:rPr>
          <w:sz w:val="24"/>
          <w:szCs w:val="24"/>
        </w:rPr>
      </w:pPr>
      <w:r w:rsidRPr="00C9454D">
        <w:rPr>
          <w:sz w:val="24"/>
          <w:szCs w:val="24"/>
        </w:rPr>
        <w:t>As Abilene spoke, cracks began to show in the prosecution’s case. Villagers stood to testify on her behalf, recounting how her teachings had brought them closer to God, strengthened their families, and inspired hope. Rowan’s booming voice echoed in the hall as he recounted his own transformation.</w:t>
      </w:r>
    </w:p>
    <w:p w14:paraId="73D29102" w14:textId="77777777" w:rsidR="00A06E85" w:rsidRPr="00C9454D" w:rsidRDefault="00A06E85" w:rsidP="00C9454D">
      <w:pPr>
        <w:rPr>
          <w:sz w:val="24"/>
          <w:szCs w:val="24"/>
        </w:rPr>
      </w:pPr>
      <w:r w:rsidRPr="00C9454D">
        <w:rPr>
          <w:sz w:val="24"/>
          <w:szCs w:val="24"/>
        </w:rPr>
        <w:t>“She didn’t teach me to rebel,” Rowan said firmly. “She taught me to live with honor, to follow God’s will, and to seek truth. If that’s heresy, then you’re accusing the wrong person.”</w:t>
      </w:r>
    </w:p>
    <w:p w14:paraId="7011DF1A" w14:textId="53694A54" w:rsidR="00A06E85" w:rsidRPr="00C9454D" w:rsidRDefault="00A06E85" w:rsidP="00C9454D">
      <w:pPr>
        <w:rPr>
          <w:sz w:val="24"/>
          <w:szCs w:val="24"/>
        </w:rPr>
      </w:pPr>
      <w:r w:rsidRPr="00C9454D">
        <w:rPr>
          <w:sz w:val="24"/>
          <w:szCs w:val="24"/>
        </w:rPr>
        <w:t>The courtroom grew restless. Father Ambrose, sensing the ti</w:t>
      </w:r>
      <w:r w:rsidR="00DD1FF5" w:rsidRPr="00C9454D">
        <w:rPr>
          <w:sz w:val="24"/>
          <w:szCs w:val="24"/>
        </w:rPr>
        <w:t xml:space="preserve">de </w:t>
      </w:r>
      <w:r w:rsidRPr="00C9454D">
        <w:rPr>
          <w:sz w:val="24"/>
          <w:szCs w:val="24"/>
        </w:rPr>
        <w:t>turning against him, grew visibly agitated. He tried to interrupt Abilene’s testimony, but one of the judges silenced him with a sharp gesture.</w:t>
      </w:r>
    </w:p>
    <w:p w14:paraId="78A8DF81" w14:textId="77777777" w:rsidR="00A06E85" w:rsidRPr="00C9454D" w:rsidRDefault="00A06E85" w:rsidP="00C9454D">
      <w:pPr>
        <w:rPr>
          <w:sz w:val="24"/>
          <w:szCs w:val="24"/>
        </w:rPr>
      </w:pPr>
    </w:p>
    <w:p w14:paraId="019349D5" w14:textId="77777777" w:rsidR="00A06E85" w:rsidRPr="00C9454D" w:rsidRDefault="00A06E85" w:rsidP="00C9454D">
      <w:pPr>
        <w:pStyle w:val="Heading2"/>
        <w:rPr>
          <w:sz w:val="24"/>
          <w:szCs w:val="24"/>
        </w:rPr>
      </w:pPr>
      <w:r w:rsidRPr="00C9454D">
        <w:rPr>
          <w:sz w:val="24"/>
          <w:szCs w:val="24"/>
        </w:rPr>
        <w:t>Chaos and Confusion</w:t>
      </w:r>
    </w:p>
    <w:p w14:paraId="31F06805" w14:textId="77777777" w:rsidR="00651B98" w:rsidRPr="00C9454D" w:rsidRDefault="00651B98" w:rsidP="00C9454D">
      <w:pPr>
        <w:rPr>
          <w:sz w:val="24"/>
          <w:szCs w:val="24"/>
        </w:rPr>
      </w:pPr>
    </w:p>
    <w:p w14:paraId="0A842E80" w14:textId="2D4A506F" w:rsidR="00A06E85" w:rsidRPr="00C9454D" w:rsidRDefault="00A06E85" w:rsidP="00C9454D">
      <w:pPr>
        <w:rPr>
          <w:sz w:val="24"/>
          <w:szCs w:val="24"/>
        </w:rPr>
      </w:pPr>
      <w:r w:rsidRPr="00C9454D">
        <w:rPr>
          <w:sz w:val="24"/>
          <w:szCs w:val="24"/>
        </w:rPr>
        <w:t>Meanwhile, outsi</w:t>
      </w:r>
      <w:r w:rsidR="00DD1FF5" w:rsidRPr="00C9454D">
        <w:rPr>
          <w:sz w:val="24"/>
          <w:szCs w:val="24"/>
        </w:rPr>
        <w:t xml:space="preserve">de </w:t>
      </w:r>
      <w:r w:rsidRPr="00C9454D">
        <w:rPr>
          <w:sz w:val="24"/>
          <w:szCs w:val="24"/>
        </w:rPr>
        <w:t xml:space="preserve">the courthouse, whispers spread like wildfire. News of the </w:t>
      </w:r>
      <w:proofErr w:type="spellStart"/>
      <w:r w:rsidRPr="00C9454D">
        <w:rPr>
          <w:sz w:val="24"/>
          <w:szCs w:val="24"/>
        </w:rPr>
        <w:t>Devereaux’s</w:t>
      </w:r>
      <w:proofErr w:type="spellEnd"/>
      <w:r w:rsidRPr="00C9454D">
        <w:rPr>
          <w:sz w:val="24"/>
          <w:szCs w:val="24"/>
        </w:rPr>
        <w:t xml:space="preserve"> involvement in the charges had reached the crowd, and their name was spoken with increasing disdain. By midday, villagers openly accused the family of orchestrating the trial out of jealousy and spite.</w:t>
      </w:r>
    </w:p>
    <w:p w14:paraId="0BF887DF" w14:textId="77777777" w:rsidR="00A06E85" w:rsidRPr="00C9454D" w:rsidRDefault="00A06E85" w:rsidP="00C9454D">
      <w:pPr>
        <w:rPr>
          <w:sz w:val="24"/>
          <w:szCs w:val="24"/>
        </w:rPr>
      </w:pPr>
      <w:r w:rsidRPr="00C9454D">
        <w:rPr>
          <w:sz w:val="24"/>
          <w:szCs w:val="24"/>
        </w:rPr>
        <w:t>Inside, the papal representative shifted uncomfortably as the trial descended into a spectacle. Judges argued among themselves, clerics whispered furiously, and Father Ambrose’s composure crumbled.</w:t>
      </w:r>
    </w:p>
    <w:p w14:paraId="58812ACC" w14:textId="77777777" w:rsidR="00A06E85" w:rsidRPr="00C9454D" w:rsidRDefault="00A06E85" w:rsidP="00C9454D">
      <w:pPr>
        <w:rPr>
          <w:sz w:val="24"/>
          <w:szCs w:val="24"/>
        </w:rPr>
      </w:pPr>
      <w:r w:rsidRPr="00C9454D">
        <w:rPr>
          <w:sz w:val="24"/>
          <w:szCs w:val="24"/>
        </w:rPr>
        <w:t>“This trial is not about truth,” one judge muttered to another. “It’s a farce, and everyone knows it.”</w:t>
      </w:r>
    </w:p>
    <w:p w14:paraId="6E53BFD1" w14:textId="77777777" w:rsidR="00A06E85" w:rsidRPr="00C9454D" w:rsidRDefault="00A06E85" w:rsidP="00C9454D">
      <w:pPr>
        <w:rPr>
          <w:sz w:val="24"/>
          <w:szCs w:val="24"/>
        </w:rPr>
      </w:pPr>
    </w:p>
    <w:p w14:paraId="1DF2A612" w14:textId="77777777" w:rsidR="00A06E85" w:rsidRPr="00C9454D" w:rsidRDefault="00A06E85" w:rsidP="00C9454D">
      <w:pPr>
        <w:pStyle w:val="Heading2"/>
        <w:rPr>
          <w:sz w:val="24"/>
          <w:szCs w:val="24"/>
        </w:rPr>
      </w:pPr>
      <w:r w:rsidRPr="00C9454D">
        <w:rPr>
          <w:sz w:val="24"/>
          <w:szCs w:val="24"/>
        </w:rPr>
        <w:t>Abilene’s Closing Words</w:t>
      </w:r>
    </w:p>
    <w:p w14:paraId="2F566703" w14:textId="77777777" w:rsidR="00651B98" w:rsidRPr="00C9454D" w:rsidRDefault="00651B98" w:rsidP="00C9454D">
      <w:pPr>
        <w:rPr>
          <w:sz w:val="24"/>
          <w:szCs w:val="24"/>
        </w:rPr>
      </w:pPr>
    </w:p>
    <w:p w14:paraId="00D9BECF" w14:textId="77777777" w:rsidR="00A06E85" w:rsidRPr="00C9454D" w:rsidRDefault="00A06E85" w:rsidP="00C9454D">
      <w:pPr>
        <w:rPr>
          <w:sz w:val="24"/>
          <w:szCs w:val="24"/>
        </w:rPr>
      </w:pPr>
      <w:r w:rsidRPr="00C9454D">
        <w:rPr>
          <w:sz w:val="24"/>
          <w:szCs w:val="24"/>
        </w:rPr>
        <w:t>When the chaos subsided, Abilene was allowed to speak one final time. She turned to the judges, her expression calm but resolute. “I have spoken the truth,” she said. “I have lived my life in service to God and His Word. If you convict me, you convict not a heretic, but a woman who sought to bring light where there was darkness.”</w:t>
      </w:r>
    </w:p>
    <w:p w14:paraId="3C79BC81" w14:textId="1115EFBA" w:rsidR="00A06E85" w:rsidRPr="00C9454D" w:rsidRDefault="00A06E85" w:rsidP="00C9454D">
      <w:pPr>
        <w:rPr>
          <w:sz w:val="24"/>
          <w:szCs w:val="24"/>
        </w:rPr>
      </w:pPr>
      <w:r w:rsidRPr="00C9454D">
        <w:rPr>
          <w:sz w:val="24"/>
          <w:szCs w:val="24"/>
        </w:rPr>
        <w:t xml:space="preserve">She paused, her voice softening. “I do not fear your verdict, for I know the truth is stronger than any accusation. </w:t>
      </w:r>
      <w:proofErr w:type="spellStart"/>
      <w:r w:rsidR="007E1E1E">
        <w:rPr>
          <w:sz w:val="24"/>
          <w:szCs w:val="24"/>
        </w:rPr>
        <w:t>Yahuah</w:t>
      </w:r>
      <w:r w:rsidRPr="00C9454D">
        <w:rPr>
          <w:sz w:val="24"/>
          <w:szCs w:val="24"/>
        </w:rPr>
        <w:t>’s</w:t>
      </w:r>
      <w:proofErr w:type="spellEnd"/>
      <w:r w:rsidRPr="00C9454D">
        <w:rPr>
          <w:sz w:val="24"/>
          <w:szCs w:val="24"/>
        </w:rPr>
        <w:t xml:space="preserve"> will shall prevail.”</w:t>
      </w:r>
    </w:p>
    <w:p w14:paraId="25416846" w14:textId="77777777" w:rsidR="00A06E85" w:rsidRPr="00C9454D" w:rsidRDefault="00A06E85" w:rsidP="00C9454D">
      <w:pPr>
        <w:rPr>
          <w:sz w:val="24"/>
          <w:szCs w:val="24"/>
        </w:rPr>
      </w:pPr>
    </w:p>
    <w:p w14:paraId="594A0857" w14:textId="77777777" w:rsidR="00A06E85" w:rsidRPr="00C9454D" w:rsidRDefault="00A06E85" w:rsidP="00C9454D">
      <w:pPr>
        <w:pStyle w:val="Heading2"/>
        <w:rPr>
          <w:sz w:val="24"/>
          <w:szCs w:val="24"/>
        </w:rPr>
      </w:pPr>
      <w:r w:rsidRPr="00C9454D">
        <w:rPr>
          <w:sz w:val="24"/>
          <w:szCs w:val="24"/>
        </w:rPr>
        <w:t>The End of the Day</w:t>
      </w:r>
    </w:p>
    <w:p w14:paraId="214E248D" w14:textId="77777777" w:rsidR="00651B98" w:rsidRPr="00C9454D" w:rsidRDefault="00651B98" w:rsidP="00C9454D">
      <w:pPr>
        <w:rPr>
          <w:sz w:val="24"/>
          <w:szCs w:val="24"/>
        </w:rPr>
      </w:pPr>
    </w:p>
    <w:p w14:paraId="082ED351" w14:textId="6EE817F7" w:rsidR="00A06E85" w:rsidRPr="00C9454D" w:rsidRDefault="00A06E85" w:rsidP="00C9454D">
      <w:pPr>
        <w:rPr>
          <w:sz w:val="24"/>
          <w:szCs w:val="24"/>
        </w:rPr>
      </w:pPr>
      <w:r w:rsidRPr="00C9454D">
        <w:rPr>
          <w:sz w:val="24"/>
          <w:szCs w:val="24"/>
        </w:rPr>
        <w:t xml:space="preserve">As the trial adjourned for the day, the crowd spilled into the streets, their voices rising in heated discussion. The villagers of </w:t>
      </w:r>
      <w:r w:rsidR="00522C4D" w:rsidRPr="00C9454D">
        <w:rPr>
          <w:sz w:val="24"/>
          <w:szCs w:val="24"/>
        </w:rPr>
        <w:t>High Haven</w:t>
      </w:r>
      <w:r w:rsidRPr="00C9454D">
        <w:rPr>
          <w:sz w:val="24"/>
          <w:szCs w:val="24"/>
        </w:rPr>
        <w:t xml:space="preserve"> and </w:t>
      </w:r>
      <w:proofErr w:type="spellStart"/>
      <w:r w:rsidR="00225D06" w:rsidRPr="00C9454D">
        <w:rPr>
          <w:sz w:val="24"/>
          <w:szCs w:val="24"/>
        </w:rPr>
        <w:t>Teston</w:t>
      </w:r>
      <w:proofErr w:type="spellEnd"/>
      <w:r w:rsidRPr="00C9454D">
        <w:rPr>
          <w:sz w:val="24"/>
          <w:szCs w:val="24"/>
        </w:rPr>
        <w:t xml:space="preserve"> stood firm, their loyalty to Abilene unwavering. Insi</w:t>
      </w:r>
      <w:r w:rsidR="00DD1FF5" w:rsidRPr="00C9454D">
        <w:rPr>
          <w:sz w:val="24"/>
          <w:szCs w:val="24"/>
        </w:rPr>
        <w:t xml:space="preserve">de </w:t>
      </w:r>
      <w:r w:rsidRPr="00C9454D">
        <w:rPr>
          <w:sz w:val="24"/>
          <w:szCs w:val="24"/>
        </w:rPr>
        <w:t>the courthouse, the judges retreated to their chambers, their faces grim as they debated the next steps.</w:t>
      </w:r>
    </w:p>
    <w:p w14:paraId="076D7883" w14:textId="7DAF97D4" w:rsidR="00A06E85" w:rsidRPr="00C9454D" w:rsidRDefault="00A06E85" w:rsidP="00C9454D">
      <w:pPr>
        <w:rPr>
          <w:sz w:val="24"/>
          <w:szCs w:val="24"/>
        </w:rPr>
      </w:pPr>
      <w:r w:rsidRPr="00C9454D">
        <w:rPr>
          <w:sz w:val="24"/>
          <w:szCs w:val="24"/>
        </w:rPr>
        <w:t>Guy, standing with John Marshall outsi</w:t>
      </w:r>
      <w:r w:rsidR="00DD1FF5" w:rsidRPr="00C9454D">
        <w:rPr>
          <w:sz w:val="24"/>
          <w:szCs w:val="24"/>
        </w:rPr>
        <w:t xml:space="preserve">de </w:t>
      </w:r>
      <w:r w:rsidRPr="00C9454D">
        <w:rPr>
          <w:sz w:val="24"/>
          <w:szCs w:val="24"/>
        </w:rPr>
        <w:t>the courthouse, watched as Abilene was led back to her quarters. She turned and met his gaze, her eyes filled with quiet strength. He nodded, a silent promise passing between them.</w:t>
      </w:r>
    </w:p>
    <w:p w14:paraId="0DB4E1E8" w14:textId="77777777" w:rsidR="00A06E85" w:rsidRPr="00C9454D" w:rsidRDefault="00A06E85" w:rsidP="00C9454D">
      <w:pPr>
        <w:rPr>
          <w:sz w:val="24"/>
          <w:szCs w:val="24"/>
        </w:rPr>
      </w:pPr>
      <w:r w:rsidRPr="00C9454D">
        <w:rPr>
          <w:sz w:val="24"/>
          <w:szCs w:val="24"/>
        </w:rPr>
        <w:t>The trial was far from over, but the cracks in the foundation of the accusations were widening. And as the sun set over the village, it was clear that the outcome would shape not only Abilene’s fate, but the very future of the Church itself.</w:t>
      </w:r>
    </w:p>
    <w:p w14:paraId="60503942" w14:textId="00235577" w:rsidR="00A06E85" w:rsidRPr="00C9454D" w:rsidRDefault="00A06E85" w:rsidP="008F59FC">
      <w:pPr>
        <w:pStyle w:val="Heading2"/>
      </w:pPr>
      <w:r w:rsidRPr="00C9454D">
        <w:t>The King’s Judgment</w:t>
      </w:r>
    </w:p>
    <w:p w14:paraId="55263735" w14:textId="77777777" w:rsidR="00651B98" w:rsidRPr="00C9454D" w:rsidRDefault="00651B98" w:rsidP="008F59FC">
      <w:pPr>
        <w:pStyle w:val="Heading2"/>
      </w:pPr>
    </w:p>
    <w:p w14:paraId="76731842" w14:textId="77777777" w:rsidR="008A7F12" w:rsidRPr="00C9454D" w:rsidRDefault="008A7F12" w:rsidP="00C9454D">
      <w:pPr>
        <w:rPr>
          <w:b/>
          <w:bCs/>
          <w:sz w:val="24"/>
          <w:szCs w:val="24"/>
        </w:rPr>
      </w:pPr>
      <w:r w:rsidRPr="00C9454D">
        <w:rPr>
          <w:sz w:val="24"/>
          <w:szCs w:val="24"/>
        </w:rPr>
        <w:t>When Abilene Was Accused of Heresy</w:t>
      </w:r>
    </w:p>
    <w:p w14:paraId="387693CA" w14:textId="77777777" w:rsidR="008A7F12" w:rsidRPr="00C9454D" w:rsidRDefault="008A7F12" w:rsidP="00C9454D">
      <w:pPr>
        <w:rPr>
          <w:sz w:val="24"/>
          <w:szCs w:val="24"/>
        </w:rPr>
      </w:pPr>
      <w:r w:rsidRPr="00C9454D">
        <w:rPr>
          <w:sz w:val="24"/>
          <w:szCs w:val="24"/>
        </w:rPr>
        <w:t>It was the worst day of his life.</w:t>
      </w:r>
    </w:p>
    <w:p w14:paraId="381070F1" w14:textId="77777777" w:rsidR="008A7F12" w:rsidRPr="00C9454D" w:rsidRDefault="008A7F12" w:rsidP="00C9454D">
      <w:pPr>
        <w:rPr>
          <w:sz w:val="24"/>
          <w:szCs w:val="24"/>
        </w:rPr>
      </w:pPr>
      <w:r w:rsidRPr="00C9454D">
        <w:rPr>
          <w:sz w:val="24"/>
          <w:szCs w:val="24"/>
        </w:rPr>
        <w:t>When the charges were made—false, damning, dangerous—</w:t>
      </w:r>
      <w:proofErr w:type="spellStart"/>
      <w:r w:rsidRPr="00C9454D">
        <w:rPr>
          <w:sz w:val="24"/>
          <w:szCs w:val="24"/>
        </w:rPr>
        <w:t>Warine</w:t>
      </w:r>
      <w:proofErr w:type="spellEnd"/>
      <w:r w:rsidRPr="00C9454D">
        <w:rPr>
          <w:sz w:val="24"/>
          <w:szCs w:val="24"/>
        </w:rPr>
        <w:t xml:space="preserve"> did not hesitate.</w:t>
      </w:r>
    </w:p>
    <w:p w14:paraId="69C9AF1B" w14:textId="77777777" w:rsidR="008A7F12" w:rsidRPr="00C9454D" w:rsidRDefault="008A7F12" w:rsidP="00C9454D">
      <w:pPr>
        <w:rPr>
          <w:sz w:val="24"/>
          <w:szCs w:val="24"/>
        </w:rPr>
      </w:pPr>
      <w:r w:rsidRPr="00C9454D">
        <w:rPr>
          <w:sz w:val="24"/>
          <w:szCs w:val="24"/>
        </w:rPr>
        <w:t>While others whispered, while nobles weighed their options, while even their allies worried about what a defense might cost them—</w:t>
      </w:r>
    </w:p>
    <w:p w14:paraId="794F8BAD" w14:textId="77777777" w:rsidR="008A7F12" w:rsidRPr="00C9454D" w:rsidRDefault="008A7F12" w:rsidP="00C9454D">
      <w:pPr>
        <w:rPr>
          <w:sz w:val="24"/>
          <w:szCs w:val="24"/>
        </w:rPr>
      </w:pPr>
      <w:proofErr w:type="spellStart"/>
      <w:r w:rsidRPr="00C9454D">
        <w:rPr>
          <w:sz w:val="24"/>
          <w:szCs w:val="24"/>
        </w:rPr>
        <w:t>Warine</w:t>
      </w:r>
      <w:proofErr w:type="spellEnd"/>
      <w:r w:rsidRPr="00C9454D">
        <w:rPr>
          <w:sz w:val="24"/>
          <w:szCs w:val="24"/>
        </w:rPr>
        <w:t xml:space="preserve"> went straight to the King.</w:t>
      </w:r>
    </w:p>
    <w:p w14:paraId="7BAE6920" w14:textId="616E6BE1" w:rsidR="008A7F12" w:rsidRPr="00C9454D" w:rsidRDefault="008A7F12" w:rsidP="00C9454D">
      <w:pPr>
        <w:rPr>
          <w:sz w:val="24"/>
          <w:szCs w:val="24"/>
        </w:rPr>
      </w:pPr>
      <w:r w:rsidRPr="00C9454D">
        <w:rPr>
          <w:sz w:val="24"/>
          <w:szCs w:val="24"/>
        </w:rPr>
        <w:t xml:space="preserve">He had never stood before </w:t>
      </w:r>
      <w:r w:rsidR="009266AA" w:rsidRPr="00C9454D">
        <w:rPr>
          <w:sz w:val="24"/>
          <w:szCs w:val="24"/>
        </w:rPr>
        <w:t>John</w:t>
      </w:r>
      <w:r w:rsidRPr="00C9454D">
        <w:rPr>
          <w:sz w:val="24"/>
          <w:szCs w:val="24"/>
        </w:rPr>
        <w:t xml:space="preserve"> in petition before. He was not Guy—not a famous knight, not a battle-hardened veteran.</w:t>
      </w:r>
    </w:p>
    <w:p w14:paraId="6D03E570" w14:textId="77777777" w:rsidR="008A7F12" w:rsidRPr="00C9454D" w:rsidRDefault="008A7F12" w:rsidP="00C9454D">
      <w:pPr>
        <w:rPr>
          <w:sz w:val="24"/>
          <w:szCs w:val="24"/>
        </w:rPr>
      </w:pPr>
      <w:r w:rsidRPr="00C9454D">
        <w:rPr>
          <w:sz w:val="24"/>
          <w:szCs w:val="24"/>
        </w:rPr>
        <w:t>But he was Abilene’s brother.</w:t>
      </w:r>
    </w:p>
    <w:p w14:paraId="4985DA6B" w14:textId="77777777" w:rsidR="008A7F12" w:rsidRPr="00C9454D" w:rsidRDefault="008A7F12" w:rsidP="00C9454D">
      <w:pPr>
        <w:rPr>
          <w:sz w:val="24"/>
          <w:szCs w:val="24"/>
        </w:rPr>
      </w:pPr>
      <w:r w:rsidRPr="00C9454D">
        <w:rPr>
          <w:sz w:val="24"/>
          <w:szCs w:val="24"/>
        </w:rPr>
        <w:t>And he would not let her die.</w:t>
      </w:r>
    </w:p>
    <w:p w14:paraId="2F1927E5" w14:textId="190C403C" w:rsidR="008A7F12" w:rsidRPr="00C9454D" w:rsidRDefault="008A7F12" w:rsidP="00C9454D">
      <w:pPr>
        <w:rPr>
          <w:sz w:val="24"/>
          <w:szCs w:val="24"/>
        </w:rPr>
      </w:pPr>
      <w:r w:rsidRPr="00C9454D">
        <w:rPr>
          <w:sz w:val="24"/>
          <w:szCs w:val="24"/>
        </w:rPr>
        <w:t>He ma</w:t>
      </w:r>
      <w:r w:rsidR="00DD1FF5" w:rsidRPr="00C9454D">
        <w:rPr>
          <w:sz w:val="24"/>
          <w:szCs w:val="24"/>
        </w:rPr>
        <w:t xml:space="preserve">de </w:t>
      </w:r>
      <w:r w:rsidRPr="00C9454D">
        <w:rPr>
          <w:sz w:val="24"/>
          <w:szCs w:val="24"/>
        </w:rPr>
        <w:t>his case with everything he had.</w:t>
      </w:r>
    </w:p>
    <w:p w14:paraId="731C3AAE" w14:textId="77777777" w:rsidR="008A7F12" w:rsidRPr="00C9454D" w:rsidRDefault="008A7F12" w:rsidP="00C9454D">
      <w:pPr>
        <w:rPr>
          <w:sz w:val="24"/>
          <w:szCs w:val="24"/>
        </w:rPr>
      </w:pPr>
      <w:r w:rsidRPr="00C9454D">
        <w:rPr>
          <w:sz w:val="24"/>
          <w:szCs w:val="24"/>
        </w:rPr>
        <w:t>She is no heretic.</w:t>
      </w:r>
      <w:r w:rsidRPr="00C9454D">
        <w:rPr>
          <w:sz w:val="24"/>
          <w:szCs w:val="24"/>
        </w:rPr>
        <w:br/>
        <w:t>She has done nothing but serve these lands.</w:t>
      </w:r>
      <w:r w:rsidRPr="00C9454D">
        <w:rPr>
          <w:sz w:val="24"/>
          <w:szCs w:val="24"/>
        </w:rPr>
        <w:br/>
        <w:t>You know her worth. You have seen it yourself.</w:t>
      </w:r>
    </w:p>
    <w:p w14:paraId="1D0411C9" w14:textId="77777777" w:rsidR="008A7F12" w:rsidRPr="00C9454D" w:rsidRDefault="008A7F12" w:rsidP="00C9454D">
      <w:pPr>
        <w:rPr>
          <w:sz w:val="24"/>
          <w:szCs w:val="24"/>
        </w:rPr>
      </w:pPr>
      <w:r w:rsidRPr="00C9454D">
        <w:rPr>
          <w:sz w:val="24"/>
          <w:szCs w:val="24"/>
        </w:rPr>
        <w:t>And for the first time in his life, his voice was heard.</w:t>
      </w:r>
    </w:p>
    <w:p w14:paraId="402B0723" w14:textId="252E3A15" w:rsidR="008A7F12" w:rsidRPr="00C9454D" w:rsidRDefault="008A7F12" w:rsidP="00C9454D">
      <w:pPr>
        <w:rPr>
          <w:sz w:val="24"/>
          <w:szCs w:val="24"/>
        </w:rPr>
      </w:pPr>
      <w:r w:rsidRPr="00C9454D">
        <w:rPr>
          <w:sz w:val="24"/>
          <w:szCs w:val="24"/>
        </w:rPr>
        <w:t xml:space="preserve">When </w:t>
      </w:r>
      <w:r w:rsidR="007A348D" w:rsidRPr="00C9454D">
        <w:rPr>
          <w:sz w:val="24"/>
          <w:szCs w:val="24"/>
        </w:rPr>
        <w:t>John</w:t>
      </w:r>
      <w:r w:rsidRPr="00C9454D">
        <w:rPr>
          <w:sz w:val="24"/>
          <w:szCs w:val="24"/>
        </w:rPr>
        <w:t xml:space="preserve"> gave him a measured look and said, “Your sister is fortunate to have a brother like you,” </w:t>
      </w:r>
      <w:proofErr w:type="spellStart"/>
      <w:r w:rsidRPr="00C9454D">
        <w:rPr>
          <w:sz w:val="24"/>
          <w:szCs w:val="24"/>
        </w:rPr>
        <w:t>Warine</w:t>
      </w:r>
      <w:proofErr w:type="spellEnd"/>
      <w:r w:rsidRPr="00C9454D">
        <w:rPr>
          <w:sz w:val="24"/>
          <w:szCs w:val="24"/>
        </w:rPr>
        <w:t xml:space="preserve"> knew he had won.</w:t>
      </w:r>
    </w:p>
    <w:p w14:paraId="4DBDAF9E" w14:textId="77777777" w:rsidR="008A7F12" w:rsidRPr="00C9454D" w:rsidRDefault="008A7F12" w:rsidP="00C9454D">
      <w:pPr>
        <w:rPr>
          <w:sz w:val="24"/>
          <w:szCs w:val="24"/>
        </w:rPr>
      </w:pPr>
      <w:r w:rsidRPr="00C9454D">
        <w:rPr>
          <w:sz w:val="24"/>
          <w:szCs w:val="24"/>
        </w:rPr>
        <w:t>The charges were dropped.</w:t>
      </w:r>
    </w:p>
    <w:p w14:paraId="01071B71" w14:textId="77777777" w:rsidR="008A7F12" w:rsidRPr="00C9454D" w:rsidRDefault="008A7F12" w:rsidP="00C9454D">
      <w:pPr>
        <w:rPr>
          <w:sz w:val="24"/>
          <w:szCs w:val="24"/>
        </w:rPr>
      </w:pPr>
      <w:r w:rsidRPr="00C9454D">
        <w:rPr>
          <w:sz w:val="24"/>
          <w:szCs w:val="24"/>
        </w:rPr>
        <w:t xml:space="preserve">And when </w:t>
      </w:r>
      <w:proofErr w:type="spellStart"/>
      <w:r w:rsidRPr="00C9454D">
        <w:rPr>
          <w:sz w:val="24"/>
          <w:szCs w:val="24"/>
        </w:rPr>
        <w:t>Warine</w:t>
      </w:r>
      <w:proofErr w:type="spellEnd"/>
      <w:r w:rsidRPr="00C9454D">
        <w:rPr>
          <w:sz w:val="24"/>
          <w:szCs w:val="24"/>
        </w:rPr>
        <w:t xml:space="preserve"> returned to his sister, he did not say what he had done.</w:t>
      </w:r>
    </w:p>
    <w:p w14:paraId="08B465C4" w14:textId="77777777" w:rsidR="008A7F12" w:rsidRPr="00C9454D" w:rsidRDefault="008A7F12" w:rsidP="00C9454D">
      <w:pPr>
        <w:rPr>
          <w:sz w:val="24"/>
          <w:szCs w:val="24"/>
        </w:rPr>
      </w:pPr>
      <w:r w:rsidRPr="00C9454D">
        <w:rPr>
          <w:sz w:val="24"/>
          <w:szCs w:val="24"/>
        </w:rPr>
        <w:t>He only said, “You are not alone.”</w:t>
      </w:r>
    </w:p>
    <w:p w14:paraId="0BB0CE06" w14:textId="0C5B42B7" w:rsidR="008A7F12" w:rsidRPr="00C9454D" w:rsidRDefault="008A7F12" w:rsidP="00C9454D">
      <w:pPr>
        <w:rPr>
          <w:sz w:val="24"/>
          <w:szCs w:val="24"/>
        </w:rPr>
      </w:pPr>
      <w:r w:rsidRPr="00C9454D">
        <w:rPr>
          <w:sz w:val="24"/>
          <w:szCs w:val="24"/>
        </w:rPr>
        <w:t xml:space="preserve">And for the first time, Abilene saw him as her </w:t>
      </w:r>
      <w:r w:rsidR="00144075" w:rsidRPr="00C9454D">
        <w:rPr>
          <w:sz w:val="24"/>
          <w:szCs w:val="24"/>
        </w:rPr>
        <w:t>superior</w:t>
      </w:r>
      <w:r w:rsidRPr="00C9454D">
        <w:rPr>
          <w:sz w:val="24"/>
          <w:szCs w:val="24"/>
        </w:rPr>
        <w:t>.</w:t>
      </w:r>
    </w:p>
    <w:p w14:paraId="00B1743E" w14:textId="06E95BEA" w:rsidR="00A06E85" w:rsidRPr="00C9454D" w:rsidRDefault="00A06E85" w:rsidP="00C9454D">
      <w:pPr>
        <w:rPr>
          <w:sz w:val="24"/>
          <w:szCs w:val="24"/>
        </w:rPr>
      </w:pPr>
      <w:r w:rsidRPr="00C9454D">
        <w:rPr>
          <w:sz w:val="24"/>
          <w:szCs w:val="24"/>
        </w:rPr>
        <w:t>Unbeknownst to the villagers, the arrest of Abilene had reached the royal court mere days after it occurred.</w:t>
      </w:r>
      <w:r w:rsidR="008A7F12" w:rsidRPr="00C9454D">
        <w:rPr>
          <w:sz w:val="24"/>
          <w:szCs w:val="24"/>
        </w:rPr>
        <w:t xml:space="preserve"> </w:t>
      </w:r>
      <w:proofErr w:type="spellStart"/>
      <w:r w:rsidR="008A7F12" w:rsidRPr="00C9454D">
        <w:rPr>
          <w:sz w:val="24"/>
          <w:szCs w:val="24"/>
        </w:rPr>
        <w:t>Warine</w:t>
      </w:r>
      <w:proofErr w:type="spellEnd"/>
      <w:r w:rsidRPr="00C9454D">
        <w:rPr>
          <w:sz w:val="24"/>
          <w:szCs w:val="24"/>
        </w:rPr>
        <w:t xml:space="preserve">, loyal to </w:t>
      </w:r>
      <w:r w:rsidR="008A7F12" w:rsidRPr="00C9454D">
        <w:rPr>
          <w:sz w:val="24"/>
          <w:szCs w:val="24"/>
        </w:rPr>
        <w:t xml:space="preserve">his family </w:t>
      </w:r>
      <w:r w:rsidRPr="00C9454D">
        <w:rPr>
          <w:sz w:val="24"/>
          <w:szCs w:val="24"/>
        </w:rPr>
        <w:t xml:space="preserve">of </w:t>
      </w:r>
      <w:r w:rsidR="00522C4D" w:rsidRPr="00C9454D">
        <w:rPr>
          <w:sz w:val="24"/>
          <w:szCs w:val="24"/>
        </w:rPr>
        <w:t>High Haven</w:t>
      </w:r>
      <w:r w:rsidRPr="00C9454D">
        <w:rPr>
          <w:sz w:val="24"/>
          <w:szCs w:val="24"/>
        </w:rPr>
        <w:t>, had ridden tirelessly to inform the king of the accusations and the escalating tension surrounding the heresy trial. By the time the first day of the trial dawned, the king’s wrath had been ignited, and swift action was underway.</w:t>
      </w:r>
    </w:p>
    <w:p w14:paraId="32C52B24" w14:textId="77777777" w:rsidR="00A06E85" w:rsidRPr="00C9454D" w:rsidRDefault="00A06E85" w:rsidP="00C9454D">
      <w:pPr>
        <w:rPr>
          <w:sz w:val="24"/>
          <w:szCs w:val="24"/>
        </w:rPr>
      </w:pPr>
    </w:p>
    <w:p w14:paraId="5114DBE5" w14:textId="77777777" w:rsidR="00A06E85" w:rsidRPr="00C9454D" w:rsidRDefault="00A06E85" w:rsidP="00C9454D">
      <w:pPr>
        <w:pStyle w:val="Heading2"/>
        <w:rPr>
          <w:sz w:val="24"/>
          <w:szCs w:val="24"/>
        </w:rPr>
      </w:pPr>
      <w:r w:rsidRPr="00C9454D">
        <w:rPr>
          <w:sz w:val="24"/>
          <w:szCs w:val="24"/>
        </w:rPr>
        <w:t>The King’s Fury</w:t>
      </w:r>
    </w:p>
    <w:p w14:paraId="0D9705E4" w14:textId="77777777" w:rsidR="00651B98" w:rsidRPr="00C9454D" w:rsidRDefault="00651B98" w:rsidP="00C9454D">
      <w:pPr>
        <w:rPr>
          <w:sz w:val="24"/>
          <w:szCs w:val="24"/>
        </w:rPr>
      </w:pPr>
    </w:p>
    <w:p w14:paraId="2844C10A" w14:textId="31D5AE4B" w:rsidR="00A06E85" w:rsidRPr="00C9454D" w:rsidRDefault="00A06E85" w:rsidP="00C9454D">
      <w:pPr>
        <w:rPr>
          <w:sz w:val="24"/>
          <w:szCs w:val="24"/>
        </w:rPr>
      </w:pPr>
      <w:r w:rsidRPr="00C9454D">
        <w:rPr>
          <w:sz w:val="24"/>
          <w:szCs w:val="24"/>
        </w:rPr>
        <w:t xml:space="preserve">In the royal court, </w:t>
      </w:r>
      <w:r w:rsidR="00C04E90" w:rsidRPr="00C9454D">
        <w:rPr>
          <w:sz w:val="24"/>
          <w:szCs w:val="24"/>
        </w:rPr>
        <w:t>King John</w:t>
      </w:r>
      <w:r w:rsidRPr="00C9454D">
        <w:rPr>
          <w:sz w:val="24"/>
          <w:szCs w:val="24"/>
        </w:rPr>
        <w:t xml:space="preserve"> sat on his ornate throne, his expression dark with fury as his advisors outlined the situation. “They’ve accused a woman who has done nothing but improve the lives of the people,” he growled. “And who is at the center of this? The </w:t>
      </w:r>
      <w:proofErr w:type="spellStart"/>
      <w:r w:rsidRPr="00C9454D">
        <w:rPr>
          <w:sz w:val="24"/>
          <w:szCs w:val="24"/>
        </w:rPr>
        <w:t>Devereaux</w:t>
      </w:r>
      <w:proofErr w:type="spellEnd"/>
      <w:r w:rsidRPr="00C9454D">
        <w:rPr>
          <w:sz w:val="24"/>
          <w:szCs w:val="24"/>
        </w:rPr>
        <w:t>?”</w:t>
      </w:r>
    </w:p>
    <w:p w14:paraId="70AE5A85" w14:textId="77777777" w:rsidR="00A06E85" w:rsidRPr="00C9454D" w:rsidRDefault="00A06E85" w:rsidP="00C9454D">
      <w:pPr>
        <w:rPr>
          <w:sz w:val="24"/>
          <w:szCs w:val="24"/>
        </w:rPr>
      </w:pPr>
      <w:r w:rsidRPr="00C9454D">
        <w:rPr>
          <w:sz w:val="24"/>
          <w:szCs w:val="24"/>
        </w:rPr>
        <w:t>One of his counselors stepped forward, bowing deeply. “Yes, Your Majesty. It appears they’ve manipulated the Church to settle a personal grudge. Their motivations are petty, but their actions have endangered the stability of the realm.”</w:t>
      </w:r>
    </w:p>
    <w:p w14:paraId="6BD3A1DD" w14:textId="2CF06E1C" w:rsidR="00A06E85" w:rsidRPr="00C9454D" w:rsidRDefault="00A06E85" w:rsidP="00C9454D">
      <w:pPr>
        <w:rPr>
          <w:sz w:val="24"/>
          <w:szCs w:val="24"/>
        </w:rPr>
      </w:pPr>
      <w:r w:rsidRPr="00C9454D">
        <w:rPr>
          <w:sz w:val="24"/>
          <w:szCs w:val="24"/>
        </w:rPr>
        <w:t xml:space="preserve">The king rose, his voice booming through the chamber. “They have overstepped their bounds. I will not tolerate this betrayal of my trust. Summon my emissary. He will travel to </w:t>
      </w:r>
      <w:r w:rsidR="00522C4D" w:rsidRPr="00C9454D">
        <w:rPr>
          <w:sz w:val="24"/>
          <w:szCs w:val="24"/>
        </w:rPr>
        <w:t>High Haven</w:t>
      </w:r>
      <w:r w:rsidRPr="00C9454D">
        <w:rPr>
          <w:sz w:val="24"/>
          <w:szCs w:val="24"/>
        </w:rPr>
        <w:t xml:space="preserve"> at once, in my name, to ensure justice is done.”</w:t>
      </w:r>
    </w:p>
    <w:p w14:paraId="30F59DBD" w14:textId="77777777" w:rsidR="00A06E85" w:rsidRPr="00C9454D" w:rsidRDefault="00A06E85" w:rsidP="00C9454D">
      <w:pPr>
        <w:rPr>
          <w:sz w:val="24"/>
          <w:szCs w:val="24"/>
        </w:rPr>
      </w:pPr>
      <w:r w:rsidRPr="00C9454D">
        <w:rPr>
          <w:sz w:val="24"/>
          <w:szCs w:val="24"/>
        </w:rPr>
        <w:t xml:space="preserve">Turning to his marshal, the king added, “Arrest the </w:t>
      </w:r>
      <w:proofErr w:type="spellStart"/>
      <w:r w:rsidRPr="00C9454D">
        <w:rPr>
          <w:sz w:val="24"/>
          <w:szCs w:val="24"/>
        </w:rPr>
        <w:t>Devereaux</w:t>
      </w:r>
      <w:proofErr w:type="spellEnd"/>
      <w:r w:rsidRPr="00C9454D">
        <w:rPr>
          <w:sz w:val="24"/>
          <w:szCs w:val="24"/>
        </w:rPr>
        <w:t>. Confiscate their lands and titles. Charge them with treason against the crown. Let them face justice for abusing their power and undermining the authority of the throne.”</w:t>
      </w:r>
    </w:p>
    <w:p w14:paraId="59B11847" w14:textId="77777777" w:rsidR="00A06E85" w:rsidRPr="00C9454D" w:rsidRDefault="00A06E85" w:rsidP="00C9454D">
      <w:pPr>
        <w:rPr>
          <w:sz w:val="24"/>
          <w:szCs w:val="24"/>
        </w:rPr>
      </w:pPr>
    </w:p>
    <w:p w14:paraId="79FD339B" w14:textId="77777777" w:rsidR="00A06E85" w:rsidRPr="00C9454D" w:rsidRDefault="00A06E85" w:rsidP="00C9454D">
      <w:pPr>
        <w:pStyle w:val="Heading2"/>
        <w:rPr>
          <w:sz w:val="24"/>
          <w:szCs w:val="24"/>
        </w:rPr>
      </w:pPr>
      <w:r w:rsidRPr="00C9454D">
        <w:rPr>
          <w:sz w:val="24"/>
          <w:szCs w:val="24"/>
        </w:rPr>
        <w:t>The Emissary Arrives</w:t>
      </w:r>
    </w:p>
    <w:p w14:paraId="67723827" w14:textId="77777777" w:rsidR="00651B98" w:rsidRPr="00C9454D" w:rsidRDefault="00651B98" w:rsidP="00C9454D">
      <w:pPr>
        <w:rPr>
          <w:sz w:val="24"/>
          <w:szCs w:val="24"/>
        </w:rPr>
      </w:pPr>
    </w:p>
    <w:p w14:paraId="01B1BD05" w14:textId="77777777" w:rsidR="00A06E85" w:rsidRPr="00C9454D" w:rsidRDefault="00A06E85" w:rsidP="00C9454D">
      <w:pPr>
        <w:rPr>
          <w:sz w:val="24"/>
          <w:szCs w:val="24"/>
        </w:rPr>
      </w:pPr>
      <w:r w:rsidRPr="00C9454D">
        <w:rPr>
          <w:sz w:val="24"/>
          <w:szCs w:val="24"/>
        </w:rPr>
        <w:t>As the second day of the trial began, tension filled the air. The courtroom was packed, the villagers’ loyalty to Abilene unwavering despite the mounting pressure from the Church. Father Ambrose, flustered and desperate, struggled to maintain control as the defense’s case gained momentum.</w:t>
      </w:r>
    </w:p>
    <w:p w14:paraId="1AAD1819" w14:textId="13E1E82B" w:rsidR="00A06E85" w:rsidRPr="00C9454D" w:rsidRDefault="00A06E85" w:rsidP="00C9454D">
      <w:pPr>
        <w:rPr>
          <w:sz w:val="24"/>
          <w:szCs w:val="24"/>
        </w:rPr>
      </w:pPr>
      <w:r w:rsidRPr="00C9454D">
        <w:rPr>
          <w:sz w:val="24"/>
          <w:szCs w:val="24"/>
        </w:rPr>
        <w:t xml:space="preserve">Then, the doors to the courthouse swung open with a thunderous crash. A royal herald entered, his voice echoing through the hall. “By order of His Majesty, King </w:t>
      </w:r>
      <w:r w:rsidR="006D3278" w:rsidRPr="00C9454D">
        <w:rPr>
          <w:sz w:val="24"/>
          <w:szCs w:val="24"/>
        </w:rPr>
        <w:t>John</w:t>
      </w:r>
      <w:r w:rsidRPr="00C9454D">
        <w:rPr>
          <w:sz w:val="24"/>
          <w:szCs w:val="24"/>
        </w:rPr>
        <w:t>, this trial is hereby halted!”</w:t>
      </w:r>
    </w:p>
    <w:p w14:paraId="7D824229" w14:textId="22D75CAD" w:rsidR="00A06E85" w:rsidRPr="00C9454D" w:rsidRDefault="00A06E85" w:rsidP="00C9454D">
      <w:pPr>
        <w:rPr>
          <w:sz w:val="24"/>
          <w:szCs w:val="24"/>
        </w:rPr>
      </w:pPr>
      <w:r w:rsidRPr="00C9454D">
        <w:rPr>
          <w:sz w:val="24"/>
          <w:szCs w:val="24"/>
        </w:rPr>
        <w:t>Gasps rippled through the crowd as the king’s emissary stro</w:t>
      </w:r>
      <w:r w:rsidR="00DD1FF5" w:rsidRPr="00C9454D">
        <w:rPr>
          <w:sz w:val="24"/>
          <w:szCs w:val="24"/>
        </w:rPr>
        <w:t xml:space="preserve">de </w:t>
      </w:r>
      <w:r w:rsidRPr="00C9454D">
        <w:rPr>
          <w:sz w:val="24"/>
          <w:szCs w:val="24"/>
        </w:rPr>
        <w:t>in, resplendent in the royal colors and flanked by armored guards. He carried himself with the authority of the crown, his steely gaze sweeping over the room.</w:t>
      </w:r>
    </w:p>
    <w:p w14:paraId="09310FE4" w14:textId="500C4C6A" w:rsidR="00A06E85" w:rsidRPr="00C9454D" w:rsidRDefault="00A06E85" w:rsidP="00C9454D">
      <w:pPr>
        <w:rPr>
          <w:sz w:val="24"/>
          <w:szCs w:val="24"/>
        </w:rPr>
      </w:pPr>
      <w:r w:rsidRPr="00C9454D">
        <w:rPr>
          <w:sz w:val="24"/>
          <w:szCs w:val="24"/>
        </w:rPr>
        <w:t xml:space="preserve">“The king has been informed of the injustices that have transpired here,” the emissary declared. “He is aware of the manipulation and deceit that led to these baseless accusations against Abilene of </w:t>
      </w:r>
      <w:r w:rsidR="00522C4D" w:rsidRPr="00C9454D">
        <w:rPr>
          <w:sz w:val="24"/>
          <w:szCs w:val="24"/>
        </w:rPr>
        <w:t>High Haven</w:t>
      </w:r>
      <w:r w:rsidRPr="00C9454D">
        <w:rPr>
          <w:sz w:val="24"/>
          <w:szCs w:val="24"/>
        </w:rPr>
        <w:t>.”</w:t>
      </w:r>
    </w:p>
    <w:p w14:paraId="3A3B4E02" w14:textId="77777777" w:rsidR="00A06E85" w:rsidRPr="00C9454D" w:rsidRDefault="00A06E85" w:rsidP="00C9454D">
      <w:pPr>
        <w:rPr>
          <w:sz w:val="24"/>
          <w:szCs w:val="24"/>
        </w:rPr>
      </w:pPr>
      <w:r w:rsidRPr="00C9454D">
        <w:rPr>
          <w:sz w:val="24"/>
          <w:szCs w:val="24"/>
        </w:rPr>
        <w:t>Turning to the panel of judges, he added, “Let it be known that any attempt to convict her will be seen as an act of defiance against the crown.”</w:t>
      </w:r>
    </w:p>
    <w:p w14:paraId="102C74B4" w14:textId="77777777" w:rsidR="00A06E85" w:rsidRPr="00C9454D" w:rsidRDefault="00A06E85" w:rsidP="00C9454D">
      <w:pPr>
        <w:rPr>
          <w:sz w:val="24"/>
          <w:szCs w:val="24"/>
        </w:rPr>
      </w:pPr>
    </w:p>
    <w:p w14:paraId="5A224E35" w14:textId="77777777" w:rsidR="00DE2CD4" w:rsidRPr="00C9454D" w:rsidRDefault="00A06E85" w:rsidP="00C9454D">
      <w:pPr>
        <w:pStyle w:val="Heading2"/>
        <w:rPr>
          <w:sz w:val="24"/>
          <w:szCs w:val="24"/>
        </w:rPr>
      </w:pPr>
      <w:r w:rsidRPr="00C9454D">
        <w:rPr>
          <w:sz w:val="24"/>
          <w:szCs w:val="24"/>
        </w:rPr>
        <w:t xml:space="preserve">The Collapse of the </w:t>
      </w:r>
      <w:proofErr w:type="spellStart"/>
      <w:r w:rsidRPr="00C9454D">
        <w:rPr>
          <w:sz w:val="24"/>
          <w:szCs w:val="24"/>
        </w:rPr>
        <w:t>Devereaux</w:t>
      </w:r>
      <w:proofErr w:type="spellEnd"/>
      <w:r w:rsidR="00DE2CD4" w:rsidRPr="00C9454D">
        <w:rPr>
          <w:sz w:val="24"/>
          <w:szCs w:val="24"/>
        </w:rPr>
        <w:t xml:space="preserve"> </w:t>
      </w:r>
    </w:p>
    <w:p w14:paraId="1485C5EE" w14:textId="0D8FA10E" w:rsidR="00A06E85" w:rsidRPr="00C9454D" w:rsidRDefault="00DE2CD4" w:rsidP="00C9454D">
      <w:pPr>
        <w:pStyle w:val="Heading2"/>
        <w:rPr>
          <w:sz w:val="24"/>
          <w:szCs w:val="24"/>
        </w:rPr>
      </w:pPr>
      <w:r w:rsidRPr="00C9454D">
        <w:rPr>
          <w:sz w:val="24"/>
          <w:szCs w:val="24"/>
        </w:rPr>
        <w:t>1213</w:t>
      </w:r>
    </w:p>
    <w:p w14:paraId="0FA056D5" w14:textId="77777777" w:rsidR="00651B98" w:rsidRPr="00C9454D" w:rsidRDefault="00651B98" w:rsidP="00C9454D">
      <w:pPr>
        <w:rPr>
          <w:sz w:val="24"/>
          <w:szCs w:val="24"/>
        </w:rPr>
      </w:pPr>
    </w:p>
    <w:p w14:paraId="6B06F933" w14:textId="77777777" w:rsidR="00A06E85" w:rsidRPr="00C9454D" w:rsidRDefault="00A06E85" w:rsidP="00C9454D">
      <w:pPr>
        <w:rPr>
          <w:sz w:val="24"/>
          <w:szCs w:val="24"/>
        </w:rPr>
      </w:pPr>
      <w:r w:rsidRPr="00C9454D">
        <w:rPr>
          <w:sz w:val="24"/>
          <w:szCs w:val="24"/>
        </w:rPr>
        <w:t>The emissary’s words sent shockwaves through the courtroom. Father Ambrose paled, his hands trembling as he realized the full extent of the disaster. The papal representative exchanged hushed whispers with the clerics, their confidence shaken.</w:t>
      </w:r>
    </w:p>
    <w:p w14:paraId="05930D25" w14:textId="77777777" w:rsidR="00A06E85" w:rsidRPr="00C9454D" w:rsidRDefault="00A06E85" w:rsidP="00C9454D">
      <w:pPr>
        <w:rPr>
          <w:sz w:val="24"/>
          <w:szCs w:val="24"/>
        </w:rPr>
      </w:pPr>
      <w:r w:rsidRPr="00C9454D">
        <w:rPr>
          <w:sz w:val="24"/>
          <w:szCs w:val="24"/>
        </w:rPr>
        <w:t xml:space="preserve">From the back of the courtroom, a voice rang out: “What of the </w:t>
      </w:r>
      <w:proofErr w:type="spellStart"/>
      <w:r w:rsidRPr="00C9454D">
        <w:rPr>
          <w:sz w:val="24"/>
          <w:szCs w:val="24"/>
        </w:rPr>
        <w:t>Devereaux</w:t>
      </w:r>
      <w:proofErr w:type="spellEnd"/>
      <w:r w:rsidRPr="00C9454D">
        <w:rPr>
          <w:sz w:val="24"/>
          <w:szCs w:val="24"/>
        </w:rPr>
        <w:t>?” It was Rowan, his arms crossed as he glared at Father Ambrose. “Will they be held accountable for this?”</w:t>
      </w:r>
    </w:p>
    <w:p w14:paraId="756C0267" w14:textId="77777777" w:rsidR="00A06E85" w:rsidRPr="00C9454D" w:rsidRDefault="00A06E85" w:rsidP="00C9454D">
      <w:pPr>
        <w:rPr>
          <w:sz w:val="24"/>
          <w:szCs w:val="24"/>
        </w:rPr>
      </w:pPr>
      <w:r w:rsidRPr="00C9454D">
        <w:rPr>
          <w:sz w:val="24"/>
          <w:szCs w:val="24"/>
        </w:rPr>
        <w:t xml:space="preserve">The emissary nodded. “The </w:t>
      </w:r>
      <w:proofErr w:type="spellStart"/>
      <w:r w:rsidRPr="00C9454D">
        <w:rPr>
          <w:sz w:val="24"/>
          <w:szCs w:val="24"/>
        </w:rPr>
        <w:t>Devereaux</w:t>
      </w:r>
      <w:proofErr w:type="spellEnd"/>
      <w:r w:rsidRPr="00C9454D">
        <w:rPr>
          <w:sz w:val="24"/>
          <w:szCs w:val="24"/>
        </w:rPr>
        <w:t xml:space="preserve"> have been arrested on charges of treason. Their lands and titles are forfeit. They sought to manipulate the Church and the crown for their own gain, and they will face the full weight of the king’s justice.”</w:t>
      </w:r>
    </w:p>
    <w:p w14:paraId="4BA531F0" w14:textId="77777777" w:rsidR="00A06E85" w:rsidRPr="00C9454D" w:rsidRDefault="00A06E85" w:rsidP="00C9454D">
      <w:pPr>
        <w:rPr>
          <w:sz w:val="24"/>
          <w:szCs w:val="24"/>
        </w:rPr>
      </w:pPr>
    </w:p>
    <w:p w14:paraId="1B799C3B" w14:textId="77777777" w:rsidR="00A06E85" w:rsidRPr="00C9454D" w:rsidRDefault="00A06E85" w:rsidP="00C9454D">
      <w:pPr>
        <w:pStyle w:val="Heading2"/>
        <w:rPr>
          <w:sz w:val="24"/>
          <w:szCs w:val="24"/>
        </w:rPr>
      </w:pPr>
      <w:r w:rsidRPr="00C9454D">
        <w:rPr>
          <w:sz w:val="24"/>
          <w:szCs w:val="24"/>
        </w:rPr>
        <w:t>Abilene’s Exoneration</w:t>
      </w:r>
    </w:p>
    <w:p w14:paraId="6C8EF91D" w14:textId="77777777" w:rsidR="00651B98" w:rsidRPr="00C9454D" w:rsidRDefault="00651B98" w:rsidP="00C9454D">
      <w:pPr>
        <w:rPr>
          <w:sz w:val="24"/>
          <w:szCs w:val="24"/>
        </w:rPr>
      </w:pPr>
    </w:p>
    <w:p w14:paraId="236B4752" w14:textId="6EBF0432" w:rsidR="00A06E85" w:rsidRPr="00C9454D" w:rsidRDefault="00A06E85" w:rsidP="00C9454D">
      <w:pPr>
        <w:rPr>
          <w:sz w:val="24"/>
          <w:szCs w:val="24"/>
        </w:rPr>
      </w:pPr>
      <w:r w:rsidRPr="00C9454D">
        <w:rPr>
          <w:sz w:val="24"/>
          <w:szCs w:val="24"/>
        </w:rPr>
        <w:t xml:space="preserve">Abilene, who had remained calm throughout the trial, rose to address the emissary. “Your presence here is a gift from </w:t>
      </w:r>
      <w:proofErr w:type="spellStart"/>
      <w:r w:rsidR="007E1E1E">
        <w:rPr>
          <w:sz w:val="24"/>
          <w:szCs w:val="24"/>
        </w:rPr>
        <w:t>Yahuah</w:t>
      </w:r>
      <w:proofErr w:type="spellEnd"/>
      <w:r w:rsidRPr="00C9454D">
        <w:rPr>
          <w:sz w:val="24"/>
          <w:szCs w:val="24"/>
        </w:rPr>
        <w:t>,” she said, her voice steady. “I am grateful for the truth that has come to light.”</w:t>
      </w:r>
    </w:p>
    <w:p w14:paraId="659BDDFE" w14:textId="59AF0615" w:rsidR="00A06E85" w:rsidRPr="00C9454D" w:rsidRDefault="00A06E85" w:rsidP="00C9454D">
      <w:pPr>
        <w:rPr>
          <w:sz w:val="24"/>
          <w:szCs w:val="24"/>
        </w:rPr>
      </w:pPr>
      <w:r w:rsidRPr="00C9454D">
        <w:rPr>
          <w:sz w:val="24"/>
          <w:szCs w:val="24"/>
        </w:rPr>
        <w:t xml:space="preserve">The emissary inclined his head. “You owe no gratitude, Lady Abilene. It is the king’s duty to protect his subjects from injustice. You are free to return to </w:t>
      </w:r>
      <w:r w:rsidR="00522C4D" w:rsidRPr="00C9454D">
        <w:rPr>
          <w:sz w:val="24"/>
          <w:szCs w:val="24"/>
        </w:rPr>
        <w:t>High Haven</w:t>
      </w:r>
      <w:r w:rsidRPr="00C9454D">
        <w:rPr>
          <w:sz w:val="24"/>
          <w:szCs w:val="24"/>
        </w:rPr>
        <w:t>.”</w:t>
      </w:r>
    </w:p>
    <w:p w14:paraId="27A044DF" w14:textId="77777777" w:rsidR="00A06E85" w:rsidRPr="00C9454D" w:rsidRDefault="00A06E85" w:rsidP="00C9454D">
      <w:pPr>
        <w:rPr>
          <w:sz w:val="24"/>
          <w:szCs w:val="24"/>
        </w:rPr>
      </w:pPr>
      <w:r w:rsidRPr="00C9454D">
        <w:rPr>
          <w:sz w:val="24"/>
          <w:szCs w:val="24"/>
        </w:rPr>
        <w:t>The crowd erupted in cheers, the villagers’ relief palpable. Guy and John Marshall rushed to Abilene’s side, embracing her as the courtroom descended into joyful chaos.</w:t>
      </w:r>
    </w:p>
    <w:p w14:paraId="4A7EF28E" w14:textId="77777777" w:rsidR="00A06E85" w:rsidRPr="00C9454D" w:rsidRDefault="00A06E85" w:rsidP="00C9454D">
      <w:pPr>
        <w:rPr>
          <w:sz w:val="24"/>
          <w:szCs w:val="24"/>
        </w:rPr>
      </w:pPr>
    </w:p>
    <w:p w14:paraId="032C1FBC" w14:textId="77777777" w:rsidR="00A06E85" w:rsidRPr="00C9454D" w:rsidRDefault="00A06E85" w:rsidP="00C9454D">
      <w:pPr>
        <w:pStyle w:val="Heading2"/>
        <w:rPr>
          <w:sz w:val="24"/>
          <w:szCs w:val="24"/>
        </w:rPr>
      </w:pPr>
      <w:r w:rsidRPr="00C9454D">
        <w:rPr>
          <w:sz w:val="24"/>
          <w:szCs w:val="24"/>
        </w:rPr>
        <w:t>The Aftermath</w:t>
      </w:r>
    </w:p>
    <w:p w14:paraId="026CFA0A" w14:textId="77777777" w:rsidR="00651B98" w:rsidRPr="00C9454D" w:rsidRDefault="00651B98" w:rsidP="00C9454D">
      <w:pPr>
        <w:rPr>
          <w:sz w:val="24"/>
          <w:szCs w:val="24"/>
        </w:rPr>
      </w:pPr>
    </w:p>
    <w:p w14:paraId="4ECA2339" w14:textId="77777777" w:rsidR="00A06E85" w:rsidRPr="00C9454D" w:rsidRDefault="00A06E85" w:rsidP="00C9454D">
      <w:pPr>
        <w:rPr>
          <w:sz w:val="24"/>
          <w:szCs w:val="24"/>
        </w:rPr>
      </w:pPr>
      <w:r w:rsidRPr="00C9454D">
        <w:rPr>
          <w:sz w:val="24"/>
          <w:szCs w:val="24"/>
        </w:rPr>
        <w:t>The trial’s abrupt end left the Church scrambling to save face. Father Ambrose was quietly removed from his position, his reputation irreparably damaged. The papacy issued a formal apology to Abilene, though it was clear they were more concerned with preserving their authority than admitting fault.</w:t>
      </w:r>
    </w:p>
    <w:p w14:paraId="3BB616D4" w14:textId="6BD8DACF" w:rsidR="00A06E85" w:rsidRPr="00C9454D" w:rsidRDefault="00A06E85" w:rsidP="00C9454D">
      <w:pPr>
        <w:rPr>
          <w:sz w:val="24"/>
          <w:szCs w:val="24"/>
        </w:rPr>
      </w:pPr>
      <w:r w:rsidRPr="00C9454D">
        <w:rPr>
          <w:sz w:val="24"/>
          <w:szCs w:val="24"/>
        </w:rPr>
        <w:t xml:space="preserve">The </w:t>
      </w:r>
      <w:proofErr w:type="spellStart"/>
      <w:r w:rsidRPr="00C9454D">
        <w:rPr>
          <w:sz w:val="24"/>
          <w:szCs w:val="24"/>
        </w:rPr>
        <w:t>Devereaux’s</w:t>
      </w:r>
      <w:proofErr w:type="spellEnd"/>
      <w:r w:rsidRPr="00C9454D">
        <w:rPr>
          <w:sz w:val="24"/>
          <w:szCs w:val="24"/>
        </w:rPr>
        <w:t xml:space="preserve"> fall was swift and brutal. Stripped of their wealth and power, they were imprisoned in the king’s dungeons, awaiting their fate. The villagers of </w:t>
      </w:r>
      <w:proofErr w:type="spellStart"/>
      <w:r w:rsidR="00225D06" w:rsidRPr="00C9454D">
        <w:rPr>
          <w:sz w:val="24"/>
          <w:szCs w:val="24"/>
        </w:rPr>
        <w:t>Teston</w:t>
      </w:r>
      <w:proofErr w:type="spellEnd"/>
      <w:r w:rsidRPr="00C9454D">
        <w:rPr>
          <w:sz w:val="24"/>
          <w:szCs w:val="24"/>
        </w:rPr>
        <w:t xml:space="preserve"> and </w:t>
      </w:r>
      <w:r w:rsidR="00522C4D" w:rsidRPr="00C9454D">
        <w:rPr>
          <w:sz w:val="24"/>
          <w:szCs w:val="24"/>
        </w:rPr>
        <w:t>High Haven</w:t>
      </w:r>
      <w:r w:rsidRPr="00C9454D">
        <w:rPr>
          <w:sz w:val="24"/>
          <w:szCs w:val="24"/>
        </w:rPr>
        <w:t xml:space="preserve"> celebrated their downfall, seeing it as a victory not only for Abilene but for truth and justice.</w:t>
      </w:r>
    </w:p>
    <w:p w14:paraId="53969AAE" w14:textId="77777777" w:rsidR="00A06E85" w:rsidRPr="00C9454D" w:rsidRDefault="00A06E85" w:rsidP="00C9454D">
      <w:pPr>
        <w:rPr>
          <w:sz w:val="24"/>
          <w:szCs w:val="24"/>
        </w:rPr>
      </w:pPr>
    </w:p>
    <w:p w14:paraId="2853D389" w14:textId="77777777" w:rsidR="000A65D3" w:rsidRPr="00C9454D" w:rsidRDefault="00A06E85" w:rsidP="00C9454D">
      <w:pPr>
        <w:pStyle w:val="Heading2"/>
        <w:rPr>
          <w:sz w:val="24"/>
          <w:szCs w:val="24"/>
        </w:rPr>
      </w:pPr>
      <w:r w:rsidRPr="00C9454D">
        <w:rPr>
          <w:sz w:val="24"/>
          <w:szCs w:val="24"/>
        </w:rPr>
        <w:t>A Quiet Return</w:t>
      </w:r>
      <w:r w:rsidR="000A65D3" w:rsidRPr="00C9454D">
        <w:rPr>
          <w:sz w:val="24"/>
          <w:szCs w:val="24"/>
        </w:rPr>
        <w:t xml:space="preserve"> </w:t>
      </w:r>
    </w:p>
    <w:p w14:paraId="53B8F2FB" w14:textId="5196FC24" w:rsidR="00A06E85" w:rsidRPr="00C9454D" w:rsidRDefault="000A65D3" w:rsidP="00C9454D">
      <w:pPr>
        <w:pStyle w:val="Heading2"/>
        <w:rPr>
          <w:sz w:val="24"/>
          <w:szCs w:val="24"/>
        </w:rPr>
      </w:pPr>
      <w:r w:rsidRPr="00C9454D">
        <w:rPr>
          <w:sz w:val="24"/>
          <w:szCs w:val="24"/>
        </w:rPr>
        <w:t>1213</w:t>
      </w:r>
    </w:p>
    <w:p w14:paraId="2D48CEBA" w14:textId="77777777" w:rsidR="00651B98" w:rsidRPr="00C9454D" w:rsidRDefault="00651B98" w:rsidP="00C9454D">
      <w:pPr>
        <w:rPr>
          <w:sz w:val="24"/>
          <w:szCs w:val="24"/>
        </w:rPr>
      </w:pPr>
    </w:p>
    <w:p w14:paraId="794E64FE" w14:textId="6D63CF4D" w:rsidR="00A06E85" w:rsidRPr="00C9454D" w:rsidRDefault="00A06E85" w:rsidP="00C9454D">
      <w:pPr>
        <w:rPr>
          <w:sz w:val="24"/>
          <w:szCs w:val="24"/>
        </w:rPr>
      </w:pPr>
      <w:r w:rsidRPr="00C9454D">
        <w:rPr>
          <w:sz w:val="24"/>
          <w:szCs w:val="24"/>
        </w:rPr>
        <w:t xml:space="preserve">As Abilene returned to </w:t>
      </w:r>
      <w:r w:rsidR="00522C4D" w:rsidRPr="00C9454D">
        <w:rPr>
          <w:sz w:val="24"/>
          <w:szCs w:val="24"/>
        </w:rPr>
        <w:t>High Haven</w:t>
      </w:r>
      <w:r w:rsidRPr="00C9454D">
        <w:rPr>
          <w:sz w:val="24"/>
          <w:szCs w:val="24"/>
        </w:rPr>
        <w:t>, she was greeted with open arms by the people who had stood by her. Guy held her close, his voice thick with emotion as he whispered, “I thought I’d lost you.”</w:t>
      </w:r>
    </w:p>
    <w:p w14:paraId="4F854DFF" w14:textId="4841406D" w:rsidR="00A06E85" w:rsidRPr="00C9454D" w:rsidRDefault="00A06E85" w:rsidP="00C9454D">
      <w:pPr>
        <w:rPr>
          <w:sz w:val="24"/>
          <w:szCs w:val="24"/>
        </w:rPr>
      </w:pPr>
      <w:r w:rsidRPr="00C9454D">
        <w:rPr>
          <w:sz w:val="24"/>
          <w:szCs w:val="24"/>
        </w:rPr>
        <w:t>“You never will,” Abilene replied, her eyes shining with tears. “</w:t>
      </w:r>
      <w:r w:rsidR="00624226" w:rsidRPr="00C9454D">
        <w:rPr>
          <w:sz w:val="24"/>
          <w:szCs w:val="24"/>
        </w:rPr>
        <w:t>God’s</w:t>
      </w:r>
      <w:r w:rsidRPr="00C9454D">
        <w:rPr>
          <w:sz w:val="24"/>
          <w:szCs w:val="24"/>
        </w:rPr>
        <w:t xml:space="preserve"> truth will always prevail.”</w:t>
      </w:r>
    </w:p>
    <w:p w14:paraId="480E14DD" w14:textId="77777777" w:rsidR="00A06E85" w:rsidRPr="00C9454D" w:rsidRDefault="00A06E85" w:rsidP="00C9454D">
      <w:pPr>
        <w:rPr>
          <w:sz w:val="24"/>
          <w:szCs w:val="24"/>
        </w:rPr>
      </w:pPr>
      <w:r w:rsidRPr="00C9454D">
        <w:rPr>
          <w:sz w:val="24"/>
          <w:szCs w:val="24"/>
        </w:rPr>
        <w:t>John Marshall stepped forward, his face alight with pride. “You were amazing, Mama. You showed them what faith truly means.”</w:t>
      </w:r>
    </w:p>
    <w:p w14:paraId="33ADEF0B" w14:textId="719F185C" w:rsidR="008B7081" w:rsidRPr="00C9454D" w:rsidRDefault="00A06E85" w:rsidP="00C9454D">
      <w:pPr>
        <w:rPr>
          <w:sz w:val="24"/>
          <w:szCs w:val="24"/>
        </w:rPr>
      </w:pPr>
      <w:r w:rsidRPr="00C9454D">
        <w:rPr>
          <w:sz w:val="24"/>
          <w:szCs w:val="24"/>
        </w:rPr>
        <w:t>Abilene smiled, placing a hand on his shoulder. “It wasn’t just me, John. It was all of us. Together, we ma</w:t>
      </w:r>
      <w:r w:rsidR="00DD1FF5" w:rsidRPr="00C9454D">
        <w:rPr>
          <w:sz w:val="24"/>
          <w:szCs w:val="24"/>
        </w:rPr>
        <w:t xml:space="preserve">de </w:t>
      </w:r>
      <w:proofErr w:type="spellStart"/>
      <w:r w:rsidR="007E1E1E">
        <w:rPr>
          <w:sz w:val="24"/>
          <w:szCs w:val="24"/>
        </w:rPr>
        <w:t>Yahuah</w:t>
      </w:r>
      <w:r w:rsidR="00333C24" w:rsidRPr="00C9454D">
        <w:rPr>
          <w:sz w:val="24"/>
          <w:szCs w:val="24"/>
        </w:rPr>
        <w:t>’s</w:t>
      </w:r>
      <w:proofErr w:type="spellEnd"/>
      <w:r w:rsidRPr="00C9454D">
        <w:rPr>
          <w:sz w:val="24"/>
          <w:szCs w:val="24"/>
        </w:rPr>
        <w:t xml:space="preserve"> truth known.”</w:t>
      </w:r>
    </w:p>
    <w:p w14:paraId="069A1E20" w14:textId="77777777" w:rsidR="00A06E85" w:rsidRPr="00C9454D" w:rsidRDefault="00A06E85" w:rsidP="00C9454D">
      <w:pPr>
        <w:rPr>
          <w:sz w:val="24"/>
          <w:szCs w:val="24"/>
        </w:rPr>
      </w:pPr>
    </w:p>
    <w:p w14:paraId="5001D168" w14:textId="6C3A2263" w:rsidR="00E04EFF" w:rsidRPr="00C9454D" w:rsidRDefault="00A06E85" w:rsidP="00BF6B15">
      <w:pPr>
        <w:pStyle w:val="Heading2"/>
      </w:pPr>
      <w:r w:rsidRPr="00C9454D">
        <w:t>Five Years of Growth</w:t>
      </w:r>
      <w:r w:rsidR="0083311A" w:rsidRPr="00C9454D">
        <w:t>,</w:t>
      </w:r>
      <w:r w:rsidRPr="00C9454D">
        <w:t xml:space="preserve"> Joy</w:t>
      </w:r>
      <w:r w:rsidR="000A65D3" w:rsidRPr="00C9454D">
        <w:t xml:space="preserve"> </w:t>
      </w:r>
      <w:r w:rsidR="0083311A" w:rsidRPr="00C9454D">
        <w:t>and Truths</w:t>
      </w:r>
    </w:p>
    <w:p w14:paraId="1C10299B" w14:textId="7F3FDCAD" w:rsidR="005F7694" w:rsidRPr="00C9454D" w:rsidRDefault="000A65D3" w:rsidP="00BF6B15">
      <w:pPr>
        <w:pStyle w:val="Heading2"/>
      </w:pPr>
      <w:r w:rsidRPr="00C9454D">
        <w:t>1213</w:t>
      </w:r>
      <w:r w:rsidR="00E04EFF" w:rsidRPr="00C9454D">
        <w:t>-1218</w:t>
      </w:r>
    </w:p>
    <w:p w14:paraId="593DFD90" w14:textId="77777777" w:rsidR="00651B98" w:rsidRPr="00C9454D" w:rsidRDefault="00651B98" w:rsidP="00C9454D">
      <w:pPr>
        <w:rPr>
          <w:sz w:val="24"/>
          <w:szCs w:val="24"/>
        </w:rPr>
      </w:pPr>
    </w:p>
    <w:p w14:paraId="2AD8CD96" w14:textId="6B395A65" w:rsidR="00A06E85" w:rsidRPr="00C9454D" w:rsidRDefault="00A06E85" w:rsidP="00C9454D">
      <w:pPr>
        <w:rPr>
          <w:sz w:val="24"/>
          <w:szCs w:val="24"/>
        </w:rPr>
      </w:pPr>
      <w:r w:rsidRPr="00C9454D">
        <w:rPr>
          <w:sz w:val="24"/>
          <w:szCs w:val="24"/>
        </w:rPr>
        <w:t xml:space="preserve">The next five years saw </w:t>
      </w:r>
      <w:r w:rsidR="00522C4D" w:rsidRPr="00C9454D">
        <w:rPr>
          <w:sz w:val="24"/>
          <w:szCs w:val="24"/>
        </w:rPr>
        <w:t>High Haven</w:t>
      </w:r>
      <w:r w:rsidRPr="00C9454D">
        <w:rPr>
          <w:sz w:val="24"/>
          <w:szCs w:val="24"/>
        </w:rPr>
        <w:t xml:space="preserve"> flourish as a </w:t>
      </w:r>
      <w:r w:rsidR="00333C24" w:rsidRPr="00C9454D">
        <w:rPr>
          <w:sz w:val="24"/>
          <w:szCs w:val="24"/>
        </w:rPr>
        <w:t xml:space="preserve">stronghold </w:t>
      </w:r>
      <w:r w:rsidRPr="00C9454D">
        <w:rPr>
          <w:sz w:val="24"/>
          <w:szCs w:val="24"/>
        </w:rPr>
        <w:t>of hope and unity. While the land prospered, so did the lives of those who called it home. Seasons of change brought new skills, deeper bonds, and dreams that hinted at an even brighter future. For Guy and Abilene, these years were filled with the blessings of family, love, purpose</w:t>
      </w:r>
      <w:r w:rsidR="002B0562" w:rsidRPr="00C9454D">
        <w:rPr>
          <w:sz w:val="24"/>
          <w:szCs w:val="24"/>
        </w:rPr>
        <w:t xml:space="preserve"> and truth</w:t>
      </w:r>
      <w:r w:rsidR="00716B19" w:rsidRPr="00C9454D">
        <w:rPr>
          <w:sz w:val="24"/>
          <w:szCs w:val="24"/>
        </w:rPr>
        <w:t>.</w:t>
      </w:r>
    </w:p>
    <w:p w14:paraId="5A53B4AE" w14:textId="77777777" w:rsidR="00A06E85" w:rsidRPr="00C9454D" w:rsidRDefault="00A06E85" w:rsidP="00C9454D">
      <w:pPr>
        <w:rPr>
          <w:sz w:val="24"/>
          <w:szCs w:val="24"/>
        </w:rPr>
      </w:pPr>
    </w:p>
    <w:p w14:paraId="58475219" w14:textId="77777777" w:rsidR="00A06E85" w:rsidRPr="00C9454D" w:rsidRDefault="00A06E85" w:rsidP="00C9454D">
      <w:pPr>
        <w:pStyle w:val="Heading2"/>
        <w:rPr>
          <w:sz w:val="24"/>
          <w:szCs w:val="24"/>
        </w:rPr>
      </w:pPr>
      <w:r w:rsidRPr="00C9454D">
        <w:rPr>
          <w:sz w:val="24"/>
          <w:szCs w:val="24"/>
        </w:rPr>
        <w:t>Helena: A Living Gift</w:t>
      </w:r>
    </w:p>
    <w:p w14:paraId="215EA7C1" w14:textId="77777777" w:rsidR="00651B98" w:rsidRPr="00C9454D" w:rsidRDefault="00651B98" w:rsidP="00C9454D">
      <w:pPr>
        <w:rPr>
          <w:sz w:val="24"/>
          <w:szCs w:val="24"/>
        </w:rPr>
      </w:pPr>
    </w:p>
    <w:p w14:paraId="43256F96" w14:textId="6DB5B52C" w:rsidR="00A06E85" w:rsidRPr="00C9454D" w:rsidRDefault="00A06E85" w:rsidP="00C9454D">
      <w:pPr>
        <w:rPr>
          <w:sz w:val="24"/>
          <w:szCs w:val="24"/>
        </w:rPr>
      </w:pPr>
      <w:r w:rsidRPr="00C9454D">
        <w:rPr>
          <w:sz w:val="24"/>
          <w:szCs w:val="24"/>
        </w:rPr>
        <w:t xml:space="preserve">From the moment Helena was born, there was something otherworldly about her. With her fair skin, light blue eyes, and golden hair that shimmered like threads of sunlight, she seemed to carry an ethereal light wherever she went. Her delicate features were strikingly reminiscent of </w:t>
      </w:r>
      <w:r w:rsidR="00C70FF2" w:rsidRPr="00C9454D">
        <w:rPr>
          <w:sz w:val="24"/>
          <w:szCs w:val="24"/>
        </w:rPr>
        <w:t>Isabelle,</w:t>
      </w:r>
      <w:r w:rsidRPr="00C9454D">
        <w:rPr>
          <w:sz w:val="24"/>
          <w:szCs w:val="24"/>
        </w:rPr>
        <w:t xml:space="preserve"> Guy’s first wife, and the </w:t>
      </w:r>
      <w:r w:rsidR="00175C26" w:rsidRPr="00C9454D">
        <w:rPr>
          <w:sz w:val="24"/>
          <w:szCs w:val="24"/>
        </w:rPr>
        <w:t xml:space="preserve">child </w:t>
      </w:r>
      <w:r w:rsidRPr="00C9454D">
        <w:rPr>
          <w:sz w:val="24"/>
          <w:szCs w:val="24"/>
        </w:rPr>
        <w:t>they had lost. Yet Helena’s presence brought only joy, not sorrow, healing old wounds with her innocent laughter.</w:t>
      </w:r>
    </w:p>
    <w:p w14:paraId="0E36938E" w14:textId="696C127D" w:rsidR="00A06E85" w:rsidRPr="00C9454D" w:rsidRDefault="00A06E85" w:rsidP="00C9454D">
      <w:pPr>
        <w:rPr>
          <w:sz w:val="24"/>
          <w:szCs w:val="24"/>
        </w:rPr>
      </w:pPr>
      <w:r w:rsidRPr="00C9454D">
        <w:rPr>
          <w:sz w:val="24"/>
          <w:szCs w:val="24"/>
        </w:rPr>
        <w:t xml:space="preserve">“She has </w:t>
      </w:r>
      <w:r w:rsidR="00763EEA" w:rsidRPr="00C9454D">
        <w:rPr>
          <w:sz w:val="24"/>
          <w:szCs w:val="24"/>
        </w:rPr>
        <w:t>Isabelle’s</w:t>
      </w:r>
      <w:r w:rsidRPr="00C9454D">
        <w:rPr>
          <w:sz w:val="24"/>
          <w:szCs w:val="24"/>
        </w:rPr>
        <w:t xml:space="preserve"> light,” Guy said one evening as he cradled Helena by the fire. His voice was soft, almost reverent. “But she’s not a shadow of what I lost. She’s a gift, Abilene.”</w:t>
      </w:r>
    </w:p>
    <w:p w14:paraId="5EC75BB1" w14:textId="7DB4272F" w:rsidR="00A06E85" w:rsidRPr="00C9454D" w:rsidRDefault="00A06E85" w:rsidP="00C9454D">
      <w:pPr>
        <w:rPr>
          <w:sz w:val="24"/>
          <w:szCs w:val="24"/>
        </w:rPr>
      </w:pPr>
      <w:r w:rsidRPr="00C9454D">
        <w:rPr>
          <w:sz w:val="24"/>
          <w:szCs w:val="24"/>
        </w:rPr>
        <w:t xml:space="preserve">Abilene, sitting nearby with John Marshall’s latest sketches in her lap, smiled warmly. “And so is John Marshall,” she said, her voice tender. “He was your gift to me, Guy. I was longing for a baby when I came here, and </w:t>
      </w:r>
      <w:proofErr w:type="spellStart"/>
      <w:r w:rsidR="007E1E1E">
        <w:rPr>
          <w:sz w:val="24"/>
          <w:szCs w:val="24"/>
        </w:rPr>
        <w:t>Yahuah</w:t>
      </w:r>
      <w:proofErr w:type="spellEnd"/>
      <w:r w:rsidRPr="00C9454D">
        <w:rPr>
          <w:sz w:val="24"/>
          <w:szCs w:val="24"/>
        </w:rPr>
        <w:t xml:space="preserve"> knew my heart. John Marshall was exactly what I needed.”</w:t>
      </w:r>
    </w:p>
    <w:p w14:paraId="21157C7B" w14:textId="77777777" w:rsidR="00A06E85" w:rsidRPr="00C9454D" w:rsidRDefault="00A06E85" w:rsidP="00C9454D">
      <w:pPr>
        <w:rPr>
          <w:sz w:val="24"/>
          <w:szCs w:val="24"/>
        </w:rPr>
      </w:pPr>
      <w:r w:rsidRPr="00C9454D">
        <w:rPr>
          <w:sz w:val="24"/>
          <w:szCs w:val="24"/>
        </w:rPr>
        <w:t>Guy looked over at her, his brow furrowing slightly in thought as she continued. “And Helena? She’s your gift, Guy. She’s what you needed. At this time, at this age, to be reminded of all that light and love you thought you’d lost.”</w:t>
      </w:r>
    </w:p>
    <w:p w14:paraId="505532BB" w14:textId="77777777" w:rsidR="00A06E85" w:rsidRPr="00C9454D" w:rsidRDefault="00A06E85" w:rsidP="00C9454D">
      <w:pPr>
        <w:rPr>
          <w:sz w:val="24"/>
          <w:szCs w:val="24"/>
        </w:rPr>
      </w:pPr>
      <w:r w:rsidRPr="00C9454D">
        <w:rPr>
          <w:sz w:val="24"/>
          <w:szCs w:val="24"/>
        </w:rPr>
        <w:t>Guy’s hand tightened around Helena, who slept peacefully against his chest. “You’re right,” he said quietly. “If she’d come earlier, I don’t think I would have seen it. I might have missed just how extraordinary she is.”</w:t>
      </w:r>
    </w:p>
    <w:p w14:paraId="6F8804AD" w14:textId="77777777" w:rsidR="00A06E85" w:rsidRPr="00C9454D" w:rsidRDefault="00A06E85" w:rsidP="00C9454D">
      <w:pPr>
        <w:rPr>
          <w:sz w:val="24"/>
          <w:szCs w:val="24"/>
        </w:rPr>
      </w:pPr>
      <w:r w:rsidRPr="00C9454D">
        <w:rPr>
          <w:sz w:val="24"/>
          <w:szCs w:val="24"/>
        </w:rPr>
        <w:t>“You wouldn’t have missed it,” Abilene said with a small smile. “But you wouldn’t have appreciated it like you do now. You’ve been tempered, Guy. And so has our family.”</w:t>
      </w:r>
    </w:p>
    <w:p w14:paraId="50284B65" w14:textId="65B6CD97" w:rsidR="00A06E85" w:rsidRPr="00C9454D" w:rsidRDefault="00A06E85" w:rsidP="00C9454D">
      <w:pPr>
        <w:rPr>
          <w:sz w:val="24"/>
          <w:szCs w:val="24"/>
        </w:rPr>
      </w:pPr>
      <w:r w:rsidRPr="00C9454D">
        <w:rPr>
          <w:sz w:val="24"/>
          <w:szCs w:val="24"/>
        </w:rPr>
        <w:t xml:space="preserve">Guy, now </w:t>
      </w:r>
      <w:r w:rsidR="000E004B" w:rsidRPr="00C9454D">
        <w:rPr>
          <w:sz w:val="24"/>
          <w:szCs w:val="24"/>
        </w:rPr>
        <w:t xml:space="preserve">in </w:t>
      </w:r>
      <w:r w:rsidR="00561422" w:rsidRPr="00C9454D">
        <w:rPr>
          <w:sz w:val="24"/>
          <w:szCs w:val="24"/>
        </w:rPr>
        <w:t xml:space="preserve">his </w:t>
      </w:r>
      <w:r w:rsidR="000E004B" w:rsidRPr="00C9454D">
        <w:rPr>
          <w:sz w:val="24"/>
          <w:szCs w:val="24"/>
        </w:rPr>
        <w:t xml:space="preserve">early </w:t>
      </w:r>
      <w:r w:rsidR="00561422" w:rsidRPr="00C9454D">
        <w:rPr>
          <w:sz w:val="24"/>
          <w:szCs w:val="24"/>
        </w:rPr>
        <w:t>fifties</w:t>
      </w:r>
      <w:r w:rsidRPr="00C9454D">
        <w:rPr>
          <w:sz w:val="24"/>
          <w:szCs w:val="24"/>
        </w:rPr>
        <w:t>, felt the weight of her words. He had lived through loss and joy, and now, in this season of his life, he felt whole in a way he never had before. Helena’s presence didn’t fill a void; it expanded the love that already existed.</w:t>
      </w:r>
    </w:p>
    <w:p w14:paraId="34E146EC" w14:textId="77777777" w:rsidR="00A06E85" w:rsidRPr="00C9454D" w:rsidRDefault="00A06E85" w:rsidP="00C9454D">
      <w:pPr>
        <w:rPr>
          <w:sz w:val="24"/>
          <w:szCs w:val="24"/>
        </w:rPr>
      </w:pPr>
      <w:r w:rsidRPr="00C9454D">
        <w:rPr>
          <w:sz w:val="24"/>
          <w:szCs w:val="24"/>
        </w:rPr>
        <w:t>“She’s a bridge,” Guy said, his voice thick with emotion. “Between what was and what is. And you’re right. She’s exactly what I needed.”</w:t>
      </w:r>
    </w:p>
    <w:p w14:paraId="416A8E6C" w14:textId="38980405" w:rsidR="00A06E85" w:rsidRPr="00C9454D" w:rsidRDefault="00A06E85" w:rsidP="00C9454D">
      <w:pPr>
        <w:rPr>
          <w:sz w:val="24"/>
          <w:szCs w:val="24"/>
        </w:rPr>
      </w:pPr>
      <w:r w:rsidRPr="00C9454D">
        <w:rPr>
          <w:sz w:val="24"/>
          <w:szCs w:val="24"/>
        </w:rPr>
        <w:t>“And John Marshall is what I needed,” Abilene replied, her eyes soft. “</w:t>
      </w:r>
      <w:proofErr w:type="spellStart"/>
      <w:r w:rsidR="007E1E1E">
        <w:rPr>
          <w:sz w:val="24"/>
          <w:szCs w:val="24"/>
        </w:rPr>
        <w:t>Yahuah</w:t>
      </w:r>
      <w:proofErr w:type="spellEnd"/>
      <w:r w:rsidRPr="00C9454D">
        <w:rPr>
          <w:sz w:val="24"/>
          <w:szCs w:val="24"/>
        </w:rPr>
        <w:t xml:space="preserve"> knew. He always does.”</w:t>
      </w:r>
    </w:p>
    <w:p w14:paraId="2FE6920A" w14:textId="77777777" w:rsidR="00A06E85" w:rsidRPr="00C9454D" w:rsidRDefault="00A06E85" w:rsidP="00C9454D">
      <w:pPr>
        <w:rPr>
          <w:sz w:val="24"/>
          <w:szCs w:val="24"/>
        </w:rPr>
      </w:pPr>
      <w:r w:rsidRPr="00C9454D">
        <w:rPr>
          <w:sz w:val="24"/>
          <w:szCs w:val="24"/>
        </w:rPr>
        <w:t>The fire crackled softly as the two of them sat together, Helena nestled in Guy’s arms and John Marshall’s sketches spread across the table. It was a moment of quiet reflection, a reminder of how far they had come and how deeply their family had been blessed.</w:t>
      </w:r>
    </w:p>
    <w:p w14:paraId="3B7D4414" w14:textId="77777777" w:rsidR="00A06E85" w:rsidRPr="00C9454D" w:rsidRDefault="00A06E85" w:rsidP="00C9454D">
      <w:pPr>
        <w:rPr>
          <w:sz w:val="24"/>
          <w:szCs w:val="24"/>
        </w:rPr>
      </w:pPr>
    </w:p>
    <w:p w14:paraId="4FA980D1" w14:textId="77777777" w:rsidR="00A06E85" w:rsidRPr="00C9454D" w:rsidRDefault="00A06E85" w:rsidP="00C9454D">
      <w:pPr>
        <w:pStyle w:val="Heading2"/>
        <w:rPr>
          <w:sz w:val="24"/>
          <w:szCs w:val="24"/>
        </w:rPr>
      </w:pPr>
      <w:r w:rsidRPr="00C9454D">
        <w:rPr>
          <w:sz w:val="24"/>
          <w:szCs w:val="24"/>
        </w:rPr>
        <w:t xml:space="preserve">John and </w:t>
      </w:r>
      <w:proofErr w:type="spellStart"/>
      <w:r w:rsidRPr="00C9454D">
        <w:rPr>
          <w:sz w:val="24"/>
          <w:szCs w:val="24"/>
        </w:rPr>
        <w:t>Alara</w:t>
      </w:r>
      <w:proofErr w:type="spellEnd"/>
      <w:r w:rsidRPr="00C9454D">
        <w:rPr>
          <w:sz w:val="24"/>
          <w:szCs w:val="24"/>
        </w:rPr>
        <w:t>: Brilliance in Balance</w:t>
      </w:r>
    </w:p>
    <w:p w14:paraId="2159B3C1" w14:textId="77777777" w:rsidR="00651B98" w:rsidRPr="00C9454D" w:rsidRDefault="00651B98" w:rsidP="00C9454D">
      <w:pPr>
        <w:rPr>
          <w:sz w:val="24"/>
          <w:szCs w:val="24"/>
        </w:rPr>
      </w:pPr>
    </w:p>
    <w:p w14:paraId="34BFABB1" w14:textId="4478C6AB" w:rsidR="00A06E85" w:rsidRPr="00C9454D" w:rsidRDefault="00A06E85" w:rsidP="00C9454D">
      <w:pPr>
        <w:rPr>
          <w:sz w:val="24"/>
          <w:szCs w:val="24"/>
        </w:rPr>
      </w:pPr>
      <w:r w:rsidRPr="00C9454D">
        <w:rPr>
          <w:sz w:val="24"/>
          <w:szCs w:val="24"/>
        </w:rPr>
        <w:t xml:space="preserve">John Marshall’s brilliance had taken form over the years. At fifteen, his mind worked like clockwork gears, endlessly turning over questions of design and construction. He devoured manuscripts on architecture and engineering, his sketches scattered across the Great Hall revealing detailed plans for aqueducts, bridges, and even improvements to </w:t>
      </w:r>
      <w:r w:rsidR="00522C4D" w:rsidRPr="00C9454D">
        <w:rPr>
          <w:sz w:val="24"/>
          <w:szCs w:val="24"/>
        </w:rPr>
        <w:t>High Haven</w:t>
      </w:r>
      <w:r w:rsidRPr="00C9454D">
        <w:rPr>
          <w:sz w:val="24"/>
          <w:szCs w:val="24"/>
        </w:rPr>
        <w:t>’s Great Hall.</w:t>
      </w:r>
    </w:p>
    <w:p w14:paraId="382A7001" w14:textId="77777777" w:rsidR="00A06E85" w:rsidRPr="00C9454D" w:rsidRDefault="00A06E85" w:rsidP="00C9454D">
      <w:pPr>
        <w:rPr>
          <w:sz w:val="24"/>
          <w:szCs w:val="24"/>
        </w:rPr>
      </w:pPr>
      <w:r w:rsidRPr="00C9454D">
        <w:rPr>
          <w:sz w:val="24"/>
          <w:szCs w:val="24"/>
        </w:rPr>
        <w:t xml:space="preserve">“You think you’re so clever with your straight lines and numbers,” </w:t>
      </w:r>
      <w:proofErr w:type="spellStart"/>
      <w:r w:rsidRPr="00C9454D">
        <w:rPr>
          <w:sz w:val="24"/>
          <w:szCs w:val="24"/>
        </w:rPr>
        <w:t>Alara</w:t>
      </w:r>
      <w:proofErr w:type="spellEnd"/>
      <w:r w:rsidRPr="00C9454D">
        <w:rPr>
          <w:sz w:val="24"/>
          <w:szCs w:val="24"/>
        </w:rPr>
        <w:t xml:space="preserve"> teased one day as she leaned over one of his blueprints. “But can you name all the properties of yarrow root?”</w:t>
      </w:r>
    </w:p>
    <w:p w14:paraId="4F17B3E0" w14:textId="77777777" w:rsidR="00A06E85" w:rsidRPr="00C9454D" w:rsidRDefault="00A06E85" w:rsidP="00C9454D">
      <w:pPr>
        <w:rPr>
          <w:sz w:val="24"/>
          <w:szCs w:val="24"/>
        </w:rPr>
      </w:pPr>
      <w:r w:rsidRPr="00C9454D">
        <w:rPr>
          <w:sz w:val="24"/>
          <w:szCs w:val="24"/>
        </w:rPr>
        <w:t>John looked up, arching a brow. “Can yarrow root support the weight of a three-ton stone arch? No? Then I’ll stick with my straight lines, thank you.”</w:t>
      </w:r>
    </w:p>
    <w:p w14:paraId="5B5C6639" w14:textId="77777777" w:rsidR="00A06E85" w:rsidRPr="00C9454D" w:rsidRDefault="00A06E85" w:rsidP="00C9454D">
      <w:pPr>
        <w:rPr>
          <w:sz w:val="24"/>
          <w:szCs w:val="24"/>
        </w:rPr>
      </w:pPr>
      <w:proofErr w:type="spellStart"/>
      <w:r w:rsidRPr="00C9454D">
        <w:rPr>
          <w:sz w:val="24"/>
          <w:szCs w:val="24"/>
        </w:rPr>
        <w:t>Alara</w:t>
      </w:r>
      <w:proofErr w:type="spellEnd"/>
      <w:r w:rsidRPr="00C9454D">
        <w:rPr>
          <w:sz w:val="24"/>
          <w:szCs w:val="24"/>
        </w:rPr>
        <w:t xml:space="preserve"> grinned, not missing a beat. “Perhaps, but can you calculate how much powdered bark is needed for a fever? You’d be hopeless without me.”</w:t>
      </w:r>
    </w:p>
    <w:p w14:paraId="02CA8E59" w14:textId="57174389" w:rsidR="00A06E85" w:rsidRPr="00C9454D" w:rsidRDefault="00A06E85" w:rsidP="00C9454D">
      <w:pPr>
        <w:rPr>
          <w:sz w:val="24"/>
          <w:szCs w:val="24"/>
        </w:rPr>
      </w:pPr>
      <w:r w:rsidRPr="00C9454D">
        <w:rPr>
          <w:sz w:val="24"/>
          <w:szCs w:val="24"/>
        </w:rPr>
        <w:t xml:space="preserve">Their spirited debates were a staple of </w:t>
      </w:r>
      <w:r w:rsidR="00522C4D" w:rsidRPr="00C9454D">
        <w:rPr>
          <w:sz w:val="24"/>
          <w:szCs w:val="24"/>
        </w:rPr>
        <w:t>High Haven</w:t>
      </w:r>
      <w:r w:rsidRPr="00C9454D">
        <w:rPr>
          <w:sz w:val="24"/>
          <w:szCs w:val="24"/>
        </w:rPr>
        <w:t xml:space="preserve"> life. While John’s intelligence was rooted in logic and precision, </w:t>
      </w:r>
      <w:proofErr w:type="spellStart"/>
      <w:r w:rsidRPr="00C9454D">
        <w:rPr>
          <w:sz w:val="24"/>
          <w:szCs w:val="24"/>
        </w:rPr>
        <w:t>Alara’s</w:t>
      </w:r>
      <w:proofErr w:type="spellEnd"/>
      <w:r w:rsidRPr="00C9454D">
        <w:rPr>
          <w:sz w:val="24"/>
          <w:szCs w:val="24"/>
        </w:rPr>
        <w:t xml:space="preserve"> gifts were intuitive and deeply tied to natural sciences. Their playful rivalry often ended in laughter, with each secretly admiring the other’s talents even as they tried to outwit each other.</w:t>
      </w:r>
    </w:p>
    <w:p w14:paraId="2FC3A68D" w14:textId="77777777" w:rsidR="00A06E85" w:rsidRPr="00C9454D" w:rsidRDefault="00A06E85" w:rsidP="00C9454D">
      <w:pPr>
        <w:rPr>
          <w:sz w:val="24"/>
          <w:szCs w:val="24"/>
        </w:rPr>
      </w:pPr>
      <w:r w:rsidRPr="00C9454D">
        <w:rPr>
          <w:sz w:val="24"/>
          <w:szCs w:val="24"/>
        </w:rPr>
        <w:t>“Let’s settle it,” John suggested one afternoon, smirking. “A test of smarts. You give me a science riddle, and I’ll give you a math problem.”</w:t>
      </w:r>
    </w:p>
    <w:p w14:paraId="7FD94E3B" w14:textId="77777777" w:rsidR="00A06E85" w:rsidRPr="00C9454D" w:rsidRDefault="00A06E85" w:rsidP="00C9454D">
      <w:pPr>
        <w:rPr>
          <w:sz w:val="24"/>
          <w:szCs w:val="24"/>
        </w:rPr>
      </w:pPr>
      <w:r w:rsidRPr="00C9454D">
        <w:rPr>
          <w:sz w:val="24"/>
          <w:szCs w:val="24"/>
        </w:rPr>
        <w:t xml:space="preserve">“Fine,” </w:t>
      </w:r>
      <w:proofErr w:type="spellStart"/>
      <w:r w:rsidRPr="00C9454D">
        <w:rPr>
          <w:sz w:val="24"/>
          <w:szCs w:val="24"/>
        </w:rPr>
        <w:t>Alara</w:t>
      </w:r>
      <w:proofErr w:type="spellEnd"/>
      <w:r w:rsidRPr="00C9454D">
        <w:rPr>
          <w:sz w:val="24"/>
          <w:szCs w:val="24"/>
        </w:rPr>
        <w:t xml:space="preserve"> agreed, crossing her arms. “But no cheating, John.”</w:t>
      </w:r>
    </w:p>
    <w:p w14:paraId="4E9B2A90" w14:textId="77777777" w:rsidR="00A06E85" w:rsidRPr="00C9454D" w:rsidRDefault="00A06E85" w:rsidP="00C9454D">
      <w:pPr>
        <w:rPr>
          <w:sz w:val="24"/>
          <w:szCs w:val="24"/>
        </w:rPr>
      </w:pPr>
      <w:r w:rsidRPr="00C9454D">
        <w:rPr>
          <w:sz w:val="24"/>
          <w:szCs w:val="24"/>
        </w:rPr>
        <w:t>Despite their differences, their bond deepened, hinting at a future partnership that extended far beyond friendly competition.</w:t>
      </w:r>
    </w:p>
    <w:p w14:paraId="31BCBD57" w14:textId="77777777" w:rsidR="00A06E85" w:rsidRPr="00C9454D" w:rsidRDefault="00A06E85" w:rsidP="00C9454D">
      <w:pPr>
        <w:rPr>
          <w:sz w:val="24"/>
          <w:szCs w:val="24"/>
        </w:rPr>
      </w:pPr>
    </w:p>
    <w:p w14:paraId="30B88314" w14:textId="77777777" w:rsidR="00A06E85" w:rsidRPr="00C9454D" w:rsidRDefault="00A06E85" w:rsidP="00C9454D">
      <w:pPr>
        <w:pStyle w:val="Heading2"/>
        <w:rPr>
          <w:sz w:val="24"/>
          <w:szCs w:val="24"/>
        </w:rPr>
      </w:pPr>
      <w:r w:rsidRPr="00C9454D">
        <w:rPr>
          <w:sz w:val="24"/>
          <w:szCs w:val="24"/>
        </w:rPr>
        <w:t>Guy and Abilene: A Love That Deepens</w:t>
      </w:r>
    </w:p>
    <w:p w14:paraId="1B841C39" w14:textId="77777777" w:rsidR="00651B98" w:rsidRPr="00C9454D" w:rsidRDefault="00651B98" w:rsidP="00C9454D">
      <w:pPr>
        <w:rPr>
          <w:sz w:val="24"/>
          <w:szCs w:val="24"/>
        </w:rPr>
      </w:pPr>
    </w:p>
    <w:p w14:paraId="31897341" w14:textId="77777777" w:rsidR="00A06E85" w:rsidRPr="00C9454D" w:rsidRDefault="00A06E85" w:rsidP="00C9454D">
      <w:pPr>
        <w:rPr>
          <w:sz w:val="24"/>
          <w:szCs w:val="24"/>
        </w:rPr>
      </w:pPr>
      <w:r w:rsidRPr="00C9454D">
        <w:rPr>
          <w:sz w:val="24"/>
          <w:szCs w:val="24"/>
        </w:rPr>
        <w:t>Through the years, Guy and Abilene’s relationship grew richer. Their shared trials had forged an unbreakable bond, and their joy in watching their children thrive brought them closer still.</w:t>
      </w:r>
    </w:p>
    <w:p w14:paraId="0117480E" w14:textId="77777777" w:rsidR="00A06E85" w:rsidRPr="00C9454D" w:rsidRDefault="00A06E85" w:rsidP="00C9454D">
      <w:pPr>
        <w:rPr>
          <w:sz w:val="24"/>
          <w:szCs w:val="24"/>
        </w:rPr>
      </w:pPr>
      <w:r w:rsidRPr="00C9454D">
        <w:rPr>
          <w:sz w:val="24"/>
          <w:szCs w:val="24"/>
        </w:rPr>
        <w:t>Abilene continued her work on spiritual writings, often consulting Guy for his thoughts. He marveled at her ability to distill complex scriptural ideas into practical lessons that resonated with everyone.</w:t>
      </w:r>
    </w:p>
    <w:p w14:paraId="7533E07A" w14:textId="77777777" w:rsidR="00A06E85" w:rsidRPr="00C9454D" w:rsidRDefault="00A06E85" w:rsidP="00C9454D">
      <w:pPr>
        <w:rPr>
          <w:sz w:val="24"/>
          <w:szCs w:val="24"/>
        </w:rPr>
      </w:pPr>
      <w:r w:rsidRPr="00C9454D">
        <w:rPr>
          <w:sz w:val="24"/>
          <w:szCs w:val="24"/>
        </w:rPr>
        <w:t>One evening, as they sat by the fire, Guy spoke, his voice tinged with wonder. “You know, Abilene, every village in the kingdom has a copy of The Keeper’s Promise. Even the clergy are using it to teach their congregations. You’ve built something that will last long after us.”</w:t>
      </w:r>
    </w:p>
    <w:p w14:paraId="6237ACA5" w14:textId="1BB6DC37" w:rsidR="00A06E85" w:rsidRPr="00C9454D" w:rsidRDefault="00A06E85" w:rsidP="00C9454D">
      <w:pPr>
        <w:rPr>
          <w:sz w:val="24"/>
          <w:szCs w:val="24"/>
        </w:rPr>
      </w:pPr>
      <w:r w:rsidRPr="00C9454D">
        <w:rPr>
          <w:sz w:val="24"/>
          <w:szCs w:val="24"/>
        </w:rPr>
        <w:t xml:space="preserve">Abilene smiled, reaching for his hand. “It’s not me, Guy. It’s </w:t>
      </w:r>
      <w:proofErr w:type="spellStart"/>
      <w:r w:rsidR="007E1E1E">
        <w:rPr>
          <w:sz w:val="24"/>
          <w:szCs w:val="24"/>
        </w:rPr>
        <w:t>Yahuah</w:t>
      </w:r>
      <w:r w:rsidRPr="00C9454D">
        <w:rPr>
          <w:sz w:val="24"/>
          <w:szCs w:val="24"/>
        </w:rPr>
        <w:t>’s</w:t>
      </w:r>
      <w:proofErr w:type="spellEnd"/>
      <w:r w:rsidRPr="00C9454D">
        <w:rPr>
          <w:sz w:val="24"/>
          <w:szCs w:val="24"/>
        </w:rPr>
        <w:t xml:space="preserve"> work. I’m just the tool He uses.”</w:t>
      </w:r>
    </w:p>
    <w:p w14:paraId="0CE712C8" w14:textId="77777777" w:rsidR="00A06E85" w:rsidRPr="00C9454D" w:rsidRDefault="00A06E85" w:rsidP="00C9454D">
      <w:pPr>
        <w:rPr>
          <w:sz w:val="24"/>
          <w:szCs w:val="24"/>
        </w:rPr>
      </w:pPr>
      <w:r w:rsidRPr="00C9454D">
        <w:rPr>
          <w:sz w:val="24"/>
          <w:szCs w:val="24"/>
        </w:rPr>
        <w:t>Guy squeezed her hand, his gaze warm. “You’re the sharpest tool He’s ever made.”</w:t>
      </w:r>
    </w:p>
    <w:p w14:paraId="3BA05D61" w14:textId="77777777" w:rsidR="00350E09" w:rsidRPr="00C9454D" w:rsidRDefault="00350E09" w:rsidP="00C9454D">
      <w:pPr>
        <w:pStyle w:val="Heading2"/>
        <w:rPr>
          <w:b/>
          <w:bCs/>
          <w:sz w:val="24"/>
          <w:szCs w:val="24"/>
        </w:rPr>
      </w:pPr>
    </w:p>
    <w:p w14:paraId="73CA04EC" w14:textId="2A1E6A61" w:rsidR="006F5A85" w:rsidRPr="00C9454D" w:rsidRDefault="006F5A85" w:rsidP="00C9454D">
      <w:pPr>
        <w:pStyle w:val="Heading2"/>
        <w:rPr>
          <w:sz w:val="24"/>
          <w:szCs w:val="24"/>
        </w:rPr>
      </w:pPr>
      <w:r w:rsidRPr="00C9454D">
        <w:rPr>
          <w:b/>
          <w:bCs/>
          <w:sz w:val="24"/>
          <w:szCs w:val="24"/>
        </w:rPr>
        <w:t>Lydia’s Return to High Haven</w:t>
      </w:r>
    </w:p>
    <w:p w14:paraId="4E51EDEC" w14:textId="77777777" w:rsidR="00716B19" w:rsidRPr="00C9454D" w:rsidRDefault="00716B19" w:rsidP="00C9454D">
      <w:pPr>
        <w:rPr>
          <w:sz w:val="24"/>
          <w:szCs w:val="24"/>
        </w:rPr>
      </w:pPr>
    </w:p>
    <w:p w14:paraId="34415496" w14:textId="2E805B4F" w:rsidR="006F5A85" w:rsidRPr="00C9454D" w:rsidRDefault="006F5A85" w:rsidP="00C9454D">
      <w:pPr>
        <w:rPr>
          <w:sz w:val="24"/>
          <w:szCs w:val="24"/>
        </w:rPr>
      </w:pPr>
      <w:r w:rsidRPr="00C9454D">
        <w:rPr>
          <w:sz w:val="24"/>
          <w:szCs w:val="24"/>
        </w:rPr>
        <w:t xml:space="preserve">Lydia had grown into a beautiful </w:t>
      </w:r>
      <w:r w:rsidR="00C3110C" w:rsidRPr="00C9454D">
        <w:rPr>
          <w:sz w:val="24"/>
          <w:szCs w:val="24"/>
        </w:rPr>
        <w:t xml:space="preserve">married </w:t>
      </w:r>
      <w:r w:rsidRPr="00C9454D">
        <w:rPr>
          <w:sz w:val="24"/>
          <w:szCs w:val="24"/>
        </w:rPr>
        <w:t>woman—and a restless one.</w:t>
      </w:r>
      <w:r w:rsidR="00C3110C" w:rsidRPr="00C9454D">
        <w:rPr>
          <w:sz w:val="24"/>
          <w:szCs w:val="24"/>
        </w:rPr>
        <w:t xml:space="preserve">  </w:t>
      </w:r>
      <w:r w:rsidRPr="00C9454D">
        <w:rPr>
          <w:sz w:val="24"/>
          <w:szCs w:val="24"/>
        </w:rPr>
        <w:t xml:space="preserve">She returned to High Haven after </w:t>
      </w:r>
      <w:r w:rsidR="00104B22" w:rsidRPr="00C9454D">
        <w:rPr>
          <w:sz w:val="24"/>
          <w:szCs w:val="24"/>
        </w:rPr>
        <w:t>three</w:t>
      </w:r>
      <w:r w:rsidRPr="00C9454D">
        <w:rPr>
          <w:sz w:val="24"/>
          <w:szCs w:val="24"/>
        </w:rPr>
        <w:t xml:space="preserve"> years of marriage to a man she described as "handsome enough, but chronically galloping." </w:t>
      </w:r>
      <w:r w:rsidR="00CB1015" w:rsidRPr="00C9454D">
        <w:rPr>
          <w:sz w:val="24"/>
          <w:szCs w:val="24"/>
        </w:rPr>
        <w:t xml:space="preserve">She had come to see about </w:t>
      </w:r>
      <w:r w:rsidR="00F4205E" w:rsidRPr="00C9454D">
        <w:rPr>
          <w:sz w:val="24"/>
          <w:szCs w:val="24"/>
        </w:rPr>
        <w:t xml:space="preserve">the family.  </w:t>
      </w:r>
      <w:r w:rsidRPr="00C9454D">
        <w:rPr>
          <w:sz w:val="24"/>
          <w:szCs w:val="24"/>
        </w:rPr>
        <w:t>Her husband, a boy in temperament despite his noble birth, spent more time riding and hunting than speaking complete sentences. He lived off his family’s name and funds. Lydia lived off sighs.</w:t>
      </w:r>
    </w:p>
    <w:p w14:paraId="4956DEDA" w14:textId="77777777" w:rsidR="006F5A85" w:rsidRPr="00C9454D" w:rsidRDefault="006F5A85" w:rsidP="00C9454D">
      <w:pPr>
        <w:rPr>
          <w:sz w:val="24"/>
          <w:szCs w:val="24"/>
        </w:rPr>
      </w:pPr>
      <w:r w:rsidRPr="00C9454D">
        <w:rPr>
          <w:sz w:val="24"/>
          <w:szCs w:val="24"/>
        </w:rPr>
        <w:t>And wine.</w:t>
      </w:r>
    </w:p>
    <w:p w14:paraId="24B01B4D" w14:textId="77777777" w:rsidR="006F5A85" w:rsidRPr="00C9454D" w:rsidRDefault="006F5A85" w:rsidP="00C9454D">
      <w:pPr>
        <w:rPr>
          <w:sz w:val="24"/>
          <w:szCs w:val="24"/>
        </w:rPr>
      </w:pPr>
      <w:r w:rsidRPr="00C9454D">
        <w:rPr>
          <w:sz w:val="24"/>
          <w:szCs w:val="24"/>
        </w:rPr>
        <w:t>So, on one late evening, with the moon high and her fourth glass swirling in hand, Lydia found herself at Abilene's sitting room door, her hair half-down and her expression dead serious.</w:t>
      </w:r>
    </w:p>
    <w:p w14:paraId="1314251A"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"I must speak with you... about something of grave importance."</w:t>
      </w:r>
    </w:p>
    <w:p w14:paraId="06E01EE8" w14:textId="77777777" w:rsidR="006F5A85" w:rsidRPr="00C9454D" w:rsidRDefault="006F5A85" w:rsidP="00C9454D">
      <w:pPr>
        <w:rPr>
          <w:sz w:val="24"/>
          <w:szCs w:val="24"/>
        </w:rPr>
      </w:pPr>
      <w:r w:rsidRPr="00C9454D">
        <w:rPr>
          <w:sz w:val="24"/>
          <w:szCs w:val="24"/>
        </w:rPr>
        <w:t>Abilene, startled, lowered her embroidery. "Of course. What is it?"</w:t>
      </w:r>
    </w:p>
    <w:p w14:paraId="5F0E5032"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(earnestly) "I am in love with your husband."</w:t>
      </w:r>
    </w:p>
    <w:p w14:paraId="4327648E" w14:textId="77777777" w:rsidR="006F5A85" w:rsidRPr="00C9454D" w:rsidRDefault="006F5A85" w:rsidP="00C9454D">
      <w:pPr>
        <w:rPr>
          <w:sz w:val="24"/>
          <w:szCs w:val="24"/>
        </w:rPr>
      </w:pPr>
      <w:r w:rsidRPr="00C9454D">
        <w:rPr>
          <w:sz w:val="24"/>
          <w:szCs w:val="24"/>
        </w:rPr>
        <w:t>Abilene blinked. Once.</w:t>
      </w:r>
    </w:p>
    <w:p w14:paraId="594985FC" w14:textId="77777777" w:rsidR="006F5A85" w:rsidRPr="00C9454D" w:rsidRDefault="006F5A85" w:rsidP="00C9454D">
      <w:pPr>
        <w:rPr>
          <w:sz w:val="24"/>
          <w:szCs w:val="24"/>
        </w:rPr>
      </w:pPr>
      <w:r w:rsidRPr="00C9454D">
        <w:rPr>
          <w:sz w:val="24"/>
          <w:szCs w:val="24"/>
        </w:rPr>
        <w:t>Twice.</w:t>
      </w:r>
    </w:p>
    <w:p w14:paraId="74A5EBB0" w14:textId="77777777" w:rsidR="006F5A85" w:rsidRPr="00C9454D" w:rsidRDefault="006F5A85" w:rsidP="00C9454D">
      <w:pPr>
        <w:rPr>
          <w:sz w:val="24"/>
          <w:szCs w:val="24"/>
        </w:rPr>
      </w:pPr>
      <w:r w:rsidRPr="00C9454D">
        <w:rPr>
          <w:sz w:val="24"/>
          <w:szCs w:val="24"/>
        </w:rPr>
        <w:t>She would have been furious if it hadn’t been so... deeply sad.</w:t>
      </w:r>
    </w:p>
    <w:p w14:paraId="1C4FA24C" w14:textId="77777777" w:rsidR="006F5A85" w:rsidRPr="00C9454D" w:rsidRDefault="006F5A85" w:rsidP="00C9454D">
      <w:pPr>
        <w:rPr>
          <w:sz w:val="24"/>
          <w:szCs w:val="24"/>
        </w:rPr>
      </w:pPr>
      <w:r w:rsidRPr="00C9454D">
        <w:rPr>
          <w:b/>
          <w:bCs/>
          <w:sz w:val="24"/>
          <w:szCs w:val="24"/>
        </w:rPr>
        <w:t>ABILENE:</w:t>
      </w:r>
      <w:r w:rsidRPr="00C9454D">
        <w:rPr>
          <w:sz w:val="24"/>
          <w:szCs w:val="24"/>
        </w:rPr>
        <w:t xml:space="preserve"> (slowly) "Lydia... my dear..."</w:t>
      </w:r>
    </w:p>
    <w:p w14:paraId="3611EBB1"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"It never left. In fact, it grew. I thought it would fade after marriage. But he’s all I think of when my husband speaks about his hunting dogs. And birds. And allowance disbursement."</w:t>
      </w:r>
    </w:p>
    <w:p w14:paraId="688BB3F9" w14:textId="77777777" w:rsidR="006F5A85" w:rsidRPr="00C9454D" w:rsidRDefault="006F5A85" w:rsidP="00C9454D">
      <w:pPr>
        <w:rPr>
          <w:sz w:val="24"/>
          <w:szCs w:val="24"/>
        </w:rPr>
      </w:pPr>
      <w:r w:rsidRPr="00C9454D">
        <w:rPr>
          <w:b/>
          <w:bCs/>
          <w:sz w:val="24"/>
          <w:szCs w:val="24"/>
        </w:rPr>
        <w:t>ABILENE:</w:t>
      </w:r>
      <w:r w:rsidRPr="00C9454D">
        <w:rPr>
          <w:sz w:val="24"/>
          <w:szCs w:val="24"/>
        </w:rPr>
        <w:t xml:space="preserve"> "Allowance disbursement?"</w:t>
      </w:r>
    </w:p>
    <w:p w14:paraId="52844D05"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"Weekly. With detail."</w:t>
      </w:r>
    </w:p>
    <w:p w14:paraId="388B926E" w14:textId="77777777" w:rsidR="006F5A85" w:rsidRPr="00C9454D" w:rsidRDefault="006F5A85" w:rsidP="00C9454D">
      <w:pPr>
        <w:rPr>
          <w:sz w:val="24"/>
          <w:szCs w:val="24"/>
        </w:rPr>
      </w:pPr>
      <w:r w:rsidRPr="00C9454D">
        <w:rPr>
          <w:sz w:val="24"/>
          <w:szCs w:val="24"/>
        </w:rPr>
        <w:t>Abilene sighed, setting her embroidery down entirely.</w:t>
      </w:r>
    </w:p>
    <w:p w14:paraId="5D7D6917"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"If I could just... hug Sir Guy. Once. I feel it would settle my heart."</w:t>
      </w:r>
    </w:p>
    <w:p w14:paraId="2F357D1C" w14:textId="77777777" w:rsidR="006F5A85" w:rsidRPr="00C9454D" w:rsidRDefault="006F5A85" w:rsidP="00C9454D">
      <w:pPr>
        <w:rPr>
          <w:sz w:val="24"/>
          <w:szCs w:val="24"/>
        </w:rPr>
      </w:pPr>
      <w:r w:rsidRPr="00C9454D">
        <w:rPr>
          <w:sz w:val="24"/>
          <w:szCs w:val="24"/>
        </w:rPr>
        <w:t>Abilene stared. Then blinked again. Then smiled. A tired, endearing smile.</w:t>
      </w:r>
    </w:p>
    <w:p w14:paraId="320D6846" w14:textId="42F64820" w:rsidR="006F5A85" w:rsidRPr="00C9454D" w:rsidRDefault="006F5A85" w:rsidP="00C9454D">
      <w:pPr>
        <w:rPr>
          <w:sz w:val="24"/>
          <w:szCs w:val="24"/>
        </w:rPr>
      </w:pPr>
      <w:r w:rsidRPr="00C9454D">
        <w:rPr>
          <w:b/>
          <w:bCs/>
          <w:sz w:val="24"/>
          <w:szCs w:val="24"/>
        </w:rPr>
        <w:t>ABILENE:</w:t>
      </w:r>
      <w:r w:rsidRPr="00C9454D">
        <w:rPr>
          <w:sz w:val="24"/>
          <w:szCs w:val="24"/>
        </w:rPr>
        <w:t xml:space="preserve"> "For the sake of all that is holy and increasingly </w:t>
      </w:r>
      <w:r w:rsidR="00C54A97">
        <w:rPr>
          <w:sz w:val="24"/>
          <w:szCs w:val="24"/>
        </w:rPr>
        <w:t xml:space="preserve">absurd, </w:t>
      </w:r>
      <w:r w:rsidRPr="00C9454D">
        <w:rPr>
          <w:sz w:val="24"/>
          <w:szCs w:val="24"/>
        </w:rPr>
        <w:t>Guy!"</w:t>
      </w:r>
    </w:p>
    <w:p w14:paraId="47661BBF" w14:textId="77777777" w:rsidR="006F5A85" w:rsidRPr="00C9454D" w:rsidRDefault="006F5A85" w:rsidP="00C9454D">
      <w:pPr>
        <w:rPr>
          <w:sz w:val="24"/>
          <w:szCs w:val="24"/>
        </w:rPr>
      </w:pPr>
      <w:r w:rsidRPr="00C9454D">
        <w:rPr>
          <w:sz w:val="24"/>
          <w:szCs w:val="24"/>
        </w:rPr>
        <w:t>Guy entered moments later, confused and wary.</w:t>
      </w:r>
    </w:p>
    <w:p w14:paraId="334351D1" w14:textId="77777777" w:rsidR="006F5A85" w:rsidRPr="00C9454D" w:rsidRDefault="006F5A85" w:rsidP="00C9454D">
      <w:pPr>
        <w:rPr>
          <w:sz w:val="24"/>
          <w:szCs w:val="24"/>
        </w:rPr>
      </w:pPr>
      <w:r w:rsidRPr="00C9454D">
        <w:rPr>
          <w:b/>
          <w:bCs/>
          <w:sz w:val="24"/>
          <w:szCs w:val="24"/>
        </w:rPr>
        <w:t>GUY:</w:t>
      </w:r>
      <w:r w:rsidRPr="00C9454D">
        <w:rPr>
          <w:sz w:val="24"/>
          <w:szCs w:val="24"/>
        </w:rPr>
        <w:t xml:space="preserve"> "Is something wrong?"</w:t>
      </w:r>
    </w:p>
    <w:p w14:paraId="38A69A30" w14:textId="77777777" w:rsidR="006F5A85" w:rsidRPr="00C9454D" w:rsidRDefault="006F5A85" w:rsidP="00C9454D">
      <w:pPr>
        <w:rPr>
          <w:sz w:val="24"/>
          <w:szCs w:val="24"/>
        </w:rPr>
      </w:pPr>
      <w:r w:rsidRPr="00C9454D">
        <w:rPr>
          <w:b/>
          <w:bCs/>
          <w:sz w:val="24"/>
          <w:szCs w:val="24"/>
        </w:rPr>
        <w:t>ABILENE:</w:t>
      </w:r>
      <w:r w:rsidRPr="00C9454D">
        <w:rPr>
          <w:sz w:val="24"/>
          <w:szCs w:val="24"/>
        </w:rPr>
        <w:t xml:space="preserve"> "Lydia needs a hug."</w:t>
      </w:r>
    </w:p>
    <w:p w14:paraId="6A76066A" w14:textId="77777777" w:rsidR="006F5A85" w:rsidRPr="00C9454D" w:rsidRDefault="006F5A85" w:rsidP="00C9454D">
      <w:pPr>
        <w:rPr>
          <w:sz w:val="24"/>
          <w:szCs w:val="24"/>
        </w:rPr>
      </w:pPr>
      <w:r w:rsidRPr="00C9454D">
        <w:rPr>
          <w:b/>
          <w:bCs/>
          <w:sz w:val="24"/>
          <w:szCs w:val="24"/>
        </w:rPr>
        <w:t>GUY:</w:t>
      </w:r>
      <w:r w:rsidRPr="00C9454D">
        <w:rPr>
          <w:sz w:val="24"/>
          <w:szCs w:val="24"/>
        </w:rPr>
        <w:t xml:space="preserve"> (suspicious) "Why."</w:t>
      </w:r>
    </w:p>
    <w:p w14:paraId="4CE10EB0" w14:textId="77777777" w:rsidR="006F5A85" w:rsidRPr="00C9454D" w:rsidRDefault="006F5A85" w:rsidP="00C9454D">
      <w:pPr>
        <w:rPr>
          <w:sz w:val="24"/>
          <w:szCs w:val="24"/>
        </w:rPr>
      </w:pPr>
      <w:r w:rsidRPr="00C9454D">
        <w:rPr>
          <w:b/>
          <w:bCs/>
          <w:sz w:val="24"/>
          <w:szCs w:val="24"/>
        </w:rPr>
        <w:t>ABILENE:</w:t>
      </w:r>
      <w:r w:rsidRPr="00C9454D">
        <w:rPr>
          <w:sz w:val="24"/>
          <w:szCs w:val="24"/>
        </w:rPr>
        <w:t xml:space="preserve"> "Because her husband discusses birds and she has unrequited feelings and if you don’t hug her, I fear she may combust."</w:t>
      </w:r>
    </w:p>
    <w:p w14:paraId="70FD4B47" w14:textId="77777777" w:rsidR="006F5A85" w:rsidRPr="00C9454D" w:rsidRDefault="006F5A85" w:rsidP="00C9454D">
      <w:pPr>
        <w:rPr>
          <w:sz w:val="24"/>
          <w:szCs w:val="24"/>
        </w:rPr>
      </w:pPr>
      <w:r w:rsidRPr="00C9454D">
        <w:rPr>
          <w:sz w:val="24"/>
          <w:szCs w:val="24"/>
        </w:rPr>
        <w:t xml:space="preserve">Guy sighed. He knew. He </w:t>
      </w:r>
      <w:r w:rsidRPr="00C9454D">
        <w:rPr>
          <w:i/>
          <w:iCs/>
          <w:sz w:val="24"/>
          <w:szCs w:val="24"/>
        </w:rPr>
        <w:t>knew.</w:t>
      </w:r>
      <w:r w:rsidRPr="00C9454D">
        <w:rPr>
          <w:sz w:val="24"/>
          <w:szCs w:val="24"/>
        </w:rPr>
        <w:t xml:space="preserve"> He also knew that when skin met skin, his body read everything. And Lydia’s body had no secrets.</w:t>
      </w:r>
    </w:p>
    <w:p w14:paraId="403DDEBA" w14:textId="77777777" w:rsidR="006F5A85" w:rsidRPr="00C9454D" w:rsidRDefault="006F5A85" w:rsidP="00C9454D">
      <w:pPr>
        <w:rPr>
          <w:sz w:val="24"/>
          <w:szCs w:val="24"/>
        </w:rPr>
      </w:pPr>
      <w:r w:rsidRPr="00C9454D">
        <w:rPr>
          <w:sz w:val="24"/>
          <w:szCs w:val="24"/>
        </w:rPr>
        <w:t>But he stepped forward.</w:t>
      </w:r>
    </w:p>
    <w:p w14:paraId="209649D5" w14:textId="77777777" w:rsidR="006F5A85" w:rsidRPr="00C9454D" w:rsidRDefault="006F5A85" w:rsidP="00C9454D">
      <w:pPr>
        <w:rPr>
          <w:sz w:val="24"/>
          <w:szCs w:val="24"/>
        </w:rPr>
      </w:pPr>
      <w:r w:rsidRPr="00C9454D">
        <w:rPr>
          <w:sz w:val="24"/>
          <w:szCs w:val="24"/>
        </w:rPr>
        <w:t>He embraced her.</w:t>
      </w:r>
    </w:p>
    <w:p w14:paraId="409B3610" w14:textId="77777777" w:rsidR="006F5A85" w:rsidRPr="00C9454D" w:rsidRDefault="006F5A85" w:rsidP="00C9454D">
      <w:pPr>
        <w:rPr>
          <w:sz w:val="24"/>
          <w:szCs w:val="24"/>
        </w:rPr>
      </w:pPr>
      <w:r w:rsidRPr="00C9454D">
        <w:rPr>
          <w:sz w:val="24"/>
          <w:szCs w:val="24"/>
        </w:rPr>
        <w:t>She collapsed into him. Chest against chest. Arms around neck. It was an embrace that lasted one second too long. Then two. Then five.</w:t>
      </w:r>
    </w:p>
    <w:p w14:paraId="1D75DACF" w14:textId="77777777" w:rsidR="006F5A85" w:rsidRPr="00C9454D" w:rsidRDefault="006F5A85" w:rsidP="00C9454D">
      <w:pPr>
        <w:rPr>
          <w:sz w:val="24"/>
          <w:szCs w:val="24"/>
        </w:rPr>
      </w:pPr>
      <w:r w:rsidRPr="00C9454D">
        <w:rPr>
          <w:b/>
          <w:bCs/>
          <w:sz w:val="24"/>
          <w:szCs w:val="24"/>
        </w:rPr>
        <w:t>ABILENE:</w:t>
      </w:r>
      <w:r w:rsidRPr="00C9454D">
        <w:rPr>
          <w:sz w:val="24"/>
          <w:szCs w:val="24"/>
        </w:rPr>
        <w:t xml:space="preserve"> (clearing throat) "That... should do it."</w:t>
      </w:r>
    </w:p>
    <w:p w14:paraId="4D57E641" w14:textId="77777777" w:rsidR="006F5A85" w:rsidRPr="00C9454D" w:rsidRDefault="006F5A85" w:rsidP="00C9454D">
      <w:pPr>
        <w:rPr>
          <w:sz w:val="24"/>
          <w:szCs w:val="24"/>
        </w:rPr>
      </w:pPr>
      <w:r w:rsidRPr="00C9454D">
        <w:rPr>
          <w:b/>
          <w:bCs/>
          <w:sz w:val="24"/>
          <w:szCs w:val="24"/>
        </w:rPr>
        <w:t>LYDIA:</w:t>
      </w:r>
      <w:r w:rsidRPr="00C9454D">
        <w:rPr>
          <w:sz w:val="24"/>
          <w:szCs w:val="24"/>
        </w:rPr>
        <w:t xml:space="preserve"> (teary) "Thank you... I feel... slightly better. But I might need one more. Just from you this time, Abilene."</w:t>
      </w:r>
    </w:p>
    <w:p w14:paraId="40292826" w14:textId="77777777" w:rsidR="006F5A85" w:rsidRPr="00C9454D" w:rsidRDefault="006F5A85" w:rsidP="00C9454D">
      <w:pPr>
        <w:rPr>
          <w:sz w:val="24"/>
          <w:szCs w:val="24"/>
        </w:rPr>
      </w:pPr>
      <w:r w:rsidRPr="00C9454D">
        <w:rPr>
          <w:sz w:val="24"/>
          <w:szCs w:val="24"/>
        </w:rPr>
        <w:t>The night ended with Lydia crying into Abilene’s lap, occasionally asking for Guy, then Abilene, then Guy again. Eventually, they settled her by the fire and she fell asleep with a warm compress and a gentle snore.</w:t>
      </w:r>
    </w:p>
    <w:p w14:paraId="05F62029" w14:textId="5B982EA2" w:rsidR="006F5A85" w:rsidRPr="00C9454D" w:rsidRDefault="006F5A85" w:rsidP="00C9454D">
      <w:pPr>
        <w:rPr>
          <w:sz w:val="24"/>
          <w:szCs w:val="24"/>
        </w:rPr>
      </w:pPr>
      <w:r w:rsidRPr="00C9454D">
        <w:rPr>
          <w:sz w:val="24"/>
          <w:szCs w:val="24"/>
        </w:rPr>
        <w:t>They loved her.</w:t>
      </w:r>
      <w:r w:rsidR="008D48E6" w:rsidRPr="00C9454D">
        <w:rPr>
          <w:sz w:val="24"/>
          <w:szCs w:val="24"/>
        </w:rPr>
        <w:t xml:space="preserve"> </w:t>
      </w:r>
      <w:r w:rsidRPr="00C9454D">
        <w:rPr>
          <w:sz w:val="24"/>
          <w:szCs w:val="24"/>
        </w:rPr>
        <w:t xml:space="preserve">Truly. </w:t>
      </w:r>
      <w:r w:rsidR="003B2046" w:rsidRPr="00C9454D">
        <w:rPr>
          <w:sz w:val="24"/>
          <w:szCs w:val="24"/>
        </w:rPr>
        <w:t xml:space="preserve">She was counted as family for she was their </w:t>
      </w:r>
      <w:proofErr w:type="spellStart"/>
      <w:r w:rsidR="003B2046" w:rsidRPr="00C9454D">
        <w:rPr>
          <w:sz w:val="24"/>
          <w:szCs w:val="24"/>
        </w:rPr>
        <w:t>childs</w:t>
      </w:r>
      <w:proofErr w:type="spellEnd"/>
      <w:r w:rsidR="003B2046" w:rsidRPr="00C9454D">
        <w:rPr>
          <w:sz w:val="24"/>
          <w:szCs w:val="24"/>
        </w:rPr>
        <w:t xml:space="preserve"> mother. </w:t>
      </w:r>
      <w:r w:rsidRPr="00C9454D">
        <w:rPr>
          <w:sz w:val="24"/>
          <w:szCs w:val="24"/>
        </w:rPr>
        <w:t>And they pitied her, too.</w:t>
      </w:r>
    </w:p>
    <w:p w14:paraId="4E3C7D04" w14:textId="77777777" w:rsidR="006F5A85" w:rsidRPr="00C9454D" w:rsidRDefault="006F5A85" w:rsidP="00C9454D">
      <w:pPr>
        <w:rPr>
          <w:sz w:val="24"/>
          <w:szCs w:val="24"/>
        </w:rPr>
      </w:pPr>
      <w:r w:rsidRPr="00C9454D">
        <w:rPr>
          <w:sz w:val="24"/>
          <w:szCs w:val="24"/>
        </w:rPr>
        <w:t>But not everyone found the scene charming.</w:t>
      </w:r>
    </w:p>
    <w:p w14:paraId="0194DE2B" w14:textId="77777777" w:rsidR="006F5A85" w:rsidRPr="00C9454D" w:rsidRDefault="006F5A85" w:rsidP="00C9454D">
      <w:pPr>
        <w:rPr>
          <w:sz w:val="24"/>
          <w:szCs w:val="24"/>
        </w:rPr>
      </w:pPr>
      <w:r w:rsidRPr="00C9454D">
        <w:rPr>
          <w:b/>
          <w:bCs/>
          <w:sz w:val="24"/>
          <w:szCs w:val="24"/>
        </w:rPr>
        <w:t>ALARÀ</w:t>
      </w:r>
      <w:r w:rsidRPr="00C9454D">
        <w:rPr>
          <w:sz w:val="24"/>
          <w:szCs w:val="24"/>
        </w:rPr>
        <w:t>, ever the detective, had noticed inconsistencies. Emotional flares. Quiet scribbles. Misaligned timelines.</w:t>
      </w:r>
    </w:p>
    <w:p w14:paraId="471BD7AF" w14:textId="77777777" w:rsidR="006F5A85" w:rsidRPr="00C9454D" w:rsidRDefault="006F5A85" w:rsidP="00C9454D">
      <w:pPr>
        <w:rPr>
          <w:sz w:val="24"/>
          <w:szCs w:val="24"/>
        </w:rPr>
      </w:pPr>
      <w:r w:rsidRPr="00C9454D">
        <w:rPr>
          <w:sz w:val="24"/>
          <w:szCs w:val="24"/>
        </w:rPr>
        <w:t xml:space="preserve">And so, when Lydia went to bathe, </w:t>
      </w:r>
      <w:proofErr w:type="spellStart"/>
      <w:r w:rsidRPr="00C9454D">
        <w:rPr>
          <w:sz w:val="24"/>
          <w:szCs w:val="24"/>
        </w:rPr>
        <w:t>Alarà</w:t>
      </w:r>
      <w:proofErr w:type="spellEnd"/>
      <w:r w:rsidRPr="00C9454D">
        <w:rPr>
          <w:sz w:val="24"/>
          <w:szCs w:val="24"/>
        </w:rPr>
        <w:t xml:space="preserve"> slipped into the library.</w:t>
      </w:r>
    </w:p>
    <w:p w14:paraId="122E3A08" w14:textId="77777777" w:rsidR="006F5A85" w:rsidRPr="00C9454D" w:rsidRDefault="006F5A85" w:rsidP="00C9454D">
      <w:pPr>
        <w:rPr>
          <w:sz w:val="24"/>
          <w:szCs w:val="24"/>
        </w:rPr>
      </w:pPr>
      <w:r w:rsidRPr="00C9454D">
        <w:rPr>
          <w:sz w:val="24"/>
          <w:szCs w:val="24"/>
        </w:rPr>
        <w:t>There, hidden on the top shelf behind a row of travel almanacs, was a small cedar chest.</w:t>
      </w:r>
    </w:p>
    <w:p w14:paraId="1275019A" w14:textId="77777777" w:rsidR="006F5A85" w:rsidRPr="00C9454D" w:rsidRDefault="006F5A85" w:rsidP="00C9454D">
      <w:pPr>
        <w:rPr>
          <w:sz w:val="24"/>
          <w:szCs w:val="24"/>
        </w:rPr>
      </w:pPr>
      <w:r w:rsidRPr="00C9454D">
        <w:rPr>
          <w:sz w:val="24"/>
          <w:szCs w:val="24"/>
        </w:rPr>
        <w:t>Inside? Letters.</w:t>
      </w:r>
    </w:p>
    <w:p w14:paraId="2DCB295E" w14:textId="77777777" w:rsidR="006F5A85" w:rsidRPr="00C9454D" w:rsidRDefault="006F5A85" w:rsidP="00C9454D">
      <w:pPr>
        <w:rPr>
          <w:sz w:val="24"/>
          <w:szCs w:val="24"/>
        </w:rPr>
      </w:pPr>
      <w:r w:rsidRPr="00C9454D">
        <w:rPr>
          <w:sz w:val="24"/>
          <w:szCs w:val="24"/>
        </w:rPr>
        <w:t>Dozens.</w:t>
      </w:r>
    </w:p>
    <w:p w14:paraId="65FECC5E" w14:textId="77777777" w:rsidR="006F5A85" w:rsidRPr="00C9454D" w:rsidRDefault="006F5A85" w:rsidP="00C9454D">
      <w:pPr>
        <w:rPr>
          <w:sz w:val="24"/>
          <w:szCs w:val="24"/>
        </w:rPr>
      </w:pPr>
      <w:r w:rsidRPr="00C9454D">
        <w:rPr>
          <w:sz w:val="24"/>
          <w:szCs w:val="24"/>
        </w:rPr>
        <w:t xml:space="preserve">Addressed to </w:t>
      </w:r>
      <w:r w:rsidRPr="00C9454D">
        <w:rPr>
          <w:b/>
          <w:bCs/>
          <w:sz w:val="24"/>
          <w:szCs w:val="24"/>
        </w:rPr>
        <w:t>John Marshall</w:t>
      </w:r>
      <w:r w:rsidRPr="00C9454D">
        <w:rPr>
          <w:sz w:val="24"/>
          <w:szCs w:val="24"/>
        </w:rPr>
        <w:t>.</w:t>
      </w:r>
    </w:p>
    <w:p w14:paraId="7AF32E74" w14:textId="77777777" w:rsidR="006F5A85" w:rsidRPr="00C9454D" w:rsidRDefault="006F5A85" w:rsidP="00C9454D">
      <w:pPr>
        <w:rPr>
          <w:sz w:val="24"/>
          <w:szCs w:val="24"/>
        </w:rPr>
      </w:pPr>
      <w:r w:rsidRPr="00C9454D">
        <w:rPr>
          <w:sz w:val="24"/>
          <w:szCs w:val="24"/>
        </w:rPr>
        <w:t xml:space="preserve">Signed: </w:t>
      </w:r>
      <w:r w:rsidRPr="00C9454D">
        <w:rPr>
          <w:b/>
          <w:bCs/>
          <w:sz w:val="24"/>
          <w:szCs w:val="24"/>
        </w:rPr>
        <w:t>L. de B.</w:t>
      </w:r>
    </w:p>
    <w:p w14:paraId="5E49FF17" w14:textId="77777777" w:rsidR="006F5A85" w:rsidRPr="00C9454D" w:rsidRDefault="006F5A85" w:rsidP="00C9454D">
      <w:pPr>
        <w:rPr>
          <w:sz w:val="24"/>
          <w:szCs w:val="24"/>
        </w:rPr>
      </w:pPr>
      <w:r w:rsidRPr="00C9454D">
        <w:rPr>
          <w:sz w:val="24"/>
          <w:szCs w:val="24"/>
        </w:rPr>
        <w:t>Sealed. Unsent.</w:t>
      </w:r>
    </w:p>
    <w:p w14:paraId="57CC055F" w14:textId="77777777" w:rsidR="006F5A85" w:rsidRPr="00C9454D" w:rsidRDefault="006F5A85" w:rsidP="00C9454D">
      <w:pPr>
        <w:rPr>
          <w:sz w:val="24"/>
          <w:szCs w:val="24"/>
        </w:rPr>
      </w:pPr>
      <w:r w:rsidRPr="00C9454D">
        <w:rPr>
          <w:sz w:val="24"/>
          <w:szCs w:val="24"/>
        </w:rPr>
        <w:t>And dripping with truth.</w:t>
      </w:r>
    </w:p>
    <w:p w14:paraId="48F6FC8E" w14:textId="77777777" w:rsidR="006F5A85" w:rsidRPr="00C9454D" w:rsidRDefault="006F5A85" w:rsidP="00C9454D">
      <w:pPr>
        <w:rPr>
          <w:sz w:val="24"/>
          <w:szCs w:val="24"/>
        </w:rPr>
      </w:pPr>
      <w:proofErr w:type="spellStart"/>
      <w:r w:rsidRPr="00C9454D">
        <w:rPr>
          <w:sz w:val="24"/>
          <w:szCs w:val="24"/>
        </w:rPr>
        <w:t>Alarà</w:t>
      </w:r>
      <w:proofErr w:type="spellEnd"/>
      <w:r w:rsidRPr="00C9454D">
        <w:rPr>
          <w:sz w:val="24"/>
          <w:szCs w:val="24"/>
        </w:rPr>
        <w:t xml:space="preserve"> took one. Read it.</w:t>
      </w:r>
    </w:p>
    <w:p w14:paraId="4643B4C5" w14:textId="77777777" w:rsidR="006F5A85" w:rsidRPr="00C9454D" w:rsidRDefault="006F5A85" w:rsidP="00C9454D">
      <w:pPr>
        <w:rPr>
          <w:sz w:val="24"/>
          <w:szCs w:val="24"/>
        </w:rPr>
      </w:pPr>
      <w:r w:rsidRPr="00C9454D">
        <w:rPr>
          <w:sz w:val="24"/>
          <w:szCs w:val="24"/>
        </w:rPr>
        <w:t>And said, quietly:</w:t>
      </w:r>
    </w:p>
    <w:p w14:paraId="2E7AB399" w14:textId="77777777" w:rsidR="006F5A85" w:rsidRPr="00C9454D" w:rsidRDefault="006F5A85" w:rsidP="00C9454D">
      <w:pPr>
        <w:rPr>
          <w:sz w:val="24"/>
          <w:szCs w:val="24"/>
        </w:rPr>
      </w:pPr>
      <w:r w:rsidRPr="00C9454D">
        <w:rPr>
          <w:b/>
          <w:bCs/>
          <w:sz w:val="24"/>
          <w:szCs w:val="24"/>
        </w:rPr>
        <w:t>ALARÀ:</w:t>
      </w:r>
      <w:r w:rsidRPr="00C9454D">
        <w:rPr>
          <w:sz w:val="24"/>
          <w:szCs w:val="24"/>
        </w:rPr>
        <w:t xml:space="preserve"> "Oh Lydia. What have you done."</w:t>
      </w:r>
    </w:p>
    <w:p w14:paraId="3448B9BE" w14:textId="77777777" w:rsidR="006F5A85" w:rsidRPr="00C9454D" w:rsidRDefault="006F5A85" w:rsidP="00C9454D">
      <w:pPr>
        <w:rPr>
          <w:sz w:val="24"/>
          <w:szCs w:val="24"/>
        </w:rPr>
      </w:pPr>
      <w:r w:rsidRPr="00C9454D">
        <w:rPr>
          <w:sz w:val="24"/>
          <w:szCs w:val="24"/>
        </w:rPr>
        <w:t>She gathered her notes. Closed the chest. And began her analysis.</w:t>
      </w:r>
    </w:p>
    <w:p w14:paraId="650A7A99" w14:textId="77777777" w:rsidR="006F5A85" w:rsidRPr="00C9454D" w:rsidRDefault="006F5A85" w:rsidP="00C9454D">
      <w:pPr>
        <w:rPr>
          <w:sz w:val="24"/>
          <w:szCs w:val="24"/>
        </w:rPr>
      </w:pPr>
      <w:r w:rsidRPr="00C9454D">
        <w:rPr>
          <w:sz w:val="24"/>
          <w:szCs w:val="24"/>
        </w:rPr>
        <w:t>Because every scroll, no matter how hidden, eventually comes to light.</w:t>
      </w:r>
    </w:p>
    <w:p w14:paraId="2796F883" w14:textId="77777777" w:rsidR="007C4D01" w:rsidRPr="00C9454D" w:rsidRDefault="007C4D01" w:rsidP="00C9454D">
      <w:pPr>
        <w:rPr>
          <w:sz w:val="24"/>
          <w:szCs w:val="24"/>
        </w:rPr>
      </w:pPr>
    </w:p>
    <w:p w14:paraId="3FD183BD" w14:textId="52084A51" w:rsidR="000C37C9" w:rsidRPr="00C9454D" w:rsidRDefault="000C37C9" w:rsidP="00C9454D">
      <w:pPr>
        <w:rPr>
          <w:sz w:val="24"/>
          <w:szCs w:val="24"/>
        </w:rPr>
      </w:pPr>
    </w:p>
    <w:p w14:paraId="63B7BC9B" w14:textId="4CA0D7A4" w:rsidR="000C37C9" w:rsidRPr="00C9454D" w:rsidRDefault="00410920" w:rsidP="00C9454D">
      <w:pPr>
        <w:rPr>
          <w:sz w:val="24"/>
          <w:szCs w:val="24"/>
        </w:rPr>
      </w:pPr>
      <w:r w:rsidRPr="00C9454D">
        <w:rPr>
          <w:sz w:val="24"/>
          <w:szCs w:val="24"/>
        </w:rPr>
        <w:t xml:space="preserve">John </w:t>
      </w:r>
      <w:r w:rsidR="000C37C9" w:rsidRPr="00C9454D">
        <w:rPr>
          <w:sz w:val="24"/>
          <w:szCs w:val="24"/>
        </w:rPr>
        <w:t>wasn’t meant to find it.</w:t>
      </w:r>
    </w:p>
    <w:p w14:paraId="1ACB6313" w14:textId="77777777" w:rsidR="000C37C9" w:rsidRPr="00C9454D" w:rsidRDefault="000C37C9" w:rsidP="00C9454D">
      <w:pPr>
        <w:rPr>
          <w:sz w:val="24"/>
          <w:szCs w:val="24"/>
        </w:rPr>
      </w:pPr>
      <w:r w:rsidRPr="00C9454D">
        <w:rPr>
          <w:sz w:val="24"/>
          <w:szCs w:val="24"/>
        </w:rPr>
        <w:t>That was clear. The ink had dried years ago. The parchment had yellowed like autumn leaves. And yet, there it was—</w:t>
      </w:r>
      <w:r w:rsidRPr="00C9454D">
        <w:rPr>
          <w:b/>
          <w:bCs/>
          <w:sz w:val="24"/>
          <w:szCs w:val="24"/>
        </w:rPr>
        <w:t>his name</w:t>
      </w:r>
      <w:r w:rsidRPr="00C9454D">
        <w:rPr>
          <w:sz w:val="24"/>
          <w:szCs w:val="24"/>
        </w:rPr>
        <w:t xml:space="preserve">, scrawled in Lydia’s hand, hidden among cedar scrolls unearthed by </w:t>
      </w:r>
      <w:proofErr w:type="spellStart"/>
      <w:r w:rsidRPr="00C9454D">
        <w:rPr>
          <w:sz w:val="24"/>
          <w:szCs w:val="24"/>
        </w:rPr>
        <w:t>Alarà</w:t>
      </w:r>
      <w:proofErr w:type="spellEnd"/>
      <w:r w:rsidRPr="00C9454D">
        <w:rPr>
          <w:sz w:val="24"/>
          <w:szCs w:val="24"/>
        </w:rPr>
        <w:t>.</w:t>
      </w:r>
    </w:p>
    <w:p w14:paraId="07A47E70" w14:textId="77777777" w:rsidR="000C37C9" w:rsidRPr="00C9454D" w:rsidRDefault="000C37C9" w:rsidP="00C9454D">
      <w:pPr>
        <w:rPr>
          <w:sz w:val="24"/>
          <w:szCs w:val="24"/>
        </w:rPr>
      </w:pPr>
      <w:proofErr w:type="spellStart"/>
      <w:r w:rsidRPr="00C9454D">
        <w:rPr>
          <w:sz w:val="24"/>
          <w:szCs w:val="24"/>
        </w:rPr>
        <w:t>Alarà</w:t>
      </w:r>
      <w:proofErr w:type="spellEnd"/>
      <w:r w:rsidRPr="00C9454D">
        <w:rPr>
          <w:sz w:val="24"/>
          <w:szCs w:val="24"/>
        </w:rPr>
        <w:t xml:space="preserve"> had handed it to him wordlessly, her face unreadable.</w:t>
      </w:r>
    </w:p>
    <w:p w14:paraId="4C933A72" w14:textId="77777777" w:rsidR="000C37C9" w:rsidRPr="00C9454D" w:rsidRDefault="000C37C9" w:rsidP="00C9454D">
      <w:pPr>
        <w:rPr>
          <w:sz w:val="24"/>
          <w:szCs w:val="24"/>
        </w:rPr>
      </w:pPr>
      <w:r w:rsidRPr="00C9454D">
        <w:rPr>
          <w:sz w:val="24"/>
          <w:szCs w:val="24"/>
        </w:rPr>
        <w:t>John now sat by the window in the east tower, Lydia’s unsent letter in his lap, hands unmoving.</w:t>
      </w:r>
    </w:p>
    <w:p w14:paraId="47360440" w14:textId="77777777" w:rsidR="000C37C9" w:rsidRPr="00C9454D" w:rsidRDefault="000C37C9" w:rsidP="00C9454D">
      <w:pPr>
        <w:rPr>
          <w:sz w:val="24"/>
          <w:szCs w:val="24"/>
        </w:rPr>
      </w:pPr>
      <w:r w:rsidRPr="00C9454D">
        <w:rPr>
          <w:sz w:val="24"/>
          <w:szCs w:val="24"/>
        </w:rPr>
        <w:t>It took him four tries to open it.</w:t>
      </w:r>
    </w:p>
    <w:p w14:paraId="7E4DE71C" w14:textId="77777777" w:rsidR="000C37C9" w:rsidRPr="00C9454D" w:rsidRDefault="000C37C9" w:rsidP="00C9454D">
      <w:pPr>
        <w:rPr>
          <w:sz w:val="24"/>
          <w:szCs w:val="24"/>
        </w:rPr>
      </w:pPr>
      <w:r w:rsidRPr="00C9454D">
        <w:rPr>
          <w:sz w:val="24"/>
          <w:szCs w:val="24"/>
        </w:rPr>
        <w:t>And then he read.</w:t>
      </w:r>
    </w:p>
    <w:p w14:paraId="0DA8118A" w14:textId="77777777" w:rsidR="000C37C9" w:rsidRPr="00C9454D" w:rsidRDefault="000C37C9" w:rsidP="00C9454D">
      <w:pPr>
        <w:rPr>
          <w:sz w:val="24"/>
          <w:szCs w:val="24"/>
        </w:rPr>
      </w:pPr>
      <w:r w:rsidRPr="00C9454D">
        <w:rPr>
          <w:sz w:val="24"/>
          <w:szCs w:val="24"/>
        </w:rPr>
        <w:t>And read again.</w:t>
      </w:r>
    </w:p>
    <w:p w14:paraId="03B5920F" w14:textId="77777777" w:rsidR="000C37C9" w:rsidRPr="00C9454D" w:rsidRDefault="000C37C9" w:rsidP="00C9454D">
      <w:pPr>
        <w:rPr>
          <w:sz w:val="24"/>
          <w:szCs w:val="24"/>
        </w:rPr>
      </w:pPr>
      <w:r w:rsidRPr="00C9454D">
        <w:rPr>
          <w:sz w:val="24"/>
          <w:szCs w:val="24"/>
        </w:rPr>
        <w:t>And the world shifted.</w:t>
      </w:r>
    </w:p>
    <w:p w14:paraId="67B10265" w14:textId="77777777" w:rsidR="000C37C9" w:rsidRPr="00C9454D" w:rsidRDefault="000C37C9" w:rsidP="00C9454D">
      <w:pPr>
        <w:rPr>
          <w:sz w:val="24"/>
          <w:szCs w:val="24"/>
        </w:rPr>
      </w:pPr>
      <w:r w:rsidRPr="00C9454D">
        <w:rPr>
          <w:sz w:val="24"/>
          <w:szCs w:val="24"/>
        </w:rPr>
        <w:t>His heart didn’t race. It slowed.</w:t>
      </w:r>
    </w:p>
    <w:p w14:paraId="0CB5B855" w14:textId="77777777" w:rsidR="000C37C9" w:rsidRPr="00C9454D" w:rsidRDefault="000C37C9" w:rsidP="00C9454D">
      <w:pPr>
        <w:rPr>
          <w:sz w:val="24"/>
          <w:szCs w:val="24"/>
        </w:rPr>
      </w:pPr>
      <w:r w:rsidRPr="00C9454D">
        <w:rPr>
          <w:sz w:val="24"/>
          <w:szCs w:val="24"/>
        </w:rPr>
        <w:t>Each word fell like a stone in a well—rippling down, down, to the boy who had once wondered why he always felt apart. Why he could never fully name the ache behind his ribs.</w:t>
      </w:r>
    </w:p>
    <w:p w14:paraId="326D4DFA" w14:textId="5BC39B87" w:rsidR="000C37C9" w:rsidRPr="00C9454D" w:rsidRDefault="000C37C9" w:rsidP="00C9454D">
      <w:pPr>
        <w:rPr>
          <w:sz w:val="24"/>
          <w:szCs w:val="24"/>
        </w:rPr>
      </w:pPr>
      <w:r w:rsidRPr="00C9454D">
        <w:rPr>
          <w:sz w:val="24"/>
          <w:szCs w:val="24"/>
        </w:rPr>
        <w:t>Lydia was his mother. He had not been abandoned. He had been protected.</w:t>
      </w:r>
    </w:p>
    <w:p w14:paraId="26553308" w14:textId="77777777" w:rsidR="000C37C9" w:rsidRPr="00C9454D" w:rsidRDefault="000C37C9" w:rsidP="00C9454D">
      <w:pPr>
        <w:rPr>
          <w:sz w:val="24"/>
          <w:szCs w:val="24"/>
        </w:rPr>
      </w:pPr>
      <w:r w:rsidRPr="00C9454D">
        <w:rPr>
          <w:sz w:val="24"/>
          <w:szCs w:val="24"/>
        </w:rPr>
        <w:t>He didn’t cry. Not then.</w:t>
      </w:r>
    </w:p>
    <w:p w14:paraId="2D939120" w14:textId="77777777" w:rsidR="000C37C9" w:rsidRPr="00C9454D" w:rsidRDefault="000C37C9" w:rsidP="00C9454D">
      <w:pPr>
        <w:rPr>
          <w:sz w:val="24"/>
          <w:szCs w:val="24"/>
        </w:rPr>
      </w:pPr>
      <w:r w:rsidRPr="00C9454D">
        <w:rPr>
          <w:sz w:val="24"/>
          <w:szCs w:val="24"/>
        </w:rPr>
        <w:t>Instead, he folded the letter and stood.</w:t>
      </w:r>
    </w:p>
    <w:p w14:paraId="11333C97" w14:textId="0C1F7753" w:rsidR="000C37C9" w:rsidRPr="00C9454D" w:rsidRDefault="000C37C9" w:rsidP="00C9454D">
      <w:pPr>
        <w:rPr>
          <w:sz w:val="24"/>
          <w:szCs w:val="24"/>
        </w:rPr>
      </w:pPr>
      <w:r w:rsidRPr="00C9454D">
        <w:rPr>
          <w:sz w:val="24"/>
          <w:szCs w:val="24"/>
        </w:rPr>
        <w:t>Walked the long hallway. Passed portraits of men he once thought bore kin to him.</w:t>
      </w:r>
    </w:p>
    <w:p w14:paraId="75A816AA" w14:textId="77777777" w:rsidR="000C37C9" w:rsidRPr="00C9454D" w:rsidRDefault="000C37C9" w:rsidP="00C9454D">
      <w:pPr>
        <w:rPr>
          <w:sz w:val="24"/>
          <w:szCs w:val="24"/>
        </w:rPr>
      </w:pPr>
      <w:r w:rsidRPr="00C9454D">
        <w:rPr>
          <w:sz w:val="24"/>
          <w:szCs w:val="24"/>
        </w:rPr>
        <w:t>He found Lydia in the garden, humming. Kneeling beside a rose bush. Always tending what she could never fully name.</w:t>
      </w:r>
    </w:p>
    <w:p w14:paraId="4C7A5F3C" w14:textId="77777777" w:rsidR="000C37C9" w:rsidRPr="00C9454D" w:rsidRDefault="000C37C9" w:rsidP="00C9454D">
      <w:pPr>
        <w:rPr>
          <w:sz w:val="24"/>
          <w:szCs w:val="24"/>
        </w:rPr>
      </w:pPr>
      <w:r w:rsidRPr="00C9454D">
        <w:rPr>
          <w:sz w:val="24"/>
          <w:szCs w:val="24"/>
        </w:rPr>
        <w:t>She looked up. Their eyes met.</w:t>
      </w:r>
    </w:p>
    <w:p w14:paraId="0DA454CB" w14:textId="77777777" w:rsidR="000C37C9" w:rsidRPr="00C9454D" w:rsidRDefault="000C37C9" w:rsidP="00C9454D">
      <w:pPr>
        <w:rPr>
          <w:sz w:val="24"/>
          <w:szCs w:val="24"/>
        </w:rPr>
      </w:pPr>
      <w:r w:rsidRPr="00C9454D">
        <w:rPr>
          <w:sz w:val="24"/>
          <w:szCs w:val="24"/>
        </w:rPr>
        <w:t>He said nothing.</w:t>
      </w:r>
    </w:p>
    <w:p w14:paraId="7455BAF9" w14:textId="77777777" w:rsidR="000C37C9" w:rsidRPr="00C9454D" w:rsidRDefault="000C37C9" w:rsidP="00C9454D">
      <w:pPr>
        <w:rPr>
          <w:sz w:val="24"/>
          <w:szCs w:val="24"/>
        </w:rPr>
      </w:pPr>
      <w:r w:rsidRPr="00C9454D">
        <w:rPr>
          <w:sz w:val="24"/>
          <w:szCs w:val="24"/>
        </w:rPr>
        <w:t>He stepped forward.</w:t>
      </w:r>
    </w:p>
    <w:p w14:paraId="17F2CA63" w14:textId="77777777" w:rsidR="000C37C9" w:rsidRPr="00C9454D" w:rsidRDefault="000C37C9" w:rsidP="00C9454D">
      <w:pPr>
        <w:rPr>
          <w:sz w:val="24"/>
          <w:szCs w:val="24"/>
        </w:rPr>
      </w:pPr>
      <w:r w:rsidRPr="00C9454D">
        <w:rPr>
          <w:sz w:val="24"/>
          <w:szCs w:val="24"/>
        </w:rPr>
        <w:t>And embraced her.</w:t>
      </w:r>
    </w:p>
    <w:p w14:paraId="584AE90B" w14:textId="77777777" w:rsidR="000C37C9" w:rsidRPr="00C9454D" w:rsidRDefault="000C37C9" w:rsidP="00C9454D">
      <w:pPr>
        <w:rPr>
          <w:sz w:val="24"/>
          <w:szCs w:val="24"/>
        </w:rPr>
      </w:pPr>
      <w:r w:rsidRPr="00C9454D">
        <w:rPr>
          <w:sz w:val="24"/>
          <w:szCs w:val="24"/>
        </w:rPr>
        <w:t>Arms around shoulders. Heart against heart. No words.</w:t>
      </w:r>
    </w:p>
    <w:p w14:paraId="4CDB23DC" w14:textId="77777777" w:rsidR="000C37C9" w:rsidRPr="00C9454D" w:rsidRDefault="000C37C9" w:rsidP="00C9454D">
      <w:pPr>
        <w:rPr>
          <w:sz w:val="24"/>
          <w:szCs w:val="24"/>
        </w:rPr>
      </w:pPr>
      <w:r w:rsidRPr="00C9454D">
        <w:rPr>
          <w:sz w:val="24"/>
          <w:szCs w:val="24"/>
        </w:rPr>
        <w:t>Just truth.</w:t>
      </w:r>
    </w:p>
    <w:p w14:paraId="0DFB9919" w14:textId="77777777" w:rsidR="000C37C9" w:rsidRPr="00C9454D" w:rsidRDefault="000C37C9" w:rsidP="00C9454D">
      <w:pPr>
        <w:rPr>
          <w:sz w:val="24"/>
          <w:szCs w:val="24"/>
        </w:rPr>
      </w:pPr>
      <w:r w:rsidRPr="00C9454D">
        <w:rPr>
          <w:sz w:val="24"/>
          <w:szCs w:val="24"/>
        </w:rPr>
        <w:t>Lydia gasped softly. Froze.</w:t>
      </w:r>
    </w:p>
    <w:p w14:paraId="082D1653" w14:textId="77777777" w:rsidR="000C37C9" w:rsidRPr="00C9454D" w:rsidRDefault="000C37C9" w:rsidP="00C9454D">
      <w:pPr>
        <w:rPr>
          <w:sz w:val="24"/>
          <w:szCs w:val="24"/>
        </w:rPr>
      </w:pPr>
      <w:r w:rsidRPr="00C9454D">
        <w:rPr>
          <w:sz w:val="24"/>
          <w:szCs w:val="24"/>
        </w:rPr>
        <w:t xml:space="preserve">Then, after a long breath, whispered: </w:t>
      </w:r>
      <w:r w:rsidRPr="00C9454D">
        <w:rPr>
          <w:b/>
          <w:bCs/>
          <w:sz w:val="24"/>
          <w:szCs w:val="24"/>
        </w:rPr>
        <w:t>“John.”</w:t>
      </w:r>
    </w:p>
    <w:p w14:paraId="44BE1125" w14:textId="77777777" w:rsidR="000C37C9" w:rsidRPr="00C9454D" w:rsidRDefault="000C37C9" w:rsidP="00C9454D">
      <w:pPr>
        <w:rPr>
          <w:sz w:val="24"/>
          <w:szCs w:val="24"/>
        </w:rPr>
      </w:pPr>
      <w:r w:rsidRPr="00C9454D">
        <w:rPr>
          <w:sz w:val="24"/>
          <w:szCs w:val="24"/>
        </w:rPr>
        <w:t>He pulled back.</w:t>
      </w:r>
    </w:p>
    <w:p w14:paraId="4AA48B9D" w14:textId="77777777" w:rsidR="000C37C9" w:rsidRPr="00C9454D" w:rsidRDefault="000C37C9" w:rsidP="00C9454D">
      <w:pPr>
        <w:rPr>
          <w:sz w:val="24"/>
          <w:szCs w:val="24"/>
        </w:rPr>
      </w:pPr>
      <w:r w:rsidRPr="00C9454D">
        <w:rPr>
          <w:sz w:val="24"/>
          <w:szCs w:val="24"/>
        </w:rPr>
        <w:t>Looked her in the eye.</w:t>
      </w:r>
    </w:p>
    <w:p w14:paraId="258CD157" w14:textId="77777777" w:rsidR="000C37C9" w:rsidRPr="00C9454D" w:rsidRDefault="000C37C9" w:rsidP="00C9454D">
      <w:pPr>
        <w:rPr>
          <w:sz w:val="24"/>
          <w:szCs w:val="24"/>
        </w:rPr>
      </w:pPr>
      <w:r w:rsidRPr="00C9454D">
        <w:rPr>
          <w:sz w:val="24"/>
          <w:szCs w:val="24"/>
        </w:rPr>
        <w:t>And spoke for the first time.</w:t>
      </w:r>
    </w:p>
    <w:p w14:paraId="2647BF23" w14:textId="77777777" w:rsidR="000C37C9" w:rsidRPr="00C9454D" w:rsidRDefault="000C37C9" w:rsidP="00C9454D">
      <w:pPr>
        <w:rPr>
          <w:sz w:val="24"/>
          <w:szCs w:val="24"/>
        </w:rPr>
      </w:pPr>
      <w:r w:rsidRPr="00C9454D">
        <w:rPr>
          <w:b/>
          <w:bCs/>
          <w:sz w:val="24"/>
          <w:szCs w:val="24"/>
        </w:rPr>
        <w:t>“Mother.”</w:t>
      </w:r>
    </w:p>
    <w:p w14:paraId="297C74F6" w14:textId="77777777" w:rsidR="000C37C9" w:rsidRPr="00C9454D" w:rsidRDefault="000C37C9" w:rsidP="00C9454D">
      <w:pPr>
        <w:rPr>
          <w:sz w:val="24"/>
          <w:szCs w:val="24"/>
        </w:rPr>
      </w:pPr>
      <w:r w:rsidRPr="00C9454D">
        <w:rPr>
          <w:sz w:val="24"/>
          <w:szCs w:val="24"/>
        </w:rPr>
        <w:t>She collapsed into his arms.</w:t>
      </w:r>
    </w:p>
    <w:p w14:paraId="269FD3A4" w14:textId="77777777" w:rsidR="000C37C9" w:rsidRPr="00C9454D" w:rsidRDefault="000C37C9" w:rsidP="00C9454D">
      <w:pPr>
        <w:rPr>
          <w:sz w:val="24"/>
          <w:szCs w:val="24"/>
        </w:rPr>
      </w:pPr>
      <w:r w:rsidRPr="00C9454D">
        <w:rPr>
          <w:sz w:val="24"/>
          <w:szCs w:val="24"/>
        </w:rPr>
        <w:t>And in that garden—where seeds always waited for spring—a family finally began to bloom.</w:t>
      </w:r>
    </w:p>
    <w:p w14:paraId="2B14EA42" w14:textId="77777777" w:rsidR="005F5C4B" w:rsidRPr="00C9454D" w:rsidRDefault="005F5C4B" w:rsidP="00C9454D">
      <w:pPr>
        <w:rPr>
          <w:sz w:val="24"/>
          <w:szCs w:val="24"/>
        </w:rPr>
      </w:pPr>
    </w:p>
    <w:p w14:paraId="0FC42A90" w14:textId="207AF9B3" w:rsidR="00BC2960" w:rsidRPr="00C9454D" w:rsidRDefault="00BC2960" w:rsidP="00C9454D">
      <w:pPr>
        <w:rPr>
          <w:rFonts w:asciiTheme="majorHAnsi" w:eastAsiaTheme="majorEastAsia" w:hAnsiTheme="majorHAnsi" w:cstheme="majorBidi"/>
          <w:color w:val="61721F" w:themeColor="accent1" w:themeShade="BF"/>
          <w:sz w:val="24"/>
          <w:szCs w:val="24"/>
        </w:rPr>
      </w:pPr>
      <w:r w:rsidRPr="00C9454D">
        <w:rPr>
          <w:rFonts w:asciiTheme="majorHAnsi" w:eastAsiaTheme="majorEastAsia" w:hAnsiTheme="majorHAnsi" w:cstheme="majorBidi"/>
          <w:b/>
          <w:bCs/>
          <w:color w:val="61721F" w:themeColor="accent1" w:themeShade="BF"/>
          <w:sz w:val="24"/>
          <w:szCs w:val="24"/>
        </w:rPr>
        <w:t xml:space="preserve"> John Marshall Confronts His Parents </w:t>
      </w:r>
    </w:p>
    <w:p w14:paraId="73A18B0F" w14:textId="77777777" w:rsidR="00BC2960" w:rsidRPr="00C9454D" w:rsidRDefault="00BC2960" w:rsidP="00C9454D">
      <w:pPr>
        <w:rPr>
          <w:rFonts w:eastAsiaTheme="majorEastAsia"/>
          <w:sz w:val="24"/>
          <w:szCs w:val="24"/>
        </w:rPr>
      </w:pPr>
      <w:r w:rsidRPr="00C9454D">
        <w:rPr>
          <w:rFonts w:eastAsiaTheme="majorEastAsia"/>
          <w:sz w:val="24"/>
          <w:szCs w:val="24"/>
        </w:rPr>
        <w:t>The sun had long since set over High Haven, but the candlelight in the great hall still burned. Quiet, golden, flickering against stone. John Marshall stood by the hearth, Lydia's letter clutched in his hand. It had been two days since he’d read it.</w:t>
      </w:r>
    </w:p>
    <w:p w14:paraId="1760B9DC" w14:textId="77777777" w:rsidR="00BC2960" w:rsidRPr="00C9454D" w:rsidRDefault="00BC2960" w:rsidP="00C9454D">
      <w:pPr>
        <w:rPr>
          <w:rFonts w:eastAsiaTheme="majorEastAsia"/>
          <w:sz w:val="24"/>
          <w:szCs w:val="24"/>
        </w:rPr>
      </w:pPr>
      <w:r w:rsidRPr="00C9454D">
        <w:rPr>
          <w:rFonts w:eastAsiaTheme="majorEastAsia"/>
          <w:sz w:val="24"/>
          <w:szCs w:val="24"/>
        </w:rPr>
        <w:t>He hadn’t spoken. Not fully.</w:t>
      </w:r>
    </w:p>
    <w:p w14:paraId="74C6E6B0" w14:textId="77777777" w:rsidR="00BC2960" w:rsidRPr="00C9454D" w:rsidRDefault="00BC2960" w:rsidP="00C9454D">
      <w:pPr>
        <w:rPr>
          <w:rFonts w:eastAsiaTheme="majorEastAsia"/>
          <w:sz w:val="24"/>
          <w:szCs w:val="24"/>
        </w:rPr>
      </w:pPr>
      <w:r w:rsidRPr="00C9454D">
        <w:rPr>
          <w:rFonts w:eastAsiaTheme="majorEastAsia"/>
          <w:sz w:val="24"/>
          <w:szCs w:val="24"/>
        </w:rPr>
        <w:t>Not until now.</w:t>
      </w:r>
    </w:p>
    <w:p w14:paraId="0D8CEFDE" w14:textId="77777777" w:rsidR="00BC2960" w:rsidRPr="00C9454D" w:rsidRDefault="00BC2960" w:rsidP="00C9454D">
      <w:pPr>
        <w:rPr>
          <w:rFonts w:eastAsiaTheme="majorEastAsia"/>
          <w:sz w:val="24"/>
          <w:szCs w:val="24"/>
        </w:rPr>
      </w:pPr>
      <w:r w:rsidRPr="00C9454D">
        <w:rPr>
          <w:rFonts w:eastAsiaTheme="majorEastAsia"/>
          <w:sz w:val="24"/>
          <w:szCs w:val="24"/>
        </w:rPr>
        <w:t xml:space="preserve">Abilene and Guy sat side by side. They knew. Of course they knew. </w:t>
      </w:r>
      <w:proofErr w:type="spellStart"/>
      <w:r w:rsidRPr="00C9454D">
        <w:rPr>
          <w:rFonts w:eastAsiaTheme="majorEastAsia"/>
          <w:sz w:val="24"/>
          <w:szCs w:val="24"/>
        </w:rPr>
        <w:t>Alarà</w:t>
      </w:r>
      <w:proofErr w:type="spellEnd"/>
      <w:r w:rsidRPr="00C9454D">
        <w:rPr>
          <w:rFonts w:eastAsiaTheme="majorEastAsia"/>
          <w:sz w:val="24"/>
          <w:szCs w:val="24"/>
        </w:rPr>
        <w:t xml:space="preserve"> had told them everything with her gentle, investigative grace.</w:t>
      </w:r>
    </w:p>
    <w:p w14:paraId="72DAC9EC" w14:textId="77777777" w:rsidR="00BC2960" w:rsidRPr="00C9454D" w:rsidRDefault="00BC2960" w:rsidP="00C9454D">
      <w:pPr>
        <w:rPr>
          <w:rFonts w:eastAsiaTheme="majorEastAsia"/>
          <w:sz w:val="24"/>
          <w:szCs w:val="24"/>
        </w:rPr>
      </w:pPr>
      <w:r w:rsidRPr="00C9454D">
        <w:rPr>
          <w:rFonts w:eastAsiaTheme="majorEastAsia"/>
          <w:sz w:val="24"/>
          <w:szCs w:val="24"/>
        </w:rPr>
        <w:t>John turned to face them, jaw clenched. The letter hung at his side like a sword.</w:t>
      </w:r>
    </w:p>
    <w:p w14:paraId="4E815E5E"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"I don’t know if I’m angry. Or relieved. Or if I have the right to feel either."</w:t>
      </w:r>
    </w:p>
    <w:p w14:paraId="540E0AE6" w14:textId="77777777" w:rsidR="00BC2960" w:rsidRPr="00C9454D" w:rsidRDefault="00BC2960" w:rsidP="00C9454D">
      <w:pPr>
        <w:rPr>
          <w:rFonts w:eastAsiaTheme="majorEastAsia"/>
          <w:sz w:val="24"/>
          <w:szCs w:val="24"/>
        </w:rPr>
      </w:pPr>
      <w:r w:rsidRPr="00C9454D">
        <w:rPr>
          <w:rFonts w:eastAsiaTheme="majorEastAsia"/>
          <w:sz w:val="24"/>
          <w:szCs w:val="24"/>
        </w:rPr>
        <w:t>Abilene stood slowly. Her eyes shone, but her spine remained strong.</w:t>
      </w:r>
    </w:p>
    <w:p w14:paraId="39C4EFB9"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"You have the right to feel everything, John."</w:t>
      </w:r>
    </w:p>
    <w:p w14:paraId="532D61B3" w14:textId="77777777" w:rsidR="00BC2960" w:rsidRPr="00C9454D" w:rsidRDefault="00BC2960" w:rsidP="00C9454D">
      <w:pPr>
        <w:rPr>
          <w:rFonts w:eastAsiaTheme="majorEastAsia"/>
          <w:sz w:val="24"/>
          <w:szCs w:val="24"/>
        </w:rPr>
      </w:pPr>
      <w:r w:rsidRPr="00C9454D">
        <w:rPr>
          <w:rFonts w:eastAsiaTheme="majorEastAsia"/>
          <w:sz w:val="24"/>
          <w:szCs w:val="24"/>
        </w:rPr>
        <w:t>He looked at her. Then at Guy.</w:t>
      </w:r>
    </w:p>
    <w:p w14:paraId="0F09F389"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"Did you know?"</w:t>
      </w:r>
    </w:p>
    <w:p w14:paraId="0BD08AA4" w14:textId="54D16D52" w:rsidR="00BC2960" w:rsidRPr="00C9454D" w:rsidRDefault="00BC2960" w:rsidP="00C9454D">
      <w:pPr>
        <w:rPr>
          <w:rFonts w:eastAsiaTheme="majorEastAsia"/>
          <w:sz w:val="24"/>
          <w:szCs w:val="24"/>
        </w:rPr>
      </w:pPr>
      <w:r w:rsidRPr="00C9454D">
        <w:rPr>
          <w:rFonts w:eastAsiaTheme="majorEastAsia"/>
          <w:sz w:val="24"/>
          <w:szCs w:val="24"/>
        </w:rPr>
        <w:t xml:space="preserve">Guy </w:t>
      </w:r>
      <w:r w:rsidR="000A131D" w:rsidRPr="00C9454D">
        <w:rPr>
          <w:rFonts w:eastAsiaTheme="majorEastAsia"/>
          <w:sz w:val="24"/>
          <w:szCs w:val="24"/>
        </w:rPr>
        <w:t>nodded</w:t>
      </w:r>
      <w:r w:rsidRPr="00C9454D">
        <w:rPr>
          <w:rFonts w:eastAsiaTheme="majorEastAsia"/>
          <w:sz w:val="24"/>
          <w:szCs w:val="24"/>
        </w:rPr>
        <w:t xml:space="preserve"> his head once.</w:t>
      </w:r>
    </w:p>
    <w:p w14:paraId="5A636E13" w14:textId="366D698D"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w:t>
      </w:r>
      <w:r w:rsidR="007D390D" w:rsidRPr="00C9454D">
        <w:rPr>
          <w:rFonts w:eastAsiaTheme="majorEastAsia"/>
          <w:sz w:val="24"/>
          <w:szCs w:val="24"/>
        </w:rPr>
        <w:t xml:space="preserve">But </w:t>
      </w:r>
      <w:r w:rsidRPr="00C9454D">
        <w:rPr>
          <w:rFonts w:eastAsiaTheme="majorEastAsia"/>
          <w:sz w:val="24"/>
          <w:szCs w:val="24"/>
        </w:rPr>
        <w:t>Not</w:t>
      </w:r>
      <w:r w:rsidR="00BF73D5" w:rsidRPr="00C9454D">
        <w:rPr>
          <w:rFonts w:eastAsiaTheme="majorEastAsia"/>
          <w:sz w:val="24"/>
          <w:szCs w:val="24"/>
        </w:rPr>
        <w:t xml:space="preserve"> about the letters</w:t>
      </w:r>
      <w:r w:rsidRPr="00C9454D">
        <w:rPr>
          <w:rFonts w:eastAsiaTheme="majorEastAsia"/>
          <w:sz w:val="24"/>
          <w:szCs w:val="24"/>
        </w:rPr>
        <w:t xml:space="preserve"> until recently. Not until </w:t>
      </w:r>
      <w:proofErr w:type="spellStart"/>
      <w:r w:rsidRPr="00C9454D">
        <w:rPr>
          <w:rFonts w:eastAsiaTheme="majorEastAsia"/>
          <w:sz w:val="24"/>
          <w:szCs w:val="24"/>
        </w:rPr>
        <w:t>Alarà</w:t>
      </w:r>
      <w:proofErr w:type="spellEnd"/>
      <w:r w:rsidRPr="00C9454D">
        <w:rPr>
          <w:rFonts w:eastAsiaTheme="majorEastAsia"/>
          <w:sz w:val="24"/>
          <w:szCs w:val="24"/>
        </w:rPr>
        <w:t xml:space="preserve"> brought the scrolls."</w:t>
      </w:r>
    </w:p>
    <w:p w14:paraId="3382A718"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"And you... you raised me. You called me son. You taught me how to hold a sword. How to write a psalm. How to kneel. And yet... it wasn’t your name I carried."</w:t>
      </w:r>
    </w:p>
    <w:p w14:paraId="3651158B" w14:textId="77777777" w:rsidR="00BC2960" w:rsidRPr="00C9454D" w:rsidRDefault="00BC2960" w:rsidP="00C9454D">
      <w:pPr>
        <w:rPr>
          <w:rFonts w:eastAsiaTheme="majorEastAsia"/>
          <w:sz w:val="24"/>
          <w:szCs w:val="24"/>
        </w:rPr>
      </w:pPr>
      <w:r w:rsidRPr="00C9454D">
        <w:rPr>
          <w:rFonts w:eastAsiaTheme="majorEastAsia"/>
          <w:sz w:val="24"/>
          <w:szCs w:val="24"/>
        </w:rPr>
        <w:t>Abilene stepped forward.</w:t>
      </w:r>
    </w:p>
    <w:p w14:paraId="5FB43675"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"But it was my heart you carried."</w:t>
      </w:r>
    </w:p>
    <w:p w14:paraId="1F9A12DA" w14:textId="77777777" w:rsidR="00BC2960" w:rsidRPr="00C9454D" w:rsidRDefault="00BC2960" w:rsidP="00C9454D">
      <w:pPr>
        <w:rPr>
          <w:rFonts w:eastAsiaTheme="majorEastAsia"/>
          <w:sz w:val="24"/>
          <w:szCs w:val="24"/>
        </w:rPr>
      </w:pPr>
      <w:r w:rsidRPr="00C9454D">
        <w:rPr>
          <w:rFonts w:eastAsiaTheme="majorEastAsia"/>
          <w:sz w:val="24"/>
          <w:szCs w:val="24"/>
        </w:rPr>
        <w:t>John’s breath hitched.</w:t>
      </w:r>
    </w:p>
    <w:p w14:paraId="74D201B2"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"And Lydia… she was never cruel. But she was always </w:t>
      </w:r>
      <w:r w:rsidRPr="00C9454D">
        <w:rPr>
          <w:rFonts w:eastAsiaTheme="majorEastAsia"/>
          <w:i/>
          <w:iCs/>
          <w:sz w:val="24"/>
          <w:szCs w:val="24"/>
        </w:rPr>
        <w:t>there</w:t>
      </w:r>
      <w:r w:rsidRPr="00C9454D">
        <w:rPr>
          <w:rFonts w:eastAsiaTheme="majorEastAsia"/>
          <w:sz w:val="24"/>
          <w:szCs w:val="24"/>
        </w:rPr>
        <w:t>—like a shadow with eyes. Watching. Waiting. Praying I’d never ask the wrong question."</w:t>
      </w:r>
    </w:p>
    <w:p w14:paraId="3797F4F6" w14:textId="77777777" w:rsidR="00BC2960" w:rsidRPr="00C9454D" w:rsidRDefault="00BC2960" w:rsidP="00C9454D">
      <w:pPr>
        <w:rPr>
          <w:rFonts w:eastAsiaTheme="majorEastAsia"/>
          <w:sz w:val="24"/>
          <w:szCs w:val="24"/>
        </w:rPr>
      </w:pPr>
      <w:r w:rsidRPr="00C9454D">
        <w:rPr>
          <w:rFonts w:eastAsiaTheme="majorEastAsia"/>
          <w:sz w:val="24"/>
          <w:szCs w:val="24"/>
        </w:rPr>
        <w:t>He paced.</w:t>
      </w:r>
    </w:p>
    <w:p w14:paraId="5B9D5F67" w14:textId="77777777" w:rsidR="00BC2960" w:rsidRPr="00C9454D" w:rsidRDefault="00BC2960" w:rsidP="00C9454D">
      <w:pPr>
        <w:rPr>
          <w:rFonts w:eastAsiaTheme="majorEastAsia"/>
          <w:sz w:val="24"/>
          <w:szCs w:val="24"/>
        </w:rPr>
      </w:pPr>
      <w:r w:rsidRPr="00C9454D">
        <w:rPr>
          <w:rFonts w:eastAsiaTheme="majorEastAsia"/>
          <w:b/>
          <w:bCs/>
          <w:sz w:val="24"/>
          <w:szCs w:val="24"/>
        </w:rPr>
        <w:t>JOHN (cont’d):</w:t>
      </w:r>
      <w:r w:rsidRPr="00C9454D">
        <w:rPr>
          <w:rFonts w:eastAsiaTheme="majorEastAsia"/>
          <w:sz w:val="24"/>
          <w:szCs w:val="24"/>
        </w:rPr>
        <w:t xml:space="preserve"> "Do I grieve the lie? Or do I honor the reason it was told? I don’t know. It’s the only question I’ve ever been asked that I cannot answer."</w:t>
      </w:r>
    </w:p>
    <w:p w14:paraId="3F61CAAF" w14:textId="77777777" w:rsidR="00BC2960" w:rsidRPr="00C9454D" w:rsidRDefault="00BC2960" w:rsidP="00C9454D">
      <w:pPr>
        <w:rPr>
          <w:rFonts w:eastAsiaTheme="majorEastAsia"/>
          <w:sz w:val="24"/>
          <w:szCs w:val="24"/>
        </w:rPr>
      </w:pPr>
      <w:r w:rsidRPr="00C9454D">
        <w:rPr>
          <w:rFonts w:eastAsiaTheme="majorEastAsia"/>
          <w:sz w:val="24"/>
          <w:szCs w:val="24"/>
        </w:rPr>
        <w:t>Guy stood then. Walked to him.</w:t>
      </w:r>
    </w:p>
    <w:p w14:paraId="25A9745E"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"When I took you in, I knew only this: you were meant to be mine. And I swore to raise you as such. Not because of duty. But because the moment I held you, my soul stopped searching."</w:t>
      </w:r>
    </w:p>
    <w:p w14:paraId="70E1F6FD" w14:textId="77777777" w:rsidR="00BC2960" w:rsidRPr="00C9454D" w:rsidRDefault="00BC2960" w:rsidP="00C9454D">
      <w:pPr>
        <w:rPr>
          <w:rFonts w:eastAsiaTheme="majorEastAsia"/>
          <w:sz w:val="24"/>
          <w:szCs w:val="24"/>
        </w:rPr>
      </w:pPr>
      <w:r w:rsidRPr="00C9454D">
        <w:rPr>
          <w:rFonts w:eastAsiaTheme="majorEastAsia"/>
          <w:sz w:val="24"/>
          <w:szCs w:val="24"/>
        </w:rPr>
        <w:t>John’s face broke.</w:t>
      </w:r>
    </w:p>
    <w:p w14:paraId="27CD34A2"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"I don’t want to dishonor the love you gave me. But I feel like I’ve been walking my whole life with one eye closed."</w:t>
      </w:r>
    </w:p>
    <w:p w14:paraId="0668F3E9" w14:textId="77777777" w:rsidR="00BC2960" w:rsidRPr="00C9454D" w:rsidRDefault="00BC2960" w:rsidP="00C9454D">
      <w:pPr>
        <w:rPr>
          <w:rFonts w:eastAsiaTheme="majorEastAsia"/>
          <w:sz w:val="24"/>
          <w:szCs w:val="24"/>
        </w:rPr>
      </w:pPr>
      <w:r w:rsidRPr="00C9454D">
        <w:rPr>
          <w:rFonts w:eastAsiaTheme="majorEastAsia"/>
          <w:sz w:val="24"/>
          <w:szCs w:val="24"/>
        </w:rPr>
        <w:t>Abilene came closer. Placed a hand on his heart.</w:t>
      </w:r>
    </w:p>
    <w:p w14:paraId="0361E8F2"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"Then open it now. Fully. You are not less ours because you came from someone else. You are </w:t>
      </w:r>
      <w:r w:rsidRPr="00C9454D">
        <w:rPr>
          <w:rFonts w:eastAsiaTheme="majorEastAsia"/>
          <w:i/>
          <w:iCs/>
          <w:sz w:val="24"/>
          <w:szCs w:val="24"/>
        </w:rPr>
        <w:t>more.</w:t>
      </w:r>
      <w:r w:rsidRPr="00C9454D">
        <w:rPr>
          <w:rFonts w:eastAsiaTheme="majorEastAsia"/>
          <w:sz w:val="24"/>
          <w:szCs w:val="24"/>
        </w:rPr>
        <w:t xml:space="preserve"> You are the sum of love </w:t>
      </w:r>
      <w:r w:rsidRPr="00C9454D">
        <w:rPr>
          <w:rFonts w:eastAsiaTheme="majorEastAsia"/>
          <w:i/>
          <w:iCs/>
          <w:sz w:val="24"/>
          <w:szCs w:val="24"/>
        </w:rPr>
        <w:t>and</w:t>
      </w:r>
      <w:r w:rsidRPr="00C9454D">
        <w:rPr>
          <w:rFonts w:eastAsiaTheme="majorEastAsia"/>
          <w:sz w:val="24"/>
          <w:szCs w:val="24"/>
        </w:rPr>
        <w:t xml:space="preserve"> sacrifice. Of truth </w:t>
      </w:r>
      <w:r w:rsidRPr="00C9454D">
        <w:rPr>
          <w:rFonts w:eastAsiaTheme="majorEastAsia"/>
          <w:i/>
          <w:iCs/>
          <w:sz w:val="24"/>
          <w:szCs w:val="24"/>
        </w:rPr>
        <w:t>and</w:t>
      </w:r>
      <w:r w:rsidRPr="00C9454D">
        <w:rPr>
          <w:rFonts w:eastAsiaTheme="majorEastAsia"/>
          <w:sz w:val="24"/>
          <w:szCs w:val="24"/>
        </w:rPr>
        <w:t xml:space="preserve"> timing."</w:t>
      </w:r>
    </w:p>
    <w:p w14:paraId="5E324156" w14:textId="77777777" w:rsidR="00BC2960" w:rsidRPr="00C9454D" w:rsidRDefault="00BC2960" w:rsidP="00C9454D">
      <w:pPr>
        <w:rPr>
          <w:rFonts w:eastAsiaTheme="majorEastAsia"/>
          <w:sz w:val="24"/>
          <w:szCs w:val="24"/>
        </w:rPr>
      </w:pPr>
      <w:r w:rsidRPr="00C9454D">
        <w:rPr>
          <w:rFonts w:eastAsiaTheme="majorEastAsia"/>
          <w:sz w:val="24"/>
          <w:szCs w:val="24"/>
        </w:rPr>
        <w:t>John dropped his gaze.</w:t>
      </w:r>
    </w:p>
    <w:p w14:paraId="49016DA3"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"I don’t know who I am."</w:t>
      </w:r>
    </w:p>
    <w:p w14:paraId="56D7E78C" w14:textId="77777777" w:rsidR="00BC2960" w:rsidRPr="00C9454D" w:rsidRDefault="00BC2960" w:rsidP="00C9454D">
      <w:pPr>
        <w:rPr>
          <w:rFonts w:eastAsiaTheme="majorEastAsia"/>
          <w:sz w:val="24"/>
          <w:szCs w:val="24"/>
        </w:rPr>
      </w:pPr>
      <w:r w:rsidRPr="00C9454D">
        <w:rPr>
          <w:rFonts w:eastAsiaTheme="majorEastAsia"/>
          <w:sz w:val="24"/>
          <w:szCs w:val="24"/>
        </w:rPr>
        <w:t>Guy answered first.</w:t>
      </w:r>
    </w:p>
    <w:p w14:paraId="33DABDD4"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"You’re the boy who walked barefoot across the courtyard to return a baby bird to its nest."</w:t>
      </w:r>
    </w:p>
    <w:p w14:paraId="69B12AEE" w14:textId="63793C79"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"You’re the man who stayed behind to bury the forgotten."</w:t>
      </w:r>
    </w:p>
    <w:p w14:paraId="4CC8E026"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"You are our son. Chosen. And loved."</w:t>
      </w:r>
    </w:p>
    <w:p w14:paraId="514BFD07" w14:textId="77777777" w:rsidR="00BC2960" w:rsidRPr="00C9454D" w:rsidRDefault="00BC2960" w:rsidP="00C9454D">
      <w:pPr>
        <w:rPr>
          <w:rFonts w:eastAsiaTheme="majorEastAsia"/>
          <w:sz w:val="24"/>
          <w:szCs w:val="24"/>
        </w:rPr>
      </w:pPr>
      <w:r w:rsidRPr="00C9454D">
        <w:rPr>
          <w:rFonts w:eastAsiaTheme="majorEastAsia"/>
          <w:sz w:val="24"/>
          <w:szCs w:val="24"/>
        </w:rPr>
        <w:t>John exhaled. A long, trembling breath.</w:t>
      </w:r>
    </w:p>
    <w:p w14:paraId="6B36CC9B" w14:textId="77777777" w:rsidR="00BC2960" w:rsidRPr="00C9454D" w:rsidRDefault="00BC2960" w:rsidP="00C9454D">
      <w:pPr>
        <w:rPr>
          <w:rFonts w:eastAsiaTheme="majorEastAsia"/>
          <w:sz w:val="24"/>
          <w:szCs w:val="24"/>
        </w:rPr>
      </w:pPr>
      <w:r w:rsidRPr="00C9454D">
        <w:rPr>
          <w:rFonts w:eastAsiaTheme="majorEastAsia"/>
          <w:b/>
          <w:bCs/>
          <w:sz w:val="24"/>
          <w:szCs w:val="24"/>
        </w:rPr>
        <w:t>JOHN:</w:t>
      </w:r>
      <w:r w:rsidRPr="00C9454D">
        <w:rPr>
          <w:rFonts w:eastAsiaTheme="majorEastAsia"/>
          <w:sz w:val="24"/>
          <w:szCs w:val="24"/>
        </w:rPr>
        <w:t xml:space="preserve"> "Then help me. Help me become what all of you believed I already was."</w:t>
      </w:r>
    </w:p>
    <w:p w14:paraId="3054590F" w14:textId="77777777" w:rsidR="00BC2960" w:rsidRPr="00C9454D" w:rsidRDefault="00BC2960" w:rsidP="00C9454D">
      <w:pPr>
        <w:rPr>
          <w:rFonts w:eastAsiaTheme="majorEastAsia"/>
          <w:sz w:val="24"/>
          <w:szCs w:val="24"/>
        </w:rPr>
      </w:pPr>
      <w:r w:rsidRPr="00C9454D">
        <w:rPr>
          <w:rFonts w:eastAsiaTheme="majorEastAsia"/>
          <w:sz w:val="24"/>
          <w:szCs w:val="24"/>
        </w:rPr>
        <w:t>Abilene pulled him into her arms. Guy rested his hand on his shoulder.</w:t>
      </w:r>
    </w:p>
    <w:p w14:paraId="2EE96CF1" w14:textId="77777777" w:rsidR="00BC2960" w:rsidRPr="00C9454D" w:rsidRDefault="00BC2960" w:rsidP="00C9454D">
      <w:pPr>
        <w:rPr>
          <w:rFonts w:eastAsiaTheme="majorEastAsia"/>
          <w:sz w:val="24"/>
          <w:szCs w:val="24"/>
        </w:rPr>
      </w:pPr>
      <w:r w:rsidRPr="00C9454D">
        <w:rPr>
          <w:rFonts w:eastAsiaTheme="majorEastAsia"/>
          <w:sz w:val="24"/>
          <w:szCs w:val="24"/>
        </w:rPr>
        <w:t>And for the first time in days—John felt whole.</w:t>
      </w:r>
    </w:p>
    <w:p w14:paraId="4C0520E2" w14:textId="77777777" w:rsidR="00BC2960" w:rsidRPr="00C9454D" w:rsidRDefault="00BC2960" w:rsidP="00C9454D">
      <w:pPr>
        <w:rPr>
          <w:rFonts w:eastAsiaTheme="majorEastAsia"/>
          <w:sz w:val="24"/>
          <w:szCs w:val="24"/>
        </w:rPr>
      </w:pPr>
      <w:r w:rsidRPr="00C9454D">
        <w:rPr>
          <w:rFonts w:eastAsiaTheme="majorEastAsia"/>
          <w:sz w:val="24"/>
          <w:szCs w:val="24"/>
        </w:rPr>
        <w:t>Not by blood alone.</w:t>
      </w:r>
    </w:p>
    <w:p w14:paraId="7BCB54F1" w14:textId="77777777" w:rsidR="00BC2960" w:rsidRPr="00C9454D" w:rsidRDefault="00BC2960" w:rsidP="00C9454D">
      <w:pPr>
        <w:rPr>
          <w:rFonts w:eastAsiaTheme="majorEastAsia"/>
          <w:sz w:val="24"/>
          <w:szCs w:val="24"/>
        </w:rPr>
      </w:pPr>
      <w:r w:rsidRPr="00C9454D">
        <w:rPr>
          <w:rFonts w:eastAsiaTheme="majorEastAsia"/>
          <w:sz w:val="24"/>
          <w:szCs w:val="24"/>
        </w:rPr>
        <w:t>But by the truth finally spoken.</w:t>
      </w:r>
    </w:p>
    <w:p w14:paraId="42868F65" w14:textId="77777777" w:rsidR="00BC2960" w:rsidRPr="00C9454D" w:rsidRDefault="00BC2960" w:rsidP="00C9454D">
      <w:pPr>
        <w:rPr>
          <w:rFonts w:eastAsiaTheme="majorEastAsia"/>
          <w:sz w:val="24"/>
          <w:szCs w:val="24"/>
        </w:rPr>
      </w:pPr>
      <w:r w:rsidRPr="00C9454D">
        <w:rPr>
          <w:rFonts w:eastAsiaTheme="majorEastAsia"/>
          <w:sz w:val="24"/>
          <w:szCs w:val="24"/>
        </w:rPr>
        <w:t>And the love that never required explanation.</w:t>
      </w:r>
    </w:p>
    <w:p w14:paraId="37A6368C" w14:textId="0EBB5CBA" w:rsidR="00BC2960" w:rsidRPr="00C9454D" w:rsidRDefault="00BC2960" w:rsidP="00C9454D">
      <w:pPr>
        <w:rPr>
          <w:rFonts w:eastAsiaTheme="majorEastAsia"/>
          <w:sz w:val="24"/>
          <w:szCs w:val="24"/>
        </w:rPr>
      </w:pPr>
    </w:p>
    <w:p w14:paraId="7E8769EE" w14:textId="372D64E9" w:rsidR="00BC2960" w:rsidRPr="00C9454D" w:rsidRDefault="00BC2960" w:rsidP="00C9454D">
      <w:pPr>
        <w:rPr>
          <w:rFonts w:eastAsiaTheme="majorEastAsia"/>
          <w:sz w:val="24"/>
          <w:szCs w:val="24"/>
        </w:rPr>
      </w:pPr>
      <w:r w:rsidRPr="00C9454D">
        <w:rPr>
          <w:rFonts w:eastAsiaTheme="majorEastAsia"/>
          <w:b/>
          <w:bCs/>
          <w:sz w:val="24"/>
          <w:szCs w:val="24"/>
        </w:rPr>
        <w:t>Lydia and Guy – Present Day Conversation</w:t>
      </w:r>
    </w:p>
    <w:p w14:paraId="2BF7BDD5" w14:textId="77777777" w:rsidR="00BC2960" w:rsidRPr="00C9454D" w:rsidRDefault="00BC2960" w:rsidP="00C9454D">
      <w:pPr>
        <w:rPr>
          <w:rFonts w:eastAsiaTheme="majorEastAsia"/>
          <w:sz w:val="24"/>
          <w:szCs w:val="24"/>
        </w:rPr>
      </w:pPr>
      <w:r w:rsidRPr="00C9454D">
        <w:rPr>
          <w:rFonts w:eastAsiaTheme="majorEastAsia"/>
          <w:sz w:val="24"/>
          <w:szCs w:val="24"/>
        </w:rPr>
        <w:t>Lydia found him in the orchard just before dusk, the same place she’d once watched him teach John to pray.</w:t>
      </w:r>
    </w:p>
    <w:p w14:paraId="5A3A5D48" w14:textId="523C67CE" w:rsidR="00BC2960" w:rsidRPr="00C9454D" w:rsidRDefault="00BC2960" w:rsidP="00C9454D">
      <w:pPr>
        <w:rPr>
          <w:rFonts w:eastAsiaTheme="majorEastAsia"/>
          <w:sz w:val="24"/>
          <w:szCs w:val="24"/>
        </w:rPr>
      </w:pPr>
      <w:r w:rsidRPr="00C9454D">
        <w:rPr>
          <w:rFonts w:eastAsiaTheme="majorEastAsia"/>
          <w:b/>
          <w:bCs/>
          <w:sz w:val="24"/>
          <w:szCs w:val="24"/>
        </w:rPr>
        <w:t>LYDIA:</w:t>
      </w:r>
      <w:r w:rsidRPr="00C9454D">
        <w:rPr>
          <w:rFonts w:eastAsiaTheme="majorEastAsia"/>
          <w:sz w:val="24"/>
          <w:szCs w:val="24"/>
        </w:rPr>
        <w:t xml:space="preserve"> "You weren’t </w:t>
      </w:r>
      <w:r w:rsidR="00026024" w:rsidRPr="00C9454D">
        <w:rPr>
          <w:rFonts w:eastAsiaTheme="majorEastAsia"/>
          <w:sz w:val="24"/>
          <w:szCs w:val="24"/>
        </w:rPr>
        <w:t>just an obsession.</w:t>
      </w:r>
      <w:r w:rsidRPr="00C9454D">
        <w:rPr>
          <w:rFonts w:eastAsiaTheme="majorEastAsia"/>
          <w:sz w:val="24"/>
          <w:szCs w:val="24"/>
        </w:rPr>
        <w:t xml:space="preserve"> You never were. But my body knew yours, Guy. My spirit did too."</w:t>
      </w:r>
    </w:p>
    <w:p w14:paraId="0C19893F" w14:textId="77777777" w:rsidR="00BC2960" w:rsidRPr="00C9454D" w:rsidRDefault="00BC2960" w:rsidP="00C9454D">
      <w:pPr>
        <w:rPr>
          <w:rFonts w:eastAsiaTheme="majorEastAsia"/>
          <w:sz w:val="24"/>
          <w:szCs w:val="24"/>
        </w:rPr>
      </w:pPr>
      <w:r w:rsidRPr="00C9454D">
        <w:rPr>
          <w:rFonts w:eastAsiaTheme="majorEastAsia"/>
          <w:sz w:val="24"/>
          <w:szCs w:val="24"/>
        </w:rPr>
        <w:t>He didn’t speak.</w:t>
      </w:r>
    </w:p>
    <w:p w14:paraId="4AB2F38D" w14:textId="77777777" w:rsidR="00BC2960" w:rsidRPr="00C9454D" w:rsidRDefault="00BC2960" w:rsidP="00C9454D">
      <w:pPr>
        <w:rPr>
          <w:rFonts w:eastAsiaTheme="majorEastAsia"/>
          <w:sz w:val="24"/>
          <w:szCs w:val="24"/>
        </w:rPr>
      </w:pPr>
      <w:r w:rsidRPr="00C9454D">
        <w:rPr>
          <w:rFonts w:eastAsiaTheme="majorEastAsia"/>
          <w:b/>
          <w:bCs/>
          <w:sz w:val="24"/>
          <w:szCs w:val="24"/>
        </w:rPr>
        <w:t>LYDIA (cont’d):</w:t>
      </w:r>
      <w:r w:rsidRPr="00C9454D">
        <w:rPr>
          <w:rFonts w:eastAsiaTheme="majorEastAsia"/>
          <w:sz w:val="24"/>
          <w:szCs w:val="24"/>
        </w:rPr>
        <w:t xml:space="preserve"> "You looked like love to me. You looked like my future. I couldn’t help it. You looked… </w:t>
      </w:r>
    </w:p>
    <w:p w14:paraId="4E3654DE" w14:textId="77777777" w:rsidR="00BC2960" w:rsidRPr="00C9454D" w:rsidRDefault="00BC2960" w:rsidP="00C9454D">
      <w:pPr>
        <w:rPr>
          <w:rFonts w:eastAsiaTheme="majorEastAsia"/>
          <w:sz w:val="24"/>
          <w:szCs w:val="24"/>
        </w:rPr>
      </w:pPr>
      <w:r w:rsidRPr="00C9454D">
        <w:rPr>
          <w:rFonts w:eastAsiaTheme="majorEastAsia"/>
          <w:sz w:val="24"/>
          <w:szCs w:val="24"/>
        </w:rPr>
        <w:t>Guy turned. His face softer than expected.</w:t>
      </w:r>
    </w:p>
    <w:p w14:paraId="1562B107"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"You looked like Isabelle."</w:t>
      </w:r>
    </w:p>
    <w:p w14:paraId="062E0DFF" w14:textId="77777777" w:rsidR="00BC2960" w:rsidRPr="00C9454D" w:rsidRDefault="00BC2960" w:rsidP="00C9454D">
      <w:pPr>
        <w:rPr>
          <w:rFonts w:eastAsiaTheme="majorEastAsia"/>
          <w:sz w:val="24"/>
          <w:szCs w:val="24"/>
        </w:rPr>
      </w:pPr>
      <w:r w:rsidRPr="00C9454D">
        <w:rPr>
          <w:rFonts w:eastAsiaTheme="majorEastAsia"/>
          <w:sz w:val="24"/>
          <w:szCs w:val="24"/>
        </w:rPr>
        <w:t>Lydia blinked. Tears pricking.</w:t>
      </w:r>
    </w:p>
    <w:p w14:paraId="2FDBA8CF" w14:textId="77777777" w:rsidR="00BC2960" w:rsidRPr="00C9454D" w:rsidRDefault="00BC2960" w:rsidP="00C9454D">
      <w:pPr>
        <w:rPr>
          <w:rFonts w:eastAsiaTheme="majorEastAsia"/>
          <w:sz w:val="24"/>
          <w:szCs w:val="24"/>
        </w:rPr>
      </w:pPr>
      <w:r w:rsidRPr="00C9454D">
        <w:rPr>
          <w:rFonts w:eastAsiaTheme="majorEastAsia"/>
          <w:b/>
          <w:bCs/>
          <w:sz w:val="24"/>
          <w:szCs w:val="24"/>
        </w:rPr>
        <w:t>GUY (cont’d):</w:t>
      </w:r>
      <w:r w:rsidRPr="00C9454D">
        <w:rPr>
          <w:rFonts w:eastAsiaTheme="majorEastAsia"/>
          <w:sz w:val="24"/>
          <w:szCs w:val="24"/>
        </w:rPr>
        <w:t xml:space="preserve"> "Same eyes. Same voice. Same tilt of the head when you’re about to ruin a man’s resolve. But you were never her. You were you."</w:t>
      </w:r>
    </w:p>
    <w:p w14:paraId="18E7D762" w14:textId="77777777" w:rsidR="00BC2960" w:rsidRPr="00C9454D" w:rsidRDefault="00BC2960" w:rsidP="00C9454D">
      <w:pPr>
        <w:rPr>
          <w:rFonts w:eastAsiaTheme="majorEastAsia"/>
          <w:sz w:val="24"/>
          <w:szCs w:val="24"/>
        </w:rPr>
      </w:pPr>
      <w:r w:rsidRPr="00C9454D">
        <w:rPr>
          <w:rFonts w:eastAsiaTheme="majorEastAsia"/>
          <w:b/>
          <w:bCs/>
          <w:sz w:val="24"/>
          <w:szCs w:val="24"/>
        </w:rPr>
        <w:t>LYDIA:</w:t>
      </w:r>
      <w:r w:rsidRPr="00C9454D">
        <w:rPr>
          <w:rFonts w:eastAsiaTheme="majorEastAsia"/>
          <w:sz w:val="24"/>
          <w:szCs w:val="24"/>
        </w:rPr>
        <w:t xml:space="preserve"> "And yet… you never faltered. Even when I was a fire pressed against your armor."</w:t>
      </w:r>
    </w:p>
    <w:p w14:paraId="113E7756"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"Because my vows weren’t just to Abilene. They were to myself. And to the boy I used to be—the one who lost too much to confuse longing with love."</w:t>
      </w:r>
    </w:p>
    <w:p w14:paraId="2474E294" w14:textId="77777777" w:rsidR="00BC2960" w:rsidRPr="00C9454D" w:rsidRDefault="00BC2960" w:rsidP="00C9454D">
      <w:pPr>
        <w:rPr>
          <w:rFonts w:eastAsiaTheme="majorEastAsia"/>
          <w:sz w:val="24"/>
          <w:szCs w:val="24"/>
        </w:rPr>
      </w:pPr>
      <w:r w:rsidRPr="00C9454D">
        <w:rPr>
          <w:rFonts w:eastAsiaTheme="majorEastAsia"/>
          <w:sz w:val="24"/>
          <w:szCs w:val="24"/>
        </w:rPr>
        <w:t>Lydia looked away.</w:t>
      </w:r>
    </w:p>
    <w:p w14:paraId="3325146B" w14:textId="2E773D09" w:rsidR="00BC2960" w:rsidRPr="00C9454D" w:rsidRDefault="00BC2960" w:rsidP="00C9454D">
      <w:pPr>
        <w:rPr>
          <w:rFonts w:eastAsiaTheme="majorEastAsia"/>
          <w:sz w:val="24"/>
          <w:szCs w:val="24"/>
        </w:rPr>
      </w:pPr>
      <w:r w:rsidRPr="00C9454D">
        <w:rPr>
          <w:rFonts w:eastAsiaTheme="majorEastAsia"/>
          <w:b/>
          <w:bCs/>
          <w:sz w:val="24"/>
          <w:szCs w:val="24"/>
        </w:rPr>
        <w:t>LYDIA:</w:t>
      </w:r>
      <w:r w:rsidRPr="00C9454D">
        <w:rPr>
          <w:rFonts w:eastAsiaTheme="majorEastAsia"/>
          <w:sz w:val="24"/>
          <w:szCs w:val="24"/>
        </w:rPr>
        <w:t xml:space="preserve"> "I wasn’t trying to steal you. I just </w:t>
      </w:r>
      <w:r w:rsidR="009E2ADC" w:rsidRPr="00C9454D">
        <w:rPr>
          <w:rFonts w:eastAsiaTheme="majorEastAsia"/>
          <w:sz w:val="24"/>
          <w:szCs w:val="24"/>
        </w:rPr>
        <w:t xml:space="preserve">wanted a </w:t>
      </w:r>
      <w:r w:rsidR="000267C3" w:rsidRPr="00C9454D">
        <w:rPr>
          <w:rFonts w:eastAsiaTheme="majorEastAsia"/>
          <w:sz w:val="24"/>
          <w:szCs w:val="24"/>
        </w:rPr>
        <w:t>part of you…any part</w:t>
      </w:r>
      <w:r w:rsidRPr="00C9454D">
        <w:rPr>
          <w:rFonts w:eastAsiaTheme="majorEastAsia"/>
          <w:sz w:val="24"/>
          <w:szCs w:val="24"/>
        </w:rPr>
        <w:t>."</w:t>
      </w:r>
    </w:p>
    <w:p w14:paraId="308D1FBE" w14:textId="77777777" w:rsidR="00BC2960" w:rsidRPr="00C9454D" w:rsidRDefault="00BC2960" w:rsidP="00C9454D">
      <w:pPr>
        <w:rPr>
          <w:rFonts w:eastAsiaTheme="majorEastAsia"/>
          <w:sz w:val="24"/>
          <w:szCs w:val="24"/>
        </w:rPr>
      </w:pPr>
      <w:r w:rsidRPr="00C9454D">
        <w:rPr>
          <w:rFonts w:eastAsiaTheme="majorEastAsia"/>
          <w:sz w:val="24"/>
          <w:szCs w:val="24"/>
        </w:rPr>
        <w:t>Guy reached for her hand. Held it without shame.</w:t>
      </w:r>
    </w:p>
    <w:p w14:paraId="310791D1" w14:textId="5EE0FEC5"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"You </w:t>
      </w:r>
      <w:r w:rsidR="00A957DF" w:rsidRPr="00C9454D">
        <w:rPr>
          <w:rFonts w:eastAsiaTheme="majorEastAsia"/>
          <w:sz w:val="24"/>
          <w:szCs w:val="24"/>
        </w:rPr>
        <w:t>had more than a part</w:t>
      </w:r>
      <w:r w:rsidRPr="00C9454D">
        <w:rPr>
          <w:rFonts w:eastAsiaTheme="majorEastAsia"/>
          <w:sz w:val="24"/>
          <w:szCs w:val="24"/>
        </w:rPr>
        <w:t>, Lydia.</w:t>
      </w:r>
      <w:r w:rsidR="006C5591" w:rsidRPr="00C9454D">
        <w:rPr>
          <w:rFonts w:eastAsiaTheme="majorEastAsia"/>
          <w:sz w:val="24"/>
          <w:szCs w:val="24"/>
        </w:rPr>
        <w:t xml:space="preserve"> </w:t>
      </w:r>
      <w:r w:rsidR="00904168" w:rsidRPr="00C9454D">
        <w:rPr>
          <w:rFonts w:eastAsiaTheme="majorEastAsia"/>
          <w:sz w:val="24"/>
          <w:szCs w:val="24"/>
        </w:rPr>
        <w:t>Know t</w:t>
      </w:r>
      <w:r w:rsidR="00F82A1E" w:rsidRPr="00C9454D">
        <w:rPr>
          <w:rFonts w:eastAsiaTheme="majorEastAsia"/>
          <w:sz w:val="24"/>
          <w:szCs w:val="24"/>
        </w:rPr>
        <w:t>his…</w:t>
      </w:r>
      <w:r w:rsidRPr="00C9454D">
        <w:rPr>
          <w:rFonts w:eastAsiaTheme="majorEastAsia"/>
          <w:sz w:val="24"/>
          <w:szCs w:val="24"/>
        </w:rPr>
        <w:t xml:space="preserve">  if I could be two men…"</w:t>
      </w:r>
    </w:p>
    <w:p w14:paraId="0A71D7F2" w14:textId="77777777" w:rsidR="00BC2960" w:rsidRPr="00C9454D" w:rsidRDefault="00BC2960" w:rsidP="00C9454D">
      <w:pPr>
        <w:rPr>
          <w:rFonts w:eastAsiaTheme="majorEastAsia"/>
          <w:sz w:val="24"/>
          <w:szCs w:val="24"/>
        </w:rPr>
      </w:pPr>
      <w:r w:rsidRPr="00C9454D">
        <w:rPr>
          <w:rFonts w:eastAsiaTheme="majorEastAsia"/>
          <w:sz w:val="24"/>
          <w:szCs w:val="24"/>
        </w:rPr>
        <w:t>He didn’t finish the sentence. He didn’t need to.</w:t>
      </w:r>
    </w:p>
    <w:p w14:paraId="4C760A4C" w14:textId="77777777" w:rsidR="00BC2960" w:rsidRPr="00C9454D" w:rsidRDefault="00BC2960" w:rsidP="00C9454D">
      <w:pPr>
        <w:rPr>
          <w:rFonts w:eastAsiaTheme="majorEastAsia"/>
          <w:sz w:val="24"/>
          <w:szCs w:val="24"/>
        </w:rPr>
      </w:pPr>
      <w:r w:rsidRPr="00C9454D">
        <w:rPr>
          <w:rFonts w:eastAsiaTheme="majorEastAsia"/>
          <w:sz w:val="24"/>
          <w:szCs w:val="24"/>
        </w:rPr>
        <w:t>They stood in the fading light. Just two people. Just the truth.</w:t>
      </w:r>
    </w:p>
    <w:p w14:paraId="6775E5F7" w14:textId="77777777" w:rsidR="00BC2960" w:rsidRPr="00C9454D" w:rsidRDefault="00BC2960" w:rsidP="00C9454D">
      <w:pPr>
        <w:rPr>
          <w:rFonts w:eastAsiaTheme="majorEastAsia"/>
          <w:sz w:val="24"/>
          <w:szCs w:val="24"/>
        </w:rPr>
      </w:pPr>
      <w:r w:rsidRPr="00C9454D">
        <w:rPr>
          <w:rFonts w:eastAsiaTheme="majorEastAsia"/>
          <w:sz w:val="24"/>
          <w:szCs w:val="24"/>
        </w:rPr>
        <w:t>Not what might have been.</w:t>
      </w:r>
    </w:p>
    <w:p w14:paraId="31042533" w14:textId="77777777" w:rsidR="00BC2960" w:rsidRPr="00C9454D" w:rsidRDefault="00BC2960" w:rsidP="00C9454D">
      <w:pPr>
        <w:rPr>
          <w:rFonts w:eastAsiaTheme="majorEastAsia"/>
          <w:sz w:val="24"/>
          <w:szCs w:val="24"/>
        </w:rPr>
      </w:pPr>
      <w:r w:rsidRPr="00C9454D">
        <w:rPr>
          <w:rFonts w:eastAsiaTheme="majorEastAsia"/>
          <w:sz w:val="24"/>
          <w:szCs w:val="24"/>
        </w:rPr>
        <w:t xml:space="preserve">But what </w:t>
      </w:r>
      <w:r w:rsidRPr="00C9454D">
        <w:rPr>
          <w:rFonts w:eastAsiaTheme="majorEastAsia"/>
          <w:i/>
          <w:iCs/>
          <w:sz w:val="24"/>
          <w:szCs w:val="24"/>
        </w:rPr>
        <w:t>was.</w:t>
      </w:r>
    </w:p>
    <w:p w14:paraId="20C4B27D" w14:textId="099B45FB" w:rsidR="00BC2960" w:rsidRPr="00C9454D" w:rsidRDefault="00BC2960" w:rsidP="00C9454D">
      <w:pPr>
        <w:rPr>
          <w:rFonts w:eastAsiaTheme="majorEastAsia"/>
          <w:sz w:val="24"/>
          <w:szCs w:val="24"/>
        </w:rPr>
      </w:pPr>
      <w:r w:rsidRPr="00C9454D">
        <w:rPr>
          <w:rFonts w:eastAsiaTheme="majorEastAsia"/>
          <w:b/>
          <w:bCs/>
          <w:sz w:val="24"/>
          <w:szCs w:val="24"/>
        </w:rPr>
        <w:t>Abilene Watches – And Confronts</w:t>
      </w:r>
    </w:p>
    <w:p w14:paraId="350031B0" w14:textId="77777777" w:rsidR="00BC2960" w:rsidRPr="00C9454D" w:rsidRDefault="00BC2960" w:rsidP="00C9454D">
      <w:pPr>
        <w:rPr>
          <w:rFonts w:eastAsiaTheme="majorEastAsia"/>
          <w:sz w:val="24"/>
          <w:szCs w:val="24"/>
        </w:rPr>
      </w:pPr>
      <w:r w:rsidRPr="00C9454D">
        <w:rPr>
          <w:rFonts w:eastAsiaTheme="majorEastAsia"/>
          <w:sz w:val="24"/>
          <w:szCs w:val="24"/>
        </w:rPr>
        <w:t>Abilene had seen them.</w:t>
      </w:r>
    </w:p>
    <w:p w14:paraId="637F0354" w14:textId="77777777" w:rsidR="00BC2960" w:rsidRPr="00C9454D" w:rsidRDefault="00BC2960" w:rsidP="00C9454D">
      <w:pPr>
        <w:rPr>
          <w:rFonts w:eastAsiaTheme="majorEastAsia"/>
          <w:sz w:val="24"/>
          <w:szCs w:val="24"/>
        </w:rPr>
      </w:pPr>
      <w:r w:rsidRPr="00C9454D">
        <w:rPr>
          <w:rFonts w:eastAsiaTheme="majorEastAsia"/>
          <w:sz w:val="24"/>
          <w:szCs w:val="24"/>
        </w:rPr>
        <w:t>Not heard them—just seen. The body language. The closeness. The pause.</w:t>
      </w:r>
    </w:p>
    <w:p w14:paraId="1AAF97EB" w14:textId="77777777" w:rsidR="00BC2960" w:rsidRPr="00C9454D" w:rsidRDefault="00BC2960" w:rsidP="00C9454D">
      <w:pPr>
        <w:rPr>
          <w:rFonts w:eastAsiaTheme="majorEastAsia"/>
          <w:sz w:val="24"/>
          <w:szCs w:val="24"/>
        </w:rPr>
      </w:pPr>
      <w:r w:rsidRPr="00C9454D">
        <w:rPr>
          <w:rFonts w:eastAsiaTheme="majorEastAsia"/>
          <w:sz w:val="24"/>
          <w:szCs w:val="24"/>
        </w:rPr>
        <w:t>When Lydia walked away, wiping her eyes, Abilene stepped from the shadows of the stone archway.</w:t>
      </w:r>
    </w:p>
    <w:p w14:paraId="5D63C326" w14:textId="77777777" w:rsidR="00BC2960" w:rsidRPr="00C9454D" w:rsidRDefault="00BC2960" w:rsidP="00C9454D">
      <w:pPr>
        <w:rPr>
          <w:rFonts w:eastAsiaTheme="majorEastAsia"/>
          <w:sz w:val="24"/>
          <w:szCs w:val="24"/>
        </w:rPr>
      </w:pPr>
      <w:r w:rsidRPr="00C9454D">
        <w:rPr>
          <w:rFonts w:eastAsiaTheme="majorEastAsia"/>
          <w:sz w:val="24"/>
          <w:szCs w:val="24"/>
        </w:rPr>
        <w:t>Guy turned.</w:t>
      </w:r>
    </w:p>
    <w:p w14:paraId="57426C29" w14:textId="77777777" w:rsidR="00BC2960" w:rsidRPr="00C9454D" w:rsidRDefault="00BC2960" w:rsidP="00C9454D">
      <w:pPr>
        <w:rPr>
          <w:rFonts w:eastAsiaTheme="majorEastAsia"/>
          <w:sz w:val="24"/>
          <w:szCs w:val="24"/>
        </w:rPr>
      </w:pPr>
      <w:r w:rsidRPr="00C9454D">
        <w:rPr>
          <w:rFonts w:eastAsiaTheme="majorEastAsia"/>
          <w:sz w:val="24"/>
          <w:szCs w:val="24"/>
        </w:rPr>
        <w:t>He didn’t meet her eyes.</w:t>
      </w:r>
    </w:p>
    <w:p w14:paraId="2A3C3531"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"Do I need to worry?"</w:t>
      </w:r>
    </w:p>
    <w:p w14:paraId="62D15989"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(pause) "No."</w:t>
      </w:r>
    </w:p>
    <w:p w14:paraId="1464DA94"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"Should I feel jealous?"</w:t>
      </w:r>
    </w:p>
    <w:p w14:paraId="7C221244"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(longer pause) "I don’t know that answer."</w:t>
      </w:r>
    </w:p>
    <w:p w14:paraId="4223A4E0"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"Do you love her?"</w:t>
      </w:r>
    </w:p>
    <w:p w14:paraId="6C790E0C" w14:textId="77777777"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(softly) "Of course I do, Abilene. We both do."</w:t>
      </w:r>
    </w:p>
    <w:p w14:paraId="7B1CD90B" w14:textId="77777777"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"Not like I love her, Guy. You love her </w:t>
      </w:r>
      <w:r w:rsidRPr="00C9454D">
        <w:rPr>
          <w:rFonts w:eastAsiaTheme="majorEastAsia"/>
          <w:i/>
          <w:iCs/>
          <w:sz w:val="24"/>
          <w:szCs w:val="24"/>
        </w:rPr>
        <w:t>different.</w:t>
      </w:r>
      <w:r w:rsidRPr="00C9454D">
        <w:rPr>
          <w:rFonts w:eastAsiaTheme="majorEastAsia"/>
          <w:sz w:val="24"/>
          <w:szCs w:val="24"/>
        </w:rPr>
        <w:t xml:space="preserve"> I let her love you all these years because I thought you true."</w:t>
      </w:r>
    </w:p>
    <w:p w14:paraId="1CBF7069" w14:textId="77777777" w:rsidR="00BC2960" w:rsidRPr="00C9454D" w:rsidRDefault="00BC2960" w:rsidP="00C9454D">
      <w:pPr>
        <w:rPr>
          <w:rFonts w:eastAsiaTheme="majorEastAsia"/>
          <w:sz w:val="24"/>
          <w:szCs w:val="24"/>
        </w:rPr>
      </w:pPr>
      <w:r w:rsidRPr="00C9454D">
        <w:rPr>
          <w:rFonts w:eastAsiaTheme="majorEastAsia"/>
          <w:sz w:val="24"/>
          <w:szCs w:val="24"/>
        </w:rPr>
        <w:t>That stung. Guy lifted his gaze.</w:t>
      </w:r>
    </w:p>
    <w:p w14:paraId="774837E5" w14:textId="0AB5161D"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"I </w:t>
      </w:r>
      <w:r w:rsidRPr="00C9454D">
        <w:rPr>
          <w:rFonts w:eastAsiaTheme="majorEastAsia"/>
          <w:i/>
          <w:iCs/>
          <w:sz w:val="24"/>
          <w:szCs w:val="24"/>
        </w:rPr>
        <w:t>was</w:t>
      </w:r>
      <w:r w:rsidRPr="00C9454D">
        <w:rPr>
          <w:rFonts w:eastAsiaTheme="majorEastAsia"/>
          <w:sz w:val="24"/>
          <w:szCs w:val="24"/>
        </w:rPr>
        <w:t xml:space="preserve"> true. I </w:t>
      </w:r>
      <w:r w:rsidRPr="00C9454D">
        <w:rPr>
          <w:rFonts w:eastAsiaTheme="majorEastAsia"/>
          <w:i/>
          <w:iCs/>
          <w:sz w:val="24"/>
          <w:szCs w:val="24"/>
        </w:rPr>
        <w:t>am</w:t>
      </w:r>
      <w:r w:rsidRPr="00C9454D">
        <w:rPr>
          <w:rFonts w:eastAsiaTheme="majorEastAsia"/>
          <w:sz w:val="24"/>
          <w:szCs w:val="24"/>
        </w:rPr>
        <w:t xml:space="preserve"> true. I have never broken my vow. Not in act. Not in speech. Not in spirit."</w:t>
      </w:r>
    </w:p>
    <w:p w14:paraId="28953E89" w14:textId="77777777" w:rsidR="00BC2960" w:rsidRPr="00C9454D" w:rsidRDefault="00BC2960" w:rsidP="00C9454D">
      <w:pPr>
        <w:rPr>
          <w:rFonts w:eastAsiaTheme="majorEastAsia"/>
          <w:sz w:val="24"/>
          <w:szCs w:val="24"/>
        </w:rPr>
      </w:pPr>
      <w:r w:rsidRPr="00C9454D">
        <w:rPr>
          <w:rFonts w:eastAsiaTheme="majorEastAsia"/>
          <w:sz w:val="24"/>
          <w:szCs w:val="24"/>
        </w:rPr>
        <w:t>Abilene watched him, eyes wet.</w:t>
      </w:r>
    </w:p>
    <w:p w14:paraId="008CC871" w14:textId="37FBDC9C" w:rsidR="00BC2960" w:rsidRPr="00C9454D" w:rsidRDefault="00BC2960" w:rsidP="00C9454D">
      <w:pPr>
        <w:rPr>
          <w:rFonts w:eastAsiaTheme="majorEastAsia"/>
          <w:sz w:val="24"/>
          <w:szCs w:val="24"/>
        </w:rPr>
      </w:pPr>
      <w:r w:rsidRPr="00C9454D">
        <w:rPr>
          <w:rFonts w:eastAsiaTheme="majorEastAsia"/>
          <w:b/>
          <w:bCs/>
          <w:sz w:val="24"/>
          <w:szCs w:val="24"/>
        </w:rPr>
        <w:t>GUY (cont’d):</w:t>
      </w:r>
      <w:r w:rsidRPr="00C9454D">
        <w:rPr>
          <w:rFonts w:eastAsiaTheme="majorEastAsia"/>
          <w:sz w:val="24"/>
          <w:szCs w:val="24"/>
        </w:rPr>
        <w:t xml:space="preserve"> "Have I been tempted? Only in fleeting thought.</w:t>
      </w:r>
      <w:r w:rsidR="00AA440C" w:rsidRPr="00C9454D">
        <w:rPr>
          <w:rFonts w:eastAsiaTheme="majorEastAsia"/>
          <w:sz w:val="24"/>
          <w:szCs w:val="24"/>
        </w:rPr>
        <w:t xml:space="preserve">  How was I not</w:t>
      </w:r>
      <w:r w:rsidR="00E17A3C" w:rsidRPr="00C9454D">
        <w:rPr>
          <w:rFonts w:eastAsiaTheme="majorEastAsia"/>
          <w:sz w:val="24"/>
          <w:szCs w:val="24"/>
        </w:rPr>
        <w:t xml:space="preserve">? You presented </w:t>
      </w:r>
      <w:r w:rsidR="00825371" w:rsidRPr="00C9454D">
        <w:rPr>
          <w:rFonts w:eastAsiaTheme="majorEastAsia"/>
          <w:sz w:val="24"/>
          <w:szCs w:val="24"/>
        </w:rPr>
        <w:t>Isabelle’s</w:t>
      </w:r>
      <w:r w:rsidR="00D64028" w:rsidRPr="00C9454D">
        <w:rPr>
          <w:rFonts w:eastAsiaTheme="majorEastAsia"/>
          <w:sz w:val="24"/>
          <w:szCs w:val="24"/>
        </w:rPr>
        <w:t xml:space="preserve"> ghost</w:t>
      </w:r>
      <w:r w:rsidR="00E17A3C" w:rsidRPr="00C9454D">
        <w:rPr>
          <w:rFonts w:eastAsiaTheme="majorEastAsia"/>
          <w:sz w:val="24"/>
          <w:szCs w:val="24"/>
        </w:rPr>
        <w:t xml:space="preserve"> to me on your best platter</w:t>
      </w:r>
      <w:r w:rsidR="00180E01" w:rsidRPr="00C9454D">
        <w:rPr>
          <w:rFonts w:eastAsiaTheme="majorEastAsia"/>
          <w:sz w:val="24"/>
          <w:szCs w:val="24"/>
        </w:rPr>
        <w:t>, slept her so close I could hear her breath</w:t>
      </w:r>
      <w:r w:rsidR="003B4D9D" w:rsidRPr="00C9454D">
        <w:rPr>
          <w:rFonts w:eastAsiaTheme="majorEastAsia"/>
          <w:sz w:val="24"/>
          <w:szCs w:val="24"/>
        </w:rPr>
        <w:t xml:space="preserve">.  </w:t>
      </w:r>
      <w:r w:rsidR="006C6C8B" w:rsidRPr="00C9454D">
        <w:rPr>
          <w:rFonts w:eastAsiaTheme="majorEastAsia"/>
          <w:sz w:val="24"/>
          <w:szCs w:val="24"/>
        </w:rPr>
        <w:t>What did you think to become</w:t>
      </w:r>
      <w:r w:rsidR="00126836" w:rsidRPr="00C9454D">
        <w:rPr>
          <w:rFonts w:eastAsiaTheme="majorEastAsia"/>
          <w:sz w:val="24"/>
          <w:szCs w:val="24"/>
        </w:rPr>
        <w:t>?</w:t>
      </w:r>
      <w:r w:rsidR="005F540A" w:rsidRPr="00C9454D">
        <w:rPr>
          <w:rFonts w:eastAsiaTheme="majorEastAsia"/>
          <w:sz w:val="24"/>
          <w:szCs w:val="24"/>
        </w:rPr>
        <w:t xml:space="preserve">… were you meant to be </w:t>
      </w:r>
      <w:r w:rsidR="006A2D6E" w:rsidRPr="00C9454D">
        <w:rPr>
          <w:rFonts w:eastAsiaTheme="majorEastAsia"/>
          <w:sz w:val="24"/>
          <w:szCs w:val="24"/>
        </w:rPr>
        <w:t>cruel,</w:t>
      </w:r>
      <w:r w:rsidR="005F540A" w:rsidRPr="00C9454D">
        <w:rPr>
          <w:rFonts w:eastAsiaTheme="majorEastAsia"/>
          <w:sz w:val="24"/>
          <w:szCs w:val="24"/>
        </w:rPr>
        <w:t xml:space="preserve"> or </w:t>
      </w:r>
      <w:r w:rsidR="00922875" w:rsidRPr="00C9454D">
        <w:rPr>
          <w:rFonts w:eastAsiaTheme="majorEastAsia"/>
          <w:sz w:val="24"/>
          <w:szCs w:val="24"/>
        </w:rPr>
        <w:t>did you</w:t>
      </w:r>
      <w:r w:rsidR="00E1113F" w:rsidRPr="00C9454D">
        <w:rPr>
          <w:rFonts w:eastAsiaTheme="majorEastAsia"/>
          <w:sz w:val="24"/>
          <w:szCs w:val="24"/>
        </w:rPr>
        <w:t xml:space="preserve"> not</w:t>
      </w:r>
      <w:r w:rsidR="00922875" w:rsidRPr="00C9454D">
        <w:rPr>
          <w:rFonts w:eastAsiaTheme="majorEastAsia"/>
          <w:sz w:val="24"/>
          <w:szCs w:val="24"/>
        </w:rPr>
        <w:t xml:space="preserve"> know the outcome</w:t>
      </w:r>
      <w:r w:rsidR="009B5999" w:rsidRPr="00C9454D">
        <w:rPr>
          <w:rFonts w:eastAsiaTheme="majorEastAsia"/>
          <w:sz w:val="24"/>
          <w:szCs w:val="24"/>
        </w:rPr>
        <w:t xml:space="preserve">? </w:t>
      </w:r>
      <w:r w:rsidR="00C737AE" w:rsidRPr="00C9454D">
        <w:rPr>
          <w:rFonts w:eastAsiaTheme="majorEastAsia"/>
          <w:sz w:val="24"/>
          <w:szCs w:val="24"/>
        </w:rPr>
        <w:t>Some things</w:t>
      </w:r>
      <w:r w:rsidR="008D44E6">
        <w:rPr>
          <w:rFonts w:eastAsiaTheme="majorEastAsia"/>
          <w:sz w:val="24"/>
          <w:szCs w:val="24"/>
        </w:rPr>
        <w:t>,</w:t>
      </w:r>
      <w:r w:rsidR="00C737AE" w:rsidRPr="00C9454D">
        <w:rPr>
          <w:rFonts w:eastAsiaTheme="majorEastAsia"/>
          <w:sz w:val="24"/>
          <w:szCs w:val="24"/>
        </w:rPr>
        <w:t xml:space="preserve"> my love</w:t>
      </w:r>
      <w:r w:rsidR="009102A6">
        <w:rPr>
          <w:rFonts w:eastAsiaTheme="majorEastAsia"/>
          <w:sz w:val="24"/>
          <w:szCs w:val="24"/>
        </w:rPr>
        <w:t>,</w:t>
      </w:r>
      <w:r w:rsidR="00C737AE" w:rsidRPr="00C9454D">
        <w:rPr>
          <w:rFonts w:eastAsiaTheme="majorEastAsia"/>
          <w:sz w:val="24"/>
          <w:szCs w:val="24"/>
        </w:rPr>
        <w:t xml:space="preserve"> aren’t meant to be shared only given away </w:t>
      </w:r>
      <w:r w:rsidR="00B70B0F" w:rsidRPr="00C9454D">
        <w:rPr>
          <w:rFonts w:eastAsiaTheme="majorEastAsia"/>
          <w:sz w:val="24"/>
          <w:szCs w:val="24"/>
        </w:rPr>
        <w:t>and I</w:t>
      </w:r>
      <w:r w:rsidRPr="00C9454D">
        <w:rPr>
          <w:rFonts w:eastAsiaTheme="majorEastAsia"/>
          <w:sz w:val="24"/>
          <w:szCs w:val="24"/>
        </w:rPr>
        <w:t xml:space="preserve"> made effort every day to hold my mind captive. Every woman I’ve ever loved—I gave each a memory. But </w:t>
      </w:r>
      <w:r w:rsidRPr="00C9454D">
        <w:rPr>
          <w:rFonts w:eastAsiaTheme="majorEastAsia"/>
          <w:i/>
          <w:iCs/>
          <w:sz w:val="24"/>
          <w:szCs w:val="24"/>
        </w:rPr>
        <w:t>you</w:t>
      </w:r>
      <w:r w:rsidRPr="00C9454D">
        <w:rPr>
          <w:rFonts w:eastAsiaTheme="majorEastAsia"/>
          <w:sz w:val="24"/>
          <w:szCs w:val="24"/>
        </w:rPr>
        <w:t>, Abilene… I gave my life. My body. My soul."</w:t>
      </w:r>
    </w:p>
    <w:p w14:paraId="33F25325" w14:textId="77777777" w:rsidR="00BC2960" w:rsidRPr="00C9454D" w:rsidRDefault="00BC2960" w:rsidP="00C9454D">
      <w:pPr>
        <w:rPr>
          <w:rFonts w:eastAsiaTheme="majorEastAsia"/>
          <w:sz w:val="24"/>
          <w:szCs w:val="24"/>
        </w:rPr>
      </w:pPr>
      <w:r w:rsidRPr="00C9454D">
        <w:rPr>
          <w:rFonts w:eastAsiaTheme="majorEastAsia"/>
          <w:sz w:val="24"/>
          <w:szCs w:val="24"/>
        </w:rPr>
        <w:t>Abilene stepped to him, chest tight.</w:t>
      </w:r>
    </w:p>
    <w:p w14:paraId="726C7FD7" w14:textId="7CDE1C71" w:rsidR="00BC2960" w:rsidRPr="00C9454D" w:rsidRDefault="00BC2960" w:rsidP="00C9454D">
      <w:pPr>
        <w:rPr>
          <w:rFonts w:eastAsiaTheme="majorEastAsia"/>
          <w:sz w:val="24"/>
          <w:szCs w:val="24"/>
        </w:rPr>
      </w:pPr>
      <w:r w:rsidRPr="00C9454D">
        <w:rPr>
          <w:rFonts w:eastAsiaTheme="majorEastAsia"/>
          <w:b/>
          <w:bCs/>
          <w:sz w:val="24"/>
          <w:szCs w:val="24"/>
        </w:rPr>
        <w:t>ABILENE:</w:t>
      </w:r>
      <w:r w:rsidRPr="00C9454D">
        <w:rPr>
          <w:rFonts w:eastAsiaTheme="majorEastAsia"/>
          <w:sz w:val="24"/>
          <w:szCs w:val="24"/>
        </w:rPr>
        <w:t xml:space="preserve"> "Then don’t look away from me, Guy. Don’t make me wonder.</w:t>
      </w:r>
      <w:r w:rsidR="00A92694" w:rsidRPr="00C9454D">
        <w:rPr>
          <w:rFonts w:eastAsiaTheme="majorEastAsia"/>
          <w:sz w:val="24"/>
          <w:szCs w:val="24"/>
        </w:rPr>
        <w:t xml:space="preserve"> And</w:t>
      </w:r>
      <w:r w:rsidR="00A64FBD" w:rsidRPr="00C9454D">
        <w:rPr>
          <w:rFonts w:eastAsiaTheme="majorEastAsia"/>
          <w:sz w:val="24"/>
          <w:szCs w:val="24"/>
        </w:rPr>
        <w:t xml:space="preserve"> </w:t>
      </w:r>
      <w:r w:rsidR="00411A89" w:rsidRPr="00C9454D">
        <w:rPr>
          <w:rFonts w:eastAsiaTheme="majorEastAsia"/>
          <w:sz w:val="24"/>
          <w:szCs w:val="24"/>
        </w:rPr>
        <w:t>I’m</w:t>
      </w:r>
      <w:r w:rsidR="00FC35F3" w:rsidRPr="00C9454D">
        <w:rPr>
          <w:rFonts w:eastAsiaTheme="majorEastAsia"/>
          <w:sz w:val="24"/>
          <w:szCs w:val="24"/>
        </w:rPr>
        <w:t xml:space="preserve"> sorry or </w:t>
      </w:r>
      <w:r w:rsidR="00411A89" w:rsidRPr="00C9454D">
        <w:rPr>
          <w:rFonts w:eastAsiaTheme="majorEastAsia"/>
          <w:sz w:val="24"/>
          <w:szCs w:val="24"/>
        </w:rPr>
        <w:t>you’re</w:t>
      </w:r>
      <w:r w:rsidR="00FC35F3" w:rsidRPr="00C9454D">
        <w:rPr>
          <w:rFonts w:eastAsiaTheme="majorEastAsia"/>
          <w:sz w:val="24"/>
          <w:szCs w:val="24"/>
        </w:rPr>
        <w:t xml:space="preserve"> welcome I </w:t>
      </w:r>
      <w:r w:rsidR="004363B8" w:rsidRPr="00C9454D">
        <w:rPr>
          <w:rFonts w:eastAsiaTheme="majorEastAsia"/>
          <w:sz w:val="24"/>
          <w:szCs w:val="24"/>
        </w:rPr>
        <w:t>do not know</w:t>
      </w:r>
      <w:r w:rsidR="00FC35F3" w:rsidRPr="00C9454D">
        <w:rPr>
          <w:rFonts w:eastAsiaTheme="majorEastAsia"/>
          <w:sz w:val="24"/>
          <w:szCs w:val="24"/>
        </w:rPr>
        <w:t xml:space="preserve"> which</w:t>
      </w:r>
      <w:r w:rsidR="00E54B9B" w:rsidRPr="00C9454D">
        <w:rPr>
          <w:rFonts w:eastAsiaTheme="majorEastAsia"/>
          <w:sz w:val="24"/>
          <w:szCs w:val="24"/>
        </w:rPr>
        <w:t xml:space="preserve">…no matter I </w:t>
      </w:r>
      <w:r w:rsidR="00E435C7" w:rsidRPr="00C9454D">
        <w:rPr>
          <w:rFonts w:eastAsiaTheme="majorEastAsia"/>
          <w:sz w:val="24"/>
          <w:szCs w:val="24"/>
        </w:rPr>
        <w:t>trust you.”</w:t>
      </w:r>
    </w:p>
    <w:p w14:paraId="477158CC" w14:textId="77777777" w:rsidR="00BC2960" w:rsidRPr="00C9454D" w:rsidRDefault="00BC2960" w:rsidP="00C9454D">
      <w:pPr>
        <w:rPr>
          <w:rFonts w:eastAsiaTheme="majorEastAsia"/>
          <w:sz w:val="24"/>
          <w:szCs w:val="24"/>
        </w:rPr>
      </w:pPr>
      <w:r w:rsidRPr="00C9454D">
        <w:rPr>
          <w:rFonts w:eastAsiaTheme="majorEastAsia"/>
          <w:sz w:val="24"/>
          <w:szCs w:val="24"/>
        </w:rPr>
        <w:t>He looked her full in the eyes.</w:t>
      </w:r>
    </w:p>
    <w:p w14:paraId="62686BBD" w14:textId="717103D5" w:rsidR="00BC2960" w:rsidRPr="00C9454D" w:rsidRDefault="00BC2960" w:rsidP="00C9454D">
      <w:pPr>
        <w:rPr>
          <w:rFonts w:eastAsiaTheme="majorEastAsia"/>
          <w:sz w:val="24"/>
          <w:szCs w:val="24"/>
        </w:rPr>
      </w:pPr>
      <w:r w:rsidRPr="00C9454D">
        <w:rPr>
          <w:rFonts w:eastAsiaTheme="majorEastAsia"/>
          <w:b/>
          <w:bCs/>
          <w:sz w:val="24"/>
          <w:szCs w:val="24"/>
        </w:rPr>
        <w:t>GUY:</w:t>
      </w:r>
      <w:r w:rsidRPr="00C9454D">
        <w:rPr>
          <w:rFonts w:eastAsiaTheme="majorEastAsia"/>
          <w:sz w:val="24"/>
          <w:szCs w:val="24"/>
        </w:rPr>
        <w:t xml:space="preserve"> "You’ve never had reason</w:t>
      </w:r>
      <w:r w:rsidR="001C260C" w:rsidRPr="00C9454D">
        <w:rPr>
          <w:rFonts w:eastAsiaTheme="majorEastAsia"/>
          <w:sz w:val="24"/>
          <w:szCs w:val="24"/>
        </w:rPr>
        <w:t xml:space="preserve"> not</w:t>
      </w:r>
      <w:r w:rsidRPr="00C9454D">
        <w:rPr>
          <w:rFonts w:eastAsiaTheme="majorEastAsia"/>
          <w:sz w:val="24"/>
          <w:szCs w:val="24"/>
        </w:rPr>
        <w:t xml:space="preserve"> to. And you never will."</w:t>
      </w:r>
    </w:p>
    <w:p w14:paraId="5AFA257F" w14:textId="77777777" w:rsidR="00BC2960" w:rsidRPr="00C9454D" w:rsidRDefault="00BC2960" w:rsidP="00C9454D">
      <w:pPr>
        <w:rPr>
          <w:rFonts w:eastAsiaTheme="majorEastAsia"/>
          <w:sz w:val="24"/>
          <w:szCs w:val="24"/>
        </w:rPr>
      </w:pPr>
      <w:r w:rsidRPr="00C9454D">
        <w:rPr>
          <w:rFonts w:eastAsiaTheme="majorEastAsia"/>
          <w:sz w:val="24"/>
          <w:szCs w:val="24"/>
        </w:rPr>
        <w:t>And with that, she believed him.</w:t>
      </w:r>
    </w:p>
    <w:p w14:paraId="497D724C" w14:textId="77777777" w:rsidR="00BC2960" w:rsidRPr="00C9454D" w:rsidRDefault="00BC2960" w:rsidP="00C9454D">
      <w:pPr>
        <w:rPr>
          <w:rFonts w:eastAsiaTheme="majorEastAsia"/>
          <w:sz w:val="24"/>
          <w:szCs w:val="24"/>
        </w:rPr>
      </w:pPr>
      <w:r w:rsidRPr="00C9454D">
        <w:rPr>
          <w:rFonts w:eastAsiaTheme="majorEastAsia"/>
          <w:sz w:val="24"/>
          <w:szCs w:val="24"/>
        </w:rPr>
        <w:t>Not because he swore it.</w:t>
      </w:r>
    </w:p>
    <w:p w14:paraId="6C969C6E" w14:textId="77777777" w:rsidR="00BC2960" w:rsidRPr="00C9454D" w:rsidRDefault="00BC2960" w:rsidP="00C9454D">
      <w:pPr>
        <w:rPr>
          <w:rFonts w:eastAsiaTheme="majorEastAsia"/>
          <w:sz w:val="24"/>
          <w:szCs w:val="24"/>
        </w:rPr>
      </w:pPr>
      <w:r w:rsidRPr="00C9454D">
        <w:rPr>
          <w:rFonts w:eastAsiaTheme="majorEastAsia"/>
          <w:sz w:val="24"/>
          <w:szCs w:val="24"/>
        </w:rPr>
        <w:t>But because he stood still when it hurt to be seen.</w:t>
      </w:r>
    </w:p>
    <w:p w14:paraId="6ADCD713" w14:textId="77777777" w:rsidR="00662BE9" w:rsidRPr="00C9454D" w:rsidRDefault="00662BE9" w:rsidP="00C9454D">
      <w:pPr>
        <w:pStyle w:val="Heading2"/>
        <w:rPr>
          <w:sz w:val="24"/>
          <w:szCs w:val="24"/>
        </w:rPr>
      </w:pPr>
    </w:p>
    <w:p w14:paraId="771F2487" w14:textId="6F56AAA1" w:rsidR="00A06E85" w:rsidRPr="00C9454D" w:rsidRDefault="00A06E85" w:rsidP="00C9454D">
      <w:pPr>
        <w:pStyle w:val="Heading2"/>
        <w:rPr>
          <w:sz w:val="24"/>
          <w:szCs w:val="24"/>
        </w:rPr>
      </w:pPr>
      <w:r w:rsidRPr="00C9454D">
        <w:rPr>
          <w:sz w:val="24"/>
          <w:szCs w:val="24"/>
        </w:rPr>
        <w:t>Rowan and Millie: A New Era of Storytelling</w:t>
      </w:r>
    </w:p>
    <w:p w14:paraId="793A8E81" w14:textId="77777777" w:rsidR="00651B98" w:rsidRPr="00C9454D" w:rsidRDefault="00651B98" w:rsidP="00C9454D">
      <w:pPr>
        <w:rPr>
          <w:sz w:val="24"/>
          <w:szCs w:val="24"/>
        </w:rPr>
      </w:pPr>
    </w:p>
    <w:p w14:paraId="00C9529F" w14:textId="77777777" w:rsidR="00A06E85" w:rsidRPr="00C9454D" w:rsidRDefault="00A06E85" w:rsidP="00C9454D">
      <w:pPr>
        <w:rPr>
          <w:sz w:val="24"/>
          <w:szCs w:val="24"/>
        </w:rPr>
      </w:pPr>
      <w:r w:rsidRPr="00C9454D">
        <w:rPr>
          <w:sz w:val="24"/>
          <w:szCs w:val="24"/>
        </w:rPr>
        <w:t>Rowan and Millie’s storytelling brought them renown throughout the kingdom. Their tales of adventure, hope, and humor captivated audiences, drawing villagers and nobility alike. Recognizing their contributions, the king granted them an honorary title and a small estate, naming them “Keepers of Lore.”</w:t>
      </w:r>
    </w:p>
    <w:p w14:paraId="46734FBD" w14:textId="01783D14" w:rsidR="00A06E85" w:rsidRPr="00C9454D" w:rsidRDefault="00A06E85" w:rsidP="00C9454D">
      <w:pPr>
        <w:rPr>
          <w:sz w:val="24"/>
          <w:szCs w:val="24"/>
        </w:rPr>
      </w:pPr>
      <w:r w:rsidRPr="00C9454D">
        <w:rPr>
          <w:sz w:val="24"/>
          <w:szCs w:val="24"/>
        </w:rPr>
        <w:t>Their estate became a hub for creativity and joy, with Rowan hosting gatherings where people could share their own stories. Millie’s sharp wit and infectious laughter ma</w:t>
      </w:r>
      <w:r w:rsidR="00DD1FF5" w:rsidRPr="00C9454D">
        <w:rPr>
          <w:sz w:val="24"/>
          <w:szCs w:val="24"/>
        </w:rPr>
        <w:t xml:space="preserve">de </w:t>
      </w:r>
      <w:r w:rsidRPr="00C9454D">
        <w:rPr>
          <w:sz w:val="24"/>
          <w:szCs w:val="24"/>
        </w:rPr>
        <w:t>her a beloved figure, and together they became symbols of unity and resilience.</w:t>
      </w:r>
    </w:p>
    <w:p w14:paraId="50C6E56B" w14:textId="7719F6AF" w:rsidR="00A06E85" w:rsidRPr="00C9454D" w:rsidRDefault="00A06E85" w:rsidP="00C9454D">
      <w:pPr>
        <w:rPr>
          <w:sz w:val="24"/>
          <w:szCs w:val="24"/>
        </w:rPr>
      </w:pPr>
      <w:r w:rsidRPr="00C9454D">
        <w:rPr>
          <w:sz w:val="24"/>
          <w:szCs w:val="24"/>
        </w:rPr>
        <w:t xml:space="preserve">Despite their growing fame, Rowan and Millie remained close to Guy and Abilene. Their friendship deepened over the years, their laughter filling the halls of </w:t>
      </w:r>
      <w:r w:rsidR="00522C4D" w:rsidRPr="00C9454D">
        <w:rPr>
          <w:sz w:val="24"/>
          <w:szCs w:val="24"/>
        </w:rPr>
        <w:t>High Haven</w:t>
      </w:r>
      <w:r w:rsidRPr="00C9454D">
        <w:rPr>
          <w:sz w:val="24"/>
          <w:szCs w:val="24"/>
        </w:rPr>
        <w:t xml:space="preserve"> during frequent visits.</w:t>
      </w:r>
    </w:p>
    <w:p w14:paraId="795C246A" w14:textId="77777777" w:rsidR="00A06E85" w:rsidRPr="00C9454D" w:rsidRDefault="00A06E85" w:rsidP="00C9454D">
      <w:pPr>
        <w:rPr>
          <w:sz w:val="24"/>
          <w:szCs w:val="24"/>
        </w:rPr>
      </w:pPr>
    </w:p>
    <w:p w14:paraId="5EEE01F3" w14:textId="77777777" w:rsidR="00A06E85" w:rsidRPr="00C9454D" w:rsidRDefault="00A06E85" w:rsidP="00C9454D">
      <w:pPr>
        <w:pStyle w:val="Heading2"/>
        <w:rPr>
          <w:sz w:val="24"/>
          <w:szCs w:val="24"/>
        </w:rPr>
      </w:pPr>
      <w:r w:rsidRPr="00C9454D">
        <w:rPr>
          <w:sz w:val="24"/>
          <w:szCs w:val="24"/>
        </w:rPr>
        <w:t>The Promise of Tomorrow</w:t>
      </w:r>
    </w:p>
    <w:p w14:paraId="1E3D45EF" w14:textId="77777777" w:rsidR="009C4638" w:rsidRDefault="009C4638" w:rsidP="00C9454D">
      <w:pPr>
        <w:rPr>
          <w:sz w:val="24"/>
          <w:szCs w:val="24"/>
        </w:rPr>
      </w:pPr>
    </w:p>
    <w:p w14:paraId="6BCDA276" w14:textId="334CA406" w:rsidR="00A06E85" w:rsidRPr="00C9454D" w:rsidRDefault="00A06E85" w:rsidP="00C9454D">
      <w:pPr>
        <w:rPr>
          <w:sz w:val="24"/>
          <w:szCs w:val="24"/>
        </w:rPr>
      </w:pPr>
      <w:r w:rsidRPr="00C9454D">
        <w:rPr>
          <w:sz w:val="24"/>
          <w:szCs w:val="24"/>
        </w:rPr>
        <w:t xml:space="preserve">As the fifth year drew to a close, </w:t>
      </w:r>
      <w:r w:rsidR="00522C4D" w:rsidRPr="00C9454D">
        <w:rPr>
          <w:sz w:val="24"/>
          <w:szCs w:val="24"/>
        </w:rPr>
        <w:t>High Haven</w:t>
      </w:r>
      <w:r w:rsidRPr="00C9454D">
        <w:rPr>
          <w:sz w:val="24"/>
          <w:szCs w:val="24"/>
        </w:rPr>
        <w:t xml:space="preserve"> stood as a testament to the power of faith, love, and resilience. Helena’s ethereal presence, John’s growing intellect, Rowan and Millie’s celebrated tales, and the enduring love of Guy and Abilene all contributed to a thriving community.</w:t>
      </w:r>
    </w:p>
    <w:p w14:paraId="4ADE8B3E" w14:textId="77777777" w:rsidR="00A06E85" w:rsidRPr="00C9454D" w:rsidRDefault="00A06E85" w:rsidP="00C9454D">
      <w:pPr>
        <w:rPr>
          <w:sz w:val="24"/>
          <w:szCs w:val="24"/>
        </w:rPr>
      </w:pPr>
      <w:r w:rsidRPr="00C9454D">
        <w:rPr>
          <w:sz w:val="24"/>
          <w:szCs w:val="24"/>
        </w:rPr>
        <w:t>One evening, as they stood together watching the sunset over their bustling village, Abilene turned to Guy, her voice soft. “Whatever comes next, we’ll face it together.”</w:t>
      </w:r>
    </w:p>
    <w:p w14:paraId="5690A576" w14:textId="77777777" w:rsidR="00A06E85" w:rsidRPr="00C9454D" w:rsidRDefault="00A06E85" w:rsidP="00C9454D">
      <w:pPr>
        <w:rPr>
          <w:sz w:val="24"/>
          <w:szCs w:val="24"/>
        </w:rPr>
      </w:pPr>
      <w:r w:rsidRPr="00C9454D">
        <w:rPr>
          <w:sz w:val="24"/>
          <w:szCs w:val="24"/>
        </w:rPr>
        <w:t>Guy smiled, his hand tightening around hers. “Always, Abilene. Always.”</w:t>
      </w:r>
    </w:p>
    <w:p w14:paraId="062874D7" w14:textId="77777777" w:rsidR="00A06E85" w:rsidRPr="00C9454D" w:rsidRDefault="00A06E85" w:rsidP="00C9454D">
      <w:pPr>
        <w:rPr>
          <w:sz w:val="24"/>
          <w:szCs w:val="24"/>
        </w:rPr>
      </w:pPr>
    </w:p>
    <w:p w14:paraId="4AA0CF7B" w14:textId="1A329FFC" w:rsidR="00A06E85" w:rsidRPr="00C9454D" w:rsidRDefault="00A06E85" w:rsidP="00C9454D">
      <w:pPr>
        <w:pStyle w:val="Heading2"/>
        <w:rPr>
          <w:sz w:val="24"/>
          <w:szCs w:val="24"/>
        </w:rPr>
      </w:pPr>
      <w:r w:rsidRPr="00C9454D">
        <w:rPr>
          <w:sz w:val="24"/>
          <w:szCs w:val="24"/>
        </w:rPr>
        <w:t xml:space="preserve">The Fate of the </w:t>
      </w:r>
      <w:proofErr w:type="spellStart"/>
      <w:r w:rsidRPr="00C9454D">
        <w:rPr>
          <w:sz w:val="24"/>
          <w:szCs w:val="24"/>
        </w:rPr>
        <w:t>Devereaux</w:t>
      </w:r>
      <w:proofErr w:type="spellEnd"/>
    </w:p>
    <w:p w14:paraId="0FA037B7" w14:textId="77777777" w:rsidR="00295C25" w:rsidRPr="00C9454D" w:rsidRDefault="00295C25" w:rsidP="00C9454D">
      <w:pPr>
        <w:rPr>
          <w:sz w:val="24"/>
          <w:szCs w:val="24"/>
        </w:rPr>
      </w:pPr>
    </w:p>
    <w:p w14:paraId="3626A24A" w14:textId="77777777" w:rsidR="00295C25" w:rsidRPr="00C9454D" w:rsidRDefault="00295C25" w:rsidP="00C9454D">
      <w:pPr>
        <w:rPr>
          <w:b/>
          <w:bCs/>
          <w:sz w:val="24"/>
          <w:szCs w:val="24"/>
        </w:rPr>
      </w:pPr>
      <w:r w:rsidRPr="00C9454D">
        <w:rPr>
          <w:b/>
          <w:bCs/>
          <w:i/>
          <w:iCs/>
          <w:sz w:val="24"/>
          <w:szCs w:val="24"/>
        </w:rPr>
        <w:t>The Hollow King – A Proverb of the Lost</w:t>
      </w:r>
    </w:p>
    <w:p w14:paraId="032CC209" w14:textId="77777777" w:rsidR="00295C25" w:rsidRPr="00C9454D" w:rsidRDefault="00295C25" w:rsidP="00C9454D">
      <w:pPr>
        <w:rPr>
          <w:sz w:val="24"/>
          <w:szCs w:val="24"/>
        </w:rPr>
      </w:pPr>
      <w:r w:rsidRPr="00C9454D">
        <w:rPr>
          <w:sz w:val="24"/>
          <w:szCs w:val="24"/>
        </w:rPr>
        <w:t>He who feeds the body and starves the soul</w:t>
      </w:r>
      <w:r w:rsidRPr="00C9454D">
        <w:rPr>
          <w:sz w:val="24"/>
          <w:szCs w:val="24"/>
        </w:rPr>
        <w:br/>
        <w:t>Shall feast on shadows till the grave.</w:t>
      </w:r>
    </w:p>
    <w:p w14:paraId="671C7BE1" w14:textId="77777777" w:rsidR="00295C25" w:rsidRPr="00C9454D" w:rsidRDefault="00295C25" w:rsidP="00C9454D">
      <w:pPr>
        <w:rPr>
          <w:sz w:val="24"/>
          <w:szCs w:val="24"/>
        </w:rPr>
      </w:pPr>
      <w:r w:rsidRPr="00C9454D">
        <w:rPr>
          <w:sz w:val="24"/>
          <w:szCs w:val="24"/>
        </w:rPr>
        <w:t>For crowns do rot and flesh will fall,</w:t>
      </w:r>
      <w:r w:rsidRPr="00C9454D">
        <w:rPr>
          <w:sz w:val="24"/>
          <w:szCs w:val="24"/>
        </w:rPr>
        <w:br/>
        <w:t>But memory is the throne of the dead.</w:t>
      </w:r>
    </w:p>
    <w:p w14:paraId="4AC951D0" w14:textId="77777777" w:rsidR="00295C25" w:rsidRPr="00C9454D" w:rsidRDefault="00295C25" w:rsidP="00C9454D">
      <w:pPr>
        <w:rPr>
          <w:sz w:val="24"/>
          <w:szCs w:val="24"/>
        </w:rPr>
      </w:pPr>
      <w:r w:rsidRPr="00C9454D">
        <w:rPr>
          <w:sz w:val="24"/>
          <w:szCs w:val="24"/>
        </w:rPr>
        <w:t>Woe to the man who forgets his name—</w:t>
      </w:r>
      <w:r w:rsidRPr="00C9454D">
        <w:rPr>
          <w:sz w:val="24"/>
          <w:szCs w:val="24"/>
        </w:rPr>
        <w:br/>
        <w:t>For the mind unguarded becomes its own dungeon.</w:t>
      </w:r>
    </w:p>
    <w:p w14:paraId="4412D715" w14:textId="0FB848E8" w:rsidR="00651B98" w:rsidRPr="00C9454D" w:rsidRDefault="00295C25" w:rsidP="00C9454D">
      <w:pPr>
        <w:rPr>
          <w:sz w:val="24"/>
          <w:szCs w:val="24"/>
        </w:rPr>
      </w:pPr>
      <w:r w:rsidRPr="00C9454D">
        <w:rPr>
          <w:sz w:val="24"/>
          <w:szCs w:val="24"/>
        </w:rPr>
        <w:t>And none shall rescue the hollow king.</w:t>
      </w:r>
      <w:r w:rsidRPr="00C9454D">
        <w:rPr>
          <w:sz w:val="24"/>
          <w:szCs w:val="24"/>
        </w:rPr>
        <w:br/>
        <w:t>Not angels.</w:t>
      </w:r>
      <w:r w:rsidRPr="00C9454D">
        <w:rPr>
          <w:sz w:val="24"/>
          <w:szCs w:val="24"/>
        </w:rPr>
        <w:br/>
        <w:t>Not heirs.</w:t>
      </w:r>
      <w:r w:rsidRPr="00C9454D">
        <w:rPr>
          <w:sz w:val="24"/>
          <w:szCs w:val="24"/>
        </w:rPr>
        <w:br/>
        <w:t>Not time.</w:t>
      </w:r>
    </w:p>
    <w:p w14:paraId="5F6E30E1" w14:textId="77777777" w:rsidR="00A06E85" w:rsidRPr="00C9454D" w:rsidRDefault="00A06E85" w:rsidP="00C9454D">
      <w:pPr>
        <w:rPr>
          <w:sz w:val="24"/>
          <w:szCs w:val="24"/>
        </w:rPr>
      </w:pPr>
    </w:p>
    <w:p w14:paraId="21561C41" w14:textId="2A32CB4A" w:rsidR="00A06E85" w:rsidRPr="00C9454D" w:rsidRDefault="00A06E85" w:rsidP="00C9454D">
      <w:pPr>
        <w:pStyle w:val="Heading2"/>
        <w:rPr>
          <w:sz w:val="24"/>
          <w:szCs w:val="24"/>
        </w:rPr>
      </w:pPr>
      <w:r w:rsidRPr="00C9454D">
        <w:rPr>
          <w:sz w:val="24"/>
          <w:szCs w:val="24"/>
        </w:rPr>
        <w:t xml:space="preserve">The </w:t>
      </w:r>
      <w:proofErr w:type="spellStart"/>
      <w:r w:rsidRPr="00C9454D">
        <w:rPr>
          <w:sz w:val="24"/>
          <w:szCs w:val="24"/>
        </w:rPr>
        <w:t>Devereaux</w:t>
      </w:r>
      <w:proofErr w:type="spellEnd"/>
      <w:r w:rsidRPr="00C9454D">
        <w:rPr>
          <w:sz w:val="24"/>
          <w:szCs w:val="24"/>
        </w:rPr>
        <w:t xml:space="preserve"> Patriarch and </w:t>
      </w:r>
      <w:r w:rsidR="00A6724F" w:rsidRPr="00C9454D">
        <w:rPr>
          <w:sz w:val="24"/>
          <w:szCs w:val="24"/>
        </w:rPr>
        <w:t>Matriarch</w:t>
      </w:r>
    </w:p>
    <w:p w14:paraId="35E1958B" w14:textId="77777777" w:rsidR="00A6724F" w:rsidRPr="00C9454D" w:rsidRDefault="00A6724F" w:rsidP="00C9454D">
      <w:pPr>
        <w:rPr>
          <w:sz w:val="24"/>
          <w:szCs w:val="24"/>
        </w:rPr>
      </w:pPr>
    </w:p>
    <w:p w14:paraId="57110FEB" w14:textId="58BA72AF" w:rsidR="00651B98" w:rsidRPr="00C9454D" w:rsidRDefault="00A6724F" w:rsidP="00C9454D">
      <w:pPr>
        <w:rPr>
          <w:sz w:val="24"/>
          <w:szCs w:val="24"/>
        </w:rPr>
      </w:pPr>
      <w:r w:rsidRPr="00C9454D">
        <w:rPr>
          <w:sz w:val="24"/>
          <w:szCs w:val="24"/>
        </w:rPr>
        <w:t xml:space="preserve">The trial and subsequent downfall of the </w:t>
      </w:r>
      <w:proofErr w:type="spellStart"/>
      <w:r w:rsidRPr="00C9454D">
        <w:rPr>
          <w:sz w:val="24"/>
          <w:szCs w:val="24"/>
        </w:rPr>
        <w:t>Devereaux</w:t>
      </w:r>
      <w:proofErr w:type="spellEnd"/>
      <w:r w:rsidRPr="00C9454D">
        <w:rPr>
          <w:sz w:val="24"/>
          <w:szCs w:val="24"/>
        </w:rPr>
        <w:t xml:space="preserve"> family marked a turning point in the region. Their scheming and manipulation, which had nearly cost Abilene her life, became their undoing. Once influential nobles, their fall from grace was as swift as it was brutal, orchestrated by the king himself to serve as a warning to others who might think to misuse their power.</w:t>
      </w:r>
    </w:p>
    <w:p w14:paraId="7F86AE65" w14:textId="77777777" w:rsidR="00A06E85" w:rsidRPr="00C9454D" w:rsidRDefault="00A06E85" w:rsidP="00C9454D">
      <w:pPr>
        <w:rPr>
          <w:sz w:val="24"/>
          <w:szCs w:val="24"/>
        </w:rPr>
      </w:pPr>
      <w:r w:rsidRPr="00C9454D">
        <w:rPr>
          <w:sz w:val="24"/>
          <w:szCs w:val="24"/>
        </w:rPr>
        <w:t xml:space="preserve">Lord </w:t>
      </w:r>
      <w:proofErr w:type="spellStart"/>
      <w:r w:rsidRPr="00C9454D">
        <w:rPr>
          <w:sz w:val="24"/>
          <w:szCs w:val="24"/>
        </w:rPr>
        <w:t>Devereaux</w:t>
      </w:r>
      <w:proofErr w:type="spellEnd"/>
      <w:r w:rsidRPr="00C9454D">
        <w:rPr>
          <w:sz w:val="24"/>
          <w:szCs w:val="24"/>
        </w:rPr>
        <w:t xml:space="preserve"> was arrested on charges of treason and abuse of power. Found guilty, he was sentenced to life imprisonment in the king’s dungeons—a fate considered worse than death by many. Stripped of his titles and lands, he spent his days in a cold, dark cell, his influence reduced to nothing.</w:t>
      </w:r>
    </w:p>
    <w:p w14:paraId="7C74F19D" w14:textId="274313ED" w:rsidR="0047158F" w:rsidRPr="00C9454D" w:rsidRDefault="00A6724F" w:rsidP="00C9454D">
      <w:pPr>
        <w:rPr>
          <w:b/>
          <w:bCs/>
          <w:sz w:val="24"/>
          <w:szCs w:val="24"/>
        </w:rPr>
      </w:pPr>
      <w:r w:rsidRPr="00C9454D">
        <w:rPr>
          <w:b/>
          <w:bCs/>
          <w:sz w:val="24"/>
          <w:szCs w:val="24"/>
        </w:rPr>
        <w:t>Devereux</w:t>
      </w:r>
      <w:r w:rsidR="0047158F" w:rsidRPr="00C9454D">
        <w:rPr>
          <w:b/>
          <w:bCs/>
          <w:sz w:val="24"/>
          <w:szCs w:val="24"/>
        </w:rPr>
        <w:t xml:space="preserve"> — First Descent into Madness</w:t>
      </w:r>
    </w:p>
    <w:p w14:paraId="2D660195" w14:textId="77777777" w:rsidR="0047158F" w:rsidRPr="00C9454D" w:rsidRDefault="0047158F" w:rsidP="00C9454D">
      <w:pPr>
        <w:rPr>
          <w:sz w:val="24"/>
          <w:szCs w:val="24"/>
        </w:rPr>
      </w:pPr>
      <w:r w:rsidRPr="00C9454D">
        <w:rPr>
          <w:sz w:val="24"/>
          <w:szCs w:val="24"/>
        </w:rPr>
        <w:t>The dungeon was colder tonight.</w:t>
      </w:r>
      <w:r w:rsidRPr="00C9454D">
        <w:rPr>
          <w:sz w:val="24"/>
          <w:szCs w:val="24"/>
        </w:rPr>
        <w:br/>
        <w:t>The kind of cold that gnawed at the marrow, that lived inside the bones and whispered that spring would never come again.</w:t>
      </w:r>
    </w:p>
    <w:p w14:paraId="3D577A2F" w14:textId="2DA66F5B" w:rsidR="0047158F" w:rsidRPr="00C9454D" w:rsidRDefault="00A6724F" w:rsidP="00C9454D">
      <w:pPr>
        <w:rPr>
          <w:sz w:val="24"/>
          <w:szCs w:val="24"/>
        </w:rPr>
      </w:pPr>
      <w:r w:rsidRPr="00C9454D">
        <w:rPr>
          <w:sz w:val="24"/>
          <w:szCs w:val="24"/>
        </w:rPr>
        <w:t>Devereux</w:t>
      </w:r>
      <w:r w:rsidR="0047158F" w:rsidRPr="00C9454D">
        <w:rPr>
          <w:sz w:val="24"/>
          <w:szCs w:val="24"/>
        </w:rPr>
        <w:t xml:space="preserve"> shivered under the threadbare scrap of cloth they called a blanket.</w:t>
      </w:r>
      <w:r w:rsidR="0047158F" w:rsidRPr="00C9454D">
        <w:rPr>
          <w:sz w:val="24"/>
          <w:szCs w:val="24"/>
        </w:rPr>
        <w:br/>
        <w:t>Above him, somewhere beyond the layers of stone and rot, the world moved on.</w:t>
      </w:r>
      <w:r w:rsidR="0047158F" w:rsidRPr="00C9454D">
        <w:rPr>
          <w:sz w:val="24"/>
          <w:szCs w:val="24"/>
        </w:rPr>
        <w:br/>
        <w:t>He closed his eyes — and the dreams came.</w:t>
      </w:r>
    </w:p>
    <w:p w14:paraId="5FF73ABC" w14:textId="77777777" w:rsidR="0047158F" w:rsidRPr="00C9454D" w:rsidRDefault="0047158F" w:rsidP="00C9454D">
      <w:pPr>
        <w:rPr>
          <w:sz w:val="24"/>
          <w:szCs w:val="24"/>
        </w:rPr>
      </w:pPr>
      <w:r w:rsidRPr="00C9454D">
        <w:rPr>
          <w:sz w:val="24"/>
          <w:szCs w:val="24"/>
        </w:rPr>
        <w:t>At first, they were golden.</w:t>
      </w:r>
    </w:p>
    <w:p w14:paraId="2A951A16" w14:textId="77777777" w:rsidR="0047158F" w:rsidRPr="00C9454D" w:rsidRDefault="0047158F" w:rsidP="00C9454D">
      <w:pPr>
        <w:rPr>
          <w:sz w:val="24"/>
          <w:szCs w:val="24"/>
        </w:rPr>
      </w:pPr>
      <w:r w:rsidRPr="00C9454D">
        <w:rPr>
          <w:sz w:val="24"/>
          <w:szCs w:val="24"/>
        </w:rPr>
        <w:t>He was young again.</w:t>
      </w:r>
      <w:r w:rsidRPr="00C9454D">
        <w:rPr>
          <w:sz w:val="24"/>
          <w:szCs w:val="24"/>
        </w:rPr>
        <w:br/>
        <w:t xml:space="preserve">The son of a proud house, riding through the fields of </w:t>
      </w:r>
      <w:proofErr w:type="spellStart"/>
      <w:r w:rsidRPr="00C9454D">
        <w:rPr>
          <w:sz w:val="24"/>
          <w:szCs w:val="24"/>
        </w:rPr>
        <w:t>Teston</w:t>
      </w:r>
      <w:proofErr w:type="spellEnd"/>
      <w:r w:rsidRPr="00C9454D">
        <w:rPr>
          <w:sz w:val="24"/>
          <w:szCs w:val="24"/>
        </w:rPr>
        <w:t xml:space="preserve"> on a chestnut stallion, his hair streaming in the wind, his heart pure and open to the sunlight.</w:t>
      </w:r>
      <w:r w:rsidRPr="00C9454D">
        <w:rPr>
          <w:sz w:val="24"/>
          <w:szCs w:val="24"/>
        </w:rPr>
        <w:br/>
        <w:t>He could smell the summer wheat. Hear the lark’s song.</w:t>
      </w:r>
      <w:r w:rsidRPr="00C9454D">
        <w:rPr>
          <w:sz w:val="24"/>
          <w:szCs w:val="24"/>
        </w:rPr>
        <w:br/>
        <w:t>He laughed—a sound he had not made in years, full and bright, from deep within his chest.</w:t>
      </w:r>
    </w:p>
    <w:p w14:paraId="35168506" w14:textId="77777777" w:rsidR="0047158F" w:rsidRPr="00C9454D" w:rsidRDefault="0047158F" w:rsidP="00C9454D">
      <w:pPr>
        <w:rPr>
          <w:sz w:val="24"/>
          <w:szCs w:val="24"/>
        </w:rPr>
      </w:pPr>
      <w:r w:rsidRPr="00C9454D">
        <w:rPr>
          <w:sz w:val="24"/>
          <w:szCs w:val="24"/>
        </w:rPr>
        <w:t>In the dream, his mother stood at the garden gate, her arms open, her face glowing with love.</w:t>
      </w:r>
      <w:r w:rsidRPr="00C9454D">
        <w:rPr>
          <w:sz w:val="24"/>
          <w:szCs w:val="24"/>
        </w:rPr>
        <w:br/>
        <w:t xml:space="preserve">She called him </w:t>
      </w:r>
      <w:r w:rsidRPr="00C9454D">
        <w:rPr>
          <w:i/>
          <w:iCs/>
          <w:sz w:val="24"/>
          <w:szCs w:val="24"/>
        </w:rPr>
        <w:t>my little knight,</w:t>
      </w:r>
      <w:r w:rsidRPr="00C9454D">
        <w:rPr>
          <w:sz w:val="24"/>
          <w:szCs w:val="24"/>
        </w:rPr>
        <w:t xml:space="preserve"> and he ran to her without shame.</w:t>
      </w:r>
    </w:p>
    <w:p w14:paraId="3BFA1883" w14:textId="77777777" w:rsidR="0047158F" w:rsidRPr="00C9454D" w:rsidRDefault="0047158F" w:rsidP="00C9454D">
      <w:pPr>
        <w:rPr>
          <w:sz w:val="24"/>
          <w:szCs w:val="24"/>
        </w:rPr>
      </w:pPr>
      <w:r w:rsidRPr="00C9454D">
        <w:rPr>
          <w:sz w:val="24"/>
          <w:szCs w:val="24"/>
        </w:rPr>
        <w:t>The dream shifted—</w:t>
      </w:r>
      <w:r w:rsidRPr="00C9454D">
        <w:rPr>
          <w:sz w:val="24"/>
          <w:szCs w:val="24"/>
        </w:rPr>
        <w:br/>
        <w:t>He was at a feast, older now, but still untainted. His goblet untouched, his eyes clear.</w:t>
      </w:r>
      <w:r w:rsidRPr="00C9454D">
        <w:rPr>
          <w:sz w:val="24"/>
          <w:szCs w:val="24"/>
        </w:rPr>
        <w:br/>
        <w:t>Friends clapped him on the back, promising futures built on honor and mercy.</w:t>
      </w:r>
    </w:p>
    <w:p w14:paraId="048B318F" w14:textId="77777777" w:rsidR="0047158F" w:rsidRPr="00C9454D" w:rsidRDefault="0047158F" w:rsidP="00C9454D">
      <w:pPr>
        <w:rPr>
          <w:sz w:val="24"/>
          <w:szCs w:val="24"/>
        </w:rPr>
      </w:pPr>
      <w:r w:rsidRPr="00C9454D">
        <w:rPr>
          <w:sz w:val="24"/>
          <w:szCs w:val="24"/>
        </w:rPr>
        <w:t>But then—</w:t>
      </w:r>
    </w:p>
    <w:p w14:paraId="6AF8F7DD" w14:textId="77777777" w:rsidR="0047158F" w:rsidRPr="00C9454D" w:rsidRDefault="0047158F" w:rsidP="00C9454D">
      <w:pPr>
        <w:rPr>
          <w:sz w:val="24"/>
          <w:szCs w:val="24"/>
        </w:rPr>
      </w:pPr>
      <w:r w:rsidRPr="00C9454D">
        <w:rPr>
          <w:sz w:val="24"/>
          <w:szCs w:val="24"/>
        </w:rPr>
        <w:t>The dream soured.</w:t>
      </w:r>
    </w:p>
    <w:p w14:paraId="6C49CCF9" w14:textId="77777777" w:rsidR="0047158F" w:rsidRPr="00C9454D" w:rsidRDefault="0047158F" w:rsidP="00C9454D">
      <w:pPr>
        <w:rPr>
          <w:sz w:val="24"/>
          <w:szCs w:val="24"/>
        </w:rPr>
      </w:pPr>
      <w:r w:rsidRPr="00C9454D">
        <w:rPr>
          <w:sz w:val="24"/>
          <w:szCs w:val="24"/>
        </w:rPr>
        <w:t>A tray of jewels.</w:t>
      </w:r>
      <w:r w:rsidRPr="00C9454D">
        <w:rPr>
          <w:sz w:val="24"/>
          <w:szCs w:val="24"/>
        </w:rPr>
        <w:br/>
        <w:t>A mountain of golden goblets.</w:t>
      </w:r>
      <w:r w:rsidRPr="00C9454D">
        <w:rPr>
          <w:sz w:val="24"/>
          <w:szCs w:val="24"/>
        </w:rPr>
        <w:br/>
        <w:t>A parade of soft hands, whispering promises.</w:t>
      </w:r>
    </w:p>
    <w:p w14:paraId="664957AD" w14:textId="0C83CE56" w:rsidR="0047158F" w:rsidRPr="00C9454D" w:rsidRDefault="00232764" w:rsidP="00C9454D">
      <w:pPr>
        <w:rPr>
          <w:sz w:val="24"/>
          <w:szCs w:val="24"/>
        </w:rPr>
      </w:pPr>
      <w:r w:rsidRPr="00C9454D">
        <w:rPr>
          <w:sz w:val="24"/>
          <w:szCs w:val="24"/>
        </w:rPr>
        <w:t>Devereux</w:t>
      </w:r>
      <w:r w:rsidR="0047158F" w:rsidRPr="00C9454D">
        <w:rPr>
          <w:sz w:val="24"/>
          <w:szCs w:val="24"/>
        </w:rPr>
        <w:t xml:space="preserve"> saw himself choose.</w:t>
      </w:r>
      <w:r w:rsidR="0047158F" w:rsidRPr="00C9454D">
        <w:rPr>
          <w:sz w:val="24"/>
          <w:szCs w:val="24"/>
        </w:rPr>
        <w:br/>
        <w:t>He watched his own hand reach—not for the sword, not for the book, but for the overflowing table.</w:t>
      </w:r>
      <w:r w:rsidR="0047158F" w:rsidRPr="00C9454D">
        <w:rPr>
          <w:sz w:val="24"/>
          <w:szCs w:val="24"/>
        </w:rPr>
        <w:br/>
        <w:t xml:space="preserve">He saw the moment the hunger entered him—not hunger for food, but for power, for possession, for </w:t>
      </w:r>
      <w:r w:rsidR="0047158F" w:rsidRPr="00C9454D">
        <w:rPr>
          <w:i/>
          <w:iCs/>
          <w:sz w:val="24"/>
          <w:szCs w:val="24"/>
        </w:rPr>
        <w:t>more</w:t>
      </w:r>
      <w:r w:rsidR="0047158F" w:rsidRPr="00C9454D">
        <w:rPr>
          <w:sz w:val="24"/>
          <w:szCs w:val="24"/>
        </w:rPr>
        <w:t>.</w:t>
      </w:r>
    </w:p>
    <w:p w14:paraId="26B5855B" w14:textId="77777777" w:rsidR="0047158F" w:rsidRPr="00C9454D" w:rsidRDefault="0047158F" w:rsidP="00C9454D">
      <w:pPr>
        <w:rPr>
          <w:sz w:val="24"/>
          <w:szCs w:val="24"/>
        </w:rPr>
      </w:pPr>
      <w:r w:rsidRPr="00C9454D">
        <w:rPr>
          <w:sz w:val="24"/>
          <w:szCs w:val="24"/>
        </w:rPr>
        <w:t>The dream grew dark.</w:t>
      </w:r>
      <w:r w:rsidRPr="00C9454D">
        <w:rPr>
          <w:sz w:val="24"/>
          <w:szCs w:val="24"/>
        </w:rPr>
        <w:br/>
        <w:t>The feasts turned to gluttony.</w:t>
      </w:r>
      <w:r w:rsidRPr="00C9454D">
        <w:rPr>
          <w:sz w:val="24"/>
          <w:szCs w:val="24"/>
        </w:rPr>
        <w:br/>
        <w:t>The laughter turned to mockery.</w:t>
      </w:r>
      <w:r w:rsidRPr="00C9454D">
        <w:rPr>
          <w:sz w:val="24"/>
          <w:szCs w:val="24"/>
        </w:rPr>
        <w:br/>
        <w:t xml:space="preserve">The faces around him grew sneering and false, and </w:t>
      </w:r>
      <w:proofErr w:type="spellStart"/>
      <w:r w:rsidRPr="00C9454D">
        <w:rPr>
          <w:sz w:val="24"/>
          <w:szCs w:val="24"/>
        </w:rPr>
        <w:t>Deveroux</w:t>
      </w:r>
      <w:proofErr w:type="spellEnd"/>
      <w:r w:rsidRPr="00C9454D">
        <w:rPr>
          <w:sz w:val="24"/>
          <w:szCs w:val="24"/>
        </w:rPr>
        <w:t xml:space="preserve"> — once shining — sat slumped at the head of a rotting table, his crown askew, his fingers stained.</w:t>
      </w:r>
    </w:p>
    <w:p w14:paraId="1CC9B10D" w14:textId="77777777" w:rsidR="0047158F" w:rsidRPr="00C9454D" w:rsidRDefault="0047158F" w:rsidP="00C9454D">
      <w:pPr>
        <w:rPr>
          <w:sz w:val="24"/>
          <w:szCs w:val="24"/>
        </w:rPr>
      </w:pPr>
      <w:r w:rsidRPr="00C9454D">
        <w:rPr>
          <w:sz w:val="24"/>
          <w:szCs w:val="24"/>
        </w:rPr>
        <w:t>He cried out —</w:t>
      </w:r>
      <w:r w:rsidRPr="00C9454D">
        <w:rPr>
          <w:sz w:val="24"/>
          <w:szCs w:val="24"/>
        </w:rPr>
        <w:br/>
        <w:t>“No! Not this!”</w:t>
      </w:r>
      <w:r w:rsidRPr="00C9454D">
        <w:rPr>
          <w:sz w:val="24"/>
          <w:szCs w:val="24"/>
        </w:rPr>
        <w:br/>
        <w:t>— but the dream deafened him.</w:t>
      </w:r>
    </w:p>
    <w:p w14:paraId="009A1405" w14:textId="77777777" w:rsidR="0047158F" w:rsidRPr="00C9454D" w:rsidRDefault="0047158F" w:rsidP="00C9454D">
      <w:pPr>
        <w:rPr>
          <w:sz w:val="24"/>
          <w:szCs w:val="24"/>
        </w:rPr>
      </w:pPr>
      <w:r w:rsidRPr="00C9454D">
        <w:rPr>
          <w:sz w:val="24"/>
          <w:szCs w:val="24"/>
        </w:rPr>
        <w:t>When he woke, he was weeping.</w:t>
      </w:r>
    </w:p>
    <w:p w14:paraId="31FEC48E" w14:textId="77777777" w:rsidR="0047158F" w:rsidRPr="00C9454D" w:rsidRDefault="0047158F" w:rsidP="00C9454D">
      <w:pPr>
        <w:rPr>
          <w:sz w:val="24"/>
          <w:szCs w:val="24"/>
        </w:rPr>
      </w:pPr>
      <w:r w:rsidRPr="00C9454D">
        <w:rPr>
          <w:sz w:val="24"/>
          <w:szCs w:val="24"/>
        </w:rPr>
        <w:t>The stone walls were silent.</w:t>
      </w:r>
      <w:r w:rsidRPr="00C9454D">
        <w:rPr>
          <w:sz w:val="24"/>
          <w:szCs w:val="24"/>
        </w:rPr>
        <w:br/>
        <w:t>The dark pressed against his skin like a living thing.</w:t>
      </w:r>
    </w:p>
    <w:p w14:paraId="15C75308" w14:textId="77777777" w:rsidR="0047158F" w:rsidRPr="00C9454D" w:rsidRDefault="0047158F" w:rsidP="00C9454D">
      <w:pPr>
        <w:rPr>
          <w:sz w:val="24"/>
          <w:szCs w:val="24"/>
        </w:rPr>
      </w:pPr>
      <w:r w:rsidRPr="00C9454D">
        <w:rPr>
          <w:sz w:val="24"/>
          <w:szCs w:val="24"/>
        </w:rPr>
        <w:t>And still, the golden scent of the wheat fields lingered in his nostrils, crueler than any lash.</w:t>
      </w:r>
      <w:r w:rsidRPr="00C9454D">
        <w:rPr>
          <w:sz w:val="24"/>
          <w:szCs w:val="24"/>
        </w:rPr>
        <w:br/>
        <w:t>He turned his face to the filthy wall, hiding his tears from the darkness that needed no witness.</w:t>
      </w:r>
    </w:p>
    <w:p w14:paraId="1AC917E9" w14:textId="77777777" w:rsidR="0047158F" w:rsidRPr="00C9454D" w:rsidRDefault="0047158F" w:rsidP="00C9454D">
      <w:pPr>
        <w:rPr>
          <w:sz w:val="24"/>
          <w:szCs w:val="24"/>
        </w:rPr>
      </w:pPr>
      <w:r w:rsidRPr="00C9454D">
        <w:rPr>
          <w:sz w:val="24"/>
          <w:szCs w:val="24"/>
        </w:rPr>
        <w:t>Every dream after that was worse.</w:t>
      </w:r>
    </w:p>
    <w:p w14:paraId="2FA7181B" w14:textId="77777777" w:rsidR="0047158F" w:rsidRPr="00C9454D" w:rsidRDefault="0047158F" w:rsidP="00C9454D">
      <w:pPr>
        <w:rPr>
          <w:sz w:val="24"/>
          <w:szCs w:val="24"/>
        </w:rPr>
      </w:pPr>
      <w:r w:rsidRPr="00C9454D">
        <w:rPr>
          <w:sz w:val="24"/>
          <w:szCs w:val="24"/>
        </w:rPr>
        <w:t>The young boy he had been would come to him again and again — bright, proud, unbroken —</w:t>
      </w:r>
      <w:r w:rsidRPr="00C9454D">
        <w:rPr>
          <w:sz w:val="24"/>
          <w:szCs w:val="24"/>
        </w:rPr>
        <w:br/>
        <w:t>only to watch him fall.</w:t>
      </w:r>
      <w:r w:rsidRPr="00C9454D">
        <w:rPr>
          <w:sz w:val="24"/>
          <w:szCs w:val="24"/>
        </w:rPr>
        <w:br/>
        <w:t>Again.</w:t>
      </w:r>
      <w:r w:rsidRPr="00C9454D">
        <w:rPr>
          <w:sz w:val="24"/>
          <w:szCs w:val="24"/>
        </w:rPr>
        <w:br/>
        <w:t>And again.</w:t>
      </w:r>
      <w:r w:rsidRPr="00C9454D">
        <w:rPr>
          <w:sz w:val="24"/>
          <w:szCs w:val="24"/>
        </w:rPr>
        <w:br/>
        <w:t>And again.</w:t>
      </w:r>
    </w:p>
    <w:p w14:paraId="38548675" w14:textId="77777777" w:rsidR="0047158F" w:rsidRPr="00C9454D" w:rsidRDefault="0047158F" w:rsidP="00C9454D">
      <w:pPr>
        <w:rPr>
          <w:sz w:val="24"/>
          <w:szCs w:val="24"/>
        </w:rPr>
      </w:pPr>
      <w:r w:rsidRPr="00C9454D">
        <w:rPr>
          <w:sz w:val="24"/>
          <w:szCs w:val="24"/>
        </w:rPr>
        <w:t>Morning never brought relief.</w:t>
      </w:r>
    </w:p>
    <w:p w14:paraId="1DB71301" w14:textId="77777777" w:rsidR="0047158F" w:rsidRPr="00C9454D" w:rsidRDefault="0047158F" w:rsidP="00C9454D">
      <w:pPr>
        <w:rPr>
          <w:sz w:val="24"/>
          <w:szCs w:val="24"/>
        </w:rPr>
      </w:pPr>
      <w:r w:rsidRPr="00C9454D">
        <w:rPr>
          <w:sz w:val="24"/>
          <w:szCs w:val="24"/>
        </w:rPr>
        <w:t xml:space="preserve">Only the sickening weight of knowing he had </w:t>
      </w:r>
      <w:r w:rsidRPr="00C9454D">
        <w:rPr>
          <w:b/>
          <w:bCs/>
          <w:sz w:val="24"/>
          <w:szCs w:val="24"/>
        </w:rPr>
        <w:t>made the choice</w:t>
      </w:r>
      <w:r w:rsidRPr="00C9454D">
        <w:rPr>
          <w:sz w:val="24"/>
          <w:szCs w:val="24"/>
        </w:rPr>
        <w:t>.</w:t>
      </w:r>
      <w:r w:rsidRPr="00C9454D">
        <w:rPr>
          <w:sz w:val="24"/>
          <w:szCs w:val="24"/>
        </w:rPr>
        <w:br/>
        <w:t>It was his hand that reached.</w:t>
      </w:r>
      <w:r w:rsidRPr="00C9454D">
        <w:rPr>
          <w:sz w:val="24"/>
          <w:szCs w:val="24"/>
        </w:rPr>
        <w:br/>
        <w:t>His mouth that lied.</w:t>
      </w:r>
      <w:r w:rsidRPr="00C9454D">
        <w:rPr>
          <w:sz w:val="24"/>
          <w:szCs w:val="24"/>
        </w:rPr>
        <w:br/>
        <w:t>His soul that crumbled.</w:t>
      </w:r>
    </w:p>
    <w:p w14:paraId="1360DD17" w14:textId="13A10826" w:rsidR="0047158F" w:rsidRPr="00C9454D" w:rsidRDefault="00232764" w:rsidP="00C9454D">
      <w:pPr>
        <w:rPr>
          <w:sz w:val="24"/>
          <w:szCs w:val="24"/>
        </w:rPr>
      </w:pPr>
      <w:r w:rsidRPr="00C9454D">
        <w:rPr>
          <w:sz w:val="24"/>
          <w:szCs w:val="24"/>
        </w:rPr>
        <w:t>Devereux</w:t>
      </w:r>
      <w:r w:rsidR="0047158F" w:rsidRPr="00C9454D">
        <w:rPr>
          <w:sz w:val="24"/>
          <w:szCs w:val="24"/>
        </w:rPr>
        <w:t xml:space="preserve"> clung to the memories of the boy he had been like a man clinging to a fraying rope over a pit.</w:t>
      </w:r>
      <w:r w:rsidR="0047158F" w:rsidRPr="00C9454D">
        <w:rPr>
          <w:sz w:val="24"/>
          <w:szCs w:val="24"/>
        </w:rPr>
        <w:br/>
        <w:t>But the rope slipped lower with each dream, and his hands, once so sure, bled from the strain of holding on.</w:t>
      </w:r>
    </w:p>
    <w:p w14:paraId="060E7906" w14:textId="77777777" w:rsidR="0047158F" w:rsidRPr="00C9454D" w:rsidRDefault="0047158F" w:rsidP="00C9454D">
      <w:pPr>
        <w:rPr>
          <w:sz w:val="24"/>
          <w:szCs w:val="24"/>
        </w:rPr>
      </w:pPr>
      <w:r w:rsidRPr="00C9454D">
        <w:rPr>
          <w:sz w:val="24"/>
          <w:szCs w:val="24"/>
        </w:rPr>
        <w:t>Soon, he knew —</w:t>
      </w:r>
      <w:r w:rsidRPr="00C9454D">
        <w:rPr>
          <w:sz w:val="24"/>
          <w:szCs w:val="24"/>
        </w:rPr>
        <w:br/>
        <w:t>He would forget how the sunlight smelled.</w:t>
      </w:r>
      <w:r w:rsidRPr="00C9454D">
        <w:rPr>
          <w:sz w:val="24"/>
          <w:szCs w:val="24"/>
        </w:rPr>
        <w:br/>
        <w:t>He would forget how it felt to ride free.</w:t>
      </w:r>
      <w:r w:rsidRPr="00C9454D">
        <w:rPr>
          <w:sz w:val="24"/>
          <w:szCs w:val="24"/>
        </w:rPr>
        <w:br/>
        <w:t>He would forget himself completely.</w:t>
      </w:r>
    </w:p>
    <w:p w14:paraId="7445A176" w14:textId="77777777" w:rsidR="0047158F" w:rsidRPr="00C9454D" w:rsidRDefault="0047158F" w:rsidP="00C9454D">
      <w:pPr>
        <w:rPr>
          <w:sz w:val="24"/>
          <w:szCs w:val="24"/>
        </w:rPr>
      </w:pPr>
      <w:r w:rsidRPr="00C9454D">
        <w:rPr>
          <w:sz w:val="24"/>
          <w:szCs w:val="24"/>
        </w:rPr>
        <w:t>And then he would be only another madman in the dark.</w:t>
      </w:r>
      <w:r w:rsidRPr="00C9454D">
        <w:rPr>
          <w:sz w:val="24"/>
          <w:szCs w:val="24"/>
        </w:rPr>
        <w:br/>
        <w:t>Screaming at ghosts.</w:t>
      </w:r>
      <w:r w:rsidRPr="00C9454D">
        <w:rPr>
          <w:sz w:val="24"/>
          <w:szCs w:val="24"/>
        </w:rPr>
        <w:br/>
        <w:t>Begging for a past he no longer deserved.</w:t>
      </w:r>
    </w:p>
    <w:p w14:paraId="6FDA1436" w14:textId="77777777" w:rsidR="0033564A" w:rsidRPr="00C9454D" w:rsidRDefault="0033564A" w:rsidP="00C9454D">
      <w:pPr>
        <w:rPr>
          <w:b/>
          <w:bCs/>
          <w:sz w:val="24"/>
          <w:szCs w:val="24"/>
        </w:rPr>
      </w:pPr>
      <w:r w:rsidRPr="00C9454D">
        <w:rPr>
          <w:b/>
          <w:bCs/>
          <w:sz w:val="24"/>
          <w:szCs w:val="24"/>
        </w:rPr>
        <w:t>The Mockery of the Madman</w:t>
      </w:r>
    </w:p>
    <w:p w14:paraId="1C465202" w14:textId="77777777" w:rsidR="0033564A" w:rsidRPr="00C9454D" w:rsidRDefault="0033564A" w:rsidP="00C9454D">
      <w:pPr>
        <w:rPr>
          <w:sz w:val="24"/>
          <w:szCs w:val="24"/>
        </w:rPr>
      </w:pPr>
      <w:r w:rsidRPr="00C9454D">
        <w:rPr>
          <w:sz w:val="24"/>
          <w:szCs w:val="24"/>
        </w:rPr>
        <w:t>The darkness had companions.</w:t>
      </w:r>
      <w:r w:rsidRPr="00C9454D">
        <w:rPr>
          <w:sz w:val="24"/>
          <w:szCs w:val="24"/>
        </w:rPr>
        <w:br/>
        <w:t>Not friends. Not allies.</w:t>
      </w:r>
      <w:r w:rsidRPr="00C9454D">
        <w:rPr>
          <w:sz w:val="24"/>
          <w:szCs w:val="24"/>
        </w:rPr>
        <w:br/>
        <w:t>Only shadows that moaned and muttered through the endless black.</w:t>
      </w:r>
    </w:p>
    <w:p w14:paraId="50C4C9E7" w14:textId="76404F6E" w:rsidR="0033564A" w:rsidRPr="00C9454D" w:rsidRDefault="00933033" w:rsidP="00C9454D">
      <w:pPr>
        <w:rPr>
          <w:sz w:val="24"/>
          <w:szCs w:val="24"/>
        </w:rPr>
      </w:pPr>
      <w:r w:rsidRPr="00C9454D">
        <w:rPr>
          <w:sz w:val="24"/>
          <w:szCs w:val="24"/>
        </w:rPr>
        <w:t>Devereux</w:t>
      </w:r>
      <w:r w:rsidR="0033564A" w:rsidRPr="00C9454D">
        <w:rPr>
          <w:sz w:val="24"/>
          <w:szCs w:val="24"/>
        </w:rPr>
        <w:t xml:space="preserve"> had tried to wall himself off —</w:t>
      </w:r>
      <w:r w:rsidR="0033564A" w:rsidRPr="00C9454D">
        <w:rPr>
          <w:sz w:val="24"/>
          <w:szCs w:val="24"/>
        </w:rPr>
        <w:br/>
        <w:t>to cling to the fragments of memory like a soldier guarding the last torch on a battlefield.</w:t>
      </w:r>
    </w:p>
    <w:p w14:paraId="28827F15" w14:textId="77777777" w:rsidR="0033564A" w:rsidRPr="00C9454D" w:rsidRDefault="0033564A" w:rsidP="00C9454D">
      <w:pPr>
        <w:rPr>
          <w:sz w:val="24"/>
          <w:szCs w:val="24"/>
        </w:rPr>
      </w:pPr>
      <w:r w:rsidRPr="00C9454D">
        <w:rPr>
          <w:sz w:val="24"/>
          <w:szCs w:val="24"/>
        </w:rPr>
        <w:t>But madness is a tide.</w:t>
      </w:r>
    </w:p>
    <w:p w14:paraId="31520C24" w14:textId="77777777" w:rsidR="0033564A" w:rsidRPr="00C9454D" w:rsidRDefault="0033564A" w:rsidP="00C9454D">
      <w:pPr>
        <w:rPr>
          <w:sz w:val="24"/>
          <w:szCs w:val="24"/>
        </w:rPr>
      </w:pPr>
      <w:r w:rsidRPr="00C9454D">
        <w:rPr>
          <w:sz w:val="24"/>
          <w:szCs w:val="24"/>
        </w:rPr>
        <w:t>It seeps.</w:t>
      </w:r>
      <w:r w:rsidRPr="00C9454D">
        <w:rPr>
          <w:sz w:val="24"/>
          <w:szCs w:val="24"/>
        </w:rPr>
        <w:br/>
        <w:t>It soaks.</w:t>
      </w:r>
      <w:r w:rsidRPr="00C9454D">
        <w:rPr>
          <w:sz w:val="24"/>
          <w:szCs w:val="24"/>
        </w:rPr>
        <w:br/>
        <w:t>It finds every crack.</w:t>
      </w:r>
    </w:p>
    <w:p w14:paraId="33A88DCE" w14:textId="77777777" w:rsidR="0033564A" w:rsidRPr="00C9454D" w:rsidRDefault="0033564A" w:rsidP="00C9454D">
      <w:pPr>
        <w:rPr>
          <w:sz w:val="24"/>
          <w:szCs w:val="24"/>
        </w:rPr>
      </w:pPr>
      <w:r w:rsidRPr="00C9454D">
        <w:rPr>
          <w:sz w:val="24"/>
          <w:szCs w:val="24"/>
        </w:rPr>
        <w:t>From the cell across the corridor, a voice began to sing.</w:t>
      </w:r>
    </w:p>
    <w:p w14:paraId="6454F1AC" w14:textId="1A1BE355" w:rsidR="0033564A" w:rsidRPr="00C9454D" w:rsidRDefault="0033564A" w:rsidP="00C9454D">
      <w:pPr>
        <w:rPr>
          <w:sz w:val="24"/>
          <w:szCs w:val="24"/>
        </w:rPr>
      </w:pPr>
      <w:r w:rsidRPr="00C9454D">
        <w:rPr>
          <w:sz w:val="24"/>
          <w:szCs w:val="24"/>
        </w:rPr>
        <w:t xml:space="preserve">At first, </w:t>
      </w:r>
      <w:r w:rsidR="00933033" w:rsidRPr="00C9454D">
        <w:rPr>
          <w:sz w:val="24"/>
          <w:szCs w:val="24"/>
        </w:rPr>
        <w:t>Devereux</w:t>
      </w:r>
      <w:r w:rsidRPr="00C9454D">
        <w:rPr>
          <w:sz w:val="24"/>
          <w:szCs w:val="24"/>
        </w:rPr>
        <w:t xml:space="preserve"> thought it was a child, the voice was so thin and high.</w:t>
      </w:r>
      <w:r w:rsidRPr="00C9454D">
        <w:rPr>
          <w:sz w:val="24"/>
          <w:szCs w:val="24"/>
        </w:rPr>
        <w:br/>
        <w:t>But it was no child.</w:t>
      </w:r>
      <w:r w:rsidRPr="00C9454D">
        <w:rPr>
          <w:sz w:val="24"/>
          <w:szCs w:val="24"/>
        </w:rPr>
        <w:br/>
        <w:t>It was Mad Tomas — a wretch whose mind had long since shattered, leaving only jagged pieces behind.</w:t>
      </w:r>
    </w:p>
    <w:p w14:paraId="29C84B85" w14:textId="77777777" w:rsidR="0033564A" w:rsidRPr="00C9454D" w:rsidRDefault="0033564A" w:rsidP="00C9454D">
      <w:pPr>
        <w:rPr>
          <w:sz w:val="24"/>
          <w:szCs w:val="24"/>
        </w:rPr>
      </w:pPr>
      <w:r w:rsidRPr="00C9454D">
        <w:rPr>
          <w:sz w:val="24"/>
          <w:szCs w:val="24"/>
        </w:rPr>
        <w:t>“</w:t>
      </w:r>
      <w:r w:rsidRPr="00C9454D">
        <w:rPr>
          <w:i/>
          <w:iCs/>
          <w:sz w:val="24"/>
          <w:szCs w:val="24"/>
        </w:rPr>
        <w:t>Where is your crown, pretty lord?</w:t>
      </w:r>
      <w:r w:rsidRPr="00C9454D">
        <w:rPr>
          <w:sz w:val="24"/>
          <w:szCs w:val="24"/>
        </w:rPr>
        <w:t>” Tomas sang, voice bouncing off the stone.</w:t>
      </w:r>
      <w:r w:rsidRPr="00C9454D">
        <w:rPr>
          <w:sz w:val="24"/>
          <w:szCs w:val="24"/>
        </w:rPr>
        <w:br/>
        <w:t>“</w:t>
      </w:r>
      <w:r w:rsidRPr="00C9454D">
        <w:rPr>
          <w:i/>
          <w:iCs/>
          <w:sz w:val="24"/>
          <w:szCs w:val="24"/>
        </w:rPr>
        <w:t>Where is your castle, made of dreams?</w:t>
      </w:r>
      <w:r w:rsidRPr="00C9454D">
        <w:rPr>
          <w:sz w:val="24"/>
          <w:szCs w:val="24"/>
        </w:rPr>
        <w:br/>
      </w:r>
      <w:r w:rsidRPr="00C9454D">
        <w:rPr>
          <w:i/>
          <w:iCs/>
          <w:sz w:val="24"/>
          <w:szCs w:val="24"/>
        </w:rPr>
        <w:t>Lost in the river...lost in the flood...</w:t>
      </w:r>
      <w:r w:rsidRPr="00C9454D">
        <w:rPr>
          <w:i/>
          <w:iCs/>
          <w:sz w:val="24"/>
          <w:szCs w:val="24"/>
        </w:rPr>
        <w:br/>
        <w:t>And you with your empty hands!</w:t>
      </w:r>
      <w:r w:rsidRPr="00C9454D">
        <w:rPr>
          <w:sz w:val="24"/>
          <w:szCs w:val="24"/>
        </w:rPr>
        <w:t>”</w:t>
      </w:r>
    </w:p>
    <w:p w14:paraId="040606B6" w14:textId="3126152F" w:rsidR="0033564A" w:rsidRPr="00C9454D" w:rsidRDefault="00933033" w:rsidP="00C9454D">
      <w:pPr>
        <w:rPr>
          <w:sz w:val="24"/>
          <w:szCs w:val="24"/>
        </w:rPr>
      </w:pPr>
      <w:r w:rsidRPr="00C9454D">
        <w:rPr>
          <w:sz w:val="24"/>
          <w:szCs w:val="24"/>
        </w:rPr>
        <w:t>Devereux</w:t>
      </w:r>
      <w:r w:rsidR="0033564A" w:rsidRPr="00C9454D">
        <w:rPr>
          <w:sz w:val="24"/>
          <w:szCs w:val="24"/>
        </w:rPr>
        <w:t xml:space="preserve"> pressed his forehead to the freezing wall, willing the song away.</w:t>
      </w:r>
      <w:r w:rsidR="0033564A" w:rsidRPr="00C9454D">
        <w:rPr>
          <w:sz w:val="24"/>
          <w:szCs w:val="24"/>
        </w:rPr>
        <w:br/>
        <w:t>But Tomas laughed—a sound sharp and wet, like meat being torn.</w:t>
      </w:r>
    </w:p>
    <w:p w14:paraId="763C1BFA" w14:textId="77777777" w:rsidR="0033564A" w:rsidRPr="00C9454D" w:rsidRDefault="0033564A" w:rsidP="00C9454D">
      <w:pPr>
        <w:rPr>
          <w:sz w:val="24"/>
          <w:szCs w:val="24"/>
        </w:rPr>
      </w:pPr>
      <w:r w:rsidRPr="00C9454D">
        <w:rPr>
          <w:sz w:val="24"/>
          <w:szCs w:val="24"/>
        </w:rPr>
        <w:t>"I seen it, I did," Tomas whispered.</w:t>
      </w:r>
      <w:r w:rsidRPr="00C9454D">
        <w:rPr>
          <w:sz w:val="24"/>
          <w:szCs w:val="24"/>
        </w:rPr>
        <w:br/>
        <w:t>"Saw your shining halls. Your golden goblets.</w:t>
      </w:r>
      <w:r w:rsidRPr="00C9454D">
        <w:rPr>
          <w:sz w:val="24"/>
          <w:szCs w:val="24"/>
        </w:rPr>
        <w:br/>
        <w:t>All turned to dust, pretty lord.</w:t>
      </w:r>
      <w:r w:rsidRPr="00C9454D">
        <w:rPr>
          <w:sz w:val="24"/>
          <w:szCs w:val="24"/>
        </w:rPr>
        <w:br/>
        <w:t>You’ll be dust, too. No one comes for dust."</w:t>
      </w:r>
    </w:p>
    <w:p w14:paraId="7B0A37EF" w14:textId="42A0EB16" w:rsidR="0033564A" w:rsidRPr="00C9454D" w:rsidRDefault="00933033" w:rsidP="00C9454D">
      <w:pPr>
        <w:rPr>
          <w:sz w:val="24"/>
          <w:szCs w:val="24"/>
        </w:rPr>
      </w:pPr>
      <w:r w:rsidRPr="00C9454D">
        <w:rPr>
          <w:sz w:val="24"/>
          <w:szCs w:val="24"/>
        </w:rPr>
        <w:t>Devereux</w:t>
      </w:r>
      <w:r w:rsidR="0033564A" w:rsidRPr="00C9454D">
        <w:rPr>
          <w:sz w:val="24"/>
          <w:szCs w:val="24"/>
        </w:rPr>
        <w:t xml:space="preserve"> stayed silent.</w:t>
      </w:r>
    </w:p>
    <w:p w14:paraId="5210BE3D" w14:textId="77777777" w:rsidR="0033564A" w:rsidRPr="00C9454D" w:rsidRDefault="0033564A" w:rsidP="00C9454D">
      <w:pPr>
        <w:rPr>
          <w:sz w:val="24"/>
          <w:szCs w:val="24"/>
        </w:rPr>
      </w:pPr>
      <w:r w:rsidRPr="00C9454D">
        <w:rPr>
          <w:sz w:val="24"/>
          <w:szCs w:val="24"/>
        </w:rPr>
        <w:t>To answer was to feed it.</w:t>
      </w:r>
      <w:r w:rsidRPr="00C9454D">
        <w:rPr>
          <w:sz w:val="24"/>
          <w:szCs w:val="24"/>
        </w:rPr>
        <w:br/>
        <w:t>To protest was to give it life.</w:t>
      </w:r>
    </w:p>
    <w:p w14:paraId="675F1215" w14:textId="77777777" w:rsidR="0033564A" w:rsidRPr="00C9454D" w:rsidRDefault="0033564A" w:rsidP="00C9454D">
      <w:pPr>
        <w:rPr>
          <w:sz w:val="24"/>
          <w:szCs w:val="24"/>
        </w:rPr>
      </w:pPr>
      <w:r w:rsidRPr="00C9454D">
        <w:rPr>
          <w:sz w:val="24"/>
          <w:szCs w:val="24"/>
        </w:rPr>
        <w:t>Still, the words wormed into his ears, coiling like snakes.</w:t>
      </w:r>
    </w:p>
    <w:p w14:paraId="4545AD5C" w14:textId="77777777" w:rsidR="0033564A" w:rsidRPr="00C9454D" w:rsidRDefault="0033564A" w:rsidP="00C9454D">
      <w:pPr>
        <w:rPr>
          <w:sz w:val="24"/>
          <w:szCs w:val="24"/>
        </w:rPr>
      </w:pPr>
      <w:r w:rsidRPr="00C9454D">
        <w:rPr>
          <w:sz w:val="24"/>
          <w:szCs w:val="24"/>
        </w:rPr>
        <w:t>Tomas rattled the bars of his cell, grinning a smile full of missing teeth.</w:t>
      </w:r>
      <w:r w:rsidRPr="00C9454D">
        <w:rPr>
          <w:sz w:val="24"/>
          <w:szCs w:val="24"/>
        </w:rPr>
        <w:br/>
        <w:t>"Dream your dreams, pretty lord.</w:t>
      </w:r>
      <w:r w:rsidRPr="00C9454D">
        <w:rPr>
          <w:sz w:val="24"/>
          <w:szCs w:val="24"/>
        </w:rPr>
        <w:br/>
        <w:t>You'll wake to the rats...and me.</w:t>
      </w:r>
      <w:r w:rsidRPr="00C9454D">
        <w:rPr>
          <w:sz w:val="24"/>
          <w:szCs w:val="24"/>
        </w:rPr>
        <w:br/>
        <w:t>Always me."</w:t>
      </w:r>
    </w:p>
    <w:p w14:paraId="1D187452" w14:textId="77777777" w:rsidR="0033564A" w:rsidRPr="00C9454D" w:rsidRDefault="0033564A" w:rsidP="00C9454D">
      <w:pPr>
        <w:rPr>
          <w:sz w:val="24"/>
          <w:szCs w:val="24"/>
        </w:rPr>
      </w:pPr>
      <w:r w:rsidRPr="00C9454D">
        <w:rPr>
          <w:sz w:val="24"/>
          <w:szCs w:val="24"/>
        </w:rPr>
        <w:t>The dreams were sweeter than the waking world.</w:t>
      </w:r>
      <w:r w:rsidRPr="00C9454D">
        <w:rPr>
          <w:sz w:val="24"/>
          <w:szCs w:val="24"/>
        </w:rPr>
        <w:br/>
        <w:t>But now, even they were tainted by Tomas’ laughter.</w:t>
      </w:r>
    </w:p>
    <w:p w14:paraId="4E3335B8" w14:textId="4ADAF478" w:rsidR="0033564A" w:rsidRPr="00C9454D" w:rsidRDefault="00933033" w:rsidP="00C9454D">
      <w:pPr>
        <w:rPr>
          <w:sz w:val="24"/>
          <w:szCs w:val="24"/>
        </w:rPr>
      </w:pPr>
      <w:r w:rsidRPr="00C9454D">
        <w:rPr>
          <w:sz w:val="24"/>
          <w:szCs w:val="24"/>
        </w:rPr>
        <w:t>Devereux</w:t>
      </w:r>
      <w:r w:rsidR="0033564A" w:rsidRPr="00C9454D">
        <w:rPr>
          <w:sz w:val="24"/>
          <w:szCs w:val="24"/>
        </w:rPr>
        <w:t xml:space="preserve"> closed his eyes and begged for sleep to take him —</w:t>
      </w:r>
      <w:r w:rsidR="0033564A" w:rsidRPr="00C9454D">
        <w:rPr>
          <w:sz w:val="24"/>
          <w:szCs w:val="24"/>
        </w:rPr>
        <w:br/>
        <w:t>not knowing if he would wake to the memory of who he once was...</w:t>
      </w:r>
      <w:r w:rsidR="0033564A" w:rsidRPr="00C9454D">
        <w:rPr>
          <w:sz w:val="24"/>
          <w:szCs w:val="24"/>
        </w:rPr>
        <w:br/>
        <w:t>or to the empty, crumbling shell he was becoming.</w:t>
      </w:r>
    </w:p>
    <w:p w14:paraId="4E7D5A30" w14:textId="77777777" w:rsidR="00105407" w:rsidRPr="00C9454D" w:rsidRDefault="00105407" w:rsidP="00C9454D">
      <w:pPr>
        <w:rPr>
          <w:b/>
          <w:bCs/>
          <w:sz w:val="24"/>
          <w:szCs w:val="24"/>
        </w:rPr>
      </w:pPr>
      <w:r w:rsidRPr="00C9454D">
        <w:rPr>
          <w:b/>
          <w:bCs/>
          <w:sz w:val="24"/>
          <w:szCs w:val="24"/>
        </w:rPr>
        <w:t>The Ghost of What Was</w:t>
      </w:r>
    </w:p>
    <w:p w14:paraId="39F9C2E6" w14:textId="02697893" w:rsidR="00105407" w:rsidRPr="00C9454D" w:rsidRDefault="00105407" w:rsidP="00C9454D">
      <w:pPr>
        <w:rPr>
          <w:sz w:val="24"/>
          <w:szCs w:val="24"/>
        </w:rPr>
      </w:pPr>
      <w:r w:rsidRPr="00C9454D">
        <w:rPr>
          <w:sz w:val="24"/>
          <w:szCs w:val="24"/>
        </w:rPr>
        <w:t xml:space="preserve">There were nights when </w:t>
      </w:r>
      <w:r w:rsidR="00933033" w:rsidRPr="00C9454D">
        <w:rPr>
          <w:sz w:val="24"/>
          <w:szCs w:val="24"/>
        </w:rPr>
        <w:t>Devereux</w:t>
      </w:r>
      <w:r w:rsidRPr="00C9454D">
        <w:rPr>
          <w:sz w:val="24"/>
          <w:szCs w:val="24"/>
        </w:rPr>
        <w:t xml:space="preserve"> did not dream at all.</w:t>
      </w:r>
    </w:p>
    <w:p w14:paraId="3DB6B4C4" w14:textId="77777777" w:rsidR="00105407" w:rsidRPr="00C9454D" w:rsidRDefault="00105407" w:rsidP="00C9454D">
      <w:pPr>
        <w:rPr>
          <w:sz w:val="24"/>
          <w:szCs w:val="24"/>
        </w:rPr>
      </w:pPr>
      <w:r w:rsidRPr="00C9454D">
        <w:rPr>
          <w:sz w:val="24"/>
          <w:szCs w:val="24"/>
        </w:rPr>
        <w:t>Those were the worst.</w:t>
      </w:r>
    </w:p>
    <w:p w14:paraId="25419A6C" w14:textId="77777777" w:rsidR="00105407" w:rsidRPr="00C9454D" w:rsidRDefault="00105407" w:rsidP="00C9454D">
      <w:pPr>
        <w:rPr>
          <w:sz w:val="24"/>
          <w:szCs w:val="24"/>
        </w:rPr>
      </w:pPr>
      <w:r w:rsidRPr="00C9454D">
        <w:rPr>
          <w:sz w:val="24"/>
          <w:szCs w:val="24"/>
        </w:rPr>
        <w:t>Not even memories dared enter the black pit he had become.</w:t>
      </w:r>
    </w:p>
    <w:p w14:paraId="60CDE531" w14:textId="77777777" w:rsidR="00105407" w:rsidRPr="00C9454D" w:rsidRDefault="00105407" w:rsidP="00C9454D">
      <w:pPr>
        <w:rPr>
          <w:sz w:val="24"/>
          <w:szCs w:val="24"/>
        </w:rPr>
      </w:pPr>
      <w:r w:rsidRPr="00C9454D">
        <w:rPr>
          <w:sz w:val="24"/>
          <w:szCs w:val="24"/>
        </w:rPr>
        <w:t>But sometimes, rarely, a ghost would come.</w:t>
      </w:r>
      <w:r w:rsidRPr="00C9454D">
        <w:rPr>
          <w:sz w:val="24"/>
          <w:szCs w:val="24"/>
        </w:rPr>
        <w:br/>
        <w:t>Not a true ghost—no chains, no screams.</w:t>
      </w:r>
      <w:r w:rsidRPr="00C9454D">
        <w:rPr>
          <w:sz w:val="24"/>
          <w:szCs w:val="24"/>
        </w:rPr>
        <w:br/>
        <w:t>Only a vague shape, hovering at the edge of his mind.</w:t>
      </w:r>
    </w:p>
    <w:p w14:paraId="55DE7F56" w14:textId="77777777" w:rsidR="00105407" w:rsidRPr="00C9454D" w:rsidRDefault="00105407" w:rsidP="00C9454D">
      <w:pPr>
        <w:rPr>
          <w:sz w:val="24"/>
          <w:szCs w:val="24"/>
        </w:rPr>
      </w:pPr>
      <w:r w:rsidRPr="00C9454D">
        <w:rPr>
          <w:sz w:val="24"/>
          <w:szCs w:val="24"/>
        </w:rPr>
        <w:t>He would see it—a boy on a horse, galloping free.</w:t>
      </w:r>
      <w:r w:rsidRPr="00C9454D">
        <w:rPr>
          <w:sz w:val="24"/>
          <w:szCs w:val="24"/>
        </w:rPr>
        <w:br/>
        <w:t>A woman’s face, smiling in pride.</w:t>
      </w:r>
      <w:r w:rsidRPr="00C9454D">
        <w:rPr>
          <w:sz w:val="24"/>
          <w:szCs w:val="24"/>
        </w:rPr>
        <w:br/>
        <w:t>The smell of warm bread, the laughter of brothers at a harvest feast.</w:t>
      </w:r>
    </w:p>
    <w:p w14:paraId="53C7EDB8" w14:textId="77777777" w:rsidR="00105407" w:rsidRPr="00C9454D" w:rsidRDefault="00105407" w:rsidP="00C9454D">
      <w:pPr>
        <w:rPr>
          <w:sz w:val="24"/>
          <w:szCs w:val="24"/>
        </w:rPr>
      </w:pPr>
      <w:r w:rsidRPr="00C9454D">
        <w:rPr>
          <w:b/>
          <w:bCs/>
          <w:sz w:val="24"/>
          <w:szCs w:val="24"/>
        </w:rPr>
        <w:t>The life that should have been.</w:t>
      </w:r>
      <w:r w:rsidRPr="00C9454D">
        <w:rPr>
          <w:sz w:val="24"/>
          <w:szCs w:val="24"/>
        </w:rPr>
        <w:br/>
      </w:r>
      <w:r w:rsidRPr="00C9454D">
        <w:rPr>
          <w:b/>
          <w:bCs/>
          <w:sz w:val="24"/>
          <w:szCs w:val="24"/>
        </w:rPr>
        <w:t>The man he might have stayed.</w:t>
      </w:r>
    </w:p>
    <w:p w14:paraId="37F77FC4" w14:textId="77777777" w:rsidR="00105407" w:rsidRPr="00C9454D" w:rsidRDefault="00105407" w:rsidP="00C9454D">
      <w:pPr>
        <w:rPr>
          <w:sz w:val="24"/>
          <w:szCs w:val="24"/>
        </w:rPr>
      </w:pPr>
      <w:r w:rsidRPr="00C9454D">
        <w:rPr>
          <w:sz w:val="24"/>
          <w:szCs w:val="24"/>
        </w:rPr>
        <w:t>But the images blurred, as if seen through smoke.</w:t>
      </w:r>
      <w:r w:rsidRPr="00C9454D">
        <w:rPr>
          <w:sz w:val="24"/>
          <w:szCs w:val="24"/>
        </w:rPr>
        <w:br/>
        <w:t>The boy’s face was featureless.</w:t>
      </w:r>
      <w:r w:rsidRPr="00C9454D">
        <w:rPr>
          <w:sz w:val="24"/>
          <w:szCs w:val="24"/>
        </w:rPr>
        <w:br/>
        <w:t>The woman’s voice only a hum.</w:t>
      </w:r>
      <w:r w:rsidRPr="00C9454D">
        <w:rPr>
          <w:sz w:val="24"/>
          <w:szCs w:val="24"/>
        </w:rPr>
        <w:br/>
        <w:t>The bread smelled faintly of rot.</w:t>
      </w:r>
      <w:r w:rsidRPr="00C9454D">
        <w:rPr>
          <w:sz w:val="24"/>
          <w:szCs w:val="24"/>
        </w:rPr>
        <w:br/>
        <w:t>The laughter became a howl.</w:t>
      </w:r>
    </w:p>
    <w:p w14:paraId="2CED4677" w14:textId="6ACC1C85" w:rsidR="00105407" w:rsidRPr="00C9454D" w:rsidRDefault="00933033" w:rsidP="00C9454D">
      <w:pPr>
        <w:rPr>
          <w:sz w:val="24"/>
          <w:szCs w:val="24"/>
        </w:rPr>
      </w:pPr>
      <w:r w:rsidRPr="00C9454D">
        <w:rPr>
          <w:sz w:val="24"/>
          <w:szCs w:val="24"/>
        </w:rPr>
        <w:t>Devereux</w:t>
      </w:r>
      <w:r w:rsidR="00105407" w:rsidRPr="00C9454D">
        <w:rPr>
          <w:sz w:val="24"/>
          <w:szCs w:val="24"/>
        </w:rPr>
        <w:t xml:space="preserve"> reached for them—</w:t>
      </w:r>
      <w:r w:rsidR="00105407" w:rsidRPr="00C9454D">
        <w:rPr>
          <w:sz w:val="24"/>
          <w:szCs w:val="24"/>
        </w:rPr>
        <w:br/>
        <w:t>Hands clawing the cold air—</w:t>
      </w:r>
      <w:r w:rsidR="00105407" w:rsidRPr="00C9454D">
        <w:rPr>
          <w:sz w:val="24"/>
          <w:szCs w:val="24"/>
        </w:rPr>
        <w:br/>
        <w:t>But they always slipped away, just beyond his grasp.</w:t>
      </w:r>
    </w:p>
    <w:p w14:paraId="25B508EA" w14:textId="77777777" w:rsidR="00105407" w:rsidRPr="00C9454D" w:rsidRDefault="00105407" w:rsidP="00C9454D">
      <w:pPr>
        <w:rPr>
          <w:sz w:val="24"/>
          <w:szCs w:val="24"/>
        </w:rPr>
      </w:pPr>
      <w:r w:rsidRPr="00C9454D">
        <w:rPr>
          <w:sz w:val="24"/>
          <w:szCs w:val="24"/>
        </w:rPr>
        <w:t>"Please..." he whispered once, voice cracking.</w:t>
      </w:r>
      <w:r w:rsidRPr="00C9454D">
        <w:rPr>
          <w:sz w:val="24"/>
          <w:szCs w:val="24"/>
        </w:rPr>
        <w:br/>
        <w:t>"Please stay."</w:t>
      </w:r>
    </w:p>
    <w:p w14:paraId="2D23D000" w14:textId="77777777" w:rsidR="00105407" w:rsidRPr="00C9454D" w:rsidRDefault="00105407" w:rsidP="00C9454D">
      <w:pPr>
        <w:rPr>
          <w:sz w:val="24"/>
          <w:szCs w:val="24"/>
        </w:rPr>
      </w:pPr>
      <w:r w:rsidRPr="00C9454D">
        <w:rPr>
          <w:sz w:val="24"/>
          <w:szCs w:val="24"/>
        </w:rPr>
        <w:t>But the ghost did not hear.</w:t>
      </w:r>
      <w:r w:rsidRPr="00C9454D">
        <w:rPr>
          <w:sz w:val="24"/>
          <w:szCs w:val="24"/>
        </w:rPr>
        <w:br/>
        <w:t>Or perhaps it heard — and pitied him too much to answer.</w:t>
      </w:r>
    </w:p>
    <w:p w14:paraId="51EF656B" w14:textId="77777777" w:rsidR="00105407" w:rsidRPr="00C9454D" w:rsidRDefault="00105407" w:rsidP="00C9454D">
      <w:pPr>
        <w:rPr>
          <w:sz w:val="24"/>
          <w:szCs w:val="24"/>
        </w:rPr>
      </w:pPr>
      <w:r w:rsidRPr="00C9454D">
        <w:rPr>
          <w:sz w:val="24"/>
          <w:szCs w:val="24"/>
        </w:rPr>
        <w:t>He was not a man anymore.</w:t>
      </w:r>
    </w:p>
    <w:p w14:paraId="68129668" w14:textId="77777777" w:rsidR="00105407" w:rsidRPr="00C9454D" w:rsidRDefault="00105407" w:rsidP="00C9454D">
      <w:pPr>
        <w:rPr>
          <w:sz w:val="24"/>
          <w:szCs w:val="24"/>
        </w:rPr>
      </w:pPr>
      <w:r w:rsidRPr="00C9454D">
        <w:rPr>
          <w:sz w:val="24"/>
          <w:szCs w:val="24"/>
        </w:rPr>
        <w:t>He was a graveyard of choices.</w:t>
      </w:r>
      <w:r w:rsidRPr="00C9454D">
        <w:rPr>
          <w:sz w:val="24"/>
          <w:szCs w:val="24"/>
        </w:rPr>
        <w:br/>
        <w:t>A mausoleum of could-have-</w:t>
      </w:r>
      <w:proofErr w:type="spellStart"/>
      <w:r w:rsidRPr="00C9454D">
        <w:rPr>
          <w:sz w:val="24"/>
          <w:szCs w:val="24"/>
        </w:rPr>
        <w:t>beens</w:t>
      </w:r>
      <w:proofErr w:type="spellEnd"/>
      <w:r w:rsidRPr="00C9454D">
        <w:rPr>
          <w:sz w:val="24"/>
          <w:szCs w:val="24"/>
        </w:rPr>
        <w:t>.</w:t>
      </w:r>
    </w:p>
    <w:p w14:paraId="2C20FA23" w14:textId="77777777" w:rsidR="00105407" w:rsidRPr="00C9454D" w:rsidRDefault="00105407" w:rsidP="00C9454D">
      <w:pPr>
        <w:rPr>
          <w:sz w:val="24"/>
          <w:szCs w:val="24"/>
        </w:rPr>
      </w:pPr>
      <w:r w:rsidRPr="00C9454D">
        <w:rPr>
          <w:sz w:val="24"/>
          <w:szCs w:val="24"/>
        </w:rPr>
        <w:t>The floodwaters of his own greed had carried him too far downstream.</w:t>
      </w:r>
      <w:r w:rsidRPr="00C9454D">
        <w:rPr>
          <w:sz w:val="24"/>
          <w:szCs w:val="24"/>
        </w:rPr>
        <w:br/>
        <w:t>There would be no returning to the riverbank where innocence once played.</w:t>
      </w:r>
    </w:p>
    <w:p w14:paraId="0828C8D7" w14:textId="77777777" w:rsidR="00105407" w:rsidRPr="00C9454D" w:rsidRDefault="00105407" w:rsidP="00C9454D">
      <w:pPr>
        <w:rPr>
          <w:sz w:val="24"/>
          <w:szCs w:val="24"/>
        </w:rPr>
      </w:pPr>
      <w:r w:rsidRPr="00C9454D">
        <w:rPr>
          <w:sz w:val="24"/>
          <w:szCs w:val="24"/>
        </w:rPr>
        <w:t>Only the hollow eyes of a man who remembered just enough</w:t>
      </w:r>
      <w:r w:rsidRPr="00C9454D">
        <w:rPr>
          <w:sz w:val="24"/>
          <w:szCs w:val="24"/>
        </w:rPr>
        <w:br/>
        <w:t>to mourn what he had destroyed.</w:t>
      </w:r>
    </w:p>
    <w:p w14:paraId="1CAF1990" w14:textId="77777777" w:rsidR="00105407" w:rsidRPr="00C9454D" w:rsidRDefault="00105407" w:rsidP="00C9454D">
      <w:pPr>
        <w:rPr>
          <w:b/>
          <w:bCs/>
          <w:sz w:val="24"/>
          <w:szCs w:val="24"/>
        </w:rPr>
      </w:pPr>
      <w:r w:rsidRPr="00C9454D">
        <w:rPr>
          <w:b/>
          <w:bCs/>
          <w:sz w:val="24"/>
          <w:szCs w:val="24"/>
        </w:rPr>
        <w:t>When the Last Ghost Dies</w:t>
      </w:r>
    </w:p>
    <w:p w14:paraId="04746901" w14:textId="77777777" w:rsidR="00105407" w:rsidRPr="00C9454D" w:rsidRDefault="00105407" w:rsidP="00C9454D">
      <w:pPr>
        <w:rPr>
          <w:sz w:val="24"/>
          <w:szCs w:val="24"/>
        </w:rPr>
      </w:pPr>
      <w:r w:rsidRPr="00C9454D">
        <w:rPr>
          <w:sz w:val="24"/>
          <w:szCs w:val="24"/>
        </w:rPr>
        <w:t>It came quietly.</w:t>
      </w:r>
    </w:p>
    <w:p w14:paraId="00ED0DFB" w14:textId="77777777" w:rsidR="00105407" w:rsidRPr="00C9454D" w:rsidRDefault="00105407" w:rsidP="00C9454D">
      <w:pPr>
        <w:rPr>
          <w:sz w:val="24"/>
          <w:szCs w:val="24"/>
        </w:rPr>
      </w:pPr>
      <w:r w:rsidRPr="00C9454D">
        <w:rPr>
          <w:sz w:val="24"/>
          <w:szCs w:val="24"/>
        </w:rPr>
        <w:t>No grand shattering.</w:t>
      </w:r>
      <w:r w:rsidRPr="00C9454D">
        <w:rPr>
          <w:sz w:val="24"/>
          <w:szCs w:val="24"/>
        </w:rPr>
        <w:br/>
        <w:t>No howling madness.</w:t>
      </w:r>
      <w:r w:rsidRPr="00C9454D">
        <w:rPr>
          <w:sz w:val="24"/>
          <w:szCs w:val="24"/>
        </w:rPr>
        <w:br/>
        <w:t>No final cry against the walls.</w:t>
      </w:r>
    </w:p>
    <w:p w14:paraId="213DF5A8" w14:textId="77777777" w:rsidR="00105407" w:rsidRPr="00C9454D" w:rsidRDefault="00105407" w:rsidP="00C9454D">
      <w:pPr>
        <w:rPr>
          <w:sz w:val="24"/>
          <w:szCs w:val="24"/>
        </w:rPr>
      </w:pPr>
      <w:r w:rsidRPr="00C9454D">
        <w:rPr>
          <w:sz w:val="24"/>
          <w:szCs w:val="24"/>
        </w:rPr>
        <w:t>Only silence.</w:t>
      </w:r>
    </w:p>
    <w:p w14:paraId="6105EC99" w14:textId="77777777" w:rsidR="00105407" w:rsidRPr="00C9454D" w:rsidRDefault="00105407" w:rsidP="00C9454D">
      <w:pPr>
        <w:rPr>
          <w:sz w:val="24"/>
          <w:szCs w:val="24"/>
        </w:rPr>
      </w:pPr>
      <w:proofErr w:type="spellStart"/>
      <w:r w:rsidRPr="00C9454D">
        <w:rPr>
          <w:sz w:val="24"/>
          <w:szCs w:val="24"/>
        </w:rPr>
        <w:t>Deveroux</w:t>
      </w:r>
      <w:proofErr w:type="spellEnd"/>
      <w:r w:rsidRPr="00C9454D">
        <w:rPr>
          <w:sz w:val="24"/>
          <w:szCs w:val="24"/>
        </w:rPr>
        <w:t xml:space="preserve"> woke and found the world blank.</w:t>
      </w:r>
      <w:r w:rsidRPr="00C9454D">
        <w:rPr>
          <w:sz w:val="24"/>
          <w:szCs w:val="24"/>
        </w:rPr>
        <w:br/>
        <w:t>The dreams were gone.</w:t>
      </w:r>
      <w:r w:rsidRPr="00C9454D">
        <w:rPr>
          <w:sz w:val="24"/>
          <w:szCs w:val="24"/>
        </w:rPr>
        <w:br/>
        <w:t>The faces were gone.</w:t>
      </w:r>
      <w:r w:rsidRPr="00C9454D">
        <w:rPr>
          <w:sz w:val="24"/>
          <w:szCs w:val="24"/>
        </w:rPr>
        <w:br/>
        <w:t>Even Tomas' mocking voice was still.</w:t>
      </w:r>
    </w:p>
    <w:p w14:paraId="3B528243" w14:textId="77777777" w:rsidR="00105407" w:rsidRPr="00C9454D" w:rsidRDefault="00105407" w:rsidP="00C9454D">
      <w:pPr>
        <w:rPr>
          <w:sz w:val="24"/>
          <w:szCs w:val="24"/>
        </w:rPr>
      </w:pPr>
      <w:r w:rsidRPr="00C9454D">
        <w:rPr>
          <w:sz w:val="24"/>
          <w:szCs w:val="24"/>
        </w:rPr>
        <w:t>It was worse than death.</w:t>
      </w:r>
    </w:p>
    <w:p w14:paraId="675C09DF" w14:textId="77777777" w:rsidR="00105407" w:rsidRPr="00C9454D" w:rsidRDefault="00105407" w:rsidP="00C9454D">
      <w:pPr>
        <w:rPr>
          <w:sz w:val="24"/>
          <w:szCs w:val="24"/>
        </w:rPr>
      </w:pPr>
      <w:r w:rsidRPr="00C9454D">
        <w:rPr>
          <w:sz w:val="24"/>
          <w:szCs w:val="24"/>
        </w:rPr>
        <w:t xml:space="preserve">It was </w:t>
      </w:r>
      <w:r w:rsidRPr="00C9454D">
        <w:rPr>
          <w:b/>
          <w:bCs/>
          <w:sz w:val="24"/>
          <w:szCs w:val="24"/>
        </w:rPr>
        <w:t>emptiness.</w:t>
      </w:r>
    </w:p>
    <w:p w14:paraId="50F39F6E" w14:textId="77777777" w:rsidR="00105407" w:rsidRPr="00C9454D" w:rsidRDefault="00105407" w:rsidP="00C9454D">
      <w:pPr>
        <w:rPr>
          <w:sz w:val="24"/>
          <w:szCs w:val="24"/>
        </w:rPr>
      </w:pPr>
      <w:r w:rsidRPr="00C9454D">
        <w:rPr>
          <w:sz w:val="24"/>
          <w:szCs w:val="24"/>
        </w:rPr>
        <w:t>He sat in the dark, back against the cold stone, arms wrapped around his knees like a boy lost in a storm.</w:t>
      </w:r>
      <w:r w:rsidRPr="00C9454D">
        <w:rPr>
          <w:sz w:val="24"/>
          <w:szCs w:val="24"/>
        </w:rPr>
        <w:br/>
        <w:t>He waited.</w:t>
      </w:r>
      <w:r w:rsidRPr="00C9454D">
        <w:rPr>
          <w:sz w:val="24"/>
          <w:szCs w:val="24"/>
        </w:rPr>
        <w:br/>
        <w:t>For a memory.</w:t>
      </w:r>
      <w:r w:rsidRPr="00C9454D">
        <w:rPr>
          <w:sz w:val="24"/>
          <w:szCs w:val="24"/>
        </w:rPr>
        <w:br/>
        <w:t>For a scent.</w:t>
      </w:r>
      <w:r w:rsidRPr="00C9454D">
        <w:rPr>
          <w:sz w:val="24"/>
          <w:szCs w:val="24"/>
        </w:rPr>
        <w:br/>
        <w:t>For a shred of light.</w:t>
      </w:r>
    </w:p>
    <w:p w14:paraId="2D381C9F" w14:textId="77777777" w:rsidR="00105407" w:rsidRPr="00C9454D" w:rsidRDefault="00105407" w:rsidP="00C9454D">
      <w:pPr>
        <w:rPr>
          <w:sz w:val="24"/>
          <w:szCs w:val="24"/>
        </w:rPr>
      </w:pPr>
      <w:r w:rsidRPr="00C9454D">
        <w:rPr>
          <w:sz w:val="24"/>
          <w:szCs w:val="24"/>
        </w:rPr>
        <w:t>Nothing came.</w:t>
      </w:r>
    </w:p>
    <w:p w14:paraId="5CAEDB8C" w14:textId="77777777" w:rsidR="00105407" w:rsidRPr="00C9454D" w:rsidRDefault="00105407" w:rsidP="00C9454D">
      <w:pPr>
        <w:rPr>
          <w:sz w:val="24"/>
          <w:szCs w:val="24"/>
        </w:rPr>
      </w:pPr>
      <w:r w:rsidRPr="00C9454D">
        <w:rPr>
          <w:sz w:val="24"/>
          <w:szCs w:val="24"/>
        </w:rPr>
        <w:t>The past had finally abandoned him.</w:t>
      </w:r>
      <w:r w:rsidRPr="00C9454D">
        <w:rPr>
          <w:sz w:val="24"/>
          <w:szCs w:val="24"/>
        </w:rPr>
        <w:br/>
        <w:t>The boy on the horse.</w:t>
      </w:r>
      <w:r w:rsidRPr="00C9454D">
        <w:rPr>
          <w:sz w:val="24"/>
          <w:szCs w:val="24"/>
        </w:rPr>
        <w:br/>
        <w:t>The mother at the hearth.</w:t>
      </w:r>
      <w:r w:rsidRPr="00C9454D">
        <w:rPr>
          <w:sz w:val="24"/>
          <w:szCs w:val="24"/>
        </w:rPr>
        <w:br/>
        <w:t>The shining halls.</w:t>
      </w:r>
      <w:r w:rsidRPr="00C9454D">
        <w:rPr>
          <w:sz w:val="24"/>
          <w:szCs w:val="24"/>
        </w:rPr>
        <w:br/>
        <w:t>All dissolved into the black ocean of his sins.</w:t>
      </w:r>
    </w:p>
    <w:p w14:paraId="3B297741" w14:textId="77777777" w:rsidR="00105407" w:rsidRPr="00C9454D" w:rsidRDefault="00105407" w:rsidP="00C9454D">
      <w:pPr>
        <w:rPr>
          <w:sz w:val="24"/>
          <w:szCs w:val="24"/>
        </w:rPr>
      </w:pPr>
      <w:r w:rsidRPr="00C9454D">
        <w:rPr>
          <w:sz w:val="24"/>
          <w:szCs w:val="24"/>
        </w:rPr>
        <w:t>He was no longer haunted.</w:t>
      </w:r>
      <w:r w:rsidRPr="00C9454D">
        <w:rPr>
          <w:sz w:val="24"/>
          <w:szCs w:val="24"/>
        </w:rPr>
        <w:br/>
        <w:t>He was no longer a man who mourned what he had lost.</w:t>
      </w:r>
    </w:p>
    <w:p w14:paraId="40D0D9F2" w14:textId="77777777" w:rsidR="00105407" w:rsidRPr="00C9454D" w:rsidRDefault="00105407" w:rsidP="00C9454D">
      <w:pPr>
        <w:rPr>
          <w:sz w:val="24"/>
          <w:szCs w:val="24"/>
        </w:rPr>
      </w:pPr>
      <w:r w:rsidRPr="00C9454D">
        <w:rPr>
          <w:sz w:val="24"/>
          <w:szCs w:val="24"/>
        </w:rPr>
        <w:t xml:space="preserve">He was simply </w:t>
      </w:r>
      <w:r w:rsidRPr="00C9454D">
        <w:rPr>
          <w:b/>
          <w:bCs/>
          <w:sz w:val="24"/>
          <w:szCs w:val="24"/>
        </w:rPr>
        <w:t>a hollow place</w:t>
      </w:r>
      <w:r w:rsidRPr="00C9454D">
        <w:rPr>
          <w:sz w:val="24"/>
          <w:szCs w:val="24"/>
        </w:rPr>
        <w:t xml:space="preserve"> where once a man had lived.</w:t>
      </w:r>
    </w:p>
    <w:p w14:paraId="2745F0E2" w14:textId="77777777" w:rsidR="00105407" w:rsidRPr="00C9454D" w:rsidRDefault="00105407" w:rsidP="00C9454D">
      <w:pPr>
        <w:rPr>
          <w:sz w:val="24"/>
          <w:szCs w:val="24"/>
        </w:rPr>
      </w:pPr>
      <w:r w:rsidRPr="00C9454D">
        <w:rPr>
          <w:sz w:val="24"/>
          <w:szCs w:val="24"/>
        </w:rPr>
        <w:t>A creature of habit now — rising only to drink the brackish water when it seeped through the cracks, gnawing on moldy crusts without thought or feeling.</w:t>
      </w:r>
    </w:p>
    <w:p w14:paraId="4136CB05" w14:textId="77777777" w:rsidR="00105407" w:rsidRPr="00C9454D" w:rsidRDefault="00105407" w:rsidP="00C9454D">
      <w:pPr>
        <w:rPr>
          <w:sz w:val="24"/>
          <w:szCs w:val="24"/>
        </w:rPr>
      </w:pPr>
      <w:r w:rsidRPr="00C9454D">
        <w:rPr>
          <w:sz w:val="24"/>
          <w:szCs w:val="24"/>
        </w:rPr>
        <w:t>There were no words left inside him.</w:t>
      </w:r>
      <w:r w:rsidRPr="00C9454D">
        <w:rPr>
          <w:sz w:val="24"/>
          <w:szCs w:val="24"/>
        </w:rPr>
        <w:br/>
        <w:t>No prayers.</w:t>
      </w:r>
      <w:r w:rsidRPr="00C9454D">
        <w:rPr>
          <w:sz w:val="24"/>
          <w:szCs w:val="24"/>
        </w:rPr>
        <w:br/>
        <w:t>No curses.</w:t>
      </w:r>
      <w:r w:rsidRPr="00C9454D">
        <w:rPr>
          <w:sz w:val="24"/>
          <w:szCs w:val="24"/>
        </w:rPr>
        <w:br/>
        <w:t>No name.</w:t>
      </w:r>
    </w:p>
    <w:p w14:paraId="6E174C24" w14:textId="77777777" w:rsidR="00105407" w:rsidRPr="00C9454D" w:rsidRDefault="00105407" w:rsidP="00C9454D">
      <w:pPr>
        <w:rPr>
          <w:sz w:val="24"/>
          <w:szCs w:val="24"/>
        </w:rPr>
      </w:pPr>
      <w:r w:rsidRPr="00C9454D">
        <w:rPr>
          <w:sz w:val="24"/>
          <w:szCs w:val="24"/>
        </w:rPr>
        <w:t>Just a heartbeat — slow, mechanical — ticking off the last debts of a wasted life.</w:t>
      </w:r>
    </w:p>
    <w:p w14:paraId="0ED0EC4E" w14:textId="77777777" w:rsidR="00105407" w:rsidRPr="00C9454D" w:rsidRDefault="00105407" w:rsidP="00C9454D">
      <w:pPr>
        <w:rPr>
          <w:sz w:val="24"/>
          <w:szCs w:val="24"/>
        </w:rPr>
      </w:pPr>
      <w:r w:rsidRPr="00C9454D">
        <w:rPr>
          <w:sz w:val="24"/>
          <w:szCs w:val="24"/>
        </w:rPr>
        <w:t xml:space="preserve">And in the end, </w:t>
      </w:r>
      <w:proofErr w:type="spellStart"/>
      <w:r w:rsidRPr="00C9454D">
        <w:rPr>
          <w:sz w:val="24"/>
          <w:szCs w:val="24"/>
        </w:rPr>
        <w:t>Deveroux</w:t>
      </w:r>
      <w:proofErr w:type="spellEnd"/>
      <w:r w:rsidRPr="00C9454D">
        <w:rPr>
          <w:sz w:val="24"/>
          <w:szCs w:val="24"/>
        </w:rPr>
        <w:t xml:space="preserve"> realized this was the true punishment:</w:t>
      </w:r>
      <w:r w:rsidRPr="00C9454D">
        <w:rPr>
          <w:sz w:val="24"/>
          <w:szCs w:val="24"/>
        </w:rPr>
        <w:br/>
        <w:t>Not pain.</w:t>
      </w:r>
      <w:r w:rsidRPr="00C9454D">
        <w:rPr>
          <w:sz w:val="24"/>
          <w:szCs w:val="24"/>
        </w:rPr>
        <w:br/>
        <w:t>Not fire.</w:t>
      </w:r>
      <w:r w:rsidRPr="00C9454D">
        <w:rPr>
          <w:sz w:val="24"/>
          <w:szCs w:val="24"/>
        </w:rPr>
        <w:br/>
        <w:t>Not chains.</w:t>
      </w:r>
    </w:p>
    <w:p w14:paraId="00061D1E" w14:textId="77777777" w:rsidR="00105407" w:rsidRPr="00C9454D" w:rsidRDefault="00105407" w:rsidP="00C9454D">
      <w:pPr>
        <w:rPr>
          <w:sz w:val="24"/>
          <w:szCs w:val="24"/>
        </w:rPr>
      </w:pPr>
      <w:r w:rsidRPr="00C9454D">
        <w:rPr>
          <w:b/>
          <w:bCs/>
          <w:sz w:val="24"/>
          <w:szCs w:val="24"/>
        </w:rPr>
        <w:t>Forgetfulness.</w:t>
      </w:r>
    </w:p>
    <w:p w14:paraId="0597C4E5" w14:textId="77777777" w:rsidR="00105407" w:rsidRPr="00C9454D" w:rsidRDefault="00105407" w:rsidP="00C9454D">
      <w:pPr>
        <w:rPr>
          <w:sz w:val="24"/>
          <w:szCs w:val="24"/>
        </w:rPr>
      </w:pPr>
      <w:r w:rsidRPr="00C9454D">
        <w:rPr>
          <w:sz w:val="24"/>
          <w:szCs w:val="24"/>
        </w:rPr>
        <w:t>To fade not with rage, but with indifference.</w:t>
      </w:r>
      <w:r w:rsidRPr="00C9454D">
        <w:rPr>
          <w:sz w:val="24"/>
          <w:szCs w:val="24"/>
        </w:rPr>
        <w:br/>
        <w:t>To become so small, even his own soul stopped remembering him.</w:t>
      </w:r>
    </w:p>
    <w:p w14:paraId="2A693320" w14:textId="77777777" w:rsidR="00105407" w:rsidRPr="00C9454D" w:rsidRDefault="00105407" w:rsidP="00C9454D">
      <w:pPr>
        <w:rPr>
          <w:sz w:val="24"/>
          <w:szCs w:val="24"/>
        </w:rPr>
      </w:pPr>
      <w:r w:rsidRPr="00C9454D">
        <w:rPr>
          <w:sz w:val="24"/>
          <w:szCs w:val="24"/>
        </w:rPr>
        <w:t>And the dungeon swallowed him whole.</w:t>
      </w:r>
    </w:p>
    <w:p w14:paraId="6CDD4F27" w14:textId="6CFB32E0" w:rsidR="00A06E85" w:rsidRPr="00C9454D" w:rsidRDefault="00A06E85" w:rsidP="00C9454D">
      <w:pPr>
        <w:rPr>
          <w:sz w:val="24"/>
          <w:szCs w:val="24"/>
        </w:rPr>
      </w:pPr>
      <w:r w:rsidRPr="00C9454D">
        <w:rPr>
          <w:sz w:val="24"/>
          <w:szCs w:val="24"/>
        </w:rPr>
        <w:t xml:space="preserve">Lady </w:t>
      </w:r>
      <w:proofErr w:type="spellStart"/>
      <w:r w:rsidRPr="00C9454D">
        <w:rPr>
          <w:sz w:val="24"/>
          <w:szCs w:val="24"/>
        </w:rPr>
        <w:t>Devereaux</w:t>
      </w:r>
      <w:proofErr w:type="spellEnd"/>
      <w:r w:rsidRPr="00C9454D">
        <w:rPr>
          <w:sz w:val="24"/>
          <w:szCs w:val="24"/>
        </w:rPr>
        <w:t xml:space="preserve"> faced a similar fate. While she was spared the harshest penalties due to her lesser involvement in the Church’s accusations, she was still deemed complicit in the schemes. She was exiled to a distant abbey, forced to live the rest of her days in isolation and penance. Once a woman of wealth and status, she now toiled as a servant, her pri</w:t>
      </w:r>
      <w:r w:rsidR="00DD1FF5" w:rsidRPr="00C9454D">
        <w:rPr>
          <w:sz w:val="24"/>
          <w:szCs w:val="24"/>
        </w:rPr>
        <w:t xml:space="preserve">de </w:t>
      </w:r>
      <w:r w:rsidRPr="00C9454D">
        <w:rPr>
          <w:sz w:val="24"/>
          <w:szCs w:val="24"/>
        </w:rPr>
        <w:t>shattered.</w:t>
      </w:r>
    </w:p>
    <w:p w14:paraId="6104FAD5" w14:textId="2EC51099" w:rsidR="00586E4C" w:rsidRDefault="004C3AFD" w:rsidP="009018AA">
      <w:pPr>
        <w:pStyle w:val="Heading2"/>
      </w:pPr>
      <w:r>
        <w:t xml:space="preserve">                                            </w:t>
      </w:r>
      <w:r w:rsidR="009018AA">
        <w:t>Present Day</w:t>
      </w:r>
    </w:p>
    <w:p w14:paraId="7CC4ABF8" w14:textId="77777777" w:rsidR="009018AA" w:rsidRDefault="009018AA" w:rsidP="00C9454D">
      <w:pPr>
        <w:rPr>
          <w:sz w:val="24"/>
          <w:szCs w:val="24"/>
        </w:rPr>
      </w:pPr>
    </w:p>
    <w:p w14:paraId="65C1B004" w14:textId="4526CE49" w:rsidR="00BC6907" w:rsidRPr="00C9454D" w:rsidRDefault="00BC6907" w:rsidP="00C9454D">
      <w:pPr>
        <w:rPr>
          <w:sz w:val="24"/>
          <w:szCs w:val="24"/>
        </w:rPr>
      </w:pPr>
      <w:r w:rsidRPr="00C9454D">
        <w:rPr>
          <w:sz w:val="24"/>
          <w:szCs w:val="24"/>
        </w:rPr>
        <w:t xml:space="preserve">“Later, I found the fragments of what remained — an account smuggled out by a sympathetic steward, or perhaps penned by </w:t>
      </w:r>
      <w:proofErr w:type="spellStart"/>
      <w:r w:rsidRPr="00C9454D">
        <w:rPr>
          <w:sz w:val="24"/>
          <w:szCs w:val="24"/>
        </w:rPr>
        <w:t>Deveroux</w:t>
      </w:r>
      <w:proofErr w:type="spellEnd"/>
      <w:r w:rsidRPr="00C9454D">
        <w:rPr>
          <w:sz w:val="24"/>
          <w:szCs w:val="24"/>
        </w:rPr>
        <w:t xml:space="preserve"> himself in moments of sanity. No one could say. But the words read like a man slowly unraveling… and they have never left me.”</w:t>
      </w:r>
    </w:p>
    <w:p w14:paraId="269B3370" w14:textId="5594C03F" w:rsidR="00F97455" w:rsidRPr="00C9454D" w:rsidRDefault="00F97455" w:rsidP="00044946">
      <w:pPr>
        <w:pStyle w:val="Heading2"/>
      </w:pPr>
      <w:r w:rsidRPr="00C9454D">
        <w:t xml:space="preserve">A Knight's Warning — "The Hollowing of </w:t>
      </w:r>
      <w:r w:rsidR="00156575" w:rsidRPr="00C9454D">
        <w:t>Devereux</w:t>
      </w:r>
      <w:r w:rsidRPr="00C9454D">
        <w:t>"</w:t>
      </w:r>
    </w:p>
    <w:p w14:paraId="1200EBF8" w14:textId="77777777" w:rsidR="00177C06" w:rsidRDefault="00177C06" w:rsidP="00C9454D">
      <w:pPr>
        <w:rPr>
          <w:sz w:val="24"/>
          <w:szCs w:val="24"/>
        </w:rPr>
      </w:pPr>
    </w:p>
    <w:p w14:paraId="2B111705" w14:textId="3363AD6D" w:rsidR="00F97455" w:rsidRPr="00C9454D" w:rsidRDefault="00F97455" w:rsidP="00C9454D">
      <w:pPr>
        <w:rPr>
          <w:sz w:val="24"/>
          <w:szCs w:val="24"/>
        </w:rPr>
      </w:pPr>
      <w:r w:rsidRPr="00C9454D">
        <w:rPr>
          <w:sz w:val="24"/>
          <w:szCs w:val="24"/>
        </w:rPr>
        <w:t>The night was low and flickering, firelight catching on the polished helms and worn faces of the gathering in High Haven’s great hall.</w:t>
      </w:r>
    </w:p>
    <w:p w14:paraId="49ACF1A8" w14:textId="77777777" w:rsidR="00F97455" w:rsidRPr="00C9454D" w:rsidRDefault="00F97455" w:rsidP="00C9454D">
      <w:pPr>
        <w:rPr>
          <w:sz w:val="24"/>
          <w:szCs w:val="24"/>
        </w:rPr>
      </w:pPr>
      <w:r w:rsidRPr="00C9454D">
        <w:rPr>
          <w:sz w:val="24"/>
          <w:szCs w:val="24"/>
        </w:rPr>
        <w:t>The old knight — Sir Alain — sat hunched near the hearth, his voice low, his hands trembling slightly from age or memory.</w:t>
      </w:r>
    </w:p>
    <w:p w14:paraId="0ABFA7E1" w14:textId="77777777" w:rsidR="00F97455" w:rsidRPr="00C9454D" w:rsidRDefault="00F97455" w:rsidP="00C9454D">
      <w:pPr>
        <w:rPr>
          <w:sz w:val="24"/>
          <w:szCs w:val="24"/>
        </w:rPr>
      </w:pPr>
      <w:r w:rsidRPr="00C9454D">
        <w:rPr>
          <w:sz w:val="24"/>
          <w:szCs w:val="24"/>
        </w:rPr>
        <w:t>A group of young squires knelt around him, their tunics still bright with the innocence of dreams.</w:t>
      </w:r>
      <w:r w:rsidRPr="00C9454D">
        <w:rPr>
          <w:sz w:val="24"/>
          <w:szCs w:val="24"/>
        </w:rPr>
        <w:br/>
        <w:t>They leaned in, hungry for tales of valor, for glory.</w:t>
      </w:r>
    </w:p>
    <w:p w14:paraId="75982127" w14:textId="77777777" w:rsidR="00F97455" w:rsidRPr="00C9454D" w:rsidRDefault="00F97455" w:rsidP="00C9454D">
      <w:pPr>
        <w:rPr>
          <w:sz w:val="24"/>
          <w:szCs w:val="24"/>
        </w:rPr>
      </w:pPr>
      <w:r w:rsidRPr="00C9454D">
        <w:rPr>
          <w:sz w:val="24"/>
          <w:szCs w:val="24"/>
        </w:rPr>
        <w:t>But Sir Alain’s voice did not lift into songs of conquest.</w:t>
      </w:r>
      <w:r w:rsidRPr="00C9454D">
        <w:rPr>
          <w:sz w:val="24"/>
          <w:szCs w:val="24"/>
        </w:rPr>
        <w:br/>
        <w:t>Instead, it rasped like leaves blown through a graveyard.</w:t>
      </w:r>
    </w:p>
    <w:p w14:paraId="683CBAC5" w14:textId="77777777" w:rsidR="00F97455" w:rsidRPr="00C9454D" w:rsidRDefault="00F97455" w:rsidP="00C9454D">
      <w:pPr>
        <w:rPr>
          <w:sz w:val="24"/>
          <w:szCs w:val="24"/>
        </w:rPr>
      </w:pPr>
      <w:r w:rsidRPr="00C9454D">
        <w:rPr>
          <w:sz w:val="24"/>
          <w:szCs w:val="24"/>
        </w:rPr>
        <w:t>"You wish to hear of fallen kings and broken crowns?" he said. "Nay, lads. Hear instead the story of the hollowing of a man."</w:t>
      </w:r>
    </w:p>
    <w:p w14:paraId="7CD5FD17" w14:textId="77777777" w:rsidR="00F97455" w:rsidRPr="00C9454D" w:rsidRDefault="00F97455" w:rsidP="00C9454D">
      <w:pPr>
        <w:rPr>
          <w:sz w:val="24"/>
          <w:szCs w:val="24"/>
        </w:rPr>
      </w:pPr>
      <w:r w:rsidRPr="00C9454D">
        <w:rPr>
          <w:sz w:val="24"/>
          <w:szCs w:val="24"/>
        </w:rPr>
        <w:t>The boys exchanged glances, but none dared interrupt.</w:t>
      </w:r>
    </w:p>
    <w:p w14:paraId="385B6047" w14:textId="77777777" w:rsidR="00F97455" w:rsidRPr="00C9454D" w:rsidRDefault="00F97455" w:rsidP="00C9454D">
      <w:pPr>
        <w:rPr>
          <w:sz w:val="24"/>
          <w:szCs w:val="24"/>
        </w:rPr>
      </w:pPr>
      <w:r w:rsidRPr="00C9454D">
        <w:rPr>
          <w:sz w:val="24"/>
          <w:szCs w:val="24"/>
        </w:rPr>
        <w:t>Sir Alain’s gaze drifted to the shadows beyond the fire.</w:t>
      </w:r>
    </w:p>
    <w:p w14:paraId="248966A0" w14:textId="1E5495B2" w:rsidR="00F97455" w:rsidRPr="00C9454D" w:rsidRDefault="00F97455" w:rsidP="00C9454D">
      <w:pPr>
        <w:rPr>
          <w:sz w:val="24"/>
          <w:szCs w:val="24"/>
        </w:rPr>
      </w:pPr>
      <w:r w:rsidRPr="00C9454D">
        <w:rPr>
          <w:sz w:val="24"/>
          <w:szCs w:val="24"/>
        </w:rPr>
        <w:t xml:space="preserve">"Lord </w:t>
      </w:r>
      <w:r w:rsidR="00F35815" w:rsidRPr="00C9454D">
        <w:rPr>
          <w:sz w:val="24"/>
          <w:szCs w:val="24"/>
        </w:rPr>
        <w:t>Devereux</w:t>
      </w:r>
      <w:r w:rsidRPr="00C9454D">
        <w:rPr>
          <w:sz w:val="24"/>
          <w:szCs w:val="24"/>
        </w:rPr>
        <w:t xml:space="preserve"> was once the finest among us. Tall and golden, the pride of court. He could turn hearts with a glance, win wars with a word. But he loved himself more than he loved good.</w:t>
      </w:r>
    </w:p>
    <w:p w14:paraId="4632D201" w14:textId="77777777" w:rsidR="00F97455" w:rsidRPr="00C9454D" w:rsidRDefault="00F97455" w:rsidP="00C9454D">
      <w:pPr>
        <w:rPr>
          <w:sz w:val="24"/>
          <w:szCs w:val="24"/>
        </w:rPr>
      </w:pPr>
      <w:r w:rsidRPr="00C9454D">
        <w:rPr>
          <w:sz w:val="24"/>
          <w:szCs w:val="24"/>
        </w:rPr>
        <w:t>And little by little, that love consumed him.</w:t>
      </w:r>
    </w:p>
    <w:p w14:paraId="26AF4DF3" w14:textId="77777777" w:rsidR="00F97455" w:rsidRPr="00C9454D" w:rsidRDefault="00F97455" w:rsidP="00C9454D">
      <w:pPr>
        <w:rPr>
          <w:sz w:val="24"/>
          <w:szCs w:val="24"/>
        </w:rPr>
      </w:pPr>
      <w:r w:rsidRPr="00C9454D">
        <w:rPr>
          <w:sz w:val="24"/>
          <w:szCs w:val="24"/>
        </w:rPr>
        <w:t>It does not happen all at once, mind you — this hollowing. First comes indulgence. Then pride. Then the breaking of promises, the small betrayals none but God sees.</w:t>
      </w:r>
    </w:p>
    <w:p w14:paraId="2E4E3819" w14:textId="77777777" w:rsidR="00F97455" w:rsidRPr="00C9454D" w:rsidRDefault="00F97455" w:rsidP="00C9454D">
      <w:pPr>
        <w:rPr>
          <w:sz w:val="24"/>
          <w:szCs w:val="24"/>
        </w:rPr>
      </w:pPr>
      <w:r w:rsidRPr="00C9454D">
        <w:rPr>
          <w:sz w:val="24"/>
          <w:szCs w:val="24"/>
        </w:rPr>
        <w:t>And at the end of it, lads...there is not rage. Not pain.</w:t>
      </w:r>
    </w:p>
    <w:p w14:paraId="09CAE23D" w14:textId="77777777" w:rsidR="00F97455" w:rsidRPr="00C9454D" w:rsidRDefault="00F97455" w:rsidP="00C9454D">
      <w:pPr>
        <w:rPr>
          <w:sz w:val="24"/>
          <w:szCs w:val="24"/>
        </w:rPr>
      </w:pPr>
      <w:r w:rsidRPr="00C9454D">
        <w:rPr>
          <w:sz w:val="24"/>
          <w:szCs w:val="24"/>
        </w:rPr>
        <w:t>Only...forgetting.</w:t>
      </w:r>
    </w:p>
    <w:p w14:paraId="4755F8C1" w14:textId="77777777" w:rsidR="00F97455" w:rsidRPr="00C9454D" w:rsidRDefault="00F97455" w:rsidP="00C9454D">
      <w:pPr>
        <w:rPr>
          <w:sz w:val="24"/>
          <w:szCs w:val="24"/>
        </w:rPr>
      </w:pPr>
      <w:r w:rsidRPr="00C9454D">
        <w:rPr>
          <w:sz w:val="24"/>
          <w:szCs w:val="24"/>
        </w:rPr>
        <w:t>He died long before his body did.</w:t>
      </w:r>
    </w:p>
    <w:p w14:paraId="4834DF9A" w14:textId="77777777" w:rsidR="00F97455" w:rsidRPr="00C9454D" w:rsidRDefault="00F97455" w:rsidP="00C9454D">
      <w:pPr>
        <w:rPr>
          <w:sz w:val="24"/>
          <w:szCs w:val="24"/>
        </w:rPr>
      </w:pPr>
      <w:r w:rsidRPr="00C9454D">
        <w:rPr>
          <w:sz w:val="24"/>
          <w:szCs w:val="24"/>
        </w:rPr>
        <w:t>Dreamed himself into nothing.</w:t>
      </w:r>
    </w:p>
    <w:p w14:paraId="2F72E878" w14:textId="77777777" w:rsidR="00F97455" w:rsidRPr="00C9454D" w:rsidRDefault="00F97455" w:rsidP="00C9454D">
      <w:pPr>
        <w:rPr>
          <w:sz w:val="24"/>
          <w:szCs w:val="24"/>
        </w:rPr>
      </w:pPr>
      <w:r w:rsidRPr="00C9454D">
        <w:rPr>
          <w:sz w:val="24"/>
          <w:szCs w:val="24"/>
        </w:rPr>
        <w:t>In the King's dungeon, he became not a man... but an absence where a man had been."</w:t>
      </w:r>
    </w:p>
    <w:p w14:paraId="664D0F0B" w14:textId="77777777" w:rsidR="00F97455" w:rsidRPr="00C9454D" w:rsidRDefault="00F97455" w:rsidP="00C9454D">
      <w:pPr>
        <w:rPr>
          <w:sz w:val="24"/>
          <w:szCs w:val="24"/>
        </w:rPr>
      </w:pPr>
      <w:r w:rsidRPr="00C9454D">
        <w:rPr>
          <w:sz w:val="24"/>
          <w:szCs w:val="24"/>
        </w:rPr>
        <w:t>The fire crackled.</w:t>
      </w:r>
      <w:r w:rsidRPr="00C9454D">
        <w:rPr>
          <w:sz w:val="24"/>
          <w:szCs w:val="24"/>
        </w:rPr>
        <w:br/>
        <w:t>No one moved.</w:t>
      </w:r>
    </w:p>
    <w:p w14:paraId="354715D4" w14:textId="77777777" w:rsidR="00F97455" w:rsidRPr="00C9454D" w:rsidRDefault="00F97455" w:rsidP="00C9454D">
      <w:pPr>
        <w:rPr>
          <w:sz w:val="24"/>
          <w:szCs w:val="24"/>
        </w:rPr>
      </w:pPr>
      <w:r w:rsidRPr="00C9454D">
        <w:rPr>
          <w:sz w:val="24"/>
          <w:szCs w:val="24"/>
        </w:rPr>
        <w:t>Sir Alain finally looked each boy in the eye — a slow, heavy gaze that weighed more than armor.</w:t>
      </w:r>
    </w:p>
    <w:p w14:paraId="031D3106" w14:textId="77777777" w:rsidR="00F97455" w:rsidRPr="00C9454D" w:rsidRDefault="00F97455" w:rsidP="00C9454D">
      <w:pPr>
        <w:rPr>
          <w:sz w:val="24"/>
          <w:szCs w:val="24"/>
        </w:rPr>
      </w:pPr>
      <w:r w:rsidRPr="00C9454D">
        <w:rPr>
          <w:sz w:val="24"/>
          <w:szCs w:val="24"/>
        </w:rPr>
        <w:t xml:space="preserve">"Mark me well. A sword can be </w:t>
      </w:r>
      <w:proofErr w:type="spellStart"/>
      <w:r w:rsidRPr="00C9454D">
        <w:rPr>
          <w:sz w:val="24"/>
          <w:szCs w:val="24"/>
        </w:rPr>
        <w:t>reforged</w:t>
      </w:r>
      <w:proofErr w:type="spellEnd"/>
      <w:r w:rsidRPr="00C9454D">
        <w:rPr>
          <w:sz w:val="24"/>
          <w:szCs w:val="24"/>
        </w:rPr>
        <w:t>. A broken body may heal. But a hollow soul?" He shook his head. "Once a man forgets himself... there is no smith in heaven or earth who can mend him."</w:t>
      </w:r>
    </w:p>
    <w:p w14:paraId="11EE5FD7" w14:textId="77777777" w:rsidR="00F97455" w:rsidRPr="00C9454D" w:rsidRDefault="00F97455" w:rsidP="00C9454D">
      <w:pPr>
        <w:rPr>
          <w:sz w:val="24"/>
          <w:szCs w:val="24"/>
        </w:rPr>
      </w:pPr>
      <w:r w:rsidRPr="00C9454D">
        <w:rPr>
          <w:sz w:val="24"/>
          <w:szCs w:val="24"/>
        </w:rPr>
        <w:t>He leaned back into the shadows, the story spent.</w:t>
      </w:r>
    </w:p>
    <w:p w14:paraId="00DF787A" w14:textId="77777777" w:rsidR="00F97455" w:rsidRPr="00C9454D" w:rsidRDefault="00F97455" w:rsidP="00C9454D">
      <w:pPr>
        <w:rPr>
          <w:sz w:val="24"/>
          <w:szCs w:val="24"/>
        </w:rPr>
      </w:pPr>
      <w:r w:rsidRPr="00C9454D">
        <w:rPr>
          <w:sz w:val="24"/>
          <w:szCs w:val="24"/>
        </w:rPr>
        <w:t>And the boys, who had come seeking songs of glory, left the fire a little quieter than before — carrying the weight of a warning that would cling to their hearts long after the echoes of battle faded.</w:t>
      </w:r>
    </w:p>
    <w:p w14:paraId="01326BC1" w14:textId="77777777" w:rsidR="00A06E85" w:rsidRPr="00C9454D" w:rsidRDefault="00A06E85" w:rsidP="00C9454D">
      <w:pPr>
        <w:rPr>
          <w:sz w:val="24"/>
          <w:szCs w:val="24"/>
        </w:rPr>
      </w:pPr>
    </w:p>
    <w:p w14:paraId="065C83D6" w14:textId="4768495D" w:rsidR="00A06E85" w:rsidRPr="00C9454D" w:rsidRDefault="00C31B5E" w:rsidP="00C9454D">
      <w:pPr>
        <w:pStyle w:val="Heading2"/>
        <w:rPr>
          <w:sz w:val="24"/>
          <w:szCs w:val="24"/>
        </w:rPr>
      </w:pPr>
      <w:r w:rsidRPr="00C9454D">
        <w:rPr>
          <w:sz w:val="24"/>
          <w:szCs w:val="24"/>
        </w:rPr>
        <w:t>Isolde</w:t>
      </w:r>
      <w:r w:rsidR="00A06E85" w:rsidRPr="00C9454D">
        <w:rPr>
          <w:sz w:val="24"/>
          <w:szCs w:val="24"/>
        </w:rPr>
        <w:t>: The New Antagonist</w:t>
      </w:r>
    </w:p>
    <w:p w14:paraId="662B525E" w14:textId="77777777" w:rsidR="00651B98" w:rsidRPr="00C9454D" w:rsidRDefault="00651B98" w:rsidP="00C9454D">
      <w:pPr>
        <w:rPr>
          <w:sz w:val="24"/>
          <w:szCs w:val="24"/>
        </w:rPr>
      </w:pPr>
    </w:p>
    <w:p w14:paraId="263A6F7A" w14:textId="74A71458" w:rsidR="00A06E85" w:rsidRPr="00C9454D" w:rsidRDefault="00C31B5E" w:rsidP="00C9454D">
      <w:pPr>
        <w:rPr>
          <w:sz w:val="24"/>
          <w:szCs w:val="24"/>
        </w:rPr>
      </w:pPr>
      <w:r w:rsidRPr="00C9454D">
        <w:rPr>
          <w:sz w:val="24"/>
          <w:szCs w:val="24"/>
        </w:rPr>
        <w:t>Isolde</w:t>
      </w:r>
      <w:r w:rsidR="00A06E85" w:rsidRPr="00C9454D">
        <w:rPr>
          <w:sz w:val="24"/>
          <w:szCs w:val="24"/>
        </w:rPr>
        <w:t xml:space="preserve">, the </w:t>
      </w:r>
      <w:proofErr w:type="spellStart"/>
      <w:r w:rsidR="00A06E85" w:rsidRPr="00C9454D">
        <w:rPr>
          <w:sz w:val="24"/>
          <w:szCs w:val="24"/>
        </w:rPr>
        <w:t>Devereaux's</w:t>
      </w:r>
      <w:proofErr w:type="spellEnd"/>
      <w:r w:rsidR="00A06E85" w:rsidRPr="00C9454D">
        <w:rPr>
          <w:sz w:val="24"/>
          <w:szCs w:val="24"/>
        </w:rPr>
        <w:t xml:space="preserve"> only daughter, was not directly implicated in her parents’ crimes, but the stain of their disgrace followed her everywhere. With her family stripped of wealth and power, she was left destitute, her home and security taken from her. Nobles who had once courted her friendship now shunned her, and there was no place for her in the respectable world.</w:t>
      </w:r>
    </w:p>
    <w:p w14:paraId="2AD36C47" w14:textId="63A05755" w:rsidR="00A06E85" w:rsidRPr="00C9454D" w:rsidRDefault="00A06E85" w:rsidP="00C9454D">
      <w:pPr>
        <w:rPr>
          <w:sz w:val="24"/>
          <w:szCs w:val="24"/>
        </w:rPr>
      </w:pPr>
      <w:r w:rsidRPr="00C9454D">
        <w:rPr>
          <w:sz w:val="24"/>
          <w:szCs w:val="24"/>
        </w:rPr>
        <w:t xml:space="preserve">Desperate to survive, </w:t>
      </w:r>
      <w:r w:rsidR="00C31B5E" w:rsidRPr="00C9454D">
        <w:rPr>
          <w:sz w:val="24"/>
          <w:szCs w:val="24"/>
        </w:rPr>
        <w:t>Isol</w:t>
      </w:r>
      <w:r w:rsidR="00DD1FF5" w:rsidRPr="00C9454D">
        <w:rPr>
          <w:sz w:val="24"/>
          <w:szCs w:val="24"/>
        </w:rPr>
        <w:t xml:space="preserve">de </w:t>
      </w:r>
      <w:r w:rsidRPr="00C9454D">
        <w:rPr>
          <w:sz w:val="24"/>
          <w:szCs w:val="24"/>
        </w:rPr>
        <w:t>sought refuge in the dark corners of the city, where the whispers of the underworld offered her a path. She became a courtesan, working in one of the seedier brothels frequented by merchants and travelers. Her beauty and wit ensured her survival, but the bitterness in her heart grew with each passing day.</w:t>
      </w:r>
    </w:p>
    <w:p w14:paraId="0BEDA8E4" w14:textId="45CB03FE"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 xml:space="preserve">vowed that she would restore her family’s name, no matter the cost. The humiliation and suffering she endured fueled her desire for revenge against Abilene, Guy, and all those who had stood against the </w:t>
      </w:r>
      <w:proofErr w:type="spellStart"/>
      <w:r w:rsidR="00A06E85" w:rsidRPr="00C9454D">
        <w:rPr>
          <w:sz w:val="24"/>
          <w:szCs w:val="24"/>
        </w:rPr>
        <w:t>Devereaux</w:t>
      </w:r>
      <w:proofErr w:type="spellEnd"/>
      <w:r w:rsidR="00A06E85" w:rsidRPr="00C9454D">
        <w:rPr>
          <w:sz w:val="24"/>
          <w:szCs w:val="24"/>
        </w:rPr>
        <w:t>. To her, they were the architects of her downfall, and she swore to make them pay.</w:t>
      </w:r>
    </w:p>
    <w:p w14:paraId="3774DA6E" w14:textId="77777777" w:rsidR="00A06E85" w:rsidRPr="00C9454D" w:rsidRDefault="00A06E85" w:rsidP="00C9454D">
      <w:pPr>
        <w:rPr>
          <w:sz w:val="24"/>
          <w:szCs w:val="24"/>
        </w:rPr>
      </w:pPr>
    </w:p>
    <w:p w14:paraId="18EC7482" w14:textId="138817E8" w:rsidR="00A06E85" w:rsidRPr="00C9454D" w:rsidRDefault="00C31B5E" w:rsidP="00C9454D">
      <w:pPr>
        <w:pStyle w:val="Heading2"/>
        <w:rPr>
          <w:sz w:val="24"/>
          <w:szCs w:val="24"/>
        </w:rPr>
      </w:pPr>
      <w:r w:rsidRPr="00C9454D">
        <w:rPr>
          <w:sz w:val="24"/>
          <w:szCs w:val="24"/>
        </w:rPr>
        <w:t>Isolde</w:t>
      </w:r>
      <w:r w:rsidR="00A06E85" w:rsidRPr="00C9454D">
        <w:rPr>
          <w:sz w:val="24"/>
          <w:szCs w:val="24"/>
        </w:rPr>
        <w:t>’s Descent into the Underworld</w:t>
      </w:r>
    </w:p>
    <w:p w14:paraId="6B5046A9" w14:textId="77777777" w:rsidR="00651B98" w:rsidRPr="00C9454D" w:rsidRDefault="00651B98" w:rsidP="00C9454D">
      <w:pPr>
        <w:rPr>
          <w:sz w:val="24"/>
          <w:szCs w:val="24"/>
        </w:rPr>
      </w:pPr>
    </w:p>
    <w:p w14:paraId="423E6669" w14:textId="76EB3B91" w:rsidR="00A06E85" w:rsidRPr="00C9454D" w:rsidRDefault="00A06E85" w:rsidP="00C9454D">
      <w:pPr>
        <w:rPr>
          <w:sz w:val="24"/>
          <w:szCs w:val="24"/>
        </w:rPr>
      </w:pPr>
      <w:r w:rsidRPr="00C9454D">
        <w:rPr>
          <w:sz w:val="24"/>
          <w:szCs w:val="24"/>
        </w:rPr>
        <w:t xml:space="preserve">Life in the brothel introduced </w:t>
      </w:r>
      <w:r w:rsidR="00C31B5E" w:rsidRPr="00C9454D">
        <w:rPr>
          <w:sz w:val="24"/>
          <w:szCs w:val="24"/>
        </w:rPr>
        <w:t>Isol</w:t>
      </w:r>
      <w:r w:rsidR="00DD1FF5" w:rsidRPr="00C9454D">
        <w:rPr>
          <w:sz w:val="24"/>
          <w:szCs w:val="24"/>
        </w:rPr>
        <w:t xml:space="preserve">de </w:t>
      </w:r>
      <w:r w:rsidRPr="00C9454D">
        <w:rPr>
          <w:sz w:val="24"/>
          <w:szCs w:val="24"/>
        </w:rPr>
        <w:t xml:space="preserve">to the seedy underbelly of </w:t>
      </w:r>
      <w:r w:rsidR="001677B1" w:rsidRPr="00C9454D">
        <w:rPr>
          <w:sz w:val="24"/>
          <w:szCs w:val="24"/>
        </w:rPr>
        <w:t>the shadows</w:t>
      </w:r>
      <w:r w:rsidRPr="00C9454D">
        <w:rPr>
          <w:sz w:val="24"/>
          <w:szCs w:val="24"/>
        </w:rPr>
        <w:t>—a place where coin ruled and morals were scarce. She quickly learned how to navigate this dangerous realm, using her beauty and cunning to gain favor with the powerful and influential figures who lurked in the shadows.</w:t>
      </w:r>
    </w:p>
    <w:p w14:paraId="6EEB930C" w14:textId="28C01B7E" w:rsidR="00A06E85" w:rsidRPr="00C9454D" w:rsidRDefault="00A06E85" w:rsidP="00C9454D">
      <w:pPr>
        <w:rPr>
          <w:sz w:val="24"/>
          <w:szCs w:val="24"/>
        </w:rPr>
      </w:pPr>
      <w:r w:rsidRPr="00C9454D">
        <w:rPr>
          <w:sz w:val="24"/>
          <w:szCs w:val="24"/>
        </w:rPr>
        <w:t xml:space="preserve">She forged alliances with smugglers, thieves, and corrupt officials, becoming a silent force within the city’s criminal underworld. Her name was whispered in hushed tones, a figure as dangerous as she was enchanting. </w:t>
      </w:r>
      <w:r w:rsidR="00C31B5E" w:rsidRPr="00C9454D">
        <w:rPr>
          <w:sz w:val="24"/>
          <w:szCs w:val="24"/>
        </w:rPr>
        <w:t>Isol</w:t>
      </w:r>
      <w:r w:rsidR="00DD1FF5" w:rsidRPr="00C9454D">
        <w:rPr>
          <w:sz w:val="24"/>
          <w:szCs w:val="24"/>
        </w:rPr>
        <w:t xml:space="preserve">de </w:t>
      </w:r>
      <w:r w:rsidRPr="00C9454D">
        <w:rPr>
          <w:sz w:val="24"/>
          <w:szCs w:val="24"/>
        </w:rPr>
        <w:t>learned to use secrets as currency, and her ability to manipulate those around her became her greatest weapon.</w:t>
      </w:r>
    </w:p>
    <w:p w14:paraId="5E752972" w14:textId="2337BA1B" w:rsidR="00A06E85" w:rsidRPr="00C9454D" w:rsidRDefault="00A06E85" w:rsidP="00C9454D">
      <w:pPr>
        <w:rPr>
          <w:sz w:val="24"/>
          <w:szCs w:val="24"/>
        </w:rPr>
      </w:pPr>
      <w:r w:rsidRPr="00C9454D">
        <w:rPr>
          <w:sz w:val="24"/>
          <w:szCs w:val="24"/>
        </w:rPr>
        <w:t xml:space="preserve">Despite her fall from grace, </w:t>
      </w:r>
      <w:r w:rsidR="00C31B5E" w:rsidRPr="00C9454D">
        <w:rPr>
          <w:sz w:val="24"/>
          <w:szCs w:val="24"/>
        </w:rPr>
        <w:t>Isol</w:t>
      </w:r>
      <w:r w:rsidR="00DD1FF5" w:rsidRPr="00C9454D">
        <w:rPr>
          <w:sz w:val="24"/>
          <w:szCs w:val="24"/>
        </w:rPr>
        <w:t xml:space="preserve">de </w:t>
      </w:r>
      <w:r w:rsidRPr="00C9454D">
        <w:rPr>
          <w:sz w:val="24"/>
          <w:szCs w:val="24"/>
        </w:rPr>
        <w:t>carried herself with the poise and refinement of the noble she had once been. It was this contradiction—a woman of high birth thriving in the lowest circles—that ma</w:t>
      </w:r>
      <w:r w:rsidR="00DD1FF5" w:rsidRPr="00C9454D">
        <w:rPr>
          <w:sz w:val="24"/>
          <w:szCs w:val="24"/>
        </w:rPr>
        <w:t xml:space="preserve">de </w:t>
      </w:r>
      <w:r w:rsidRPr="00C9454D">
        <w:rPr>
          <w:sz w:val="24"/>
          <w:szCs w:val="24"/>
        </w:rPr>
        <w:t>her both captivating and terrifying to those who encountered her.</w:t>
      </w:r>
    </w:p>
    <w:p w14:paraId="4FC3DE71" w14:textId="77777777" w:rsidR="00A06E85" w:rsidRPr="00C9454D" w:rsidRDefault="00A06E85" w:rsidP="00C9454D">
      <w:pPr>
        <w:rPr>
          <w:sz w:val="24"/>
          <w:szCs w:val="24"/>
        </w:rPr>
      </w:pPr>
    </w:p>
    <w:p w14:paraId="283981B3" w14:textId="77777777" w:rsidR="00A06E85" w:rsidRPr="00C9454D" w:rsidRDefault="00A06E85" w:rsidP="00C9454D">
      <w:pPr>
        <w:pStyle w:val="Heading2"/>
        <w:rPr>
          <w:sz w:val="24"/>
          <w:szCs w:val="24"/>
        </w:rPr>
      </w:pPr>
      <w:r w:rsidRPr="00C9454D">
        <w:rPr>
          <w:sz w:val="24"/>
          <w:szCs w:val="24"/>
        </w:rPr>
        <w:t>The Seeds of Revenge</w:t>
      </w:r>
    </w:p>
    <w:p w14:paraId="71E24026" w14:textId="77777777" w:rsidR="00651B98" w:rsidRPr="00C9454D" w:rsidRDefault="00651B98" w:rsidP="00C9454D">
      <w:pPr>
        <w:rPr>
          <w:sz w:val="24"/>
          <w:szCs w:val="24"/>
        </w:rPr>
      </w:pPr>
    </w:p>
    <w:p w14:paraId="4131720A" w14:textId="2AF31780" w:rsidR="00A06E85" w:rsidRPr="00C9454D" w:rsidRDefault="00C31B5E" w:rsidP="00C9454D">
      <w:pPr>
        <w:rPr>
          <w:sz w:val="24"/>
          <w:szCs w:val="24"/>
        </w:rPr>
      </w:pPr>
      <w:r w:rsidRPr="00C9454D">
        <w:rPr>
          <w:sz w:val="24"/>
          <w:szCs w:val="24"/>
        </w:rPr>
        <w:t>Isolde</w:t>
      </w:r>
      <w:r w:rsidR="00A06E85" w:rsidRPr="00C9454D">
        <w:rPr>
          <w:sz w:val="24"/>
          <w:szCs w:val="24"/>
        </w:rPr>
        <w:t xml:space="preserve">’s hatred for Abilene grew with every passing year. To her, Abilene was the cause of everything—the loss of her family, her status, and her dignity. Though the truth was far more complex, </w:t>
      </w:r>
      <w:r w:rsidRPr="00C9454D">
        <w:rPr>
          <w:sz w:val="24"/>
          <w:szCs w:val="24"/>
        </w:rPr>
        <w:t>Isolde</w:t>
      </w:r>
      <w:r w:rsidR="00A06E85" w:rsidRPr="00C9454D">
        <w:rPr>
          <w:sz w:val="24"/>
          <w:szCs w:val="24"/>
        </w:rPr>
        <w:t>’s grief and bitterness blinded her to reason.</w:t>
      </w:r>
    </w:p>
    <w:p w14:paraId="20F0C473" w14:textId="00BF0AFC" w:rsidR="00A06E85" w:rsidRPr="00C9454D" w:rsidRDefault="00A06E85" w:rsidP="00C9454D">
      <w:pPr>
        <w:rPr>
          <w:sz w:val="24"/>
          <w:szCs w:val="24"/>
        </w:rPr>
      </w:pPr>
      <w:r w:rsidRPr="00C9454D">
        <w:rPr>
          <w:sz w:val="24"/>
          <w:szCs w:val="24"/>
        </w:rPr>
        <w:t xml:space="preserve">Her plans for revenge began to take shape. She gathered information about </w:t>
      </w:r>
      <w:r w:rsidR="00522C4D" w:rsidRPr="00C9454D">
        <w:rPr>
          <w:sz w:val="24"/>
          <w:szCs w:val="24"/>
        </w:rPr>
        <w:t>High Haven</w:t>
      </w:r>
      <w:r w:rsidRPr="00C9454D">
        <w:rPr>
          <w:sz w:val="24"/>
          <w:szCs w:val="24"/>
        </w:rPr>
        <w:t xml:space="preserve"> and its people, waiting for the perfect moment to strike. </w:t>
      </w:r>
      <w:r w:rsidR="00C31B5E" w:rsidRPr="00C9454D">
        <w:rPr>
          <w:sz w:val="24"/>
          <w:szCs w:val="24"/>
        </w:rPr>
        <w:t>Isol</w:t>
      </w:r>
      <w:r w:rsidR="00DD1FF5" w:rsidRPr="00C9454D">
        <w:rPr>
          <w:sz w:val="24"/>
          <w:szCs w:val="24"/>
        </w:rPr>
        <w:t xml:space="preserve">de </w:t>
      </w:r>
      <w:r w:rsidRPr="00C9454D">
        <w:rPr>
          <w:sz w:val="24"/>
          <w:szCs w:val="24"/>
        </w:rPr>
        <w:t>envisioned a future where she would rise above her station, rebuild her family’s power, and destroy Abilene and Guy in the process.</w:t>
      </w:r>
    </w:p>
    <w:p w14:paraId="4FAD28F2" w14:textId="0FE992CE" w:rsidR="00A06E85" w:rsidRPr="00C9454D" w:rsidRDefault="00A06E85" w:rsidP="00C9454D">
      <w:pPr>
        <w:rPr>
          <w:sz w:val="24"/>
          <w:szCs w:val="24"/>
        </w:rPr>
      </w:pPr>
      <w:r w:rsidRPr="00C9454D">
        <w:rPr>
          <w:sz w:val="24"/>
          <w:szCs w:val="24"/>
        </w:rPr>
        <w:t xml:space="preserve">For now, she bided her time, honing her skills and building her network of allies in the shadows. The </w:t>
      </w:r>
      <w:proofErr w:type="spellStart"/>
      <w:r w:rsidRPr="00C9454D">
        <w:rPr>
          <w:sz w:val="24"/>
          <w:szCs w:val="24"/>
        </w:rPr>
        <w:t>Devereaux</w:t>
      </w:r>
      <w:proofErr w:type="spellEnd"/>
      <w:r w:rsidRPr="00C9454D">
        <w:rPr>
          <w:sz w:val="24"/>
          <w:szCs w:val="24"/>
        </w:rPr>
        <w:t xml:space="preserve"> name might have fallen, but </w:t>
      </w:r>
      <w:r w:rsidR="00C31B5E" w:rsidRPr="00C9454D">
        <w:rPr>
          <w:sz w:val="24"/>
          <w:szCs w:val="24"/>
        </w:rPr>
        <w:t>Isol</w:t>
      </w:r>
      <w:r w:rsidR="00DD1FF5" w:rsidRPr="00C9454D">
        <w:rPr>
          <w:sz w:val="24"/>
          <w:szCs w:val="24"/>
        </w:rPr>
        <w:t xml:space="preserve">de </w:t>
      </w:r>
      <w:r w:rsidRPr="00C9454D">
        <w:rPr>
          <w:sz w:val="24"/>
          <w:szCs w:val="24"/>
        </w:rPr>
        <w:t>was determined to see it rise again—on a foundation of vengeance and destruction.</w:t>
      </w:r>
    </w:p>
    <w:p w14:paraId="4108BC75" w14:textId="704FB81D" w:rsidR="00972E54" w:rsidRPr="00C9454D" w:rsidRDefault="00972E54" w:rsidP="00C9454D">
      <w:pPr>
        <w:rPr>
          <w:sz w:val="24"/>
          <w:szCs w:val="24"/>
        </w:rPr>
      </w:pPr>
    </w:p>
    <w:p w14:paraId="7E3CA561" w14:textId="77777777" w:rsidR="00A06E85" w:rsidRPr="00C9454D" w:rsidRDefault="00A06E85" w:rsidP="00C9454D">
      <w:pPr>
        <w:rPr>
          <w:sz w:val="24"/>
          <w:szCs w:val="24"/>
        </w:rPr>
      </w:pPr>
    </w:p>
    <w:p w14:paraId="3C133112" w14:textId="6A8DACF6" w:rsidR="00A06E85" w:rsidRPr="00C9454D" w:rsidRDefault="00A06E85" w:rsidP="00C9454D">
      <w:pPr>
        <w:pStyle w:val="Heading2"/>
        <w:rPr>
          <w:sz w:val="24"/>
          <w:szCs w:val="24"/>
        </w:rPr>
      </w:pPr>
      <w:r w:rsidRPr="00C9454D">
        <w:rPr>
          <w:sz w:val="24"/>
          <w:szCs w:val="24"/>
        </w:rPr>
        <w:t>The Estate of Lore</w:t>
      </w:r>
    </w:p>
    <w:p w14:paraId="4622183B" w14:textId="467A01FA" w:rsidR="00380807" w:rsidRPr="00C9454D" w:rsidRDefault="00380807" w:rsidP="00C9454D">
      <w:pPr>
        <w:pStyle w:val="Heading2"/>
        <w:rPr>
          <w:sz w:val="24"/>
          <w:szCs w:val="24"/>
        </w:rPr>
      </w:pPr>
      <w:r w:rsidRPr="00C9454D">
        <w:rPr>
          <w:sz w:val="24"/>
          <w:szCs w:val="24"/>
        </w:rPr>
        <w:t>121</w:t>
      </w:r>
      <w:r w:rsidR="007A0BAF" w:rsidRPr="00C9454D">
        <w:rPr>
          <w:sz w:val="24"/>
          <w:szCs w:val="24"/>
        </w:rPr>
        <w:t>7</w:t>
      </w:r>
    </w:p>
    <w:p w14:paraId="63AD939C" w14:textId="77777777" w:rsidR="00651B98" w:rsidRPr="00C9454D" w:rsidRDefault="00651B98" w:rsidP="00C9454D">
      <w:pPr>
        <w:rPr>
          <w:sz w:val="24"/>
          <w:szCs w:val="24"/>
        </w:rPr>
      </w:pPr>
    </w:p>
    <w:p w14:paraId="474E557B" w14:textId="79F85F60" w:rsidR="00A06E85" w:rsidRPr="00C9454D" w:rsidRDefault="00A06E85" w:rsidP="00C9454D">
      <w:pPr>
        <w:rPr>
          <w:sz w:val="24"/>
          <w:szCs w:val="24"/>
        </w:rPr>
      </w:pPr>
      <w:r w:rsidRPr="00C9454D">
        <w:rPr>
          <w:sz w:val="24"/>
          <w:szCs w:val="24"/>
        </w:rPr>
        <w:t xml:space="preserve">The estate granted to Rowan and Millie, affectionately named the Estate of Lore, was nestled in a picturesque valley near </w:t>
      </w:r>
      <w:proofErr w:type="spellStart"/>
      <w:r w:rsidR="00225D06" w:rsidRPr="00C9454D">
        <w:rPr>
          <w:sz w:val="24"/>
          <w:szCs w:val="24"/>
        </w:rPr>
        <w:t>Teston</w:t>
      </w:r>
      <w:proofErr w:type="spellEnd"/>
      <w:r w:rsidRPr="00C9454D">
        <w:rPr>
          <w:sz w:val="24"/>
          <w:szCs w:val="24"/>
        </w:rPr>
        <w:t>. It was neither grand nor imposing, but it exuded charm and warmth. The manor itself, modest in size but rich in character, was surrounded by rolling hills, lush gardens, and a sparkling stream that wound its way through the property. For Rowan and Millie, it was more than a home—it was a dream realized.</w:t>
      </w:r>
    </w:p>
    <w:p w14:paraId="233236A3" w14:textId="77777777" w:rsidR="00A06E85" w:rsidRPr="00C9454D" w:rsidRDefault="00A06E85" w:rsidP="00C9454D">
      <w:pPr>
        <w:rPr>
          <w:sz w:val="24"/>
          <w:szCs w:val="24"/>
        </w:rPr>
      </w:pPr>
    </w:p>
    <w:p w14:paraId="5866D4B8" w14:textId="77777777" w:rsidR="00A06E85" w:rsidRPr="00C9454D" w:rsidRDefault="00A06E85" w:rsidP="00C9454D">
      <w:pPr>
        <w:pStyle w:val="Heading2"/>
        <w:rPr>
          <w:sz w:val="24"/>
          <w:szCs w:val="24"/>
        </w:rPr>
      </w:pPr>
      <w:r w:rsidRPr="00C9454D">
        <w:rPr>
          <w:sz w:val="24"/>
          <w:szCs w:val="24"/>
        </w:rPr>
        <w:t>A Home for the Keepers of Lore</w:t>
      </w:r>
    </w:p>
    <w:p w14:paraId="7EB556F4" w14:textId="77777777" w:rsidR="00A643D5" w:rsidRDefault="00A643D5" w:rsidP="00C9454D">
      <w:pPr>
        <w:rPr>
          <w:sz w:val="24"/>
          <w:szCs w:val="24"/>
        </w:rPr>
      </w:pPr>
    </w:p>
    <w:p w14:paraId="7BFB77F3" w14:textId="179D0AD5" w:rsidR="00A06E85" w:rsidRPr="00C9454D" w:rsidRDefault="00A06E85" w:rsidP="00C9454D">
      <w:pPr>
        <w:rPr>
          <w:sz w:val="24"/>
          <w:szCs w:val="24"/>
        </w:rPr>
      </w:pPr>
      <w:r w:rsidRPr="00C9454D">
        <w:rPr>
          <w:sz w:val="24"/>
          <w:szCs w:val="24"/>
        </w:rPr>
        <w:t xml:space="preserve">When Rowan and </w:t>
      </w:r>
      <w:r w:rsidR="00C31A61" w:rsidRPr="00C9454D">
        <w:rPr>
          <w:sz w:val="24"/>
          <w:szCs w:val="24"/>
        </w:rPr>
        <w:t xml:space="preserve">family </w:t>
      </w:r>
      <w:r w:rsidRPr="00C9454D">
        <w:rPr>
          <w:sz w:val="24"/>
          <w:szCs w:val="24"/>
        </w:rPr>
        <w:t>first arrived, the air was electric with excitement. Rowan, with his booming laugh and boundless energy, was like a child discovering a treasure trove. He roamed the grounds, marveling at every detail, while Millie, practical yet glowing with joy, immediately began envisioning how they would transform the space into a hub of creativity and community.</w:t>
      </w:r>
    </w:p>
    <w:p w14:paraId="79358EB3" w14:textId="48F6E0BD" w:rsidR="00A06E85" w:rsidRPr="00C9454D" w:rsidRDefault="00A06E85" w:rsidP="00C9454D">
      <w:pPr>
        <w:rPr>
          <w:sz w:val="24"/>
          <w:szCs w:val="24"/>
        </w:rPr>
      </w:pPr>
      <w:r w:rsidRPr="00C9454D">
        <w:rPr>
          <w:sz w:val="24"/>
          <w:szCs w:val="24"/>
        </w:rPr>
        <w:t xml:space="preserve">“Look at this, </w:t>
      </w:r>
      <w:r w:rsidR="00D66A9B" w:rsidRPr="00C9454D">
        <w:rPr>
          <w:sz w:val="24"/>
          <w:szCs w:val="24"/>
        </w:rPr>
        <w:t>children</w:t>
      </w:r>
      <w:r w:rsidRPr="00C9454D">
        <w:rPr>
          <w:sz w:val="24"/>
          <w:szCs w:val="24"/>
        </w:rPr>
        <w:t>!” Rowan exclaimed, throwing open the doors to the Great Hall. The high-beamed ceilings and expansive stone hearth were perfect for storytelling gatherings. “This is where the magic will happen. Can’t you see it?”</w:t>
      </w:r>
    </w:p>
    <w:p w14:paraId="7CD83A97" w14:textId="5016CB9A" w:rsidR="00627EAB" w:rsidRPr="00C9454D" w:rsidRDefault="00627EAB" w:rsidP="00C9454D">
      <w:pPr>
        <w:rPr>
          <w:sz w:val="24"/>
          <w:szCs w:val="24"/>
        </w:rPr>
      </w:pPr>
      <w:r w:rsidRPr="00C9454D">
        <w:rPr>
          <w:sz w:val="24"/>
          <w:szCs w:val="24"/>
        </w:rPr>
        <w:t xml:space="preserve">Bram </w:t>
      </w:r>
      <w:r w:rsidR="00525A53" w:rsidRPr="00C9454D">
        <w:rPr>
          <w:sz w:val="24"/>
          <w:szCs w:val="24"/>
        </w:rPr>
        <w:t>smil</w:t>
      </w:r>
      <w:r w:rsidR="007742B9" w:rsidRPr="00C9454D">
        <w:rPr>
          <w:sz w:val="24"/>
          <w:szCs w:val="24"/>
        </w:rPr>
        <w:t>ing</w:t>
      </w:r>
      <w:r w:rsidR="00525A53" w:rsidRPr="00C9454D">
        <w:rPr>
          <w:sz w:val="24"/>
          <w:szCs w:val="24"/>
        </w:rPr>
        <w:t xml:space="preserve"> from the insi</w:t>
      </w:r>
      <w:r w:rsidR="00DD1FF5" w:rsidRPr="00C9454D">
        <w:rPr>
          <w:sz w:val="24"/>
          <w:szCs w:val="24"/>
        </w:rPr>
        <w:t xml:space="preserve">de </w:t>
      </w:r>
      <w:r w:rsidR="00525A53" w:rsidRPr="00C9454D">
        <w:rPr>
          <w:sz w:val="24"/>
          <w:szCs w:val="24"/>
        </w:rPr>
        <w:t>out</w:t>
      </w:r>
      <w:r w:rsidR="007742B9" w:rsidRPr="00C9454D">
        <w:rPr>
          <w:sz w:val="24"/>
          <w:szCs w:val="24"/>
        </w:rPr>
        <w:t xml:space="preserve">, </w:t>
      </w:r>
      <w:proofErr w:type="spellStart"/>
      <w:r w:rsidR="007742B9" w:rsidRPr="00C9454D">
        <w:rPr>
          <w:sz w:val="24"/>
          <w:szCs w:val="24"/>
        </w:rPr>
        <w:t>lept</w:t>
      </w:r>
      <w:proofErr w:type="spellEnd"/>
      <w:r w:rsidR="007742B9" w:rsidRPr="00C9454D">
        <w:rPr>
          <w:sz w:val="24"/>
          <w:szCs w:val="24"/>
        </w:rPr>
        <w:t xml:space="preserve"> for joy</w:t>
      </w:r>
      <w:r w:rsidR="004F5A97" w:rsidRPr="00C9454D">
        <w:rPr>
          <w:sz w:val="24"/>
          <w:szCs w:val="24"/>
        </w:rPr>
        <w:t>,</w:t>
      </w:r>
      <w:r w:rsidR="00525A53" w:rsidRPr="00C9454D">
        <w:rPr>
          <w:sz w:val="24"/>
          <w:szCs w:val="24"/>
        </w:rPr>
        <w:t xml:space="preserve"> </w:t>
      </w:r>
      <w:r w:rsidR="000D1C38" w:rsidRPr="00C9454D">
        <w:rPr>
          <w:sz w:val="24"/>
          <w:szCs w:val="24"/>
        </w:rPr>
        <w:t>“</w:t>
      </w:r>
      <w:r w:rsidR="00525A53" w:rsidRPr="00C9454D">
        <w:rPr>
          <w:sz w:val="24"/>
          <w:szCs w:val="24"/>
        </w:rPr>
        <w:t>We did it</w:t>
      </w:r>
      <w:r w:rsidR="00630061" w:rsidRPr="00C9454D">
        <w:rPr>
          <w:sz w:val="24"/>
          <w:szCs w:val="24"/>
        </w:rPr>
        <w:t xml:space="preserve">… we are </w:t>
      </w:r>
      <w:proofErr w:type="spellStart"/>
      <w:r w:rsidR="00630061" w:rsidRPr="00C9454D">
        <w:rPr>
          <w:sz w:val="24"/>
          <w:szCs w:val="24"/>
        </w:rPr>
        <w:t>bonified</w:t>
      </w:r>
      <w:proofErr w:type="spellEnd"/>
      <w:r w:rsidR="00287AD3" w:rsidRPr="00C9454D">
        <w:rPr>
          <w:sz w:val="24"/>
          <w:szCs w:val="24"/>
        </w:rPr>
        <w:t>!</w:t>
      </w:r>
      <w:r w:rsidR="004F5A97" w:rsidRPr="00C9454D">
        <w:rPr>
          <w:sz w:val="24"/>
          <w:szCs w:val="24"/>
        </w:rPr>
        <w:t>”</w:t>
      </w:r>
      <w:r w:rsidR="00287AD3" w:rsidRPr="00C9454D">
        <w:rPr>
          <w:sz w:val="24"/>
          <w:szCs w:val="24"/>
        </w:rPr>
        <w:t xml:space="preserve"> </w:t>
      </w:r>
    </w:p>
    <w:p w14:paraId="16B058C0" w14:textId="77777777" w:rsidR="00A06E85" w:rsidRPr="00C9454D" w:rsidRDefault="00A06E85" w:rsidP="00C9454D">
      <w:pPr>
        <w:rPr>
          <w:sz w:val="24"/>
          <w:szCs w:val="24"/>
        </w:rPr>
      </w:pPr>
      <w:r w:rsidRPr="00C9454D">
        <w:rPr>
          <w:sz w:val="24"/>
          <w:szCs w:val="24"/>
        </w:rPr>
        <w:t>Millie, hands on her hips, surveyed the room with a critical eye. “We’ll need more seating. Cushions for the little ones. And a proper stage—something simple but sturdy.”</w:t>
      </w:r>
    </w:p>
    <w:p w14:paraId="06496AA3" w14:textId="38681395" w:rsidR="00A06E85" w:rsidRPr="00C9454D" w:rsidRDefault="00A06E85" w:rsidP="00C9454D">
      <w:pPr>
        <w:rPr>
          <w:sz w:val="24"/>
          <w:szCs w:val="24"/>
        </w:rPr>
      </w:pPr>
      <w:r w:rsidRPr="00C9454D">
        <w:rPr>
          <w:sz w:val="24"/>
          <w:szCs w:val="24"/>
        </w:rPr>
        <w:t xml:space="preserve">Rowan pulled </w:t>
      </w:r>
      <w:proofErr w:type="spellStart"/>
      <w:r w:rsidR="002D18E5" w:rsidRPr="00C9454D">
        <w:rPr>
          <w:sz w:val="24"/>
          <w:szCs w:val="24"/>
        </w:rPr>
        <w:t>Milla</w:t>
      </w:r>
      <w:proofErr w:type="spellEnd"/>
      <w:r w:rsidR="002D18E5" w:rsidRPr="00C9454D">
        <w:rPr>
          <w:sz w:val="24"/>
          <w:szCs w:val="24"/>
        </w:rPr>
        <w:t xml:space="preserve"> and Lyla </w:t>
      </w:r>
      <w:r w:rsidRPr="00C9454D">
        <w:rPr>
          <w:sz w:val="24"/>
          <w:szCs w:val="24"/>
        </w:rPr>
        <w:t>into a jubilant spin. “We’ll make it the heart of the estate, my love</w:t>
      </w:r>
      <w:r w:rsidR="002D18E5" w:rsidRPr="00C9454D">
        <w:rPr>
          <w:sz w:val="24"/>
          <w:szCs w:val="24"/>
        </w:rPr>
        <w:t>s</w:t>
      </w:r>
      <w:r w:rsidRPr="00C9454D">
        <w:rPr>
          <w:sz w:val="24"/>
          <w:szCs w:val="24"/>
        </w:rPr>
        <w:t>. A place where stories come to life!”</w:t>
      </w:r>
      <w:r w:rsidR="00627EAB" w:rsidRPr="00C9454D">
        <w:rPr>
          <w:sz w:val="24"/>
          <w:szCs w:val="24"/>
        </w:rPr>
        <w:t xml:space="preserve"> </w:t>
      </w:r>
    </w:p>
    <w:p w14:paraId="498C9B1F" w14:textId="77777777" w:rsidR="00A06E85" w:rsidRPr="00C9454D" w:rsidRDefault="00A06E85" w:rsidP="00C9454D">
      <w:pPr>
        <w:rPr>
          <w:sz w:val="24"/>
          <w:szCs w:val="24"/>
        </w:rPr>
      </w:pPr>
      <w:r w:rsidRPr="00C9454D">
        <w:rPr>
          <w:sz w:val="24"/>
          <w:szCs w:val="24"/>
        </w:rPr>
        <w:t>The villagers who helped prepare the estate for the couple couldn’t help but share in their enthusiasm. Within weeks, the Estate of Lore was transformed into a vibrant center of entertainment and joy. The Great Hall became a gathering place for all—a space where laughter rang out and imagination knew no bounds.</w:t>
      </w:r>
    </w:p>
    <w:p w14:paraId="3227DF09" w14:textId="77777777" w:rsidR="00A06E85" w:rsidRPr="00C9454D" w:rsidRDefault="00A06E85" w:rsidP="00C9454D">
      <w:pPr>
        <w:rPr>
          <w:sz w:val="24"/>
          <w:szCs w:val="24"/>
        </w:rPr>
      </w:pPr>
    </w:p>
    <w:p w14:paraId="3EA42FE4" w14:textId="77777777" w:rsidR="00A06E85" w:rsidRPr="00C9454D" w:rsidRDefault="00A06E85" w:rsidP="00C9454D">
      <w:pPr>
        <w:pStyle w:val="Heading2"/>
        <w:rPr>
          <w:sz w:val="24"/>
          <w:szCs w:val="24"/>
        </w:rPr>
      </w:pPr>
      <w:r w:rsidRPr="00C9454D">
        <w:rPr>
          <w:sz w:val="24"/>
          <w:szCs w:val="24"/>
        </w:rPr>
        <w:t>A Night of Storytelling</w:t>
      </w:r>
    </w:p>
    <w:p w14:paraId="51C47922" w14:textId="77777777" w:rsidR="00651B98" w:rsidRPr="00C9454D" w:rsidRDefault="00651B98" w:rsidP="00C9454D">
      <w:pPr>
        <w:rPr>
          <w:sz w:val="24"/>
          <w:szCs w:val="24"/>
        </w:rPr>
      </w:pPr>
    </w:p>
    <w:p w14:paraId="3BCE0C94" w14:textId="4DF92AC6" w:rsidR="00A06E85" w:rsidRPr="00C9454D" w:rsidRDefault="00A06E85" w:rsidP="00C9454D">
      <w:pPr>
        <w:rPr>
          <w:sz w:val="24"/>
          <w:szCs w:val="24"/>
        </w:rPr>
      </w:pPr>
      <w:r w:rsidRPr="00C9454D">
        <w:rPr>
          <w:sz w:val="24"/>
          <w:szCs w:val="24"/>
        </w:rPr>
        <w:t xml:space="preserve">The first official storytelling evening was a resounding success. The Great Hall was filled with villagers, travelers, and even a few nobles curious to witness the magic of Rowan and </w:t>
      </w:r>
      <w:r w:rsidR="008E480C" w:rsidRPr="00C9454D">
        <w:rPr>
          <w:sz w:val="24"/>
          <w:szCs w:val="24"/>
        </w:rPr>
        <w:t>Family’s</w:t>
      </w:r>
      <w:r w:rsidRPr="00C9454D">
        <w:rPr>
          <w:sz w:val="24"/>
          <w:szCs w:val="24"/>
        </w:rPr>
        <w:t xml:space="preserve"> craft. The room was lit by flickering lanterns and the warm glow of the hearth, creating an atmosphere of intimacy and wonder.</w:t>
      </w:r>
    </w:p>
    <w:p w14:paraId="6AC55FEE" w14:textId="58AFEEB0" w:rsidR="00A06E85" w:rsidRPr="00C9454D" w:rsidRDefault="00A06E85" w:rsidP="00C9454D">
      <w:pPr>
        <w:rPr>
          <w:sz w:val="24"/>
          <w:szCs w:val="24"/>
        </w:rPr>
      </w:pPr>
      <w:r w:rsidRPr="00C9454D">
        <w:rPr>
          <w:sz w:val="24"/>
          <w:szCs w:val="24"/>
        </w:rPr>
        <w:t>Rowan stood on the makeshift stage, his presence commanding yet inviting. He began the evening with a tale of heroism, weaving a story of a brave knight who faced insurmountable odds to save his village from a fearsome dragon</w:t>
      </w:r>
      <w:r w:rsidR="004D3FFD" w:rsidRPr="00C9454D">
        <w:rPr>
          <w:sz w:val="24"/>
          <w:szCs w:val="24"/>
        </w:rPr>
        <w:t>, Lyla</w:t>
      </w:r>
      <w:r w:rsidRPr="00C9454D">
        <w:rPr>
          <w:sz w:val="24"/>
          <w:szCs w:val="24"/>
        </w:rPr>
        <w:t>. His voice boomed and softened in perfect rhythm, drawing gasps and cheers from the audience.</w:t>
      </w:r>
    </w:p>
    <w:p w14:paraId="149D4309" w14:textId="329BE9FE" w:rsidR="000D3D84" w:rsidRPr="00C9454D" w:rsidRDefault="000D3D84" w:rsidP="00C9454D">
      <w:pPr>
        <w:rPr>
          <w:sz w:val="24"/>
          <w:szCs w:val="24"/>
        </w:rPr>
      </w:pPr>
      <w:r w:rsidRPr="00C9454D">
        <w:rPr>
          <w:sz w:val="24"/>
          <w:szCs w:val="24"/>
        </w:rPr>
        <w:t xml:space="preserve">Bram was the </w:t>
      </w:r>
      <w:r w:rsidR="003344CC" w:rsidRPr="00C9454D">
        <w:rPr>
          <w:sz w:val="24"/>
          <w:szCs w:val="24"/>
        </w:rPr>
        <w:t xml:space="preserve">musical </w:t>
      </w:r>
      <w:r w:rsidR="00EE4608" w:rsidRPr="00C9454D">
        <w:rPr>
          <w:sz w:val="24"/>
          <w:szCs w:val="24"/>
        </w:rPr>
        <w:t>composer</w:t>
      </w:r>
      <w:r w:rsidR="00D76A5C" w:rsidRPr="00C9454D">
        <w:rPr>
          <w:sz w:val="24"/>
          <w:szCs w:val="24"/>
        </w:rPr>
        <w:t xml:space="preserve"> with his dramatic </w:t>
      </w:r>
      <w:r w:rsidR="00B41C29" w:rsidRPr="00C9454D">
        <w:rPr>
          <w:sz w:val="24"/>
          <w:szCs w:val="24"/>
        </w:rPr>
        <w:t>flute and lute</w:t>
      </w:r>
      <w:r w:rsidR="004B3ADF" w:rsidRPr="00C9454D">
        <w:rPr>
          <w:sz w:val="24"/>
          <w:szCs w:val="24"/>
        </w:rPr>
        <w:t>, precise</w:t>
      </w:r>
      <w:r w:rsidR="00D90D28" w:rsidRPr="00C9454D">
        <w:rPr>
          <w:sz w:val="24"/>
          <w:szCs w:val="24"/>
        </w:rPr>
        <w:t xml:space="preserve"> comedic</w:t>
      </w:r>
      <w:r w:rsidR="004B3ADF" w:rsidRPr="00C9454D">
        <w:rPr>
          <w:sz w:val="24"/>
          <w:szCs w:val="24"/>
        </w:rPr>
        <w:t xml:space="preserve"> timing.</w:t>
      </w:r>
    </w:p>
    <w:p w14:paraId="30FE2952" w14:textId="77777777" w:rsidR="00A06E85" w:rsidRPr="00C9454D" w:rsidRDefault="00A06E85" w:rsidP="00C9454D">
      <w:pPr>
        <w:rPr>
          <w:sz w:val="24"/>
          <w:szCs w:val="24"/>
        </w:rPr>
      </w:pPr>
      <w:r w:rsidRPr="00C9454D">
        <w:rPr>
          <w:sz w:val="24"/>
          <w:szCs w:val="24"/>
        </w:rPr>
        <w:t>Millie played her part perfectly, adding her sharp wit and lively interjections, often taking on the role of different characters to bring the story to life. The audience roared with laughter when she donned a ragged cloak to portray a mischievous beggar who outwitted the dragon.</w:t>
      </w:r>
    </w:p>
    <w:p w14:paraId="2183EC02" w14:textId="77777777" w:rsidR="00A06E85" w:rsidRPr="00C9454D" w:rsidRDefault="00A06E85" w:rsidP="00C9454D">
      <w:pPr>
        <w:rPr>
          <w:sz w:val="24"/>
          <w:szCs w:val="24"/>
        </w:rPr>
      </w:pPr>
      <w:r w:rsidRPr="00C9454D">
        <w:rPr>
          <w:sz w:val="24"/>
          <w:szCs w:val="24"/>
        </w:rPr>
        <w:t>“And then,” Rowan declared, his voice dropping to a dramatic whisper, “the knight faced the beast with nothing but his courage and a frying pan. Can you believe it? A frying pan!”</w:t>
      </w:r>
    </w:p>
    <w:p w14:paraId="5D01CB90" w14:textId="77777777" w:rsidR="00A06E85" w:rsidRPr="00C9454D" w:rsidRDefault="00A06E85" w:rsidP="00C9454D">
      <w:pPr>
        <w:rPr>
          <w:sz w:val="24"/>
          <w:szCs w:val="24"/>
        </w:rPr>
      </w:pPr>
      <w:r w:rsidRPr="00C9454D">
        <w:rPr>
          <w:sz w:val="24"/>
          <w:szCs w:val="24"/>
        </w:rPr>
        <w:t>Millie, ever the foil, quipped, “Well, everyone knows dragons hate scrambled eggs.”</w:t>
      </w:r>
    </w:p>
    <w:p w14:paraId="28EB2E0D" w14:textId="77777777" w:rsidR="00A06E85" w:rsidRPr="00C9454D" w:rsidRDefault="00A06E85" w:rsidP="00C9454D">
      <w:pPr>
        <w:rPr>
          <w:sz w:val="24"/>
          <w:szCs w:val="24"/>
        </w:rPr>
      </w:pPr>
      <w:r w:rsidRPr="00C9454D">
        <w:rPr>
          <w:sz w:val="24"/>
          <w:szCs w:val="24"/>
        </w:rPr>
        <w:t>The hall erupted in laughter, the sound echoing long into the night. By the end of the tale, the audience was on its feet, applauding and cheering for more.</w:t>
      </w:r>
    </w:p>
    <w:p w14:paraId="61528149" w14:textId="77777777" w:rsidR="00A06E85" w:rsidRPr="00C9454D" w:rsidRDefault="00A06E85" w:rsidP="00C9454D">
      <w:pPr>
        <w:pStyle w:val="Heading2"/>
        <w:rPr>
          <w:sz w:val="24"/>
          <w:szCs w:val="24"/>
        </w:rPr>
      </w:pPr>
    </w:p>
    <w:p w14:paraId="3536C22F" w14:textId="77777777" w:rsidR="00A06E85" w:rsidRPr="00C9454D" w:rsidRDefault="00A06E85" w:rsidP="00C9454D">
      <w:pPr>
        <w:pStyle w:val="Heading2"/>
        <w:rPr>
          <w:sz w:val="24"/>
          <w:szCs w:val="24"/>
        </w:rPr>
      </w:pPr>
      <w:r w:rsidRPr="00C9454D">
        <w:rPr>
          <w:sz w:val="24"/>
          <w:szCs w:val="24"/>
        </w:rPr>
        <w:t xml:space="preserve">John Marshall and </w:t>
      </w:r>
      <w:proofErr w:type="spellStart"/>
      <w:r w:rsidRPr="00C9454D">
        <w:rPr>
          <w:sz w:val="24"/>
          <w:szCs w:val="24"/>
        </w:rPr>
        <w:t>Alara</w:t>
      </w:r>
      <w:proofErr w:type="spellEnd"/>
      <w:r w:rsidRPr="00C9454D">
        <w:rPr>
          <w:sz w:val="24"/>
          <w:szCs w:val="24"/>
        </w:rPr>
        <w:t>: A Bond Deepens</w:t>
      </w:r>
    </w:p>
    <w:p w14:paraId="38491E21" w14:textId="77777777" w:rsidR="00F264B6" w:rsidRDefault="00F264B6" w:rsidP="00C9454D">
      <w:pPr>
        <w:rPr>
          <w:sz w:val="24"/>
          <w:szCs w:val="24"/>
        </w:rPr>
      </w:pPr>
    </w:p>
    <w:p w14:paraId="10C457CC" w14:textId="6198A6F0" w:rsidR="00A06E85" w:rsidRPr="00C9454D" w:rsidRDefault="00A06E85" w:rsidP="00C9454D">
      <w:pPr>
        <w:rPr>
          <w:sz w:val="24"/>
          <w:szCs w:val="24"/>
        </w:rPr>
      </w:pPr>
      <w:r w:rsidRPr="00C9454D">
        <w:rPr>
          <w:sz w:val="24"/>
          <w:szCs w:val="24"/>
        </w:rPr>
        <w:t xml:space="preserve">John Marshall and </w:t>
      </w:r>
      <w:proofErr w:type="spellStart"/>
      <w:r w:rsidRPr="00C9454D">
        <w:rPr>
          <w:sz w:val="24"/>
          <w:szCs w:val="24"/>
        </w:rPr>
        <w:t>Alara</w:t>
      </w:r>
      <w:proofErr w:type="spellEnd"/>
      <w:r w:rsidRPr="00C9454D">
        <w:rPr>
          <w:sz w:val="24"/>
          <w:szCs w:val="24"/>
        </w:rPr>
        <w:t xml:space="preserve"> became frequent visitors to the Estate of Lore. To them, Rowan and Millie were like parents away from home—guides who nurtured their creativity and encouraged their friendship.</w:t>
      </w:r>
    </w:p>
    <w:p w14:paraId="2F1AF1DA" w14:textId="3F1E4B8A" w:rsidR="00D31D94" w:rsidRPr="00C9454D" w:rsidRDefault="00D31D94" w:rsidP="00C9454D">
      <w:pPr>
        <w:rPr>
          <w:sz w:val="24"/>
          <w:szCs w:val="24"/>
        </w:rPr>
      </w:pPr>
      <w:r w:rsidRPr="00C9454D">
        <w:rPr>
          <w:sz w:val="24"/>
          <w:szCs w:val="24"/>
        </w:rPr>
        <w:t xml:space="preserve">Bram and Lyla became as </w:t>
      </w:r>
      <w:r w:rsidR="006E5FFD" w:rsidRPr="00C9454D">
        <w:rPr>
          <w:sz w:val="24"/>
          <w:szCs w:val="24"/>
        </w:rPr>
        <w:t>closest kin.</w:t>
      </w:r>
    </w:p>
    <w:p w14:paraId="5768F4F7" w14:textId="799470E2" w:rsidR="00A06E85" w:rsidRPr="00C9454D" w:rsidRDefault="00A06E85" w:rsidP="00C9454D">
      <w:pPr>
        <w:rPr>
          <w:sz w:val="24"/>
          <w:szCs w:val="24"/>
        </w:rPr>
      </w:pPr>
      <w:r w:rsidRPr="00C9454D">
        <w:rPr>
          <w:sz w:val="24"/>
          <w:szCs w:val="24"/>
        </w:rPr>
        <w:t>John loved the structure of Rowan’s stories, often sitting close to the stage with a notebook, jotting down ideas and asking endless questions. “How do you deci</w:t>
      </w:r>
      <w:r w:rsidR="00DD1FF5" w:rsidRPr="00C9454D">
        <w:rPr>
          <w:sz w:val="24"/>
          <w:szCs w:val="24"/>
        </w:rPr>
        <w:t xml:space="preserve">de </w:t>
      </w:r>
      <w:r w:rsidRPr="00C9454D">
        <w:rPr>
          <w:sz w:val="24"/>
          <w:szCs w:val="24"/>
        </w:rPr>
        <w:t>the hero’s flaw?” he asked one evening, his curiosity insatiable.</w:t>
      </w:r>
    </w:p>
    <w:p w14:paraId="708A88FC" w14:textId="77777777" w:rsidR="00A06E85" w:rsidRPr="00C9454D" w:rsidRDefault="00A06E85" w:rsidP="00C9454D">
      <w:pPr>
        <w:rPr>
          <w:sz w:val="24"/>
          <w:szCs w:val="24"/>
        </w:rPr>
      </w:pPr>
      <w:r w:rsidRPr="00C9454D">
        <w:rPr>
          <w:sz w:val="24"/>
          <w:szCs w:val="24"/>
        </w:rPr>
        <w:t>Rowan clapped a hand on John’s shoulder. “Ah, lad, the flaw is what makes the hero human. Without it, the audience can’t see themselves in the tale.”</w:t>
      </w:r>
    </w:p>
    <w:p w14:paraId="0DB622E9" w14:textId="5A2F216A" w:rsidR="00A06E85" w:rsidRPr="00C9454D" w:rsidRDefault="00A06E85" w:rsidP="00C9454D">
      <w:pPr>
        <w:rPr>
          <w:sz w:val="24"/>
          <w:szCs w:val="24"/>
        </w:rPr>
      </w:pPr>
      <w:proofErr w:type="spellStart"/>
      <w:r w:rsidRPr="00C9454D">
        <w:rPr>
          <w:sz w:val="24"/>
          <w:szCs w:val="24"/>
        </w:rPr>
        <w:t>Alara</w:t>
      </w:r>
      <w:proofErr w:type="spellEnd"/>
      <w:r w:rsidRPr="00C9454D">
        <w:rPr>
          <w:sz w:val="24"/>
          <w:szCs w:val="24"/>
        </w:rPr>
        <w:t>, on the other hand, adored Millie’s playful yet insightful nature. She often helped Millie</w:t>
      </w:r>
      <w:r w:rsidR="00F1644A" w:rsidRPr="00C9454D">
        <w:rPr>
          <w:sz w:val="24"/>
          <w:szCs w:val="24"/>
        </w:rPr>
        <w:t xml:space="preserve"> and Lyla</w:t>
      </w:r>
      <w:r w:rsidRPr="00C9454D">
        <w:rPr>
          <w:sz w:val="24"/>
          <w:szCs w:val="24"/>
        </w:rPr>
        <w:t xml:space="preserve"> prepare props and costumes for the shows, marveling at </w:t>
      </w:r>
      <w:r w:rsidR="004223BB" w:rsidRPr="00C9454D">
        <w:rPr>
          <w:sz w:val="24"/>
          <w:szCs w:val="24"/>
        </w:rPr>
        <w:t>their</w:t>
      </w:r>
      <w:r w:rsidRPr="00C9454D">
        <w:rPr>
          <w:sz w:val="24"/>
          <w:szCs w:val="24"/>
        </w:rPr>
        <w:t xml:space="preserve"> ability to turn ordinary objects into magical creations.</w:t>
      </w:r>
    </w:p>
    <w:p w14:paraId="1F6605C2" w14:textId="77777777" w:rsidR="00A06E85" w:rsidRPr="00C9454D" w:rsidRDefault="00A06E85" w:rsidP="00C9454D">
      <w:pPr>
        <w:rPr>
          <w:sz w:val="24"/>
          <w:szCs w:val="24"/>
        </w:rPr>
      </w:pPr>
      <w:r w:rsidRPr="00C9454D">
        <w:rPr>
          <w:sz w:val="24"/>
          <w:szCs w:val="24"/>
        </w:rPr>
        <w:t xml:space="preserve">One evening, as the two of them worked together, Millie handed </w:t>
      </w:r>
      <w:proofErr w:type="spellStart"/>
      <w:r w:rsidRPr="00C9454D">
        <w:rPr>
          <w:sz w:val="24"/>
          <w:szCs w:val="24"/>
        </w:rPr>
        <w:t>Alara</w:t>
      </w:r>
      <w:proofErr w:type="spellEnd"/>
      <w:r w:rsidRPr="00C9454D">
        <w:rPr>
          <w:sz w:val="24"/>
          <w:szCs w:val="24"/>
        </w:rPr>
        <w:t xml:space="preserve"> a small wooden dragon carved by Rowan. “Here, love. You’ve got the makings of a storyteller yourself. This is just the start.”</w:t>
      </w:r>
    </w:p>
    <w:p w14:paraId="27F7B766" w14:textId="053DB5AC" w:rsidR="00A06E85" w:rsidRPr="00C9454D" w:rsidRDefault="00A06E85" w:rsidP="00C9454D">
      <w:pPr>
        <w:rPr>
          <w:sz w:val="24"/>
          <w:szCs w:val="24"/>
        </w:rPr>
      </w:pPr>
      <w:r w:rsidRPr="00C9454D">
        <w:rPr>
          <w:sz w:val="24"/>
          <w:szCs w:val="24"/>
        </w:rPr>
        <w:t>When they weren’t helping with the shows, John</w:t>
      </w:r>
      <w:r w:rsidR="00503CAA" w:rsidRPr="00C9454D">
        <w:rPr>
          <w:sz w:val="24"/>
          <w:szCs w:val="24"/>
        </w:rPr>
        <w:t xml:space="preserve">, </w:t>
      </w:r>
      <w:proofErr w:type="spellStart"/>
      <w:r w:rsidR="00503CAA" w:rsidRPr="00C9454D">
        <w:rPr>
          <w:sz w:val="24"/>
          <w:szCs w:val="24"/>
        </w:rPr>
        <w:t>Alara</w:t>
      </w:r>
      <w:proofErr w:type="spellEnd"/>
      <w:r w:rsidR="00503CAA" w:rsidRPr="00C9454D">
        <w:rPr>
          <w:sz w:val="24"/>
          <w:szCs w:val="24"/>
        </w:rPr>
        <w:t>, Bram and Lyla explored</w:t>
      </w:r>
      <w:r w:rsidRPr="00C9454D">
        <w:rPr>
          <w:sz w:val="24"/>
          <w:szCs w:val="24"/>
        </w:rPr>
        <w:t xml:space="preserve"> the estate together. They would race through the gardens, climb the old oak trees, and sit by the stream, debating whose intelligence was more impressive.</w:t>
      </w:r>
    </w:p>
    <w:p w14:paraId="65438850" w14:textId="6DB2D2CC" w:rsidR="00A06E85" w:rsidRPr="00C9454D" w:rsidRDefault="00A06E85" w:rsidP="00C9454D">
      <w:pPr>
        <w:rPr>
          <w:sz w:val="24"/>
          <w:szCs w:val="24"/>
        </w:rPr>
      </w:pPr>
      <w:r w:rsidRPr="00C9454D">
        <w:rPr>
          <w:sz w:val="24"/>
          <w:szCs w:val="24"/>
        </w:rPr>
        <w:t>“I bet I can calculate how fast this stream flows,” John teased</w:t>
      </w:r>
      <w:r w:rsidR="009A7C3C" w:rsidRPr="00C9454D">
        <w:rPr>
          <w:sz w:val="24"/>
          <w:szCs w:val="24"/>
        </w:rPr>
        <w:t xml:space="preserve"> Bram and </w:t>
      </w:r>
      <w:proofErr w:type="spellStart"/>
      <w:r w:rsidR="009A7C3C" w:rsidRPr="00C9454D">
        <w:rPr>
          <w:sz w:val="24"/>
          <w:szCs w:val="24"/>
        </w:rPr>
        <w:t>Alara</w:t>
      </w:r>
      <w:proofErr w:type="spellEnd"/>
      <w:r w:rsidRPr="00C9454D">
        <w:rPr>
          <w:sz w:val="24"/>
          <w:szCs w:val="24"/>
        </w:rPr>
        <w:t>, splashing his feet in the water.</w:t>
      </w:r>
    </w:p>
    <w:p w14:paraId="6AD1511B" w14:textId="77777777" w:rsidR="00A06E85" w:rsidRPr="00C9454D" w:rsidRDefault="00A06E85" w:rsidP="00C9454D">
      <w:pPr>
        <w:rPr>
          <w:sz w:val="24"/>
          <w:szCs w:val="24"/>
        </w:rPr>
      </w:pPr>
      <w:proofErr w:type="spellStart"/>
      <w:r w:rsidRPr="00C9454D">
        <w:rPr>
          <w:sz w:val="24"/>
          <w:szCs w:val="24"/>
        </w:rPr>
        <w:t>Alara</w:t>
      </w:r>
      <w:proofErr w:type="spellEnd"/>
      <w:r w:rsidRPr="00C9454D">
        <w:rPr>
          <w:sz w:val="24"/>
          <w:szCs w:val="24"/>
        </w:rPr>
        <w:t xml:space="preserve"> smirked. “And I bet I can tell you every plant that grows along its banks.”</w:t>
      </w:r>
    </w:p>
    <w:p w14:paraId="1FA8EF82" w14:textId="13B65C28" w:rsidR="00A501FD" w:rsidRPr="00C9454D" w:rsidRDefault="00967156" w:rsidP="00C9454D">
      <w:pPr>
        <w:rPr>
          <w:sz w:val="24"/>
          <w:szCs w:val="24"/>
        </w:rPr>
      </w:pPr>
      <w:r w:rsidRPr="00C9454D">
        <w:rPr>
          <w:sz w:val="24"/>
          <w:szCs w:val="24"/>
        </w:rPr>
        <w:t xml:space="preserve">“I can eat a worm!” </w:t>
      </w:r>
      <w:r w:rsidR="00690D9D" w:rsidRPr="00C9454D">
        <w:rPr>
          <w:sz w:val="24"/>
          <w:szCs w:val="24"/>
        </w:rPr>
        <w:t xml:space="preserve">shouted Lyla.  </w:t>
      </w:r>
      <w:r w:rsidR="00B65338" w:rsidRPr="00C9454D">
        <w:rPr>
          <w:sz w:val="24"/>
          <w:szCs w:val="24"/>
        </w:rPr>
        <w:t>All 3 turn quiet and stud</w:t>
      </w:r>
      <w:r w:rsidR="00182902" w:rsidRPr="00C9454D">
        <w:rPr>
          <w:sz w:val="24"/>
          <w:szCs w:val="24"/>
        </w:rPr>
        <w:t>ied her</w:t>
      </w:r>
      <w:r w:rsidR="00E46864" w:rsidRPr="00C9454D">
        <w:rPr>
          <w:sz w:val="24"/>
          <w:szCs w:val="24"/>
        </w:rPr>
        <w:t>…slightly impressed</w:t>
      </w:r>
      <w:r w:rsidR="00EC1C1C" w:rsidRPr="00C9454D">
        <w:rPr>
          <w:sz w:val="24"/>
          <w:szCs w:val="24"/>
        </w:rPr>
        <w:t>…they all burst laughing</w:t>
      </w:r>
      <w:r w:rsidR="00345BF0" w:rsidRPr="00C9454D">
        <w:rPr>
          <w:sz w:val="24"/>
          <w:szCs w:val="24"/>
        </w:rPr>
        <w:t>!</w:t>
      </w:r>
    </w:p>
    <w:p w14:paraId="500BA92F" w14:textId="7BDCA2C8" w:rsidR="00E46864" w:rsidRPr="00C9454D" w:rsidRDefault="00E46864" w:rsidP="00C9454D">
      <w:pPr>
        <w:rPr>
          <w:sz w:val="24"/>
          <w:szCs w:val="24"/>
        </w:rPr>
      </w:pPr>
      <w:r w:rsidRPr="00C9454D">
        <w:rPr>
          <w:sz w:val="24"/>
          <w:szCs w:val="24"/>
        </w:rPr>
        <w:t>“You win, Lyla</w:t>
      </w:r>
      <w:r w:rsidR="000322EF" w:rsidRPr="00C9454D">
        <w:rPr>
          <w:sz w:val="24"/>
          <w:szCs w:val="24"/>
        </w:rPr>
        <w:t xml:space="preserve">” John </w:t>
      </w:r>
      <w:r w:rsidR="00D92357" w:rsidRPr="00C9454D">
        <w:rPr>
          <w:sz w:val="24"/>
          <w:szCs w:val="24"/>
        </w:rPr>
        <w:t>determined</w:t>
      </w:r>
      <w:r w:rsidR="000322EF" w:rsidRPr="00C9454D">
        <w:rPr>
          <w:sz w:val="24"/>
          <w:szCs w:val="24"/>
        </w:rPr>
        <w:t xml:space="preserve"> </w:t>
      </w:r>
      <w:r w:rsidR="00E718F8" w:rsidRPr="00C9454D">
        <w:rPr>
          <w:sz w:val="24"/>
          <w:szCs w:val="24"/>
        </w:rPr>
        <w:t xml:space="preserve">“By the laws of </w:t>
      </w:r>
      <w:r w:rsidR="004C781F" w:rsidRPr="00C9454D">
        <w:rPr>
          <w:sz w:val="24"/>
          <w:szCs w:val="24"/>
        </w:rPr>
        <w:t xml:space="preserve">nature and all that is sacred, </w:t>
      </w:r>
      <w:r w:rsidR="00B53408" w:rsidRPr="00C9454D">
        <w:rPr>
          <w:sz w:val="24"/>
          <w:szCs w:val="24"/>
        </w:rPr>
        <w:t>you win</w:t>
      </w:r>
      <w:r w:rsidR="007E46A8" w:rsidRPr="00C9454D">
        <w:rPr>
          <w:sz w:val="24"/>
          <w:szCs w:val="24"/>
        </w:rPr>
        <w:t>, we haven’t a chance</w:t>
      </w:r>
      <w:r w:rsidR="00B53408" w:rsidRPr="00C9454D">
        <w:rPr>
          <w:sz w:val="24"/>
          <w:szCs w:val="24"/>
        </w:rPr>
        <w:t>!”</w:t>
      </w:r>
    </w:p>
    <w:p w14:paraId="7B217629" w14:textId="759E080B" w:rsidR="00A06E85" w:rsidRPr="00C9454D" w:rsidRDefault="00A06E85" w:rsidP="00C9454D">
      <w:pPr>
        <w:rPr>
          <w:sz w:val="24"/>
          <w:szCs w:val="24"/>
        </w:rPr>
      </w:pPr>
      <w:r w:rsidRPr="00C9454D">
        <w:rPr>
          <w:sz w:val="24"/>
          <w:szCs w:val="24"/>
        </w:rPr>
        <w:t xml:space="preserve">Their banter was lighthearted, but their bond deepened with each visit. The Estate of Lore became their sanctuary, a place where they could be themselves, free from the expectations of </w:t>
      </w:r>
      <w:r w:rsidR="00522C4D" w:rsidRPr="00C9454D">
        <w:rPr>
          <w:sz w:val="24"/>
          <w:szCs w:val="24"/>
        </w:rPr>
        <w:t>High Haven</w:t>
      </w:r>
      <w:r w:rsidRPr="00C9454D">
        <w:rPr>
          <w:sz w:val="24"/>
          <w:szCs w:val="24"/>
        </w:rPr>
        <w:t>.</w:t>
      </w:r>
    </w:p>
    <w:p w14:paraId="4DBEFEC0" w14:textId="77777777" w:rsidR="00A06E85" w:rsidRPr="00C9454D" w:rsidRDefault="00A06E85" w:rsidP="00C9454D">
      <w:pPr>
        <w:rPr>
          <w:sz w:val="24"/>
          <w:szCs w:val="24"/>
        </w:rPr>
      </w:pPr>
    </w:p>
    <w:p w14:paraId="333FEF55" w14:textId="77777777" w:rsidR="00A06E85" w:rsidRPr="00C9454D" w:rsidRDefault="00A06E85" w:rsidP="00C9454D">
      <w:pPr>
        <w:pStyle w:val="Heading2"/>
        <w:rPr>
          <w:sz w:val="24"/>
          <w:szCs w:val="24"/>
        </w:rPr>
      </w:pPr>
      <w:r w:rsidRPr="00C9454D">
        <w:rPr>
          <w:sz w:val="24"/>
          <w:szCs w:val="24"/>
        </w:rPr>
        <w:t>A Place of Fun and Goodwill</w:t>
      </w:r>
    </w:p>
    <w:p w14:paraId="6D299604" w14:textId="77777777" w:rsidR="00651B98" w:rsidRPr="00C9454D" w:rsidRDefault="00651B98" w:rsidP="00C9454D">
      <w:pPr>
        <w:rPr>
          <w:sz w:val="24"/>
          <w:szCs w:val="24"/>
        </w:rPr>
      </w:pPr>
    </w:p>
    <w:p w14:paraId="36CD52B7" w14:textId="77777777" w:rsidR="00A06E85" w:rsidRPr="00C9454D" w:rsidRDefault="00A06E85" w:rsidP="00C9454D">
      <w:pPr>
        <w:rPr>
          <w:sz w:val="24"/>
          <w:szCs w:val="24"/>
        </w:rPr>
      </w:pPr>
      <w:r w:rsidRPr="00C9454D">
        <w:rPr>
          <w:sz w:val="24"/>
          <w:szCs w:val="24"/>
        </w:rPr>
        <w:t>The Estate of Lore became renowned as a haven of entertainment and goodwill. Rowan and Millie’s shows were legendary, attracting people from far and wide. But beyond the stories and laughter, the estate was a place of community.</w:t>
      </w:r>
    </w:p>
    <w:p w14:paraId="7DEB1137" w14:textId="77777777" w:rsidR="00A06E85" w:rsidRPr="00C9454D" w:rsidRDefault="00A06E85" w:rsidP="00C9454D">
      <w:pPr>
        <w:rPr>
          <w:sz w:val="24"/>
          <w:szCs w:val="24"/>
        </w:rPr>
      </w:pPr>
      <w:r w:rsidRPr="00C9454D">
        <w:rPr>
          <w:sz w:val="24"/>
          <w:szCs w:val="24"/>
        </w:rPr>
        <w:t>Villagers came not only for the performances but also for the sense of belonging it offered. Children played in the gardens, travelers found rest and companionship, and aspiring storytellers found mentors in Rowan and Millie.</w:t>
      </w:r>
    </w:p>
    <w:p w14:paraId="3E0069E9" w14:textId="0E0FD3CD" w:rsidR="00A06E85" w:rsidRPr="00C9454D" w:rsidRDefault="00A06E85" w:rsidP="00C9454D">
      <w:pPr>
        <w:rPr>
          <w:sz w:val="24"/>
          <w:szCs w:val="24"/>
        </w:rPr>
      </w:pPr>
      <w:r w:rsidRPr="00C9454D">
        <w:rPr>
          <w:sz w:val="24"/>
          <w:szCs w:val="24"/>
        </w:rPr>
        <w:t>For Rowan</w:t>
      </w:r>
      <w:r w:rsidR="005E4B08" w:rsidRPr="00C9454D">
        <w:rPr>
          <w:sz w:val="24"/>
          <w:szCs w:val="24"/>
        </w:rPr>
        <w:t>’s family</w:t>
      </w:r>
      <w:r w:rsidRPr="00C9454D">
        <w:rPr>
          <w:sz w:val="24"/>
          <w:szCs w:val="24"/>
        </w:rPr>
        <w:t>, it was everything they had dreamed of—and more. Their work brought joy to others, but it also brought them closer to the people they loved most.</w:t>
      </w:r>
    </w:p>
    <w:p w14:paraId="7AF40779" w14:textId="7BF074BD" w:rsidR="00035102" w:rsidRPr="00C9454D" w:rsidRDefault="00A06E85" w:rsidP="00C9454D">
      <w:pPr>
        <w:rPr>
          <w:sz w:val="24"/>
          <w:szCs w:val="24"/>
        </w:rPr>
      </w:pPr>
      <w:r w:rsidRPr="00C9454D">
        <w:rPr>
          <w:sz w:val="24"/>
          <w:szCs w:val="24"/>
        </w:rPr>
        <w:t>As the years went on, the Estate of Lore stood as a symbol of hope, creativity, and the enduring power of stories. It was a place where dreams were nurtured, laughter was plentiful, and the bonds of friendship grew stronger with every passing day.</w:t>
      </w:r>
    </w:p>
    <w:p w14:paraId="25D4BD1D" w14:textId="77777777" w:rsidR="00C866A3" w:rsidRPr="00C9454D" w:rsidRDefault="00C866A3" w:rsidP="00C9454D">
      <w:pPr>
        <w:rPr>
          <w:b/>
          <w:bCs/>
          <w:sz w:val="24"/>
          <w:szCs w:val="24"/>
        </w:rPr>
      </w:pPr>
    </w:p>
    <w:p w14:paraId="01039639" w14:textId="77777777" w:rsidR="00DD16C6" w:rsidRPr="00C9454D" w:rsidRDefault="001B79E4" w:rsidP="00C9454D">
      <w:pPr>
        <w:rPr>
          <w:sz w:val="24"/>
          <w:szCs w:val="24"/>
        </w:rPr>
      </w:pPr>
      <w:r w:rsidRPr="00C9454D">
        <w:rPr>
          <w:b/>
          <w:bCs/>
          <w:sz w:val="24"/>
          <w:szCs w:val="24"/>
        </w:rPr>
        <w:t xml:space="preserve">The Festival Night </w:t>
      </w:r>
    </w:p>
    <w:p w14:paraId="1C429FE3" w14:textId="39DD404B" w:rsidR="001B79E4" w:rsidRPr="00C9454D" w:rsidRDefault="001B79E4" w:rsidP="00C9454D">
      <w:pPr>
        <w:rPr>
          <w:sz w:val="24"/>
          <w:szCs w:val="24"/>
        </w:rPr>
      </w:pPr>
      <w:r w:rsidRPr="00C9454D">
        <w:rPr>
          <w:sz w:val="24"/>
          <w:szCs w:val="24"/>
        </w:rPr>
        <w:t xml:space="preserve">It had been </w:t>
      </w:r>
      <w:r w:rsidR="0061334C" w:rsidRPr="00C9454D">
        <w:rPr>
          <w:sz w:val="24"/>
          <w:szCs w:val="24"/>
        </w:rPr>
        <w:t xml:space="preserve">over </w:t>
      </w:r>
      <w:proofErr w:type="spellStart"/>
      <w:r w:rsidR="0061334C" w:rsidRPr="00C9454D">
        <w:rPr>
          <w:sz w:val="24"/>
          <w:szCs w:val="24"/>
        </w:rPr>
        <w:t>fifeteen</w:t>
      </w:r>
      <w:proofErr w:type="spellEnd"/>
      <w:r w:rsidRPr="00C9454D">
        <w:rPr>
          <w:sz w:val="24"/>
          <w:szCs w:val="24"/>
        </w:rPr>
        <w:t xml:space="preserve"> years since </w:t>
      </w:r>
      <w:r w:rsidR="00B77E56">
        <w:rPr>
          <w:sz w:val="24"/>
          <w:szCs w:val="24"/>
        </w:rPr>
        <w:t>she</w:t>
      </w:r>
      <w:r w:rsidRPr="00C9454D">
        <w:rPr>
          <w:sz w:val="24"/>
          <w:szCs w:val="24"/>
        </w:rPr>
        <w:t xml:space="preserve"> had last seen him.</w:t>
      </w:r>
    </w:p>
    <w:p w14:paraId="42FC8548" w14:textId="77777777" w:rsidR="001B79E4" w:rsidRPr="00C9454D" w:rsidRDefault="001B79E4" w:rsidP="00C9454D">
      <w:pPr>
        <w:rPr>
          <w:sz w:val="24"/>
          <w:szCs w:val="24"/>
        </w:rPr>
      </w:pPr>
      <w:r w:rsidRPr="00C9454D">
        <w:rPr>
          <w:sz w:val="24"/>
          <w:szCs w:val="24"/>
        </w:rPr>
        <w:t xml:space="preserve">And yet, when the festival lanterns were lit, and the orchard glowed in warm gold and copper, </w:t>
      </w:r>
      <w:r w:rsidRPr="00C9454D">
        <w:rPr>
          <w:b/>
          <w:bCs/>
          <w:sz w:val="24"/>
          <w:szCs w:val="24"/>
        </w:rPr>
        <w:t>he felt her before he saw her</w:t>
      </w:r>
      <w:r w:rsidRPr="00C9454D">
        <w:rPr>
          <w:sz w:val="24"/>
          <w:szCs w:val="24"/>
        </w:rPr>
        <w:t>. It was like a pressure in the air—soft at first, then tightening around the edges of his chest.</w:t>
      </w:r>
    </w:p>
    <w:p w14:paraId="6C91EF60" w14:textId="63C938D5" w:rsidR="001B79E4" w:rsidRPr="00C9454D" w:rsidRDefault="001B79E4" w:rsidP="00C9454D">
      <w:pPr>
        <w:rPr>
          <w:sz w:val="24"/>
          <w:szCs w:val="24"/>
        </w:rPr>
      </w:pPr>
      <w:r w:rsidRPr="00C9454D">
        <w:rPr>
          <w:sz w:val="24"/>
          <w:szCs w:val="24"/>
        </w:rPr>
        <w:t xml:space="preserve">Abilene stood beside him, laughing with a village girl as </w:t>
      </w:r>
      <w:r w:rsidR="00A27509" w:rsidRPr="00C9454D">
        <w:rPr>
          <w:sz w:val="24"/>
          <w:szCs w:val="24"/>
        </w:rPr>
        <w:t>Helena</w:t>
      </w:r>
      <w:r w:rsidRPr="00C9454D">
        <w:rPr>
          <w:sz w:val="24"/>
          <w:szCs w:val="24"/>
        </w:rPr>
        <w:t xml:space="preserve">, their youngest, toddled barefoot through the hay. </w:t>
      </w:r>
      <w:r w:rsidR="00A27509" w:rsidRPr="00C9454D">
        <w:rPr>
          <w:sz w:val="24"/>
          <w:szCs w:val="24"/>
        </w:rPr>
        <w:t>John Marshall</w:t>
      </w:r>
      <w:r w:rsidRPr="00C9454D">
        <w:rPr>
          <w:sz w:val="24"/>
          <w:szCs w:val="24"/>
        </w:rPr>
        <w:t xml:space="preserve"> was </w:t>
      </w:r>
      <w:r w:rsidR="000C6DF1" w:rsidRPr="00C9454D">
        <w:rPr>
          <w:sz w:val="24"/>
          <w:szCs w:val="24"/>
        </w:rPr>
        <w:t>thirteen</w:t>
      </w:r>
      <w:r w:rsidRPr="00C9454D">
        <w:rPr>
          <w:sz w:val="24"/>
          <w:szCs w:val="24"/>
        </w:rPr>
        <w:t xml:space="preserve"> now, tall as h</w:t>
      </w:r>
      <w:r w:rsidR="00B706E3" w:rsidRPr="00C9454D">
        <w:rPr>
          <w:sz w:val="24"/>
          <w:szCs w:val="24"/>
        </w:rPr>
        <w:t>is</w:t>
      </w:r>
      <w:r w:rsidRPr="00C9454D">
        <w:rPr>
          <w:sz w:val="24"/>
          <w:szCs w:val="24"/>
        </w:rPr>
        <w:t xml:space="preserve"> mother and twice as observant. H</w:t>
      </w:r>
      <w:r w:rsidR="00B706E3" w:rsidRPr="00C9454D">
        <w:rPr>
          <w:sz w:val="24"/>
          <w:szCs w:val="24"/>
        </w:rPr>
        <w:t>er</w:t>
      </w:r>
      <w:r w:rsidRPr="00C9454D">
        <w:rPr>
          <w:sz w:val="24"/>
          <w:szCs w:val="24"/>
        </w:rPr>
        <w:t xml:space="preserve"> eyes flicked up at </w:t>
      </w:r>
      <w:r w:rsidR="00497EAD">
        <w:rPr>
          <w:sz w:val="24"/>
          <w:szCs w:val="24"/>
        </w:rPr>
        <w:t>Guy</w:t>
      </w:r>
      <w:r w:rsidRPr="00C9454D">
        <w:rPr>
          <w:sz w:val="24"/>
          <w:szCs w:val="24"/>
        </w:rPr>
        <w:t xml:space="preserve"> often, as if sensing the way his posture shifted.</w:t>
      </w:r>
    </w:p>
    <w:p w14:paraId="35991602" w14:textId="0586E165" w:rsidR="001B79E4" w:rsidRPr="00C9454D" w:rsidRDefault="001B79E4" w:rsidP="00C9454D">
      <w:pPr>
        <w:rPr>
          <w:sz w:val="24"/>
          <w:szCs w:val="24"/>
        </w:rPr>
      </w:pPr>
      <w:r w:rsidRPr="00C9454D">
        <w:rPr>
          <w:sz w:val="24"/>
          <w:szCs w:val="24"/>
        </w:rPr>
        <w:t xml:space="preserve">He saw </w:t>
      </w:r>
      <w:r w:rsidR="00497EAD">
        <w:rPr>
          <w:sz w:val="24"/>
          <w:szCs w:val="24"/>
        </w:rPr>
        <w:t>her</w:t>
      </w:r>
      <w:r w:rsidRPr="00C9454D">
        <w:rPr>
          <w:sz w:val="24"/>
          <w:szCs w:val="24"/>
        </w:rPr>
        <w:t xml:space="preserve"> across the fire.</w:t>
      </w:r>
    </w:p>
    <w:p w14:paraId="4CEE265D" w14:textId="77777777" w:rsidR="001B79E4" w:rsidRPr="00C9454D" w:rsidRDefault="001B79E4" w:rsidP="00C9454D">
      <w:pPr>
        <w:rPr>
          <w:sz w:val="24"/>
          <w:szCs w:val="24"/>
        </w:rPr>
      </w:pPr>
      <w:r w:rsidRPr="00C9454D">
        <w:rPr>
          <w:sz w:val="24"/>
          <w:szCs w:val="24"/>
        </w:rPr>
        <w:t>She had not aged. Or perhaps she had, but he did not see the lines—only the echo of how she once looked when she used to turn entire courts breathless.</w:t>
      </w:r>
    </w:p>
    <w:p w14:paraId="67429D3E" w14:textId="77777777" w:rsidR="001B79E4" w:rsidRPr="00C9454D" w:rsidRDefault="001B79E4" w:rsidP="00C9454D">
      <w:pPr>
        <w:rPr>
          <w:sz w:val="24"/>
          <w:szCs w:val="24"/>
        </w:rPr>
      </w:pPr>
      <w:r w:rsidRPr="00C9454D">
        <w:rPr>
          <w:sz w:val="24"/>
          <w:szCs w:val="24"/>
        </w:rPr>
        <w:t>She was watching him. Not directly. But Guy knew the feel of her gaze like he knew the weight of his own sword.</w:t>
      </w:r>
    </w:p>
    <w:p w14:paraId="01973D1A" w14:textId="77777777" w:rsidR="001B79E4" w:rsidRPr="00C9454D" w:rsidRDefault="001B79E4" w:rsidP="00C9454D">
      <w:pPr>
        <w:rPr>
          <w:sz w:val="24"/>
          <w:szCs w:val="24"/>
        </w:rPr>
      </w:pPr>
      <w:r w:rsidRPr="00C9454D">
        <w:rPr>
          <w:sz w:val="24"/>
          <w:szCs w:val="24"/>
        </w:rPr>
        <w:t>And he could not move.</w:t>
      </w:r>
    </w:p>
    <w:p w14:paraId="220FBF4D" w14:textId="77777777" w:rsidR="001B79E4" w:rsidRPr="00C9454D" w:rsidRDefault="001B79E4" w:rsidP="00C9454D">
      <w:pPr>
        <w:rPr>
          <w:sz w:val="24"/>
          <w:szCs w:val="24"/>
        </w:rPr>
      </w:pPr>
      <w:r w:rsidRPr="00C9454D">
        <w:rPr>
          <w:sz w:val="24"/>
          <w:szCs w:val="24"/>
        </w:rPr>
        <w:t>His body locked in place. His hand stayed steady at the small of Abilene’s back. His voice stayed soft when she asked if he wanted cider.</w:t>
      </w:r>
    </w:p>
    <w:p w14:paraId="512AB0EF" w14:textId="77777777" w:rsidR="001B79E4" w:rsidRPr="00C9454D" w:rsidRDefault="001B79E4" w:rsidP="00C9454D">
      <w:pPr>
        <w:rPr>
          <w:sz w:val="24"/>
          <w:szCs w:val="24"/>
        </w:rPr>
      </w:pPr>
      <w:r w:rsidRPr="00C9454D">
        <w:rPr>
          <w:sz w:val="24"/>
          <w:szCs w:val="24"/>
        </w:rPr>
        <w:t>But he was unraveling inside.</w:t>
      </w:r>
    </w:p>
    <w:p w14:paraId="6DD29C7F" w14:textId="542046D4" w:rsidR="001B79E4" w:rsidRPr="00C9454D" w:rsidRDefault="001B79E4" w:rsidP="00C9454D">
      <w:pPr>
        <w:rPr>
          <w:sz w:val="24"/>
          <w:szCs w:val="24"/>
        </w:rPr>
      </w:pPr>
      <w:r w:rsidRPr="00C9454D">
        <w:rPr>
          <w:sz w:val="24"/>
          <w:szCs w:val="24"/>
        </w:rPr>
        <w:t xml:space="preserve">The part of him that was twenty-five and unsure. The part of him that had danced only once per ball—and only with </w:t>
      </w:r>
      <w:r w:rsidR="002D0F28">
        <w:rPr>
          <w:sz w:val="24"/>
          <w:szCs w:val="24"/>
        </w:rPr>
        <w:t>her.</w:t>
      </w:r>
    </w:p>
    <w:p w14:paraId="43CAAA39" w14:textId="77777777" w:rsidR="001B79E4" w:rsidRPr="00C9454D" w:rsidRDefault="001B79E4" w:rsidP="00C9454D">
      <w:pPr>
        <w:rPr>
          <w:sz w:val="24"/>
          <w:szCs w:val="24"/>
        </w:rPr>
      </w:pPr>
      <w:r w:rsidRPr="00C9454D">
        <w:rPr>
          <w:b/>
          <w:bCs/>
          <w:sz w:val="24"/>
          <w:szCs w:val="24"/>
        </w:rPr>
        <w:t>He was not afraid of seeing her.</w:t>
      </w:r>
    </w:p>
    <w:p w14:paraId="50F130BC" w14:textId="77777777" w:rsidR="001B79E4" w:rsidRPr="00C9454D" w:rsidRDefault="001B79E4" w:rsidP="00C9454D">
      <w:pPr>
        <w:rPr>
          <w:sz w:val="24"/>
          <w:szCs w:val="24"/>
        </w:rPr>
      </w:pPr>
      <w:r w:rsidRPr="00C9454D">
        <w:rPr>
          <w:sz w:val="24"/>
          <w:szCs w:val="24"/>
        </w:rPr>
        <w:t xml:space="preserve">He was afraid of Abilene </w:t>
      </w:r>
      <w:r w:rsidRPr="00C9454D">
        <w:rPr>
          <w:b/>
          <w:bCs/>
          <w:sz w:val="24"/>
          <w:szCs w:val="24"/>
        </w:rPr>
        <w:t>seeing him</w:t>
      </w:r>
      <w:r w:rsidRPr="00C9454D">
        <w:rPr>
          <w:sz w:val="24"/>
          <w:szCs w:val="24"/>
        </w:rPr>
        <w:t xml:space="preserve"> see her.</w:t>
      </w:r>
    </w:p>
    <w:p w14:paraId="4FE788F1" w14:textId="77777777" w:rsidR="001B79E4" w:rsidRPr="00C9454D" w:rsidRDefault="001B79E4" w:rsidP="00C9454D">
      <w:pPr>
        <w:rPr>
          <w:sz w:val="24"/>
          <w:szCs w:val="24"/>
        </w:rPr>
      </w:pPr>
      <w:r w:rsidRPr="00C9454D">
        <w:rPr>
          <w:sz w:val="24"/>
          <w:szCs w:val="24"/>
        </w:rPr>
        <w:t>Because she would know.</w:t>
      </w:r>
    </w:p>
    <w:p w14:paraId="007D6DEE" w14:textId="77777777" w:rsidR="001B79E4" w:rsidRPr="00C9454D" w:rsidRDefault="001B79E4" w:rsidP="00C9454D">
      <w:pPr>
        <w:rPr>
          <w:sz w:val="24"/>
          <w:szCs w:val="24"/>
        </w:rPr>
      </w:pPr>
      <w:r w:rsidRPr="00C9454D">
        <w:rPr>
          <w:sz w:val="24"/>
          <w:szCs w:val="24"/>
        </w:rPr>
        <w:t>And she did.</w:t>
      </w:r>
    </w:p>
    <w:p w14:paraId="66EEF7E9" w14:textId="77777777" w:rsidR="001B79E4" w:rsidRPr="00C9454D" w:rsidRDefault="001B79E4" w:rsidP="00C9454D">
      <w:pPr>
        <w:rPr>
          <w:sz w:val="24"/>
          <w:szCs w:val="24"/>
        </w:rPr>
      </w:pPr>
      <w:r w:rsidRPr="00C9454D">
        <w:rPr>
          <w:sz w:val="24"/>
          <w:szCs w:val="24"/>
        </w:rPr>
        <w:t>Not with jealousy. Not even suspicion. Just that uncanny knowing—</w:t>
      </w:r>
      <w:r w:rsidRPr="00C9454D">
        <w:rPr>
          <w:b/>
          <w:bCs/>
          <w:sz w:val="24"/>
          <w:szCs w:val="24"/>
        </w:rPr>
        <w:t>a wife, a mother, a woman who has seen a man wounded in ways words do not touch.</w:t>
      </w:r>
    </w:p>
    <w:p w14:paraId="78A9852D" w14:textId="2084650E" w:rsidR="001B79E4" w:rsidRPr="00C9454D" w:rsidRDefault="001B79E4" w:rsidP="00C9454D">
      <w:pPr>
        <w:rPr>
          <w:sz w:val="24"/>
          <w:szCs w:val="24"/>
        </w:rPr>
      </w:pPr>
      <w:r w:rsidRPr="00C9454D">
        <w:rPr>
          <w:sz w:val="24"/>
          <w:szCs w:val="24"/>
        </w:rPr>
        <w:t xml:space="preserve">She held </w:t>
      </w:r>
      <w:r w:rsidR="00A74107" w:rsidRPr="00C9454D">
        <w:rPr>
          <w:sz w:val="24"/>
          <w:szCs w:val="24"/>
        </w:rPr>
        <w:t>Helena</w:t>
      </w:r>
      <w:r w:rsidRPr="00C9454D">
        <w:rPr>
          <w:sz w:val="24"/>
          <w:szCs w:val="24"/>
        </w:rPr>
        <w:t xml:space="preserve"> a little tighter. Said </w:t>
      </w:r>
      <w:r w:rsidR="00A74107" w:rsidRPr="00C9454D">
        <w:rPr>
          <w:sz w:val="24"/>
          <w:szCs w:val="24"/>
        </w:rPr>
        <w:t>John Marshall’s</w:t>
      </w:r>
      <w:r w:rsidRPr="00C9454D">
        <w:rPr>
          <w:sz w:val="24"/>
          <w:szCs w:val="24"/>
        </w:rPr>
        <w:t xml:space="preserve"> name too sweetly.</w:t>
      </w:r>
    </w:p>
    <w:p w14:paraId="1A670B5B" w14:textId="77777777" w:rsidR="001B79E4" w:rsidRPr="00C9454D" w:rsidRDefault="001B79E4" w:rsidP="00C9454D">
      <w:pPr>
        <w:rPr>
          <w:sz w:val="24"/>
          <w:szCs w:val="24"/>
        </w:rPr>
      </w:pPr>
      <w:r w:rsidRPr="00C9454D">
        <w:rPr>
          <w:sz w:val="24"/>
          <w:szCs w:val="24"/>
        </w:rPr>
        <w:t>He caught her eye just once—and he saw it.</w:t>
      </w:r>
    </w:p>
    <w:p w14:paraId="7E2B6D35" w14:textId="77777777" w:rsidR="001B79E4" w:rsidRPr="00C9454D" w:rsidRDefault="001B79E4" w:rsidP="00C9454D">
      <w:pPr>
        <w:rPr>
          <w:sz w:val="24"/>
          <w:szCs w:val="24"/>
        </w:rPr>
      </w:pPr>
      <w:r w:rsidRPr="00C9454D">
        <w:rPr>
          <w:sz w:val="24"/>
          <w:szCs w:val="24"/>
        </w:rPr>
        <w:t>Not accusation. But warning.</w:t>
      </w:r>
    </w:p>
    <w:p w14:paraId="63099193" w14:textId="77777777" w:rsidR="001B79E4" w:rsidRPr="00C9454D" w:rsidRDefault="001B79E4" w:rsidP="00C9454D">
      <w:pPr>
        <w:rPr>
          <w:sz w:val="24"/>
          <w:szCs w:val="24"/>
        </w:rPr>
      </w:pPr>
      <w:r w:rsidRPr="00C9454D">
        <w:rPr>
          <w:i/>
          <w:iCs/>
          <w:sz w:val="24"/>
          <w:szCs w:val="24"/>
        </w:rPr>
        <w:t>Do not make me ask what I already know.</w:t>
      </w:r>
    </w:p>
    <w:p w14:paraId="0122900B" w14:textId="0BD48B87" w:rsidR="001B79E4" w:rsidRPr="00C9454D" w:rsidRDefault="001B79E4" w:rsidP="00C9454D">
      <w:pPr>
        <w:rPr>
          <w:sz w:val="24"/>
          <w:szCs w:val="24"/>
        </w:rPr>
      </w:pPr>
      <w:r w:rsidRPr="00C9454D">
        <w:rPr>
          <w:sz w:val="24"/>
          <w:szCs w:val="24"/>
        </w:rPr>
        <w:t xml:space="preserve">Guy spent the rest of the evening in dread. In restraint. In trying to be two men and failing at both. He walked with </w:t>
      </w:r>
      <w:r w:rsidR="00710C57" w:rsidRPr="00C9454D">
        <w:rPr>
          <w:sz w:val="24"/>
          <w:szCs w:val="24"/>
        </w:rPr>
        <w:t xml:space="preserve">John </w:t>
      </w:r>
      <w:r w:rsidR="001348C9" w:rsidRPr="00C9454D">
        <w:rPr>
          <w:sz w:val="24"/>
          <w:szCs w:val="24"/>
        </w:rPr>
        <w:t>Marshall</w:t>
      </w:r>
      <w:r w:rsidR="00710C57" w:rsidRPr="00C9454D">
        <w:rPr>
          <w:sz w:val="24"/>
          <w:szCs w:val="24"/>
        </w:rPr>
        <w:t xml:space="preserve"> </w:t>
      </w:r>
      <w:r w:rsidRPr="00C9454D">
        <w:rPr>
          <w:sz w:val="24"/>
          <w:szCs w:val="24"/>
        </w:rPr>
        <w:t xml:space="preserve">to the </w:t>
      </w:r>
      <w:proofErr w:type="spellStart"/>
      <w:r w:rsidRPr="00C9454D">
        <w:rPr>
          <w:sz w:val="24"/>
          <w:szCs w:val="24"/>
        </w:rPr>
        <w:t>firepit</w:t>
      </w:r>
      <w:proofErr w:type="spellEnd"/>
      <w:r w:rsidRPr="00C9454D">
        <w:rPr>
          <w:sz w:val="24"/>
          <w:szCs w:val="24"/>
        </w:rPr>
        <w:t xml:space="preserve">. Held </w:t>
      </w:r>
      <w:r w:rsidR="000A3806" w:rsidRPr="00C9454D">
        <w:rPr>
          <w:sz w:val="24"/>
          <w:szCs w:val="24"/>
        </w:rPr>
        <w:t xml:space="preserve">Helena </w:t>
      </w:r>
      <w:r w:rsidRPr="00C9454D">
        <w:rPr>
          <w:sz w:val="24"/>
          <w:szCs w:val="24"/>
        </w:rPr>
        <w:t>on his knee. Kissed Abilene’s forehead when she handed him a drink.</w:t>
      </w:r>
    </w:p>
    <w:p w14:paraId="25FCAF18" w14:textId="77777777" w:rsidR="001B79E4" w:rsidRPr="00C9454D" w:rsidRDefault="001B79E4" w:rsidP="00C9454D">
      <w:pPr>
        <w:rPr>
          <w:sz w:val="24"/>
          <w:szCs w:val="24"/>
        </w:rPr>
      </w:pPr>
      <w:r w:rsidRPr="00C9454D">
        <w:rPr>
          <w:sz w:val="24"/>
          <w:szCs w:val="24"/>
        </w:rPr>
        <w:t>But he was haunted.</w:t>
      </w:r>
    </w:p>
    <w:p w14:paraId="69D5EEEE" w14:textId="77777777" w:rsidR="001B79E4" w:rsidRPr="00C9454D" w:rsidRDefault="001B79E4" w:rsidP="00C9454D">
      <w:pPr>
        <w:rPr>
          <w:sz w:val="24"/>
          <w:szCs w:val="24"/>
        </w:rPr>
      </w:pPr>
      <w:r w:rsidRPr="00C9454D">
        <w:rPr>
          <w:sz w:val="24"/>
          <w:szCs w:val="24"/>
        </w:rPr>
        <w:t>Not by love lost—but by love unresolved.</w:t>
      </w:r>
    </w:p>
    <w:p w14:paraId="4F3C032E" w14:textId="77777777" w:rsidR="001B79E4" w:rsidRPr="00C9454D" w:rsidRDefault="001B79E4" w:rsidP="00C9454D">
      <w:pPr>
        <w:rPr>
          <w:sz w:val="24"/>
          <w:szCs w:val="24"/>
        </w:rPr>
      </w:pPr>
      <w:r w:rsidRPr="00C9454D">
        <w:rPr>
          <w:sz w:val="24"/>
          <w:szCs w:val="24"/>
        </w:rPr>
        <w:t>He had wronged no one. And yet he felt shame.</w:t>
      </w:r>
    </w:p>
    <w:p w14:paraId="4C52CE48" w14:textId="40C3E2AC" w:rsidR="001B79E4" w:rsidRPr="00C9454D" w:rsidRDefault="001B79E4" w:rsidP="00C9454D">
      <w:pPr>
        <w:rPr>
          <w:sz w:val="24"/>
          <w:szCs w:val="24"/>
        </w:rPr>
      </w:pPr>
      <w:r w:rsidRPr="00C9454D">
        <w:rPr>
          <w:sz w:val="24"/>
          <w:szCs w:val="24"/>
        </w:rPr>
        <w:t xml:space="preserve">Because the only thing he wanted more than a conversation with </w:t>
      </w:r>
      <w:r w:rsidR="002466CF">
        <w:rPr>
          <w:sz w:val="24"/>
          <w:szCs w:val="24"/>
        </w:rPr>
        <w:t xml:space="preserve">her </w:t>
      </w:r>
      <w:r w:rsidRPr="00C9454D">
        <w:rPr>
          <w:sz w:val="24"/>
          <w:szCs w:val="24"/>
        </w:rPr>
        <w:t xml:space="preserve">—was for her to walk away and say </w:t>
      </w:r>
      <w:r w:rsidRPr="00C9454D">
        <w:rPr>
          <w:b/>
          <w:bCs/>
          <w:sz w:val="24"/>
          <w:szCs w:val="24"/>
        </w:rPr>
        <w:t>he was forgiven.</w:t>
      </w:r>
    </w:p>
    <w:p w14:paraId="1FC08071" w14:textId="77777777" w:rsidR="001B79E4" w:rsidRPr="00C9454D" w:rsidRDefault="001B79E4" w:rsidP="00C9454D">
      <w:pPr>
        <w:rPr>
          <w:sz w:val="24"/>
          <w:szCs w:val="24"/>
        </w:rPr>
      </w:pPr>
      <w:r w:rsidRPr="00C9454D">
        <w:rPr>
          <w:sz w:val="24"/>
          <w:szCs w:val="24"/>
        </w:rPr>
        <w:t>And yet, he could not follow her.</w:t>
      </w:r>
    </w:p>
    <w:p w14:paraId="370C3230" w14:textId="77777777" w:rsidR="001B79E4" w:rsidRPr="00C9454D" w:rsidRDefault="001B79E4" w:rsidP="00C9454D">
      <w:pPr>
        <w:rPr>
          <w:sz w:val="24"/>
          <w:szCs w:val="24"/>
        </w:rPr>
      </w:pPr>
      <w:r w:rsidRPr="00C9454D">
        <w:rPr>
          <w:sz w:val="24"/>
          <w:szCs w:val="24"/>
        </w:rPr>
        <w:t>Because Abilene was holding his child. And wearing his name. And watching with eyes that had seen him build a life from ruin.</w:t>
      </w:r>
    </w:p>
    <w:p w14:paraId="69EE2BAF" w14:textId="77777777" w:rsidR="001B79E4" w:rsidRPr="00C9454D" w:rsidRDefault="001B79E4" w:rsidP="00C9454D">
      <w:pPr>
        <w:rPr>
          <w:sz w:val="24"/>
          <w:szCs w:val="24"/>
        </w:rPr>
      </w:pPr>
      <w:r w:rsidRPr="00C9454D">
        <w:rPr>
          <w:sz w:val="24"/>
          <w:szCs w:val="24"/>
        </w:rPr>
        <w:t>So he stood his ground.</w:t>
      </w:r>
    </w:p>
    <w:p w14:paraId="710EC704" w14:textId="77777777" w:rsidR="001B79E4" w:rsidRPr="00C9454D" w:rsidRDefault="001B79E4" w:rsidP="00C9454D">
      <w:pPr>
        <w:rPr>
          <w:sz w:val="24"/>
          <w:szCs w:val="24"/>
        </w:rPr>
      </w:pPr>
      <w:r w:rsidRPr="00C9454D">
        <w:rPr>
          <w:sz w:val="24"/>
          <w:szCs w:val="24"/>
        </w:rPr>
        <w:t>And did what he always did.</w:t>
      </w:r>
    </w:p>
    <w:p w14:paraId="5EF5DA9D" w14:textId="77777777" w:rsidR="001B79E4" w:rsidRPr="00C9454D" w:rsidRDefault="001B79E4" w:rsidP="00C9454D">
      <w:pPr>
        <w:rPr>
          <w:sz w:val="24"/>
          <w:szCs w:val="24"/>
        </w:rPr>
      </w:pPr>
      <w:r w:rsidRPr="00C9454D">
        <w:rPr>
          <w:sz w:val="24"/>
          <w:szCs w:val="24"/>
        </w:rPr>
        <w:t xml:space="preserve">He </w:t>
      </w:r>
      <w:r w:rsidRPr="00C9454D">
        <w:rPr>
          <w:i/>
          <w:iCs/>
          <w:sz w:val="24"/>
          <w:szCs w:val="24"/>
        </w:rPr>
        <w:t>endured</w:t>
      </w:r>
      <w:r w:rsidRPr="00C9454D">
        <w:rPr>
          <w:sz w:val="24"/>
          <w:szCs w:val="24"/>
        </w:rPr>
        <w:t>.</w:t>
      </w:r>
    </w:p>
    <w:p w14:paraId="18D0A41C" w14:textId="77777777" w:rsidR="001B79E4" w:rsidRPr="00C9454D" w:rsidRDefault="001B79E4" w:rsidP="00C9454D">
      <w:pPr>
        <w:rPr>
          <w:sz w:val="24"/>
          <w:szCs w:val="24"/>
        </w:rPr>
      </w:pPr>
      <w:r w:rsidRPr="00C9454D">
        <w:rPr>
          <w:sz w:val="24"/>
          <w:szCs w:val="24"/>
        </w:rPr>
        <w:t>A soldier at a festival. A man divided.</w:t>
      </w:r>
    </w:p>
    <w:p w14:paraId="17348F4E" w14:textId="428E3A13" w:rsidR="001B79E4" w:rsidRPr="00C9454D" w:rsidRDefault="001B79E4" w:rsidP="00C9454D">
      <w:pPr>
        <w:rPr>
          <w:sz w:val="24"/>
          <w:szCs w:val="24"/>
        </w:rPr>
      </w:pPr>
      <w:r w:rsidRPr="00C9454D">
        <w:rPr>
          <w:sz w:val="24"/>
          <w:szCs w:val="24"/>
        </w:rPr>
        <w:t>A heart too full to speak.</w:t>
      </w:r>
      <w:r w:rsidR="00F01F4F" w:rsidRPr="00C9454D">
        <w:rPr>
          <w:sz w:val="24"/>
          <w:szCs w:val="24"/>
        </w:rPr>
        <w:t xml:space="preserve"> </w:t>
      </w:r>
    </w:p>
    <w:p w14:paraId="78545517" w14:textId="2346C868" w:rsidR="00D748D0" w:rsidRPr="00C9454D" w:rsidRDefault="00D748D0" w:rsidP="00C9454D">
      <w:pPr>
        <w:rPr>
          <w:sz w:val="24"/>
          <w:szCs w:val="24"/>
        </w:rPr>
      </w:pPr>
      <w:r w:rsidRPr="00C9454D">
        <w:rPr>
          <w:sz w:val="24"/>
          <w:szCs w:val="24"/>
        </w:rPr>
        <w:t xml:space="preserve">Abilene </w:t>
      </w:r>
      <w:r w:rsidR="000E61A2" w:rsidRPr="00C9454D">
        <w:rPr>
          <w:sz w:val="24"/>
          <w:szCs w:val="24"/>
        </w:rPr>
        <w:t xml:space="preserve">said not a </w:t>
      </w:r>
      <w:r w:rsidR="00EB1735" w:rsidRPr="00C9454D">
        <w:rPr>
          <w:sz w:val="24"/>
          <w:szCs w:val="24"/>
        </w:rPr>
        <w:t>word,</w:t>
      </w:r>
      <w:r w:rsidR="000E61A2" w:rsidRPr="00C9454D">
        <w:rPr>
          <w:sz w:val="24"/>
          <w:szCs w:val="24"/>
        </w:rPr>
        <w:t xml:space="preserve"> but it burned into her heart never to be forgotten.</w:t>
      </w:r>
    </w:p>
    <w:p w14:paraId="453262B5" w14:textId="637293AD" w:rsidR="00F01F4F" w:rsidRPr="00C9454D" w:rsidRDefault="00D07C64" w:rsidP="00C9454D">
      <w:pPr>
        <w:rPr>
          <w:sz w:val="24"/>
          <w:szCs w:val="24"/>
        </w:rPr>
      </w:pPr>
      <w:r w:rsidRPr="00C9454D">
        <w:rPr>
          <w:sz w:val="24"/>
          <w:szCs w:val="24"/>
        </w:rPr>
        <w:t xml:space="preserve">It had been </w:t>
      </w:r>
      <w:r w:rsidR="00554CD6" w:rsidRPr="00C9454D">
        <w:rPr>
          <w:sz w:val="24"/>
          <w:szCs w:val="24"/>
        </w:rPr>
        <w:t xml:space="preserve">several fortnights since the festival. </w:t>
      </w:r>
      <w:r w:rsidR="00F01F4F" w:rsidRPr="00C9454D">
        <w:rPr>
          <w:sz w:val="24"/>
          <w:szCs w:val="24"/>
        </w:rPr>
        <w:t xml:space="preserve">The morning was cool. A mist hovered over the orchard. Guy stood at the stables, preparing for a quiet departure. The wooden box—tied with </w:t>
      </w:r>
      <w:r w:rsidR="000B1FD3">
        <w:rPr>
          <w:sz w:val="24"/>
          <w:szCs w:val="24"/>
        </w:rPr>
        <w:t>the</w:t>
      </w:r>
      <w:r w:rsidR="00F01F4F" w:rsidRPr="00C9454D">
        <w:rPr>
          <w:sz w:val="24"/>
          <w:szCs w:val="24"/>
        </w:rPr>
        <w:t xml:space="preserve"> red ribbon—was meant for the Baron. Instructions had been given: deliver it to</w:t>
      </w:r>
      <w:r w:rsidR="00183C21">
        <w:rPr>
          <w:sz w:val="24"/>
          <w:szCs w:val="24"/>
        </w:rPr>
        <w:t xml:space="preserve"> her and</w:t>
      </w:r>
      <w:r w:rsidR="00F01F4F" w:rsidRPr="00C9454D">
        <w:rPr>
          <w:sz w:val="24"/>
          <w:szCs w:val="24"/>
        </w:rPr>
        <w:t xml:space="preserve"> Abilene </w:t>
      </w:r>
      <w:r w:rsidR="00F01F4F" w:rsidRPr="00C9454D">
        <w:rPr>
          <w:i/>
          <w:iCs/>
          <w:sz w:val="24"/>
          <w:szCs w:val="24"/>
        </w:rPr>
        <w:t>only</w:t>
      </w:r>
      <w:r w:rsidR="00F01F4F" w:rsidRPr="00C9454D">
        <w:rPr>
          <w:sz w:val="24"/>
          <w:szCs w:val="24"/>
        </w:rPr>
        <w:t xml:space="preserve"> after his death.</w:t>
      </w:r>
      <w:r w:rsidR="00EB1735" w:rsidRPr="00C9454D">
        <w:rPr>
          <w:sz w:val="24"/>
          <w:szCs w:val="24"/>
        </w:rPr>
        <w:t xml:space="preserve"> </w:t>
      </w:r>
      <w:r w:rsidR="00F5150A" w:rsidRPr="00C9454D">
        <w:rPr>
          <w:sz w:val="24"/>
          <w:szCs w:val="24"/>
        </w:rPr>
        <w:t xml:space="preserve">Now that </w:t>
      </w:r>
      <w:r w:rsidR="001348C9" w:rsidRPr="00C9454D">
        <w:rPr>
          <w:sz w:val="24"/>
          <w:szCs w:val="24"/>
        </w:rPr>
        <w:t>Abilene</w:t>
      </w:r>
      <w:r w:rsidR="00F5150A" w:rsidRPr="00C9454D">
        <w:rPr>
          <w:sz w:val="24"/>
          <w:szCs w:val="24"/>
        </w:rPr>
        <w:t xml:space="preserve"> seen a crack he knew for </w:t>
      </w:r>
      <w:r w:rsidR="00207905" w:rsidRPr="00C9454D">
        <w:rPr>
          <w:sz w:val="24"/>
          <w:szCs w:val="24"/>
        </w:rPr>
        <w:t xml:space="preserve">all </w:t>
      </w:r>
      <w:r w:rsidR="00280694" w:rsidRPr="00C9454D">
        <w:rPr>
          <w:sz w:val="24"/>
          <w:szCs w:val="24"/>
        </w:rPr>
        <w:t xml:space="preserve">that </w:t>
      </w:r>
      <w:r w:rsidR="00207905" w:rsidRPr="00C9454D">
        <w:rPr>
          <w:sz w:val="24"/>
          <w:szCs w:val="24"/>
        </w:rPr>
        <w:t xml:space="preserve">is </w:t>
      </w:r>
      <w:r w:rsidR="002B1EB4" w:rsidRPr="00C9454D">
        <w:rPr>
          <w:sz w:val="24"/>
          <w:szCs w:val="24"/>
        </w:rPr>
        <w:t>Holy</w:t>
      </w:r>
      <w:r w:rsidR="00D34A22" w:rsidRPr="00C9454D">
        <w:rPr>
          <w:sz w:val="24"/>
          <w:szCs w:val="24"/>
        </w:rPr>
        <w:t>. He had</w:t>
      </w:r>
      <w:r w:rsidR="002B1EB4" w:rsidRPr="00C9454D">
        <w:rPr>
          <w:sz w:val="24"/>
          <w:szCs w:val="24"/>
        </w:rPr>
        <w:t xml:space="preserve"> </w:t>
      </w:r>
      <w:r w:rsidR="00207905" w:rsidRPr="00C9454D">
        <w:rPr>
          <w:sz w:val="24"/>
          <w:szCs w:val="24"/>
        </w:rPr>
        <w:t>to get the box away from High Haven</w:t>
      </w:r>
      <w:r w:rsidR="002B1EB4" w:rsidRPr="00C9454D">
        <w:rPr>
          <w:sz w:val="24"/>
          <w:szCs w:val="24"/>
        </w:rPr>
        <w:t xml:space="preserve">.  It had been hidden very </w:t>
      </w:r>
      <w:r w:rsidR="00687AF9" w:rsidRPr="00C9454D">
        <w:rPr>
          <w:sz w:val="24"/>
          <w:szCs w:val="24"/>
        </w:rPr>
        <w:t xml:space="preserve">thoughtfully, but Guy knew its </w:t>
      </w:r>
      <w:r w:rsidR="007919E7" w:rsidRPr="00C9454D">
        <w:rPr>
          <w:sz w:val="24"/>
          <w:szCs w:val="24"/>
        </w:rPr>
        <w:t>whereabouts,</w:t>
      </w:r>
      <w:r w:rsidR="00687AF9" w:rsidRPr="00C9454D">
        <w:rPr>
          <w:sz w:val="24"/>
          <w:szCs w:val="24"/>
        </w:rPr>
        <w:t xml:space="preserve"> and </w:t>
      </w:r>
      <w:r w:rsidR="00280694" w:rsidRPr="00C9454D">
        <w:rPr>
          <w:sz w:val="24"/>
          <w:szCs w:val="24"/>
        </w:rPr>
        <w:t>it was a temptation he</w:t>
      </w:r>
      <w:r w:rsidR="001348C9" w:rsidRPr="00C9454D">
        <w:rPr>
          <w:sz w:val="24"/>
          <w:szCs w:val="24"/>
        </w:rPr>
        <w:t xml:space="preserve"> need not</w:t>
      </w:r>
      <w:r w:rsidR="00280694" w:rsidRPr="00C9454D">
        <w:rPr>
          <w:sz w:val="24"/>
          <w:szCs w:val="24"/>
        </w:rPr>
        <w:t>.</w:t>
      </w:r>
    </w:p>
    <w:p w14:paraId="3901970A" w14:textId="77777777" w:rsidR="00F01F4F" w:rsidRPr="00C9454D" w:rsidRDefault="00F01F4F" w:rsidP="00C9454D">
      <w:pPr>
        <w:rPr>
          <w:sz w:val="24"/>
          <w:szCs w:val="24"/>
        </w:rPr>
      </w:pPr>
      <w:r w:rsidRPr="00C9454D">
        <w:rPr>
          <w:sz w:val="24"/>
          <w:szCs w:val="24"/>
        </w:rPr>
        <w:t>He had hoped to slip away unseen.</w:t>
      </w:r>
    </w:p>
    <w:p w14:paraId="0D0C39F2" w14:textId="77777777" w:rsidR="00F01F4F" w:rsidRPr="00C9454D" w:rsidRDefault="00F01F4F" w:rsidP="00C9454D">
      <w:pPr>
        <w:rPr>
          <w:sz w:val="24"/>
          <w:szCs w:val="24"/>
        </w:rPr>
      </w:pPr>
      <w:r w:rsidRPr="00C9454D">
        <w:rPr>
          <w:sz w:val="24"/>
          <w:szCs w:val="24"/>
        </w:rPr>
        <w:t>But nothing at High Haven escaped eyes for long.</w:t>
      </w:r>
    </w:p>
    <w:p w14:paraId="2917AE31" w14:textId="77777777" w:rsidR="00F01F4F" w:rsidRPr="00C9454D" w:rsidRDefault="00F01F4F" w:rsidP="00C9454D">
      <w:pPr>
        <w:rPr>
          <w:sz w:val="24"/>
          <w:szCs w:val="24"/>
        </w:rPr>
      </w:pPr>
      <w:r w:rsidRPr="00C9454D">
        <w:rPr>
          <w:sz w:val="24"/>
          <w:szCs w:val="24"/>
        </w:rPr>
        <w:t>Abilene spotted him from across the path, cloak barely tied, hair still braided from the night. She approached with a light step, smiling.</w:t>
      </w:r>
    </w:p>
    <w:p w14:paraId="0C8246E6" w14:textId="77777777" w:rsidR="00F01F4F" w:rsidRPr="00C9454D" w:rsidRDefault="00F01F4F" w:rsidP="00C9454D">
      <w:pPr>
        <w:rPr>
          <w:sz w:val="24"/>
          <w:szCs w:val="24"/>
        </w:rPr>
      </w:pPr>
      <w:r w:rsidRPr="00C9454D">
        <w:rPr>
          <w:b/>
          <w:bCs/>
          <w:sz w:val="24"/>
          <w:szCs w:val="24"/>
        </w:rPr>
        <w:t>ABILENE:</w:t>
      </w:r>
      <w:r w:rsidRPr="00C9454D">
        <w:rPr>
          <w:sz w:val="24"/>
          <w:szCs w:val="24"/>
        </w:rPr>
        <w:t xml:space="preserve"> "Off to counsel the sheep again, Sir Guy? Or just avoiding another scroll meeting with the steward?"</w:t>
      </w:r>
    </w:p>
    <w:p w14:paraId="7CE6A8C3" w14:textId="77777777" w:rsidR="00F01F4F" w:rsidRPr="00C9454D" w:rsidRDefault="00F01F4F" w:rsidP="00C9454D">
      <w:pPr>
        <w:rPr>
          <w:sz w:val="24"/>
          <w:szCs w:val="24"/>
        </w:rPr>
      </w:pPr>
      <w:r w:rsidRPr="00C9454D">
        <w:rPr>
          <w:sz w:val="24"/>
          <w:szCs w:val="24"/>
        </w:rPr>
        <w:t>He tried to smile. But it faltered.</w:t>
      </w:r>
    </w:p>
    <w:p w14:paraId="37E53E6C" w14:textId="77777777" w:rsidR="00F01F4F" w:rsidRPr="00C9454D" w:rsidRDefault="00F01F4F" w:rsidP="00C9454D">
      <w:pPr>
        <w:rPr>
          <w:sz w:val="24"/>
          <w:szCs w:val="24"/>
        </w:rPr>
      </w:pPr>
      <w:r w:rsidRPr="00C9454D">
        <w:rPr>
          <w:sz w:val="24"/>
          <w:szCs w:val="24"/>
        </w:rPr>
        <w:t>She stepped forward, as always, expecting the kiss goodbye. He tucked the wooden box hastily into his saddle’s satchel.</w:t>
      </w:r>
    </w:p>
    <w:p w14:paraId="70987931" w14:textId="77777777" w:rsidR="00F01F4F" w:rsidRPr="00C9454D" w:rsidRDefault="00F01F4F" w:rsidP="00C9454D">
      <w:pPr>
        <w:rPr>
          <w:sz w:val="24"/>
          <w:szCs w:val="24"/>
        </w:rPr>
      </w:pPr>
      <w:r w:rsidRPr="00C9454D">
        <w:rPr>
          <w:sz w:val="24"/>
          <w:szCs w:val="24"/>
        </w:rPr>
        <w:t>But the red ribbon...</w:t>
      </w:r>
    </w:p>
    <w:p w14:paraId="246E4357" w14:textId="77777777" w:rsidR="00F01F4F" w:rsidRPr="00C9454D" w:rsidRDefault="00F01F4F" w:rsidP="00C9454D">
      <w:pPr>
        <w:rPr>
          <w:sz w:val="24"/>
          <w:szCs w:val="24"/>
        </w:rPr>
      </w:pPr>
      <w:r w:rsidRPr="00C9454D">
        <w:rPr>
          <w:sz w:val="24"/>
          <w:szCs w:val="24"/>
        </w:rPr>
        <w:t xml:space="preserve">It danced in the wind. </w:t>
      </w:r>
      <w:proofErr w:type="spellStart"/>
      <w:r w:rsidRPr="00C9454D">
        <w:rPr>
          <w:sz w:val="24"/>
          <w:szCs w:val="24"/>
        </w:rPr>
        <w:t>Unmissable</w:t>
      </w:r>
      <w:proofErr w:type="spellEnd"/>
      <w:r w:rsidRPr="00C9454D">
        <w:rPr>
          <w:sz w:val="24"/>
          <w:szCs w:val="24"/>
        </w:rPr>
        <w:t>.</w:t>
      </w:r>
    </w:p>
    <w:p w14:paraId="351A21DE" w14:textId="77777777" w:rsidR="00F01F4F" w:rsidRPr="00C9454D" w:rsidRDefault="00F01F4F" w:rsidP="00C9454D">
      <w:pPr>
        <w:rPr>
          <w:sz w:val="24"/>
          <w:szCs w:val="24"/>
        </w:rPr>
      </w:pPr>
      <w:r w:rsidRPr="00C9454D">
        <w:rPr>
          <w:sz w:val="24"/>
          <w:szCs w:val="24"/>
        </w:rPr>
        <w:t>Abilene’s eyes caught it. Her heart leapt a little. She thought, naturally, that it was for her. The way he fumbled—it reminded her of a younger version of them.</w:t>
      </w:r>
    </w:p>
    <w:p w14:paraId="46922381" w14:textId="77777777" w:rsidR="00F01F4F" w:rsidRPr="00C9454D" w:rsidRDefault="00F01F4F" w:rsidP="00C9454D">
      <w:pPr>
        <w:rPr>
          <w:sz w:val="24"/>
          <w:szCs w:val="24"/>
        </w:rPr>
      </w:pPr>
      <w:r w:rsidRPr="00C9454D">
        <w:rPr>
          <w:sz w:val="24"/>
          <w:szCs w:val="24"/>
        </w:rPr>
        <w:t>She reached for it, playfully.</w:t>
      </w:r>
    </w:p>
    <w:p w14:paraId="6F68EE3E" w14:textId="77777777" w:rsidR="00F01F4F" w:rsidRPr="00C9454D" w:rsidRDefault="00F01F4F" w:rsidP="00C9454D">
      <w:pPr>
        <w:rPr>
          <w:sz w:val="24"/>
          <w:szCs w:val="24"/>
        </w:rPr>
      </w:pPr>
      <w:r w:rsidRPr="00C9454D">
        <w:rPr>
          <w:sz w:val="24"/>
          <w:szCs w:val="24"/>
        </w:rPr>
        <w:t>He caught her wrist.</w:t>
      </w:r>
    </w:p>
    <w:p w14:paraId="2788AD52" w14:textId="77777777" w:rsidR="00F01F4F" w:rsidRPr="00C9454D" w:rsidRDefault="00F01F4F" w:rsidP="00C9454D">
      <w:pPr>
        <w:rPr>
          <w:sz w:val="24"/>
          <w:szCs w:val="24"/>
        </w:rPr>
      </w:pPr>
      <w:r w:rsidRPr="00C9454D">
        <w:rPr>
          <w:sz w:val="24"/>
          <w:szCs w:val="24"/>
        </w:rPr>
        <w:t>Not harshly. But firmly.</w:t>
      </w:r>
    </w:p>
    <w:p w14:paraId="416DF2BD" w14:textId="77777777" w:rsidR="00F01F4F" w:rsidRPr="00C9454D" w:rsidRDefault="00F01F4F" w:rsidP="00C9454D">
      <w:pPr>
        <w:rPr>
          <w:sz w:val="24"/>
          <w:szCs w:val="24"/>
        </w:rPr>
      </w:pPr>
      <w:r w:rsidRPr="00C9454D">
        <w:rPr>
          <w:sz w:val="24"/>
          <w:szCs w:val="24"/>
        </w:rPr>
        <w:t>And that was the moment.</w:t>
      </w:r>
    </w:p>
    <w:p w14:paraId="32060F3B" w14:textId="77777777" w:rsidR="00F01F4F" w:rsidRPr="00C9454D" w:rsidRDefault="00F01F4F" w:rsidP="00C9454D">
      <w:pPr>
        <w:rPr>
          <w:sz w:val="24"/>
          <w:szCs w:val="24"/>
        </w:rPr>
      </w:pPr>
      <w:r w:rsidRPr="00C9454D">
        <w:rPr>
          <w:sz w:val="24"/>
          <w:szCs w:val="24"/>
        </w:rPr>
        <w:t xml:space="preserve">She looked into his eyes. And </w:t>
      </w:r>
      <w:r w:rsidRPr="00C9454D">
        <w:rPr>
          <w:i/>
          <w:iCs/>
          <w:sz w:val="24"/>
          <w:szCs w:val="24"/>
        </w:rPr>
        <w:t>knew</w:t>
      </w:r>
      <w:r w:rsidRPr="00C9454D">
        <w:rPr>
          <w:sz w:val="24"/>
          <w:szCs w:val="24"/>
        </w:rPr>
        <w:t>.</w:t>
      </w:r>
    </w:p>
    <w:p w14:paraId="2D832AB8" w14:textId="77777777" w:rsidR="00F01F4F" w:rsidRPr="00C9454D" w:rsidRDefault="00F01F4F" w:rsidP="00C9454D">
      <w:pPr>
        <w:rPr>
          <w:sz w:val="24"/>
          <w:szCs w:val="24"/>
        </w:rPr>
      </w:pPr>
      <w:r w:rsidRPr="00C9454D">
        <w:rPr>
          <w:b/>
          <w:bCs/>
          <w:sz w:val="24"/>
          <w:szCs w:val="24"/>
        </w:rPr>
        <w:t>ABILENE:</w:t>
      </w:r>
      <w:r w:rsidRPr="00C9454D">
        <w:rPr>
          <w:sz w:val="24"/>
          <w:szCs w:val="24"/>
        </w:rPr>
        <w:t xml:space="preserve"> "Am I to worry, Sir Guy?"</w:t>
      </w:r>
    </w:p>
    <w:p w14:paraId="1C0A97FB" w14:textId="77777777" w:rsidR="00F01F4F" w:rsidRPr="00C9454D" w:rsidRDefault="00F01F4F" w:rsidP="00C9454D">
      <w:pPr>
        <w:rPr>
          <w:sz w:val="24"/>
          <w:szCs w:val="24"/>
        </w:rPr>
      </w:pPr>
      <w:r w:rsidRPr="00C9454D">
        <w:rPr>
          <w:sz w:val="24"/>
          <w:szCs w:val="24"/>
        </w:rPr>
        <w:t>He did not release her wrist right away.</w:t>
      </w:r>
    </w:p>
    <w:p w14:paraId="5D75486E" w14:textId="77777777" w:rsidR="00F01F4F" w:rsidRPr="00C9454D" w:rsidRDefault="00F01F4F" w:rsidP="00C9454D">
      <w:pPr>
        <w:rPr>
          <w:sz w:val="24"/>
          <w:szCs w:val="24"/>
        </w:rPr>
      </w:pPr>
      <w:r w:rsidRPr="00C9454D">
        <w:rPr>
          <w:b/>
          <w:bCs/>
          <w:sz w:val="24"/>
          <w:szCs w:val="24"/>
        </w:rPr>
        <w:t>GUY:</w:t>
      </w:r>
      <w:r w:rsidRPr="00C9454D">
        <w:rPr>
          <w:sz w:val="24"/>
          <w:szCs w:val="24"/>
        </w:rPr>
        <w:t xml:space="preserve"> (quietly) "No, my lady. But trust—you must."</w:t>
      </w:r>
    </w:p>
    <w:p w14:paraId="77689267" w14:textId="77777777" w:rsidR="00F01F4F" w:rsidRPr="00C9454D" w:rsidRDefault="00F01F4F" w:rsidP="00C9454D">
      <w:pPr>
        <w:rPr>
          <w:sz w:val="24"/>
          <w:szCs w:val="24"/>
        </w:rPr>
      </w:pPr>
      <w:r w:rsidRPr="00C9454D">
        <w:rPr>
          <w:sz w:val="24"/>
          <w:szCs w:val="24"/>
        </w:rPr>
        <w:t>She pulled her hand back gently. Nodded once. Said nothing.</w:t>
      </w:r>
    </w:p>
    <w:p w14:paraId="01C56F96" w14:textId="77777777" w:rsidR="00F01F4F" w:rsidRPr="00C9454D" w:rsidRDefault="00F01F4F" w:rsidP="00C9454D">
      <w:pPr>
        <w:rPr>
          <w:sz w:val="24"/>
          <w:szCs w:val="24"/>
        </w:rPr>
      </w:pPr>
      <w:r w:rsidRPr="00C9454D">
        <w:rPr>
          <w:sz w:val="24"/>
          <w:szCs w:val="24"/>
        </w:rPr>
        <w:t>He kissed her as always. Steady. Familiar.</w:t>
      </w:r>
    </w:p>
    <w:p w14:paraId="0E566BD7" w14:textId="77777777" w:rsidR="00F01F4F" w:rsidRPr="00C9454D" w:rsidRDefault="00F01F4F" w:rsidP="00C9454D">
      <w:pPr>
        <w:rPr>
          <w:sz w:val="24"/>
          <w:szCs w:val="24"/>
        </w:rPr>
      </w:pPr>
      <w:r w:rsidRPr="00C9454D">
        <w:rPr>
          <w:sz w:val="24"/>
          <w:szCs w:val="24"/>
        </w:rPr>
        <w:t>But as he rode away, Abilene felt something else.</w:t>
      </w:r>
    </w:p>
    <w:p w14:paraId="2473E03D" w14:textId="77777777" w:rsidR="00F01F4F" w:rsidRPr="00C9454D" w:rsidRDefault="00F01F4F" w:rsidP="00C9454D">
      <w:pPr>
        <w:rPr>
          <w:sz w:val="24"/>
          <w:szCs w:val="24"/>
        </w:rPr>
      </w:pPr>
      <w:r w:rsidRPr="00C9454D">
        <w:rPr>
          <w:sz w:val="24"/>
          <w:szCs w:val="24"/>
        </w:rPr>
        <w:t>Like the air had shifted.</w:t>
      </w:r>
    </w:p>
    <w:p w14:paraId="0C6E596F" w14:textId="77777777" w:rsidR="00F01F4F" w:rsidRPr="00C9454D" w:rsidRDefault="00F01F4F" w:rsidP="00C9454D">
      <w:pPr>
        <w:rPr>
          <w:sz w:val="24"/>
          <w:szCs w:val="24"/>
        </w:rPr>
      </w:pPr>
      <w:r w:rsidRPr="00C9454D">
        <w:rPr>
          <w:sz w:val="24"/>
          <w:szCs w:val="24"/>
        </w:rPr>
        <w:t>Like this moment had asked for more than she’d been given.</w:t>
      </w:r>
    </w:p>
    <w:p w14:paraId="00699F91" w14:textId="77777777" w:rsidR="00F01F4F" w:rsidRPr="00C9454D" w:rsidRDefault="00F01F4F" w:rsidP="00C9454D">
      <w:pPr>
        <w:rPr>
          <w:sz w:val="24"/>
          <w:szCs w:val="24"/>
        </w:rPr>
      </w:pPr>
      <w:r w:rsidRPr="00C9454D">
        <w:rPr>
          <w:sz w:val="24"/>
          <w:szCs w:val="24"/>
        </w:rPr>
        <w:t>More reassurance. More truth. Something she would not demand—but could not ignore.</w:t>
      </w:r>
    </w:p>
    <w:p w14:paraId="6F1B1F8A" w14:textId="77777777" w:rsidR="00F01F4F" w:rsidRPr="00C9454D" w:rsidRDefault="00F01F4F" w:rsidP="00C9454D">
      <w:pPr>
        <w:rPr>
          <w:sz w:val="24"/>
          <w:szCs w:val="24"/>
        </w:rPr>
      </w:pPr>
      <w:r w:rsidRPr="00C9454D">
        <w:rPr>
          <w:sz w:val="24"/>
          <w:szCs w:val="24"/>
        </w:rPr>
        <w:t>And as the ribbon disappeared beyond the gates, her heart whispered the one question she would never say aloud:</w:t>
      </w:r>
    </w:p>
    <w:p w14:paraId="7E95F53B" w14:textId="77777777" w:rsidR="00F01F4F" w:rsidRPr="00C9454D" w:rsidRDefault="00F01F4F" w:rsidP="00C9454D">
      <w:pPr>
        <w:rPr>
          <w:sz w:val="24"/>
          <w:szCs w:val="24"/>
        </w:rPr>
      </w:pPr>
      <w:r w:rsidRPr="00C9454D">
        <w:rPr>
          <w:i/>
          <w:iCs/>
          <w:sz w:val="24"/>
          <w:szCs w:val="24"/>
        </w:rPr>
        <w:t>Who else had he kissed like that?</w:t>
      </w:r>
    </w:p>
    <w:p w14:paraId="59EDC9A6" w14:textId="77777777" w:rsidR="00F01F4F" w:rsidRPr="00C9454D" w:rsidRDefault="00F01F4F" w:rsidP="00C9454D">
      <w:pPr>
        <w:rPr>
          <w:sz w:val="24"/>
          <w:szCs w:val="24"/>
        </w:rPr>
      </w:pPr>
      <w:r w:rsidRPr="00C9454D">
        <w:rPr>
          <w:sz w:val="24"/>
          <w:szCs w:val="24"/>
        </w:rPr>
        <w:t>And why had this goodbye felt like a page being turned?</w:t>
      </w:r>
    </w:p>
    <w:p w14:paraId="566A619A" w14:textId="651406C4" w:rsidR="001B79E4" w:rsidRPr="00C9454D" w:rsidRDefault="006F46A0" w:rsidP="00C9454D">
      <w:pPr>
        <w:rPr>
          <w:sz w:val="24"/>
          <w:szCs w:val="24"/>
        </w:rPr>
      </w:pPr>
      <w:r w:rsidRPr="00C9454D">
        <w:rPr>
          <w:sz w:val="24"/>
          <w:szCs w:val="24"/>
        </w:rPr>
        <w:t>That</w:t>
      </w:r>
      <w:r w:rsidR="001B79E4" w:rsidRPr="00C9454D">
        <w:rPr>
          <w:sz w:val="24"/>
          <w:szCs w:val="24"/>
        </w:rPr>
        <w:t xml:space="preserve"> night, when they lay in bed, and Abilene turned to him with that quiet storm in her chest and asked, “Who is she?”</w:t>
      </w:r>
    </w:p>
    <w:p w14:paraId="4A2F289C" w14:textId="77777777" w:rsidR="001B79E4" w:rsidRPr="00C9454D" w:rsidRDefault="001B79E4" w:rsidP="00C9454D">
      <w:pPr>
        <w:rPr>
          <w:sz w:val="24"/>
          <w:szCs w:val="24"/>
        </w:rPr>
      </w:pPr>
      <w:r w:rsidRPr="00C9454D">
        <w:rPr>
          <w:sz w:val="24"/>
          <w:szCs w:val="24"/>
        </w:rPr>
        <w:t xml:space="preserve">And then: </w:t>
      </w:r>
      <w:r w:rsidRPr="00C9454D">
        <w:rPr>
          <w:i/>
          <w:iCs/>
          <w:sz w:val="24"/>
          <w:szCs w:val="24"/>
        </w:rPr>
        <w:t>“Answer me true or I will leave this bed.”</w:t>
      </w:r>
    </w:p>
    <w:p w14:paraId="0E35D672" w14:textId="77777777" w:rsidR="001B79E4" w:rsidRPr="00C9454D" w:rsidRDefault="001B79E4" w:rsidP="00C9454D">
      <w:pPr>
        <w:rPr>
          <w:sz w:val="24"/>
          <w:szCs w:val="24"/>
        </w:rPr>
      </w:pPr>
      <w:r w:rsidRPr="00C9454D">
        <w:rPr>
          <w:sz w:val="24"/>
          <w:szCs w:val="24"/>
        </w:rPr>
        <w:t>He had said nothing.</w:t>
      </w:r>
    </w:p>
    <w:p w14:paraId="42708ADC" w14:textId="77777777" w:rsidR="001B79E4" w:rsidRPr="00C9454D" w:rsidRDefault="001B79E4" w:rsidP="00C9454D">
      <w:pPr>
        <w:rPr>
          <w:sz w:val="24"/>
          <w:szCs w:val="24"/>
        </w:rPr>
      </w:pPr>
      <w:r w:rsidRPr="00C9454D">
        <w:rPr>
          <w:sz w:val="24"/>
          <w:szCs w:val="24"/>
        </w:rPr>
        <w:t>Because if he spoke her name, he would speak his love for her.</w:t>
      </w:r>
    </w:p>
    <w:p w14:paraId="728C03A5" w14:textId="77777777" w:rsidR="001B79E4" w:rsidRPr="00C9454D" w:rsidRDefault="001B79E4" w:rsidP="00C9454D">
      <w:pPr>
        <w:rPr>
          <w:sz w:val="24"/>
          <w:szCs w:val="24"/>
        </w:rPr>
      </w:pPr>
      <w:r w:rsidRPr="00C9454D">
        <w:rPr>
          <w:sz w:val="24"/>
          <w:szCs w:val="24"/>
        </w:rPr>
        <w:t>And if he confessed, it would not be past tense.</w:t>
      </w:r>
    </w:p>
    <w:p w14:paraId="0074B619" w14:textId="77777777" w:rsidR="001B79E4" w:rsidRPr="00C9454D" w:rsidRDefault="001B79E4" w:rsidP="00C9454D">
      <w:pPr>
        <w:rPr>
          <w:sz w:val="24"/>
          <w:szCs w:val="24"/>
        </w:rPr>
      </w:pPr>
      <w:r w:rsidRPr="00C9454D">
        <w:rPr>
          <w:sz w:val="24"/>
          <w:szCs w:val="24"/>
        </w:rPr>
        <w:t>He felt Abilene’s heartbreak as she rose. As she left.</w:t>
      </w:r>
    </w:p>
    <w:p w14:paraId="187A98F4" w14:textId="77777777" w:rsidR="001B79E4" w:rsidRPr="00C9454D" w:rsidRDefault="001B79E4" w:rsidP="00C9454D">
      <w:pPr>
        <w:rPr>
          <w:sz w:val="24"/>
          <w:szCs w:val="24"/>
        </w:rPr>
      </w:pPr>
      <w:r w:rsidRPr="00C9454D">
        <w:rPr>
          <w:sz w:val="24"/>
          <w:szCs w:val="24"/>
        </w:rPr>
        <w:t>Felt it in his chest, like another scar earned.</w:t>
      </w:r>
    </w:p>
    <w:p w14:paraId="324A8124" w14:textId="77777777" w:rsidR="001B79E4" w:rsidRPr="00C9454D" w:rsidRDefault="001B79E4" w:rsidP="00C9454D">
      <w:pPr>
        <w:rPr>
          <w:sz w:val="24"/>
          <w:szCs w:val="24"/>
        </w:rPr>
      </w:pPr>
      <w:r w:rsidRPr="00C9454D">
        <w:rPr>
          <w:sz w:val="24"/>
          <w:szCs w:val="24"/>
        </w:rPr>
        <w:t>The house went quiet.</w:t>
      </w:r>
    </w:p>
    <w:p w14:paraId="6F48FF68" w14:textId="77777777" w:rsidR="001B79E4" w:rsidRPr="00C9454D" w:rsidRDefault="001B79E4" w:rsidP="00C9454D">
      <w:pPr>
        <w:rPr>
          <w:sz w:val="24"/>
          <w:szCs w:val="24"/>
        </w:rPr>
      </w:pPr>
      <w:r w:rsidRPr="00C9454D">
        <w:rPr>
          <w:sz w:val="24"/>
          <w:szCs w:val="24"/>
        </w:rPr>
        <w:t>The children didn’t understand.</w:t>
      </w:r>
    </w:p>
    <w:p w14:paraId="5E7B1940" w14:textId="77777777" w:rsidR="001B79E4" w:rsidRPr="00C9454D" w:rsidRDefault="001B79E4" w:rsidP="00C9454D">
      <w:pPr>
        <w:rPr>
          <w:sz w:val="24"/>
          <w:szCs w:val="24"/>
        </w:rPr>
      </w:pPr>
      <w:r w:rsidRPr="00C9454D">
        <w:rPr>
          <w:sz w:val="24"/>
          <w:szCs w:val="24"/>
        </w:rPr>
        <w:t>The stewards avoided him.</w:t>
      </w:r>
    </w:p>
    <w:p w14:paraId="33849407" w14:textId="77777777" w:rsidR="001B79E4" w:rsidRPr="00C9454D" w:rsidRDefault="001B79E4" w:rsidP="00C9454D">
      <w:pPr>
        <w:rPr>
          <w:sz w:val="24"/>
          <w:szCs w:val="24"/>
        </w:rPr>
      </w:pPr>
      <w:r w:rsidRPr="00C9454D">
        <w:rPr>
          <w:sz w:val="24"/>
          <w:szCs w:val="24"/>
        </w:rPr>
        <w:t>Abilene didn’t speak for a fortnight. And Guy—Guy stayed silent.</w:t>
      </w:r>
    </w:p>
    <w:p w14:paraId="002F99FA" w14:textId="77777777" w:rsidR="001B79E4" w:rsidRPr="00C9454D" w:rsidRDefault="001B79E4" w:rsidP="00C9454D">
      <w:pPr>
        <w:rPr>
          <w:sz w:val="24"/>
          <w:szCs w:val="24"/>
        </w:rPr>
      </w:pPr>
      <w:r w:rsidRPr="00C9454D">
        <w:rPr>
          <w:sz w:val="24"/>
          <w:szCs w:val="24"/>
        </w:rPr>
        <w:t>Not because he didn’t care.</w:t>
      </w:r>
    </w:p>
    <w:p w14:paraId="3D32BF99" w14:textId="77777777" w:rsidR="001B79E4" w:rsidRPr="00C9454D" w:rsidRDefault="001B79E4" w:rsidP="00C9454D">
      <w:pPr>
        <w:rPr>
          <w:sz w:val="24"/>
          <w:szCs w:val="24"/>
        </w:rPr>
      </w:pPr>
      <w:r w:rsidRPr="00C9454D">
        <w:rPr>
          <w:sz w:val="24"/>
          <w:szCs w:val="24"/>
        </w:rPr>
        <w:t xml:space="preserve">But because </w:t>
      </w:r>
      <w:r w:rsidRPr="00C9454D">
        <w:rPr>
          <w:b/>
          <w:bCs/>
          <w:sz w:val="24"/>
          <w:szCs w:val="24"/>
        </w:rPr>
        <w:t>he was thinking of her first.</w:t>
      </w:r>
    </w:p>
    <w:p w14:paraId="5EED17C4" w14:textId="77777777" w:rsidR="001B79E4" w:rsidRPr="00C9454D" w:rsidRDefault="001B79E4" w:rsidP="00C9454D">
      <w:pPr>
        <w:rPr>
          <w:sz w:val="24"/>
          <w:szCs w:val="24"/>
        </w:rPr>
      </w:pPr>
      <w:r w:rsidRPr="00C9454D">
        <w:rPr>
          <w:sz w:val="24"/>
          <w:szCs w:val="24"/>
        </w:rPr>
        <w:t xml:space="preserve">The lesser of two evils was </w:t>
      </w:r>
      <w:r w:rsidRPr="00C9454D">
        <w:rPr>
          <w:b/>
          <w:bCs/>
          <w:sz w:val="24"/>
          <w:szCs w:val="24"/>
        </w:rPr>
        <w:t>losing Abilene’s words</w:t>
      </w:r>
      <w:r w:rsidRPr="00C9454D">
        <w:rPr>
          <w:sz w:val="24"/>
          <w:szCs w:val="24"/>
        </w:rPr>
        <w:t xml:space="preserve"> in exchange for keeping her soul from splintering.</w:t>
      </w:r>
    </w:p>
    <w:p w14:paraId="48B5917F" w14:textId="77777777" w:rsidR="001B79E4" w:rsidRPr="00C9454D" w:rsidRDefault="001B79E4" w:rsidP="00C9454D">
      <w:pPr>
        <w:rPr>
          <w:sz w:val="24"/>
          <w:szCs w:val="24"/>
        </w:rPr>
      </w:pPr>
      <w:r w:rsidRPr="00C9454D">
        <w:rPr>
          <w:sz w:val="24"/>
          <w:szCs w:val="24"/>
        </w:rPr>
        <w:t>When she came back to bed—finally, quietly—he said nothing.</w:t>
      </w:r>
    </w:p>
    <w:p w14:paraId="789B8010" w14:textId="1DEFFF66" w:rsidR="001B79E4" w:rsidRPr="00C9454D" w:rsidRDefault="001B79E4" w:rsidP="00C9454D">
      <w:pPr>
        <w:rPr>
          <w:sz w:val="24"/>
          <w:szCs w:val="24"/>
        </w:rPr>
      </w:pPr>
      <w:r w:rsidRPr="00C9454D">
        <w:rPr>
          <w:sz w:val="24"/>
          <w:szCs w:val="24"/>
        </w:rPr>
        <w:t xml:space="preserve">She </w:t>
      </w:r>
      <w:r w:rsidR="00BD26C5" w:rsidRPr="00C9454D">
        <w:rPr>
          <w:sz w:val="24"/>
          <w:szCs w:val="24"/>
        </w:rPr>
        <w:t>lay</w:t>
      </w:r>
      <w:r w:rsidRPr="00C9454D">
        <w:rPr>
          <w:sz w:val="24"/>
          <w:szCs w:val="24"/>
        </w:rPr>
        <w:t xml:space="preserve"> down beside him.</w:t>
      </w:r>
    </w:p>
    <w:p w14:paraId="008CD83B" w14:textId="77777777" w:rsidR="001B79E4" w:rsidRPr="00C9454D" w:rsidRDefault="001B79E4" w:rsidP="00C9454D">
      <w:pPr>
        <w:rPr>
          <w:sz w:val="24"/>
          <w:szCs w:val="24"/>
        </w:rPr>
      </w:pPr>
      <w:r w:rsidRPr="00C9454D">
        <w:rPr>
          <w:sz w:val="24"/>
          <w:szCs w:val="24"/>
        </w:rPr>
        <w:t>Only skin.</w:t>
      </w:r>
    </w:p>
    <w:p w14:paraId="365010FF" w14:textId="77777777" w:rsidR="001B79E4" w:rsidRPr="00C9454D" w:rsidRDefault="001B79E4" w:rsidP="00C9454D">
      <w:pPr>
        <w:rPr>
          <w:sz w:val="24"/>
          <w:szCs w:val="24"/>
        </w:rPr>
      </w:pPr>
      <w:r w:rsidRPr="00C9454D">
        <w:rPr>
          <w:sz w:val="24"/>
          <w:szCs w:val="24"/>
        </w:rPr>
        <w:t>And he pulled her to him like a man starving.</w:t>
      </w:r>
    </w:p>
    <w:p w14:paraId="38A8DE01" w14:textId="77777777" w:rsidR="001B79E4" w:rsidRPr="00C9454D" w:rsidRDefault="001B79E4" w:rsidP="00C9454D">
      <w:pPr>
        <w:rPr>
          <w:sz w:val="24"/>
          <w:szCs w:val="24"/>
        </w:rPr>
      </w:pPr>
      <w:r w:rsidRPr="00C9454D">
        <w:rPr>
          <w:sz w:val="24"/>
          <w:szCs w:val="24"/>
        </w:rPr>
        <w:t>And showed her his love without sound.</w:t>
      </w:r>
    </w:p>
    <w:p w14:paraId="4159A9B9" w14:textId="77777777" w:rsidR="001B79E4" w:rsidRPr="00C9454D" w:rsidRDefault="001B79E4" w:rsidP="00C9454D">
      <w:pPr>
        <w:rPr>
          <w:sz w:val="24"/>
          <w:szCs w:val="24"/>
        </w:rPr>
      </w:pPr>
      <w:r w:rsidRPr="00C9454D">
        <w:rPr>
          <w:sz w:val="24"/>
          <w:szCs w:val="24"/>
        </w:rPr>
        <w:t>And it was enough.</w:t>
      </w:r>
    </w:p>
    <w:p w14:paraId="27D1047C" w14:textId="77777777" w:rsidR="001B79E4" w:rsidRPr="00C9454D" w:rsidRDefault="001B79E4" w:rsidP="00C9454D">
      <w:pPr>
        <w:rPr>
          <w:sz w:val="24"/>
          <w:szCs w:val="24"/>
        </w:rPr>
      </w:pPr>
      <w:r w:rsidRPr="00C9454D">
        <w:rPr>
          <w:sz w:val="24"/>
          <w:szCs w:val="24"/>
        </w:rPr>
        <w:t>For now.</w:t>
      </w:r>
    </w:p>
    <w:p w14:paraId="6C851E9B" w14:textId="77777777" w:rsidR="00AE532F" w:rsidRPr="00C9454D" w:rsidRDefault="00AE532F" w:rsidP="00C9454D">
      <w:pPr>
        <w:rPr>
          <w:sz w:val="24"/>
          <w:szCs w:val="24"/>
        </w:rPr>
      </w:pPr>
    </w:p>
    <w:p w14:paraId="00440EDF" w14:textId="72529064" w:rsidR="00035102" w:rsidRPr="00C9454D" w:rsidRDefault="0085229E" w:rsidP="00C9454D">
      <w:pPr>
        <w:pStyle w:val="Heading2"/>
        <w:rPr>
          <w:sz w:val="24"/>
          <w:szCs w:val="24"/>
        </w:rPr>
      </w:pPr>
      <w:r w:rsidRPr="00C9454D">
        <w:rPr>
          <w:sz w:val="24"/>
          <w:szCs w:val="24"/>
        </w:rPr>
        <w:t>Twenty</w:t>
      </w:r>
      <w:r w:rsidR="00035102" w:rsidRPr="00C9454D">
        <w:rPr>
          <w:sz w:val="24"/>
          <w:szCs w:val="24"/>
        </w:rPr>
        <w:t xml:space="preserve"> Years </w:t>
      </w:r>
      <w:r w:rsidR="00AE72DB" w:rsidRPr="00C9454D">
        <w:rPr>
          <w:sz w:val="24"/>
          <w:szCs w:val="24"/>
        </w:rPr>
        <w:t>After</w:t>
      </w:r>
      <w:r w:rsidR="00997161" w:rsidRPr="00C9454D">
        <w:rPr>
          <w:sz w:val="24"/>
          <w:szCs w:val="24"/>
        </w:rPr>
        <w:t xml:space="preserve"> </w:t>
      </w:r>
    </w:p>
    <w:p w14:paraId="3ACD5D16" w14:textId="5255734C" w:rsidR="00286440" w:rsidRPr="00C9454D" w:rsidRDefault="00286440" w:rsidP="00C9454D">
      <w:pPr>
        <w:pStyle w:val="Heading2"/>
        <w:rPr>
          <w:sz w:val="24"/>
          <w:szCs w:val="24"/>
        </w:rPr>
      </w:pPr>
      <w:r w:rsidRPr="00C9454D">
        <w:rPr>
          <w:sz w:val="24"/>
          <w:szCs w:val="24"/>
        </w:rPr>
        <w:t>121</w:t>
      </w:r>
      <w:r w:rsidR="00311C7A" w:rsidRPr="00C9454D">
        <w:rPr>
          <w:sz w:val="24"/>
          <w:szCs w:val="24"/>
        </w:rPr>
        <w:t>8</w:t>
      </w:r>
    </w:p>
    <w:p w14:paraId="08B74821" w14:textId="77777777" w:rsidR="00651B98" w:rsidRPr="00C9454D" w:rsidRDefault="00651B98" w:rsidP="00C9454D">
      <w:pPr>
        <w:rPr>
          <w:sz w:val="24"/>
          <w:szCs w:val="24"/>
        </w:rPr>
      </w:pPr>
    </w:p>
    <w:p w14:paraId="4DFB225B" w14:textId="7C25F34D" w:rsidR="00035102" w:rsidRPr="00C9454D" w:rsidRDefault="00035102" w:rsidP="00C9454D">
      <w:pPr>
        <w:rPr>
          <w:sz w:val="24"/>
          <w:szCs w:val="24"/>
        </w:rPr>
      </w:pPr>
      <w:r w:rsidRPr="00C9454D">
        <w:rPr>
          <w:sz w:val="24"/>
          <w:szCs w:val="24"/>
        </w:rPr>
        <w:t xml:space="preserve">The sun </w:t>
      </w:r>
      <w:r w:rsidR="00893FAB" w:rsidRPr="00C9454D">
        <w:rPr>
          <w:sz w:val="24"/>
          <w:szCs w:val="24"/>
        </w:rPr>
        <w:t>set</w:t>
      </w:r>
      <w:r w:rsidRPr="00C9454D">
        <w:rPr>
          <w:sz w:val="24"/>
          <w:szCs w:val="24"/>
        </w:rPr>
        <w:t xml:space="preserve"> low on the horizon, painting the skies in hues of gold and crimson as Abilene stepped out onto the grounds of </w:t>
      </w:r>
      <w:r w:rsidR="00522C4D" w:rsidRPr="00C9454D">
        <w:rPr>
          <w:sz w:val="24"/>
          <w:szCs w:val="24"/>
        </w:rPr>
        <w:t>High Haven</w:t>
      </w:r>
      <w:r w:rsidRPr="00C9454D">
        <w:rPr>
          <w:sz w:val="24"/>
          <w:szCs w:val="24"/>
        </w:rPr>
        <w:t>. The air was alive with the sound of birdsong, the rustling of leaves, and the distant laughter of villagers preparing for the annual River Festival. A soft breeze carried the scent of blossoms from the orchard, mingling with the earthy aroma of the stream that wound its way through the estate.</w:t>
      </w:r>
    </w:p>
    <w:p w14:paraId="3661D062" w14:textId="322F18C1" w:rsidR="00035102" w:rsidRPr="00C9454D" w:rsidRDefault="0085229E" w:rsidP="00C9454D">
      <w:pPr>
        <w:rPr>
          <w:sz w:val="24"/>
          <w:szCs w:val="24"/>
        </w:rPr>
      </w:pPr>
      <w:r w:rsidRPr="00C9454D">
        <w:rPr>
          <w:sz w:val="24"/>
          <w:szCs w:val="24"/>
        </w:rPr>
        <w:t>Twenty</w:t>
      </w:r>
      <w:r w:rsidR="001A3FED" w:rsidRPr="00C9454D">
        <w:rPr>
          <w:sz w:val="24"/>
          <w:szCs w:val="24"/>
        </w:rPr>
        <w:t>-</w:t>
      </w:r>
      <w:r w:rsidR="00AE72DB" w:rsidRPr="00C9454D">
        <w:rPr>
          <w:sz w:val="24"/>
          <w:szCs w:val="24"/>
        </w:rPr>
        <w:t>two</w:t>
      </w:r>
      <w:r w:rsidR="00035102" w:rsidRPr="00C9454D">
        <w:rPr>
          <w:sz w:val="24"/>
          <w:szCs w:val="24"/>
        </w:rPr>
        <w:t xml:space="preserve"> years had passed since the flood, but the scars it left had long healed, replaced by a flourishing estate that stood as a testament to faith, resilience, and renewal. </w:t>
      </w:r>
      <w:r w:rsidR="00522C4D" w:rsidRPr="00C9454D">
        <w:rPr>
          <w:sz w:val="24"/>
          <w:szCs w:val="24"/>
        </w:rPr>
        <w:t>High Haven</w:t>
      </w:r>
      <w:r w:rsidR="00035102" w:rsidRPr="00C9454D">
        <w:rPr>
          <w:sz w:val="24"/>
          <w:szCs w:val="24"/>
        </w:rPr>
        <w:t xml:space="preserve"> was no longer just a home; it was a sanctuary, a beacon of hope for all who entered its gates.</w:t>
      </w:r>
    </w:p>
    <w:p w14:paraId="618400DD" w14:textId="77777777" w:rsidR="00035102" w:rsidRPr="00C9454D" w:rsidRDefault="00FE197F" w:rsidP="00C9454D">
      <w:pPr>
        <w:rPr>
          <w:sz w:val="24"/>
          <w:szCs w:val="24"/>
        </w:rPr>
      </w:pPr>
      <w:r>
        <w:rPr>
          <w:noProof/>
          <w:sz w:val="24"/>
          <w:szCs w:val="24"/>
        </w:rPr>
      </w:r>
      <w:r w:rsidR="00FE197F">
        <w:rPr>
          <w:noProof/>
          <w:sz w:val="24"/>
          <w:szCs w:val="24"/>
        </w:rPr>
        <w:pict w14:anchorId="7C8CF926">
          <v:rect id="_x0000_i1117" style="width:0;height:1.5pt" o:hralign="center" o:hrstd="t" o:hr="t" fillcolor="#a0a0a0" stroked="f"/>
        </w:pict>
      </w:r>
    </w:p>
    <w:p w14:paraId="5010A9DC" w14:textId="77777777" w:rsidR="00651B98" w:rsidRPr="00C9454D" w:rsidRDefault="00035102" w:rsidP="00C9454D">
      <w:pPr>
        <w:rPr>
          <w:rStyle w:val="Heading2Char"/>
          <w:sz w:val="24"/>
          <w:szCs w:val="24"/>
        </w:rPr>
      </w:pPr>
      <w:r w:rsidRPr="00C9454D">
        <w:rPr>
          <w:rStyle w:val="Heading2Char"/>
          <w:sz w:val="24"/>
          <w:szCs w:val="24"/>
        </w:rPr>
        <w:t>The Grounds</w:t>
      </w:r>
    </w:p>
    <w:p w14:paraId="20220025" w14:textId="5CF8CE56" w:rsidR="00035102" w:rsidRPr="00C9454D" w:rsidRDefault="00035102" w:rsidP="00C9454D">
      <w:pPr>
        <w:rPr>
          <w:sz w:val="24"/>
          <w:szCs w:val="24"/>
        </w:rPr>
      </w:pPr>
      <w:r w:rsidRPr="00C9454D">
        <w:rPr>
          <w:sz w:val="24"/>
          <w:szCs w:val="24"/>
        </w:rPr>
        <w:br/>
        <w:t>Abilene walked along the stream’s edge, the water sparkling as it tumbled over smooth granite. The stream, untouched by the floodwaters, had been their lifeline, its purity a quiet miracle. She paused for a moment, watching its gentle flow as sunlight danced on its surface. It was hard to believe that something so tranquil had remained constant through so much upheaval.</w:t>
      </w:r>
    </w:p>
    <w:p w14:paraId="536C4775" w14:textId="1A7755EE" w:rsidR="00035102" w:rsidRPr="00C9454D" w:rsidRDefault="00035102" w:rsidP="00C9454D">
      <w:pPr>
        <w:rPr>
          <w:sz w:val="24"/>
          <w:szCs w:val="24"/>
        </w:rPr>
      </w:pPr>
      <w:r w:rsidRPr="00C9454D">
        <w:rPr>
          <w:sz w:val="24"/>
          <w:szCs w:val="24"/>
        </w:rPr>
        <w:t xml:space="preserve">Beyond the stream, the orchard stretched out in neat rows, its trees heavy with ripened fruit. The branches of the cherry trees drooped under the weight of their bright red harvest, while apple and pear trees bore fruit that promised a bountiful season. Villagers from </w:t>
      </w:r>
      <w:proofErr w:type="spellStart"/>
      <w:r w:rsidR="005419BA" w:rsidRPr="00C9454D">
        <w:rPr>
          <w:sz w:val="24"/>
          <w:szCs w:val="24"/>
        </w:rPr>
        <w:t>Teston</w:t>
      </w:r>
      <w:proofErr w:type="spellEnd"/>
      <w:r w:rsidR="005419BA" w:rsidRPr="00C9454D">
        <w:rPr>
          <w:sz w:val="24"/>
          <w:szCs w:val="24"/>
        </w:rPr>
        <w:t xml:space="preserve"> </w:t>
      </w:r>
      <w:r w:rsidRPr="00C9454D">
        <w:rPr>
          <w:sz w:val="24"/>
          <w:szCs w:val="24"/>
        </w:rPr>
        <w:t>and beyond would soon arrive to share in the festival’s feast, bringing their own offerings of grain, honey, and goods.</w:t>
      </w:r>
    </w:p>
    <w:p w14:paraId="7BFE404C" w14:textId="3F16AD63" w:rsidR="00035102" w:rsidRPr="00C9454D" w:rsidRDefault="00035102" w:rsidP="00C9454D">
      <w:pPr>
        <w:rPr>
          <w:sz w:val="24"/>
          <w:szCs w:val="24"/>
        </w:rPr>
      </w:pPr>
      <w:r w:rsidRPr="00C9454D">
        <w:rPr>
          <w:sz w:val="24"/>
          <w:szCs w:val="24"/>
        </w:rPr>
        <w:t xml:space="preserve">Abilene turned toward the stone bridge that spanned the stream, connecting </w:t>
      </w:r>
      <w:r w:rsidR="00522C4D" w:rsidRPr="00C9454D">
        <w:rPr>
          <w:sz w:val="24"/>
          <w:szCs w:val="24"/>
        </w:rPr>
        <w:t>High Haven</w:t>
      </w:r>
      <w:r w:rsidRPr="00C9454D">
        <w:rPr>
          <w:sz w:val="24"/>
          <w:szCs w:val="24"/>
        </w:rPr>
        <w:t xml:space="preserve"> to the rebuilt village </w:t>
      </w:r>
      <w:r w:rsidR="00BE02CC" w:rsidRPr="00C9454D">
        <w:rPr>
          <w:sz w:val="24"/>
          <w:szCs w:val="24"/>
        </w:rPr>
        <w:t xml:space="preserve">of </w:t>
      </w:r>
      <w:proofErr w:type="spellStart"/>
      <w:r w:rsidR="00BE02CC" w:rsidRPr="00C9454D">
        <w:rPr>
          <w:sz w:val="24"/>
          <w:szCs w:val="24"/>
        </w:rPr>
        <w:t>Teston</w:t>
      </w:r>
      <w:proofErr w:type="spellEnd"/>
      <w:r w:rsidRPr="00C9454D">
        <w:rPr>
          <w:sz w:val="24"/>
          <w:szCs w:val="24"/>
        </w:rPr>
        <w:t xml:space="preserve">. The bridge, once destroyed by the flood, now stood as a masterpiece of craftsmanship. Intricate carvings of bears—the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family crest—adorned its sides, a symbol of the strength and resilience that had brought them through the darkest of times.</w:t>
      </w:r>
    </w:p>
    <w:p w14:paraId="63F599EB" w14:textId="77777777" w:rsidR="00035102" w:rsidRPr="00C9454D" w:rsidRDefault="00FE197F" w:rsidP="00C9454D">
      <w:pPr>
        <w:rPr>
          <w:sz w:val="24"/>
          <w:szCs w:val="24"/>
        </w:rPr>
      </w:pPr>
      <w:r>
        <w:rPr>
          <w:noProof/>
          <w:sz w:val="24"/>
          <w:szCs w:val="24"/>
        </w:rPr>
      </w:r>
      <w:r w:rsidR="00FE197F">
        <w:rPr>
          <w:noProof/>
          <w:sz w:val="24"/>
          <w:szCs w:val="24"/>
        </w:rPr>
        <w:pict w14:anchorId="473F11E1">
          <v:rect id="_x0000_i1118" style="width:0;height:1.5pt" o:hralign="center" o:hrstd="t" o:hr="t" fillcolor="#a0a0a0" stroked="f"/>
        </w:pict>
      </w:r>
    </w:p>
    <w:p w14:paraId="142B5216" w14:textId="77777777" w:rsidR="00651B98" w:rsidRPr="00C9454D" w:rsidRDefault="00035102" w:rsidP="00C9454D">
      <w:pPr>
        <w:rPr>
          <w:rStyle w:val="Heading2Char"/>
          <w:sz w:val="24"/>
          <w:szCs w:val="24"/>
        </w:rPr>
      </w:pPr>
      <w:r w:rsidRPr="00C9454D">
        <w:rPr>
          <w:rStyle w:val="Heading2Char"/>
          <w:sz w:val="24"/>
          <w:szCs w:val="24"/>
        </w:rPr>
        <w:t>The Manor</w:t>
      </w:r>
    </w:p>
    <w:p w14:paraId="601EC561" w14:textId="66F65BC4" w:rsidR="00035102" w:rsidRPr="00C9454D" w:rsidRDefault="00035102" w:rsidP="00C9454D">
      <w:pPr>
        <w:rPr>
          <w:sz w:val="24"/>
          <w:szCs w:val="24"/>
        </w:rPr>
      </w:pPr>
      <w:r w:rsidRPr="00C9454D">
        <w:rPr>
          <w:sz w:val="24"/>
          <w:szCs w:val="24"/>
        </w:rPr>
        <w:br/>
      </w:r>
      <w:r w:rsidR="00522C4D" w:rsidRPr="00C9454D">
        <w:rPr>
          <w:sz w:val="24"/>
          <w:szCs w:val="24"/>
        </w:rPr>
        <w:t>High Haven</w:t>
      </w:r>
      <w:r w:rsidRPr="00C9454D">
        <w:rPr>
          <w:sz w:val="24"/>
          <w:szCs w:val="24"/>
        </w:rPr>
        <w:t xml:space="preserve"> Manor rose above the estate, its stone walls glowing in the fading sunlight. The ivy that once choked its surface now framed its grandeur, and the great wooden doors bore a fresh coat of polish. Above the entrance, the bear crest was etched into the stone, standing as a sentinel to the family’s legacy.</w:t>
      </w:r>
    </w:p>
    <w:p w14:paraId="1787017E" w14:textId="77777777" w:rsidR="00035102" w:rsidRPr="00C9454D" w:rsidRDefault="00035102" w:rsidP="00C9454D">
      <w:pPr>
        <w:rPr>
          <w:sz w:val="24"/>
          <w:szCs w:val="24"/>
        </w:rPr>
      </w:pPr>
      <w:r w:rsidRPr="00C9454D">
        <w:rPr>
          <w:sz w:val="24"/>
          <w:szCs w:val="24"/>
        </w:rPr>
        <w:t>Inside, the great hall was alive with warmth and light. The massive stone fireplace crackled with a welcoming fire, its mantle adorned with garlands of fresh greenery. The long oak table, polished to a gleam, was set for the evening meal, surrounded by chairs that had once been hidden beneath decades of neglect. Above, banners hung in tribute to the estate’s legacy, their vibrant colors contrasting against the cool gray stone of the walls.</w:t>
      </w:r>
    </w:p>
    <w:p w14:paraId="3150FDCA" w14:textId="77777777" w:rsidR="00035102" w:rsidRPr="00C9454D" w:rsidRDefault="00035102" w:rsidP="00C9454D">
      <w:pPr>
        <w:rPr>
          <w:sz w:val="24"/>
          <w:szCs w:val="24"/>
        </w:rPr>
      </w:pPr>
      <w:r w:rsidRPr="00C9454D">
        <w:rPr>
          <w:sz w:val="24"/>
          <w:szCs w:val="24"/>
        </w:rPr>
        <w:t>At the far end of the hall, Abilene’s gaze fell on Lady Helena’s portrait. The painting was breathtaking, capturing Helena in her youth, her face radiant with intelligence and grace. Dressed in deep emerald green, her eyes seemed to meet Abilene’s with a knowing look, as though the wisdom she had recorded in her journals transcended time.</w:t>
      </w:r>
    </w:p>
    <w:p w14:paraId="0B24FF02" w14:textId="77777777" w:rsidR="00035102" w:rsidRPr="00C9454D" w:rsidRDefault="00035102" w:rsidP="00C9454D">
      <w:pPr>
        <w:rPr>
          <w:sz w:val="24"/>
          <w:szCs w:val="24"/>
        </w:rPr>
      </w:pPr>
      <w:r w:rsidRPr="00C9454D">
        <w:rPr>
          <w:sz w:val="24"/>
          <w:szCs w:val="24"/>
        </w:rPr>
        <w:t>Abilene had commissioned the portrait to be restored and displayed prominently, a tribute to the woman whose strength had guided her through some of the estate’s darkest days. Beneath the portrait, a plaque read:</w:t>
      </w:r>
    </w:p>
    <w:p w14:paraId="2557B44A" w14:textId="23E8B7F9" w:rsidR="00035102" w:rsidRPr="00C9454D" w:rsidRDefault="00035102" w:rsidP="00C9454D">
      <w:pPr>
        <w:rPr>
          <w:sz w:val="24"/>
          <w:szCs w:val="24"/>
        </w:rPr>
      </w:pPr>
      <w:r w:rsidRPr="00C9454D">
        <w:rPr>
          <w:i/>
          <w:iCs/>
          <w:sz w:val="24"/>
          <w:szCs w:val="24"/>
        </w:rPr>
        <w:t xml:space="preserve">“Lady Helena </w:t>
      </w:r>
      <w:proofErr w:type="spellStart"/>
      <w:r w:rsidR="00637186" w:rsidRPr="00C9454D">
        <w:rPr>
          <w:i/>
          <w:iCs/>
          <w:sz w:val="24"/>
          <w:szCs w:val="24"/>
        </w:rPr>
        <w:t>Ravenshire</w:t>
      </w:r>
      <w:proofErr w:type="spellEnd"/>
      <w:r w:rsidR="00637186" w:rsidRPr="00C9454D">
        <w:rPr>
          <w:i/>
          <w:iCs/>
          <w:sz w:val="24"/>
          <w:szCs w:val="24"/>
        </w:rPr>
        <w:t xml:space="preserve"> </w:t>
      </w:r>
      <w:r w:rsidR="00DD1FF5" w:rsidRPr="00C9454D">
        <w:rPr>
          <w:i/>
          <w:iCs/>
          <w:sz w:val="24"/>
          <w:szCs w:val="24"/>
        </w:rPr>
        <w:t xml:space="preserve">de </w:t>
      </w:r>
      <w:r w:rsidR="00522C4D" w:rsidRPr="00C9454D">
        <w:rPr>
          <w:i/>
          <w:iCs/>
          <w:sz w:val="24"/>
          <w:szCs w:val="24"/>
        </w:rPr>
        <w:t>High Haven</w:t>
      </w:r>
      <w:r w:rsidRPr="00C9454D">
        <w:rPr>
          <w:i/>
          <w:iCs/>
          <w:sz w:val="24"/>
          <w:szCs w:val="24"/>
        </w:rPr>
        <w:t xml:space="preserve">—Keeper of Wisdom, Guardian of Legacy. </w:t>
      </w:r>
      <w:r w:rsidR="00637186" w:rsidRPr="00C9454D">
        <w:rPr>
          <w:i/>
          <w:iCs/>
          <w:sz w:val="24"/>
          <w:szCs w:val="24"/>
        </w:rPr>
        <w:t>“</w:t>
      </w:r>
    </w:p>
    <w:p w14:paraId="30AC3614" w14:textId="77777777" w:rsidR="00035102" w:rsidRPr="00C9454D" w:rsidRDefault="00035102" w:rsidP="00C9454D">
      <w:pPr>
        <w:rPr>
          <w:sz w:val="24"/>
          <w:szCs w:val="24"/>
        </w:rPr>
      </w:pPr>
      <w:r w:rsidRPr="00C9454D">
        <w:rPr>
          <w:sz w:val="24"/>
          <w:szCs w:val="24"/>
        </w:rPr>
        <w:t>Abilene reached out to straighten the garland that framed the portrait, her heart swelling with gratitude. “You saved us, Lady Helena,” she murmured. “Your words, your strength—they saved us all.”</w:t>
      </w:r>
    </w:p>
    <w:p w14:paraId="59A363C6" w14:textId="77777777" w:rsidR="00035102" w:rsidRPr="00C9454D" w:rsidRDefault="00FE197F" w:rsidP="00C9454D">
      <w:pPr>
        <w:rPr>
          <w:sz w:val="24"/>
          <w:szCs w:val="24"/>
        </w:rPr>
      </w:pPr>
      <w:r>
        <w:rPr>
          <w:noProof/>
          <w:sz w:val="24"/>
          <w:szCs w:val="24"/>
        </w:rPr>
      </w:r>
      <w:r w:rsidR="00FE197F">
        <w:rPr>
          <w:noProof/>
          <w:sz w:val="24"/>
          <w:szCs w:val="24"/>
        </w:rPr>
        <w:pict w14:anchorId="599DADF1">
          <v:rect id="_x0000_i1119" style="width:0;height:1.5pt" o:hralign="center" o:hrstd="t" o:hr="t" fillcolor="#a0a0a0" stroked="f"/>
        </w:pict>
      </w:r>
    </w:p>
    <w:p w14:paraId="5DB4CC66" w14:textId="24BFA3A9" w:rsidR="00585D2E" w:rsidRPr="00C9454D" w:rsidRDefault="00035102" w:rsidP="00C9454D">
      <w:pPr>
        <w:rPr>
          <w:rStyle w:val="Heading2Char"/>
          <w:sz w:val="24"/>
          <w:szCs w:val="24"/>
        </w:rPr>
      </w:pPr>
      <w:r w:rsidRPr="00C9454D">
        <w:rPr>
          <w:rStyle w:val="Heading2Char"/>
          <w:sz w:val="24"/>
          <w:szCs w:val="24"/>
        </w:rPr>
        <w:t xml:space="preserve">The </w:t>
      </w:r>
      <w:r w:rsidR="00651B98" w:rsidRPr="00C9454D">
        <w:rPr>
          <w:rStyle w:val="Heading2Char"/>
          <w:sz w:val="24"/>
          <w:szCs w:val="24"/>
        </w:rPr>
        <w:t>Library</w:t>
      </w:r>
    </w:p>
    <w:p w14:paraId="6C3779D8" w14:textId="6A0BB1E7" w:rsidR="00035102" w:rsidRPr="00C9454D" w:rsidRDefault="00035102" w:rsidP="00C9454D">
      <w:pPr>
        <w:rPr>
          <w:sz w:val="24"/>
          <w:szCs w:val="24"/>
        </w:rPr>
      </w:pPr>
      <w:r w:rsidRPr="00C9454D">
        <w:rPr>
          <w:sz w:val="24"/>
          <w:szCs w:val="24"/>
        </w:rPr>
        <w:br/>
        <w:t>Climbing the winding staircase to the library, Abilene marveled at how the room had transformed. The shelves, once dusty and bare, now brimmed with books, manuscripts, and scrolls. Lady Helena’s journals sat prominently on the central desk, their pages carefully preserved.</w:t>
      </w:r>
    </w:p>
    <w:p w14:paraId="274A4849" w14:textId="768B9B5C" w:rsidR="00035102" w:rsidRPr="00C9454D" w:rsidRDefault="00035102" w:rsidP="00C9454D">
      <w:pPr>
        <w:rPr>
          <w:sz w:val="24"/>
          <w:szCs w:val="24"/>
        </w:rPr>
      </w:pPr>
      <w:r w:rsidRPr="00C9454D">
        <w:rPr>
          <w:sz w:val="24"/>
          <w:szCs w:val="24"/>
        </w:rPr>
        <w:t xml:space="preserve">Abilene ran her fingers along their spines before pulling one open. The familiar handwriting brought a smile to her lips. These journals had not only guided her through the water crisis but had inspired her to write </w:t>
      </w:r>
      <w:r w:rsidRPr="00C9454D">
        <w:rPr>
          <w:i/>
          <w:iCs/>
          <w:sz w:val="24"/>
          <w:szCs w:val="24"/>
        </w:rPr>
        <w:t>The Keeper’s Way</w:t>
      </w:r>
      <w:r w:rsidRPr="00C9454D">
        <w:rPr>
          <w:sz w:val="24"/>
          <w:szCs w:val="24"/>
        </w:rPr>
        <w:t>, a book that had become a treasure across the region. She turned to a fresh page and began writing her thoughts, knowing that her own words might one day gui</w:t>
      </w:r>
      <w:r w:rsidR="00DD1FF5" w:rsidRPr="00C9454D">
        <w:rPr>
          <w:sz w:val="24"/>
          <w:szCs w:val="24"/>
        </w:rPr>
        <w:t xml:space="preserve">de </w:t>
      </w:r>
      <w:r w:rsidRPr="00C9454D">
        <w:rPr>
          <w:sz w:val="24"/>
          <w:szCs w:val="24"/>
        </w:rPr>
        <w:t>future generations.</w:t>
      </w:r>
    </w:p>
    <w:p w14:paraId="67C3D2E3" w14:textId="77777777" w:rsidR="00035102" w:rsidRPr="00C9454D" w:rsidRDefault="00FE197F" w:rsidP="00C9454D">
      <w:pPr>
        <w:rPr>
          <w:sz w:val="24"/>
          <w:szCs w:val="24"/>
        </w:rPr>
      </w:pPr>
      <w:r>
        <w:rPr>
          <w:noProof/>
          <w:sz w:val="24"/>
          <w:szCs w:val="24"/>
        </w:rPr>
      </w:r>
      <w:r w:rsidR="00FE197F">
        <w:rPr>
          <w:noProof/>
          <w:sz w:val="24"/>
          <w:szCs w:val="24"/>
        </w:rPr>
        <w:pict w14:anchorId="1126E227">
          <v:rect id="_x0000_i1120" style="width:0;height:1.5pt" o:hralign="center" o:hrstd="t" o:hr="t" fillcolor="#a0a0a0" stroked="f"/>
        </w:pict>
      </w:r>
    </w:p>
    <w:p w14:paraId="5E7E3B69" w14:textId="5A5F0665" w:rsidR="00035102" w:rsidRPr="00C9454D" w:rsidRDefault="00035102" w:rsidP="00C9454D">
      <w:pPr>
        <w:rPr>
          <w:sz w:val="24"/>
          <w:szCs w:val="24"/>
        </w:rPr>
      </w:pPr>
      <w:r w:rsidRPr="00C9454D">
        <w:rPr>
          <w:rStyle w:val="Heading2Char"/>
          <w:sz w:val="24"/>
          <w:szCs w:val="24"/>
        </w:rPr>
        <w:t>The Courtyard</w:t>
      </w:r>
      <w:r w:rsidRPr="00C9454D">
        <w:rPr>
          <w:sz w:val="24"/>
          <w:szCs w:val="24"/>
        </w:rPr>
        <w:br/>
        <w:t>Abilene stepped outsi</w:t>
      </w:r>
      <w:r w:rsidR="00DD1FF5" w:rsidRPr="00C9454D">
        <w:rPr>
          <w:sz w:val="24"/>
          <w:szCs w:val="24"/>
        </w:rPr>
        <w:t xml:space="preserve">de </w:t>
      </w:r>
      <w:r w:rsidRPr="00C9454D">
        <w:rPr>
          <w:sz w:val="24"/>
          <w:szCs w:val="24"/>
        </w:rPr>
        <w:t>into the courtyard, where Guy was speaking with a group of villagers. His tall, broad frame cast a long shadow as the last rays of sunlight bathed the manor in golden light. He turned to her, his face breaking into a smile that still ma</w:t>
      </w:r>
      <w:r w:rsidR="00DD1FF5" w:rsidRPr="00C9454D">
        <w:rPr>
          <w:sz w:val="24"/>
          <w:szCs w:val="24"/>
        </w:rPr>
        <w:t xml:space="preserve">de </w:t>
      </w:r>
      <w:r w:rsidRPr="00C9454D">
        <w:rPr>
          <w:sz w:val="24"/>
          <w:szCs w:val="24"/>
        </w:rPr>
        <w:t>her heart flutter.</w:t>
      </w:r>
    </w:p>
    <w:p w14:paraId="2BBA0908" w14:textId="77777777" w:rsidR="00035102" w:rsidRPr="00C9454D" w:rsidRDefault="00035102" w:rsidP="00C9454D">
      <w:pPr>
        <w:rPr>
          <w:sz w:val="24"/>
          <w:szCs w:val="24"/>
        </w:rPr>
      </w:pPr>
      <w:r w:rsidRPr="00C9454D">
        <w:rPr>
          <w:sz w:val="24"/>
          <w:szCs w:val="24"/>
        </w:rPr>
        <w:t>Together, they walked the grounds, their footsteps crunching softly on the gravel paths. They passed the orchard, the stream, and the bustling bridge, each a reminder of the journey that had brought them here.</w:t>
      </w:r>
    </w:p>
    <w:p w14:paraId="1AF9423D" w14:textId="1D689876" w:rsidR="00035102" w:rsidRPr="00C9454D" w:rsidRDefault="00522C4D" w:rsidP="00C9454D">
      <w:pPr>
        <w:rPr>
          <w:sz w:val="24"/>
          <w:szCs w:val="24"/>
        </w:rPr>
      </w:pPr>
      <w:r w:rsidRPr="00C9454D">
        <w:rPr>
          <w:sz w:val="24"/>
          <w:szCs w:val="24"/>
        </w:rPr>
        <w:t>High Haven</w:t>
      </w:r>
      <w:r w:rsidR="00035102" w:rsidRPr="00C9454D">
        <w:rPr>
          <w:sz w:val="24"/>
          <w:szCs w:val="24"/>
        </w:rPr>
        <w:t xml:space="preserve"> was no longer a ruin. It was a legacy—a place where faith, resilience, and love had triumphed over despair. And though their journey was far from over, Abilene knew that they had built something that would endure, not just for John Marshall</w:t>
      </w:r>
      <w:r w:rsidR="00F46C86" w:rsidRPr="00C9454D">
        <w:rPr>
          <w:sz w:val="24"/>
          <w:szCs w:val="24"/>
        </w:rPr>
        <w:t xml:space="preserve"> and Helena</w:t>
      </w:r>
      <w:r w:rsidR="00035102" w:rsidRPr="00C9454D">
        <w:rPr>
          <w:sz w:val="24"/>
          <w:szCs w:val="24"/>
        </w:rPr>
        <w:t xml:space="preserve"> but for generations to come.</w:t>
      </w:r>
    </w:p>
    <w:p w14:paraId="676ED8D4" w14:textId="77777777" w:rsidR="00035102" w:rsidRPr="00C9454D" w:rsidRDefault="00035102" w:rsidP="00C9454D">
      <w:pPr>
        <w:rPr>
          <w:sz w:val="24"/>
          <w:szCs w:val="24"/>
        </w:rPr>
      </w:pPr>
      <w:r w:rsidRPr="00C9454D">
        <w:rPr>
          <w:sz w:val="24"/>
          <w:szCs w:val="24"/>
        </w:rPr>
        <w:t>As the sky darkened and the first stars appeared, Abilene looked back at the manor one last time. The light from the great hall windows spilled out into the courtyard, and above the door, the bear crest gleamed in the moonlight.</w:t>
      </w:r>
    </w:p>
    <w:p w14:paraId="22811F79" w14:textId="77777777" w:rsidR="00035102" w:rsidRPr="00C9454D" w:rsidRDefault="00035102" w:rsidP="00C9454D">
      <w:pPr>
        <w:rPr>
          <w:sz w:val="24"/>
          <w:szCs w:val="24"/>
        </w:rPr>
      </w:pPr>
      <w:r w:rsidRPr="00C9454D">
        <w:rPr>
          <w:i/>
          <w:iCs/>
          <w:sz w:val="24"/>
          <w:szCs w:val="24"/>
        </w:rPr>
        <w:t>“This is just the beginning,”</w:t>
      </w:r>
      <w:r w:rsidRPr="00C9454D">
        <w:rPr>
          <w:sz w:val="24"/>
          <w:szCs w:val="24"/>
        </w:rPr>
        <w:t xml:space="preserve"> she thought, her hand resting on Guy’s arm. Together, they turned toward the sound of the villagers’ laughter, walking forward into a future they had fought to build.</w:t>
      </w:r>
    </w:p>
    <w:p w14:paraId="63B41F60" w14:textId="0E2C2E9F" w:rsidR="00CD6C84" w:rsidRPr="00C9454D" w:rsidRDefault="00FE197F" w:rsidP="00C9454D">
      <w:pPr>
        <w:rPr>
          <w:sz w:val="24"/>
          <w:szCs w:val="24"/>
        </w:rPr>
      </w:pPr>
      <w:r>
        <w:rPr>
          <w:noProof/>
          <w:sz w:val="24"/>
          <w:szCs w:val="24"/>
        </w:rPr>
      </w:r>
      <w:r w:rsidR="00FE197F">
        <w:rPr>
          <w:noProof/>
          <w:sz w:val="24"/>
          <w:szCs w:val="24"/>
        </w:rPr>
        <w:pict w14:anchorId="1BBE9F5A">
          <v:rect id="_x0000_i1121" style="width:0;height:1.5pt" o:hralign="center" o:hrstd="t" o:hr="t" fillcolor="#a0a0a0" stroked="f"/>
        </w:pict>
      </w:r>
      <w:r w:rsidR="00CD6C84" w:rsidRPr="00C9454D">
        <w:rPr>
          <w:sz w:val="24"/>
          <w:szCs w:val="24"/>
        </w:rPr>
        <w:br w:type="page"/>
      </w:r>
    </w:p>
    <w:p w14:paraId="3308EC44" w14:textId="7977A976" w:rsidR="00A06E85" w:rsidRPr="00C9454D" w:rsidRDefault="00B426BE" w:rsidP="00C9454D">
      <w:pPr>
        <w:pStyle w:val="Heading2"/>
        <w:rPr>
          <w:sz w:val="24"/>
          <w:szCs w:val="24"/>
        </w:rPr>
      </w:pPr>
      <w:r w:rsidRPr="00C9454D">
        <w:rPr>
          <w:sz w:val="24"/>
          <w:szCs w:val="24"/>
        </w:rPr>
        <w:t>Henry III</w:t>
      </w:r>
      <w:r w:rsidR="00A42992" w:rsidRPr="00C9454D">
        <w:rPr>
          <w:sz w:val="24"/>
          <w:szCs w:val="24"/>
        </w:rPr>
        <w:t>,</w:t>
      </w:r>
      <w:r w:rsidRPr="00C9454D">
        <w:rPr>
          <w:sz w:val="24"/>
          <w:szCs w:val="24"/>
        </w:rPr>
        <w:t xml:space="preserve"> also known as Henry of Winchester, was </w:t>
      </w:r>
      <w:hyperlink r:id="rId8" w:tooltip="King of England" w:history="1">
        <w:r w:rsidRPr="00C9454D">
          <w:rPr>
            <w:rStyle w:val="Hyperlink"/>
            <w:color w:val="61721F" w:themeColor="accent1" w:themeShade="BF"/>
            <w:sz w:val="24"/>
            <w:szCs w:val="24"/>
            <w:u w:val="none"/>
          </w:rPr>
          <w:t>King of England</w:t>
        </w:r>
      </w:hyperlink>
      <w:r w:rsidRPr="00C9454D">
        <w:rPr>
          <w:sz w:val="24"/>
          <w:szCs w:val="24"/>
        </w:rPr>
        <w:t>, </w:t>
      </w:r>
      <w:hyperlink r:id="rId9" w:tooltip="Lord of Ireland" w:history="1">
        <w:r w:rsidRPr="00C9454D">
          <w:rPr>
            <w:rStyle w:val="Hyperlink"/>
            <w:color w:val="61721F" w:themeColor="accent1" w:themeShade="BF"/>
            <w:sz w:val="24"/>
            <w:szCs w:val="24"/>
            <w:u w:val="none"/>
          </w:rPr>
          <w:t>Lord of Ireland</w:t>
        </w:r>
      </w:hyperlink>
      <w:r w:rsidRPr="00C9454D">
        <w:rPr>
          <w:sz w:val="24"/>
          <w:szCs w:val="24"/>
        </w:rPr>
        <w:t>, and </w:t>
      </w:r>
      <w:hyperlink r:id="rId10" w:tooltip="Duke of Aquitaine" w:history="1">
        <w:r w:rsidRPr="00C9454D">
          <w:rPr>
            <w:rStyle w:val="Hyperlink"/>
            <w:color w:val="61721F" w:themeColor="accent1" w:themeShade="BF"/>
            <w:sz w:val="24"/>
            <w:szCs w:val="24"/>
            <w:u w:val="none"/>
          </w:rPr>
          <w:t>Duke of Aquitaine</w:t>
        </w:r>
      </w:hyperlink>
    </w:p>
    <w:p w14:paraId="6514573B" w14:textId="008F1CDE" w:rsidR="00D94D13" w:rsidRPr="00C9454D" w:rsidRDefault="00AF0B95" w:rsidP="00C9454D">
      <w:pPr>
        <w:pStyle w:val="Heading2"/>
        <w:rPr>
          <w:sz w:val="24"/>
          <w:szCs w:val="24"/>
        </w:rPr>
      </w:pPr>
      <w:r w:rsidRPr="00C9454D">
        <w:rPr>
          <w:sz w:val="24"/>
          <w:szCs w:val="24"/>
        </w:rPr>
        <w:t>1218</w:t>
      </w:r>
    </w:p>
    <w:p w14:paraId="13D9F802" w14:textId="77777777" w:rsidR="00585D2E" w:rsidRPr="00C9454D" w:rsidRDefault="00585D2E" w:rsidP="00C9454D">
      <w:pPr>
        <w:rPr>
          <w:sz w:val="24"/>
          <w:szCs w:val="24"/>
        </w:rPr>
      </w:pPr>
    </w:p>
    <w:p w14:paraId="785CCA23" w14:textId="3324C4EA" w:rsidR="00A06E85" w:rsidRPr="00C9454D" w:rsidRDefault="00A06E85" w:rsidP="00C9454D">
      <w:pPr>
        <w:rPr>
          <w:sz w:val="24"/>
          <w:szCs w:val="24"/>
        </w:rPr>
      </w:pPr>
      <w:r w:rsidRPr="00C9454D">
        <w:rPr>
          <w:sz w:val="24"/>
          <w:szCs w:val="24"/>
        </w:rPr>
        <w:t xml:space="preserve">King </w:t>
      </w:r>
      <w:r w:rsidR="00AF0B95" w:rsidRPr="00C9454D">
        <w:rPr>
          <w:sz w:val="24"/>
          <w:szCs w:val="24"/>
        </w:rPr>
        <w:t>Henry</w:t>
      </w:r>
      <w:r w:rsidRPr="00C9454D">
        <w:rPr>
          <w:sz w:val="24"/>
          <w:szCs w:val="24"/>
        </w:rPr>
        <w:t xml:space="preserve">, knew of </w:t>
      </w:r>
      <w:r w:rsidR="00522C4D" w:rsidRPr="00C9454D">
        <w:rPr>
          <w:sz w:val="24"/>
          <w:szCs w:val="24"/>
        </w:rPr>
        <w:t>High Haven</w:t>
      </w:r>
      <w:r w:rsidRPr="00C9454D">
        <w:rPr>
          <w:sz w:val="24"/>
          <w:szCs w:val="24"/>
        </w:rPr>
        <w:t xml:space="preserve"> long before the mishap that brought him to its gates. The tales of Sir Guy </w:t>
      </w:r>
      <w:r w:rsidR="00DD1FF5" w:rsidRPr="00C9454D">
        <w:rPr>
          <w:sz w:val="24"/>
          <w:szCs w:val="24"/>
        </w:rPr>
        <w:t xml:space="preserve">De </w:t>
      </w:r>
      <w:proofErr w:type="spellStart"/>
      <w:r w:rsidR="00C02BCB" w:rsidRPr="00C9454D">
        <w:rPr>
          <w:sz w:val="24"/>
          <w:szCs w:val="24"/>
        </w:rPr>
        <w:t>Peine</w:t>
      </w:r>
      <w:proofErr w:type="spellEnd"/>
      <w:r w:rsidRPr="00C9454D">
        <w:rPr>
          <w:sz w:val="24"/>
          <w:szCs w:val="24"/>
        </w:rPr>
        <w:t xml:space="preserve"> and Lady Abilene, and the sanctuary they had created, had reached even the royal court. It was said to be a place where peace thrived, where the burdens of life seemed to melt away, and where every soul found renewal.</w:t>
      </w:r>
    </w:p>
    <w:p w14:paraId="1AC38DF7" w14:textId="071F392D" w:rsidR="00A06E85" w:rsidRPr="00C9454D" w:rsidRDefault="00A06E85" w:rsidP="00C9454D">
      <w:pPr>
        <w:rPr>
          <w:sz w:val="24"/>
          <w:szCs w:val="24"/>
        </w:rPr>
      </w:pPr>
      <w:r w:rsidRPr="00C9454D">
        <w:rPr>
          <w:sz w:val="24"/>
          <w:szCs w:val="24"/>
        </w:rPr>
        <w:t xml:space="preserve">When the axle of his royal carriage shattered on the forest road, leaving his entourage stranded, </w:t>
      </w:r>
      <w:r w:rsidR="00434947" w:rsidRPr="00C9454D">
        <w:rPr>
          <w:sz w:val="24"/>
          <w:szCs w:val="24"/>
        </w:rPr>
        <w:t>Henry</w:t>
      </w:r>
      <w:r w:rsidR="00B6490C" w:rsidRPr="00C9454D">
        <w:rPr>
          <w:sz w:val="24"/>
          <w:szCs w:val="24"/>
        </w:rPr>
        <w:t xml:space="preserve"> </w:t>
      </w:r>
      <w:r w:rsidRPr="00C9454D">
        <w:rPr>
          <w:sz w:val="24"/>
          <w:szCs w:val="24"/>
        </w:rPr>
        <w:t xml:space="preserve">saw it as an opportunity. "Take me to </w:t>
      </w:r>
      <w:r w:rsidR="00522C4D" w:rsidRPr="00C9454D">
        <w:rPr>
          <w:sz w:val="24"/>
          <w:szCs w:val="24"/>
        </w:rPr>
        <w:t>High Haven</w:t>
      </w:r>
      <w:r w:rsidRPr="00C9454D">
        <w:rPr>
          <w:sz w:val="24"/>
          <w:szCs w:val="24"/>
        </w:rPr>
        <w:t>," he commanded his knights. "If it is as they say, it will be the perfect place to rest."</w:t>
      </w:r>
    </w:p>
    <w:p w14:paraId="117B4EAA" w14:textId="77777777" w:rsidR="00013C43" w:rsidRPr="00C9454D" w:rsidRDefault="00013C43" w:rsidP="00C9454D">
      <w:pPr>
        <w:rPr>
          <w:sz w:val="24"/>
          <w:szCs w:val="24"/>
        </w:rPr>
      </w:pPr>
    </w:p>
    <w:p w14:paraId="71FF7DC9" w14:textId="42652A88" w:rsidR="00A06E85" w:rsidRPr="00C9454D" w:rsidRDefault="00A06E85" w:rsidP="00C9454D">
      <w:pPr>
        <w:pStyle w:val="Heading2"/>
        <w:rPr>
          <w:sz w:val="24"/>
          <w:szCs w:val="24"/>
        </w:rPr>
      </w:pPr>
      <w:r w:rsidRPr="00C9454D">
        <w:rPr>
          <w:sz w:val="24"/>
          <w:szCs w:val="24"/>
        </w:rPr>
        <w:t xml:space="preserve">Arrival at </w:t>
      </w:r>
      <w:r w:rsidR="00522C4D" w:rsidRPr="00C9454D">
        <w:rPr>
          <w:sz w:val="24"/>
          <w:szCs w:val="24"/>
        </w:rPr>
        <w:t>High Haven</w:t>
      </w:r>
    </w:p>
    <w:p w14:paraId="0BC73F81" w14:textId="77777777" w:rsidR="00585D2E" w:rsidRPr="00C9454D" w:rsidRDefault="00585D2E" w:rsidP="00C9454D">
      <w:pPr>
        <w:rPr>
          <w:sz w:val="24"/>
          <w:szCs w:val="24"/>
        </w:rPr>
      </w:pPr>
    </w:p>
    <w:p w14:paraId="718988AB" w14:textId="4699AB27" w:rsidR="00A06E85" w:rsidRPr="00C9454D" w:rsidRDefault="00A06E85" w:rsidP="00C9454D">
      <w:pPr>
        <w:rPr>
          <w:sz w:val="24"/>
          <w:szCs w:val="24"/>
        </w:rPr>
      </w:pPr>
      <w:r w:rsidRPr="00C9454D">
        <w:rPr>
          <w:sz w:val="24"/>
          <w:szCs w:val="24"/>
        </w:rPr>
        <w:t xml:space="preserve">Guy and Abilene greeted </w:t>
      </w:r>
      <w:r w:rsidR="00A83775" w:rsidRPr="00C9454D">
        <w:rPr>
          <w:sz w:val="24"/>
          <w:szCs w:val="24"/>
        </w:rPr>
        <w:t xml:space="preserve">King </w:t>
      </w:r>
      <w:r w:rsidR="00434947" w:rsidRPr="00C9454D">
        <w:rPr>
          <w:sz w:val="24"/>
          <w:szCs w:val="24"/>
        </w:rPr>
        <w:t>Henry</w:t>
      </w:r>
      <w:r w:rsidRPr="00C9454D">
        <w:rPr>
          <w:sz w:val="24"/>
          <w:szCs w:val="24"/>
        </w:rPr>
        <w:t xml:space="preserve"> as honored yet familiar guests. For them, the visit was not a surprise—word of the King’s travels had preceded him. Guy stood tall at the gates, offering a warm smile.</w:t>
      </w:r>
    </w:p>
    <w:p w14:paraId="444D03AE" w14:textId="0AED9BFD" w:rsidR="00A06E85" w:rsidRPr="00C9454D" w:rsidRDefault="00A06E85" w:rsidP="00C9454D">
      <w:pPr>
        <w:rPr>
          <w:sz w:val="24"/>
          <w:szCs w:val="24"/>
        </w:rPr>
      </w:pPr>
      <w:r w:rsidRPr="00C9454D">
        <w:rPr>
          <w:sz w:val="24"/>
          <w:szCs w:val="24"/>
        </w:rPr>
        <w:t xml:space="preserve">“Your Majesty,” he said with a slight bow, “you honor us with your presence. </w:t>
      </w:r>
      <w:r w:rsidR="00522C4D" w:rsidRPr="00C9454D">
        <w:rPr>
          <w:sz w:val="24"/>
          <w:szCs w:val="24"/>
        </w:rPr>
        <w:t>High Haven</w:t>
      </w:r>
      <w:r w:rsidRPr="00C9454D">
        <w:rPr>
          <w:sz w:val="24"/>
          <w:szCs w:val="24"/>
        </w:rPr>
        <w:t xml:space="preserve"> is yours for as long as you need.”</w:t>
      </w:r>
    </w:p>
    <w:p w14:paraId="5992F1EB" w14:textId="5E2BA38A" w:rsidR="00A06E85" w:rsidRPr="00C9454D" w:rsidRDefault="00A83775" w:rsidP="00C9454D">
      <w:pPr>
        <w:rPr>
          <w:sz w:val="24"/>
          <w:szCs w:val="24"/>
        </w:rPr>
      </w:pPr>
      <w:r w:rsidRPr="00C9454D">
        <w:rPr>
          <w:sz w:val="24"/>
          <w:szCs w:val="24"/>
        </w:rPr>
        <w:t xml:space="preserve">Henry </w:t>
      </w:r>
      <w:r w:rsidR="00A06E85" w:rsidRPr="00C9454D">
        <w:rPr>
          <w:sz w:val="24"/>
          <w:szCs w:val="24"/>
        </w:rPr>
        <w:t>dismounted, brushing dust from his travel-worn cloak. “Sir Guy, it seems fate has finally brought me to your sanctuary. I’ve long heard of your work here, but even the stories cannot do it justice.”</w:t>
      </w:r>
    </w:p>
    <w:p w14:paraId="755797B0" w14:textId="22AB1C15" w:rsidR="00A06E85" w:rsidRPr="00C9454D" w:rsidRDefault="00A06E85" w:rsidP="00C9454D">
      <w:pPr>
        <w:rPr>
          <w:sz w:val="24"/>
          <w:szCs w:val="24"/>
        </w:rPr>
      </w:pPr>
      <w:r w:rsidRPr="00C9454D">
        <w:rPr>
          <w:sz w:val="24"/>
          <w:szCs w:val="24"/>
        </w:rPr>
        <w:t xml:space="preserve">Abilene stepped forward, her calm presence immediately soothing. “Welcome to </w:t>
      </w:r>
      <w:r w:rsidR="00522C4D" w:rsidRPr="00C9454D">
        <w:rPr>
          <w:sz w:val="24"/>
          <w:szCs w:val="24"/>
        </w:rPr>
        <w:t>High Haven</w:t>
      </w:r>
      <w:r w:rsidRPr="00C9454D">
        <w:rPr>
          <w:sz w:val="24"/>
          <w:szCs w:val="24"/>
        </w:rPr>
        <w:t>, Your Majesty. You’ll find no court here—only family and friends.”</w:t>
      </w:r>
    </w:p>
    <w:p w14:paraId="3C633A8A" w14:textId="77F5D9ED" w:rsidR="00A06E85" w:rsidRPr="00C9454D" w:rsidRDefault="00F05476" w:rsidP="00C9454D">
      <w:pPr>
        <w:rPr>
          <w:sz w:val="24"/>
          <w:szCs w:val="24"/>
        </w:rPr>
      </w:pPr>
      <w:r w:rsidRPr="00C9454D">
        <w:rPr>
          <w:sz w:val="24"/>
          <w:szCs w:val="24"/>
        </w:rPr>
        <w:t>Henry</w:t>
      </w:r>
      <w:r w:rsidR="00A06E85" w:rsidRPr="00C9454D">
        <w:rPr>
          <w:sz w:val="24"/>
          <w:szCs w:val="24"/>
        </w:rPr>
        <w:t xml:space="preserve"> chuckled, his crown slightly askew. “That, Lady Abilene, is precisely what I need.”</w:t>
      </w:r>
    </w:p>
    <w:p w14:paraId="569E06A4" w14:textId="3A877277" w:rsidR="0063730D" w:rsidRPr="00C9454D" w:rsidRDefault="0063730D" w:rsidP="00C9454D">
      <w:pPr>
        <w:rPr>
          <w:sz w:val="24"/>
          <w:szCs w:val="24"/>
        </w:rPr>
      </w:pPr>
      <w:r w:rsidRPr="00C9454D">
        <w:rPr>
          <w:sz w:val="24"/>
          <w:szCs w:val="24"/>
        </w:rPr>
        <w:t xml:space="preserve">King </w:t>
      </w:r>
      <w:r w:rsidR="00F05476" w:rsidRPr="00C9454D">
        <w:rPr>
          <w:sz w:val="24"/>
          <w:szCs w:val="24"/>
        </w:rPr>
        <w:t>Henry</w:t>
      </w:r>
      <w:r w:rsidRPr="00C9454D">
        <w:rPr>
          <w:sz w:val="24"/>
          <w:szCs w:val="24"/>
        </w:rPr>
        <w:t xml:space="preserve"> had always believed that a </w:t>
      </w:r>
      <w:r w:rsidR="0017435B" w:rsidRPr="00C9454D">
        <w:rPr>
          <w:sz w:val="24"/>
          <w:szCs w:val="24"/>
        </w:rPr>
        <w:t xml:space="preserve">manor </w:t>
      </w:r>
      <w:r w:rsidRPr="00C9454D">
        <w:rPr>
          <w:sz w:val="24"/>
          <w:szCs w:val="24"/>
        </w:rPr>
        <w:t>spoke volumes about the man who ruled it.</w:t>
      </w:r>
    </w:p>
    <w:p w14:paraId="0771B6C5" w14:textId="1E5C799B" w:rsidR="0063730D" w:rsidRPr="00C9454D" w:rsidRDefault="00522C4D" w:rsidP="00C9454D">
      <w:pPr>
        <w:rPr>
          <w:sz w:val="24"/>
          <w:szCs w:val="24"/>
        </w:rPr>
      </w:pPr>
      <w:r w:rsidRPr="00C9454D">
        <w:rPr>
          <w:sz w:val="24"/>
          <w:szCs w:val="24"/>
        </w:rPr>
        <w:t>High Haven</w:t>
      </w:r>
      <w:r w:rsidR="0063730D" w:rsidRPr="00C9454D">
        <w:rPr>
          <w:sz w:val="24"/>
          <w:szCs w:val="24"/>
        </w:rPr>
        <w:t xml:space="preserve"> was not the grandest fortress he had visited, nor the most heavily fortified, but it possessed a quiet, undeniable strength. It was a place built not just with stone, but with heart. There was a warmth here, a liveliness in its halls that ma</w:t>
      </w:r>
      <w:r w:rsidR="00DD1FF5" w:rsidRPr="00C9454D">
        <w:rPr>
          <w:sz w:val="24"/>
          <w:szCs w:val="24"/>
        </w:rPr>
        <w:t xml:space="preserve">de </w:t>
      </w:r>
      <w:r w:rsidR="0063730D" w:rsidRPr="00C9454D">
        <w:rPr>
          <w:sz w:val="24"/>
          <w:szCs w:val="24"/>
        </w:rPr>
        <w:t>it feel more alive than many of the cold, war-weathered keeps he had seen.</w:t>
      </w:r>
    </w:p>
    <w:p w14:paraId="307D5A57" w14:textId="01A411F4" w:rsidR="0063730D" w:rsidRPr="00C9454D" w:rsidRDefault="0063730D" w:rsidP="00C9454D">
      <w:pPr>
        <w:rPr>
          <w:sz w:val="24"/>
          <w:szCs w:val="24"/>
        </w:rPr>
      </w:pPr>
      <w:r w:rsidRPr="00C9454D">
        <w:rPr>
          <w:sz w:val="24"/>
          <w:szCs w:val="24"/>
        </w:rPr>
        <w:t xml:space="preserve">And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had ma</w:t>
      </w:r>
      <w:r w:rsidR="00DD1FF5" w:rsidRPr="00C9454D">
        <w:rPr>
          <w:sz w:val="24"/>
          <w:szCs w:val="24"/>
        </w:rPr>
        <w:t xml:space="preserve">de </w:t>
      </w:r>
      <w:r w:rsidRPr="00C9454D">
        <w:rPr>
          <w:sz w:val="24"/>
          <w:szCs w:val="24"/>
        </w:rPr>
        <w:t>it so.</w:t>
      </w:r>
    </w:p>
    <w:p w14:paraId="53FF8CFA" w14:textId="66929061" w:rsidR="0063730D" w:rsidRPr="00C9454D" w:rsidRDefault="004E7FD6" w:rsidP="00C9454D">
      <w:pPr>
        <w:rPr>
          <w:sz w:val="24"/>
          <w:szCs w:val="24"/>
        </w:rPr>
      </w:pPr>
      <w:r w:rsidRPr="00C9454D">
        <w:rPr>
          <w:sz w:val="24"/>
          <w:szCs w:val="24"/>
        </w:rPr>
        <w:t>Henry</w:t>
      </w:r>
      <w:r w:rsidR="0063730D" w:rsidRPr="00C9454D">
        <w:rPr>
          <w:sz w:val="24"/>
          <w:szCs w:val="24"/>
        </w:rPr>
        <w:t xml:space="preserve"> had once seen Guy as merely a soldier—a brilliant one, but a soldier nonetheless. But now, as he ro</w:t>
      </w:r>
      <w:r w:rsidR="00DD1FF5" w:rsidRPr="00C9454D">
        <w:rPr>
          <w:sz w:val="24"/>
          <w:szCs w:val="24"/>
        </w:rPr>
        <w:t xml:space="preserve">de </w:t>
      </w:r>
      <w:r w:rsidR="0063730D" w:rsidRPr="00C9454D">
        <w:rPr>
          <w:sz w:val="24"/>
          <w:szCs w:val="24"/>
        </w:rPr>
        <w:t xml:space="preserve">through </w:t>
      </w:r>
      <w:r w:rsidR="00522C4D" w:rsidRPr="00C9454D">
        <w:rPr>
          <w:sz w:val="24"/>
          <w:szCs w:val="24"/>
        </w:rPr>
        <w:t>High Haven</w:t>
      </w:r>
      <w:r w:rsidR="0063730D" w:rsidRPr="00C9454D">
        <w:rPr>
          <w:sz w:val="24"/>
          <w:szCs w:val="24"/>
        </w:rPr>
        <w:t>’s gates and saw how the people greeted Guy not with fear but with genuine affection, he understood that Guy had become something greater. A ruler not by decree, but by love.</w:t>
      </w:r>
    </w:p>
    <w:p w14:paraId="0DD036B4" w14:textId="12CC7410" w:rsidR="0063730D" w:rsidRPr="00C9454D" w:rsidRDefault="0063730D" w:rsidP="00C9454D">
      <w:pPr>
        <w:rPr>
          <w:sz w:val="24"/>
          <w:szCs w:val="24"/>
        </w:rPr>
      </w:pPr>
      <w:r w:rsidRPr="00C9454D">
        <w:rPr>
          <w:sz w:val="24"/>
          <w:szCs w:val="24"/>
        </w:rPr>
        <w:t xml:space="preserve">It was rare for a king to stay in one place for more than a few nights, but he had chosen to remain at </w:t>
      </w:r>
      <w:r w:rsidR="00522C4D" w:rsidRPr="00C9454D">
        <w:rPr>
          <w:sz w:val="24"/>
          <w:szCs w:val="24"/>
        </w:rPr>
        <w:t>High Haven</w:t>
      </w:r>
      <w:r w:rsidRPr="00C9454D">
        <w:rPr>
          <w:sz w:val="24"/>
          <w:szCs w:val="24"/>
        </w:rPr>
        <w:t xml:space="preserve"> for a week. Perhaps it was out of respect for Guy, perhaps out of curiosity. But it was the young heir, John Marshall, who would leave the deepest impression on him.</w:t>
      </w:r>
    </w:p>
    <w:p w14:paraId="7C4F5CAA" w14:textId="77777777" w:rsidR="007B579B" w:rsidRPr="00C9454D" w:rsidRDefault="007B579B" w:rsidP="00C9454D">
      <w:pPr>
        <w:rPr>
          <w:sz w:val="24"/>
          <w:szCs w:val="24"/>
        </w:rPr>
      </w:pPr>
    </w:p>
    <w:p w14:paraId="7015122E" w14:textId="77777777" w:rsidR="007B579B" w:rsidRPr="00C9454D" w:rsidRDefault="007B579B" w:rsidP="00C9454D">
      <w:pPr>
        <w:pStyle w:val="Heading2"/>
        <w:rPr>
          <w:sz w:val="24"/>
          <w:szCs w:val="24"/>
        </w:rPr>
      </w:pPr>
      <w:r w:rsidRPr="00C9454D">
        <w:rPr>
          <w:sz w:val="24"/>
          <w:szCs w:val="24"/>
        </w:rPr>
        <w:t>Baby Helena’s Shadow</w:t>
      </w:r>
    </w:p>
    <w:p w14:paraId="43F6039B" w14:textId="77777777" w:rsidR="00585D2E" w:rsidRPr="00C9454D" w:rsidRDefault="00585D2E" w:rsidP="00C9454D">
      <w:pPr>
        <w:rPr>
          <w:sz w:val="24"/>
          <w:szCs w:val="24"/>
        </w:rPr>
      </w:pPr>
    </w:p>
    <w:p w14:paraId="73675E93" w14:textId="708EEB35" w:rsidR="007B579B" w:rsidRPr="00C9454D" w:rsidRDefault="007B579B" w:rsidP="00C9454D">
      <w:pPr>
        <w:rPr>
          <w:sz w:val="24"/>
          <w:szCs w:val="24"/>
        </w:rPr>
      </w:pPr>
      <w:r w:rsidRPr="00C9454D">
        <w:rPr>
          <w:sz w:val="24"/>
          <w:szCs w:val="24"/>
        </w:rPr>
        <w:t xml:space="preserve">From the moment the King stepped inside, five-year-old Helena decided she would be his constant companion. The little girl, with her fair skin, light blue eyes, and golden curls, charmed him instantly. Wherever </w:t>
      </w:r>
      <w:r w:rsidR="0072575C" w:rsidRPr="00C9454D">
        <w:rPr>
          <w:sz w:val="24"/>
          <w:szCs w:val="24"/>
        </w:rPr>
        <w:t xml:space="preserve">Henry </w:t>
      </w:r>
      <w:r w:rsidRPr="00C9454D">
        <w:rPr>
          <w:sz w:val="24"/>
          <w:szCs w:val="24"/>
        </w:rPr>
        <w:t>went, Helena followed, her tiny hand often slipping into his.</w:t>
      </w:r>
    </w:p>
    <w:p w14:paraId="5FA434F2" w14:textId="33FF120E" w:rsidR="007B579B" w:rsidRPr="00C9454D" w:rsidRDefault="007B579B" w:rsidP="00C9454D">
      <w:pPr>
        <w:rPr>
          <w:sz w:val="24"/>
          <w:szCs w:val="24"/>
        </w:rPr>
      </w:pPr>
      <w:r w:rsidRPr="00C9454D">
        <w:rPr>
          <w:sz w:val="24"/>
          <w:szCs w:val="24"/>
        </w:rPr>
        <w:t>“Your Majesty, do you have a horse?” she asked one morning, her wi</w:t>
      </w:r>
      <w:r w:rsidR="00DD1FF5" w:rsidRPr="00C9454D">
        <w:rPr>
          <w:sz w:val="24"/>
          <w:szCs w:val="24"/>
        </w:rPr>
        <w:t xml:space="preserve">de </w:t>
      </w:r>
      <w:r w:rsidRPr="00C9454D">
        <w:rPr>
          <w:sz w:val="24"/>
          <w:szCs w:val="24"/>
        </w:rPr>
        <w:t>eyes sparkling with curiosity.</w:t>
      </w:r>
    </w:p>
    <w:p w14:paraId="39901862" w14:textId="42B8DF1D" w:rsidR="007B579B" w:rsidRPr="00C9454D" w:rsidRDefault="007B579B" w:rsidP="00C9454D">
      <w:pPr>
        <w:rPr>
          <w:sz w:val="24"/>
          <w:szCs w:val="24"/>
        </w:rPr>
      </w:pPr>
      <w:r w:rsidRPr="00C9454D">
        <w:rPr>
          <w:sz w:val="24"/>
          <w:szCs w:val="24"/>
        </w:rPr>
        <w:t xml:space="preserve">“I have many,” </w:t>
      </w:r>
      <w:r w:rsidR="0072575C" w:rsidRPr="00C9454D">
        <w:rPr>
          <w:sz w:val="24"/>
          <w:szCs w:val="24"/>
        </w:rPr>
        <w:t>Henry</w:t>
      </w:r>
      <w:r w:rsidRPr="00C9454D">
        <w:rPr>
          <w:sz w:val="24"/>
          <w:szCs w:val="24"/>
        </w:rPr>
        <w:t xml:space="preserve"> replied with a grin, crouching to meet her gaze. “Though none as fine as the one I see here.” He gestured to the stick she held, which she had fashioned into her imaginary steed.</w:t>
      </w:r>
    </w:p>
    <w:p w14:paraId="680433BA" w14:textId="77777777" w:rsidR="007B579B" w:rsidRPr="00C9454D" w:rsidRDefault="007B579B" w:rsidP="00C9454D">
      <w:pPr>
        <w:rPr>
          <w:sz w:val="24"/>
          <w:szCs w:val="24"/>
        </w:rPr>
      </w:pPr>
      <w:r w:rsidRPr="00C9454D">
        <w:rPr>
          <w:sz w:val="24"/>
          <w:szCs w:val="24"/>
        </w:rPr>
        <w:t>Helena giggled, galloping around him on her makeshift horse. The King laughed—a deep, genuine sound that surprised even him.</w:t>
      </w:r>
    </w:p>
    <w:p w14:paraId="04415565" w14:textId="77777777" w:rsidR="007B579B" w:rsidRPr="00C9454D" w:rsidRDefault="007B579B" w:rsidP="00C9454D">
      <w:pPr>
        <w:rPr>
          <w:sz w:val="24"/>
          <w:szCs w:val="24"/>
        </w:rPr>
      </w:pPr>
      <w:r w:rsidRPr="00C9454D">
        <w:rPr>
          <w:sz w:val="24"/>
          <w:szCs w:val="24"/>
        </w:rPr>
        <w:t>Helena’s presence brought a lightness to his spirit that he hadn’t known he needed. To him, she was not just a child but a reminder of innocence and hope.</w:t>
      </w:r>
    </w:p>
    <w:p w14:paraId="07CF4FBE" w14:textId="77777777" w:rsidR="0063730D" w:rsidRPr="00C9454D" w:rsidRDefault="00FE197F" w:rsidP="00C9454D">
      <w:pPr>
        <w:rPr>
          <w:sz w:val="24"/>
          <w:szCs w:val="24"/>
        </w:rPr>
      </w:pPr>
      <w:r>
        <w:rPr>
          <w:noProof/>
          <w:sz w:val="24"/>
          <w:szCs w:val="24"/>
        </w:rPr>
      </w:r>
      <w:r w:rsidR="00FE197F">
        <w:rPr>
          <w:noProof/>
          <w:sz w:val="24"/>
          <w:szCs w:val="24"/>
        </w:rPr>
        <w:pict w14:anchorId="2AA2D852">
          <v:rect id="_x0000_i1122" style="width:0;height:1.5pt" o:hralign="center" o:hrstd="t" o:hr="t" fillcolor="#a0a0a0" stroked="f"/>
        </w:pict>
      </w:r>
    </w:p>
    <w:p w14:paraId="03F7A828" w14:textId="77777777" w:rsidR="00382066" w:rsidRPr="00C9454D" w:rsidRDefault="00382066" w:rsidP="00C9454D">
      <w:pPr>
        <w:rPr>
          <w:b/>
          <w:bCs/>
          <w:sz w:val="24"/>
          <w:szCs w:val="24"/>
        </w:rPr>
      </w:pPr>
    </w:p>
    <w:p w14:paraId="3732CFEA" w14:textId="7EC91A02" w:rsidR="0063730D" w:rsidRPr="00C9454D" w:rsidRDefault="0063730D" w:rsidP="00C9454D">
      <w:pPr>
        <w:pStyle w:val="Heading2"/>
        <w:rPr>
          <w:sz w:val="24"/>
          <w:szCs w:val="24"/>
        </w:rPr>
      </w:pPr>
      <w:r w:rsidRPr="00C9454D">
        <w:rPr>
          <w:sz w:val="24"/>
          <w:szCs w:val="24"/>
        </w:rPr>
        <w:t>The First Meeting with John</w:t>
      </w:r>
    </w:p>
    <w:p w14:paraId="487BDE99" w14:textId="77777777" w:rsidR="00585D2E" w:rsidRPr="00C9454D" w:rsidRDefault="00585D2E" w:rsidP="00C9454D">
      <w:pPr>
        <w:rPr>
          <w:sz w:val="24"/>
          <w:szCs w:val="24"/>
        </w:rPr>
      </w:pPr>
    </w:p>
    <w:p w14:paraId="335F1E13" w14:textId="25C1AF86" w:rsidR="0063730D" w:rsidRPr="00C9454D" w:rsidRDefault="00EB1796" w:rsidP="00C9454D">
      <w:pPr>
        <w:rPr>
          <w:sz w:val="24"/>
          <w:szCs w:val="24"/>
        </w:rPr>
      </w:pPr>
      <w:r w:rsidRPr="00C9454D">
        <w:rPr>
          <w:sz w:val="24"/>
          <w:szCs w:val="24"/>
        </w:rPr>
        <w:t>Henry</w:t>
      </w:r>
      <w:r w:rsidR="0063730D" w:rsidRPr="00C9454D">
        <w:rPr>
          <w:sz w:val="24"/>
          <w:szCs w:val="24"/>
        </w:rPr>
        <w:t xml:space="preserve"> had seen thousands of boys in training, all sons of noble houses, all desperate to prove their worth. Most were brash, eager to wield a sword before they had the wisdom to understand when </w:t>
      </w:r>
      <w:r w:rsidR="0063730D" w:rsidRPr="00C9454D">
        <w:rPr>
          <w:i/>
          <w:iCs/>
          <w:sz w:val="24"/>
          <w:szCs w:val="24"/>
        </w:rPr>
        <w:t>not</w:t>
      </w:r>
      <w:r w:rsidR="0063730D" w:rsidRPr="00C9454D">
        <w:rPr>
          <w:sz w:val="24"/>
          <w:szCs w:val="24"/>
        </w:rPr>
        <w:t xml:space="preserve"> to.</w:t>
      </w:r>
    </w:p>
    <w:p w14:paraId="63117F1D" w14:textId="77777777" w:rsidR="0063730D" w:rsidRPr="00C9454D" w:rsidRDefault="0063730D" w:rsidP="00C9454D">
      <w:pPr>
        <w:rPr>
          <w:sz w:val="24"/>
          <w:szCs w:val="24"/>
        </w:rPr>
      </w:pPr>
      <w:r w:rsidRPr="00C9454D">
        <w:rPr>
          <w:sz w:val="24"/>
          <w:szCs w:val="24"/>
        </w:rPr>
        <w:t>John Marshall was different.</w:t>
      </w:r>
    </w:p>
    <w:p w14:paraId="31466EED" w14:textId="385BAA4E" w:rsidR="0063730D" w:rsidRPr="00C9454D" w:rsidRDefault="00EB1796" w:rsidP="00C9454D">
      <w:pPr>
        <w:rPr>
          <w:sz w:val="24"/>
          <w:szCs w:val="24"/>
        </w:rPr>
      </w:pPr>
      <w:r w:rsidRPr="00C9454D">
        <w:rPr>
          <w:sz w:val="24"/>
          <w:szCs w:val="24"/>
        </w:rPr>
        <w:t>Henry</w:t>
      </w:r>
      <w:r w:rsidR="0063730D" w:rsidRPr="00C9454D">
        <w:rPr>
          <w:sz w:val="24"/>
          <w:szCs w:val="24"/>
        </w:rPr>
        <w:t xml:space="preserve"> noticed him immediately on the first evening, standing just outsi</w:t>
      </w:r>
      <w:r w:rsidR="00DD1FF5" w:rsidRPr="00C9454D">
        <w:rPr>
          <w:sz w:val="24"/>
          <w:szCs w:val="24"/>
        </w:rPr>
        <w:t xml:space="preserve">de </w:t>
      </w:r>
      <w:r w:rsidR="0063730D" w:rsidRPr="00C9454D">
        <w:rPr>
          <w:sz w:val="24"/>
          <w:szCs w:val="24"/>
        </w:rPr>
        <w:t xml:space="preserve">the hall as the men drank and feasted. He was </w:t>
      </w:r>
      <w:r w:rsidR="0003251B" w:rsidRPr="00C9454D">
        <w:rPr>
          <w:sz w:val="24"/>
          <w:szCs w:val="24"/>
        </w:rPr>
        <w:t>sixteen</w:t>
      </w:r>
      <w:r w:rsidR="0063730D" w:rsidRPr="00C9454D">
        <w:rPr>
          <w:sz w:val="24"/>
          <w:szCs w:val="24"/>
        </w:rPr>
        <w:t>—lean, broad-shouldered like his father, but with his mother’s sharp eyes. Eyes that studied everything, taking in the politics of the room, the posturing of knights, the weight of words before they were spoken.</w:t>
      </w:r>
    </w:p>
    <w:p w14:paraId="761A4972" w14:textId="13ED583C" w:rsidR="0063730D" w:rsidRPr="00C9454D" w:rsidRDefault="0063730D" w:rsidP="00C9454D">
      <w:pPr>
        <w:rPr>
          <w:sz w:val="24"/>
          <w:szCs w:val="24"/>
        </w:rPr>
      </w:pPr>
      <w:r w:rsidRPr="00C9454D">
        <w:rPr>
          <w:sz w:val="24"/>
          <w:szCs w:val="24"/>
        </w:rPr>
        <w:t xml:space="preserve">“You stand apart,” </w:t>
      </w:r>
      <w:r w:rsidR="0003251B" w:rsidRPr="00C9454D">
        <w:rPr>
          <w:sz w:val="24"/>
          <w:szCs w:val="24"/>
        </w:rPr>
        <w:t>Henry</w:t>
      </w:r>
      <w:r w:rsidRPr="00C9454D">
        <w:rPr>
          <w:sz w:val="24"/>
          <w:szCs w:val="24"/>
        </w:rPr>
        <w:t xml:space="preserve"> remarked, breaking away from his men to approach the boy.</w:t>
      </w:r>
    </w:p>
    <w:p w14:paraId="698081F6" w14:textId="35B3791B" w:rsidR="0063730D" w:rsidRPr="00C9454D" w:rsidRDefault="0063730D" w:rsidP="00C9454D">
      <w:pPr>
        <w:rPr>
          <w:sz w:val="24"/>
          <w:szCs w:val="24"/>
        </w:rPr>
      </w:pPr>
      <w:r w:rsidRPr="00C9454D">
        <w:rPr>
          <w:sz w:val="24"/>
          <w:szCs w:val="24"/>
        </w:rPr>
        <w:t>John</w:t>
      </w:r>
      <w:r w:rsidR="009B4184" w:rsidRPr="00C9454D">
        <w:rPr>
          <w:sz w:val="24"/>
          <w:szCs w:val="24"/>
        </w:rPr>
        <w:t xml:space="preserve"> Marshall</w:t>
      </w:r>
      <w:r w:rsidRPr="00C9454D">
        <w:rPr>
          <w:sz w:val="24"/>
          <w:szCs w:val="24"/>
        </w:rPr>
        <w:t xml:space="preserve"> hesitated only briefly before turning to him. “A good squire listens before he speaks.”</w:t>
      </w:r>
    </w:p>
    <w:p w14:paraId="0206BBC6" w14:textId="2C99A97E" w:rsidR="0063730D" w:rsidRPr="00C9454D" w:rsidRDefault="0003251B" w:rsidP="00C9454D">
      <w:pPr>
        <w:rPr>
          <w:sz w:val="24"/>
          <w:szCs w:val="24"/>
        </w:rPr>
      </w:pPr>
      <w:r w:rsidRPr="00C9454D">
        <w:rPr>
          <w:sz w:val="24"/>
          <w:szCs w:val="24"/>
        </w:rPr>
        <w:t xml:space="preserve">Henry </w:t>
      </w:r>
      <w:r w:rsidR="0063730D" w:rsidRPr="00C9454D">
        <w:rPr>
          <w:sz w:val="24"/>
          <w:szCs w:val="24"/>
        </w:rPr>
        <w:t>raised a brow. “A lesson from your father?”</w:t>
      </w:r>
    </w:p>
    <w:p w14:paraId="575E42A4" w14:textId="0D35C5AA" w:rsidR="0063730D" w:rsidRPr="00C9454D" w:rsidRDefault="0063730D" w:rsidP="00C9454D">
      <w:pPr>
        <w:rPr>
          <w:sz w:val="24"/>
          <w:szCs w:val="24"/>
        </w:rPr>
      </w:pPr>
      <w:r w:rsidRPr="00C9454D">
        <w:rPr>
          <w:sz w:val="24"/>
          <w:szCs w:val="24"/>
        </w:rPr>
        <w:t>John</w:t>
      </w:r>
      <w:r w:rsidR="002E1FAE" w:rsidRPr="00C9454D">
        <w:rPr>
          <w:sz w:val="24"/>
          <w:szCs w:val="24"/>
        </w:rPr>
        <w:t xml:space="preserve"> Marshall</w:t>
      </w:r>
      <w:r w:rsidRPr="00C9454D">
        <w:rPr>
          <w:sz w:val="24"/>
          <w:szCs w:val="24"/>
        </w:rPr>
        <w:t xml:space="preserve"> met his gaze, something old and knowing in his young face. “A lesson from my mother.”</w:t>
      </w:r>
    </w:p>
    <w:p w14:paraId="562F71C2" w14:textId="5F81F51B" w:rsidR="0063730D" w:rsidRPr="00C9454D" w:rsidRDefault="0003251B" w:rsidP="00C9454D">
      <w:pPr>
        <w:rPr>
          <w:sz w:val="24"/>
          <w:szCs w:val="24"/>
        </w:rPr>
      </w:pPr>
      <w:r w:rsidRPr="00C9454D">
        <w:rPr>
          <w:sz w:val="24"/>
          <w:szCs w:val="24"/>
        </w:rPr>
        <w:t>Henry</w:t>
      </w:r>
      <w:r w:rsidR="0063730D" w:rsidRPr="00C9454D">
        <w:rPr>
          <w:sz w:val="24"/>
          <w:szCs w:val="24"/>
        </w:rPr>
        <w:t xml:space="preserve"> chuckled, glancing toward where Lady Abilene sat among the noblewomen, engaged in quiet conversation. “Your mother is a wise woman.”</w:t>
      </w:r>
    </w:p>
    <w:p w14:paraId="752C0AB2" w14:textId="00CBDA1E" w:rsidR="0063730D" w:rsidRPr="00C9454D" w:rsidRDefault="0063730D" w:rsidP="00C9454D">
      <w:pPr>
        <w:rPr>
          <w:sz w:val="24"/>
          <w:szCs w:val="24"/>
        </w:rPr>
      </w:pPr>
      <w:r w:rsidRPr="00C9454D">
        <w:rPr>
          <w:sz w:val="24"/>
          <w:szCs w:val="24"/>
        </w:rPr>
        <w:t xml:space="preserve">“She is,” John </w:t>
      </w:r>
      <w:r w:rsidR="00281318" w:rsidRPr="00C9454D">
        <w:rPr>
          <w:sz w:val="24"/>
          <w:szCs w:val="24"/>
        </w:rPr>
        <w:t xml:space="preserve">Marshall </w:t>
      </w:r>
      <w:r w:rsidRPr="00C9454D">
        <w:rPr>
          <w:sz w:val="24"/>
          <w:szCs w:val="24"/>
        </w:rPr>
        <w:t>agreed simply.</w:t>
      </w:r>
    </w:p>
    <w:p w14:paraId="35A34C18" w14:textId="0C69BD06" w:rsidR="0063730D" w:rsidRPr="00C9454D" w:rsidRDefault="006B6FB7" w:rsidP="00C9454D">
      <w:pPr>
        <w:rPr>
          <w:sz w:val="24"/>
          <w:szCs w:val="24"/>
        </w:rPr>
      </w:pPr>
      <w:r w:rsidRPr="00C9454D">
        <w:rPr>
          <w:sz w:val="24"/>
          <w:szCs w:val="24"/>
        </w:rPr>
        <w:t>Henry</w:t>
      </w:r>
      <w:r w:rsidR="0063730D" w:rsidRPr="00C9454D">
        <w:rPr>
          <w:sz w:val="24"/>
          <w:szCs w:val="24"/>
        </w:rPr>
        <w:t xml:space="preserve"> found himself intrigued. Most boys of John</w:t>
      </w:r>
      <w:r w:rsidR="00281318" w:rsidRPr="00C9454D">
        <w:rPr>
          <w:sz w:val="24"/>
          <w:szCs w:val="24"/>
        </w:rPr>
        <w:t xml:space="preserve"> </w:t>
      </w:r>
      <w:r w:rsidR="00D63BA8" w:rsidRPr="00C9454D">
        <w:rPr>
          <w:sz w:val="24"/>
          <w:szCs w:val="24"/>
        </w:rPr>
        <w:t>Marshall’s</w:t>
      </w:r>
      <w:r w:rsidR="0063730D" w:rsidRPr="00C9454D">
        <w:rPr>
          <w:sz w:val="24"/>
          <w:szCs w:val="24"/>
        </w:rPr>
        <w:t xml:space="preserve"> age would have stammered in the presence of a king, eager to prove themselves through bravado or rehearsed speeches.</w:t>
      </w:r>
    </w:p>
    <w:p w14:paraId="54AB1141" w14:textId="6A0EF2AD" w:rsidR="0063730D" w:rsidRPr="00C9454D" w:rsidRDefault="0063730D" w:rsidP="00C9454D">
      <w:pPr>
        <w:rPr>
          <w:sz w:val="24"/>
          <w:szCs w:val="24"/>
        </w:rPr>
      </w:pPr>
      <w:r w:rsidRPr="00C9454D">
        <w:rPr>
          <w:sz w:val="24"/>
          <w:szCs w:val="24"/>
        </w:rPr>
        <w:t>But John</w:t>
      </w:r>
      <w:r w:rsidR="00C94B0F" w:rsidRPr="00C9454D">
        <w:rPr>
          <w:sz w:val="24"/>
          <w:szCs w:val="24"/>
        </w:rPr>
        <w:t xml:space="preserve"> Marshall</w:t>
      </w:r>
      <w:r w:rsidRPr="00C9454D">
        <w:rPr>
          <w:sz w:val="24"/>
          <w:szCs w:val="24"/>
        </w:rPr>
        <w:t xml:space="preserve"> spoke only when he had something worth saying.</w:t>
      </w:r>
    </w:p>
    <w:p w14:paraId="41C1D0F7" w14:textId="502BBC52" w:rsidR="0063730D" w:rsidRPr="00C9454D" w:rsidRDefault="006B6FB7" w:rsidP="00C9454D">
      <w:pPr>
        <w:rPr>
          <w:sz w:val="24"/>
          <w:szCs w:val="24"/>
        </w:rPr>
      </w:pPr>
      <w:r w:rsidRPr="00C9454D">
        <w:rPr>
          <w:sz w:val="24"/>
          <w:szCs w:val="24"/>
        </w:rPr>
        <w:t>Henry</w:t>
      </w:r>
      <w:r w:rsidR="0063730D" w:rsidRPr="00C9454D">
        <w:rPr>
          <w:sz w:val="24"/>
          <w:szCs w:val="24"/>
        </w:rPr>
        <w:t xml:space="preserve"> liked that.</w:t>
      </w:r>
    </w:p>
    <w:p w14:paraId="437A7237" w14:textId="77777777" w:rsidR="0063730D" w:rsidRPr="00C9454D" w:rsidRDefault="00FE197F" w:rsidP="00C9454D">
      <w:pPr>
        <w:rPr>
          <w:sz w:val="24"/>
          <w:szCs w:val="24"/>
        </w:rPr>
      </w:pPr>
      <w:r>
        <w:rPr>
          <w:noProof/>
          <w:sz w:val="24"/>
          <w:szCs w:val="24"/>
        </w:rPr>
      </w:r>
      <w:r w:rsidR="00FE197F">
        <w:rPr>
          <w:noProof/>
          <w:sz w:val="24"/>
          <w:szCs w:val="24"/>
        </w:rPr>
        <w:pict w14:anchorId="44519988">
          <v:rect id="_x0000_i1123" style="width:0;height:1.5pt" o:hralign="center" o:hrstd="t" o:hr="t" fillcolor="#a0a0a0" stroked="f"/>
        </w:pict>
      </w:r>
    </w:p>
    <w:p w14:paraId="01464CDB" w14:textId="77777777" w:rsidR="00382066" w:rsidRPr="00C9454D" w:rsidRDefault="00382066" w:rsidP="00C9454D">
      <w:pPr>
        <w:rPr>
          <w:b/>
          <w:bCs/>
          <w:sz w:val="24"/>
          <w:szCs w:val="24"/>
        </w:rPr>
      </w:pPr>
    </w:p>
    <w:p w14:paraId="4B7C83B1" w14:textId="4EFAA986" w:rsidR="0063730D" w:rsidRPr="00C9454D" w:rsidRDefault="0063730D" w:rsidP="00C9454D">
      <w:pPr>
        <w:pStyle w:val="Heading2"/>
        <w:rPr>
          <w:sz w:val="24"/>
          <w:szCs w:val="24"/>
        </w:rPr>
      </w:pPr>
      <w:r w:rsidRPr="00C9454D">
        <w:rPr>
          <w:sz w:val="24"/>
          <w:szCs w:val="24"/>
        </w:rPr>
        <w:t>The Unexpected Lesson</w:t>
      </w:r>
    </w:p>
    <w:p w14:paraId="2B526164" w14:textId="77777777" w:rsidR="00585D2E" w:rsidRPr="00C9454D" w:rsidRDefault="00585D2E" w:rsidP="00C9454D">
      <w:pPr>
        <w:rPr>
          <w:sz w:val="24"/>
          <w:szCs w:val="24"/>
        </w:rPr>
      </w:pPr>
    </w:p>
    <w:p w14:paraId="02D503BB" w14:textId="41E93EC3" w:rsidR="0063730D" w:rsidRPr="00C9454D" w:rsidRDefault="0063730D" w:rsidP="00C9454D">
      <w:pPr>
        <w:rPr>
          <w:sz w:val="24"/>
          <w:szCs w:val="24"/>
        </w:rPr>
      </w:pPr>
      <w:r w:rsidRPr="00C9454D">
        <w:rPr>
          <w:sz w:val="24"/>
          <w:szCs w:val="24"/>
        </w:rPr>
        <w:t xml:space="preserve">The next morning, </w:t>
      </w:r>
      <w:r w:rsidR="00A03BEC" w:rsidRPr="00C9454D">
        <w:rPr>
          <w:sz w:val="24"/>
          <w:szCs w:val="24"/>
        </w:rPr>
        <w:t xml:space="preserve">King </w:t>
      </w:r>
      <w:r w:rsidR="006B6FB7" w:rsidRPr="00C9454D">
        <w:rPr>
          <w:sz w:val="24"/>
          <w:szCs w:val="24"/>
        </w:rPr>
        <w:t>Henry</w:t>
      </w:r>
      <w:r w:rsidR="00E653E2" w:rsidRPr="00C9454D">
        <w:rPr>
          <w:sz w:val="24"/>
          <w:szCs w:val="24"/>
        </w:rPr>
        <w:t xml:space="preserve"> </w:t>
      </w:r>
      <w:r w:rsidRPr="00C9454D">
        <w:rPr>
          <w:sz w:val="24"/>
          <w:szCs w:val="24"/>
        </w:rPr>
        <w:t>found himself sparring with Guy in the training yard.</w:t>
      </w:r>
    </w:p>
    <w:p w14:paraId="40FCDC06" w14:textId="77777777" w:rsidR="0063730D" w:rsidRPr="00C9454D" w:rsidRDefault="0063730D" w:rsidP="00C9454D">
      <w:pPr>
        <w:rPr>
          <w:sz w:val="24"/>
          <w:szCs w:val="24"/>
        </w:rPr>
      </w:pPr>
      <w:r w:rsidRPr="00C9454D">
        <w:rPr>
          <w:sz w:val="24"/>
          <w:szCs w:val="24"/>
        </w:rPr>
        <w:t>Despite his years, Guy was still a formidable warrior. They exchanged blows—steel against steel, grunts against laughter, the thrill of battle lingering between them like an old friend.</w:t>
      </w:r>
    </w:p>
    <w:p w14:paraId="3F91A9C6" w14:textId="17874A0E" w:rsidR="0063730D" w:rsidRPr="00C9454D" w:rsidRDefault="0063730D" w:rsidP="00C9454D">
      <w:pPr>
        <w:rPr>
          <w:sz w:val="24"/>
          <w:szCs w:val="24"/>
        </w:rPr>
      </w:pPr>
      <w:r w:rsidRPr="00C9454D">
        <w:rPr>
          <w:sz w:val="24"/>
          <w:szCs w:val="24"/>
        </w:rPr>
        <w:t xml:space="preserve">When the bout ended, </w:t>
      </w:r>
      <w:r w:rsidR="00F8621F" w:rsidRPr="00C9454D">
        <w:rPr>
          <w:sz w:val="24"/>
          <w:szCs w:val="24"/>
        </w:rPr>
        <w:t>Henry</w:t>
      </w:r>
      <w:r w:rsidR="00386120" w:rsidRPr="00C9454D">
        <w:rPr>
          <w:sz w:val="24"/>
          <w:szCs w:val="24"/>
        </w:rPr>
        <w:t xml:space="preserve"> </w:t>
      </w:r>
      <w:r w:rsidRPr="00C9454D">
        <w:rPr>
          <w:sz w:val="24"/>
          <w:szCs w:val="24"/>
        </w:rPr>
        <w:t>turned, wiping sweat from his brow—and found John</w:t>
      </w:r>
      <w:r w:rsidR="007B5213" w:rsidRPr="00C9454D">
        <w:rPr>
          <w:sz w:val="24"/>
          <w:szCs w:val="24"/>
        </w:rPr>
        <w:t xml:space="preserve"> Marshall</w:t>
      </w:r>
      <w:r w:rsidRPr="00C9454D">
        <w:rPr>
          <w:sz w:val="24"/>
          <w:szCs w:val="24"/>
        </w:rPr>
        <w:t xml:space="preserve"> watching intently from the edge of the yard.</w:t>
      </w:r>
    </w:p>
    <w:p w14:paraId="522AE85F" w14:textId="77470393" w:rsidR="0063730D" w:rsidRPr="00C9454D" w:rsidRDefault="0063730D" w:rsidP="00C9454D">
      <w:pPr>
        <w:rPr>
          <w:sz w:val="24"/>
          <w:szCs w:val="24"/>
        </w:rPr>
      </w:pPr>
      <w:r w:rsidRPr="00C9454D">
        <w:rPr>
          <w:sz w:val="24"/>
          <w:szCs w:val="24"/>
        </w:rPr>
        <w:t xml:space="preserve">“You disapprove of my footwork?” </w:t>
      </w:r>
      <w:r w:rsidR="00B167F4" w:rsidRPr="00C9454D">
        <w:rPr>
          <w:sz w:val="24"/>
          <w:szCs w:val="24"/>
        </w:rPr>
        <w:t>the king</w:t>
      </w:r>
      <w:r w:rsidRPr="00C9454D">
        <w:rPr>
          <w:sz w:val="24"/>
          <w:szCs w:val="24"/>
        </w:rPr>
        <w:t xml:space="preserve"> asked dryly.</w:t>
      </w:r>
    </w:p>
    <w:p w14:paraId="53215D60" w14:textId="766177F9" w:rsidR="0063730D" w:rsidRPr="00C9454D" w:rsidRDefault="0063730D" w:rsidP="00C9454D">
      <w:pPr>
        <w:rPr>
          <w:sz w:val="24"/>
          <w:szCs w:val="24"/>
        </w:rPr>
      </w:pPr>
      <w:r w:rsidRPr="00C9454D">
        <w:rPr>
          <w:sz w:val="24"/>
          <w:szCs w:val="24"/>
        </w:rPr>
        <w:t>John</w:t>
      </w:r>
      <w:r w:rsidR="00E662A1" w:rsidRPr="00C9454D">
        <w:rPr>
          <w:sz w:val="24"/>
          <w:szCs w:val="24"/>
        </w:rPr>
        <w:t xml:space="preserve"> Marshall</w:t>
      </w:r>
      <w:r w:rsidRPr="00C9454D">
        <w:rPr>
          <w:sz w:val="24"/>
          <w:szCs w:val="24"/>
        </w:rPr>
        <w:t xml:space="preserve"> startled, clearly not expecting to be addressed. Then, to </w:t>
      </w:r>
      <w:r w:rsidR="00F8621F" w:rsidRPr="00C9454D">
        <w:rPr>
          <w:sz w:val="24"/>
          <w:szCs w:val="24"/>
        </w:rPr>
        <w:t>Henry’s</w:t>
      </w:r>
      <w:r w:rsidRPr="00C9454D">
        <w:rPr>
          <w:sz w:val="24"/>
          <w:szCs w:val="24"/>
        </w:rPr>
        <w:t xml:space="preserve"> surprise, he nodded.</w:t>
      </w:r>
    </w:p>
    <w:p w14:paraId="4208160C" w14:textId="71255D72" w:rsidR="0063730D" w:rsidRPr="00C9454D" w:rsidRDefault="0063730D" w:rsidP="00C9454D">
      <w:pPr>
        <w:rPr>
          <w:sz w:val="24"/>
          <w:szCs w:val="24"/>
        </w:rPr>
      </w:pPr>
      <w:r w:rsidRPr="00C9454D">
        <w:rPr>
          <w:sz w:val="24"/>
          <w:szCs w:val="24"/>
        </w:rPr>
        <w:t xml:space="preserve">Guy choked on a laugh, but </w:t>
      </w:r>
      <w:r w:rsidR="00EF7329" w:rsidRPr="00C9454D">
        <w:rPr>
          <w:sz w:val="24"/>
          <w:szCs w:val="24"/>
        </w:rPr>
        <w:t>Henry’s</w:t>
      </w:r>
      <w:r w:rsidRPr="00C9454D">
        <w:rPr>
          <w:sz w:val="24"/>
          <w:szCs w:val="24"/>
        </w:rPr>
        <w:t xml:space="preserve"> interest only grew. “You have opinions on the matter, young Marshall?”</w:t>
      </w:r>
    </w:p>
    <w:p w14:paraId="4B42B2F5" w14:textId="2CF7FBC8" w:rsidR="0063730D" w:rsidRPr="00C9454D" w:rsidRDefault="0063730D" w:rsidP="00C9454D">
      <w:pPr>
        <w:rPr>
          <w:sz w:val="24"/>
          <w:szCs w:val="24"/>
        </w:rPr>
      </w:pPr>
      <w:r w:rsidRPr="00C9454D">
        <w:rPr>
          <w:sz w:val="24"/>
          <w:szCs w:val="24"/>
        </w:rPr>
        <w:t>John hesitated—just for a breath—then stepped forward. “Only an observation, Your Majesty.”</w:t>
      </w:r>
    </w:p>
    <w:p w14:paraId="58D850B9" w14:textId="77777777" w:rsidR="0063730D" w:rsidRPr="00C9454D" w:rsidRDefault="0063730D" w:rsidP="00C9454D">
      <w:pPr>
        <w:rPr>
          <w:sz w:val="24"/>
          <w:szCs w:val="24"/>
        </w:rPr>
      </w:pPr>
      <w:r w:rsidRPr="00C9454D">
        <w:rPr>
          <w:sz w:val="24"/>
          <w:szCs w:val="24"/>
        </w:rPr>
        <w:t>“Let’s hear it.”</w:t>
      </w:r>
    </w:p>
    <w:p w14:paraId="7D9D9C60" w14:textId="5F6FD4EB" w:rsidR="0063730D" w:rsidRPr="00C9454D" w:rsidRDefault="0063730D" w:rsidP="00C9454D">
      <w:pPr>
        <w:rPr>
          <w:sz w:val="24"/>
          <w:szCs w:val="24"/>
        </w:rPr>
      </w:pPr>
      <w:r w:rsidRPr="00C9454D">
        <w:rPr>
          <w:sz w:val="24"/>
          <w:szCs w:val="24"/>
        </w:rPr>
        <w:t>John</w:t>
      </w:r>
      <w:r w:rsidR="004C39C3" w:rsidRPr="00C9454D">
        <w:rPr>
          <w:sz w:val="24"/>
          <w:szCs w:val="24"/>
        </w:rPr>
        <w:t xml:space="preserve"> Marshall</w:t>
      </w:r>
      <w:r w:rsidRPr="00C9454D">
        <w:rPr>
          <w:sz w:val="24"/>
          <w:szCs w:val="24"/>
        </w:rPr>
        <w:t xml:space="preserve"> studied him for a moment before speaking. “You have the advantage in strength, but Lord Guy counters with speed. You force his hand in power, but when you tire, he wins the fight.”</w:t>
      </w:r>
    </w:p>
    <w:p w14:paraId="2285008B" w14:textId="729ABE2A" w:rsidR="0063730D" w:rsidRPr="00C9454D" w:rsidRDefault="004545CE" w:rsidP="00C9454D">
      <w:pPr>
        <w:rPr>
          <w:sz w:val="24"/>
          <w:szCs w:val="24"/>
        </w:rPr>
      </w:pPr>
      <w:r w:rsidRPr="00C9454D">
        <w:rPr>
          <w:sz w:val="24"/>
          <w:szCs w:val="24"/>
        </w:rPr>
        <w:t>Henry</w:t>
      </w:r>
      <w:r w:rsidR="004C39C3" w:rsidRPr="00C9454D">
        <w:rPr>
          <w:sz w:val="24"/>
          <w:szCs w:val="24"/>
        </w:rPr>
        <w:t xml:space="preserve"> </w:t>
      </w:r>
      <w:r w:rsidR="0063730D" w:rsidRPr="00C9454D">
        <w:rPr>
          <w:sz w:val="24"/>
          <w:szCs w:val="24"/>
        </w:rPr>
        <w:t>folded his arms, intrigued. “And what would you suggest?”</w:t>
      </w:r>
    </w:p>
    <w:p w14:paraId="63729D1A" w14:textId="3EFFCBEE" w:rsidR="0063730D" w:rsidRPr="00C9454D" w:rsidRDefault="0063730D" w:rsidP="00C9454D">
      <w:pPr>
        <w:rPr>
          <w:sz w:val="24"/>
          <w:szCs w:val="24"/>
        </w:rPr>
      </w:pPr>
      <w:r w:rsidRPr="00C9454D">
        <w:rPr>
          <w:sz w:val="24"/>
          <w:szCs w:val="24"/>
        </w:rPr>
        <w:t xml:space="preserve">John </w:t>
      </w:r>
      <w:r w:rsidR="0026436F" w:rsidRPr="00C9454D">
        <w:rPr>
          <w:sz w:val="24"/>
          <w:szCs w:val="24"/>
        </w:rPr>
        <w:t xml:space="preserve">Marshall </w:t>
      </w:r>
      <w:r w:rsidRPr="00C9454D">
        <w:rPr>
          <w:sz w:val="24"/>
          <w:szCs w:val="24"/>
        </w:rPr>
        <w:t>took a breath, gathering his words. “If you feinted power but used speed in the moments that matter, you wouldn’t tire as quickly. Lord Guy expects you to strike hard every time. If you struck lightly, he might miscalculate his defense.”</w:t>
      </w:r>
    </w:p>
    <w:p w14:paraId="3F01C8A9" w14:textId="77777777" w:rsidR="0063730D" w:rsidRPr="00C9454D" w:rsidRDefault="0063730D" w:rsidP="00C9454D">
      <w:pPr>
        <w:rPr>
          <w:sz w:val="24"/>
          <w:szCs w:val="24"/>
        </w:rPr>
      </w:pPr>
      <w:r w:rsidRPr="00C9454D">
        <w:rPr>
          <w:sz w:val="24"/>
          <w:szCs w:val="24"/>
        </w:rPr>
        <w:t>Silence.</w:t>
      </w:r>
    </w:p>
    <w:p w14:paraId="427BC98B" w14:textId="77777777" w:rsidR="0063730D" w:rsidRPr="00C9454D" w:rsidRDefault="0063730D" w:rsidP="00C9454D">
      <w:pPr>
        <w:rPr>
          <w:sz w:val="24"/>
          <w:szCs w:val="24"/>
        </w:rPr>
      </w:pPr>
      <w:r w:rsidRPr="00C9454D">
        <w:rPr>
          <w:sz w:val="24"/>
          <w:szCs w:val="24"/>
        </w:rPr>
        <w:t>The men around them shifted, some glancing at Guy, waiting to see if the boy had spoken out of turn.</w:t>
      </w:r>
    </w:p>
    <w:p w14:paraId="21EFC4A5" w14:textId="77777777" w:rsidR="0063730D" w:rsidRPr="00C9454D" w:rsidRDefault="0063730D" w:rsidP="00C9454D">
      <w:pPr>
        <w:rPr>
          <w:sz w:val="24"/>
          <w:szCs w:val="24"/>
        </w:rPr>
      </w:pPr>
      <w:r w:rsidRPr="00C9454D">
        <w:rPr>
          <w:sz w:val="24"/>
          <w:szCs w:val="24"/>
        </w:rPr>
        <w:t>But Guy only smirked, proud as a wolf watching its cub find its bite.</w:t>
      </w:r>
    </w:p>
    <w:p w14:paraId="0657BE0B" w14:textId="10A9CA88" w:rsidR="0063730D" w:rsidRPr="00C9454D" w:rsidRDefault="008C4F28" w:rsidP="00C9454D">
      <w:pPr>
        <w:rPr>
          <w:sz w:val="24"/>
          <w:szCs w:val="24"/>
        </w:rPr>
      </w:pPr>
      <w:r w:rsidRPr="00C9454D">
        <w:rPr>
          <w:sz w:val="24"/>
          <w:szCs w:val="24"/>
        </w:rPr>
        <w:t xml:space="preserve">King </w:t>
      </w:r>
      <w:r w:rsidR="004545CE" w:rsidRPr="00C9454D">
        <w:rPr>
          <w:sz w:val="24"/>
          <w:szCs w:val="24"/>
        </w:rPr>
        <w:t>Henry,</w:t>
      </w:r>
      <w:r w:rsidR="0063730D" w:rsidRPr="00C9454D">
        <w:rPr>
          <w:sz w:val="24"/>
          <w:szCs w:val="24"/>
        </w:rPr>
        <w:t xml:space="preserve"> for his part, was stunned. He had fought hundreds of men, received counsel from the greatest strategists of his time. But never had a </w:t>
      </w:r>
      <w:r w:rsidR="00E80F71" w:rsidRPr="00C9454D">
        <w:rPr>
          <w:sz w:val="24"/>
          <w:szCs w:val="24"/>
        </w:rPr>
        <w:t>sixteen</w:t>
      </w:r>
      <w:r w:rsidR="0063730D" w:rsidRPr="00C9454D">
        <w:rPr>
          <w:sz w:val="24"/>
          <w:szCs w:val="24"/>
        </w:rPr>
        <w:t>-year-old dared to critique his technique—and been right.</w:t>
      </w:r>
    </w:p>
    <w:p w14:paraId="6F226623" w14:textId="5A6726D8" w:rsidR="0063730D" w:rsidRPr="00C9454D" w:rsidRDefault="0063730D" w:rsidP="00C9454D">
      <w:pPr>
        <w:rPr>
          <w:sz w:val="24"/>
          <w:szCs w:val="24"/>
        </w:rPr>
      </w:pPr>
      <w:r w:rsidRPr="00C9454D">
        <w:rPr>
          <w:sz w:val="24"/>
          <w:szCs w:val="24"/>
        </w:rPr>
        <w:t xml:space="preserve">“I should have brought you to the </w:t>
      </w:r>
      <w:r w:rsidR="00110F77" w:rsidRPr="00C9454D">
        <w:rPr>
          <w:sz w:val="24"/>
          <w:szCs w:val="24"/>
        </w:rPr>
        <w:t>battle</w:t>
      </w:r>
      <w:r w:rsidR="00347B24" w:rsidRPr="00C9454D">
        <w:rPr>
          <w:sz w:val="24"/>
          <w:szCs w:val="24"/>
        </w:rPr>
        <w:t xml:space="preserve"> of Lincoln</w:t>
      </w:r>
      <w:r w:rsidRPr="00C9454D">
        <w:rPr>
          <w:sz w:val="24"/>
          <w:szCs w:val="24"/>
        </w:rPr>
        <w:t xml:space="preserve">,” </w:t>
      </w:r>
      <w:r w:rsidR="00E80F71" w:rsidRPr="00C9454D">
        <w:rPr>
          <w:sz w:val="24"/>
          <w:szCs w:val="24"/>
        </w:rPr>
        <w:t>Henry</w:t>
      </w:r>
      <w:r w:rsidRPr="00C9454D">
        <w:rPr>
          <w:sz w:val="24"/>
          <w:szCs w:val="24"/>
        </w:rPr>
        <w:t xml:space="preserve"> mused. “You’d have ma</w:t>
      </w:r>
      <w:r w:rsidR="00DD1FF5" w:rsidRPr="00C9454D">
        <w:rPr>
          <w:sz w:val="24"/>
          <w:szCs w:val="24"/>
        </w:rPr>
        <w:t xml:space="preserve">de </w:t>
      </w:r>
      <w:r w:rsidRPr="00C9454D">
        <w:rPr>
          <w:sz w:val="24"/>
          <w:szCs w:val="24"/>
        </w:rPr>
        <w:t>a fine tactician.”</w:t>
      </w:r>
    </w:p>
    <w:p w14:paraId="15B54B1F" w14:textId="6E4E2FB0" w:rsidR="0063730D" w:rsidRPr="00C9454D" w:rsidRDefault="0063730D" w:rsidP="00C9454D">
      <w:pPr>
        <w:rPr>
          <w:sz w:val="24"/>
          <w:szCs w:val="24"/>
        </w:rPr>
      </w:pPr>
      <w:r w:rsidRPr="00C9454D">
        <w:rPr>
          <w:sz w:val="24"/>
          <w:szCs w:val="24"/>
        </w:rPr>
        <w:t>John</w:t>
      </w:r>
      <w:r w:rsidR="00CD4E42" w:rsidRPr="00C9454D">
        <w:rPr>
          <w:sz w:val="24"/>
          <w:szCs w:val="24"/>
        </w:rPr>
        <w:t xml:space="preserve"> Marshall</w:t>
      </w:r>
      <w:r w:rsidRPr="00C9454D">
        <w:rPr>
          <w:sz w:val="24"/>
          <w:szCs w:val="24"/>
        </w:rPr>
        <w:t xml:space="preserve"> did not preen under the praise, as most boys would have. He only bowed his head slightly. “A knight must first be a student before he can be a master.”</w:t>
      </w:r>
    </w:p>
    <w:p w14:paraId="670FA838" w14:textId="2053B6DD" w:rsidR="0063730D" w:rsidRPr="00C9454D" w:rsidRDefault="00A42C84" w:rsidP="00C9454D">
      <w:pPr>
        <w:rPr>
          <w:sz w:val="24"/>
          <w:szCs w:val="24"/>
        </w:rPr>
      </w:pPr>
      <w:r w:rsidRPr="00C9454D">
        <w:rPr>
          <w:sz w:val="24"/>
          <w:szCs w:val="24"/>
        </w:rPr>
        <w:t xml:space="preserve">Henry </w:t>
      </w:r>
      <w:r w:rsidR="0063730D" w:rsidRPr="00C9454D">
        <w:rPr>
          <w:sz w:val="24"/>
          <w:szCs w:val="24"/>
        </w:rPr>
        <w:t>laughed, clapping a hand on the boy’s shoulder. “You are already wiser than half my council.”</w:t>
      </w:r>
    </w:p>
    <w:p w14:paraId="5EB562E1" w14:textId="6CA977A7" w:rsidR="0063730D" w:rsidRPr="00C9454D" w:rsidRDefault="00102810" w:rsidP="00C9454D">
      <w:pPr>
        <w:rPr>
          <w:sz w:val="24"/>
          <w:szCs w:val="24"/>
        </w:rPr>
      </w:pPr>
      <w:r w:rsidRPr="00C9454D">
        <w:rPr>
          <w:sz w:val="24"/>
          <w:szCs w:val="24"/>
        </w:rPr>
        <w:t>John</w:t>
      </w:r>
      <w:r w:rsidR="0063730D" w:rsidRPr="00C9454D">
        <w:rPr>
          <w:sz w:val="24"/>
          <w:szCs w:val="24"/>
        </w:rPr>
        <w:t xml:space="preserve"> smiled then, but there was still that careful consideration in his eyes.</w:t>
      </w:r>
    </w:p>
    <w:p w14:paraId="6F9F3936" w14:textId="77777777" w:rsidR="0063730D" w:rsidRPr="00C9454D" w:rsidRDefault="0063730D" w:rsidP="00C9454D">
      <w:pPr>
        <w:rPr>
          <w:sz w:val="24"/>
          <w:szCs w:val="24"/>
        </w:rPr>
      </w:pPr>
      <w:r w:rsidRPr="00C9454D">
        <w:rPr>
          <w:sz w:val="24"/>
          <w:szCs w:val="24"/>
        </w:rPr>
        <w:t>He was watching. Always watching.</w:t>
      </w:r>
    </w:p>
    <w:p w14:paraId="4A62C6E6" w14:textId="0E60A15A" w:rsidR="0063730D" w:rsidRPr="00C9454D" w:rsidRDefault="0063730D" w:rsidP="00C9454D">
      <w:pPr>
        <w:rPr>
          <w:sz w:val="24"/>
          <w:szCs w:val="24"/>
        </w:rPr>
      </w:pPr>
      <w:r w:rsidRPr="00C9454D">
        <w:rPr>
          <w:sz w:val="24"/>
          <w:szCs w:val="24"/>
        </w:rPr>
        <w:t xml:space="preserve">And </w:t>
      </w:r>
      <w:r w:rsidR="00A42C84" w:rsidRPr="00C9454D">
        <w:rPr>
          <w:sz w:val="24"/>
          <w:szCs w:val="24"/>
        </w:rPr>
        <w:t xml:space="preserve">Henry </w:t>
      </w:r>
      <w:r w:rsidRPr="00C9454D">
        <w:rPr>
          <w:sz w:val="24"/>
          <w:szCs w:val="24"/>
        </w:rPr>
        <w:t>had no doubt that one day, John Marshall would become something great.</w:t>
      </w:r>
    </w:p>
    <w:p w14:paraId="4A75502D" w14:textId="77777777" w:rsidR="0063730D" w:rsidRPr="00C9454D" w:rsidRDefault="00FE197F" w:rsidP="00C9454D">
      <w:pPr>
        <w:rPr>
          <w:sz w:val="24"/>
          <w:szCs w:val="24"/>
        </w:rPr>
      </w:pPr>
      <w:r>
        <w:rPr>
          <w:noProof/>
          <w:sz w:val="24"/>
          <w:szCs w:val="24"/>
        </w:rPr>
      </w:r>
      <w:r w:rsidR="00FE197F">
        <w:rPr>
          <w:noProof/>
          <w:sz w:val="24"/>
          <w:szCs w:val="24"/>
        </w:rPr>
        <w:pict w14:anchorId="097BC4C9">
          <v:rect id="_x0000_i1124" style="width:0;height:1.5pt" o:hralign="center" o:hrstd="t" o:hr="t" fillcolor="#a0a0a0" stroked="f"/>
        </w:pict>
      </w:r>
    </w:p>
    <w:p w14:paraId="54758108" w14:textId="77777777" w:rsidR="00382066" w:rsidRPr="00C9454D" w:rsidRDefault="00382066" w:rsidP="00C9454D">
      <w:pPr>
        <w:rPr>
          <w:b/>
          <w:bCs/>
          <w:sz w:val="24"/>
          <w:szCs w:val="24"/>
        </w:rPr>
      </w:pPr>
    </w:p>
    <w:p w14:paraId="1191BA66" w14:textId="00FF1281" w:rsidR="0063730D" w:rsidRPr="00C9454D" w:rsidRDefault="0063730D" w:rsidP="00C9454D">
      <w:pPr>
        <w:pStyle w:val="Heading2"/>
        <w:rPr>
          <w:sz w:val="24"/>
          <w:szCs w:val="24"/>
        </w:rPr>
      </w:pPr>
      <w:r w:rsidRPr="00C9454D">
        <w:rPr>
          <w:sz w:val="24"/>
          <w:szCs w:val="24"/>
        </w:rPr>
        <w:t>A Moment of Truth</w:t>
      </w:r>
    </w:p>
    <w:p w14:paraId="69040777" w14:textId="77777777" w:rsidR="00585D2E" w:rsidRPr="00C9454D" w:rsidRDefault="00585D2E" w:rsidP="00C9454D">
      <w:pPr>
        <w:rPr>
          <w:sz w:val="24"/>
          <w:szCs w:val="24"/>
        </w:rPr>
      </w:pPr>
    </w:p>
    <w:p w14:paraId="1EA88BAF" w14:textId="30DA6897" w:rsidR="0063730D" w:rsidRPr="00C9454D" w:rsidRDefault="0063730D" w:rsidP="00C9454D">
      <w:pPr>
        <w:rPr>
          <w:sz w:val="24"/>
          <w:szCs w:val="24"/>
        </w:rPr>
      </w:pPr>
      <w:r w:rsidRPr="00C9454D">
        <w:rPr>
          <w:sz w:val="24"/>
          <w:szCs w:val="24"/>
        </w:rPr>
        <w:t xml:space="preserve">Later that evening, </w:t>
      </w:r>
      <w:r w:rsidR="00625206" w:rsidRPr="00C9454D">
        <w:rPr>
          <w:sz w:val="24"/>
          <w:szCs w:val="24"/>
        </w:rPr>
        <w:t xml:space="preserve">Henry </w:t>
      </w:r>
      <w:r w:rsidRPr="00C9454D">
        <w:rPr>
          <w:sz w:val="24"/>
          <w:szCs w:val="24"/>
        </w:rPr>
        <w:t>found himself seated besi</w:t>
      </w:r>
      <w:r w:rsidR="00DD1FF5" w:rsidRPr="00C9454D">
        <w:rPr>
          <w:sz w:val="24"/>
          <w:szCs w:val="24"/>
        </w:rPr>
        <w:t xml:space="preserve">de </w:t>
      </w:r>
      <w:r w:rsidRPr="00C9454D">
        <w:rPr>
          <w:sz w:val="24"/>
          <w:szCs w:val="24"/>
        </w:rPr>
        <w:t xml:space="preserve">John again, this time overlooking the orchards beyond </w:t>
      </w:r>
      <w:r w:rsidR="00522C4D" w:rsidRPr="00C9454D">
        <w:rPr>
          <w:sz w:val="24"/>
          <w:szCs w:val="24"/>
        </w:rPr>
        <w:t>High Haven</w:t>
      </w:r>
      <w:r w:rsidRPr="00C9454D">
        <w:rPr>
          <w:sz w:val="24"/>
          <w:szCs w:val="24"/>
        </w:rPr>
        <w:t>. The feast carried on behind them, but they sat in comfortable silence, watching the lanterns flicker in the distance.</w:t>
      </w:r>
    </w:p>
    <w:p w14:paraId="43038DFE" w14:textId="7DA51073" w:rsidR="0063730D" w:rsidRPr="00C9454D" w:rsidRDefault="00646747" w:rsidP="00C9454D">
      <w:pPr>
        <w:rPr>
          <w:sz w:val="24"/>
          <w:szCs w:val="24"/>
        </w:rPr>
      </w:pPr>
      <w:r w:rsidRPr="00C9454D">
        <w:rPr>
          <w:sz w:val="24"/>
          <w:szCs w:val="24"/>
        </w:rPr>
        <w:t>The King</w:t>
      </w:r>
      <w:r w:rsidR="0063730D" w:rsidRPr="00C9454D">
        <w:rPr>
          <w:sz w:val="24"/>
          <w:szCs w:val="24"/>
        </w:rPr>
        <w:t>, never one to indulge in idle conversation, finally spoke. “Tell me, John. What is it that you want?”</w:t>
      </w:r>
    </w:p>
    <w:p w14:paraId="7A6B25CE" w14:textId="77777777" w:rsidR="0063730D" w:rsidRPr="00C9454D" w:rsidRDefault="0063730D" w:rsidP="00C9454D">
      <w:pPr>
        <w:rPr>
          <w:sz w:val="24"/>
          <w:szCs w:val="24"/>
        </w:rPr>
      </w:pPr>
      <w:r w:rsidRPr="00C9454D">
        <w:rPr>
          <w:sz w:val="24"/>
          <w:szCs w:val="24"/>
        </w:rPr>
        <w:t>The boy was quiet for a long time.</w:t>
      </w:r>
    </w:p>
    <w:p w14:paraId="7B965C8C" w14:textId="77777777" w:rsidR="0063730D" w:rsidRPr="00C9454D" w:rsidRDefault="0063730D" w:rsidP="00C9454D">
      <w:pPr>
        <w:rPr>
          <w:sz w:val="24"/>
          <w:szCs w:val="24"/>
        </w:rPr>
      </w:pPr>
      <w:r w:rsidRPr="00C9454D">
        <w:rPr>
          <w:sz w:val="24"/>
          <w:szCs w:val="24"/>
        </w:rPr>
        <w:t>When he finally answered, his voice was steady. “I want to be worthy of my name.”</w:t>
      </w:r>
    </w:p>
    <w:p w14:paraId="52696BDB" w14:textId="6D42CC88" w:rsidR="0063730D" w:rsidRPr="00C9454D" w:rsidRDefault="007D20AC" w:rsidP="00C9454D">
      <w:pPr>
        <w:rPr>
          <w:sz w:val="24"/>
          <w:szCs w:val="24"/>
        </w:rPr>
      </w:pPr>
      <w:r w:rsidRPr="00C9454D">
        <w:rPr>
          <w:sz w:val="24"/>
          <w:szCs w:val="24"/>
        </w:rPr>
        <w:t>Henry</w:t>
      </w:r>
      <w:r w:rsidR="0063730D" w:rsidRPr="00C9454D">
        <w:rPr>
          <w:sz w:val="24"/>
          <w:szCs w:val="24"/>
        </w:rPr>
        <w:t xml:space="preserve"> tilted his head, intrigued. “You are the son of Guy </w:t>
      </w:r>
      <w:r w:rsidR="00DD1FF5" w:rsidRPr="00C9454D">
        <w:rPr>
          <w:sz w:val="24"/>
          <w:szCs w:val="24"/>
        </w:rPr>
        <w:t xml:space="preserve">de </w:t>
      </w:r>
      <w:proofErr w:type="spellStart"/>
      <w:r w:rsidR="0063730D" w:rsidRPr="00C9454D">
        <w:rPr>
          <w:sz w:val="24"/>
          <w:szCs w:val="24"/>
        </w:rPr>
        <w:t>Peine</w:t>
      </w:r>
      <w:proofErr w:type="spellEnd"/>
      <w:r w:rsidR="0063730D" w:rsidRPr="00C9454D">
        <w:rPr>
          <w:sz w:val="24"/>
          <w:szCs w:val="24"/>
        </w:rPr>
        <w:t xml:space="preserve"> and Abilene </w:t>
      </w:r>
      <w:r w:rsidR="00BB7416" w:rsidRPr="00C9454D">
        <w:rPr>
          <w:sz w:val="24"/>
          <w:szCs w:val="24"/>
        </w:rPr>
        <w:t xml:space="preserve">de </w:t>
      </w:r>
      <w:proofErr w:type="spellStart"/>
      <w:r w:rsidR="00BB7416" w:rsidRPr="00C9454D">
        <w:rPr>
          <w:sz w:val="24"/>
          <w:szCs w:val="24"/>
        </w:rPr>
        <w:t>Barham</w:t>
      </w:r>
      <w:proofErr w:type="spellEnd"/>
      <w:r w:rsidR="0063730D" w:rsidRPr="00C9454D">
        <w:rPr>
          <w:sz w:val="24"/>
          <w:szCs w:val="24"/>
        </w:rPr>
        <w:t xml:space="preserve">. You already </w:t>
      </w:r>
      <w:r w:rsidR="0063730D" w:rsidRPr="00C9454D">
        <w:rPr>
          <w:i/>
          <w:iCs/>
          <w:sz w:val="24"/>
          <w:szCs w:val="24"/>
        </w:rPr>
        <w:t>are</w:t>
      </w:r>
      <w:r w:rsidR="0063730D" w:rsidRPr="00C9454D">
        <w:rPr>
          <w:sz w:val="24"/>
          <w:szCs w:val="24"/>
        </w:rPr>
        <w:t>.”</w:t>
      </w:r>
    </w:p>
    <w:p w14:paraId="315B9A49" w14:textId="7200383A" w:rsidR="0063730D" w:rsidRPr="00C9454D" w:rsidRDefault="0063730D" w:rsidP="00C9454D">
      <w:pPr>
        <w:rPr>
          <w:sz w:val="24"/>
          <w:szCs w:val="24"/>
        </w:rPr>
      </w:pPr>
      <w:r w:rsidRPr="00C9454D">
        <w:rPr>
          <w:sz w:val="24"/>
          <w:szCs w:val="24"/>
        </w:rPr>
        <w:t xml:space="preserve">John </w:t>
      </w:r>
      <w:r w:rsidR="00ED20FD" w:rsidRPr="00C9454D">
        <w:rPr>
          <w:sz w:val="24"/>
          <w:szCs w:val="24"/>
        </w:rPr>
        <w:t xml:space="preserve">Marshall </w:t>
      </w:r>
      <w:r w:rsidRPr="00C9454D">
        <w:rPr>
          <w:sz w:val="24"/>
          <w:szCs w:val="24"/>
        </w:rPr>
        <w:t xml:space="preserve">shook his head. “No, Your Majesty. That was given to me. I want to earn it. To be a man they would be proud of—not just because I carry their </w:t>
      </w:r>
      <w:r w:rsidR="0066675C" w:rsidRPr="00C9454D">
        <w:rPr>
          <w:sz w:val="24"/>
          <w:szCs w:val="24"/>
        </w:rPr>
        <w:t>name</w:t>
      </w:r>
      <w:r w:rsidRPr="00C9454D">
        <w:rPr>
          <w:sz w:val="24"/>
          <w:szCs w:val="24"/>
        </w:rPr>
        <w:t>, but because of my own deeds.”</w:t>
      </w:r>
    </w:p>
    <w:p w14:paraId="223AA150" w14:textId="413A8930" w:rsidR="0063730D" w:rsidRPr="00C9454D" w:rsidRDefault="007D20AC" w:rsidP="00C9454D">
      <w:pPr>
        <w:rPr>
          <w:sz w:val="24"/>
          <w:szCs w:val="24"/>
        </w:rPr>
      </w:pPr>
      <w:r w:rsidRPr="00C9454D">
        <w:rPr>
          <w:sz w:val="24"/>
          <w:szCs w:val="24"/>
        </w:rPr>
        <w:t>Henry</w:t>
      </w:r>
      <w:r w:rsidR="003B53F8" w:rsidRPr="00C9454D">
        <w:rPr>
          <w:sz w:val="24"/>
          <w:szCs w:val="24"/>
        </w:rPr>
        <w:t xml:space="preserve"> </w:t>
      </w:r>
      <w:r w:rsidR="0063730D" w:rsidRPr="00C9454D">
        <w:rPr>
          <w:sz w:val="24"/>
          <w:szCs w:val="24"/>
        </w:rPr>
        <w:t>studied him in the firelight. There was no doubt in his heart.</w:t>
      </w:r>
    </w:p>
    <w:p w14:paraId="3E4B35C8" w14:textId="77777777" w:rsidR="0063730D" w:rsidRPr="00C9454D" w:rsidRDefault="0063730D" w:rsidP="00C9454D">
      <w:pPr>
        <w:rPr>
          <w:sz w:val="24"/>
          <w:szCs w:val="24"/>
        </w:rPr>
      </w:pPr>
      <w:r w:rsidRPr="00C9454D">
        <w:rPr>
          <w:sz w:val="24"/>
          <w:szCs w:val="24"/>
        </w:rPr>
        <w:t>John Marshall was not just his father’s son.</w:t>
      </w:r>
    </w:p>
    <w:p w14:paraId="665B0A94" w14:textId="77777777" w:rsidR="0063730D" w:rsidRPr="00C9454D" w:rsidRDefault="0063730D" w:rsidP="00C9454D">
      <w:pPr>
        <w:rPr>
          <w:sz w:val="24"/>
          <w:szCs w:val="24"/>
        </w:rPr>
      </w:pPr>
      <w:r w:rsidRPr="00C9454D">
        <w:rPr>
          <w:sz w:val="24"/>
          <w:szCs w:val="24"/>
        </w:rPr>
        <w:t>He was his own man.</w:t>
      </w:r>
    </w:p>
    <w:p w14:paraId="4DB1B033" w14:textId="4D99F6FE" w:rsidR="0063730D" w:rsidRPr="00C9454D" w:rsidRDefault="00AA16AC" w:rsidP="00C9454D">
      <w:pPr>
        <w:rPr>
          <w:sz w:val="24"/>
          <w:szCs w:val="24"/>
        </w:rPr>
      </w:pPr>
      <w:r w:rsidRPr="00C9454D">
        <w:rPr>
          <w:sz w:val="24"/>
          <w:szCs w:val="24"/>
        </w:rPr>
        <w:t xml:space="preserve">King </w:t>
      </w:r>
      <w:r w:rsidR="007D20AC" w:rsidRPr="00C9454D">
        <w:rPr>
          <w:sz w:val="24"/>
          <w:szCs w:val="24"/>
        </w:rPr>
        <w:t>Henry</w:t>
      </w:r>
      <w:r w:rsidR="0063730D" w:rsidRPr="00C9454D">
        <w:rPr>
          <w:sz w:val="24"/>
          <w:szCs w:val="24"/>
        </w:rPr>
        <w:t xml:space="preserve"> exhaled, nodding in approval. “Then you will be,</w:t>
      </w:r>
      <w:r w:rsidRPr="00C9454D">
        <w:rPr>
          <w:sz w:val="24"/>
          <w:szCs w:val="24"/>
        </w:rPr>
        <w:t xml:space="preserve"> </w:t>
      </w:r>
      <w:r w:rsidR="0063730D" w:rsidRPr="00C9454D">
        <w:rPr>
          <w:sz w:val="24"/>
          <w:szCs w:val="24"/>
        </w:rPr>
        <w:t xml:space="preserve">Marshall of </w:t>
      </w:r>
      <w:r w:rsidR="00522C4D" w:rsidRPr="00C9454D">
        <w:rPr>
          <w:sz w:val="24"/>
          <w:szCs w:val="24"/>
        </w:rPr>
        <w:t>High Haven</w:t>
      </w:r>
      <w:r w:rsidR="0063730D" w:rsidRPr="00C9454D">
        <w:rPr>
          <w:sz w:val="24"/>
          <w:szCs w:val="24"/>
        </w:rPr>
        <w:t>. And I will be watching when you do.”</w:t>
      </w:r>
    </w:p>
    <w:p w14:paraId="34C1659A" w14:textId="77777777" w:rsidR="0063730D" w:rsidRPr="00C9454D" w:rsidRDefault="0063730D" w:rsidP="00C9454D">
      <w:pPr>
        <w:rPr>
          <w:sz w:val="24"/>
          <w:szCs w:val="24"/>
        </w:rPr>
      </w:pPr>
      <w:r w:rsidRPr="00C9454D">
        <w:rPr>
          <w:sz w:val="24"/>
          <w:szCs w:val="24"/>
        </w:rPr>
        <w:t>A slow smile crossed the boy’s face. “Then I suppose I must not disappoint.”</w:t>
      </w:r>
    </w:p>
    <w:p w14:paraId="7A638CF3" w14:textId="2647F44C" w:rsidR="0063730D" w:rsidRPr="00C9454D" w:rsidRDefault="000A4945" w:rsidP="00C9454D">
      <w:pPr>
        <w:rPr>
          <w:sz w:val="24"/>
          <w:szCs w:val="24"/>
        </w:rPr>
      </w:pPr>
      <w:r w:rsidRPr="00C9454D">
        <w:rPr>
          <w:sz w:val="24"/>
          <w:szCs w:val="24"/>
        </w:rPr>
        <w:t>Henry</w:t>
      </w:r>
      <w:r w:rsidR="000C6D15" w:rsidRPr="00C9454D">
        <w:rPr>
          <w:sz w:val="24"/>
          <w:szCs w:val="24"/>
        </w:rPr>
        <w:t xml:space="preserve"> </w:t>
      </w:r>
      <w:r w:rsidR="0063730D" w:rsidRPr="00C9454D">
        <w:rPr>
          <w:sz w:val="24"/>
          <w:szCs w:val="24"/>
        </w:rPr>
        <w:t>laughed. “No, you mustn’t.”</w:t>
      </w:r>
    </w:p>
    <w:p w14:paraId="58233578" w14:textId="77777777" w:rsidR="0063730D" w:rsidRPr="00C9454D" w:rsidRDefault="00FE197F" w:rsidP="00C9454D">
      <w:pPr>
        <w:rPr>
          <w:sz w:val="24"/>
          <w:szCs w:val="24"/>
        </w:rPr>
      </w:pPr>
      <w:r>
        <w:rPr>
          <w:noProof/>
          <w:sz w:val="24"/>
          <w:szCs w:val="24"/>
        </w:rPr>
      </w:r>
      <w:r w:rsidR="00FE197F">
        <w:rPr>
          <w:noProof/>
          <w:sz w:val="24"/>
          <w:szCs w:val="24"/>
        </w:rPr>
        <w:pict w14:anchorId="6C390658">
          <v:rect id="_x0000_i1125" style="width:0;height:1.5pt" o:hralign="center" o:hrstd="t" o:hr="t" fillcolor="#a0a0a0" stroked="f"/>
        </w:pict>
      </w:r>
    </w:p>
    <w:p w14:paraId="5547469F" w14:textId="77777777" w:rsidR="00382066" w:rsidRPr="00C9454D" w:rsidRDefault="00382066" w:rsidP="00C9454D">
      <w:pPr>
        <w:rPr>
          <w:sz w:val="24"/>
          <w:szCs w:val="24"/>
        </w:rPr>
      </w:pPr>
    </w:p>
    <w:p w14:paraId="7C066773" w14:textId="3AE3EEA7" w:rsidR="00A06E85" w:rsidRPr="00C9454D" w:rsidRDefault="00A06E85" w:rsidP="00C9454D">
      <w:pPr>
        <w:pStyle w:val="Heading2"/>
        <w:rPr>
          <w:sz w:val="24"/>
          <w:szCs w:val="24"/>
        </w:rPr>
      </w:pPr>
      <w:r w:rsidRPr="00C9454D">
        <w:rPr>
          <w:sz w:val="24"/>
          <w:szCs w:val="24"/>
        </w:rPr>
        <w:t>Rowan’s Tales Over Ale</w:t>
      </w:r>
    </w:p>
    <w:p w14:paraId="45ACC351" w14:textId="77777777" w:rsidR="00585D2E" w:rsidRPr="00C9454D" w:rsidRDefault="00585D2E" w:rsidP="00C9454D">
      <w:pPr>
        <w:rPr>
          <w:sz w:val="24"/>
          <w:szCs w:val="24"/>
        </w:rPr>
      </w:pPr>
    </w:p>
    <w:p w14:paraId="1CBB9466" w14:textId="77777777" w:rsidR="00A06E85" w:rsidRPr="00C9454D" w:rsidRDefault="00A06E85" w:rsidP="00C9454D">
      <w:pPr>
        <w:rPr>
          <w:sz w:val="24"/>
          <w:szCs w:val="24"/>
        </w:rPr>
      </w:pPr>
      <w:r w:rsidRPr="00C9454D">
        <w:rPr>
          <w:sz w:val="24"/>
          <w:szCs w:val="24"/>
        </w:rPr>
        <w:t>On the third night of the King’s stay, Guy invited Rowan to join them in the Great Hall for an evening of ale and stories. The fire roared in the hearth as the three men sat around a sturdy table, tankards in hand.</w:t>
      </w:r>
    </w:p>
    <w:p w14:paraId="6338DD00" w14:textId="77777777" w:rsidR="00A06E85" w:rsidRPr="00C9454D" w:rsidRDefault="00A06E85" w:rsidP="00C9454D">
      <w:pPr>
        <w:rPr>
          <w:sz w:val="24"/>
          <w:szCs w:val="24"/>
        </w:rPr>
      </w:pPr>
      <w:r w:rsidRPr="00C9454D">
        <w:rPr>
          <w:sz w:val="24"/>
          <w:szCs w:val="24"/>
        </w:rPr>
        <w:t>Rowan, with his ever-booming laugh and sharp wit, immediately captivated the King. “Your Majesty,” he began with a grin, “let me tell you about the time I thought I’d have a grand feast and ended up chasing a pig through three villages.”</w:t>
      </w:r>
    </w:p>
    <w:p w14:paraId="178341F0" w14:textId="3D7A0982" w:rsidR="00A06E85" w:rsidRPr="00C9454D" w:rsidRDefault="000A4945" w:rsidP="00C9454D">
      <w:pPr>
        <w:rPr>
          <w:sz w:val="24"/>
          <w:szCs w:val="24"/>
        </w:rPr>
      </w:pPr>
      <w:r w:rsidRPr="00C9454D">
        <w:rPr>
          <w:sz w:val="24"/>
          <w:szCs w:val="24"/>
        </w:rPr>
        <w:t>Henry</w:t>
      </w:r>
      <w:r w:rsidR="00A06E85" w:rsidRPr="00C9454D">
        <w:rPr>
          <w:sz w:val="24"/>
          <w:szCs w:val="24"/>
        </w:rPr>
        <w:t xml:space="preserve"> leaned forward, intrigued. “A pig, you say? Do tell.”</w:t>
      </w:r>
    </w:p>
    <w:p w14:paraId="21854E1C" w14:textId="77777777" w:rsidR="00A06E85" w:rsidRPr="00C9454D" w:rsidRDefault="00A06E85" w:rsidP="00C9454D">
      <w:pPr>
        <w:rPr>
          <w:sz w:val="24"/>
          <w:szCs w:val="24"/>
        </w:rPr>
      </w:pPr>
      <w:r w:rsidRPr="00C9454D">
        <w:rPr>
          <w:sz w:val="24"/>
          <w:szCs w:val="24"/>
        </w:rPr>
        <w:t>Rowan slapped the table. “Aye, a fine pig, too! Pink as a blush and plump enough to roast. I’d snatched it right from the Lord’s pen. Thought I was clever, I did. But the blasted beast wriggled free and took off like a knight at a joust!”</w:t>
      </w:r>
    </w:p>
    <w:p w14:paraId="12124B50" w14:textId="77777777" w:rsidR="00A06E85" w:rsidRPr="00C9454D" w:rsidRDefault="00A06E85" w:rsidP="00C9454D">
      <w:pPr>
        <w:rPr>
          <w:sz w:val="24"/>
          <w:szCs w:val="24"/>
        </w:rPr>
      </w:pPr>
      <w:r w:rsidRPr="00C9454D">
        <w:rPr>
          <w:sz w:val="24"/>
          <w:szCs w:val="24"/>
        </w:rPr>
        <w:t>The King’s laughter erupted as Rowan animatedly described the chase, miming himself tripping over fences and diving headfirst into a muddy stream. “And there I was,” Rowan concluded, tears of laughter streaming down his face, “covered in muck, no pig, and a crowd of peasants cheering for the blasted beast!”</w:t>
      </w:r>
    </w:p>
    <w:p w14:paraId="62DFE5F2" w14:textId="2317FED1" w:rsidR="00A06E85" w:rsidRPr="00C9454D" w:rsidRDefault="003F2BFC" w:rsidP="00C9454D">
      <w:pPr>
        <w:rPr>
          <w:sz w:val="24"/>
          <w:szCs w:val="24"/>
        </w:rPr>
      </w:pPr>
      <w:r w:rsidRPr="00C9454D">
        <w:rPr>
          <w:sz w:val="24"/>
          <w:szCs w:val="24"/>
        </w:rPr>
        <w:t>Henry</w:t>
      </w:r>
      <w:r w:rsidR="00A06E85" w:rsidRPr="00C9454D">
        <w:rPr>
          <w:sz w:val="24"/>
          <w:szCs w:val="24"/>
        </w:rPr>
        <w:t xml:space="preserve"> laughed until he was nearly breathless, wiping his eyes. “I haven’t laughed like this in years, Rowan. You’ve a gift for turning folly into gold.”</w:t>
      </w:r>
    </w:p>
    <w:p w14:paraId="4285635C" w14:textId="77777777" w:rsidR="00A06E85" w:rsidRPr="00C9454D" w:rsidRDefault="00A06E85" w:rsidP="00C9454D">
      <w:pPr>
        <w:rPr>
          <w:sz w:val="24"/>
          <w:szCs w:val="24"/>
        </w:rPr>
      </w:pPr>
      <w:r w:rsidRPr="00C9454D">
        <w:rPr>
          <w:sz w:val="24"/>
          <w:szCs w:val="24"/>
        </w:rPr>
        <w:t>Guy chimed in, his grin wide. “He’s full of tales like that. Though I suspect half of them have grown taller with time.”</w:t>
      </w:r>
    </w:p>
    <w:p w14:paraId="12419039" w14:textId="6471115C" w:rsidR="00A06E85" w:rsidRPr="00C9454D" w:rsidRDefault="00A06E85" w:rsidP="00C9454D">
      <w:pPr>
        <w:rPr>
          <w:sz w:val="24"/>
          <w:szCs w:val="24"/>
        </w:rPr>
      </w:pPr>
      <w:r w:rsidRPr="00C9454D">
        <w:rPr>
          <w:sz w:val="24"/>
          <w:szCs w:val="24"/>
        </w:rPr>
        <w:t xml:space="preserve">Not to be outdone, </w:t>
      </w:r>
      <w:r w:rsidR="003F2BFC" w:rsidRPr="00C9454D">
        <w:rPr>
          <w:sz w:val="24"/>
          <w:szCs w:val="24"/>
        </w:rPr>
        <w:t>Henry</w:t>
      </w:r>
      <w:r w:rsidRPr="00C9454D">
        <w:rPr>
          <w:sz w:val="24"/>
          <w:szCs w:val="24"/>
        </w:rPr>
        <w:t xml:space="preserve"> shared a story of his own. “I once slipped into a tavern disguised as a commoner,” he began, “just to hear what my subjects truly thought of me. A burly blacksmith declared I was a fine warrior but a terrible dancer—and challenged me to prove him wrong!”</w:t>
      </w:r>
    </w:p>
    <w:p w14:paraId="78469F57" w14:textId="77777777" w:rsidR="00A06E85" w:rsidRPr="00C9454D" w:rsidRDefault="00A06E85" w:rsidP="00C9454D">
      <w:pPr>
        <w:rPr>
          <w:sz w:val="24"/>
          <w:szCs w:val="24"/>
        </w:rPr>
      </w:pPr>
      <w:r w:rsidRPr="00C9454D">
        <w:rPr>
          <w:sz w:val="24"/>
          <w:szCs w:val="24"/>
        </w:rPr>
        <w:t>Rowan’s laughter roared anew. “And did you?”</w:t>
      </w:r>
    </w:p>
    <w:p w14:paraId="485BB521" w14:textId="69AC4C2D" w:rsidR="00A06E85" w:rsidRPr="00C9454D" w:rsidRDefault="00A06E85" w:rsidP="00C9454D">
      <w:pPr>
        <w:rPr>
          <w:sz w:val="24"/>
          <w:szCs w:val="24"/>
        </w:rPr>
      </w:pPr>
      <w:r w:rsidRPr="00C9454D">
        <w:rPr>
          <w:sz w:val="24"/>
          <w:szCs w:val="24"/>
        </w:rPr>
        <w:t xml:space="preserve">“Oh, I danced,” </w:t>
      </w:r>
      <w:r w:rsidR="00362E4F" w:rsidRPr="00C9454D">
        <w:rPr>
          <w:sz w:val="24"/>
          <w:szCs w:val="24"/>
        </w:rPr>
        <w:t>Henry</w:t>
      </w:r>
      <w:r w:rsidRPr="00C9454D">
        <w:rPr>
          <w:sz w:val="24"/>
          <w:szCs w:val="24"/>
        </w:rPr>
        <w:t xml:space="preserve"> replied with mock solemnity. “And I’ll have you know, the blacksmith crowned me the King of the Jig by the end of it!”</w:t>
      </w:r>
    </w:p>
    <w:p w14:paraId="01409BD1" w14:textId="19A34388" w:rsidR="00A06E85" w:rsidRPr="00C9454D" w:rsidRDefault="00A06E85" w:rsidP="00C9454D">
      <w:pPr>
        <w:rPr>
          <w:sz w:val="24"/>
          <w:szCs w:val="24"/>
        </w:rPr>
      </w:pPr>
      <w:r w:rsidRPr="00C9454D">
        <w:rPr>
          <w:sz w:val="24"/>
          <w:szCs w:val="24"/>
        </w:rPr>
        <w:t xml:space="preserve">The three men roared with laughter, the sound echoing through the hall. For </w:t>
      </w:r>
      <w:r w:rsidR="00362E4F" w:rsidRPr="00C9454D">
        <w:rPr>
          <w:sz w:val="24"/>
          <w:szCs w:val="24"/>
        </w:rPr>
        <w:t>Henry</w:t>
      </w:r>
      <w:r w:rsidRPr="00C9454D">
        <w:rPr>
          <w:sz w:val="24"/>
          <w:szCs w:val="24"/>
        </w:rPr>
        <w:t xml:space="preserve">, the camaraderie was unlike anything he had experienced in years. He wasn’t the </w:t>
      </w:r>
      <w:r w:rsidR="005323CC" w:rsidRPr="00C9454D">
        <w:rPr>
          <w:sz w:val="24"/>
          <w:szCs w:val="24"/>
        </w:rPr>
        <w:t>King</w:t>
      </w:r>
      <w:r w:rsidRPr="00C9454D">
        <w:rPr>
          <w:sz w:val="24"/>
          <w:szCs w:val="24"/>
        </w:rPr>
        <w:t xml:space="preserve"> or the ruler of an empire that night—he was simply a man among friends.</w:t>
      </w:r>
    </w:p>
    <w:p w14:paraId="26A658D3" w14:textId="77777777" w:rsidR="00A06E85" w:rsidRPr="00C9454D" w:rsidRDefault="00A06E85" w:rsidP="00C9454D">
      <w:pPr>
        <w:rPr>
          <w:sz w:val="24"/>
          <w:szCs w:val="24"/>
        </w:rPr>
      </w:pPr>
    </w:p>
    <w:p w14:paraId="56AA5D76" w14:textId="77777777" w:rsidR="00A06E85" w:rsidRPr="00C9454D" w:rsidRDefault="00A06E85" w:rsidP="00C9454D">
      <w:pPr>
        <w:pStyle w:val="Heading2"/>
        <w:rPr>
          <w:sz w:val="24"/>
          <w:szCs w:val="24"/>
        </w:rPr>
      </w:pPr>
      <w:r w:rsidRPr="00C9454D">
        <w:rPr>
          <w:sz w:val="24"/>
          <w:szCs w:val="24"/>
        </w:rPr>
        <w:t>Abilene’s Wisdom</w:t>
      </w:r>
    </w:p>
    <w:p w14:paraId="73E9AE72" w14:textId="77777777" w:rsidR="00585D2E" w:rsidRPr="00C9454D" w:rsidRDefault="00585D2E" w:rsidP="00C9454D">
      <w:pPr>
        <w:rPr>
          <w:sz w:val="24"/>
          <w:szCs w:val="24"/>
        </w:rPr>
      </w:pPr>
    </w:p>
    <w:p w14:paraId="60D04FCB" w14:textId="786C3B7D" w:rsidR="00A06E85" w:rsidRPr="00C9454D" w:rsidRDefault="00A06E85" w:rsidP="00C9454D">
      <w:pPr>
        <w:rPr>
          <w:sz w:val="24"/>
          <w:szCs w:val="24"/>
        </w:rPr>
      </w:pPr>
      <w:r w:rsidRPr="00C9454D">
        <w:rPr>
          <w:sz w:val="24"/>
          <w:szCs w:val="24"/>
        </w:rPr>
        <w:t xml:space="preserve">Later, as the fire died down, </w:t>
      </w:r>
      <w:r w:rsidR="00362E4F" w:rsidRPr="00C9454D">
        <w:rPr>
          <w:sz w:val="24"/>
          <w:szCs w:val="24"/>
        </w:rPr>
        <w:t>Henry</w:t>
      </w:r>
      <w:r w:rsidRPr="00C9454D">
        <w:rPr>
          <w:sz w:val="24"/>
          <w:szCs w:val="24"/>
        </w:rPr>
        <w:t xml:space="preserve"> found himself speaking with Abilene. The lightheartedness of the evening had given way to quiet reflection.</w:t>
      </w:r>
    </w:p>
    <w:p w14:paraId="329211B0" w14:textId="77777777" w:rsidR="00A06E85" w:rsidRPr="00C9454D" w:rsidRDefault="00A06E85" w:rsidP="00C9454D">
      <w:pPr>
        <w:rPr>
          <w:sz w:val="24"/>
          <w:szCs w:val="24"/>
        </w:rPr>
      </w:pPr>
      <w:r w:rsidRPr="00C9454D">
        <w:rPr>
          <w:sz w:val="24"/>
          <w:szCs w:val="24"/>
        </w:rPr>
        <w:t>“Do you ever wonder if it’s all worth it?” he asked, his voice heavy. “The battles, the burdens, the sacrifices. Do they ever truly make a difference?”</w:t>
      </w:r>
    </w:p>
    <w:p w14:paraId="28BD58D7" w14:textId="76BD894F" w:rsidR="00A06E85" w:rsidRPr="00C9454D" w:rsidRDefault="00A06E85" w:rsidP="00C9454D">
      <w:pPr>
        <w:rPr>
          <w:sz w:val="24"/>
          <w:szCs w:val="24"/>
        </w:rPr>
      </w:pPr>
      <w:r w:rsidRPr="00C9454D">
        <w:rPr>
          <w:sz w:val="24"/>
          <w:szCs w:val="24"/>
        </w:rPr>
        <w:t xml:space="preserve">Abilene met his gaze, her expression calm and knowing. “Your Majesty,” she began gently, “Proverbs teaches us that ‘the king’s heart is a stream of water in the hand of the Lord; He turns it wherever He will.’ You are not king by chance. You are an instrument in </w:t>
      </w:r>
      <w:proofErr w:type="spellStart"/>
      <w:r w:rsidR="007E1E1E">
        <w:rPr>
          <w:sz w:val="24"/>
          <w:szCs w:val="24"/>
        </w:rPr>
        <w:t>Yahuah</w:t>
      </w:r>
      <w:r w:rsidRPr="00C9454D">
        <w:rPr>
          <w:sz w:val="24"/>
          <w:szCs w:val="24"/>
        </w:rPr>
        <w:t>’s</w:t>
      </w:r>
      <w:proofErr w:type="spellEnd"/>
      <w:r w:rsidRPr="00C9454D">
        <w:rPr>
          <w:sz w:val="24"/>
          <w:szCs w:val="24"/>
        </w:rPr>
        <w:t xml:space="preserve"> hands, a steward of His purpose.”</w:t>
      </w:r>
    </w:p>
    <w:p w14:paraId="03060A06" w14:textId="77777777" w:rsidR="00A06E85" w:rsidRPr="00C9454D" w:rsidRDefault="00A06E85" w:rsidP="00C9454D">
      <w:pPr>
        <w:rPr>
          <w:sz w:val="24"/>
          <w:szCs w:val="24"/>
        </w:rPr>
      </w:pPr>
      <w:r w:rsidRPr="00C9454D">
        <w:rPr>
          <w:sz w:val="24"/>
          <w:szCs w:val="24"/>
        </w:rPr>
        <w:t>She paused, letting the words settle over him. “Every life you touch, every choice you make to bring justice and peace, is part of His greater plan. You may not always see the fruits of your labor, but know this: He sees. And He directs.”</w:t>
      </w:r>
    </w:p>
    <w:p w14:paraId="19BB3A76" w14:textId="2AFE9A65" w:rsidR="00A06E85" w:rsidRPr="00C9454D" w:rsidRDefault="00A65A68" w:rsidP="00C9454D">
      <w:pPr>
        <w:rPr>
          <w:sz w:val="24"/>
          <w:szCs w:val="24"/>
        </w:rPr>
      </w:pPr>
      <w:r w:rsidRPr="00C9454D">
        <w:rPr>
          <w:sz w:val="24"/>
          <w:szCs w:val="24"/>
        </w:rPr>
        <w:t>Henry</w:t>
      </w:r>
      <w:r w:rsidR="00AD777B" w:rsidRPr="00C9454D">
        <w:rPr>
          <w:sz w:val="24"/>
          <w:szCs w:val="24"/>
        </w:rPr>
        <w:t xml:space="preserve"> </w:t>
      </w:r>
      <w:r w:rsidR="00A06E85" w:rsidRPr="00C9454D">
        <w:rPr>
          <w:sz w:val="24"/>
          <w:szCs w:val="24"/>
        </w:rPr>
        <w:t>was silent for a long moment, the firelight casting shadows across his face. “No one has ever said such words to me,” he admitted, his voice quiet. “I have carried this crown as a burden for so long, questioning whether it was all in vain. But what you’ve said…” He trailed off, his gaze distant but his heart profoundly moved.</w:t>
      </w:r>
    </w:p>
    <w:p w14:paraId="3EBE6FC6" w14:textId="77777777" w:rsidR="00A06E85" w:rsidRPr="00C9454D" w:rsidRDefault="00A06E85" w:rsidP="00C9454D">
      <w:pPr>
        <w:rPr>
          <w:sz w:val="24"/>
          <w:szCs w:val="24"/>
        </w:rPr>
      </w:pPr>
      <w:r w:rsidRPr="00C9454D">
        <w:rPr>
          <w:sz w:val="24"/>
          <w:szCs w:val="24"/>
        </w:rPr>
        <w:t>Abilene smiled softly. “Even a king needs to be tethered to something greater. Let this truth be your anchor, Your Majesty.”</w:t>
      </w:r>
    </w:p>
    <w:p w14:paraId="4A7A80C7" w14:textId="77777777" w:rsidR="00C61B07" w:rsidRPr="00C9454D" w:rsidRDefault="00C61B07" w:rsidP="00C9454D">
      <w:pPr>
        <w:rPr>
          <w:sz w:val="24"/>
          <w:szCs w:val="24"/>
        </w:rPr>
      </w:pPr>
    </w:p>
    <w:p w14:paraId="2A032F63" w14:textId="77777777" w:rsidR="001D22D0" w:rsidRPr="00C9454D" w:rsidRDefault="001D22D0" w:rsidP="00C9454D">
      <w:pPr>
        <w:pStyle w:val="Heading2"/>
        <w:rPr>
          <w:sz w:val="24"/>
          <w:szCs w:val="24"/>
        </w:rPr>
      </w:pPr>
      <w:r w:rsidRPr="00C9454D">
        <w:rPr>
          <w:sz w:val="24"/>
          <w:szCs w:val="24"/>
        </w:rPr>
        <w:t>The Departure: A King’s Reflection</w:t>
      </w:r>
    </w:p>
    <w:p w14:paraId="3D336122" w14:textId="77777777" w:rsidR="00585D2E" w:rsidRPr="00C9454D" w:rsidRDefault="00585D2E" w:rsidP="00C9454D">
      <w:pPr>
        <w:rPr>
          <w:sz w:val="24"/>
          <w:szCs w:val="24"/>
        </w:rPr>
      </w:pPr>
    </w:p>
    <w:p w14:paraId="190A56EF" w14:textId="5C51E248" w:rsidR="00C61B07" w:rsidRPr="00C9454D" w:rsidRDefault="00C61B07" w:rsidP="00C9454D">
      <w:pPr>
        <w:rPr>
          <w:sz w:val="24"/>
          <w:szCs w:val="24"/>
        </w:rPr>
      </w:pPr>
      <w:r w:rsidRPr="00C9454D">
        <w:rPr>
          <w:sz w:val="24"/>
          <w:szCs w:val="24"/>
        </w:rPr>
        <w:t xml:space="preserve">By the fourth day, </w:t>
      </w:r>
      <w:r w:rsidR="00A65A68" w:rsidRPr="00C9454D">
        <w:rPr>
          <w:sz w:val="24"/>
          <w:szCs w:val="24"/>
        </w:rPr>
        <w:t>Henry</w:t>
      </w:r>
      <w:r w:rsidR="00E0021A" w:rsidRPr="00C9454D">
        <w:rPr>
          <w:sz w:val="24"/>
          <w:szCs w:val="24"/>
        </w:rPr>
        <w:t xml:space="preserve"> </w:t>
      </w:r>
      <w:r w:rsidRPr="00C9454D">
        <w:rPr>
          <w:sz w:val="24"/>
          <w:szCs w:val="24"/>
        </w:rPr>
        <w:t xml:space="preserve">felt a transformation within himself. The innocence of Helena, the brilliance of </w:t>
      </w:r>
      <w:r w:rsidR="00FB2B86" w:rsidRPr="00C9454D">
        <w:rPr>
          <w:sz w:val="24"/>
          <w:szCs w:val="24"/>
        </w:rPr>
        <w:t>young</w:t>
      </w:r>
      <w:r w:rsidRPr="00C9454D">
        <w:rPr>
          <w:sz w:val="24"/>
          <w:szCs w:val="24"/>
        </w:rPr>
        <w:t xml:space="preserve"> Marshall, the camaraderie with Guy and Rowan, and the wisdom of Abilene all painted a picture of what he had fought for all these years. </w:t>
      </w:r>
      <w:r w:rsidR="00522C4D" w:rsidRPr="00C9454D">
        <w:rPr>
          <w:sz w:val="24"/>
          <w:szCs w:val="24"/>
        </w:rPr>
        <w:t>High Haven</w:t>
      </w:r>
      <w:r w:rsidRPr="00C9454D">
        <w:rPr>
          <w:sz w:val="24"/>
          <w:szCs w:val="24"/>
        </w:rPr>
        <w:t xml:space="preserve"> was proof that the burdens of the crown had not been in vain.</w:t>
      </w:r>
    </w:p>
    <w:p w14:paraId="3CB5DB7A" w14:textId="222CD3FD" w:rsidR="00C61B07" w:rsidRPr="00C9454D" w:rsidRDefault="00C61B07" w:rsidP="00C9454D">
      <w:pPr>
        <w:rPr>
          <w:sz w:val="24"/>
          <w:szCs w:val="24"/>
        </w:rPr>
      </w:pPr>
      <w:r w:rsidRPr="00C9454D">
        <w:rPr>
          <w:sz w:val="24"/>
          <w:szCs w:val="24"/>
        </w:rPr>
        <w:t xml:space="preserve">As he prepared to leave, </w:t>
      </w:r>
      <w:r w:rsidR="007A6887" w:rsidRPr="00C9454D">
        <w:rPr>
          <w:sz w:val="24"/>
          <w:szCs w:val="24"/>
        </w:rPr>
        <w:t>Henry</w:t>
      </w:r>
      <w:r w:rsidR="00FB2B86" w:rsidRPr="00C9454D">
        <w:rPr>
          <w:sz w:val="24"/>
          <w:szCs w:val="24"/>
        </w:rPr>
        <w:t xml:space="preserve"> </w:t>
      </w:r>
      <w:r w:rsidRPr="00C9454D">
        <w:rPr>
          <w:sz w:val="24"/>
          <w:szCs w:val="24"/>
        </w:rPr>
        <w:t>gathered the family together. “I came here weary and burdened. I leave renewed, reminded of what I fight for. You have given me more than I can ever repay.”</w:t>
      </w:r>
    </w:p>
    <w:p w14:paraId="27B1AA31" w14:textId="77777777" w:rsidR="00C61B07" w:rsidRPr="00C9454D" w:rsidRDefault="00C61B07" w:rsidP="00C9454D">
      <w:pPr>
        <w:rPr>
          <w:sz w:val="24"/>
          <w:szCs w:val="24"/>
        </w:rPr>
      </w:pPr>
      <w:r w:rsidRPr="00C9454D">
        <w:rPr>
          <w:sz w:val="24"/>
          <w:szCs w:val="24"/>
        </w:rPr>
        <w:t>“You owe us nothing, Your Majesty,” Abilene said with a warm smile. “But you are always welcome here.”</w:t>
      </w:r>
    </w:p>
    <w:p w14:paraId="65DAEF97" w14:textId="228F0DB3" w:rsidR="00C61B07" w:rsidRPr="00C9454D" w:rsidRDefault="007A6887" w:rsidP="00C9454D">
      <w:pPr>
        <w:rPr>
          <w:sz w:val="24"/>
          <w:szCs w:val="24"/>
        </w:rPr>
      </w:pPr>
      <w:r w:rsidRPr="00C9454D">
        <w:rPr>
          <w:sz w:val="24"/>
          <w:szCs w:val="24"/>
        </w:rPr>
        <w:t>Henry</w:t>
      </w:r>
      <w:r w:rsidR="00C61B07" w:rsidRPr="00C9454D">
        <w:rPr>
          <w:sz w:val="24"/>
          <w:szCs w:val="24"/>
        </w:rPr>
        <w:t xml:space="preserve"> knelt before Helena, placing a gentle hand on her golden curls. “And you, little one—thank you for reminding this old king how to laugh.”</w:t>
      </w:r>
    </w:p>
    <w:p w14:paraId="1B26733C" w14:textId="1E70B3C6" w:rsidR="00C61B07" w:rsidRPr="00C9454D" w:rsidRDefault="00C61B07" w:rsidP="00C9454D">
      <w:pPr>
        <w:rPr>
          <w:sz w:val="24"/>
          <w:szCs w:val="24"/>
        </w:rPr>
      </w:pPr>
      <w:r w:rsidRPr="00C9454D">
        <w:rPr>
          <w:sz w:val="24"/>
          <w:szCs w:val="24"/>
        </w:rPr>
        <w:t xml:space="preserve">Helena giggled, throwing her arms around his neck. “Come back soon, King </w:t>
      </w:r>
      <w:r w:rsidR="007A6887" w:rsidRPr="00C9454D">
        <w:rPr>
          <w:sz w:val="24"/>
          <w:szCs w:val="24"/>
        </w:rPr>
        <w:t>Henry</w:t>
      </w:r>
      <w:r w:rsidRPr="00C9454D">
        <w:rPr>
          <w:sz w:val="24"/>
          <w:szCs w:val="24"/>
        </w:rPr>
        <w:t>!”</w:t>
      </w:r>
    </w:p>
    <w:p w14:paraId="573DA19C" w14:textId="7D2BC3D2" w:rsidR="001D22D0" w:rsidRPr="00C9454D" w:rsidRDefault="001D22D0" w:rsidP="00C9454D">
      <w:pPr>
        <w:rPr>
          <w:sz w:val="24"/>
          <w:szCs w:val="24"/>
        </w:rPr>
      </w:pPr>
      <w:r w:rsidRPr="00C9454D">
        <w:rPr>
          <w:sz w:val="24"/>
          <w:szCs w:val="24"/>
        </w:rPr>
        <w:t xml:space="preserve">When the time came to leave </w:t>
      </w:r>
      <w:r w:rsidR="00522C4D" w:rsidRPr="00C9454D">
        <w:rPr>
          <w:sz w:val="24"/>
          <w:szCs w:val="24"/>
        </w:rPr>
        <w:t>High Haven</w:t>
      </w:r>
      <w:r w:rsidRPr="00C9454D">
        <w:rPr>
          <w:sz w:val="24"/>
          <w:szCs w:val="24"/>
        </w:rPr>
        <w:t xml:space="preserve">, </w:t>
      </w:r>
      <w:r w:rsidR="00F52006" w:rsidRPr="00C9454D">
        <w:rPr>
          <w:sz w:val="24"/>
          <w:szCs w:val="24"/>
        </w:rPr>
        <w:t>Henry</w:t>
      </w:r>
      <w:r w:rsidRPr="00C9454D">
        <w:rPr>
          <w:sz w:val="24"/>
          <w:szCs w:val="24"/>
        </w:rPr>
        <w:t xml:space="preserve"> took one last look at the keep before mounting his horse.</w:t>
      </w:r>
    </w:p>
    <w:p w14:paraId="726DC3CC" w14:textId="2A689B8F" w:rsidR="001D22D0" w:rsidRPr="00C9454D" w:rsidRDefault="001D22D0" w:rsidP="00C9454D">
      <w:pPr>
        <w:rPr>
          <w:sz w:val="24"/>
          <w:szCs w:val="24"/>
        </w:rPr>
      </w:pPr>
      <w:r w:rsidRPr="00C9454D">
        <w:rPr>
          <w:sz w:val="24"/>
          <w:szCs w:val="24"/>
        </w:rPr>
        <w:t>Besi</w:t>
      </w:r>
      <w:r w:rsidR="00DD1FF5" w:rsidRPr="00C9454D">
        <w:rPr>
          <w:sz w:val="24"/>
          <w:szCs w:val="24"/>
        </w:rPr>
        <w:t xml:space="preserve">de </w:t>
      </w:r>
      <w:r w:rsidRPr="00C9454D">
        <w:rPr>
          <w:sz w:val="24"/>
          <w:szCs w:val="24"/>
        </w:rPr>
        <w:t>him, Guy clasped his forearm in farewell. “It has been an honor, my king.”</w:t>
      </w:r>
    </w:p>
    <w:p w14:paraId="77FD590D" w14:textId="1F85036C" w:rsidR="001D22D0" w:rsidRPr="00C9454D" w:rsidRDefault="00F52006" w:rsidP="00C9454D">
      <w:pPr>
        <w:rPr>
          <w:sz w:val="24"/>
          <w:szCs w:val="24"/>
        </w:rPr>
      </w:pPr>
      <w:r w:rsidRPr="00C9454D">
        <w:rPr>
          <w:sz w:val="24"/>
          <w:szCs w:val="24"/>
        </w:rPr>
        <w:t>Henry</w:t>
      </w:r>
      <w:r w:rsidR="00212D4C" w:rsidRPr="00C9454D">
        <w:rPr>
          <w:sz w:val="24"/>
          <w:szCs w:val="24"/>
        </w:rPr>
        <w:t xml:space="preserve"> </w:t>
      </w:r>
      <w:r w:rsidR="001D22D0" w:rsidRPr="00C9454D">
        <w:rPr>
          <w:sz w:val="24"/>
          <w:szCs w:val="24"/>
        </w:rPr>
        <w:t>smirked. “It has been entertaining, at the very least.”</w:t>
      </w:r>
    </w:p>
    <w:p w14:paraId="4D4E2FF3" w14:textId="607644E7" w:rsidR="001D22D0" w:rsidRPr="00C9454D" w:rsidRDefault="001D22D0" w:rsidP="00C9454D">
      <w:pPr>
        <w:rPr>
          <w:sz w:val="24"/>
          <w:szCs w:val="24"/>
        </w:rPr>
      </w:pPr>
      <w:r w:rsidRPr="00C9454D">
        <w:rPr>
          <w:sz w:val="24"/>
          <w:szCs w:val="24"/>
        </w:rPr>
        <w:t>Then, his gaze shifted—to John</w:t>
      </w:r>
      <w:r w:rsidR="00212D4C" w:rsidRPr="00C9454D">
        <w:rPr>
          <w:sz w:val="24"/>
          <w:szCs w:val="24"/>
        </w:rPr>
        <w:t xml:space="preserve"> Marshall</w:t>
      </w:r>
      <w:r w:rsidRPr="00C9454D">
        <w:rPr>
          <w:sz w:val="24"/>
          <w:szCs w:val="24"/>
        </w:rPr>
        <w:t>, standing just beyond the gates.</w:t>
      </w:r>
    </w:p>
    <w:p w14:paraId="4B924A3A" w14:textId="1C125483" w:rsidR="001D22D0" w:rsidRPr="00C9454D" w:rsidRDefault="00F52006" w:rsidP="00C9454D">
      <w:pPr>
        <w:rPr>
          <w:sz w:val="24"/>
          <w:szCs w:val="24"/>
        </w:rPr>
      </w:pPr>
      <w:r w:rsidRPr="00C9454D">
        <w:rPr>
          <w:sz w:val="24"/>
          <w:szCs w:val="24"/>
        </w:rPr>
        <w:t>Henry</w:t>
      </w:r>
      <w:r w:rsidR="001D22D0" w:rsidRPr="00C9454D">
        <w:rPr>
          <w:sz w:val="24"/>
          <w:szCs w:val="24"/>
        </w:rPr>
        <w:t xml:space="preserve"> raised a brow. “Will you not bid me farewell, young Marshall</w:t>
      </w:r>
      <w:r w:rsidR="00333AAF" w:rsidRPr="00C9454D">
        <w:rPr>
          <w:sz w:val="24"/>
          <w:szCs w:val="24"/>
        </w:rPr>
        <w:t xml:space="preserve">. You </w:t>
      </w:r>
      <w:r w:rsidR="004A6734" w:rsidRPr="00C9454D">
        <w:rPr>
          <w:sz w:val="24"/>
          <w:szCs w:val="24"/>
        </w:rPr>
        <w:t>endear</w:t>
      </w:r>
      <w:r w:rsidR="004C696F" w:rsidRPr="00C9454D">
        <w:rPr>
          <w:sz w:val="24"/>
          <w:szCs w:val="24"/>
        </w:rPr>
        <w:t xml:space="preserve"> me</w:t>
      </w:r>
      <w:r w:rsidR="001D22D0" w:rsidRPr="00C9454D">
        <w:rPr>
          <w:sz w:val="24"/>
          <w:szCs w:val="24"/>
        </w:rPr>
        <w:t>?”</w:t>
      </w:r>
    </w:p>
    <w:p w14:paraId="463681D0" w14:textId="4D180455" w:rsidR="001D22D0" w:rsidRPr="00C9454D" w:rsidRDefault="001D22D0" w:rsidP="00C9454D">
      <w:pPr>
        <w:rPr>
          <w:sz w:val="24"/>
          <w:szCs w:val="24"/>
        </w:rPr>
      </w:pPr>
      <w:r w:rsidRPr="00C9454D">
        <w:rPr>
          <w:sz w:val="24"/>
          <w:szCs w:val="24"/>
        </w:rPr>
        <w:t>John</w:t>
      </w:r>
      <w:r w:rsidR="00DF339D" w:rsidRPr="00C9454D">
        <w:rPr>
          <w:sz w:val="24"/>
          <w:szCs w:val="24"/>
        </w:rPr>
        <w:t xml:space="preserve"> </w:t>
      </w:r>
      <w:r w:rsidRPr="00C9454D">
        <w:rPr>
          <w:sz w:val="24"/>
          <w:szCs w:val="24"/>
        </w:rPr>
        <w:t>stepped forward, bowing his head. “Safe travels, Your Majesty.”</w:t>
      </w:r>
    </w:p>
    <w:p w14:paraId="341EF43C" w14:textId="3121843A" w:rsidR="001D22D0" w:rsidRPr="00C9454D" w:rsidRDefault="00A82D03" w:rsidP="00C9454D">
      <w:pPr>
        <w:rPr>
          <w:sz w:val="24"/>
          <w:szCs w:val="24"/>
        </w:rPr>
      </w:pPr>
      <w:r w:rsidRPr="00C9454D">
        <w:rPr>
          <w:sz w:val="24"/>
          <w:szCs w:val="24"/>
        </w:rPr>
        <w:t>Henry</w:t>
      </w:r>
      <w:r w:rsidR="001D22D0" w:rsidRPr="00C9454D">
        <w:rPr>
          <w:sz w:val="24"/>
          <w:szCs w:val="24"/>
        </w:rPr>
        <w:t xml:space="preserve"> smirk softened into something more genuine. “Until we meet again.”</w:t>
      </w:r>
    </w:p>
    <w:p w14:paraId="228C7C50" w14:textId="1E1FBAE4" w:rsidR="001D22D0" w:rsidRPr="00C9454D" w:rsidRDefault="001D22D0" w:rsidP="00C9454D">
      <w:pPr>
        <w:rPr>
          <w:sz w:val="24"/>
          <w:szCs w:val="24"/>
        </w:rPr>
      </w:pPr>
      <w:r w:rsidRPr="00C9454D">
        <w:rPr>
          <w:sz w:val="24"/>
          <w:szCs w:val="24"/>
        </w:rPr>
        <w:t>Then, lowering his voice just slightly, he added, “I expect you to be taller the next time I see you</w:t>
      </w:r>
      <w:r w:rsidR="004C696F" w:rsidRPr="00C9454D">
        <w:rPr>
          <w:sz w:val="24"/>
          <w:szCs w:val="24"/>
        </w:rPr>
        <w:t xml:space="preserve">, </w:t>
      </w:r>
      <w:r w:rsidR="00C8146B" w:rsidRPr="00C9454D">
        <w:rPr>
          <w:sz w:val="24"/>
          <w:szCs w:val="24"/>
        </w:rPr>
        <w:t>farewell</w:t>
      </w:r>
      <w:r w:rsidR="004C696F" w:rsidRPr="00C9454D">
        <w:rPr>
          <w:sz w:val="24"/>
          <w:szCs w:val="24"/>
        </w:rPr>
        <w:t xml:space="preserve"> Marshall</w:t>
      </w:r>
      <w:r w:rsidRPr="00C9454D">
        <w:rPr>
          <w:sz w:val="24"/>
          <w:szCs w:val="24"/>
        </w:rPr>
        <w:t>.”</w:t>
      </w:r>
    </w:p>
    <w:p w14:paraId="0289CCBA" w14:textId="095165F8" w:rsidR="001D22D0" w:rsidRPr="00C9454D" w:rsidRDefault="001D22D0" w:rsidP="00C9454D">
      <w:pPr>
        <w:rPr>
          <w:sz w:val="24"/>
          <w:szCs w:val="24"/>
        </w:rPr>
      </w:pPr>
      <w:r w:rsidRPr="00C9454D">
        <w:rPr>
          <w:sz w:val="24"/>
          <w:szCs w:val="24"/>
        </w:rPr>
        <w:t>John</w:t>
      </w:r>
      <w:r w:rsidR="002E6D40" w:rsidRPr="00C9454D">
        <w:rPr>
          <w:sz w:val="24"/>
          <w:szCs w:val="24"/>
        </w:rPr>
        <w:t xml:space="preserve"> Marshall</w:t>
      </w:r>
      <w:r w:rsidRPr="00C9454D">
        <w:rPr>
          <w:sz w:val="24"/>
          <w:szCs w:val="24"/>
        </w:rPr>
        <w:t xml:space="preserve"> grinned, but there was understanding in his eyes.</w:t>
      </w:r>
    </w:p>
    <w:p w14:paraId="7B7FAFDE" w14:textId="77777777" w:rsidR="001D22D0" w:rsidRPr="00C9454D" w:rsidRDefault="001D22D0" w:rsidP="00C9454D">
      <w:pPr>
        <w:rPr>
          <w:sz w:val="24"/>
          <w:szCs w:val="24"/>
        </w:rPr>
      </w:pPr>
      <w:r w:rsidRPr="00C9454D">
        <w:rPr>
          <w:sz w:val="24"/>
          <w:szCs w:val="24"/>
        </w:rPr>
        <w:t>It was not just a farewell.</w:t>
      </w:r>
    </w:p>
    <w:p w14:paraId="6C8ACF9C" w14:textId="77777777" w:rsidR="001D22D0" w:rsidRPr="00C9454D" w:rsidRDefault="001D22D0" w:rsidP="00C9454D">
      <w:pPr>
        <w:rPr>
          <w:sz w:val="24"/>
          <w:szCs w:val="24"/>
        </w:rPr>
      </w:pPr>
      <w:r w:rsidRPr="00C9454D">
        <w:rPr>
          <w:sz w:val="24"/>
          <w:szCs w:val="24"/>
        </w:rPr>
        <w:t>It was a promise.</w:t>
      </w:r>
    </w:p>
    <w:p w14:paraId="244B7D19" w14:textId="77777777" w:rsidR="001D22D0" w:rsidRPr="00C9454D" w:rsidRDefault="001D22D0" w:rsidP="00C9454D">
      <w:pPr>
        <w:rPr>
          <w:sz w:val="24"/>
          <w:szCs w:val="24"/>
        </w:rPr>
      </w:pPr>
      <w:r w:rsidRPr="00C9454D">
        <w:rPr>
          <w:sz w:val="24"/>
          <w:szCs w:val="24"/>
        </w:rPr>
        <w:t>A king’s promise—that he would return to see the man this boy would become.</w:t>
      </w:r>
    </w:p>
    <w:p w14:paraId="7F0AF16F" w14:textId="3438E8EA" w:rsidR="001D22D0" w:rsidRPr="00C9454D" w:rsidRDefault="001D22D0" w:rsidP="00C9454D">
      <w:pPr>
        <w:rPr>
          <w:sz w:val="24"/>
          <w:szCs w:val="24"/>
        </w:rPr>
      </w:pPr>
      <w:r w:rsidRPr="00C9454D">
        <w:rPr>
          <w:sz w:val="24"/>
          <w:szCs w:val="24"/>
        </w:rPr>
        <w:t xml:space="preserve">And as </w:t>
      </w:r>
      <w:r w:rsidR="00A82D03" w:rsidRPr="00C9454D">
        <w:rPr>
          <w:sz w:val="24"/>
          <w:szCs w:val="24"/>
        </w:rPr>
        <w:t>Henry</w:t>
      </w:r>
      <w:r w:rsidR="002E6D40" w:rsidRPr="00C9454D">
        <w:rPr>
          <w:sz w:val="24"/>
          <w:szCs w:val="24"/>
        </w:rPr>
        <w:t xml:space="preserve"> </w:t>
      </w:r>
      <w:r w:rsidRPr="00C9454D">
        <w:rPr>
          <w:sz w:val="24"/>
          <w:szCs w:val="24"/>
        </w:rPr>
        <w:t>ro</w:t>
      </w:r>
      <w:r w:rsidR="00DD1FF5" w:rsidRPr="00C9454D">
        <w:rPr>
          <w:sz w:val="24"/>
          <w:szCs w:val="24"/>
        </w:rPr>
        <w:t xml:space="preserve">de </w:t>
      </w:r>
      <w:r w:rsidRPr="00C9454D">
        <w:rPr>
          <w:sz w:val="24"/>
          <w:szCs w:val="24"/>
        </w:rPr>
        <w:t xml:space="preserve">from </w:t>
      </w:r>
      <w:r w:rsidR="00522C4D" w:rsidRPr="00C9454D">
        <w:rPr>
          <w:sz w:val="24"/>
          <w:szCs w:val="24"/>
        </w:rPr>
        <w:t>High Haven</w:t>
      </w:r>
      <w:r w:rsidRPr="00C9454D">
        <w:rPr>
          <w:sz w:val="24"/>
          <w:szCs w:val="24"/>
        </w:rPr>
        <w:t xml:space="preserve">, he found himself thinking of </w:t>
      </w:r>
      <w:r w:rsidR="009249EA" w:rsidRPr="00C9454D">
        <w:rPr>
          <w:sz w:val="24"/>
          <w:szCs w:val="24"/>
        </w:rPr>
        <w:t>young</w:t>
      </w:r>
      <w:r w:rsidRPr="00C9454D">
        <w:rPr>
          <w:sz w:val="24"/>
          <w:szCs w:val="24"/>
        </w:rPr>
        <w:t xml:space="preserve"> Marshall more than he ever had about any other heir of any other noble house.</w:t>
      </w:r>
    </w:p>
    <w:p w14:paraId="61DD28DB" w14:textId="77777777" w:rsidR="001D22D0" w:rsidRPr="00C9454D" w:rsidRDefault="001D22D0" w:rsidP="00C9454D">
      <w:pPr>
        <w:rPr>
          <w:sz w:val="24"/>
          <w:szCs w:val="24"/>
        </w:rPr>
      </w:pPr>
      <w:r w:rsidRPr="00C9454D">
        <w:rPr>
          <w:sz w:val="24"/>
          <w:szCs w:val="24"/>
        </w:rPr>
        <w:t>The boy was watching the world.</w:t>
      </w:r>
    </w:p>
    <w:p w14:paraId="7C754B5F" w14:textId="77777777" w:rsidR="001D22D0" w:rsidRPr="00C9454D" w:rsidRDefault="001D22D0" w:rsidP="00C9454D">
      <w:pPr>
        <w:rPr>
          <w:sz w:val="24"/>
          <w:szCs w:val="24"/>
        </w:rPr>
      </w:pPr>
      <w:r w:rsidRPr="00C9454D">
        <w:rPr>
          <w:sz w:val="24"/>
          <w:szCs w:val="24"/>
        </w:rPr>
        <w:t>And one day, the world would watch him back.</w:t>
      </w:r>
    </w:p>
    <w:p w14:paraId="73825C2D" w14:textId="34A65C3D" w:rsidR="00A06E85" w:rsidRPr="00C9454D" w:rsidRDefault="00A06E85" w:rsidP="00C9454D">
      <w:pPr>
        <w:rPr>
          <w:sz w:val="24"/>
          <w:szCs w:val="24"/>
        </w:rPr>
      </w:pPr>
      <w:r w:rsidRPr="00C9454D">
        <w:rPr>
          <w:sz w:val="24"/>
          <w:szCs w:val="24"/>
        </w:rPr>
        <w:t xml:space="preserve">As </w:t>
      </w:r>
      <w:r w:rsidR="00D533BF" w:rsidRPr="00C9454D">
        <w:rPr>
          <w:sz w:val="24"/>
          <w:szCs w:val="24"/>
        </w:rPr>
        <w:t>Henry</w:t>
      </w:r>
      <w:r w:rsidRPr="00C9454D">
        <w:rPr>
          <w:sz w:val="24"/>
          <w:szCs w:val="24"/>
        </w:rPr>
        <w:t xml:space="preserve"> ro</w:t>
      </w:r>
      <w:r w:rsidR="00DD1FF5" w:rsidRPr="00C9454D">
        <w:rPr>
          <w:sz w:val="24"/>
          <w:szCs w:val="24"/>
        </w:rPr>
        <w:t xml:space="preserve">de </w:t>
      </w:r>
      <w:r w:rsidRPr="00C9454D">
        <w:rPr>
          <w:sz w:val="24"/>
          <w:szCs w:val="24"/>
        </w:rPr>
        <w:t xml:space="preserve">away from </w:t>
      </w:r>
      <w:r w:rsidR="00522C4D" w:rsidRPr="00C9454D">
        <w:rPr>
          <w:sz w:val="24"/>
          <w:szCs w:val="24"/>
        </w:rPr>
        <w:t>High Haven</w:t>
      </w:r>
      <w:r w:rsidRPr="00C9454D">
        <w:rPr>
          <w:sz w:val="24"/>
          <w:szCs w:val="24"/>
        </w:rPr>
        <w:t>, he felt lighter than he had in years. The sanctuary had not just been a place of rest—it had been a reminder of purpose, a glimpse of the kingdom he longed to build, and a renewal of the hope that guided him forward.</w:t>
      </w:r>
    </w:p>
    <w:p w14:paraId="6D056AA1" w14:textId="77777777" w:rsidR="00DF0E8B" w:rsidRPr="00C9454D" w:rsidRDefault="00DF0E8B" w:rsidP="00C9454D">
      <w:pPr>
        <w:rPr>
          <w:sz w:val="24"/>
          <w:szCs w:val="24"/>
        </w:rPr>
      </w:pPr>
    </w:p>
    <w:p w14:paraId="28B27461" w14:textId="612764AF" w:rsidR="00DF0E8B" w:rsidRPr="00C9454D" w:rsidRDefault="00DF0E8B" w:rsidP="00C9454D">
      <w:pPr>
        <w:rPr>
          <w:sz w:val="24"/>
          <w:szCs w:val="24"/>
        </w:rPr>
      </w:pPr>
      <w:r w:rsidRPr="00C9454D">
        <w:rPr>
          <w:sz w:val="24"/>
          <w:szCs w:val="24"/>
        </w:rPr>
        <w:br w:type="page"/>
      </w:r>
    </w:p>
    <w:p w14:paraId="753FFC27" w14:textId="77777777" w:rsidR="00DB64CB" w:rsidRPr="00C9454D" w:rsidRDefault="00FE197F" w:rsidP="00C9454D">
      <w:pPr>
        <w:rPr>
          <w:sz w:val="24"/>
          <w:szCs w:val="24"/>
        </w:rPr>
      </w:pPr>
      <w:r>
        <w:rPr>
          <w:noProof/>
          <w:sz w:val="24"/>
          <w:szCs w:val="24"/>
        </w:rPr>
      </w:r>
      <w:r w:rsidR="00FE197F">
        <w:rPr>
          <w:noProof/>
          <w:sz w:val="24"/>
          <w:szCs w:val="24"/>
        </w:rPr>
        <w:pict w14:anchorId="559E4979">
          <v:rect id="_x0000_i1126" style="width:0;height:1.5pt" o:hralign="center" o:hrstd="t" o:hr="t" fillcolor="#a0a0a0" stroked="f"/>
        </w:pict>
      </w:r>
    </w:p>
    <w:p w14:paraId="3744109A" w14:textId="77777777" w:rsidR="005F3E2C" w:rsidRPr="00C9454D" w:rsidRDefault="00DD0A69" w:rsidP="00C9454D">
      <w:pPr>
        <w:rPr>
          <w:rStyle w:val="Heading2Char"/>
          <w:sz w:val="24"/>
          <w:szCs w:val="24"/>
        </w:rPr>
      </w:pPr>
      <w:r w:rsidRPr="00C9454D">
        <w:rPr>
          <w:rStyle w:val="Heading2Char"/>
          <w:sz w:val="24"/>
          <w:szCs w:val="24"/>
        </w:rPr>
        <w:t xml:space="preserve">John and </w:t>
      </w:r>
      <w:proofErr w:type="spellStart"/>
      <w:r w:rsidRPr="00C9454D">
        <w:rPr>
          <w:rStyle w:val="Heading2Char"/>
          <w:sz w:val="24"/>
          <w:szCs w:val="24"/>
        </w:rPr>
        <w:t>Alara</w:t>
      </w:r>
      <w:proofErr w:type="spellEnd"/>
      <w:r w:rsidR="008C18D8" w:rsidRPr="00C9454D">
        <w:rPr>
          <w:rStyle w:val="Heading2Char"/>
          <w:sz w:val="24"/>
          <w:szCs w:val="24"/>
        </w:rPr>
        <w:t xml:space="preserve">.                                                                         </w:t>
      </w:r>
      <w:r w:rsidR="00125BD1" w:rsidRPr="00C9454D">
        <w:rPr>
          <w:rStyle w:val="Heading2Char"/>
          <w:sz w:val="24"/>
          <w:szCs w:val="24"/>
        </w:rPr>
        <w:t>Childhood Beginnings</w:t>
      </w:r>
      <w:r w:rsidR="00866BFB" w:rsidRPr="00C9454D">
        <w:rPr>
          <w:rStyle w:val="Heading2Char"/>
          <w:sz w:val="24"/>
          <w:szCs w:val="24"/>
        </w:rPr>
        <w:t xml:space="preserve"> </w:t>
      </w:r>
    </w:p>
    <w:p w14:paraId="2A6C0296" w14:textId="2C9AB91A" w:rsidR="00585D2E" w:rsidRPr="00C9454D" w:rsidRDefault="00866BFB" w:rsidP="00C9454D">
      <w:pPr>
        <w:rPr>
          <w:rStyle w:val="Heading2Char"/>
          <w:sz w:val="24"/>
          <w:szCs w:val="24"/>
        </w:rPr>
      </w:pPr>
      <w:r w:rsidRPr="00C9454D">
        <w:rPr>
          <w:rStyle w:val="Heading2Char"/>
          <w:sz w:val="24"/>
          <w:szCs w:val="24"/>
        </w:rPr>
        <w:t>12</w:t>
      </w:r>
      <w:r w:rsidR="005F3E2C" w:rsidRPr="00C9454D">
        <w:rPr>
          <w:rStyle w:val="Heading2Char"/>
          <w:sz w:val="24"/>
          <w:szCs w:val="24"/>
        </w:rPr>
        <w:t>12</w:t>
      </w:r>
      <w:r w:rsidR="00352CC0" w:rsidRPr="00C9454D">
        <w:rPr>
          <w:rStyle w:val="Heading2Char"/>
          <w:sz w:val="24"/>
          <w:szCs w:val="24"/>
        </w:rPr>
        <w:t>-1217</w:t>
      </w:r>
    </w:p>
    <w:p w14:paraId="0D37DD6D" w14:textId="36C4793E" w:rsidR="00125BD1" w:rsidRPr="00C9454D" w:rsidRDefault="00125BD1" w:rsidP="00C9454D">
      <w:pPr>
        <w:rPr>
          <w:rFonts w:asciiTheme="majorHAnsi" w:eastAsiaTheme="majorEastAsia" w:hAnsiTheme="majorHAnsi" w:cstheme="majorBidi"/>
          <w:color w:val="61721F" w:themeColor="accent1" w:themeShade="BF"/>
          <w:sz w:val="24"/>
          <w:szCs w:val="24"/>
        </w:rPr>
      </w:pPr>
      <w:r w:rsidRPr="00C9454D">
        <w:rPr>
          <w:rStyle w:val="Heading2Char"/>
          <w:sz w:val="24"/>
          <w:szCs w:val="24"/>
        </w:rPr>
        <w:br/>
      </w:r>
      <w:r w:rsidRPr="00C9454D">
        <w:rPr>
          <w:sz w:val="24"/>
          <w:szCs w:val="24"/>
        </w:rPr>
        <w:t xml:space="preserve">Their bond begins as a friendship rooted in curiosity. </w:t>
      </w:r>
      <w:proofErr w:type="spellStart"/>
      <w:r w:rsidRPr="00C9454D">
        <w:rPr>
          <w:sz w:val="24"/>
          <w:szCs w:val="24"/>
        </w:rPr>
        <w:t>Alara</w:t>
      </w:r>
      <w:proofErr w:type="spellEnd"/>
      <w:r w:rsidRPr="00C9454D">
        <w:rPr>
          <w:sz w:val="24"/>
          <w:szCs w:val="24"/>
        </w:rPr>
        <w:t>, with her innate knowledge of plants, herbs, and remedies, is fascinated by John’s formal education and his understanding of the spiritual world. He, in turn, marvels at her ability to identify healing properties in the most unassuming places, like a wildflower growing along the road.</w:t>
      </w:r>
    </w:p>
    <w:p w14:paraId="33365812" w14:textId="77777777" w:rsidR="00125BD1" w:rsidRPr="00C9454D" w:rsidRDefault="00125BD1" w:rsidP="00C9454D">
      <w:pPr>
        <w:rPr>
          <w:sz w:val="24"/>
          <w:szCs w:val="24"/>
        </w:rPr>
      </w:pPr>
      <w:r w:rsidRPr="00C9454D">
        <w:rPr>
          <w:sz w:val="24"/>
          <w:szCs w:val="24"/>
        </w:rPr>
        <w:t xml:space="preserve">John often visits the healer’s cottage under the guise of helping with chores or delivering messages for Abilene. But it’s </w:t>
      </w:r>
      <w:proofErr w:type="spellStart"/>
      <w:r w:rsidRPr="00C9454D">
        <w:rPr>
          <w:sz w:val="24"/>
          <w:szCs w:val="24"/>
        </w:rPr>
        <w:t>Alara</w:t>
      </w:r>
      <w:proofErr w:type="spellEnd"/>
      <w:r w:rsidRPr="00C9454D">
        <w:rPr>
          <w:sz w:val="24"/>
          <w:szCs w:val="24"/>
        </w:rPr>
        <w:t xml:space="preserve"> he seeks out, eager to ask her endless questions about the natural world. “What makes this herb so powerful?” he’d ask, holding up a sprig of something she’d just gathered.</w:t>
      </w:r>
    </w:p>
    <w:p w14:paraId="46DD6A3A" w14:textId="77777777" w:rsidR="00125BD1" w:rsidRPr="00C9454D" w:rsidRDefault="00125BD1" w:rsidP="00C9454D">
      <w:pPr>
        <w:rPr>
          <w:sz w:val="24"/>
          <w:szCs w:val="24"/>
        </w:rPr>
      </w:pPr>
      <w:r w:rsidRPr="00C9454D">
        <w:rPr>
          <w:sz w:val="24"/>
          <w:szCs w:val="24"/>
        </w:rPr>
        <w:t xml:space="preserve">“It’s not just the plant,” </w:t>
      </w:r>
      <w:proofErr w:type="spellStart"/>
      <w:r w:rsidRPr="00C9454D">
        <w:rPr>
          <w:sz w:val="24"/>
          <w:szCs w:val="24"/>
        </w:rPr>
        <w:t>Alara</w:t>
      </w:r>
      <w:proofErr w:type="spellEnd"/>
      <w:r w:rsidRPr="00C9454D">
        <w:rPr>
          <w:sz w:val="24"/>
          <w:szCs w:val="24"/>
        </w:rPr>
        <w:t xml:space="preserve"> would reply, her voice steady and confident beyond her years. “It’s how you use it, when you pick it, and whether you understand what it’s trying to tell you.”</w:t>
      </w:r>
    </w:p>
    <w:p w14:paraId="37411C0C" w14:textId="77777777" w:rsidR="00125BD1" w:rsidRPr="00C9454D" w:rsidRDefault="00FE197F" w:rsidP="00C9454D">
      <w:pPr>
        <w:rPr>
          <w:sz w:val="24"/>
          <w:szCs w:val="24"/>
        </w:rPr>
      </w:pPr>
      <w:r>
        <w:rPr>
          <w:noProof/>
          <w:sz w:val="24"/>
          <w:szCs w:val="24"/>
        </w:rPr>
      </w:r>
      <w:r w:rsidR="00FE197F">
        <w:rPr>
          <w:noProof/>
          <w:sz w:val="24"/>
          <w:szCs w:val="24"/>
        </w:rPr>
        <w:pict w14:anchorId="13BCBD25">
          <v:rect id="_x0000_i1127" style="width:0;height:1.5pt" o:hralign="center" o:hrstd="t" o:hr="t" fillcolor="#a0a0a0" stroked="f"/>
        </w:pict>
      </w:r>
    </w:p>
    <w:p w14:paraId="1190604C" w14:textId="77777777" w:rsidR="00BA3DF0" w:rsidRPr="00C9454D" w:rsidRDefault="00125BD1" w:rsidP="00C9454D">
      <w:pPr>
        <w:rPr>
          <w:rStyle w:val="Heading2Char"/>
          <w:sz w:val="24"/>
          <w:szCs w:val="24"/>
        </w:rPr>
      </w:pPr>
      <w:r w:rsidRPr="00C9454D">
        <w:rPr>
          <w:rStyle w:val="Heading2Char"/>
          <w:sz w:val="24"/>
          <w:szCs w:val="24"/>
        </w:rPr>
        <w:t>Adolescence: Friendly Rivalry</w:t>
      </w:r>
      <w:r w:rsidR="00352CC0" w:rsidRPr="00C9454D">
        <w:rPr>
          <w:rStyle w:val="Heading2Char"/>
          <w:sz w:val="24"/>
          <w:szCs w:val="24"/>
        </w:rPr>
        <w:t xml:space="preserve"> </w:t>
      </w:r>
    </w:p>
    <w:p w14:paraId="40EBF28A" w14:textId="57D7EC48" w:rsidR="00585D2E" w:rsidRPr="00C9454D" w:rsidRDefault="00352CC0" w:rsidP="00C9454D">
      <w:pPr>
        <w:rPr>
          <w:rStyle w:val="Heading2Char"/>
          <w:sz w:val="24"/>
          <w:szCs w:val="24"/>
        </w:rPr>
      </w:pPr>
      <w:r w:rsidRPr="00C9454D">
        <w:rPr>
          <w:rStyle w:val="Heading2Char"/>
          <w:sz w:val="24"/>
          <w:szCs w:val="24"/>
        </w:rPr>
        <w:t>1217</w:t>
      </w:r>
    </w:p>
    <w:p w14:paraId="57DDBE31" w14:textId="60E80A9C" w:rsidR="00125BD1" w:rsidRPr="00C9454D" w:rsidRDefault="00125BD1" w:rsidP="00C9454D">
      <w:pPr>
        <w:rPr>
          <w:sz w:val="24"/>
          <w:szCs w:val="24"/>
        </w:rPr>
      </w:pPr>
      <w:r w:rsidRPr="00C9454D">
        <w:rPr>
          <w:rStyle w:val="Heading2Char"/>
          <w:sz w:val="24"/>
          <w:szCs w:val="24"/>
        </w:rPr>
        <w:br/>
      </w:r>
      <w:r w:rsidRPr="00C9454D">
        <w:rPr>
          <w:sz w:val="24"/>
          <w:szCs w:val="24"/>
        </w:rPr>
        <w:t xml:space="preserve">As they grow, their friendship deepens, tempered by a playful rivalry. </w:t>
      </w:r>
      <w:proofErr w:type="spellStart"/>
      <w:r w:rsidRPr="00C9454D">
        <w:rPr>
          <w:sz w:val="24"/>
          <w:szCs w:val="24"/>
        </w:rPr>
        <w:t>Alara</w:t>
      </w:r>
      <w:proofErr w:type="spellEnd"/>
      <w:r w:rsidRPr="00C9454D">
        <w:rPr>
          <w:sz w:val="24"/>
          <w:szCs w:val="24"/>
        </w:rPr>
        <w:t xml:space="preserve"> teases John for his formality, often imitating his structured way of speaking. He counters by pointing out her occasional impulsiveness, especially when she rushes to test a remedy before fully studying its effects.</w:t>
      </w:r>
    </w:p>
    <w:p w14:paraId="70D642BA" w14:textId="77777777" w:rsidR="00125BD1" w:rsidRPr="00C9454D" w:rsidRDefault="00125BD1" w:rsidP="00C9454D">
      <w:pPr>
        <w:rPr>
          <w:sz w:val="24"/>
          <w:szCs w:val="24"/>
        </w:rPr>
      </w:pPr>
      <w:r w:rsidRPr="00C9454D">
        <w:rPr>
          <w:sz w:val="24"/>
          <w:szCs w:val="24"/>
        </w:rPr>
        <w:t>One afternoon, they argue over a philosophical question John poses: “Do you think healing is just science, or do you think it’s tied to something greater, like faith?”</w:t>
      </w:r>
    </w:p>
    <w:p w14:paraId="66CACD1C" w14:textId="77777777" w:rsidR="00125BD1" w:rsidRPr="00C9454D" w:rsidRDefault="00125BD1" w:rsidP="00C9454D">
      <w:pPr>
        <w:rPr>
          <w:sz w:val="24"/>
          <w:szCs w:val="24"/>
        </w:rPr>
      </w:pPr>
      <w:r w:rsidRPr="00C9454D">
        <w:rPr>
          <w:sz w:val="24"/>
          <w:szCs w:val="24"/>
        </w:rPr>
        <w:t xml:space="preserve">“It’s both,” </w:t>
      </w:r>
      <w:proofErr w:type="spellStart"/>
      <w:r w:rsidRPr="00C9454D">
        <w:rPr>
          <w:sz w:val="24"/>
          <w:szCs w:val="24"/>
        </w:rPr>
        <w:t>Alara</w:t>
      </w:r>
      <w:proofErr w:type="spellEnd"/>
      <w:r w:rsidRPr="00C9454D">
        <w:rPr>
          <w:sz w:val="24"/>
          <w:szCs w:val="24"/>
        </w:rPr>
        <w:t xml:space="preserve"> says without hesitation. “You can’t separate them. You need to understand how the body works, but if someone doesn’t believe they’ll heal, the best remedy won’t work.”</w:t>
      </w:r>
    </w:p>
    <w:p w14:paraId="0D2B889C" w14:textId="77777777" w:rsidR="00125BD1" w:rsidRPr="00C9454D" w:rsidRDefault="00125BD1" w:rsidP="00C9454D">
      <w:pPr>
        <w:rPr>
          <w:sz w:val="24"/>
          <w:szCs w:val="24"/>
        </w:rPr>
      </w:pPr>
      <w:r w:rsidRPr="00C9454D">
        <w:rPr>
          <w:sz w:val="24"/>
          <w:szCs w:val="24"/>
        </w:rPr>
        <w:t>John raises an eyebrow. “That’s... actually profound.”</w:t>
      </w:r>
    </w:p>
    <w:p w14:paraId="5A248F8E" w14:textId="77777777" w:rsidR="00125BD1" w:rsidRPr="00C9454D" w:rsidRDefault="00125BD1" w:rsidP="00C9454D">
      <w:pPr>
        <w:rPr>
          <w:sz w:val="24"/>
          <w:szCs w:val="24"/>
        </w:rPr>
      </w:pPr>
      <w:r w:rsidRPr="00C9454D">
        <w:rPr>
          <w:sz w:val="24"/>
          <w:szCs w:val="24"/>
        </w:rPr>
        <w:t>She smirks. “I know. Now go fetch me some water if you want to keep learning.”</w:t>
      </w:r>
    </w:p>
    <w:p w14:paraId="47A40DFB" w14:textId="77777777" w:rsidR="00125BD1" w:rsidRPr="00C9454D" w:rsidRDefault="00FE197F" w:rsidP="00C9454D">
      <w:pPr>
        <w:rPr>
          <w:sz w:val="24"/>
          <w:szCs w:val="24"/>
        </w:rPr>
      </w:pPr>
      <w:r>
        <w:rPr>
          <w:noProof/>
          <w:sz w:val="24"/>
          <w:szCs w:val="24"/>
        </w:rPr>
      </w:r>
      <w:r w:rsidR="00FE197F">
        <w:rPr>
          <w:noProof/>
          <w:sz w:val="24"/>
          <w:szCs w:val="24"/>
        </w:rPr>
        <w:pict w14:anchorId="4AB0E78B">
          <v:rect id="_x0000_i1128" style="width:0;height:1.5pt" o:hralign="center" o:hrstd="t" o:hr="t" fillcolor="#a0a0a0" stroked="f"/>
        </w:pict>
      </w:r>
    </w:p>
    <w:p w14:paraId="2B0B05BE" w14:textId="77777777" w:rsidR="00585D2E" w:rsidRPr="00C9454D" w:rsidRDefault="00125BD1" w:rsidP="00C9454D">
      <w:pPr>
        <w:rPr>
          <w:rStyle w:val="Heading2Char"/>
          <w:sz w:val="24"/>
          <w:szCs w:val="24"/>
        </w:rPr>
      </w:pPr>
      <w:r w:rsidRPr="00C9454D">
        <w:rPr>
          <w:rStyle w:val="Heading2Char"/>
          <w:sz w:val="24"/>
          <w:szCs w:val="24"/>
        </w:rPr>
        <w:t>Young Adulthood: Mutual Admiration</w:t>
      </w:r>
    </w:p>
    <w:p w14:paraId="0A69D6A8" w14:textId="546668F2" w:rsidR="00BA3DF0" w:rsidRPr="00C9454D" w:rsidRDefault="006A6B3D" w:rsidP="00C9454D">
      <w:pPr>
        <w:rPr>
          <w:rStyle w:val="Heading2Char"/>
          <w:sz w:val="24"/>
          <w:szCs w:val="24"/>
        </w:rPr>
      </w:pPr>
      <w:r w:rsidRPr="00C9454D">
        <w:rPr>
          <w:rStyle w:val="Heading2Char"/>
          <w:sz w:val="24"/>
          <w:szCs w:val="24"/>
        </w:rPr>
        <w:t>1220</w:t>
      </w:r>
    </w:p>
    <w:p w14:paraId="7BB93663" w14:textId="63D2DA3B" w:rsidR="00125BD1" w:rsidRPr="00C9454D" w:rsidRDefault="00125BD1" w:rsidP="00C9454D">
      <w:pPr>
        <w:rPr>
          <w:sz w:val="24"/>
          <w:szCs w:val="24"/>
        </w:rPr>
      </w:pPr>
      <w:r w:rsidRPr="00C9454D">
        <w:rPr>
          <w:sz w:val="24"/>
          <w:szCs w:val="24"/>
        </w:rPr>
        <w:br/>
        <w:t xml:space="preserve">By the time they are young adults, their bond has shifted into something deeper and more complex. </w:t>
      </w:r>
      <w:proofErr w:type="spellStart"/>
      <w:r w:rsidRPr="00C9454D">
        <w:rPr>
          <w:sz w:val="24"/>
          <w:szCs w:val="24"/>
        </w:rPr>
        <w:t>Alara</w:t>
      </w:r>
      <w:proofErr w:type="spellEnd"/>
      <w:r w:rsidRPr="00C9454D">
        <w:rPr>
          <w:sz w:val="24"/>
          <w:szCs w:val="24"/>
        </w:rPr>
        <w:t xml:space="preserve"> begins to see John not just as her intellectual equal but as someone who truly understands her—her passions, her quirks, and the weight of her responsibilities as a healer’s daughter. Likewise, John admires her ability to navigate a world where knowledge is passed down through intuition and experience rather than formal teaching.</w:t>
      </w:r>
    </w:p>
    <w:p w14:paraId="0B687CDD" w14:textId="77777777" w:rsidR="00125BD1" w:rsidRPr="00C9454D" w:rsidRDefault="00125BD1" w:rsidP="00C9454D">
      <w:pPr>
        <w:rPr>
          <w:sz w:val="24"/>
          <w:szCs w:val="24"/>
        </w:rPr>
      </w:pPr>
      <w:r w:rsidRPr="00C9454D">
        <w:rPr>
          <w:sz w:val="24"/>
          <w:szCs w:val="24"/>
        </w:rPr>
        <w:t xml:space="preserve">During one particularly harsh winter, they work together to save the village from a fever outbreak. John organizes the villagers, ensuring supplies and comfort for the sick, while </w:t>
      </w:r>
      <w:proofErr w:type="spellStart"/>
      <w:r w:rsidRPr="00C9454D">
        <w:rPr>
          <w:sz w:val="24"/>
          <w:szCs w:val="24"/>
        </w:rPr>
        <w:t>Alara</w:t>
      </w:r>
      <w:proofErr w:type="spellEnd"/>
      <w:r w:rsidRPr="00C9454D">
        <w:rPr>
          <w:sz w:val="24"/>
          <w:szCs w:val="24"/>
        </w:rPr>
        <w:t xml:space="preserve"> tirelessly prepares remedies and tends to the afflicted. They spend long nights by the fire, poring over her mother’s old notes and debating the best course of action.</w:t>
      </w:r>
    </w:p>
    <w:p w14:paraId="428AD85E" w14:textId="77777777" w:rsidR="00125BD1" w:rsidRPr="00C9454D" w:rsidRDefault="00125BD1" w:rsidP="00C9454D">
      <w:pPr>
        <w:rPr>
          <w:sz w:val="24"/>
          <w:szCs w:val="24"/>
        </w:rPr>
      </w:pPr>
      <w:r w:rsidRPr="00C9454D">
        <w:rPr>
          <w:sz w:val="24"/>
          <w:szCs w:val="24"/>
        </w:rPr>
        <w:t>“You don’t give up, do you?” John asks one night, his voice heavy with exhaustion and admiration.</w:t>
      </w:r>
    </w:p>
    <w:p w14:paraId="639B5CD2" w14:textId="77777777" w:rsidR="00125BD1" w:rsidRPr="00C9454D" w:rsidRDefault="00125BD1" w:rsidP="00C9454D">
      <w:pPr>
        <w:rPr>
          <w:sz w:val="24"/>
          <w:szCs w:val="24"/>
        </w:rPr>
      </w:pPr>
      <w:r w:rsidRPr="00C9454D">
        <w:rPr>
          <w:sz w:val="24"/>
          <w:szCs w:val="24"/>
        </w:rPr>
        <w:t>“Neither do you,” she replies, her eyes meeting his. “That’s why we make a good team.”</w:t>
      </w:r>
    </w:p>
    <w:p w14:paraId="5A44D9DA" w14:textId="77777777" w:rsidR="00125BD1" w:rsidRPr="00C9454D" w:rsidRDefault="00FE197F" w:rsidP="00C9454D">
      <w:pPr>
        <w:rPr>
          <w:sz w:val="24"/>
          <w:szCs w:val="24"/>
        </w:rPr>
      </w:pPr>
      <w:r>
        <w:rPr>
          <w:noProof/>
          <w:sz w:val="24"/>
          <w:szCs w:val="24"/>
        </w:rPr>
      </w:r>
      <w:r w:rsidR="00FE197F">
        <w:rPr>
          <w:noProof/>
          <w:sz w:val="24"/>
          <w:szCs w:val="24"/>
        </w:rPr>
        <w:pict w14:anchorId="7FAF94B0">
          <v:rect id="_x0000_i1129" style="width:0;height:1.5pt" o:hralign="center" o:hrstd="t" o:hr="t" fillcolor="#a0a0a0" stroked="f"/>
        </w:pict>
      </w:r>
    </w:p>
    <w:p w14:paraId="7FF136DE" w14:textId="77777777" w:rsidR="00585D2E" w:rsidRPr="00C9454D" w:rsidRDefault="00125BD1" w:rsidP="00C9454D">
      <w:pPr>
        <w:rPr>
          <w:rStyle w:val="Heading2Char"/>
          <w:sz w:val="24"/>
          <w:szCs w:val="24"/>
        </w:rPr>
      </w:pPr>
      <w:r w:rsidRPr="00C9454D">
        <w:rPr>
          <w:rStyle w:val="Heading2Char"/>
          <w:sz w:val="24"/>
          <w:szCs w:val="24"/>
        </w:rPr>
        <w:t>A Growing Realization</w:t>
      </w:r>
    </w:p>
    <w:p w14:paraId="1E6659D0" w14:textId="3BE94B0E" w:rsidR="00125BD1" w:rsidRPr="00C9454D" w:rsidRDefault="00125BD1" w:rsidP="00C9454D">
      <w:pPr>
        <w:rPr>
          <w:sz w:val="24"/>
          <w:szCs w:val="24"/>
        </w:rPr>
      </w:pPr>
      <w:r w:rsidRPr="00C9454D">
        <w:rPr>
          <w:rStyle w:val="Heading2Char"/>
          <w:sz w:val="24"/>
          <w:szCs w:val="24"/>
        </w:rPr>
        <w:br/>
      </w:r>
      <w:r w:rsidRPr="00C9454D">
        <w:rPr>
          <w:sz w:val="24"/>
          <w:szCs w:val="24"/>
        </w:rPr>
        <w:t xml:space="preserve">Their connection becomes undeniable as they reach their early twenties. </w:t>
      </w:r>
      <w:proofErr w:type="spellStart"/>
      <w:r w:rsidRPr="00C9454D">
        <w:rPr>
          <w:sz w:val="24"/>
          <w:szCs w:val="24"/>
        </w:rPr>
        <w:t>Alara</w:t>
      </w:r>
      <w:proofErr w:type="spellEnd"/>
      <w:r w:rsidRPr="00C9454D">
        <w:rPr>
          <w:sz w:val="24"/>
          <w:szCs w:val="24"/>
        </w:rPr>
        <w:t xml:space="preserve"> begins to notice the way John’s eyes soften when he looks at her, or how his presence always seems to steady her when she feels overwhelmed. John, meanwhile, finds himself thinking of her in quieter moments—wondering how she’d respond to a new idea he’s read about or what she’d say to one of his philosophical musings.</w:t>
      </w:r>
    </w:p>
    <w:p w14:paraId="57903D54" w14:textId="77777777" w:rsidR="00125BD1" w:rsidRPr="00C9454D" w:rsidRDefault="00125BD1" w:rsidP="00C9454D">
      <w:pPr>
        <w:rPr>
          <w:sz w:val="24"/>
          <w:szCs w:val="24"/>
        </w:rPr>
      </w:pPr>
      <w:r w:rsidRPr="00C9454D">
        <w:rPr>
          <w:sz w:val="24"/>
          <w:szCs w:val="24"/>
        </w:rPr>
        <w:t>Neither speaks of their feelings for a long time, afraid of disrupting the harmony they’ve built. But their bond grows stronger with every shared experience, every moment of laughter, and every challenge they overcome together.</w:t>
      </w:r>
    </w:p>
    <w:p w14:paraId="538DA544" w14:textId="77777777" w:rsidR="00125BD1" w:rsidRPr="00C9454D" w:rsidRDefault="00FE197F" w:rsidP="00C9454D">
      <w:pPr>
        <w:rPr>
          <w:sz w:val="24"/>
          <w:szCs w:val="24"/>
        </w:rPr>
      </w:pPr>
      <w:r>
        <w:rPr>
          <w:noProof/>
          <w:sz w:val="24"/>
          <w:szCs w:val="24"/>
        </w:rPr>
      </w:r>
      <w:r w:rsidR="00FE197F">
        <w:rPr>
          <w:noProof/>
          <w:sz w:val="24"/>
          <w:szCs w:val="24"/>
        </w:rPr>
        <w:pict w14:anchorId="0DE811F0">
          <v:rect id="_x0000_i1130" style="width:0;height:1.5pt" o:hralign="center" o:hrstd="t" o:hr="t" fillcolor="#a0a0a0" stroked="f"/>
        </w:pict>
      </w:r>
    </w:p>
    <w:p w14:paraId="7D8D9710" w14:textId="77777777" w:rsidR="00585D2E" w:rsidRPr="00C9454D" w:rsidRDefault="00125BD1" w:rsidP="00C9454D">
      <w:pPr>
        <w:rPr>
          <w:rStyle w:val="Heading2Char"/>
          <w:sz w:val="24"/>
          <w:szCs w:val="24"/>
        </w:rPr>
      </w:pPr>
      <w:r w:rsidRPr="00C9454D">
        <w:rPr>
          <w:rStyle w:val="Heading2Char"/>
          <w:sz w:val="24"/>
          <w:szCs w:val="24"/>
        </w:rPr>
        <w:t>A Pivotal Moment</w:t>
      </w:r>
    </w:p>
    <w:p w14:paraId="7C0A152A" w14:textId="6759DD59" w:rsidR="00125BD1" w:rsidRPr="00C9454D" w:rsidRDefault="00125BD1" w:rsidP="00C9454D">
      <w:pPr>
        <w:rPr>
          <w:sz w:val="24"/>
          <w:szCs w:val="24"/>
        </w:rPr>
      </w:pPr>
      <w:r w:rsidRPr="00C9454D">
        <w:rPr>
          <w:rStyle w:val="Heading2Char"/>
          <w:sz w:val="24"/>
          <w:szCs w:val="24"/>
        </w:rPr>
        <w:br/>
      </w:r>
      <w:r w:rsidRPr="00C9454D">
        <w:rPr>
          <w:sz w:val="24"/>
          <w:szCs w:val="24"/>
        </w:rPr>
        <w:t xml:space="preserve">The turning point comes during a storm that wreaks havoc on the village. While helping to rebuild, </w:t>
      </w:r>
      <w:proofErr w:type="spellStart"/>
      <w:r w:rsidRPr="00C9454D">
        <w:rPr>
          <w:sz w:val="24"/>
          <w:szCs w:val="24"/>
        </w:rPr>
        <w:t>Alara</w:t>
      </w:r>
      <w:proofErr w:type="spellEnd"/>
      <w:r w:rsidRPr="00C9454D">
        <w:rPr>
          <w:sz w:val="24"/>
          <w:szCs w:val="24"/>
        </w:rPr>
        <w:t xml:space="preserve"> is injured—nothing life-threatening, but enough to shake John deeply. As he cares for her, his emotions spill over.</w:t>
      </w:r>
    </w:p>
    <w:p w14:paraId="29DAE8F1" w14:textId="77777777" w:rsidR="00125BD1" w:rsidRPr="00C9454D" w:rsidRDefault="00125BD1" w:rsidP="00C9454D">
      <w:pPr>
        <w:rPr>
          <w:sz w:val="24"/>
          <w:szCs w:val="24"/>
        </w:rPr>
      </w:pPr>
      <w:r w:rsidRPr="00C9454D">
        <w:rPr>
          <w:sz w:val="24"/>
          <w:szCs w:val="24"/>
        </w:rPr>
        <w:t>“You’ve always been the strong one,” he tells her, his voice breaking. “The one who knows what to do, who keeps everything together. I don’t know what I’d do if I ever lost you.”</w:t>
      </w:r>
    </w:p>
    <w:p w14:paraId="4E27229E" w14:textId="77777777" w:rsidR="00125BD1" w:rsidRPr="00C9454D" w:rsidRDefault="00125BD1" w:rsidP="00C9454D">
      <w:pPr>
        <w:rPr>
          <w:sz w:val="24"/>
          <w:szCs w:val="24"/>
        </w:rPr>
      </w:pPr>
      <w:proofErr w:type="spellStart"/>
      <w:r w:rsidRPr="00C9454D">
        <w:rPr>
          <w:sz w:val="24"/>
          <w:szCs w:val="24"/>
        </w:rPr>
        <w:t>Alara</w:t>
      </w:r>
      <w:proofErr w:type="spellEnd"/>
      <w:r w:rsidRPr="00C9454D">
        <w:rPr>
          <w:sz w:val="24"/>
          <w:szCs w:val="24"/>
        </w:rPr>
        <w:t xml:space="preserve"> looks at him, her usual sharpness softened by tenderness. “You won’t lose me, John,” she says. “We’re a team, remember?”</w:t>
      </w:r>
    </w:p>
    <w:p w14:paraId="4E67E2A9" w14:textId="77777777" w:rsidR="00125BD1" w:rsidRPr="00C9454D" w:rsidRDefault="00125BD1" w:rsidP="00C9454D">
      <w:pPr>
        <w:rPr>
          <w:sz w:val="24"/>
          <w:szCs w:val="24"/>
        </w:rPr>
      </w:pPr>
      <w:r w:rsidRPr="00C9454D">
        <w:rPr>
          <w:sz w:val="24"/>
          <w:szCs w:val="24"/>
        </w:rPr>
        <w:t>For the first time, neither looks away. The words they’ve been holding back finally take root, unspoken but understood.</w:t>
      </w:r>
    </w:p>
    <w:p w14:paraId="212173A7" w14:textId="0EEAFC17" w:rsidR="00DA0F95" w:rsidRPr="00C9454D" w:rsidRDefault="00EA0317" w:rsidP="00C9454D">
      <w:pPr>
        <w:pStyle w:val="Heading2"/>
        <w:rPr>
          <w:sz w:val="24"/>
          <w:szCs w:val="24"/>
        </w:rPr>
      </w:pPr>
      <w:r w:rsidRPr="00C9454D">
        <w:rPr>
          <w:sz w:val="24"/>
          <w:szCs w:val="24"/>
        </w:rPr>
        <w:br w:type="page"/>
      </w:r>
      <w:r w:rsidR="00DA0F95" w:rsidRPr="00C9454D">
        <w:rPr>
          <w:sz w:val="24"/>
          <w:szCs w:val="24"/>
        </w:rPr>
        <w:t>1222</w:t>
      </w:r>
    </w:p>
    <w:p w14:paraId="1B5E9E4B" w14:textId="50611282" w:rsidR="00DA0F95" w:rsidRPr="00C9454D" w:rsidRDefault="00DA0F95" w:rsidP="00C9454D">
      <w:pPr>
        <w:rPr>
          <w:sz w:val="24"/>
          <w:szCs w:val="24"/>
        </w:rPr>
      </w:pPr>
      <w:r w:rsidRPr="00C9454D">
        <w:rPr>
          <w:sz w:val="24"/>
          <w:szCs w:val="24"/>
        </w:rPr>
        <w:t>: The Practice at High Haven</w:t>
      </w:r>
    </w:p>
    <w:p w14:paraId="17EB67CF" w14:textId="77777777" w:rsidR="00DA0F95" w:rsidRPr="00C9454D" w:rsidRDefault="00DA0F95" w:rsidP="00C9454D">
      <w:pPr>
        <w:rPr>
          <w:sz w:val="24"/>
          <w:szCs w:val="24"/>
        </w:rPr>
      </w:pPr>
      <w:r w:rsidRPr="00C9454D">
        <w:rPr>
          <w:sz w:val="24"/>
          <w:szCs w:val="24"/>
        </w:rPr>
        <w:t>By day, it looked like a merchant’s corner—bottles of rosewater, vials of clove balm, honey serums for the noble ladies who wanted to glow like the Queen’s tapestries. But through the back, through the worn wooden door behind the potted thyme, was something else entirely.</w:t>
      </w:r>
    </w:p>
    <w:p w14:paraId="3CFA2B65" w14:textId="77777777" w:rsidR="00DA0F95" w:rsidRPr="00C9454D" w:rsidRDefault="00DA0F95" w:rsidP="00C9454D">
      <w:pPr>
        <w:rPr>
          <w:sz w:val="24"/>
          <w:szCs w:val="24"/>
        </w:rPr>
      </w:pPr>
      <w:r w:rsidRPr="00C9454D">
        <w:rPr>
          <w:sz w:val="24"/>
          <w:szCs w:val="24"/>
        </w:rPr>
        <w:t>The true work began there.</w:t>
      </w:r>
    </w:p>
    <w:p w14:paraId="645F8832" w14:textId="7F151887" w:rsidR="00DA0F95" w:rsidRPr="00C9454D" w:rsidRDefault="00DA0F95" w:rsidP="00C9454D">
      <w:pPr>
        <w:rPr>
          <w:sz w:val="24"/>
          <w:szCs w:val="24"/>
        </w:rPr>
      </w:pPr>
      <w:r w:rsidRPr="00C9454D">
        <w:rPr>
          <w:sz w:val="24"/>
          <w:szCs w:val="24"/>
        </w:rPr>
        <w:t xml:space="preserve">A child with infection in his blood. A woman who hadn’t eaten in three days. A farmer with frostbite so deep he could no longer feel his hand. This was where </w:t>
      </w:r>
      <w:proofErr w:type="spellStart"/>
      <w:r w:rsidRPr="00C9454D">
        <w:rPr>
          <w:sz w:val="24"/>
          <w:szCs w:val="24"/>
        </w:rPr>
        <w:t>Alara</w:t>
      </w:r>
      <w:proofErr w:type="spellEnd"/>
      <w:r w:rsidRPr="00C9454D">
        <w:rPr>
          <w:sz w:val="24"/>
          <w:szCs w:val="24"/>
        </w:rPr>
        <w:t xml:space="preserve"> worked miracles—and where John Marshall, now twenty-one—born five years after the flood—stood silently besi</w:t>
      </w:r>
      <w:r w:rsidR="00DD1FF5" w:rsidRPr="00C9454D">
        <w:rPr>
          <w:sz w:val="24"/>
          <w:szCs w:val="24"/>
        </w:rPr>
        <w:t xml:space="preserve">de </w:t>
      </w:r>
      <w:r w:rsidRPr="00C9454D">
        <w:rPr>
          <w:sz w:val="24"/>
          <w:szCs w:val="24"/>
        </w:rPr>
        <w:t>her like a fixed star.</w:t>
      </w:r>
    </w:p>
    <w:p w14:paraId="3FF8E372" w14:textId="77777777" w:rsidR="00DA0F95" w:rsidRPr="00C9454D" w:rsidRDefault="00DA0F95" w:rsidP="00C9454D">
      <w:pPr>
        <w:rPr>
          <w:sz w:val="24"/>
          <w:szCs w:val="24"/>
        </w:rPr>
      </w:pPr>
      <w:r w:rsidRPr="00C9454D">
        <w:rPr>
          <w:sz w:val="24"/>
          <w:szCs w:val="24"/>
        </w:rPr>
        <w:t>No titles. No fees.</w:t>
      </w:r>
    </w:p>
    <w:p w14:paraId="4A3A5ADD" w14:textId="77777777" w:rsidR="00DA0F95" w:rsidRPr="00C9454D" w:rsidRDefault="00DA0F95" w:rsidP="00C9454D">
      <w:pPr>
        <w:rPr>
          <w:sz w:val="24"/>
          <w:szCs w:val="24"/>
        </w:rPr>
      </w:pPr>
      <w:r w:rsidRPr="00C9454D">
        <w:rPr>
          <w:sz w:val="24"/>
          <w:szCs w:val="24"/>
        </w:rPr>
        <w:t>Just a table, an herb wall, and faith.</w:t>
      </w:r>
    </w:p>
    <w:p w14:paraId="3BBCB0F1" w14:textId="00149F85" w:rsidR="00DA0F95" w:rsidRPr="00C9454D" w:rsidRDefault="00DA0F95" w:rsidP="00C9454D">
      <w:pPr>
        <w:rPr>
          <w:sz w:val="24"/>
          <w:szCs w:val="24"/>
        </w:rPr>
      </w:pPr>
      <w:r w:rsidRPr="00C9454D">
        <w:rPr>
          <w:sz w:val="24"/>
          <w:szCs w:val="24"/>
        </w:rPr>
        <w:t xml:space="preserve">They had no physician’s seal, no license from the crown. What they had was knowledge, discernment, and the favor of </w:t>
      </w:r>
      <w:proofErr w:type="spellStart"/>
      <w:r w:rsidR="007E1E1E">
        <w:rPr>
          <w:sz w:val="24"/>
          <w:szCs w:val="24"/>
        </w:rPr>
        <w:t>Yahuah</w:t>
      </w:r>
      <w:proofErr w:type="spellEnd"/>
      <w:r w:rsidRPr="00C9454D">
        <w:rPr>
          <w:sz w:val="24"/>
          <w:szCs w:val="24"/>
        </w:rPr>
        <w:t xml:space="preserve"> Himself.</w:t>
      </w:r>
    </w:p>
    <w:p w14:paraId="50DCF387" w14:textId="77777777" w:rsidR="00DA0F95" w:rsidRPr="00C9454D" w:rsidRDefault="00FE197F" w:rsidP="00C9454D">
      <w:pPr>
        <w:rPr>
          <w:sz w:val="24"/>
          <w:szCs w:val="24"/>
        </w:rPr>
      </w:pPr>
      <w:r>
        <w:rPr>
          <w:noProof/>
          <w:sz w:val="24"/>
          <w:szCs w:val="24"/>
        </w:rPr>
      </w:r>
      <w:r w:rsidR="00FE197F">
        <w:rPr>
          <w:noProof/>
          <w:sz w:val="24"/>
          <w:szCs w:val="24"/>
        </w:rPr>
        <w:pict w14:anchorId="29C036D7">
          <v:rect id="_x0000_i1131" style="width:0;height:1.5pt" o:hralign="center" o:hrstd="t" o:hr="t" fillcolor="#a0a0a0" stroked="f"/>
        </w:pict>
      </w:r>
    </w:p>
    <w:p w14:paraId="4777640D" w14:textId="77777777" w:rsidR="00DA0F95" w:rsidRPr="00C9454D" w:rsidRDefault="00DA0F95" w:rsidP="00C9454D">
      <w:pPr>
        <w:pStyle w:val="Heading2"/>
        <w:rPr>
          <w:sz w:val="24"/>
          <w:szCs w:val="24"/>
        </w:rPr>
      </w:pPr>
      <w:r w:rsidRPr="00C9454D">
        <w:rPr>
          <w:sz w:val="24"/>
          <w:szCs w:val="24"/>
        </w:rPr>
        <w:t xml:space="preserve">Journal of </w:t>
      </w:r>
      <w:proofErr w:type="spellStart"/>
      <w:r w:rsidRPr="00C9454D">
        <w:rPr>
          <w:sz w:val="24"/>
          <w:szCs w:val="24"/>
        </w:rPr>
        <w:t>Alara</w:t>
      </w:r>
      <w:proofErr w:type="spellEnd"/>
      <w:r w:rsidRPr="00C9454D">
        <w:rPr>
          <w:sz w:val="24"/>
          <w:szCs w:val="24"/>
        </w:rPr>
        <w:t xml:space="preserve"> of </w:t>
      </w:r>
      <w:proofErr w:type="spellStart"/>
      <w:r w:rsidRPr="00C9454D">
        <w:rPr>
          <w:sz w:val="24"/>
          <w:szCs w:val="24"/>
        </w:rPr>
        <w:t>Teston</w:t>
      </w:r>
      <w:proofErr w:type="spellEnd"/>
      <w:r w:rsidRPr="00C9454D">
        <w:rPr>
          <w:sz w:val="24"/>
          <w:szCs w:val="24"/>
        </w:rPr>
        <w:t xml:space="preserve"> – "The Willow and the Watcher"</w:t>
      </w:r>
    </w:p>
    <w:p w14:paraId="379E4903" w14:textId="77777777" w:rsidR="00C07381" w:rsidRPr="00C9454D" w:rsidRDefault="00C07381" w:rsidP="00C9454D">
      <w:pPr>
        <w:rPr>
          <w:sz w:val="24"/>
          <w:szCs w:val="24"/>
        </w:rPr>
      </w:pPr>
    </w:p>
    <w:p w14:paraId="4A4610AD" w14:textId="7C8FE703" w:rsidR="00DA0F95" w:rsidRPr="00C9454D" w:rsidRDefault="00DA0F95" w:rsidP="00C9454D">
      <w:pPr>
        <w:rPr>
          <w:sz w:val="24"/>
          <w:szCs w:val="24"/>
        </w:rPr>
      </w:pPr>
      <w:r w:rsidRPr="00C9454D">
        <w:rPr>
          <w:sz w:val="24"/>
          <w:szCs w:val="24"/>
        </w:rPr>
        <w:t>He thinks I don’t know that he sees everything.</w:t>
      </w:r>
    </w:p>
    <w:p w14:paraId="7CFAA166" w14:textId="77777777" w:rsidR="00DA0F95" w:rsidRPr="00C9454D" w:rsidRDefault="00DA0F95" w:rsidP="00C9454D">
      <w:pPr>
        <w:rPr>
          <w:sz w:val="24"/>
          <w:szCs w:val="24"/>
        </w:rPr>
      </w:pPr>
      <w:r w:rsidRPr="00C9454D">
        <w:rPr>
          <w:sz w:val="24"/>
          <w:szCs w:val="24"/>
        </w:rPr>
        <w:t>But John Marshall misses nothing.</w:t>
      </w:r>
    </w:p>
    <w:p w14:paraId="360EBD1E" w14:textId="24EDE3C2" w:rsidR="00DA0F95" w:rsidRPr="00C9454D" w:rsidRDefault="00DA0F95" w:rsidP="00C9454D">
      <w:pPr>
        <w:rPr>
          <w:sz w:val="24"/>
          <w:szCs w:val="24"/>
        </w:rPr>
      </w:pPr>
      <w:r w:rsidRPr="00C9454D">
        <w:rPr>
          <w:sz w:val="24"/>
          <w:szCs w:val="24"/>
        </w:rPr>
        <w:t>When I drop a glass, he steadies it before it shatters. When I falter on a dose, he is already adjusting the ratio. I have never seen him raise his voice. I have never seen him lose his peace. He is what I imagine angels must look like when they are asked to stand besi</w:t>
      </w:r>
      <w:r w:rsidR="00DD1FF5" w:rsidRPr="00C9454D">
        <w:rPr>
          <w:sz w:val="24"/>
          <w:szCs w:val="24"/>
        </w:rPr>
        <w:t xml:space="preserve">de </w:t>
      </w:r>
      <w:r w:rsidRPr="00C9454D">
        <w:rPr>
          <w:sz w:val="24"/>
          <w:szCs w:val="24"/>
        </w:rPr>
        <w:t>men but not intervene.</w:t>
      </w:r>
    </w:p>
    <w:p w14:paraId="6E79F380" w14:textId="77777777" w:rsidR="00DA0F95" w:rsidRPr="00C9454D" w:rsidRDefault="00DA0F95" w:rsidP="00C9454D">
      <w:pPr>
        <w:rPr>
          <w:sz w:val="24"/>
          <w:szCs w:val="24"/>
        </w:rPr>
      </w:pPr>
      <w:r w:rsidRPr="00C9454D">
        <w:rPr>
          <w:sz w:val="24"/>
          <w:szCs w:val="24"/>
        </w:rPr>
        <w:t>He watches the world like a scholar, but feels it like a priest.</w:t>
      </w:r>
    </w:p>
    <w:p w14:paraId="577F59E7" w14:textId="77777777" w:rsidR="00DA0F95" w:rsidRPr="00C9454D" w:rsidRDefault="00DA0F95" w:rsidP="00C9454D">
      <w:pPr>
        <w:rPr>
          <w:sz w:val="24"/>
          <w:szCs w:val="24"/>
        </w:rPr>
      </w:pPr>
      <w:r w:rsidRPr="00C9454D">
        <w:rPr>
          <w:sz w:val="24"/>
          <w:szCs w:val="24"/>
        </w:rPr>
        <w:t>I speak boldly to everyone—but to him, my words soften without my consent.</w:t>
      </w:r>
    </w:p>
    <w:p w14:paraId="4BA8DC0B" w14:textId="77777777" w:rsidR="00DA0F95" w:rsidRPr="00C9454D" w:rsidRDefault="00DA0F95" w:rsidP="00C9454D">
      <w:pPr>
        <w:rPr>
          <w:sz w:val="24"/>
          <w:szCs w:val="24"/>
        </w:rPr>
      </w:pPr>
      <w:r w:rsidRPr="00C9454D">
        <w:rPr>
          <w:sz w:val="24"/>
          <w:szCs w:val="24"/>
        </w:rPr>
        <w:t>He is my stillness.</w:t>
      </w:r>
    </w:p>
    <w:p w14:paraId="280E65C5" w14:textId="2DF954C4" w:rsidR="00DA0F95" w:rsidRPr="00C9454D" w:rsidRDefault="00DA0F95" w:rsidP="00C9454D">
      <w:pPr>
        <w:rPr>
          <w:sz w:val="24"/>
          <w:szCs w:val="24"/>
        </w:rPr>
      </w:pPr>
      <w:r w:rsidRPr="00C9454D">
        <w:rPr>
          <w:sz w:val="24"/>
          <w:szCs w:val="24"/>
        </w:rPr>
        <w:t>He does not know, I think. I hi</w:t>
      </w:r>
      <w:r w:rsidR="00DD1FF5" w:rsidRPr="00C9454D">
        <w:rPr>
          <w:sz w:val="24"/>
          <w:szCs w:val="24"/>
        </w:rPr>
        <w:t xml:space="preserve">de </w:t>
      </w:r>
      <w:r w:rsidRPr="00C9454D">
        <w:rPr>
          <w:sz w:val="24"/>
          <w:szCs w:val="24"/>
        </w:rPr>
        <w:t>it well, I hope.</w:t>
      </w:r>
    </w:p>
    <w:p w14:paraId="4B62ECE4" w14:textId="77777777" w:rsidR="00DA0F95" w:rsidRPr="00C9454D" w:rsidRDefault="00DA0F95" w:rsidP="00C9454D">
      <w:pPr>
        <w:rPr>
          <w:sz w:val="24"/>
          <w:szCs w:val="24"/>
        </w:rPr>
      </w:pPr>
      <w:r w:rsidRPr="00C9454D">
        <w:rPr>
          <w:sz w:val="24"/>
          <w:szCs w:val="24"/>
        </w:rPr>
        <w:t>But if I could kneel to one man and not lose myself in doing so, it would be him.</w:t>
      </w:r>
    </w:p>
    <w:p w14:paraId="2D26B4C1" w14:textId="77777777" w:rsidR="00DA0F95" w:rsidRPr="00C9454D" w:rsidRDefault="00DA0F95" w:rsidP="00C9454D">
      <w:pPr>
        <w:rPr>
          <w:sz w:val="24"/>
          <w:szCs w:val="24"/>
        </w:rPr>
      </w:pPr>
      <w:r w:rsidRPr="00C9454D">
        <w:rPr>
          <w:sz w:val="24"/>
          <w:szCs w:val="24"/>
        </w:rPr>
        <w:t>And that terrifies me.</w:t>
      </w:r>
    </w:p>
    <w:p w14:paraId="40F1265B" w14:textId="77777777" w:rsidR="00DA0F95" w:rsidRPr="00C9454D" w:rsidRDefault="00FE197F" w:rsidP="00C9454D">
      <w:pPr>
        <w:rPr>
          <w:sz w:val="24"/>
          <w:szCs w:val="24"/>
        </w:rPr>
      </w:pPr>
      <w:r>
        <w:rPr>
          <w:noProof/>
          <w:sz w:val="24"/>
          <w:szCs w:val="24"/>
        </w:rPr>
      </w:r>
      <w:r w:rsidR="00FE197F">
        <w:rPr>
          <w:noProof/>
          <w:sz w:val="24"/>
          <w:szCs w:val="24"/>
        </w:rPr>
        <w:pict w14:anchorId="4E0496FE">
          <v:rect id="_x0000_i1132" style="width:0;height:1.5pt" o:hralign="center" o:hrstd="t" o:hr="t" fillcolor="#a0a0a0" stroked="f"/>
        </w:pict>
      </w:r>
    </w:p>
    <w:p w14:paraId="7E594D84" w14:textId="77777777" w:rsidR="00DA0F95" w:rsidRPr="00C9454D" w:rsidRDefault="00DA0F95" w:rsidP="00C9454D">
      <w:pPr>
        <w:pStyle w:val="Heading2"/>
        <w:rPr>
          <w:sz w:val="24"/>
          <w:szCs w:val="24"/>
        </w:rPr>
      </w:pPr>
      <w:r w:rsidRPr="00C9454D">
        <w:rPr>
          <w:sz w:val="24"/>
          <w:szCs w:val="24"/>
        </w:rPr>
        <w:t>Case Entry: The Mist Fever</w:t>
      </w:r>
    </w:p>
    <w:p w14:paraId="67A45BAE" w14:textId="77777777" w:rsidR="00C07381" w:rsidRPr="00C9454D" w:rsidRDefault="00C07381" w:rsidP="00C9454D">
      <w:pPr>
        <w:rPr>
          <w:sz w:val="24"/>
          <w:szCs w:val="24"/>
        </w:rPr>
      </w:pPr>
    </w:p>
    <w:p w14:paraId="42FFC6B3" w14:textId="4E63D9B9" w:rsidR="00DA0F95" w:rsidRPr="00C9454D" w:rsidRDefault="00DA0F95" w:rsidP="00C9454D">
      <w:pPr>
        <w:rPr>
          <w:sz w:val="24"/>
          <w:szCs w:val="24"/>
        </w:rPr>
      </w:pPr>
      <w:r w:rsidRPr="00C9454D">
        <w:rPr>
          <w:sz w:val="24"/>
          <w:szCs w:val="24"/>
        </w:rPr>
        <w:t>A girl is brought in, shaking, eyes wide, lips blue. Her father insists it’s a curse.</w:t>
      </w:r>
    </w:p>
    <w:p w14:paraId="6976A3B5" w14:textId="77777777" w:rsidR="00DA0F95" w:rsidRPr="00C9454D" w:rsidRDefault="00DA0F95" w:rsidP="00C9454D">
      <w:pPr>
        <w:rPr>
          <w:sz w:val="24"/>
          <w:szCs w:val="24"/>
        </w:rPr>
      </w:pPr>
      <w:proofErr w:type="spellStart"/>
      <w:r w:rsidRPr="00C9454D">
        <w:rPr>
          <w:sz w:val="24"/>
          <w:szCs w:val="24"/>
        </w:rPr>
        <w:t>Alara</w:t>
      </w:r>
      <w:proofErr w:type="spellEnd"/>
      <w:r w:rsidRPr="00C9454D">
        <w:rPr>
          <w:sz w:val="24"/>
          <w:szCs w:val="24"/>
        </w:rPr>
        <w:t xml:space="preserve"> knows it isn’t.</w:t>
      </w:r>
    </w:p>
    <w:p w14:paraId="07733910" w14:textId="77777777" w:rsidR="00DA0F95" w:rsidRPr="00C9454D" w:rsidRDefault="00DA0F95" w:rsidP="00C9454D">
      <w:pPr>
        <w:rPr>
          <w:sz w:val="24"/>
          <w:szCs w:val="24"/>
        </w:rPr>
      </w:pPr>
      <w:r w:rsidRPr="00C9454D">
        <w:rPr>
          <w:sz w:val="24"/>
          <w:szCs w:val="24"/>
        </w:rPr>
        <w:t>John, silent as ever, leans close to the girl’s lips. His brow furrows. He touches the rye bread left in her basket.</w:t>
      </w:r>
    </w:p>
    <w:p w14:paraId="6A60DA46" w14:textId="77777777" w:rsidR="00DA0F95" w:rsidRPr="00C9454D" w:rsidRDefault="00DA0F95" w:rsidP="00C9454D">
      <w:pPr>
        <w:rPr>
          <w:sz w:val="24"/>
          <w:szCs w:val="24"/>
        </w:rPr>
      </w:pPr>
      <w:r w:rsidRPr="00C9454D">
        <w:rPr>
          <w:sz w:val="24"/>
          <w:szCs w:val="24"/>
        </w:rPr>
        <w:t>"She got it from the east river quarter," he says.</w:t>
      </w:r>
    </w:p>
    <w:p w14:paraId="20A2A9DD" w14:textId="77777777" w:rsidR="00DA0F95" w:rsidRPr="00C9454D" w:rsidRDefault="00DA0F95" w:rsidP="00C9454D">
      <w:pPr>
        <w:rPr>
          <w:sz w:val="24"/>
          <w:szCs w:val="24"/>
        </w:rPr>
      </w:pPr>
      <w:r w:rsidRPr="00C9454D">
        <w:rPr>
          <w:sz w:val="24"/>
          <w:szCs w:val="24"/>
        </w:rPr>
        <w:t>His voice is quiet, but final.</w:t>
      </w:r>
    </w:p>
    <w:p w14:paraId="1B5B557C" w14:textId="77777777" w:rsidR="00DA0F95" w:rsidRPr="00C9454D" w:rsidRDefault="00DA0F95" w:rsidP="00C9454D">
      <w:pPr>
        <w:rPr>
          <w:sz w:val="24"/>
          <w:szCs w:val="24"/>
        </w:rPr>
      </w:pPr>
      <w:proofErr w:type="spellStart"/>
      <w:r w:rsidRPr="00C9454D">
        <w:rPr>
          <w:sz w:val="24"/>
          <w:szCs w:val="24"/>
        </w:rPr>
        <w:t>Alara</w:t>
      </w:r>
      <w:proofErr w:type="spellEnd"/>
      <w:r w:rsidRPr="00C9454D">
        <w:rPr>
          <w:sz w:val="24"/>
          <w:szCs w:val="24"/>
        </w:rPr>
        <w:t xml:space="preserve"> turns. "You’re certain?"</w:t>
      </w:r>
    </w:p>
    <w:p w14:paraId="19EB337E" w14:textId="77777777" w:rsidR="00DA0F95" w:rsidRPr="00C9454D" w:rsidRDefault="00DA0F95" w:rsidP="00C9454D">
      <w:pPr>
        <w:rPr>
          <w:sz w:val="24"/>
          <w:szCs w:val="24"/>
        </w:rPr>
      </w:pPr>
      <w:r w:rsidRPr="00C9454D">
        <w:rPr>
          <w:sz w:val="24"/>
          <w:szCs w:val="24"/>
        </w:rPr>
        <w:t>He nods. "It’s not the air. It’s the grain."</w:t>
      </w:r>
    </w:p>
    <w:p w14:paraId="6F231A26" w14:textId="77777777" w:rsidR="00DA0F95" w:rsidRPr="00C9454D" w:rsidRDefault="00DA0F95" w:rsidP="00C9454D">
      <w:pPr>
        <w:rPr>
          <w:sz w:val="24"/>
          <w:szCs w:val="24"/>
        </w:rPr>
      </w:pPr>
      <w:r w:rsidRPr="00C9454D">
        <w:rPr>
          <w:sz w:val="24"/>
          <w:szCs w:val="24"/>
        </w:rPr>
        <w:t>Ergot. Contaminated rye. St. Anthony’s Fire, the peasants called it. Hallucinations, seizures, death—unless caught early.</w:t>
      </w:r>
    </w:p>
    <w:p w14:paraId="30AF188B" w14:textId="77777777" w:rsidR="00DA0F95" w:rsidRPr="00C9454D" w:rsidRDefault="00DA0F95" w:rsidP="00C9454D">
      <w:pPr>
        <w:rPr>
          <w:sz w:val="24"/>
          <w:szCs w:val="24"/>
        </w:rPr>
      </w:pPr>
      <w:r w:rsidRPr="00C9454D">
        <w:rPr>
          <w:sz w:val="24"/>
          <w:szCs w:val="24"/>
        </w:rPr>
        <w:t>Together, they boil the right decoctions, bind the tremors with cooling salves, and whisper psalms over her burning body.</w:t>
      </w:r>
    </w:p>
    <w:p w14:paraId="484D6656" w14:textId="77777777" w:rsidR="00DA0F95" w:rsidRPr="00C9454D" w:rsidRDefault="00DA0F95" w:rsidP="00C9454D">
      <w:pPr>
        <w:rPr>
          <w:sz w:val="24"/>
          <w:szCs w:val="24"/>
        </w:rPr>
      </w:pPr>
      <w:r w:rsidRPr="00C9454D">
        <w:rPr>
          <w:sz w:val="24"/>
          <w:szCs w:val="24"/>
        </w:rPr>
        <w:t>The girl wakes by morning.</w:t>
      </w:r>
    </w:p>
    <w:p w14:paraId="5C5BC2EA" w14:textId="77777777" w:rsidR="00DA0F95" w:rsidRPr="00C9454D" w:rsidRDefault="00DA0F95" w:rsidP="00C9454D">
      <w:pPr>
        <w:rPr>
          <w:sz w:val="24"/>
          <w:szCs w:val="24"/>
        </w:rPr>
      </w:pPr>
      <w:proofErr w:type="spellStart"/>
      <w:r w:rsidRPr="00C9454D">
        <w:rPr>
          <w:sz w:val="24"/>
          <w:szCs w:val="24"/>
        </w:rPr>
        <w:t>Alara</w:t>
      </w:r>
      <w:proofErr w:type="spellEnd"/>
      <w:r w:rsidRPr="00C9454D">
        <w:rPr>
          <w:sz w:val="24"/>
          <w:szCs w:val="24"/>
        </w:rPr>
        <w:t xml:space="preserve"> says nothing, but in her journal that night, she writes:</w:t>
      </w:r>
    </w:p>
    <w:p w14:paraId="47516466" w14:textId="77777777" w:rsidR="00DA0F95" w:rsidRPr="00C9454D" w:rsidRDefault="00DA0F95" w:rsidP="00C9454D">
      <w:pPr>
        <w:rPr>
          <w:sz w:val="24"/>
          <w:szCs w:val="24"/>
        </w:rPr>
      </w:pPr>
      <w:r w:rsidRPr="00C9454D">
        <w:rPr>
          <w:sz w:val="24"/>
          <w:szCs w:val="24"/>
        </w:rPr>
        <w:t>He saved her. He never says it, but I will write it here. John Marshall saved her. And when they come for me, as they surely will, I pray they never see how bright he shines—because they’d come for him next.</w:t>
      </w:r>
    </w:p>
    <w:p w14:paraId="7B1CC79D" w14:textId="77777777" w:rsidR="007F1C79" w:rsidRPr="00C9454D" w:rsidRDefault="007F1C79"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br w:type="page"/>
      </w:r>
    </w:p>
    <w:p w14:paraId="5F160C1D" w14:textId="7587A9AE" w:rsidR="00413C7A" w:rsidRPr="00C9454D" w:rsidRDefault="00413C7A" w:rsidP="00C9454D">
      <w:pPr>
        <w:rPr>
          <w:sz w:val="24"/>
          <w:szCs w:val="24"/>
        </w:rPr>
      </w:pPr>
      <w:r w:rsidRPr="00C9454D">
        <w:rPr>
          <w:rFonts w:ascii="Times New Roman" w:eastAsia="Times New Roman" w:hAnsi="Times New Roman" w:cs="Times New Roman"/>
          <w:sz w:val="24"/>
          <w:szCs w:val="24"/>
        </w:rPr>
        <w:t xml:space="preserve"> </w:t>
      </w:r>
    </w:p>
    <w:p w14:paraId="505519F8" w14:textId="77777777" w:rsidR="00CD170B" w:rsidRPr="00C9454D" w:rsidRDefault="00413C7A" w:rsidP="00C9454D">
      <w:pPr>
        <w:rPr>
          <w:rStyle w:val="Heading2Char"/>
          <w:sz w:val="24"/>
          <w:szCs w:val="24"/>
        </w:rPr>
      </w:pPr>
      <w:r w:rsidRPr="00C9454D">
        <w:rPr>
          <w:rStyle w:val="Heading2Char"/>
          <w:sz w:val="24"/>
          <w:szCs w:val="24"/>
        </w:rPr>
        <w:t>The Shift from Friendship to Something More</w:t>
      </w:r>
      <w:r w:rsidR="001C11A2" w:rsidRPr="00C9454D">
        <w:rPr>
          <w:rStyle w:val="Heading2Char"/>
          <w:sz w:val="24"/>
          <w:szCs w:val="24"/>
        </w:rPr>
        <w:t xml:space="preserve"> </w:t>
      </w:r>
    </w:p>
    <w:p w14:paraId="0437AFA4" w14:textId="30F20922" w:rsidR="00585D2E" w:rsidRPr="00C9454D" w:rsidRDefault="001C11A2" w:rsidP="00C9454D">
      <w:pPr>
        <w:rPr>
          <w:rStyle w:val="Heading2Char"/>
          <w:sz w:val="24"/>
          <w:szCs w:val="24"/>
        </w:rPr>
      </w:pPr>
      <w:r w:rsidRPr="00C9454D">
        <w:rPr>
          <w:rStyle w:val="Heading2Char"/>
          <w:sz w:val="24"/>
          <w:szCs w:val="24"/>
        </w:rPr>
        <w:t>1223</w:t>
      </w:r>
    </w:p>
    <w:p w14:paraId="6BDB9BEF" w14:textId="30ECB710" w:rsidR="00413C7A" w:rsidRPr="00C9454D" w:rsidRDefault="00413C7A" w:rsidP="00C9454D">
      <w:pPr>
        <w:rPr>
          <w:sz w:val="24"/>
          <w:szCs w:val="24"/>
        </w:rPr>
      </w:pPr>
      <w:r w:rsidRPr="00C9454D">
        <w:rPr>
          <w:rStyle w:val="Heading2Char"/>
          <w:sz w:val="24"/>
          <w:szCs w:val="24"/>
        </w:rPr>
        <w:br/>
      </w:r>
      <w:r w:rsidRPr="00C9454D">
        <w:rPr>
          <w:sz w:val="24"/>
          <w:szCs w:val="24"/>
        </w:rPr>
        <w:t xml:space="preserve">For years, John and </w:t>
      </w:r>
      <w:proofErr w:type="spellStart"/>
      <w:r w:rsidRPr="00C9454D">
        <w:rPr>
          <w:sz w:val="24"/>
          <w:szCs w:val="24"/>
        </w:rPr>
        <w:t>Alara</w:t>
      </w:r>
      <w:proofErr w:type="spellEnd"/>
      <w:r w:rsidRPr="00C9454D">
        <w:rPr>
          <w:sz w:val="24"/>
          <w:szCs w:val="24"/>
        </w:rPr>
        <w:t xml:space="preserve"> were constant fixtures in each other’s lives. They laughed, debated, and shared their passions without ever questioning the nature of their bond. But as they grew older, the way they looked at each other began to change. Their banter grew softer, their silences more meaningful. They started to notice the little things: the way John’s smile reached his eyes when </w:t>
      </w:r>
      <w:proofErr w:type="spellStart"/>
      <w:r w:rsidRPr="00C9454D">
        <w:rPr>
          <w:sz w:val="24"/>
          <w:szCs w:val="24"/>
        </w:rPr>
        <w:t>Alara</w:t>
      </w:r>
      <w:proofErr w:type="spellEnd"/>
      <w:r w:rsidRPr="00C9454D">
        <w:rPr>
          <w:sz w:val="24"/>
          <w:szCs w:val="24"/>
        </w:rPr>
        <w:t xml:space="preserve"> teased him, or the way her hands lingered on his when passing a book or herb.</w:t>
      </w:r>
    </w:p>
    <w:p w14:paraId="62FA1323" w14:textId="77777777" w:rsidR="00413C7A" w:rsidRPr="00C9454D" w:rsidRDefault="00413C7A" w:rsidP="00C9454D">
      <w:pPr>
        <w:rPr>
          <w:sz w:val="24"/>
          <w:szCs w:val="24"/>
        </w:rPr>
      </w:pPr>
      <w:r w:rsidRPr="00C9454D">
        <w:rPr>
          <w:sz w:val="24"/>
          <w:szCs w:val="24"/>
        </w:rPr>
        <w:t xml:space="preserve">One evening, as they sat together beneath a sprawling oak tree near the healer’s cottage, </w:t>
      </w:r>
      <w:proofErr w:type="spellStart"/>
      <w:r w:rsidRPr="00C9454D">
        <w:rPr>
          <w:sz w:val="24"/>
          <w:szCs w:val="24"/>
        </w:rPr>
        <w:t>Alara</w:t>
      </w:r>
      <w:proofErr w:type="spellEnd"/>
      <w:r w:rsidRPr="00C9454D">
        <w:rPr>
          <w:sz w:val="24"/>
          <w:szCs w:val="24"/>
        </w:rPr>
        <w:t xml:space="preserve"> spoke with uncharacteristic vulnerability. “Do you ever feel like we’re supposed to be doing more? Like there’s something waiting for us, just beyond the horizon?”</w:t>
      </w:r>
    </w:p>
    <w:p w14:paraId="2EBD1489" w14:textId="77777777" w:rsidR="00413C7A" w:rsidRPr="00C9454D" w:rsidRDefault="00413C7A" w:rsidP="00C9454D">
      <w:pPr>
        <w:rPr>
          <w:sz w:val="24"/>
          <w:szCs w:val="24"/>
        </w:rPr>
      </w:pPr>
      <w:r w:rsidRPr="00C9454D">
        <w:rPr>
          <w:sz w:val="24"/>
          <w:szCs w:val="24"/>
        </w:rPr>
        <w:t>John turned to her, his expression thoughtful. “I think we’re meant to walk toward it together. Whatever it is.”</w:t>
      </w:r>
    </w:p>
    <w:p w14:paraId="26C9980C" w14:textId="77777777" w:rsidR="00413C7A" w:rsidRPr="00C9454D" w:rsidRDefault="00413C7A" w:rsidP="00C9454D">
      <w:pPr>
        <w:rPr>
          <w:sz w:val="24"/>
          <w:szCs w:val="24"/>
        </w:rPr>
      </w:pPr>
      <w:r w:rsidRPr="00C9454D">
        <w:rPr>
          <w:sz w:val="24"/>
          <w:szCs w:val="24"/>
        </w:rPr>
        <w:t>She smiled at him, a warmth blooming in her chest. “Together,” she repeated softly, and for the first time, the word felt heavier, more significant.</w:t>
      </w:r>
    </w:p>
    <w:p w14:paraId="1EDADAC1" w14:textId="77777777" w:rsidR="00413C7A" w:rsidRPr="00C9454D" w:rsidRDefault="00FE197F" w:rsidP="00C9454D">
      <w:pPr>
        <w:rPr>
          <w:sz w:val="24"/>
          <w:szCs w:val="24"/>
        </w:rPr>
      </w:pPr>
      <w:r>
        <w:rPr>
          <w:noProof/>
          <w:sz w:val="24"/>
          <w:szCs w:val="24"/>
        </w:rPr>
      </w:r>
      <w:r w:rsidR="00FE197F">
        <w:rPr>
          <w:noProof/>
          <w:sz w:val="24"/>
          <w:szCs w:val="24"/>
        </w:rPr>
        <w:pict w14:anchorId="06E76C27">
          <v:rect id="_x0000_i1133" style="width:0;height:1.5pt" o:hralign="center" o:hrstd="t" o:hr="t" fillcolor="#a0a0a0" stroked="f"/>
        </w:pict>
      </w:r>
    </w:p>
    <w:p w14:paraId="63182913" w14:textId="77777777" w:rsidR="00585D2E" w:rsidRPr="00C9454D" w:rsidRDefault="00413C7A" w:rsidP="00C9454D">
      <w:pPr>
        <w:rPr>
          <w:rStyle w:val="Heading2Char"/>
          <w:sz w:val="24"/>
          <w:szCs w:val="24"/>
        </w:rPr>
      </w:pPr>
      <w:r w:rsidRPr="00C9454D">
        <w:rPr>
          <w:rStyle w:val="Heading2Char"/>
          <w:sz w:val="24"/>
          <w:szCs w:val="24"/>
        </w:rPr>
        <w:t>A Gentle Pursuit</w:t>
      </w:r>
    </w:p>
    <w:p w14:paraId="4D06E226" w14:textId="10F3769A" w:rsidR="00413C7A" w:rsidRPr="00C9454D" w:rsidRDefault="00413C7A" w:rsidP="00C9454D">
      <w:pPr>
        <w:rPr>
          <w:sz w:val="24"/>
          <w:szCs w:val="24"/>
        </w:rPr>
      </w:pPr>
      <w:r w:rsidRPr="00C9454D">
        <w:rPr>
          <w:sz w:val="24"/>
          <w:szCs w:val="24"/>
        </w:rPr>
        <w:br/>
        <w:t>John’s upbringing as a studious, disciplined man ma</w:t>
      </w:r>
      <w:r w:rsidR="00DD1FF5" w:rsidRPr="00C9454D">
        <w:rPr>
          <w:sz w:val="24"/>
          <w:szCs w:val="24"/>
        </w:rPr>
        <w:t xml:space="preserve">de </w:t>
      </w:r>
      <w:r w:rsidRPr="00C9454D">
        <w:rPr>
          <w:sz w:val="24"/>
          <w:szCs w:val="24"/>
        </w:rPr>
        <w:t xml:space="preserve">him cautious about stepping into the unknown territory of romance. He didn’t want to risk their friendship or scare </w:t>
      </w:r>
      <w:proofErr w:type="spellStart"/>
      <w:r w:rsidRPr="00C9454D">
        <w:rPr>
          <w:sz w:val="24"/>
          <w:szCs w:val="24"/>
        </w:rPr>
        <w:t>Alara</w:t>
      </w:r>
      <w:proofErr w:type="spellEnd"/>
      <w:r w:rsidRPr="00C9454D">
        <w:rPr>
          <w:sz w:val="24"/>
          <w:szCs w:val="24"/>
        </w:rPr>
        <w:t xml:space="preserve"> away. So he began with small gestures—a carefully chosen herb for her remedies, a book of medicinal scripture he thought she’d enjoy, or a quiet compliment about her skill and wisdom.</w:t>
      </w:r>
    </w:p>
    <w:p w14:paraId="1C1EA2F3" w14:textId="77777777" w:rsidR="00413C7A" w:rsidRPr="00C9454D" w:rsidRDefault="00413C7A" w:rsidP="00C9454D">
      <w:pPr>
        <w:rPr>
          <w:sz w:val="24"/>
          <w:szCs w:val="24"/>
        </w:rPr>
      </w:pPr>
      <w:proofErr w:type="spellStart"/>
      <w:r w:rsidRPr="00C9454D">
        <w:rPr>
          <w:sz w:val="24"/>
          <w:szCs w:val="24"/>
        </w:rPr>
        <w:t>Alara</w:t>
      </w:r>
      <w:proofErr w:type="spellEnd"/>
      <w:r w:rsidRPr="00C9454D">
        <w:rPr>
          <w:sz w:val="24"/>
          <w:szCs w:val="24"/>
        </w:rPr>
        <w:t xml:space="preserve"> noticed, of course. She always noticed. But she let him take his time, understanding that John’s way was to think and plan before acting. She appreciated his care, the way he treated her feelings as something precious.</w:t>
      </w:r>
    </w:p>
    <w:p w14:paraId="5E5E0144" w14:textId="77777777" w:rsidR="00413C7A" w:rsidRPr="00C9454D" w:rsidRDefault="00413C7A" w:rsidP="00C9454D">
      <w:pPr>
        <w:rPr>
          <w:sz w:val="24"/>
          <w:szCs w:val="24"/>
        </w:rPr>
      </w:pPr>
      <w:r w:rsidRPr="00C9454D">
        <w:rPr>
          <w:sz w:val="24"/>
          <w:szCs w:val="24"/>
        </w:rPr>
        <w:t>One day, while they were gathering herbs by the river, John finally spoke. “</w:t>
      </w:r>
      <w:proofErr w:type="spellStart"/>
      <w:r w:rsidRPr="00C9454D">
        <w:rPr>
          <w:sz w:val="24"/>
          <w:szCs w:val="24"/>
        </w:rPr>
        <w:t>Alara</w:t>
      </w:r>
      <w:proofErr w:type="spellEnd"/>
      <w:r w:rsidRPr="00C9454D">
        <w:rPr>
          <w:sz w:val="24"/>
          <w:szCs w:val="24"/>
        </w:rPr>
        <w:t>, there’s something I need to tell you.”</w:t>
      </w:r>
    </w:p>
    <w:p w14:paraId="5763885C" w14:textId="77777777" w:rsidR="00413C7A" w:rsidRPr="00C9454D" w:rsidRDefault="00413C7A" w:rsidP="00C9454D">
      <w:pPr>
        <w:rPr>
          <w:sz w:val="24"/>
          <w:szCs w:val="24"/>
        </w:rPr>
      </w:pPr>
      <w:r w:rsidRPr="00C9454D">
        <w:rPr>
          <w:sz w:val="24"/>
          <w:szCs w:val="24"/>
        </w:rPr>
        <w:t>She looked up from her basket, her eyes curious. “What is it?”</w:t>
      </w:r>
    </w:p>
    <w:p w14:paraId="20731887" w14:textId="77777777" w:rsidR="00413C7A" w:rsidRPr="00C9454D" w:rsidRDefault="00413C7A" w:rsidP="00C9454D">
      <w:pPr>
        <w:rPr>
          <w:sz w:val="24"/>
          <w:szCs w:val="24"/>
        </w:rPr>
      </w:pPr>
      <w:r w:rsidRPr="00C9454D">
        <w:rPr>
          <w:sz w:val="24"/>
          <w:szCs w:val="24"/>
        </w:rPr>
        <w:t>“I’ve been thinking—” He hesitated, running a hand through his hair. “I’ve been thinking about us. About how much you mean to me. And I—” He stopped, his face flushed.</w:t>
      </w:r>
    </w:p>
    <w:p w14:paraId="7A80A41E" w14:textId="77777777" w:rsidR="00413C7A" w:rsidRPr="00C9454D" w:rsidRDefault="00413C7A" w:rsidP="00C9454D">
      <w:pPr>
        <w:rPr>
          <w:sz w:val="24"/>
          <w:szCs w:val="24"/>
        </w:rPr>
      </w:pPr>
      <w:proofErr w:type="spellStart"/>
      <w:r w:rsidRPr="00C9454D">
        <w:rPr>
          <w:sz w:val="24"/>
          <w:szCs w:val="24"/>
        </w:rPr>
        <w:t>Alara’s</w:t>
      </w:r>
      <w:proofErr w:type="spellEnd"/>
      <w:r w:rsidRPr="00C9454D">
        <w:rPr>
          <w:sz w:val="24"/>
          <w:szCs w:val="24"/>
        </w:rPr>
        <w:t xml:space="preserve"> lips curved into a small smile. “John, you’re overthinking again.”</w:t>
      </w:r>
    </w:p>
    <w:p w14:paraId="34251221" w14:textId="77777777" w:rsidR="00413C7A" w:rsidRPr="00C9454D" w:rsidRDefault="00413C7A" w:rsidP="00C9454D">
      <w:pPr>
        <w:rPr>
          <w:sz w:val="24"/>
          <w:szCs w:val="24"/>
        </w:rPr>
      </w:pPr>
      <w:r w:rsidRPr="00C9454D">
        <w:rPr>
          <w:sz w:val="24"/>
          <w:szCs w:val="24"/>
        </w:rPr>
        <w:t>He laughed nervously. “Maybe I am. But I just wanted you to know… I care about you. More than I’ve ever cared about anyone.”</w:t>
      </w:r>
    </w:p>
    <w:p w14:paraId="0D353FF4" w14:textId="77777777" w:rsidR="00413C7A" w:rsidRPr="00C9454D" w:rsidRDefault="00413C7A" w:rsidP="00C9454D">
      <w:pPr>
        <w:rPr>
          <w:sz w:val="24"/>
          <w:szCs w:val="24"/>
        </w:rPr>
      </w:pPr>
      <w:r w:rsidRPr="00C9454D">
        <w:rPr>
          <w:sz w:val="24"/>
          <w:szCs w:val="24"/>
        </w:rPr>
        <w:t>Her smile widened, and she stepped closer, her hand brushing his. “I care about you too, John. Always have.”</w:t>
      </w:r>
    </w:p>
    <w:p w14:paraId="4EE31D73" w14:textId="77777777" w:rsidR="00413C7A" w:rsidRPr="00C9454D" w:rsidRDefault="00FE197F" w:rsidP="00C9454D">
      <w:pPr>
        <w:rPr>
          <w:sz w:val="24"/>
          <w:szCs w:val="24"/>
        </w:rPr>
      </w:pPr>
      <w:r>
        <w:rPr>
          <w:noProof/>
          <w:sz w:val="24"/>
          <w:szCs w:val="24"/>
        </w:rPr>
      </w:r>
      <w:r w:rsidR="00FE197F">
        <w:rPr>
          <w:noProof/>
          <w:sz w:val="24"/>
          <w:szCs w:val="24"/>
        </w:rPr>
        <w:pict w14:anchorId="772CDB46">
          <v:rect id="_x0000_i1134" style="width:0;height:1.5pt" o:hralign="center" o:hrstd="t" o:hr="t" fillcolor="#a0a0a0" stroked="f"/>
        </w:pict>
      </w:r>
    </w:p>
    <w:p w14:paraId="31F579C1" w14:textId="77777777" w:rsidR="00585D2E" w:rsidRPr="00C9454D" w:rsidRDefault="00413C7A" w:rsidP="00C9454D">
      <w:pPr>
        <w:rPr>
          <w:rStyle w:val="Heading2Char"/>
          <w:sz w:val="24"/>
          <w:szCs w:val="24"/>
        </w:rPr>
      </w:pPr>
      <w:r w:rsidRPr="00C9454D">
        <w:rPr>
          <w:rStyle w:val="Heading2Char"/>
          <w:sz w:val="24"/>
          <w:szCs w:val="24"/>
        </w:rPr>
        <w:t>The First Confession</w:t>
      </w:r>
    </w:p>
    <w:p w14:paraId="79EDAC40" w14:textId="175BA5D4" w:rsidR="00413C7A" w:rsidRPr="00C9454D" w:rsidRDefault="00413C7A" w:rsidP="00C9454D">
      <w:pPr>
        <w:rPr>
          <w:sz w:val="24"/>
          <w:szCs w:val="24"/>
        </w:rPr>
      </w:pPr>
      <w:r w:rsidRPr="00C9454D">
        <w:rPr>
          <w:sz w:val="24"/>
          <w:szCs w:val="24"/>
        </w:rPr>
        <w:br/>
        <w:t xml:space="preserve">The turning point in their courtship came during a festival at </w:t>
      </w:r>
      <w:r w:rsidR="00522C4D" w:rsidRPr="00C9454D">
        <w:rPr>
          <w:sz w:val="24"/>
          <w:szCs w:val="24"/>
        </w:rPr>
        <w:t>High Haven</w:t>
      </w:r>
      <w:r w:rsidRPr="00C9454D">
        <w:rPr>
          <w:sz w:val="24"/>
          <w:szCs w:val="24"/>
        </w:rPr>
        <w:t xml:space="preserve">. Lanterns illuminated the estate as villagers danced and celebrated the harvest. John and </w:t>
      </w:r>
      <w:proofErr w:type="spellStart"/>
      <w:r w:rsidRPr="00C9454D">
        <w:rPr>
          <w:sz w:val="24"/>
          <w:szCs w:val="24"/>
        </w:rPr>
        <w:t>Alara</w:t>
      </w:r>
      <w:proofErr w:type="spellEnd"/>
      <w:r w:rsidRPr="00C9454D">
        <w:rPr>
          <w:sz w:val="24"/>
          <w:szCs w:val="24"/>
        </w:rPr>
        <w:t xml:space="preserve"> found themselves on the outskirts of the revelry, their conversation as natural as ever.</w:t>
      </w:r>
    </w:p>
    <w:p w14:paraId="2DF60D89" w14:textId="77777777" w:rsidR="00413C7A" w:rsidRPr="00C9454D" w:rsidRDefault="00413C7A" w:rsidP="00C9454D">
      <w:pPr>
        <w:rPr>
          <w:sz w:val="24"/>
          <w:szCs w:val="24"/>
        </w:rPr>
      </w:pPr>
      <w:r w:rsidRPr="00C9454D">
        <w:rPr>
          <w:sz w:val="24"/>
          <w:szCs w:val="24"/>
        </w:rPr>
        <w:t xml:space="preserve">“You’ve become quite the teacher,” </w:t>
      </w:r>
      <w:proofErr w:type="spellStart"/>
      <w:r w:rsidRPr="00C9454D">
        <w:rPr>
          <w:sz w:val="24"/>
          <w:szCs w:val="24"/>
        </w:rPr>
        <w:t>Alara</w:t>
      </w:r>
      <w:proofErr w:type="spellEnd"/>
      <w:r w:rsidRPr="00C9454D">
        <w:rPr>
          <w:sz w:val="24"/>
          <w:szCs w:val="24"/>
        </w:rPr>
        <w:t xml:space="preserve"> said, nodding toward a group of children listening intently as John shared a story from scripture. “You’re good with people.”</w:t>
      </w:r>
    </w:p>
    <w:p w14:paraId="53720507" w14:textId="77777777" w:rsidR="00413C7A" w:rsidRPr="00C9454D" w:rsidRDefault="00413C7A" w:rsidP="00C9454D">
      <w:pPr>
        <w:rPr>
          <w:sz w:val="24"/>
          <w:szCs w:val="24"/>
        </w:rPr>
      </w:pPr>
      <w:r w:rsidRPr="00C9454D">
        <w:rPr>
          <w:sz w:val="24"/>
          <w:szCs w:val="24"/>
        </w:rPr>
        <w:t>“So are you,” John replied. “You just don’t realize it. The way you make everyone feel at ease—it’s a gift.”</w:t>
      </w:r>
    </w:p>
    <w:p w14:paraId="5837C997" w14:textId="77777777" w:rsidR="00413C7A" w:rsidRPr="00C9454D" w:rsidRDefault="00413C7A" w:rsidP="00C9454D">
      <w:pPr>
        <w:rPr>
          <w:sz w:val="24"/>
          <w:szCs w:val="24"/>
        </w:rPr>
      </w:pPr>
      <w:proofErr w:type="spellStart"/>
      <w:r w:rsidRPr="00C9454D">
        <w:rPr>
          <w:sz w:val="24"/>
          <w:szCs w:val="24"/>
        </w:rPr>
        <w:t>Alara</w:t>
      </w:r>
      <w:proofErr w:type="spellEnd"/>
      <w:r w:rsidRPr="00C9454D">
        <w:rPr>
          <w:sz w:val="24"/>
          <w:szCs w:val="24"/>
        </w:rPr>
        <w:t xml:space="preserve"> laughed, a sound that always filled John with inexplicable joy. “You’ve got a way with words, John Marshall. I could listen to you talk forever.”</w:t>
      </w:r>
    </w:p>
    <w:p w14:paraId="6F3D7CD8" w14:textId="77777777" w:rsidR="00413C7A" w:rsidRPr="00C9454D" w:rsidRDefault="00413C7A" w:rsidP="00C9454D">
      <w:pPr>
        <w:rPr>
          <w:sz w:val="24"/>
          <w:szCs w:val="24"/>
        </w:rPr>
      </w:pPr>
      <w:r w:rsidRPr="00C9454D">
        <w:rPr>
          <w:sz w:val="24"/>
          <w:szCs w:val="24"/>
        </w:rPr>
        <w:t>He paused, his heart pounding. “</w:t>
      </w:r>
      <w:proofErr w:type="spellStart"/>
      <w:r w:rsidRPr="00C9454D">
        <w:rPr>
          <w:sz w:val="24"/>
          <w:szCs w:val="24"/>
        </w:rPr>
        <w:t>Alara</w:t>
      </w:r>
      <w:proofErr w:type="spellEnd"/>
      <w:r w:rsidRPr="00C9454D">
        <w:rPr>
          <w:sz w:val="24"/>
          <w:szCs w:val="24"/>
        </w:rPr>
        <w:t>, would you? Listen to me, I mean. For the rest of our lives?”</w:t>
      </w:r>
    </w:p>
    <w:p w14:paraId="24EB6641" w14:textId="77777777" w:rsidR="00413C7A" w:rsidRPr="00C9454D" w:rsidRDefault="00413C7A" w:rsidP="00C9454D">
      <w:pPr>
        <w:rPr>
          <w:sz w:val="24"/>
          <w:szCs w:val="24"/>
        </w:rPr>
      </w:pPr>
      <w:r w:rsidRPr="00C9454D">
        <w:rPr>
          <w:sz w:val="24"/>
          <w:szCs w:val="24"/>
        </w:rPr>
        <w:t xml:space="preserve">The question hung in the air, and for a moment, </w:t>
      </w:r>
      <w:proofErr w:type="spellStart"/>
      <w:r w:rsidRPr="00C9454D">
        <w:rPr>
          <w:sz w:val="24"/>
          <w:szCs w:val="24"/>
        </w:rPr>
        <w:t>Alara’s</w:t>
      </w:r>
      <w:proofErr w:type="spellEnd"/>
      <w:r w:rsidRPr="00C9454D">
        <w:rPr>
          <w:sz w:val="24"/>
          <w:szCs w:val="24"/>
        </w:rPr>
        <w:t xml:space="preserve"> teasing smile softened into something more serious. “Are you asking me what I think you’re asking me?”</w:t>
      </w:r>
    </w:p>
    <w:p w14:paraId="75BE81C9" w14:textId="77777777" w:rsidR="00413C7A" w:rsidRPr="00C9454D" w:rsidRDefault="00413C7A" w:rsidP="00C9454D">
      <w:pPr>
        <w:rPr>
          <w:sz w:val="24"/>
          <w:szCs w:val="24"/>
        </w:rPr>
      </w:pPr>
      <w:r w:rsidRPr="00C9454D">
        <w:rPr>
          <w:sz w:val="24"/>
          <w:szCs w:val="24"/>
        </w:rPr>
        <w:t>John nodded, his voice steady. “I am.”</w:t>
      </w:r>
    </w:p>
    <w:p w14:paraId="2885E260" w14:textId="77777777" w:rsidR="00413C7A" w:rsidRPr="00C9454D" w:rsidRDefault="00413C7A" w:rsidP="00C9454D">
      <w:pPr>
        <w:rPr>
          <w:sz w:val="24"/>
          <w:szCs w:val="24"/>
        </w:rPr>
      </w:pPr>
      <w:r w:rsidRPr="00C9454D">
        <w:rPr>
          <w:sz w:val="24"/>
          <w:szCs w:val="24"/>
        </w:rPr>
        <w:t>Her response was immediate, a bright and unwavering “Yes.”</w:t>
      </w:r>
    </w:p>
    <w:p w14:paraId="334A3526" w14:textId="77777777" w:rsidR="00413C7A" w:rsidRPr="00C9454D" w:rsidRDefault="00FE197F" w:rsidP="00C9454D">
      <w:pPr>
        <w:rPr>
          <w:sz w:val="24"/>
          <w:szCs w:val="24"/>
        </w:rPr>
      </w:pPr>
      <w:r>
        <w:rPr>
          <w:noProof/>
          <w:sz w:val="24"/>
          <w:szCs w:val="24"/>
        </w:rPr>
      </w:r>
      <w:r w:rsidR="00FE197F">
        <w:rPr>
          <w:noProof/>
          <w:sz w:val="24"/>
          <w:szCs w:val="24"/>
        </w:rPr>
        <w:pict w14:anchorId="0EE4F4BC">
          <v:rect id="_x0000_i1135" style="width:0;height:1.5pt" o:hralign="center" o:hrstd="t" o:hr="t" fillcolor="#a0a0a0" stroked="f"/>
        </w:pict>
      </w:r>
    </w:p>
    <w:p w14:paraId="4D694F36" w14:textId="77777777" w:rsidR="00237584" w:rsidRPr="00C9454D" w:rsidRDefault="00413C7A" w:rsidP="00C9454D">
      <w:pPr>
        <w:rPr>
          <w:rStyle w:val="Heading2Char"/>
          <w:sz w:val="24"/>
          <w:szCs w:val="24"/>
        </w:rPr>
      </w:pPr>
      <w:r w:rsidRPr="00C9454D">
        <w:rPr>
          <w:rStyle w:val="Heading2Char"/>
          <w:sz w:val="24"/>
          <w:szCs w:val="24"/>
        </w:rPr>
        <w:t>Building a Life Together</w:t>
      </w:r>
      <w:r w:rsidR="00237584" w:rsidRPr="00C9454D">
        <w:rPr>
          <w:rStyle w:val="Heading2Char"/>
          <w:sz w:val="24"/>
          <w:szCs w:val="24"/>
        </w:rPr>
        <w:t xml:space="preserve"> </w:t>
      </w:r>
    </w:p>
    <w:p w14:paraId="4166947F" w14:textId="73B84681" w:rsidR="00585D2E" w:rsidRPr="00C9454D" w:rsidRDefault="00237584" w:rsidP="00C9454D">
      <w:pPr>
        <w:rPr>
          <w:rStyle w:val="Heading2Char"/>
          <w:sz w:val="24"/>
          <w:szCs w:val="24"/>
        </w:rPr>
      </w:pPr>
      <w:r w:rsidRPr="00C9454D">
        <w:rPr>
          <w:rStyle w:val="Heading2Char"/>
          <w:sz w:val="24"/>
          <w:szCs w:val="24"/>
        </w:rPr>
        <w:t>122</w:t>
      </w:r>
      <w:r w:rsidR="00461F6B" w:rsidRPr="00C9454D">
        <w:rPr>
          <w:rStyle w:val="Heading2Char"/>
          <w:sz w:val="24"/>
          <w:szCs w:val="24"/>
        </w:rPr>
        <w:t>4</w:t>
      </w:r>
    </w:p>
    <w:p w14:paraId="40E5B617" w14:textId="62325EAA" w:rsidR="00413C7A" w:rsidRPr="00C9454D" w:rsidRDefault="00413C7A" w:rsidP="00C9454D">
      <w:pPr>
        <w:rPr>
          <w:sz w:val="24"/>
          <w:szCs w:val="24"/>
        </w:rPr>
      </w:pPr>
      <w:r w:rsidRPr="00C9454D">
        <w:rPr>
          <w:rStyle w:val="Heading2Char"/>
          <w:sz w:val="24"/>
          <w:szCs w:val="24"/>
        </w:rPr>
        <w:br/>
      </w:r>
      <w:r w:rsidRPr="00C9454D">
        <w:rPr>
          <w:sz w:val="24"/>
          <w:szCs w:val="24"/>
        </w:rPr>
        <w:t xml:space="preserve">Their courtship became a partnership in every sense of the word. John brought structure and spiritual depth to their relationship, while </w:t>
      </w:r>
      <w:proofErr w:type="spellStart"/>
      <w:r w:rsidRPr="00C9454D">
        <w:rPr>
          <w:sz w:val="24"/>
          <w:szCs w:val="24"/>
        </w:rPr>
        <w:t>Alara</w:t>
      </w:r>
      <w:proofErr w:type="spellEnd"/>
      <w:r w:rsidRPr="00C9454D">
        <w:rPr>
          <w:sz w:val="24"/>
          <w:szCs w:val="24"/>
        </w:rPr>
        <w:t xml:space="preserve"> added spontaneity and grounded wisdom. They spent long evenings discussing their dreams for the future, balancing their shared goals with their individual passions.</w:t>
      </w:r>
    </w:p>
    <w:p w14:paraId="47876E8A" w14:textId="77777777" w:rsidR="00413C7A" w:rsidRPr="00C9454D" w:rsidRDefault="00413C7A" w:rsidP="00C9454D">
      <w:pPr>
        <w:rPr>
          <w:sz w:val="24"/>
          <w:szCs w:val="24"/>
        </w:rPr>
      </w:pPr>
      <w:proofErr w:type="spellStart"/>
      <w:r w:rsidRPr="00C9454D">
        <w:rPr>
          <w:sz w:val="24"/>
          <w:szCs w:val="24"/>
        </w:rPr>
        <w:t>Alara</w:t>
      </w:r>
      <w:proofErr w:type="spellEnd"/>
      <w:r w:rsidRPr="00C9454D">
        <w:rPr>
          <w:sz w:val="24"/>
          <w:szCs w:val="24"/>
        </w:rPr>
        <w:t xml:space="preserve"> continued her healing work, her confidence growing with John’s unwavering support. He often accompanied her on her rounds, learning more about her craft and finding ways to integrate his spiritual teachings with her practical skills. Together, they became a force of hope and comfort in the community, each enhancing the other’s strengths.</w:t>
      </w:r>
    </w:p>
    <w:p w14:paraId="31A88A56" w14:textId="77777777" w:rsidR="00413C7A" w:rsidRPr="00C9454D" w:rsidRDefault="00FE197F" w:rsidP="00C9454D">
      <w:pPr>
        <w:rPr>
          <w:sz w:val="24"/>
          <w:szCs w:val="24"/>
        </w:rPr>
      </w:pPr>
      <w:r>
        <w:rPr>
          <w:noProof/>
          <w:sz w:val="24"/>
          <w:szCs w:val="24"/>
        </w:rPr>
      </w:r>
      <w:r w:rsidR="00FE197F">
        <w:rPr>
          <w:noProof/>
          <w:sz w:val="24"/>
          <w:szCs w:val="24"/>
        </w:rPr>
        <w:pict w14:anchorId="008D7DC8">
          <v:rect id="_x0000_i1136" style="width:0;height:1.5pt" o:hralign="center" o:hrstd="t" o:hr="t" fillcolor="#a0a0a0" stroked="f"/>
        </w:pict>
      </w:r>
    </w:p>
    <w:p w14:paraId="69B1B9D0" w14:textId="77777777" w:rsidR="00585D2E" w:rsidRPr="00C9454D" w:rsidRDefault="00413C7A" w:rsidP="00C9454D">
      <w:pPr>
        <w:rPr>
          <w:rStyle w:val="Heading2Char"/>
          <w:sz w:val="24"/>
          <w:szCs w:val="24"/>
        </w:rPr>
      </w:pPr>
      <w:r w:rsidRPr="00C9454D">
        <w:rPr>
          <w:rStyle w:val="Heading2Char"/>
          <w:sz w:val="24"/>
          <w:szCs w:val="24"/>
        </w:rPr>
        <w:t>A Love Rooted in Respect</w:t>
      </w:r>
    </w:p>
    <w:p w14:paraId="29CFD5CB" w14:textId="5CACE043" w:rsidR="00413C7A" w:rsidRPr="00C9454D" w:rsidRDefault="00413C7A" w:rsidP="00C9454D">
      <w:pPr>
        <w:rPr>
          <w:sz w:val="24"/>
          <w:szCs w:val="24"/>
        </w:rPr>
      </w:pPr>
      <w:r w:rsidRPr="00C9454D">
        <w:rPr>
          <w:rStyle w:val="Heading2Char"/>
          <w:sz w:val="24"/>
          <w:szCs w:val="24"/>
        </w:rPr>
        <w:br/>
      </w:r>
      <w:r w:rsidRPr="00C9454D">
        <w:rPr>
          <w:sz w:val="24"/>
          <w:szCs w:val="24"/>
        </w:rPr>
        <w:t>What set their courtship apart was its foundation of mutual respect. They never tried to change each other, instead celebrating their differences as part of what ma</w:t>
      </w:r>
      <w:r w:rsidR="00DD1FF5" w:rsidRPr="00C9454D">
        <w:rPr>
          <w:sz w:val="24"/>
          <w:szCs w:val="24"/>
        </w:rPr>
        <w:t xml:space="preserve">de </w:t>
      </w:r>
      <w:r w:rsidRPr="00C9454D">
        <w:rPr>
          <w:sz w:val="24"/>
          <w:szCs w:val="24"/>
        </w:rPr>
        <w:t xml:space="preserve">their bond unique. </w:t>
      </w:r>
      <w:proofErr w:type="spellStart"/>
      <w:r w:rsidRPr="00C9454D">
        <w:rPr>
          <w:sz w:val="24"/>
          <w:szCs w:val="24"/>
        </w:rPr>
        <w:t>Alara</w:t>
      </w:r>
      <w:proofErr w:type="spellEnd"/>
      <w:r w:rsidRPr="00C9454D">
        <w:rPr>
          <w:sz w:val="24"/>
          <w:szCs w:val="24"/>
        </w:rPr>
        <w:t xml:space="preserve"> admired John’s deep faith and disciplined mind, while John was in awe of </w:t>
      </w:r>
      <w:proofErr w:type="spellStart"/>
      <w:r w:rsidRPr="00C9454D">
        <w:rPr>
          <w:sz w:val="24"/>
          <w:szCs w:val="24"/>
        </w:rPr>
        <w:t>Alara’s</w:t>
      </w:r>
      <w:proofErr w:type="spellEnd"/>
      <w:r w:rsidRPr="00C9454D">
        <w:rPr>
          <w:sz w:val="24"/>
          <w:szCs w:val="24"/>
        </w:rPr>
        <w:t xml:space="preserve"> intuition and her unshakable connection to the natural world.</w:t>
      </w:r>
    </w:p>
    <w:p w14:paraId="25498A57" w14:textId="77777777" w:rsidR="00413C7A" w:rsidRPr="00C9454D" w:rsidRDefault="00413C7A" w:rsidP="00C9454D">
      <w:pPr>
        <w:rPr>
          <w:sz w:val="24"/>
          <w:szCs w:val="24"/>
        </w:rPr>
      </w:pPr>
      <w:r w:rsidRPr="00C9454D">
        <w:rPr>
          <w:sz w:val="24"/>
          <w:szCs w:val="24"/>
        </w:rPr>
        <w:t>Their relationship grew not through grand gestures but through the quiet, everyday moments: a shared laugh over a stubborn goat, a long walk through the fields, or the way their hands would linger together just a little longer than necessary.</w:t>
      </w:r>
    </w:p>
    <w:p w14:paraId="114CEAEC" w14:textId="77777777" w:rsidR="00413C7A" w:rsidRPr="00C9454D" w:rsidRDefault="00FE197F" w:rsidP="00C9454D">
      <w:pPr>
        <w:rPr>
          <w:sz w:val="24"/>
          <w:szCs w:val="24"/>
        </w:rPr>
      </w:pPr>
      <w:r>
        <w:rPr>
          <w:noProof/>
          <w:sz w:val="24"/>
          <w:szCs w:val="24"/>
        </w:rPr>
      </w:r>
      <w:r w:rsidR="00FE197F">
        <w:rPr>
          <w:noProof/>
          <w:sz w:val="24"/>
          <w:szCs w:val="24"/>
        </w:rPr>
        <w:pict w14:anchorId="4F1F1EF2">
          <v:rect id="_x0000_i1137" style="width:0;height:1.5pt" o:hralign="center" o:hrstd="t" o:hr="t" fillcolor="#a0a0a0" stroked="f"/>
        </w:pict>
      </w:r>
    </w:p>
    <w:p w14:paraId="22EC611B" w14:textId="77777777" w:rsidR="00A8678F" w:rsidRPr="00C9454D" w:rsidRDefault="00413C7A" w:rsidP="00C9454D">
      <w:pPr>
        <w:rPr>
          <w:rStyle w:val="Heading2Char"/>
          <w:sz w:val="24"/>
          <w:szCs w:val="24"/>
        </w:rPr>
      </w:pPr>
      <w:r w:rsidRPr="00C9454D">
        <w:rPr>
          <w:rStyle w:val="Heading2Char"/>
          <w:sz w:val="24"/>
          <w:szCs w:val="24"/>
        </w:rPr>
        <w:t>The Proposal</w:t>
      </w:r>
      <w:r w:rsidR="00236C47" w:rsidRPr="00C9454D">
        <w:rPr>
          <w:rStyle w:val="Heading2Char"/>
          <w:sz w:val="24"/>
          <w:szCs w:val="24"/>
        </w:rPr>
        <w:t xml:space="preserve"> </w:t>
      </w:r>
    </w:p>
    <w:p w14:paraId="31720A1B" w14:textId="0E77BF23" w:rsidR="00585D2E" w:rsidRPr="00C9454D" w:rsidRDefault="00A8678F" w:rsidP="00C9454D">
      <w:pPr>
        <w:rPr>
          <w:rStyle w:val="Heading2Char"/>
          <w:sz w:val="24"/>
          <w:szCs w:val="24"/>
        </w:rPr>
      </w:pPr>
      <w:r w:rsidRPr="00C9454D">
        <w:rPr>
          <w:rStyle w:val="Heading2Char"/>
          <w:sz w:val="24"/>
          <w:szCs w:val="24"/>
        </w:rPr>
        <w:t>1225</w:t>
      </w:r>
    </w:p>
    <w:p w14:paraId="4EDD25DE" w14:textId="18989AA9" w:rsidR="00413C7A" w:rsidRPr="00C9454D" w:rsidRDefault="00413C7A" w:rsidP="00C9454D">
      <w:pPr>
        <w:rPr>
          <w:sz w:val="24"/>
          <w:szCs w:val="24"/>
        </w:rPr>
      </w:pPr>
      <w:r w:rsidRPr="00C9454D">
        <w:rPr>
          <w:sz w:val="24"/>
          <w:szCs w:val="24"/>
        </w:rPr>
        <w:br/>
        <w:t xml:space="preserve">John proposed to </w:t>
      </w:r>
      <w:proofErr w:type="spellStart"/>
      <w:r w:rsidRPr="00C9454D">
        <w:rPr>
          <w:sz w:val="24"/>
          <w:szCs w:val="24"/>
        </w:rPr>
        <w:t>Alara</w:t>
      </w:r>
      <w:proofErr w:type="spellEnd"/>
      <w:r w:rsidRPr="00C9454D">
        <w:rPr>
          <w:sz w:val="24"/>
          <w:szCs w:val="24"/>
        </w:rPr>
        <w:t xml:space="preserve"> in the same oak grove where they had spent so many afternoons together. He knelt on one knee, holding a simple yet beautifully crafted ring. “</w:t>
      </w:r>
      <w:proofErr w:type="spellStart"/>
      <w:r w:rsidRPr="00C9454D">
        <w:rPr>
          <w:sz w:val="24"/>
          <w:szCs w:val="24"/>
        </w:rPr>
        <w:t>Alara</w:t>
      </w:r>
      <w:proofErr w:type="spellEnd"/>
      <w:r w:rsidRPr="00C9454D">
        <w:rPr>
          <w:sz w:val="24"/>
          <w:szCs w:val="24"/>
        </w:rPr>
        <w:t>, you’ve been my partner in everything that matters. My friend, my teacher, my strength. Will you let me spend the rest of my life trying to be the same for you?”</w:t>
      </w:r>
    </w:p>
    <w:p w14:paraId="15029017" w14:textId="77777777" w:rsidR="00413C7A" w:rsidRPr="00C9454D" w:rsidRDefault="00413C7A" w:rsidP="00C9454D">
      <w:pPr>
        <w:rPr>
          <w:sz w:val="24"/>
          <w:szCs w:val="24"/>
        </w:rPr>
      </w:pPr>
      <w:proofErr w:type="spellStart"/>
      <w:r w:rsidRPr="00C9454D">
        <w:rPr>
          <w:sz w:val="24"/>
          <w:szCs w:val="24"/>
        </w:rPr>
        <w:t>Alara</w:t>
      </w:r>
      <w:proofErr w:type="spellEnd"/>
      <w:r w:rsidRPr="00C9454D">
        <w:rPr>
          <w:sz w:val="24"/>
          <w:szCs w:val="24"/>
        </w:rPr>
        <w:t xml:space="preserve"> didn’t answer right away. Instead, she cupped his face in her hands and kissed him—a soft, gentle kiss that spoke louder than words. When she finally pulled away, her answer was clear.</w:t>
      </w:r>
    </w:p>
    <w:p w14:paraId="1E5E7F0D" w14:textId="77777777" w:rsidR="00413C7A" w:rsidRPr="00C9454D" w:rsidRDefault="00413C7A" w:rsidP="00C9454D">
      <w:pPr>
        <w:rPr>
          <w:sz w:val="24"/>
          <w:szCs w:val="24"/>
        </w:rPr>
      </w:pPr>
      <w:r w:rsidRPr="00C9454D">
        <w:rPr>
          <w:sz w:val="24"/>
          <w:szCs w:val="24"/>
        </w:rPr>
        <w:t>“Yes,” she said, her voice steady and full of certainty. “Yes, John Marshall.”</w:t>
      </w:r>
    </w:p>
    <w:p w14:paraId="50AC4F77" w14:textId="77777777" w:rsidR="00BD0B33" w:rsidRPr="00C9454D" w:rsidRDefault="00BD0B33" w:rsidP="00C9454D">
      <w:pPr>
        <w:rPr>
          <w:sz w:val="24"/>
          <w:szCs w:val="24"/>
        </w:rPr>
      </w:pPr>
    </w:p>
    <w:p w14:paraId="4AB93C5F" w14:textId="77777777" w:rsidR="003D22B0" w:rsidRPr="00C9454D" w:rsidRDefault="008D697D" w:rsidP="00C9454D">
      <w:pPr>
        <w:pStyle w:val="Heading2"/>
        <w:rPr>
          <w:sz w:val="24"/>
          <w:szCs w:val="24"/>
        </w:rPr>
      </w:pPr>
      <w:r w:rsidRPr="00C9454D">
        <w:rPr>
          <w:sz w:val="24"/>
          <w:szCs w:val="24"/>
        </w:rPr>
        <w:t xml:space="preserve">Kingdom </w:t>
      </w:r>
      <w:r w:rsidR="00640B81" w:rsidRPr="00C9454D">
        <w:rPr>
          <w:sz w:val="24"/>
          <w:szCs w:val="24"/>
        </w:rPr>
        <w:t>Water Systems</w:t>
      </w:r>
      <w:r w:rsidR="008B4502" w:rsidRPr="00C9454D">
        <w:rPr>
          <w:sz w:val="24"/>
          <w:szCs w:val="24"/>
        </w:rPr>
        <w:t xml:space="preserve"> </w:t>
      </w:r>
    </w:p>
    <w:p w14:paraId="3E515094" w14:textId="59E59A22" w:rsidR="00115A2A" w:rsidRPr="00C9454D" w:rsidRDefault="006611DA" w:rsidP="00C9454D">
      <w:pPr>
        <w:pStyle w:val="Heading2"/>
        <w:rPr>
          <w:sz w:val="24"/>
          <w:szCs w:val="24"/>
        </w:rPr>
      </w:pPr>
      <w:r w:rsidRPr="00C9454D">
        <w:rPr>
          <w:sz w:val="24"/>
          <w:szCs w:val="24"/>
        </w:rPr>
        <w:t>1196-</w:t>
      </w:r>
      <w:r w:rsidR="00A8678F" w:rsidRPr="00C9454D">
        <w:rPr>
          <w:sz w:val="24"/>
          <w:szCs w:val="24"/>
        </w:rPr>
        <w:t>1226</w:t>
      </w:r>
    </w:p>
    <w:p w14:paraId="176F017B" w14:textId="77777777" w:rsidR="00585D2E" w:rsidRPr="00C9454D" w:rsidRDefault="00585D2E" w:rsidP="00C9454D">
      <w:pPr>
        <w:rPr>
          <w:sz w:val="24"/>
          <w:szCs w:val="24"/>
        </w:rPr>
      </w:pPr>
    </w:p>
    <w:p w14:paraId="508D1BBA" w14:textId="601F67A6" w:rsidR="00115A2A" w:rsidRPr="00C9454D" w:rsidRDefault="00115A2A" w:rsidP="00C9454D">
      <w:pPr>
        <w:rPr>
          <w:sz w:val="24"/>
          <w:szCs w:val="24"/>
        </w:rPr>
      </w:pPr>
      <w:r w:rsidRPr="00C9454D">
        <w:rPr>
          <w:sz w:val="24"/>
          <w:szCs w:val="24"/>
        </w:rPr>
        <w:t xml:space="preserve">In the </w:t>
      </w:r>
      <w:r w:rsidR="00C57F24" w:rsidRPr="00C9454D">
        <w:rPr>
          <w:sz w:val="24"/>
          <w:szCs w:val="24"/>
        </w:rPr>
        <w:t xml:space="preserve">years after </w:t>
      </w:r>
      <w:r w:rsidRPr="00C9454D">
        <w:rPr>
          <w:sz w:val="24"/>
          <w:szCs w:val="24"/>
        </w:rPr>
        <w:t xml:space="preserve">the flood, Abilene becomes acutely aware of the role that unclean water plays in sickness and suffering among the </w:t>
      </w:r>
      <w:r w:rsidR="00AF3E75" w:rsidRPr="00C9454D">
        <w:rPr>
          <w:sz w:val="24"/>
          <w:szCs w:val="24"/>
        </w:rPr>
        <w:t>region</w:t>
      </w:r>
      <w:r w:rsidRPr="00C9454D">
        <w:rPr>
          <w:sz w:val="24"/>
          <w:szCs w:val="24"/>
        </w:rPr>
        <w:t xml:space="preserve">. Drawing on her love for problem-solving and her understanding of scripture that emphasizes cleanliness and life’s sanctity, she </w:t>
      </w:r>
      <w:r w:rsidR="001D0171" w:rsidRPr="00C9454D">
        <w:rPr>
          <w:sz w:val="24"/>
          <w:szCs w:val="24"/>
        </w:rPr>
        <w:t xml:space="preserve">first </w:t>
      </w:r>
      <w:r w:rsidRPr="00C9454D">
        <w:rPr>
          <w:sz w:val="24"/>
          <w:szCs w:val="24"/>
        </w:rPr>
        <w:t>develop</w:t>
      </w:r>
      <w:r w:rsidR="00EC031B" w:rsidRPr="00C9454D">
        <w:rPr>
          <w:sz w:val="24"/>
          <w:szCs w:val="24"/>
        </w:rPr>
        <w:t>ed</w:t>
      </w:r>
      <w:r w:rsidRPr="00C9454D">
        <w:rPr>
          <w:sz w:val="24"/>
          <w:szCs w:val="24"/>
        </w:rPr>
        <w:t xml:space="preserve"> a rudimentary water filtration system</w:t>
      </w:r>
      <w:r w:rsidR="002532D3" w:rsidRPr="00C9454D">
        <w:rPr>
          <w:sz w:val="24"/>
          <w:szCs w:val="24"/>
        </w:rPr>
        <w:t xml:space="preserve"> to the </w:t>
      </w:r>
      <w:r w:rsidR="0052625B" w:rsidRPr="00C9454D">
        <w:rPr>
          <w:sz w:val="24"/>
          <w:szCs w:val="24"/>
        </w:rPr>
        <w:t xml:space="preserve">more elaborate </w:t>
      </w:r>
      <w:r w:rsidR="00334069" w:rsidRPr="00C9454D">
        <w:rPr>
          <w:sz w:val="24"/>
          <w:szCs w:val="24"/>
        </w:rPr>
        <w:t xml:space="preserve">water </w:t>
      </w:r>
      <w:r w:rsidR="0052625B" w:rsidRPr="00C9454D">
        <w:rPr>
          <w:sz w:val="24"/>
          <w:szCs w:val="24"/>
        </w:rPr>
        <w:t>filtration system</w:t>
      </w:r>
      <w:r w:rsidR="007476F5" w:rsidRPr="00C9454D">
        <w:rPr>
          <w:sz w:val="24"/>
          <w:szCs w:val="24"/>
        </w:rPr>
        <w:t>s</w:t>
      </w:r>
      <w:r w:rsidR="00334069" w:rsidRPr="00C9454D">
        <w:rPr>
          <w:sz w:val="24"/>
          <w:szCs w:val="24"/>
        </w:rPr>
        <w:t>.</w:t>
      </w:r>
      <w:r w:rsidR="007476F5" w:rsidRPr="00C9454D">
        <w:rPr>
          <w:sz w:val="24"/>
          <w:szCs w:val="24"/>
        </w:rPr>
        <w:t xml:space="preserve">  Also she perfects crop </w:t>
      </w:r>
      <w:r w:rsidR="00C5433D" w:rsidRPr="00C9454D">
        <w:rPr>
          <w:sz w:val="24"/>
          <w:szCs w:val="24"/>
        </w:rPr>
        <w:t xml:space="preserve">irrigation and </w:t>
      </w:r>
      <w:r w:rsidR="007476F5" w:rsidRPr="00C9454D">
        <w:rPr>
          <w:sz w:val="24"/>
          <w:szCs w:val="24"/>
        </w:rPr>
        <w:t xml:space="preserve">reclamation </w:t>
      </w:r>
      <w:r w:rsidR="00C5433D" w:rsidRPr="00C9454D">
        <w:rPr>
          <w:sz w:val="24"/>
          <w:szCs w:val="24"/>
        </w:rPr>
        <w:t>with her ingenuity.</w:t>
      </w:r>
    </w:p>
    <w:p w14:paraId="13CF4490" w14:textId="77777777" w:rsidR="00115A2A" w:rsidRPr="00C9454D" w:rsidRDefault="00FE197F" w:rsidP="00C9454D">
      <w:pPr>
        <w:rPr>
          <w:sz w:val="24"/>
          <w:szCs w:val="24"/>
        </w:rPr>
      </w:pPr>
      <w:r>
        <w:rPr>
          <w:noProof/>
          <w:sz w:val="24"/>
          <w:szCs w:val="24"/>
        </w:rPr>
      </w:r>
      <w:r w:rsidR="00FE197F">
        <w:rPr>
          <w:noProof/>
          <w:sz w:val="24"/>
          <w:szCs w:val="24"/>
        </w:rPr>
        <w:pict w14:anchorId="5A1104AD">
          <v:rect id="_x0000_i1138" style="width:0;height:1.5pt" o:hralign="center" o:hrstd="t" o:hr="t" fillcolor="#a0a0a0" stroked="f"/>
        </w:pict>
      </w:r>
    </w:p>
    <w:p w14:paraId="118604C8" w14:textId="77777777" w:rsidR="00115A2A" w:rsidRPr="00C9454D" w:rsidRDefault="00115A2A" w:rsidP="00C9454D">
      <w:pPr>
        <w:pStyle w:val="Heading2"/>
        <w:rPr>
          <w:sz w:val="24"/>
          <w:szCs w:val="24"/>
        </w:rPr>
      </w:pPr>
      <w:r w:rsidRPr="00C9454D">
        <w:rPr>
          <w:sz w:val="24"/>
          <w:szCs w:val="24"/>
        </w:rPr>
        <w:t>Recognition and Impact</w:t>
      </w:r>
    </w:p>
    <w:p w14:paraId="2E2187E2" w14:textId="77777777" w:rsidR="00585D2E" w:rsidRPr="00C9454D" w:rsidRDefault="00585D2E" w:rsidP="00C9454D">
      <w:pPr>
        <w:rPr>
          <w:sz w:val="24"/>
          <w:szCs w:val="24"/>
        </w:rPr>
      </w:pPr>
    </w:p>
    <w:p w14:paraId="5D723689" w14:textId="63078A7F" w:rsidR="00115A2A" w:rsidRPr="00C9454D" w:rsidRDefault="00115A2A" w:rsidP="00C9454D">
      <w:pPr>
        <w:rPr>
          <w:sz w:val="24"/>
          <w:szCs w:val="24"/>
        </w:rPr>
      </w:pPr>
      <w:r w:rsidRPr="00C9454D">
        <w:rPr>
          <w:sz w:val="24"/>
          <w:szCs w:val="24"/>
        </w:rPr>
        <w:t>At first, her invention</w:t>
      </w:r>
      <w:r w:rsidR="00494666" w:rsidRPr="00C9454D">
        <w:rPr>
          <w:sz w:val="24"/>
          <w:szCs w:val="24"/>
        </w:rPr>
        <w:t>s</w:t>
      </w:r>
      <w:r w:rsidRPr="00C9454D">
        <w:rPr>
          <w:sz w:val="24"/>
          <w:szCs w:val="24"/>
        </w:rPr>
        <w:t xml:space="preserve"> </w:t>
      </w:r>
      <w:r w:rsidR="00E942AA" w:rsidRPr="00C9454D">
        <w:rPr>
          <w:sz w:val="24"/>
          <w:szCs w:val="24"/>
        </w:rPr>
        <w:t>were</w:t>
      </w:r>
      <w:r w:rsidR="00494666" w:rsidRPr="00C9454D">
        <w:rPr>
          <w:sz w:val="24"/>
          <w:szCs w:val="24"/>
        </w:rPr>
        <w:t xml:space="preserve"> </w:t>
      </w:r>
      <w:r w:rsidRPr="00C9454D">
        <w:rPr>
          <w:sz w:val="24"/>
          <w:szCs w:val="24"/>
        </w:rPr>
        <w:t>used only on the estate</w:t>
      </w:r>
      <w:r w:rsidR="001453B6" w:rsidRPr="00C9454D">
        <w:rPr>
          <w:sz w:val="24"/>
          <w:szCs w:val="24"/>
        </w:rPr>
        <w:t xml:space="preserve"> after the flood</w:t>
      </w:r>
      <w:r w:rsidRPr="00C9454D">
        <w:rPr>
          <w:sz w:val="24"/>
          <w:szCs w:val="24"/>
        </w:rPr>
        <w:t xml:space="preserve">, providing clean water for </w:t>
      </w:r>
      <w:r w:rsidR="00522C4D" w:rsidRPr="00C9454D">
        <w:rPr>
          <w:sz w:val="24"/>
          <w:szCs w:val="24"/>
        </w:rPr>
        <w:t>High Haven</w:t>
      </w:r>
      <w:r w:rsidRPr="00C9454D">
        <w:rPr>
          <w:sz w:val="24"/>
          <w:szCs w:val="24"/>
        </w:rPr>
        <w:t>’s residents and workers. But as word spreads, people from nearby villages beg</w:t>
      </w:r>
      <w:r w:rsidR="00274085" w:rsidRPr="00C9454D">
        <w:rPr>
          <w:sz w:val="24"/>
          <w:szCs w:val="24"/>
        </w:rPr>
        <w:t>an</w:t>
      </w:r>
      <w:r w:rsidRPr="00C9454D">
        <w:rPr>
          <w:sz w:val="24"/>
          <w:szCs w:val="24"/>
        </w:rPr>
        <w:t xml:space="preserve"> visiting to learn about her method. Abilene </w:t>
      </w:r>
      <w:r w:rsidR="00494666" w:rsidRPr="00C9454D">
        <w:rPr>
          <w:sz w:val="24"/>
          <w:szCs w:val="24"/>
        </w:rPr>
        <w:t>didn’t</w:t>
      </w:r>
      <w:r w:rsidRPr="00C9454D">
        <w:rPr>
          <w:sz w:val="24"/>
          <w:szCs w:val="24"/>
        </w:rPr>
        <w:t xml:space="preserve"> charge for the knowledge; instead, she t</w:t>
      </w:r>
      <w:r w:rsidR="00F665BA" w:rsidRPr="00C9454D">
        <w:rPr>
          <w:sz w:val="24"/>
          <w:szCs w:val="24"/>
        </w:rPr>
        <w:t>aught</w:t>
      </w:r>
      <w:r w:rsidRPr="00C9454D">
        <w:rPr>
          <w:sz w:val="24"/>
          <w:szCs w:val="24"/>
        </w:rPr>
        <w:t xml:space="preserve"> others how to build their own systems, often using her Bible teachings as a foundation for her lessons.</w:t>
      </w:r>
    </w:p>
    <w:p w14:paraId="01A3035C" w14:textId="43A38BF8" w:rsidR="00115A2A" w:rsidRPr="00C9454D" w:rsidRDefault="00115A2A" w:rsidP="00C9454D">
      <w:pPr>
        <w:rPr>
          <w:sz w:val="24"/>
          <w:szCs w:val="24"/>
        </w:rPr>
      </w:pPr>
      <w:r w:rsidRPr="00C9454D">
        <w:rPr>
          <w:sz w:val="24"/>
          <w:szCs w:val="24"/>
        </w:rPr>
        <w:t>Her water system</w:t>
      </w:r>
      <w:r w:rsidR="00A24ADE" w:rsidRPr="00C9454D">
        <w:rPr>
          <w:sz w:val="24"/>
          <w:szCs w:val="24"/>
        </w:rPr>
        <w:t>s</w:t>
      </w:r>
      <w:r w:rsidRPr="00C9454D">
        <w:rPr>
          <w:sz w:val="24"/>
          <w:szCs w:val="24"/>
        </w:rPr>
        <w:t xml:space="preserve"> </w:t>
      </w:r>
      <w:r w:rsidR="00E77AA9" w:rsidRPr="00C9454D">
        <w:rPr>
          <w:sz w:val="24"/>
          <w:szCs w:val="24"/>
        </w:rPr>
        <w:t>become</w:t>
      </w:r>
      <w:r w:rsidRPr="00C9454D">
        <w:rPr>
          <w:sz w:val="24"/>
          <w:szCs w:val="24"/>
        </w:rPr>
        <w:t xml:space="preserve"> a symbol of hope and renewal, particularly for those who suffered during </w:t>
      </w:r>
      <w:r w:rsidR="00BE0B60" w:rsidRPr="00C9454D">
        <w:rPr>
          <w:sz w:val="24"/>
          <w:szCs w:val="24"/>
        </w:rPr>
        <w:t xml:space="preserve">and years after </w:t>
      </w:r>
      <w:r w:rsidRPr="00C9454D">
        <w:rPr>
          <w:sz w:val="24"/>
          <w:szCs w:val="24"/>
        </w:rPr>
        <w:t>the flood. People begin to associate Abilene not just with her faith but with tangible solutions that improve their lives. Even the Church is hesitant to challenge her, as her invention benefits so many and has saved countless lives by preventing disease.</w:t>
      </w:r>
    </w:p>
    <w:p w14:paraId="65C48EE0" w14:textId="77777777" w:rsidR="00115A2A" w:rsidRPr="00C9454D" w:rsidRDefault="00FE197F" w:rsidP="00C9454D">
      <w:pPr>
        <w:rPr>
          <w:sz w:val="24"/>
          <w:szCs w:val="24"/>
        </w:rPr>
      </w:pPr>
      <w:r>
        <w:rPr>
          <w:noProof/>
          <w:sz w:val="24"/>
          <w:szCs w:val="24"/>
        </w:rPr>
      </w:r>
      <w:r w:rsidR="00FE197F">
        <w:rPr>
          <w:noProof/>
          <w:sz w:val="24"/>
          <w:szCs w:val="24"/>
        </w:rPr>
        <w:pict w14:anchorId="59ED592E">
          <v:rect id="_x0000_i1139" style="width:0;height:1.5pt" o:hralign="center" o:hrstd="t" o:hr="t" fillcolor="#a0a0a0" stroked="f"/>
        </w:pict>
      </w:r>
    </w:p>
    <w:p w14:paraId="40AA18E5" w14:textId="77777777" w:rsidR="00115A2A" w:rsidRPr="00C9454D" w:rsidRDefault="00115A2A" w:rsidP="00C9454D">
      <w:pPr>
        <w:pStyle w:val="Heading2"/>
        <w:rPr>
          <w:sz w:val="24"/>
          <w:szCs w:val="24"/>
        </w:rPr>
      </w:pPr>
      <w:r w:rsidRPr="00C9454D">
        <w:rPr>
          <w:sz w:val="24"/>
          <w:szCs w:val="24"/>
        </w:rPr>
        <w:t>Her Prominence</w:t>
      </w:r>
    </w:p>
    <w:p w14:paraId="1319C2A0" w14:textId="77777777" w:rsidR="00585D2E" w:rsidRPr="00C9454D" w:rsidRDefault="00585D2E" w:rsidP="00C9454D">
      <w:pPr>
        <w:rPr>
          <w:sz w:val="24"/>
          <w:szCs w:val="24"/>
        </w:rPr>
      </w:pPr>
    </w:p>
    <w:p w14:paraId="5889CF40" w14:textId="491CE87F" w:rsidR="00115A2A" w:rsidRPr="00C9454D" w:rsidRDefault="00115A2A" w:rsidP="00C9454D">
      <w:pPr>
        <w:rPr>
          <w:sz w:val="24"/>
          <w:szCs w:val="24"/>
        </w:rPr>
      </w:pPr>
      <w:r w:rsidRPr="00C9454D">
        <w:rPr>
          <w:sz w:val="24"/>
          <w:szCs w:val="24"/>
        </w:rPr>
        <w:t>Abilene’s invention</w:t>
      </w:r>
      <w:r w:rsidR="00A24ADE" w:rsidRPr="00C9454D">
        <w:rPr>
          <w:sz w:val="24"/>
          <w:szCs w:val="24"/>
        </w:rPr>
        <w:t>s</w:t>
      </w:r>
      <w:r w:rsidRPr="00C9454D">
        <w:rPr>
          <w:sz w:val="24"/>
          <w:szCs w:val="24"/>
        </w:rPr>
        <w:t xml:space="preserve"> </w:t>
      </w:r>
      <w:r w:rsidR="00E313B6" w:rsidRPr="00C9454D">
        <w:rPr>
          <w:sz w:val="24"/>
          <w:szCs w:val="24"/>
        </w:rPr>
        <w:t>earn</w:t>
      </w:r>
      <w:r w:rsidRPr="00C9454D">
        <w:rPr>
          <w:sz w:val="24"/>
          <w:szCs w:val="24"/>
        </w:rPr>
        <w:t xml:space="preserve"> her </w:t>
      </w:r>
      <w:r w:rsidR="00A24ADE" w:rsidRPr="00C9454D">
        <w:rPr>
          <w:sz w:val="24"/>
          <w:szCs w:val="24"/>
        </w:rPr>
        <w:t xml:space="preserve">more </w:t>
      </w:r>
      <w:r w:rsidRPr="00C9454D">
        <w:rPr>
          <w:sz w:val="24"/>
          <w:szCs w:val="24"/>
        </w:rPr>
        <w:t>recognition beyond the</w:t>
      </w:r>
      <w:r w:rsidR="006E74C6" w:rsidRPr="00C9454D">
        <w:rPr>
          <w:sz w:val="24"/>
          <w:szCs w:val="24"/>
        </w:rPr>
        <w:t xml:space="preserve"> Kingdom</w:t>
      </w:r>
      <w:r w:rsidRPr="00C9454D">
        <w:rPr>
          <w:sz w:val="24"/>
          <w:szCs w:val="24"/>
        </w:rPr>
        <w:t xml:space="preserve">. Nobles and even clerics come to </w:t>
      </w:r>
      <w:r w:rsidR="00522C4D" w:rsidRPr="00C9454D">
        <w:rPr>
          <w:sz w:val="24"/>
          <w:szCs w:val="24"/>
        </w:rPr>
        <w:t>High Haven</w:t>
      </w:r>
      <w:r w:rsidRPr="00C9454D">
        <w:rPr>
          <w:sz w:val="24"/>
          <w:szCs w:val="24"/>
        </w:rPr>
        <w:t xml:space="preserve"> to see the water system</w:t>
      </w:r>
      <w:r w:rsidR="00EF2567" w:rsidRPr="00C9454D">
        <w:rPr>
          <w:sz w:val="24"/>
          <w:szCs w:val="24"/>
        </w:rPr>
        <w:t>s</w:t>
      </w:r>
      <w:r w:rsidRPr="00C9454D">
        <w:rPr>
          <w:sz w:val="24"/>
          <w:szCs w:val="24"/>
        </w:rPr>
        <w:t>, and some commission her to design systems for their own estates. While she remains humble about her work, the prominence she gains shields her from further scrutiny about her teachings. People are more interested in what she’s creating than in challenging her beliefs.</w:t>
      </w:r>
    </w:p>
    <w:p w14:paraId="39E09DB9" w14:textId="77777777" w:rsidR="00115A2A" w:rsidRPr="00C9454D" w:rsidRDefault="00FE197F" w:rsidP="00C9454D">
      <w:pPr>
        <w:rPr>
          <w:sz w:val="24"/>
          <w:szCs w:val="24"/>
        </w:rPr>
      </w:pPr>
      <w:r>
        <w:rPr>
          <w:noProof/>
          <w:sz w:val="24"/>
          <w:szCs w:val="24"/>
        </w:rPr>
      </w:r>
      <w:r w:rsidR="00FE197F">
        <w:rPr>
          <w:noProof/>
          <w:sz w:val="24"/>
          <w:szCs w:val="24"/>
        </w:rPr>
        <w:pict w14:anchorId="01832EFA">
          <v:rect id="_x0000_i1140" style="width:0;height:1.5pt" o:hralign="center" o:hrstd="t" o:hr="t" fillcolor="#a0a0a0" stroked="f"/>
        </w:pict>
      </w:r>
    </w:p>
    <w:p w14:paraId="790F8304" w14:textId="77777777" w:rsidR="00115A2A" w:rsidRPr="00C9454D" w:rsidRDefault="00115A2A" w:rsidP="00C9454D">
      <w:pPr>
        <w:pStyle w:val="Heading2"/>
        <w:rPr>
          <w:sz w:val="24"/>
          <w:szCs w:val="24"/>
        </w:rPr>
      </w:pPr>
      <w:r w:rsidRPr="00C9454D">
        <w:rPr>
          <w:sz w:val="24"/>
          <w:szCs w:val="24"/>
        </w:rPr>
        <w:t>The Transition at Home</w:t>
      </w:r>
    </w:p>
    <w:p w14:paraId="786E3259" w14:textId="77777777" w:rsidR="00585D2E" w:rsidRPr="00C9454D" w:rsidRDefault="00585D2E" w:rsidP="00C9454D">
      <w:pPr>
        <w:rPr>
          <w:sz w:val="24"/>
          <w:szCs w:val="24"/>
        </w:rPr>
      </w:pPr>
    </w:p>
    <w:p w14:paraId="63223539" w14:textId="77777777" w:rsidR="00115A2A" w:rsidRPr="00C9454D" w:rsidRDefault="00115A2A" w:rsidP="00C9454D">
      <w:pPr>
        <w:rPr>
          <w:sz w:val="24"/>
          <w:szCs w:val="24"/>
        </w:rPr>
      </w:pPr>
      <w:r w:rsidRPr="00C9454D">
        <w:rPr>
          <w:sz w:val="24"/>
          <w:szCs w:val="24"/>
        </w:rPr>
        <w:t xml:space="preserve">As John and </w:t>
      </w:r>
      <w:proofErr w:type="spellStart"/>
      <w:r w:rsidRPr="00C9454D">
        <w:rPr>
          <w:sz w:val="24"/>
          <w:szCs w:val="24"/>
        </w:rPr>
        <w:t>Alara</w:t>
      </w:r>
      <w:proofErr w:type="spellEnd"/>
      <w:r w:rsidRPr="00C9454D">
        <w:rPr>
          <w:sz w:val="24"/>
          <w:szCs w:val="24"/>
        </w:rPr>
        <w:t xml:space="preserve"> prepare to marry, Abilene pours herself into her work, finding joy in teaching others and refining her designs. But as the wedding approaches, she begins to feel the bittersweet pang of an empty home.</w:t>
      </w:r>
    </w:p>
    <w:p w14:paraId="3260C6D1" w14:textId="776726DB" w:rsidR="00115A2A" w:rsidRPr="00C9454D" w:rsidRDefault="00115A2A" w:rsidP="00C9454D">
      <w:pPr>
        <w:rPr>
          <w:sz w:val="24"/>
          <w:szCs w:val="24"/>
        </w:rPr>
      </w:pPr>
      <w:r w:rsidRPr="00C9454D">
        <w:rPr>
          <w:sz w:val="24"/>
          <w:szCs w:val="24"/>
        </w:rPr>
        <w:t>One evening, as she sits with Guy on the porch, she shares her thoughts. “Do you think we’ll feel lonely when it’s just us</w:t>
      </w:r>
      <w:r w:rsidR="005F650B" w:rsidRPr="00C9454D">
        <w:rPr>
          <w:sz w:val="24"/>
          <w:szCs w:val="24"/>
        </w:rPr>
        <w:t xml:space="preserve"> 3</w:t>
      </w:r>
      <w:r w:rsidRPr="00C9454D">
        <w:rPr>
          <w:sz w:val="24"/>
          <w:szCs w:val="24"/>
        </w:rPr>
        <w:t xml:space="preserve"> here?” she asks, watching the fireflies dance in the fields.</w:t>
      </w:r>
    </w:p>
    <w:p w14:paraId="45B8041C" w14:textId="77777777" w:rsidR="00115A2A" w:rsidRPr="00C9454D" w:rsidRDefault="00115A2A" w:rsidP="00C9454D">
      <w:pPr>
        <w:rPr>
          <w:sz w:val="24"/>
          <w:szCs w:val="24"/>
        </w:rPr>
      </w:pPr>
      <w:r w:rsidRPr="00C9454D">
        <w:rPr>
          <w:sz w:val="24"/>
          <w:szCs w:val="24"/>
        </w:rPr>
        <w:t>Guy, ever steady, replies, “It’ll be different, but I don’t think we’ll be lonely. We’ve built this life together, and there’s still more to do.”</w:t>
      </w:r>
    </w:p>
    <w:p w14:paraId="3F828B40" w14:textId="77777777" w:rsidR="00115A2A" w:rsidRPr="00C9454D" w:rsidRDefault="00115A2A" w:rsidP="00C9454D">
      <w:pPr>
        <w:rPr>
          <w:sz w:val="24"/>
          <w:szCs w:val="24"/>
        </w:rPr>
      </w:pPr>
      <w:r w:rsidRPr="00C9454D">
        <w:rPr>
          <w:sz w:val="24"/>
          <w:szCs w:val="24"/>
        </w:rPr>
        <w:t>His words comfort her, and she realizes that while one chapter of their lives is ending, another is beginning.</w:t>
      </w:r>
    </w:p>
    <w:p w14:paraId="10AC4470" w14:textId="77777777" w:rsidR="00E01F2F" w:rsidRPr="00C9454D" w:rsidRDefault="00E01F2F" w:rsidP="00C9454D">
      <w:pPr>
        <w:rPr>
          <w:sz w:val="24"/>
          <w:szCs w:val="24"/>
        </w:rPr>
      </w:pPr>
    </w:p>
    <w:p w14:paraId="5755FC0B" w14:textId="77777777" w:rsidR="00E01F2F" w:rsidRPr="00C9454D" w:rsidRDefault="00E01F2F" w:rsidP="00C9454D">
      <w:pPr>
        <w:rPr>
          <w:sz w:val="24"/>
          <w:szCs w:val="24"/>
        </w:rPr>
      </w:pPr>
    </w:p>
    <w:p w14:paraId="313CD3A6" w14:textId="77777777" w:rsidR="00E01F2F" w:rsidRPr="00C9454D" w:rsidRDefault="00E01F2F" w:rsidP="00C9454D">
      <w:pPr>
        <w:pStyle w:val="Heading2"/>
        <w:rPr>
          <w:sz w:val="24"/>
          <w:szCs w:val="24"/>
        </w:rPr>
      </w:pPr>
      <w:r w:rsidRPr="00C9454D">
        <w:rPr>
          <w:sz w:val="24"/>
          <w:szCs w:val="24"/>
        </w:rPr>
        <w:t xml:space="preserve">John and </w:t>
      </w:r>
      <w:proofErr w:type="spellStart"/>
      <w:r w:rsidRPr="00C9454D">
        <w:rPr>
          <w:sz w:val="24"/>
          <w:szCs w:val="24"/>
        </w:rPr>
        <w:t>Alara’s</w:t>
      </w:r>
      <w:proofErr w:type="spellEnd"/>
      <w:r w:rsidRPr="00C9454D">
        <w:rPr>
          <w:sz w:val="24"/>
          <w:szCs w:val="24"/>
        </w:rPr>
        <w:t xml:space="preserve"> Wedding</w:t>
      </w:r>
    </w:p>
    <w:p w14:paraId="11AC1339" w14:textId="77777777" w:rsidR="007E2266" w:rsidRPr="00C9454D" w:rsidRDefault="00E01F2F" w:rsidP="00C9454D">
      <w:pPr>
        <w:pStyle w:val="Heading2"/>
        <w:rPr>
          <w:sz w:val="24"/>
          <w:szCs w:val="24"/>
        </w:rPr>
      </w:pPr>
      <w:r w:rsidRPr="00C9454D">
        <w:rPr>
          <w:sz w:val="24"/>
          <w:szCs w:val="24"/>
        </w:rPr>
        <w:t>The Ceremony</w:t>
      </w:r>
      <w:r w:rsidR="003D22B0" w:rsidRPr="00C9454D">
        <w:rPr>
          <w:sz w:val="24"/>
          <w:szCs w:val="24"/>
        </w:rPr>
        <w:t xml:space="preserve"> </w:t>
      </w:r>
    </w:p>
    <w:p w14:paraId="05904593" w14:textId="1B503D35" w:rsidR="00E01F2F" w:rsidRPr="00C9454D" w:rsidRDefault="007E2266" w:rsidP="00C9454D">
      <w:pPr>
        <w:pStyle w:val="Heading2"/>
        <w:rPr>
          <w:sz w:val="24"/>
          <w:szCs w:val="24"/>
        </w:rPr>
      </w:pPr>
      <w:r w:rsidRPr="00C9454D">
        <w:rPr>
          <w:sz w:val="24"/>
          <w:szCs w:val="24"/>
        </w:rPr>
        <w:t>12</w:t>
      </w:r>
      <w:r w:rsidR="007241C6" w:rsidRPr="00C9454D">
        <w:rPr>
          <w:sz w:val="24"/>
          <w:szCs w:val="24"/>
        </w:rPr>
        <w:t>2</w:t>
      </w:r>
      <w:r w:rsidR="00A8678F" w:rsidRPr="00C9454D">
        <w:rPr>
          <w:sz w:val="24"/>
          <w:szCs w:val="24"/>
        </w:rPr>
        <w:t>6</w:t>
      </w:r>
      <w:r w:rsidR="001F26BF" w:rsidRPr="00C9454D">
        <w:rPr>
          <w:sz w:val="24"/>
          <w:szCs w:val="24"/>
        </w:rPr>
        <w:t xml:space="preserve"> Spring</w:t>
      </w:r>
    </w:p>
    <w:p w14:paraId="243A1976" w14:textId="77777777" w:rsidR="00585D2E" w:rsidRPr="00C9454D" w:rsidRDefault="00585D2E" w:rsidP="00C9454D">
      <w:pPr>
        <w:rPr>
          <w:sz w:val="24"/>
          <w:szCs w:val="24"/>
        </w:rPr>
      </w:pPr>
    </w:p>
    <w:p w14:paraId="0AC9C9B5" w14:textId="77777777" w:rsidR="00E01F2F" w:rsidRPr="00C9454D" w:rsidRDefault="00E01F2F" w:rsidP="00C9454D">
      <w:pPr>
        <w:rPr>
          <w:sz w:val="24"/>
          <w:szCs w:val="24"/>
        </w:rPr>
      </w:pPr>
      <w:proofErr w:type="spellStart"/>
      <w:r w:rsidRPr="00C9454D">
        <w:rPr>
          <w:sz w:val="24"/>
          <w:szCs w:val="24"/>
        </w:rPr>
        <w:t>Alara</w:t>
      </w:r>
      <w:proofErr w:type="spellEnd"/>
      <w:r w:rsidRPr="00C9454D">
        <w:rPr>
          <w:sz w:val="24"/>
          <w:szCs w:val="24"/>
        </w:rPr>
        <w:t xml:space="preserve"> had never been one to dream of grand weddings. She did not yearn for silks from foreign lands or a feast that would be spoken of for generations. No, this was enough—a small, practical gathering, just as she and John had wanted.</w:t>
      </w:r>
    </w:p>
    <w:p w14:paraId="7A4BEC28" w14:textId="77777777" w:rsidR="00E01F2F" w:rsidRPr="00C9454D" w:rsidRDefault="00E01F2F" w:rsidP="00C9454D">
      <w:pPr>
        <w:rPr>
          <w:sz w:val="24"/>
          <w:szCs w:val="24"/>
        </w:rPr>
      </w:pPr>
      <w:r w:rsidRPr="00C9454D">
        <w:rPr>
          <w:sz w:val="24"/>
          <w:szCs w:val="24"/>
        </w:rPr>
        <w:t xml:space="preserve">The ceremony took place in the courtyard of </w:t>
      </w:r>
      <w:proofErr w:type="spellStart"/>
      <w:r w:rsidRPr="00C9454D">
        <w:rPr>
          <w:sz w:val="24"/>
          <w:szCs w:val="24"/>
        </w:rPr>
        <w:t>Highhaven</w:t>
      </w:r>
      <w:proofErr w:type="spellEnd"/>
      <w:r w:rsidRPr="00C9454D">
        <w:rPr>
          <w:sz w:val="24"/>
          <w:szCs w:val="24"/>
        </w:rPr>
        <w:t>, where the scent of fresh pine and damp earth mixed with the faint sweetness of lavender from the gardens. A simple arch of woven branches stood at the center, adorned with white flowers, their petals fluttering in the gentle evening breeze. The sun was setting, painting the sky in gold and rose, a quiet blessing upon their union.</w:t>
      </w:r>
    </w:p>
    <w:p w14:paraId="4DAFBEB4" w14:textId="5CD71033" w:rsidR="00E01F2F" w:rsidRPr="00C9454D" w:rsidRDefault="00E01F2F" w:rsidP="00C9454D">
      <w:pPr>
        <w:rPr>
          <w:sz w:val="24"/>
          <w:szCs w:val="24"/>
        </w:rPr>
      </w:pPr>
      <w:r w:rsidRPr="00C9454D">
        <w:rPr>
          <w:sz w:val="24"/>
          <w:szCs w:val="24"/>
        </w:rPr>
        <w:t>John stood tall besi</w:t>
      </w:r>
      <w:r w:rsidR="00DD1FF5" w:rsidRPr="00C9454D">
        <w:rPr>
          <w:sz w:val="24"/>
          <w:szCs w:val="24"/>
        </w:rPr>
        <w:t xml:space="preserve">de </w:t>
      </w:r>
      <w:r w:rsidRPr="00C9454D">
        <w:rPr>
          <w:sz w:val="24"/>
          <w:szCs w:val="24"/>
        </w:rPr>
        <w:t>the priest, his broad shoulders squared, his hands steady at his sides. He had never been one for excessive words, but the way he looked at her when she approached—like she was something precious, something he had waited for his entire life—sent a thrill through her spine.</w:t>
      </w:r>
    </w:p>
    <w:p w14:paraId="6A33E91D" w14:textId="77777777" w:rsidR="00E01F2F" w:rsidRPr="00C9454D" w:rsidRDefault="00E01F2F" w:rsidP="00C9454D">
      <w:pPr>
        <w:rPr>
          <w:sz w:val="24"/>
          <w:szCs w:val="24"/>
        </w:rPr>
      </w:pPr>
      <w:r w:rsidRPr="00C9454D">
        <w:rPr>
          <w:sz w:val="24"/>
          <w:szCs w:val="24"/>
        </w:rPr>
        <w:t>She had chosen a modest gown, the kind that allowed movement, freedom. But she knew John didn’t care for lace and embroidery—his gaze didn’t linger on the fabric but on her. He had always been silent in his admiration, but in the quiet moments, she felt it, just as she did now.</w:t>
      </w:r>
    </w:p>
    <w:p w14:paraId="6482E2B0" w14:textId="77777777" w:rsidR="00E01F2F" w:rsidRPr="00C9454D" w:rsidRDefault="00E01F2F" w:rsidP="00C9454D">
      <w:pPr>
        <w:rPr>
          <w:sz w:val="24"/>
          <w:szCs w:val="24"/>
        </w:rPr>
      </w:pPr>
      <w:r w:rsidRPr="00C9454D">
        <w:rPr>
          <w:sz w:val="24"/>
          <w:szCs w:val="24"/>
        </w:rPr>
        <w:t>She barely heard the words of the priest, her focus entirely on John’s hands—strong, capable, the same hands that had fought, built, protected. Soon, those hands would be on her, holding, learning, claiming. The thought sent warmth curling in her belly, a longing deeper than she had ever known.</w:t>
      </w:r>
    </w:p>
    <w:p w14:paraId="0C3F5C06" w14:textId="77777777" w:rsidR="00E01F2F" w:rsidRPr="00C9454D" w:rsidRDefault="00E01F2F" w:rsidP="00C9454D">
      <w:pPr>
        <w:rPr>
          <w:sz w:val="24"/>
          <w:szCs w:val="24"/>
        </w:rPr>
      </w:pPr>
      <w:r w:rsidRPr="00C9454D">
        <w:rPr>
          <w:sz w:val="24"/>
          <w:szCs w:val="24"/>
        </w:rPr>
        <w:t>When it was time, he took her hands in his, his calloused fingers warm against her own, and repeated the vows in a voice steady and sure. When she did the same, she saw the flicker of emotion in his usually impassive expression, the slightest tightening of his jaw.</w:t>
      </w:r>
    </w:p>
    <w:p w14:paraId="75B9FCBC" w14:textId="117804FB" w:rsidR="00E01F2F" w:rsidRPr="00C9454D" w:rsidRDefault="00E01F2F" w:rsidP="00C9454D">
      <w:pPr>
        <w:rPr>
          <w:sz w:val="24"/>
          <w:szCs w:val="24"/>
        </w:rPr>
      </w:pPr>
      <w:r w:rsidRPr="00C9454D">
        <w:rPr>
          <w:sz w:val="24"/>
          <w:szCs w:val="24"/>
        </w:rPr>
        <w:t xml:space="preserve">“Let it be known,” the priest declared, “that John Marshall and </w:t>
      </w:r>
      <w:proofErr w:type="spellStart"/>
      <w:r w:rsidRPr="00C9454D">
        <w:rPr>
          <w:sz w:val="24"/>
          <w:szCs w:val="24"/>
        </w:rPr>
        <w:t>Alara</w:t>
      </w:r>
      <w:proofErr w:type="spellEnd"/>
      <w:r w:rsidRPr="00C9454D">
        <w:rPr>
          <w:sz w:val="24"/>
          <w:szCs w:val="24"/>
        </w:rPr>
        <w:t xml:space="preserve"> of </w:t>
      </w:r>
      <w:r w:rsidR="001E3462" w:rsidRPr="00C9454D">
        <w:rPr>
          <w:sz w:val="24"/>
          <w:szCs w:val="24"/>
        </w:rPr>
        <w:t>High haven</w:t>
      </w:r>
      <w:r w:rsidRPr="00C9454D">
        <w:rPr>
          <w:sz w:val="24"/>
          <w:szCs w:val="24"/>
        </w:rPr>
        <w:t xml:space="preserve"> are husband and wife.”</w:t>
      </w:r>
    </w:p>
    <w:p w14:paraId="7B21BF17" w14:textId="77777777" w:rsidR="00E01F2F" w:rsidRPr="00C9454D" w:rsidRDefault="00E01F2F" w:rsidP="00C9454D">
      <w:pPr>
        <w:rPr>
          <w:sz w:val="24"/>
          <w:szCs w:val="24"/>
        </w:rPr>
      </w:pPr>
      <w:r w:rsidRPr="00C9454D">
        <w:rPr>
          <w:sz w:val="24"/>
          <w:szCs w:val="24"/>
        </w:rPr>
        <w:t xml:space="preserve">A soft cheer rose from their small gathering—Guy and Abilene, Helena, Rowan, family, and a handful of loyal friends—but </w:t>
      </w:r>
      <w:proofErr w:type="spellStart"/>
      <w:r w:rsidRPr="00C9454D">
        <w:rPr>
          <w:sz w:val="24"/>
          <w:szCs w:val="24"/>
        </w:rPr>
        <w:t>Alara</w:t>
      </w:r>
      <w:proofErr w:type="spellEnd"/>
      <w:r w:rsidRPr="00C9454D">
        <w:rPr>
          <w:sz w:val="24"/>
          <w:szCs w:val="24"/>
        </w:rPr>
        <w:t xml:space="preserve"> hardly heard it.</w:t>
      </w:r>
    </w:p>
    <w:p w14:paraId="58ACCCDD" w14:textId="77777777" w:rsidR="00E01F2F" w:rsidRPr="00C9454D" w:rsidRDefault="00E01F2F" w:rsidP="00C9454D">
      <w:pPr>
        <w:rPr>
          <w:sz w:val="24"/>
          <w:szCs w:val="24"/>
        </w:rPr>
      </w:pPr>
      <w:r w:rsidRPr="00C9454D">
        <w:rPr>
          <w:sz w:val="24"/>
          <w:szCs w:val="24"/>
        </w:rPr>
        <w:t>John’s lips found hers, firm but tender, patient but full of promise.</w:t>
      </w:r>
    </w:p>
    <w:p w14:paraId="783C2FB2" w14:textId="77777777" w:rsidR="00E01F2F" w:rsidRPr="00C9454D" w:rsidRDefault="00E01F2F" w:rsidP="00C9454D">
      <w:pPr>
        <w:rPr>
          <w:sz w:val="24"/>
          <w:szCs w:val="24"/>
        </w:rPr>
      </w:pPr>
      <w:r w:rsidRPr="00C9454D">
        <w:rPr>
          <w:sz w:val="24"/>
          <w:szCs w:val="24"/>
        </w:rPr>
        <w:t>And suddenly, the wedding was nothing but a formality between this moment and what came next.</w:t>
      </w:r>
    </w:p>
    <w:p w14:paraId="37FEB1B5" w14:textId="77777777" w:rsidR="00E01F2F" w:rsidRPr="00C9454D" w:rsidRDefault="00FE197F" w:rsidP="00C9454D">
      <w:pPr>
        <w:pStyle w:val="Heading2"/>
        <w:rPr>
          <w:sz w:val="24"/>
          <w:szCs w:val="24"/>
        </w:rPr>
      </w:pPr>
      <w:r>
        <w:rPr>
          <w:noProof/>
          <w:sz w:val="24"/>
          <w:szCs w:val="24"/>
        </w:rPr>
      </w:r>
      <w:r w:rsidR="00FE197F">
        <w:rPr>
          <w:noProof/>
          <w:sz w:val="24"/>
          <w:szCs w:val="24"/>
        </w:rPr>
        <w:pict w14:anchorId="24CF4836">
          <v:rect id="_x0000_i1141" style="width:0;height:1.5pt" o:hralign="center" o:hrstd="t" o:hr="t" fillcolor="#a0a0a0" stroked="f"/>
        </w:pict>
      </w:r>
    </w:p>
    <w:p w14:paraId="40F431EA" w14:textId="77777777" w:rsidR="00E01F2F" w:rsidRPr="00C9454D" w:rsidRDefault="00E01F2F" w:rsidP="00C9454D">
      <w:pPr>
        <w:pStyle w:val="Heading2"/>
        <w:rPr>
          <w:sz w:val="24"/>
          <w:szCs w:val="24"/>
        </w:rPr>
      </w:pPr>
      <w:r w:rsidRPr="00C9454D">
        <w:rPr>
          <w:sz w:val="24"/>
          <w:szCs w:val="24"/>
        </w:rPr>
        <w:t>The Wedding Night</w:t>
      </w:r>
    </w:p>
    <w:p w14:paraId="312B270B" w14:textId="77777777" w:rsidR="00585D2E" w:rsidRPr="00C9454D" w:rsidRDefault="00585D2E" w:rsidP="00C9454D">
      <w:pPr>
        <w:rPr>
          <w:sz w:val="24"/>
          <w:szCs w:val="24"/>
        </w:rPr>
      </w:pPr>
    </w:p>
    <w:p w14:paraId="732BAA95" w14:textId="77777777" w:rsidR="00E01F2F" w:rsidRPr="00C9454D" w:rsidRDefault="00E01F2F" w:rsidP="00C9454D">
      <w:pPr>
        <w:rPr>
          <w:sz w:val="24"/>
          <w:szCs w:val="24"/>
        </w:rPr>
      </w:pPr>
      <w:r w:rsidRPr="00C9454D">
        <w:rPr>
          <w:sz w:val="24"/>
          <w:szCs w:val="24"/>
        </w:rPr>
        <w:t xml:space="preserve">By the time the last of the well-wishers had gone, </w:t>
      </w:r>
      <w:proofErr w:type="spellStart"/>
      <w:r w:rsidRPr="00C9454D">
        <w:rPr>
          <w:sz w:val="24"/>
          <w:szCs w:val="24"/>
        </w:rPr>
        <w:t>Alara</w:t>
      </w:r>
      <w:proofErr w:type="spellEnd"/>
      <w:r w:rsidRPr="00C9454D">
        <w:rPr>
          <w:sz w:val="24"/>
          <w:szCs w:val="24"/>
        </w:rPr>
        <w:t xml:space="preserve"> felt the weight of anticipation settle in her bones.</w:t>
      </w:r>
    </w:p>
    <w:p w14:paraId="6D3C0864" w14:textId="77777777" w:rsidR="00E01F2F" w:rsidRPr="00C9454D" w:rsidRDefault="00E01F2F" w:rsidP="00C9454D">
      <w:pPr>
        <w:rPr>
          <w:sz w:val="24"/>
          <w:szCs w:val="24"/>
        </w:rPr>
      </w:pPr>
      <w:r w:rsidRPr="00C9454D">
        <w:rPr>
          <w:sz w:val="24"/>
          <w:szCs w:val="24"/>
        </w:rPr>
        <w:t>John was already in their chamber, standing near the fire, fingers working the laces of his tunic. The golden glow of the flames flickered over the hard lines of his body, illuminating the breadth of his shoulders, the firm cut of his chest. She had seen men unclothed before—training, bathing in the river—but none of them were him. None of them had a body built for her hands to explore, to claim.</w:t>
      </w:r>
    </w:p>
    <w:p w14:paraId="331AE4AE" w14:textId="77777777" w:rsidR="00E01F2F" w:rsidRPr="00C9454D" w:rsidRDefault="00E01F2F" w:rsidP="00C9454D">
      <w:pPr>
        <w:rPr>
          <w:sz w:val="24"/>
          <w:szCs w:val="24"/>
        </w:rPr>
      </w:pPr>
      <w:r w:rsidRPr="00C9454D">
        <w:rPr>
          <w:sz w:val="24"/>
          <w:szCs w:val="24"/>
        </w:rPr>
        <w:t>The door clicked shut behind her, and he turned. His eyes darkened, taking her in with the same quiet intensity that had always unnerved her.</w:t>
      </w:r>
    </w:p>
    <w:p w14:paraId="29C3C6E5" w14:textId="77777777" w:rsidR="00E01F2F" w:rsidRPr="00C9454D" w:rsidRDefault="00E01F2F" w:rsidP="00C9454D">
      <w:pPr>
        <w:rPr>
          <w:sz w:val="24"/>
          <w:szCs w:val="24"/>
        </w:rPr>
      </w:pPr>
      <w:r w:rsidRPr="00C9454D">
        <w:rPr>
          <w:sz w:val="24"/>
          <w:szCs w:val="24"/>
        </w:rPr>
        <w:t>“Finally,” she murmured, stepping forward, unlacing the ties of her own gown.</w:t>
      </w:r>
    </w:p>
    <w:p w14:paraId="56B2174E" w14:textId="77777777" w:rsidR="00E01F2F" w:rsidRPr="00C9454D" w:rsidRDefault="00E01F2F" w:rsidP="00C9454D">
      <w:pPr>
        <w:rPr>
          <w:sz w:val="24"/>
          <w:szCs w:val="24"/>
        </w:rPr>
      </w:pPr>
      <w:r w:rsidRPr="00C9454D">
        <w:rPr>
          <w:sz w:val="24"/>
          <w:szCs w:val="24"/>
        </w:rPr>
        <w:t>His lips twitched. “Eager, are you?”</w:t>
      </w:r>
    </w:p>
    <w:p w14:paraId="0934FC8E" w14:textId="77777777" w:rsidR="00E01F2F" w:rsidRPr="00C9454D" w:rsidRDefault="00E01F2F" w:rsidP="00C9454D">
      <w:pPr>
        <w:rPr>
          <w:sz w:val="24"/>
          <w:szCs w:val="24"/>
        </w:rPr>
      </w:pPr>
      <w:r w:rsidRPr="00C9454D">
        <w:rPr>
          <w:sz w:val="24"/>
          <w:szCs w:val="24"/>
        </w:rPr>
        <w:t>She smiled. “More than you know.”</w:t>
      </w:r>
    </w:p>
    <w:p w14:paraId="50C998AB" w14:textId="77777777" w:rsidR="00E01F2F" w:rsidRPr="00C9454D" w:rsidRDefault="00E01F2F" w:rsidP="00C9454D">
      <w:pPr>
        <w:rPr>
          <w:sz w:val="24"/>
          <w:szCs w:val="24"/>
        </w:rPr>
      </w:pPr>
      <w:r w:rsidRPr="00C9454D">
        <w:rPr>
          <w:sz w:val="24"/>
          <w:szCs w:val="24"/>
        </w:rPr>
        <w:t>His tunic hit the floor, revealing the hard planes of his stomach, the curve of muscle along his ribs. She had always been fascinated by his strength, the way his body moved with an effortless grace, power restrained beneath discipline. Now, all that strength belonged to her.</w:t>
      </w:r>
    </w:p>
    <w:p w14:paraId="60F2C417" w14:textId="77777777" w:rsidR="00E01F2F" w:rsidRPr="00C9454D" w:rsidRDefault="00E01F2F" w:rsidP="00C9454D">
      <w:pPr>
        <w:rPr>
          <w:sz w:val="24"/>
          <w:szCs w:val="24"/>
        </w:rPr>
      </w:pPr>
      <w:r w:rsidRPr="00C9454D">
        <w:rPr>
          <w:sz w:val="24"/>
          <w:szCs w:val="24"/>
        </w:rPr>
        <w:t>She reached out, pressing a palm to his chest, feeling the steady beat of his heart beneath her fingers. “You’re beautiful,” she whispered.</w:t>
      </w:r>
    </w:p>
    <w:p w14:paraId="5C599CBE" w14:textId="77777777" w:rsidR="00E01F2F" w:rsidRPr="00C9454D" w:rsidRDefault="00E01F2F" w:rsidP="00C9454D">
      <w:pPr>
        <w:rPr>
          <w:sz w:val="24"/>
          <w:szCs w:val="24"/>
        </w:rPr>
      </w:pPr>
      <w:r w:rsidRPr="00C9454D">
        <w:rPr>
          <w:sz w:val="24"/>
          <w:szCs w:val="24"/>
        </w:rPr>
        <w:t>John let out a quiet chuckle, the sound low and warm. “I’ve never been called that before.”</w:t>
      </w:r>
    </w:p>
    <w:p w14:paraId="74DEFE8F" w14:textId="77777777" w:rsidR="00E01F2F" w:rsidRPr="00C9454D" w:rsidRDefault="00E01F2F" w:rsidP="00C9454D">
      <w:pPr>
        <w:rPr>
          <w:sz w:val="24"/>
          <w:szCs w:val="24"/>
        </w:rPr>
      </w:pPr>
      <w:proofErr w:type="spellStart"/>
      <w:r w:rsidRPr="00C9454D">
        <w:rPr>
          <w:sz w:val="24"/>
          <w:szCs w:val="24"/>
        </w:rPr>
        <w:t>Alara</w:t>
      </w:r>
      <w:proofErr w:type="spellEnd"/>
      <w:r w:rsidRPr="00C9454D">
        <w:rPr>
          <w:sz w:val="24"/>
          <w:szCs w:val="24"/>
        </w:rPr>
        <w:t xml:space="preserve"> smirked. “Then I shall be the first.”</w:t>
      </w:r>
    </w:p>
    <w:p w14:paraId="29D8B67A" w14:textId="77777777" w:rsidR="00E01F2F" w:rsidRPr="00C9454D" w:rsidRDefault="00E01F2F" w:rsidP="00C9454D">
      <w:pPr>
        <w:rPr>
          <w:sz w:val="24"/>
          <w:szCs w:val="24"/>
        </w:rPr>
      </w:pPr>
      <w:r w:rsidRPr="00C9454D">
        <w:rPr>
          <w:sz w:val="24"/>
          <w:szCs w:val="24"/>
        </w:rPr>
        <w:t>His hands found her waist, pulling her close, skin against skin, the heat of him making her breath hitch.</w:t>
      </w:r>
    </w:p>
    <w:p w14:paraId="79DD29FA" w14:textId="77777777" w:rsidR="00E01F2F" w:rsidRPr="00C9454D" w:rsidRDefault="00E01F2F" w:rsidP="00C9454D">
      <w:pPr>
        <w:rPr>
          <w:sz w:val="24"/>
          <w:szCs w:val="24"/>
        </w:rPr>
      </w:pPr>
      <w:r w:rsidRPr="00C9454D">
        <w:rPr>
          <w:sz w:val="24"/>
          <w:szCs w:val="24"/>
        </w:rPr>
        <w:t>They stood there for a moment, just learning each other, their bodies pressed together, hearts thudding in unison. There was no rush, no urgency, just a slow unraveling.</w:t>
      </w:r>
    </w:p>
    <w:p w14:paraId="34A05CD9" w14:textId="77777777" w:rsidR="00E01F2F" w:rsidRPr="00C9454D" w:rsidRDefault="00E01F2F" w:rsidP="00C9454D">
      <w:pPr>
        <w:rPr>
          <w:sz w:val="24"/>
          <w:szCs w:val="24"/>
        </w:rPr>
      </w:pPr>
      <w:r w:rsidRPr="00C9454D">
        <w:rPr>
          <w:sz w:val="24"/>
          <w:szCs w:val="24"/>
        </w:rPr>
        <w:t>“I’ve never done this before,” she admitted softly, fingers tracing the curve of his shoulder.</w:t>
      </w:r>
    </w:p>
    <w:p w14:paraId="0716C295" w14:textId="77777777" w:rsidR="00E01F2F" w:rsidRPr="00C9454D" w:rsidRDefault="00E01F2F" w:rsidP="00C9454D">
      <w:pPr>
        <w:rPr>
          <w:sz w:val="24"/>
          <w:szCs w:val="24"/>
        </w:rPr>
      </w:pPr>
      <w:r w:rsidRPr="00C9454D">
        <w:rPr>
          <w:sz w:val="24"/>
          <w:szCs w:val="24"/>
        </w:rPr>
        <w:t>John’s hands slid to her back, gentle, reverent. “Neither have I.”</w:t>
      </w:r>
    </w:p>
    <w:p w14:paraId="0F338820" w14:textId="77777777" w:rsidR="00E01F2F" w:rsidRPr="00C9454D" w:rsidRDefault="00E01F2F" w:rsidP="00C9454D">
      <w:pPr>
        <w:rPr>
          <w:sz w:val="24"/>
          <w:szCs w:val="24"/>
        </w:rPr>
      </w:pPr>
      <w:r w:rsidRPr="00C9454D">
        <w:rPr>
          <w:sz w:val="24"/>
          <w:szCs w:val="24"/>
        </w:rPr>
        <w:t>She tilted her head, surprised. “Truly?”</w:t>
      </w:r>
    </w:p>
    <w:p w14:paraId="46F9FDBB" w14:textId="77777777" w:rsidR="00E01F2F" w:rsidRPr="00C9454D" w:rsidRDefault="00E01F2F" w:rsidP="00C9454D">
      <w:pPr>
        <w:rPr>
          <w:sz w:val="24"/>
          <w:szCs w:val="24"/>
        </w:rPr>
      </w:pPr>
      <w:r w:rsidRPr="00C9454D">
        <w:rPr>
          <w:sz w:val="24"/>
          <w:szCs w:val="24"/>
        </w:rPr>
        <w:t>He nodded. “I had no interest in sharing something that was meant for only one person.”</w:t>
      </w:r>
    </w:p>
    <w:p w14:paraId="7F87BB0F" w14:textId="77777777" w:rsidR="00E01F2F" w:rsidRPr="00C9454D" w:rsidRDefault="00E01F2F" w:rsidP="00C9454D">
      <w:pPr>
        <w:rPr>
          <w:sz w:val="24"/>
          <w:szCs w:val="24"/>
        </w:rPr>
      </w:pPr>
      <w:r w:rsidRPr="00C9454D">
        <w:rPr>
          <w:sz w:val="24"/>
          <w:szCs w:val="24"/>
        </w:rPr>
        <w:t>Warmth spread through her chest, a mixture of affection and pride. “Then I suppose we shall discover it together.”</w:t>
      </w:r>
    </w:p>
    <w:p w14:paraId="15201D45" w14:textId="77777777" w:rsidR="00E01F2F" w:rsidRPr="00C9454D" w:rsidRDefault="00FE197F" w:rsidP="00C9454D">
      <w:pPr>
        <w:pStyle w:val="Heading2"/>
        <w:rPr>
          <w:sz w:val="24"/>
          <w:szCs w:val="24"/>
        </w:rPr>
      </w:pPr>
      <w:r>
        <w:rPr>
          <w:noProof/>
          <w:sz w:val="24"/>
          <w:szCs w:val="24"/>
        </w:rPr>
      </w:r>
      <w:r w:rsidR="00FE197F">
        <w:rPr>
          <w:noProof/>
          <w:sz w:val="24"/>
          <w:szCs w:val="24"/>
        </w:rPr>
        <w:pict w14:anchorId="3F120454">
          <v:rect id="_x0000_i1142" style="width:0;height:1.5pt" o:hralign="center" o:hrstd="t" o:hr="t" fillcolor="#a0a0a0" stroked="f"/>
        </w:pict>
      </w:r>
    </w:p>
    <w:p w14:paraId="0C0FAC6C" w14:textId="77777777" w:rsidR="00E01F2F" w:rsidRPr="00C9454D" w:rsidRDefault="00E01F2F" w:rsidP="00C9454D">
      <w:pPr>
        <w:pStyle w:val="Heading2"/>
        <w:rPr>
          <w:sz w:val="24"/>
          <w:szCs w:val="24"/>
        </w:rPr>
      </w:pPr>
      <w:r w:rsidRPr="00C9454D">
        <w:rPr>
          <w:sz w:val="24"/>
          <w:szCs w:val="24"/>
        </w:rPr>
        <w:t>An Experiment in Love</w:t>
      </w:r>
    </w:p>
    <w:p w14:paraId="74429163" w14:textId="77777777" w:rsidR="00585D2E" w:rsidRPr="00C9454D" w:rsidRDefault="00585D2E" w:rsidP="00C9454D">
      <w:pPr>
        <w:rPr>
          <w:sz w:val="24"/>
          <w:szCs w:val="24"/>
        </w:rPr>
      </w:pPr>
    </w:p>
    <w:p w14:paraId="5056623B" w14:textId="77777777" w:rsidR="00E01F2F" w:rsidRPr="00C9454D" w:rsidRDefault="00E01F2F" w:rsidP="00C9454D">
      <w:pPr>
        <w:rPr>
          <w:sz w:val="24"/>
          <w:szCs w:val="24"/>
        </w:rPr>
      </w:pPr>
      <w:r w:rsidRPr="00C9454D">
        <w:rPr>
          <w:sz w:val="24"/>
          <w:szCs w:val="24"/>
        </w:rPr>
        <w:t>What followed was not a battle, not a conquest, but an exploration.</w:t>
      </w:r>
    </w:p>
    <w:p w14:paraId="1D0357B7" w14:textId="77777777" w:rsidR="00E01F2F" w:rsidRPr="00C9454D" w:rsidRDefault="00E01F2F" w:rsidP="00C9454D">
      <w:pPr>
        <w:rPr>
          <w:sz w:val="24"/>
          <w:szCs w:val="24"/>
        </w:rPr>
      </w:pPr>
      <w:r w:rsidRPr="00C9454D">
        <w:rPr>
          <w:sz w:val="24"/>
          <w:szCs w:val="24"/>
        </w:rPr>
        <w:t xml:space="preserve">They learned how skin met skin, how lips could shape words and silence at once, how the spaces between them disappeared with each touch. </w:t>
      </w:r>
      <w:proofErr w:type="spellStart"/>
      <w:r w:rsidRPr="00C9454D">
        <w:rPr>
          <w:sz w:val="24"/>
          <w:szCs w:val="24"/>
        </w:rPr>
        <w:t>Alara</w:t>
      </w:r>
      <w:proofErr w:type="spellEnd"/>
      <w:r w:rsidRPr="00C9454D">
        <w:rPr>
          <w:sz w:val="24"/>
          <w:szCs w:val="24"/>
        </w:rPr>
        <w:t xml:space="preserve"> was fascinated by the way his body responded to hers, how the muscles beneath his skin tensed when she ran her fingers down his sides, how his breath hitched when her lips found his pulse.</w:t>
      </w:r>
    </w:p>
    <w:p w14:paraId="2448B8A3" w14:textId="77777777" w:rsidR="00E01F2F" w:rsidRPr="00C9454D" w:rsidRDefault="00E01F2F" w:rsidP="00C9454D">
      <w:pPr>
        <w:rPr>
          <w:sz w:val="24"/>
          <w:szCs w:val="24"/>
        </w:rPr>
      </w:pPr>
      <w:r w:rsidRPr="00C9454D">
        <w:rPr>
          <w:sz w:val="24"/>
          <w:szCs w:val="24"/>
        </w:rPr>
        <w:t>John was no less intrigued—his hands mapping her curves, the press of his fingertips sending shivers down her spine. They were each other’s greatest mystery, and neither had any intention of solving it quickly.</w:t>
      </w:r>
    </w:p>
    <w:p w14:paraId="14DFFEB0" w14:textId="77777777" w:rsidR="00E01F2F" w:rsidRPr="00C9454D" w:rsidRDefault="00E01F2F" w:rsidP="00C9454D">
      <w:pPr>
        <w:rPr>
          <w:sz w:val="24"/>
          <w:szCs w:val="24"/>
        </w:rPr>
      </w:pPr>
      <w:r w:rsidRPr="00C9454D">
        <w:rPr>
          <w:sz w:val="24"/>
          <w:szCs w:val="24"/>
        </w:rPr>
        <w:t>“Who love is the best?” she murmured against his lips, teasing.</w:t>
      </w:r>
    </w:p>
    <w:p w14:paraId="703A65A0" w14:textId="77777777" w:rsidR="00E01F2F" w:rsidRPr="00C9454D" w:rsidRDefault="00E01F2F" w:rsidP="00C9454D">
      <w:pPr>
        <w:rPr>
          <w:sz w:val="24"/>
          <w:szCs w:val="24"/>
        </w:rPr>
      </w:pPr>
      <w:r w:rsidRPr="00C9454D">
        <w:rPr>
          <w:sz w:val="24"/>
          <w:szCs w:val="24"/>
        </w:rPr>
        <w:t>He smirked. “We shall have to find out.”</w:t>
      </w:r>
    </w:p>
    <w:p w14:paraId="0B59941A" w14:textId="77777777" w:rsidR="00E01F2F" w:rsidRPr="00C9454D" w:rsidRDefault="00E01F2F" w:rsidP="00C9454D">
      <w:pPr>
        <w:rPr>
          <w:sz w:val="24"/>
          <w:szCs w:val="24"/>
        </w:rPr>
      </w:pPr>
      <w:r w:rsidRPr="00C9454D">
        <w:rPr>
          <w:sz w:val="24"/>
          <w:szCs w:val="24"/>
        </w:rPr>
        <w:t>She laughed, pulling him closer. “A challenge, then?”</w:t>
      </w:r>
    </w:p>
    <w:p w14:paraId="06936F5B" w14:textId="77777777" w:rsidR="00E01F2F" w:rsidRPr="00C9454D" w:rsidRDefault="00E01F2F" w:rsidP="00C9454D">
      <w:pPr>
        <w:rPr>
          <w:sz w:val="24"/>
          <w:szCs w:val="24"/>
        </w:rPr>
      </w:pPr>
      <w:r w:rsidRPr="00C9454D">
        <w:rPr>
          <w:sz w:val="24"/>
          <w:szCs w:val="24"/>
        </w:rPr>
        <w:t>“A lifetime of them,” he promised.</w:t>
      </w:r>
    </w:p>
    <w:p w14:paraId="6123BB97" w14:textId="77777777" w:rsidR="00E01F2F" w:rsidRPr="00C9454D" w:rsidRDefault="00E01F2F" w:rsidP="00C9454D">
      <w:pPr>
        <w:rPr>
          <w:sz w:val="24"/>
          <w:szCs w:val="24"/>
        </w:rPr>
      </w:pPr>
      <w:r w:rsidRPr="00C9454D">
        <w:rPr>
          <w:sz w:val="24"/>
          <w:szCs w:val="24"/>
        </w:rPr>
        <w:t>They met again, lips and limbs, love a contest neither wished to win—only to prove, again and again, that they would never stop trying.</w:t>
      </w:r>
    </w:p>
    <w:p w14:paraId="2A332355" w14:textId="6FF6841E" w:rsidR="00BC403A" w:rsidRPr="00C9454D" w:rsidRDefault="00BC403A" w:rsidP="00C9454D">
      <w:pPr>
        <w:rPr>
          <w:sz w:val="24"/>
          <w:szCs w:val="24"/>
        </w:rPr>
      </w:pPr>
      <w:r w:rsidRPr="00C9454D">
        <w:rPr>
          <w:sz w:val="24"/>
          <w:szCs w:val="24"/>
        </w:rPr>
        <w:br w:type="page"/>
      </w:r>
    </w:p>
    <w:p w14:paraId="60F57F78" w14:textId="77777777" w:rsidR="00935630" w:rsidRPr="00C9454D" w:rsidRDefault="00935630" w:rsidP="00C9454D">
      <w:pPr>
        <w:pStyle w:val="Heading2"/>
        <w:rPr>
          <w:sz w:val="24"/>
          <w:szCs w:val="24"/>
        </w:rPr>
      </w:pPr>
    </w:p>
    <w:p w14:paraId="0A9DFEF9" w14:textId="1CA9473F" w:rsidR="00235A38" w:rsidRPr="00C9454D" w:rsidRDefault="00854BAA" w:rsidP="00C9454D">
      <w:pPr>
        <w:pStyle w:val="Heading2"/>
        <w:rPr>
          <w:sz w:val="24"/>
          <w:szCs w:val="24"/>
        </w:rPr>
      </w:pPr>
      <w:r w:rsidRPr="00C9454D">
        <w:rPr>
          <w:sz w:val="24"/>
          <w:szCs w:val="24"/>
        </w:rPr>
        <w:t xml:space="preserve">Helena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xml:space="preserve">: </w:t>
      </w:r>
    </w:p>
    <w:p w14:paraId="4FC69015" w14:textId="77777777" w:rsidR="001615A2" w:rsidRPr="00C9454D" w:rsidRDefault="00854BAA" w:rsidP="00C9454D">
      <w:pPr>
        <w:pStyle w:val="Heading2"/>
        <w:rPr>
          <w:sz w:val="24"/>
          <w:szCs w:val="24"/>
        </w:rPr>
      </w:pPr>
      <w:r w:rsidRPr="00C9454D">
        <w:rPr>
          <w:sz w:val="24"/>
          <w:szCs w:val="24"/>
        </w:rPr>
        <w:t xml:space="preserve">The Otherworldly Rose of </w:t>
      </w:r>
      <w:r w:rsidR="00522C4D" w:rsidRPr="00C9454D">
        <w:rPr>
          <w:sz w:val="24"/>
          <w:szCs w:val="24"/>
        </w:rPr>
        <w:t>High Haven</w:t>
      </w:r>
      <w:r w:rsidR="00235A38" w:rsidRPr="00C9454D">
        <w:rPr>
          <w:sz w:val="24"/>
          <w:szCs w:val="24"/>
        </w:rPr>
        <w:t xml:space="preserve"> </w:t>
      </w:r>
    </w:p>
    <w:p w14:paraId="05DAAD69" w14:textId="2D19BF24" w:rsidR="00854BAA" w:rsidRPr="00C9454D" w:rsidRDefault="001615A2" w:rsidP="00C9454D">
      <w:pPr>
        <w:pStyle w:val="Heading2"/>
        <w:rPr>
          <w:b/>
          <w:bCs/>
          <w:sz w:val="24"/>
          <w:szCs w:val="24"/>
        </w:rPr>
      </w:pPr>
      <w:r w:rsidRPr="00C9454D">
        <w:rPr>
          <w:sz w:val="24"/>
          <w:szCs w:val="24"/>
        </w:rPr>
        <w:t>b.</w:t>
      </w:r>
      <w:r w:rsidR="00791390" w:rsidRPr="00C9454D">
        <w:rPr>
          <w:sz w:val="24"/>
          <w:szCs w:val="24"/>
        </w:rPr>
        <w:t>1212</w:t>
      </w:r>
    </w:p>
    <w:p w14:paraId="313B3FC8" w14:textId="77777777" w:rsidR="00854BAA" w:rsidRPr="00C9454D" w:rsidRDefault="00854BAA" w:rsidP="00C9454D">
      <w:pPr>
        <w:rPr>
          <w:sz w:val="24"/>
          <w:szCs w:val="24"/>
        </w:rPr>
      </w:pPr>
    </w:p>
    <w:p w14:paraId="490A9CB2" w14:textId="4EF7389D" w:rsidR="00854BAA" w:rsidRPr="00C9454D" w:rsidRDefault="00854BAA" w:rsidP="00C9454D">
      <w:pPr>
        <w:rPr>
          <w:b/>
          <w:bCs/>
          <w:sz w:val="24"/>
          <w:szCs w:val="24"/>
        </w:rPr>
      </w:pPr>
      <w:r w:rsidRPr="00C9454D">
        <w:rPr>
          <w:sz w:val="24"/>
          <w:szCs w:val="24"/>
        </w:rPr>
        <w:t xml:space="preserve">Age 5-7: The Golden Child of </w:t>
      </w:r>
      <w:r w:rsidR="00522C4D" w:rsidRPr="00C9454D">
        <w:rPr>
          <w:sz w:val="24"/>
          <w:szCs w:val="24"/>
        </w:rPr>
        <w:t>High Haven</w:t>
      </w:r>
    </w:p>
    <w:p w14:paraId="372A259E" w14:textId="77777777" w:rsidR="00854BAA" w:rsidRPr="00C9454D" w:rsidRDefault="00854BAA" w:rsidP="00FE197F">
      <w:pPr>
        <w:numPr>
          <w:ilvl w:val="0"/>
          <w:numId w:val="9"/>
        </w:numPr>
        <w:rPr>
          <w:sz w:val="24"/>
          <w:szCs w:val="24"/>
        </w:rPr>
      </w:pPr>
      <w:r w:rsidRPr="00C9454D">
        <w:rPr>
          <w:sz w:val="24"/>
          <w:szCs w:val="24"/>
        </w:rPr>
        <w:t>Helena is an ethereal child, often described as having a glow about her—her golden curls catch the light, and her striking blue eyes seem to see beyond the physical world.</w:t>
      </w:r>
    </w:p>
    <w:p w14:paraId="66F1E6C7" w14:textId="77777777" w:rsidR="00854BAA" w:rsidRPr="00C9454D" w:rsidRDefault="00854BAA" w:rsidP="00FE197F">
      <w:pPr>
        <w:numPr>
          <w:ilvl w:val="0"/>
          <w:numId w:val="9"/>
        </w:numPr>
        <w:rPr>
          <w:sz w:val="24"/>
          <w:szCs w:val="24"/>
        </w:rPr>
      </w:pPr>
      <w:r w:rsidRPr="00C9454D">
        <w:rPr>
          <w:sz w:val="24"/>
          <w:szCs w:val="24"/>
        </w:rPr>
        <w:t>She is naturally curious, intelligent beyond her years, and has a way of enchanting those around her without effort.</w:t>
      </w:r>
    </w:p>
    <w:p w14:paraId="692F4BF6" w14:textId="77777777" w:rsidR="00854BAA" w:rsidRPr="00C9454D" w:rsidRDefault="00854BAA" w:rsidP="00FE197F">
      <w:pPr>
        <w:numPr>
          <w:ilvl w:val="0"/>
          <w:numId w:val="9"/>
        </w:numPr>
        <w:rPr>
          <w:sz w:val="24"/>
          <w:szCs w:val="24"/>
        </w:rPr>
      </w:pPr>
      <w:r w:rsidRPr="00C9454D">
        <w:rPr>
          <w:sz w:val="24"/>
          <w:szCs w:val="24"/>
        </w:rPr>
        <w:t>Her father, Guy, dotes on her but remains fiercely protective, viewing her as his fragile, otherworldly treasure.</w:t>
      </w:r>
    </w:p>
    <w:p w14:paraId="56821D3E" w14:textId="77777777" w:rsidR="00854BAA" w:rsidRPr="00C9454D" w:rsidRDefault="00854BAA" w:rsidP="00FE197F">
      <w:pPr>
        <w:numPr>
          <w:ilvl w:val="0"/>
          <w:numId w:val="9"/>
        </w:numPr>
        <w:rPr>
          <w:sz w:val="24"/>
          <w:szCs w:val="24"/>
        </w:rPr>
      </w:pPr>
      <w:r w:rsidRPr="00C9454D">
        <w:rPr>
          <w:sz w:val="24"/>
          <w:szCs w:val="24"/>
        </w:rPr>
        <w:t>John Marshall, her older brother by 10 years, is both amused and exasperated by her. He spoils her when no one is looking but tries to toughen her up when necessary.</w:t>
      </w:r>
    </w:p>
    <w:p w14:paraId="58A8BD8C" w14:textId="77777777" w:rsidR="00854BAA" w:rsidRPr="00C9454D" w:rsidRDefault="00854BAA" w:rsidP="00FE197F">
      <w:pPr>
        <w:numPr>
          <w:ilvl w:val="0"/>
          <w:numId w:val="9"/>
        </w:numPr>
        <w:rPr>
          <w:sz w:val="24"/>
          <w:szCs w:val="24"/>
        </w:rPr>
      </w:pPr>
      <w:r w:rsidRPr="00C9454D">
        <w:rPr>
          <w:sz w:val="24"/>
          <w:szCs w:val="24"/>
        </w:rPr>
        <w:t>Helena loves listening to her mother, Abilene, tell stories of court, noble houses, and the importance of honor, wisdom, and strategy.</w:t>
      </w:r>
    </w:p>
    <w:p w14:paraId="5C7C7E85" w14:textId="77777777" w:rsidR="00854BAA" w:rsidRPr="00C9454D" w:rsidRDefault="00854BAA" w:rsidP="00FE197F">
      <w:pPr>
        <w:numPr>
          <w:ilvl w:val="0"/>
          <w:numId w:val="9"/>
        </w:numPr>
        <w:rPr>
          <w:sz w:val="24"/>
          <w:szCs w:val="24"/>
        </w:rPr>
      </w:pPr>
      <w:r w:rsidRPr="00C9454D">
        <w:rPr>
          <w:sz w:val="24"/>
          <w:szCs w:val="24"/>
        </w:rPr>
        <w:t>She often follows John Marshall and his squires around, demanding they teach her swordplay, much to her father’s horror and John’s reluctant amusement.</w:t>
      </w:r>
    </w:p>
    <w:p w14:paraId="2F0EAC47" w14:textId="77777777" w:rsidR="00854BAA" w:rsidRPr="00C9454D" w:rsidRDefault="00854BAA" w:rsidP="00C9454D">
      <w:pPr>
        <w:rPr>
          <w:b/>
          <w:bCs/>
          <w:sz w:val="24"/>
          <w:szCs w:val="24"/>
        </w:rPr>
      </w:pPr>
      <w:r w:rsidRPr="00C9454D">
        <w:rPr>
          <w:sz w:val="24"/>
          <w:szCs w:val="24"/>
        </w:rPr>
        <w:t>Age 8-10: The Budding Court Flower</w:t>
      </w:r>
    </w:p>
    <w:p w14:paraId="60F3F236" w14:textId="77777777" w:rsidR="00854BAA" w:rsidRPr="00C9454D" w:rsidRDefault="00854BAA" w:rsidP="00FE197F">
      <w:pPr>
        <w:numPr>
          <w:ilvl w:val="0"/>
          <w:numId w:val="10"/>
        </w:numPr>
        <w:rPr>
          <w:sz w:val="24"/>
          <w:szCs w:val="24"/>
        </w:rPr>
      </w:pPr>
      <w:r w:rsidRPr="00C9454D">
        <w:rPr>
          <w:sz w:val="24"/>
          <w:szCs w:val="24"/>
        </w:rPr>
        <w:t>At 8, Helena is brought to court for the first time, her presence immediately drawing whispers and admiration. She is too young to fully understand the effect she has on people, but it does not go unnoticed by her family.</w:t>
      </w:r>
    </w:p>
    <w:p w14:paraId="099FFA55" w14:textId="77777777" w:rsidR="00854BAA" w:rsidRPr="00C9454D" w:rsidRDefault="00854BAA" w:rsidP="00FE197F">
      <w:pPr>
        <w:numPr>
          <w:ilvl w:val="0"/>
          <w:numId w:val="10"/>
        </w:numPr>
        <w:rPr>
          <w:sz w:val="24"/>
          <w:szCs w:val="24"/>
        </w:rPr>
      </w:pPr>
      <w:r w:rsidRPr="00C9454D">
        <w:rPr>
          <w:sz w:val="24"/>
          <w:szCs w:val="24"/>
        </w:rPr>
        <w:t>Nobles begin to take an interest in her future—discussions of potential betrothals are whispered behind closed doors.</w:t>
      </w:r>
    </w:p>
    <w:p w14:paraId="595333E4" w14:textId="77777777" w:rsidR="00854BAA" w:rsidRPr="00C9454D" w:rsidRDefault="00854BAA" w:rsidP="00FE197F">
      <w:pPr>
        <w:numPr>
          <w:ilvl w:val="0"/>
          <w:numId w:val="10"/>
        </w:numPr>
        <w:rPr>
          <w:sz w:val="24"/>
          <w:szCs w:val="24"/>
        </w:rPr>
      </w:pPr>
      <w:r w:rsidRPr="00C9454D">
        <w:rPr>
          <w:sz w:val="24"/>
          <w:szCs w:val="24"/>
        </w:rPr>
        <w:t>She begins formal education in languages, history, etiquette, and music. She absorbs knowledge quickly and has a natural talent for diplomacy.</w:t>
      </w:r>
    </w:p>
    <w:p w14:paraId="67FAA7B0" w14:textId="77777777" w:rsidR="00854BAA" w:rsidRPr="00C9454D" w:rsidRDefault="00854BAA" w:rsidP="00FE197F">
      <w:pPr>
        <w:numPr>
          <w:ilvl w:val="0"/>
          <w:numId w:val="10"/>
        </w:numPr>
        <w:rPr>
          <w:sz w:val="24"/>
          <w:szCs w:val="24"/>
        </w:rPr>
      </w:pPr>
      <w:r w:rsidRPr="00C9454D">
        <w:rPr>
          <w:sz w:val="24"/>
          <w:szCs w:val="24"/>
        </w:rPr>
        <w:t>Her bond with John Marshall deepens as he takes on a more active role in guiding her, ensuring she understands the political weight of her lineage and beauty.</w:t>
      </w:r>
    </w:p>
    <w:p w14:paraId="1600006E" w14:textId="77777777" w:rsidR="00854BAA" w:rsidRPr="00C9454D" w:rsidRDefault="00854BAA" w:rsidP="00FE197F">
      <w:pPr>
        <w:numPr>
          <w:ilvl w:val="0"/>
          <w:numId w:val="10"/>
        </w:numPr>
        <w:rPr>
          <w:sz w:val="24"/>
          <w:szCs w:val="24"/>
        </w:rPr>
      </w:pPr>
      <w:r w:rsidRPr="00C9454D">
        <w:rPr>
          <w:sz w:val="24"/>
          <w:szCs w:val="24"/>
        </w:rPr>
        <w:t>Guy, ever protective, begins to grumble about the attention she receives from older noblemen, reminding her frequently that her worth is not defined by marriage.</w:t>
      </w:r>
    </w:p>
    <w:p w14:paraId="191D283F" w14:textId="77777777" w:rsidR="00854BAA" w:rsidRPr="00C9454D" w:rsidRDefault="00854BAA" w:rsidP="00FE197F">
      <w:pPr>
        <w:numPr>
          <w:ilvl w:val="0"/>
          <w:numId w:val="10"/>
        </w:numPr>
        <w:rPr>
          <w:sz w:val="24"/>
          <w:szCs w:val="24"/>
        </w:rPr>
      </w:pPr>
      <w:r w:rsidRPr="00C9454D">
        <w:rPr>
          <w:sz w:val="24"/>
          <w:szCs w:val="24"/>
        </w:rPr>
        <w:t>A young noble, perhaps an arrogant boy of 12 or 13, attempts to bully Helena at court, believing her to be nothing more than a delicate girl. John Marshall intervenes, teaching the boy a lesson in humility, solidifying his reputation as Helena’s unshakable guardian.</w:t>
      </w:r>
    </w:p>
    <w:p w14:paraId="0E9DB9C7" w14:textId="77777777" w:rsidR="00854BAA" w:rsidRPr="00C9454D" w:rsidRDefault="00854BAA" w:rsidP="00C9454D">
      <w:pPr>
        <w:rPr>
          <w:b/>
          <w:bCs/>
          <w:sz w:val="24"/>
          <w:szCs w:val="24"/>
        </w:rPr>
      </w:pPr>
      <w:r w:rsidRPr="00C9454D">
        <w:rPr>
          <w:sz w:val="24"/>
          <w:szCs w:val="24"/>
        </w:rPr>
        <w:t>Age 11-13: The Enigma of the Court</w:t>
      </w:r>
    </w:p>
    <w:p w14:paraId="53ECC64F" w14:textId="77777777" w:rsidR="00854BAA" w:rsidRPr="00C9454D" w:rsidRDefault="00854BAA" w:rsidP="00FE197F">
      <w:pPr>
        <w:numPr>
          <w:ilvl w:val="0"/>
          <w:numId w:val="11"/>
        </w:numPr>
        <w:rPr>
          <w:sz w:val="24"/>
          <w:szCs w:val="24"/>
        </w:rPr>
      </w:pPr>
      <w:r w:rsidRPr="00C9454D">
        <w:rPr>
          <w:sz w:val="24"/>
          <w:szCs w:val="24"/>
        </w:rPr>
        <w:t>By 11, Helena has developed a reputation for being both graceful and unpredictable. She carries herself like a noblewoman yet has an elusive air that keeps people guessing.</w:t>
      </w:r>
    </w:p>
    <w:p w14:paraId="3D809553" w14:textId="77777777" w:rsidR="00854BAA" w:rsidRPr="00C9454D" w:rsidRDefault="00854BAA" w:rsidP="00FE197F">
      <w:pPr>
        <w:numPr>
          <w:ilvl w:val="0"/>
          <w:numId w:val="11"/>
        </w:numPr>
        <w:rPr>
          <w:sz w:val="24"/>
          <w:szCs w:val="24"/>
        </w:rPr>
      </w:pPr>
      <w:r w:rsidRPr="00C9454D">
        <w:rPr>
          <w:sz w:val="24"/>
          <w:szCs w:val="24"/>
        </w:rPr>
        <w:t>Suitors' families begin to formally inquire about potential engagements, but Guy dismisses them outright, determined that she will not be bartered away without her consent.</w:t>
      </w:r>
    </w:p>
    <w:p w14:paraId="08ED55B7" w14:textId="77777777" w:rsidR="00854BAA" w:rsidRPr="00C9454D" w:rsidRDefault="00854BAA" w:rsidP="00FE197F">
      <w:pPr>
        <w:numPr>
          <w:ilvl w:val="0"/>
          <w:numId w:val="11"/>
        </w:numPr>
        <w:rPr>
          <w:sz w:val="24"/>
          <w:szCs w:val="24"/>
        </w:rPr>
      </w:pPr>
      <w:r w:rsidRPr="00C9454D">
        <w:rPr>
          <w:sz w:val="24"/>
          <w:szCs w:val="24"/>
        </w:rPr>
        <w:t>She continues to learn the art of diplomacy and political strategy from Abilene, mastering the ability to read a room.</w:t>
      </w:r>
    </w:p>
    <w:p w14:paraId="13FE08AD" w14:textId="77777777" w:rsidR="00854BAA" w:rsidRPr="00C9454D" w:rsidRDefault="00854BAA" w:rsidP="00FE197F">
      <w:pPr>
        <w:numPr>
          <w:ilvl w:val="0"/>
          <w:numId w:val="11"/>
        </w:numPr>
        <w:rPr>
          <w:sz w:val="24"/>
          <w:szCs w:val="24"/>
        </w:rPr>
      </w:pPr>
      <w:r w:rsidRPr="00C9454D">
        <w:rPr>
          <w:sz w:val="24"/>
          <w:szCs w:val="24"/>
        </w:rPr>
        <w:t>Helena starts to question the concept of courtly love, finding the games played between nobles to be amusing but hollow.</w:t>
      </w:r>
    </w:p>
    <w:p w14:paraId="139F9B5C" w14:textId="77777777" w:rsidR="00854BAA" w:rsidRPr="00C9454D" w:rsidRDefault="00854BAA" w:rsidP="00FE197F">
      <w:pPr>
        <w:numPr>
          <w:ilvl w:val="0"/>
          <w:numId w:val="11"/>
        </w:numPr>
        <w:rPr>
          <w:sz w:val="24"/>
          <w:szCs w:val="24"/>
        </w:rPr>
      </w:pPr>
      <w:r w:rsidRPr="00C9454D">
        <w:rPr>
          <w:sz w:val="24"/>
          <w:szCs w:val="24"/>
        </w:rPr>
        <w:t>At 13, she receives her first formal suitor—a promising young lord of 18. She is polite but unimpressed. Guy refuses outright, much to the frustration of other nobles who see her as a prime match.</w:t>
      </w:r>
    </w:p>
    <w:p w14:paraId="6D17C8F9" w14:textId="77777777" w:rsidR="00854BAA" w:rsidRPr="00C9454D" w:rsidRDefault="00854BAA" w:rsidP="00C9454D">
      <w:pPr>
        <w:rPr>
          <w:b/>
          <w:bCs/>
          <w:sz w:val="24"/>
          <w:szCs w:val="24"/>
        </w:rPr>
      </w:pPr>
      <w:r w:rsidRPr="00C9454D">
        <w:rPr>
          <w:sz w:val="24"/>
          <w:szCs w:val="24"/>
        </w:rPr>
        <w:t>Age 14-16: The Most Coveted Jewel</w:t>
      </w:r>
    </w:p>
    <w:p w14:paraId="4485ED45" w14:textId="77777777" w:rsidR="00854BAA" w:rsidRPr="00C9454D" w:rsidRDefault="00854BAA" w:rsidP="00FE197F">
      <w:pPr>
        <w:numPr>
          <w:ilvl w:val="0"/>
          <w:numId w:val="12"/>
        </w:numPr>
        <w:rPr>
          <w:sz w:val="24"/>
          <w:szCs w:val="24"/>
        </w:rPr>
      </w:pPr>
      <w:r w:rsidRPr="00C9454D">
        <w:rPr>
          <w:sz w:val="24"/>
          <w:szCs w:val="24"/>
        </w:rPr>
        <w:t xml:space="preserve">By 14, Helena is the undisputed darling of the court. Poets begin composing verses about her beauty, and noblewomen whisper about how she seems to have been </w:t>
      </w:r>
      <w:r w:rsidRPr="00C9454D">
        <w:rPr>
          <w:i/>
          <w:iCs/>
          <w:sz w:val="24"/>
          <w:szCs w:val="24"/>
        </w:rPr>
        <w:t>blessed by the heavens</w:t>
      </w:r>
      <w:r w:rsidRPr="00C9454D">
        <w:rPr>
          <w:sz w:val="24"/>
          <w:szCs w:val="24"/>
        </w:rPr>
        <w:t>.</w:t>
      </w:r>
    </w:p>
    <w:p w14:paraId="60EC50CC" w14:textId="77777777" w:rsidR="00854BAA" w:rsidRPr="00C9454D" w:rsidRDefault="00854BAA" w:rsidP="00FE197F">
      <w:pPr>
        <w:numPr>
          <w:ilvl w:val="0"/>
          <w:numId w:val="12"/>
        </w:numPr>
        <w:rPr>
          <w:sz w:val="24"/>
          <w:szCs w:val="24"/>
        </w:rPr>
      </w:pPr>
      <w:r w:rsidRPr="00C9454D">
        <w:rPr>
          <w:sz w:val="24"/>
          <w:szCs w:val="24"/>
        </w:rPr>
        <w:t>John Marshall, now a formidable knight, grows increasingly wary of the suitors circling her. He and Guy work together to ensure that none are given an easy path to her hand.</w:t>
      </w:r>
    </w:p>
    <w:p w14:paraId="64E48F0E" w14:textId="77777777" w:rsidR="00854BAA" w:rsidRPr="00C9454D" w:rsidRDefault="00854BAA" w:rsidP="00FE197F">
      <w:pPr>
        <w:numPr>
          <w:ilvl w:val="0"/>
          <w:numId w:val="12"/>
        </w:numPr>
        <w:rPr>
          <w:sz w:val="24"/>
          <w:szCs w:val="24"/>
        </w:rPr>
      </w:pPr>
      <w:r w:rsidRPr="00C9454D">
        <w:rPr>
          <w:sz w:val="24"/>
          <w:szCs w:val="24"/>
        </w:rPr>
        <w:t>Helena, aware of the stir she causes, begins to wield her influence wisely, observing how men behave when they think they have her attention.</w:t>
      </w:r>
    </w:p>
    <w:p w14:paraId="2F50E9F9" w14:textId="77777777" w:rsidR="00854BAA" w:rsidRPr="00C9454D" w:rsidRDefault="00854BAA" w:rsidP="00FE197F">
      <w:pPr>
        <w:numPr>
          <w:ilvl w:val="0"/>
          <w:numId w:val="12"/>
        </w:numPr>
        <w:rPr>
          <w:sz w:val="24"/>
          <w:szCs w:val="24"/>
        </w:rPr>
      </w:pPr>
      <w:r w:rsidRPr="00C9454D">
        <w:rPr>
          <w:sz w:val="24"/>
          <w:szCs w:val="24"/>
        </w:rPr>
        <w:t>At 15, she dances at her first major court event and immediately captures the notice of a powerful older noble, perhaps a widowed Duke or Count. The proposal is tempting to many but horrifying to Guy and John.</w:t>
      </w:r>
    </w:p>
    <w:p w14:paraId="4E2CBFC9" w14:textId="77777777" w:rsidR="00854BAA" w:rsidRPr="00C9454D" w:rsidRDefault="00854BAA" w:rsidP="00FE197F">
      <w:pPr>
        <w:numPr>
          <w:ilvl w:val="0"/>
          <w:numId w:val="12"/>
        </w:numPr>
        <w:rPr>
          <w:sz w:val="24"/>
          <w:szCs w:val="24"/>
        </w:rPr>
      </w:pPr>
      <w:r w:rsidRPr="00C9454D">
        <w:rPr>
          <w:sz w:val="24"/>
          <w:szCs w:val="24"/>
        </w:rPr>
        <w:t>She begins to understand the weight of her beauty as a weapon—something that could be used for advantage or lead to ruin.</w:t>
      </w:r>
    </w:p>
    <w:p w14:paraId="25C6630E" w14:textId="32976901" w:rsidR="00854BAA" w:rsidRPr="00C9454D" w:rsidRDefault="00854BAA" w:rsidP="00FE197F">
      <w:pPr>
        <w:numPr>
          <w:ilvl w:val="0"/>
          <w:numId w:val="12"/>
        </w:numPr>
        <w:rPr>
          <w:sz w:val="24"/>
          <w:szCs w:val="24"/>
        </w:rPr>
      </w:pPr>
      <w:r w:rsidRPr="00C9454D">
        <w:rPr>
          <w:sz w:val="24"/>
          <w:szCs w:val="24"/>
        </w:rPr>
        <w:t>At 16, an event shakes her—perhaps an incident where a suitor oversteps his bounds, or where she sees the darker si</w:t>
      </w:r>
      <w:r w:rsidR="00DD1FF5" w:rsidRPr="00C9454D">
        <w:rPr>
          <w:sz w:val="24"/>
          <w:szCs w:val="24"/>
        </w:rPr>
        <w:t xml:space="preserve">de </w:t>
      </w:r>
      <w:r w:rsidRPr="00C9454D">
        <w:rPr>
          <w:sz w:val="24"/>
          <w:szCs w:val="24"/>
        </w:rPr>
        <w:t>of court intrigue. This marks the first moment she truly begins to think about her own autonomy.</w:t>
      </w:r>
    </w:p>
    <w:p w14:paraId="46D2CC2E" w14:textId="77777777" w:rsidR="00854BAA" w:rsidRPr="00C9454D" w:rsidRDefault="00854BAA" w:rsidP="00C9454D">
      <w:pPr>
        <w:rPr>
          <w:b/>
          <w:bCs/>
          <w:sz w:val="24"/>
          <w:szCs w:val="24"/>
        </w:rPr>
      </w:pPr>
      <w:r w:rsidRPr="00C9454D">
        <w:rPr>
          <w:sz w:val="24"/>
          <w:szCs w:val="24"/>
        </w:rPr>
        <w:t>Age 17-18: A Heart That Cannot Be Caged</w:t>
      </w:r>
    </w:p>
    <w:p w14:paraId="1FEFCE1D" w14:textId="77777777" w:rsidR="00854BAA" w:rsidRPr="00C9454D" w:rsidRDefault="00854BAA" w:rsidP="00FE197F">
      <w:pPr>
        <w:numPr>
          <w:ilvl w:val="0"/>
          <w:numId w:val="13"/>
        </w:numPr>
        <w:rPr>
          <w:sz w:val="24"/>
          <w:szCs w:val="24"/>
        </w:rPr>
      </w:pPr>
      <w:r w:rsidRPr="00C9454D">
        <w:rPr>
          <w:sz w:val="24"/>
          <w:szCs w:val="24"/>
        </w:rPr>
        <w:t>Now of marriageable age, the pressure increases. Kings and high lords send envoys, each offering power, land, or alliances in exchange for her hand.</w:t>
      </w:r>
    </w:p>
    <w:p w14:paraId="4DC2FA5D" w14:textId="77777777" w:rsidR="00854BAA" w:rsidRPr="00C9454D" w:rsidRDefault="00854BAA" w:rsidP="00FE197F">
      <w:pPr>
        <w:numPr>
          <w:ilvl w:val="0"/>
          <w:numId w:val="13"/>
        </w:numPr>
        <w:rPr>
          <w:sz w:val="24"/>
          <w:szCs w:val="24"/>
        </w:rPr>
      </w:pPr>
      <w:r w:rsidRPr="00C9454D">
        <w:rPr>
          <w:sz w:val="24"/>
          <w:szCs w:val="24"/>
        </w:rPr>
        <w:t>Helena, however, has no intention of simply marrying for status. She begins to challenge the idea that her fate must be decided by men.</w:t>
      </w:r>
    </w:p>
    <w:p w14:paraId="4C0B94BB" w14:textId="77777777" w:rsidR="00854BAA" w:rsidRPr="00C9454D" w:rsidRDefault="00854BAA" w:rsidP="00FE197F">
      <w:pPr>
        <w:numPr>
          <w:ilvl w:val="0"/>
          <w:numId w:val="13"/>
        </w:numPr>
        <w:rPr>
          <w:sz w:val="24"/>
          <w:szCs w:val="24"/>
        </w:rPr>
      </w:pPr>
      <w:r w:rsidRPr="00C9454D">
        <w:rPr>
          <w:sz w:val="24"/>
          <w:szCs w:val="24"/>
        </w:rPr>
        <w:t>She seeks John Marshall’s counsel often, questioning what kind of man is worth standing beside.</w:t>
      </w:r>
    </w:p>
    <w:p w14:paraId="7355A6B1" w14:textId="77777777" w:rsidR="00854BAA" w:rsidRPr="00C9454D" w:rsidRDefault="00854BAA" w:rsidP="00FE197F">
      <w:pPr>
        <w:numPr>
          <w:ilvl w:val="0"/>
          <w:numId w:val="13"/>
        </w:numPr>
        <w:rPr>
          <w:sz w:val="24"/>
          <w:szCs w:val="24"/>
        </w:rPr>
      </w:pPr>
      <w:r w:rsidRPr="00C9454D">
        <w:rPr>
          <w:sz w:val="24"/>
          <w:szCs w:val="24"/>
        </w:rPr>
        <w:t>She starts to notice a different kind of attention—those who see her not as an ornament but as a force to be reckoned with. One such man, perhaps a knight of lesser birth but great honor, intrigues her.</w:t>
      </w:r>
    </w:p>
    <w:p w14:paraId="37E8CF8F" w14:textId="77777777" w:rsidR="00854BAA" w:rsidRPr="00C9454D" w:rsidRDefault="00854BAA" w:rsidP="00FE197F">
      <w:pPr>
        <w:numPr>
          <w:ilvl w:val="0"/>
          <w:numId w:val="13"/>
        </w:numPr>
        <w:rPr>
          <w:sz w:val="24"/>
          <w:szCs w:val="24"/>
        </w:rPr>
      </w:pPr>
      <w:r w:rsidRPr="00C9454D">
        <w:rPr>
          <w:sz w:val="24"/>
          <w:szCs w:val="24"/>
        </w:rPr>
        <w:t>Guy remains steadfast in his stance: he will not force her into anything, but neither will he allow her to be deceived by charm alone.</w:t>
      </w:r>
    </w:p>
    <w:p w14:paraId="796F7324" w14:textId="77777777" w:rsidR="00854BAA" w:rsidRPr="00C9454D" w:rsidRDefault="00854BAA" w:rsidP="00C9454D">
      <w:pPr>
        <w:rPr>
          <w:b/>
          <w:bCs/>
          <w:sz w:val="24"/>
          <w:szCs w:val="24"/>
        </w:rPr>
      </w:pPr>
      <w:r w:rsidRPr="00C9454D">
        <w:rPr>
          <w:sz w:val="24"/>
          <w:szCs w:val="24"/>
        </w:rPr>
        <w:t>Age 19-20: The Choice of a Lady</w:t>
      </w:r>
    </w:p>
    <w:p w14:paraId="43A1363F" w14:textId="77777777" w:rsidR="00854BAA" w:rsidRPr="00C9454D" w:rsidRDefault="00854BAA" w:rsidP="00FE197F">
      <w:pPr>
        <w:numPr>
          <w:ilvl w:val="0"/>
          <w:numId w:val="14"/>
        </w:numPr>
        <w:rPr>
          <w:sz w:val="24"/>
          <w:szCs w:val="24"/>
        </w:rPr>
      </w:pPr>
      <w:r w:rsidRPr="00C9454D">
        <w:rPr>
          <w:sz w:val="24"/>
          <w:szCs w:val="24"/>
        </w:rPr>
        <w:t>Now a woman grown, Helena is faced with her greatest test—choosing between duty, love, and freedom.</w:t>
      </w:r>
    </w:p>
    <w:p w14:paraId="1AAAE6A1" w14:textId="77777777" w:rsidR="00854BAA" w:rsidRPr="00C9454D" w:rsidRDefault="00854BAA" w:rsidP="00FE197F">
      <w:pPr>
        <w:numPr>
          <w:ilvl w:val="0"/>
          <w:numId w:val="14"/>
        </w:numPr>
        <w:rPr>
          <w:sz w:val="24"/>
          <w:szCs w:val="24"/>
        </w:rPr>
      </w:pPr>
      <w:r w:rsidRPr="00C9454D">
        <w:rPr>
          <w:sz w:val="24"/>
          <w:szCs w:val="24"/>
        </w:rPr>
        <w:t>She has three serious suitors: a high-ranking prince seeking alliance, a famed knight offering loyalty and devotion, and a mysterious noble with a reputation for intelligence and cunning.</w:t>
      </w:r>
    </w:p>
    <w:p w14:paraId="295E7CDD" w14:textId="77777777" w:rsidR="00854BAA" w:rsidRPr="00C9454D" w:rsidRDefault="00854BAA" w:rsidP="00FE197F">
      <w:pPr>
        <w:numPr>
          <w:ilvl w:val="0"/>
          <w:numId w:val="14"/>
        </w:numPr>
        <w:rPr>
          <w:sz w:val="24"/>
          <w:szCs w:val="24"/>
        </w:rPr>
      </w:pPr>
      <w:r w:rsidRPr="00C9454D">
        <w:rPr>
          <w:sz w:val="24"/>
          <w:szCs w:val="24"/>
        </w:rPr>
        <w:t>She must navigate her father’s expectations, John Marshall’s protective instincts, and her own heart.</w:t>
      </w:r>
    </w:p>
    <w:p w14:paraId="28E903FA" w14:textId="77777777" w:rsidR="00854BAA" w:rsidRPr="00C9454D" w:rsidRDefault="00854BAA" w:rsidP="00FE197F">
      <w:pPr>
        <w:numPr>
          <w:ilvl w:val="0"/>
          <w:numId w:val="14"/>
        </w:numPr>
        <w:rPr>
          <w:sz w:val="24"/>
          <w:szCs w:val="24"/>
        </w:rPr>
      </w:pPr>
      <w:r w:rsidRPr="00C9454D">
        <w:rPr>
          <w:sz w:val="24"/>
          <w:szCs w:val="24"/>
        </w:rPr>
        <w:t>Court politics intensify—some nobles see her as a tool for their ambitions, while others admire her resolve.</w:t>
      </w:r>
    </w:p>
    <w:p w14:paraId="0E4A518F" w14:textId="77777777" w:rsidR="00854BAA" w:rsidRPr="00C9454D" w:rsidRDefault="00854BAA" w:rsidP="00FE197F">
      <w:pPr>
        <w:numPr>
          <w:ilvl w:val="0"/>
          <w:numId w:val="14"/>
        </w:numPr>
        <w:rPr>
          <w:sz w:val="24"/>
          <w:szCs w:val="24"/>
        </w:rPr>
      </w:pPr>
      <w:r w:rsidRPr="00C9454D">
        <w:rPr>
          <w:sz w:val="24"/>
          <w:szCs w:val="24"/>
        </w:rPr>
        <w:t>Ultimately, the choice she makes must align with who she truly is—a woman of wisdom, strength, and independence.</w:t>
      </w:r>
    </w:p>
    <w:p w14:paraId="54279637" w14:textId="77777777" w:rsidR="00854BAA" w:rsidRPr="00C9454D" w:rsidRDefault="00FE197F" w:rsidP="00C9454D">
      <w:pPr>
        <w:rPr>
          <w:sz w:val="24"/>
          <w:szCs w:val="24"/>
        </w:rPr>
      </w:pPr>
      <w:r>
        <w:rPr>
          <w:noProof/>
          <w:sz w:val="24"/>
          <w:szCs w:val="24"/>
        </w:rPr>
      </w:r>
      <w:r w:rsidR="00FE197F">
        <w:rPr>
          <w:noProof/>
          <w:sz w:val="24"/>
          <w:szCs w:val="24"/>
        </w:rPr>
        <w:pict w14:anchorId="2D22C1C4">
          <v:rect id="_x0000_i1143" style="width:0;height:1.5pt" o:hralign="center" o:hrstd="t" o:hr="t" fillcolor="#a0a0a0" stroked="f"/>
        </w:pict>
      </w:r>
    </w:p>
    <w:p w14:paraId="02315B69" w14:textId="77777777" w:rsidR="00F12DA7" w:rsidRPr="00C9454D" w:rsidRDefault="00F12DA7" w:rsidP="00C9454D">
      <w:pPr>
        <w:rPr>
          <w:rFonts w:asciiTheme="majorHAnsi" w:eastAsiaTheme="majorEastAsia" w:hAnsiTheme="majorHAnsi" w:cstheme="majorBidi"/>
          <w:color w:val="61721F" w:themeColor="accent1" w:themeShade="BF"/>
          <w:sz w:val="24"/>
          <w:szCs w:val="24"/>
        </w:rPr>
      </w:pPr>
      <w:r w:rsidRPr="00C9454D">
        <w:rPr>
          <w:sz w:val="24"/>
          <w:szCs w:val="24"/>
        </w:rPr>
        <w:br w:type="page"/>
      </w:r>
    </w:p>
    <w:p w14:paraId="0DBAAFD3" w14:textId="3498D48C" w:rsidR="00854BAA" w:rsidRPr="00C9454D" w:rsidRDefault="00854BAA" w:rsidP="00C9454D">
      <w:pPr>
        <w:pStyle w:val="Heading2"/>
        <w:rPr>
          <w:b/>
          <w:bCs/>
          <w:sz w:val="24"/>
          <w:szCs w:val="24"/>
        </w:rPr>
      </w:pPr>
      <w:r w:rsidRPr="00C9454D">
        <w:rPr>
          <w:sz w:val="24"/>
          <w:szCs w:val="24"/>
        </w:rPr>
        <w:t xml:space="preserve">Helena </w:t>
      </w:r>
      <w:r w:rsidR="00DD1FF5" w:rsidRPr="00C9454D">
        <w:rPr>
          <w:sz w:val="24"/>
          <w:szCs w:val="24"/>
        </w:rPr>
        <w:t xml:space="preserve">de </w:t>
      </w:r>
      <w:proofErr w:type="spellStart"/>
      <w:r w:rsidR="0079168F" w:rsidRPr="00C9454D">
        <w:rPr>
          <w:sz w:val="24"/>
          <w:szCs w:val="24"/>
        </w:rPr>
        <w:t>Peine</w:t>
      </w:r>
      <w:proofErr w:type="spellEnd"/>
      <w:r w:rsidRPr="00C9454D">
        <w:rPr>
          <w:sz w:val="24"/>
          <w:szCs w:val="24"/>
        </w:rPr>
        <w:t>: A Dance of Suitors</w:t>
      </w:r>
    </w:p>
    <w:p w14:paraId="390FC0D1" w14:textId="0C3FE4BD" w:rsidR="00854BAA" w:rsidRPr="00C9454D" w:rsidRDefault="00854BAA" w:rsidP="00C9454D">
      <w:pPr>
        <w:pStyle w:val="Heading2"/>
        <w:rPr>
          <w:i/>
          <w:iCs/>
          <w:sz w:val="24"/>
          <w:szCs w:val="24"/>
        </w:rPr>
      </w:pPr>
      <w:r w:rsidRPr="00C9454D">
        <w:rPr>
          <w:i/>
          <w:iCs/>
          <w:sz w:val="24"/>
          <w:szCs w:val="24"/>
        </w:rPr>
        <w:t>(A Narrative of Love, Power, and Choice)</w:t>
      </w:r>
    </w:p>
    <w:p w14:paraId="077F506E" w14:textId="537C9D53" w:rsidR="0058522E" w:rsidRPr="00C9454D" w:rsidRDefault="00AF5064" w:rsidP="00C9454D">
      <w:pPr>
        <w:pStyle w:val="Heading2"/>
        <w:rPr>
          <w:sz w:val="24"/>
          <w:szCs w:val="24"/>
        </w:rPr>
      </w:pPr>
      <w:r w:rsidRPr="00C9454D">
        <w:rPr>
          <w:sz w:val="24"/>
          <w:szCs w:val="24"/>
        </w:rPr>
        <w:t xml:space="preserve"> </w:t>
      </w:r>
      <w:r w:rsidR="009310E0" w:rsidRPr="00C9454D">
        <w:rPr>
          <w:sz w:val="24"/>
          <w:szCs w:val="24"/>
        </w:rPr>
        <w:t>1232</w:t>
      </w:r>
      <w:r w:rsidRPr="00C9454D">
        <w:rPr>
          <w:sz w:val="24"/>
          <w:szCs w:val="24"/>
        </w:rPr>
        <w:t xml:space="preserve">                                          </w:t>
      </w:r>
      <w:r w:rsidR="00C351EB" w:rsidRPr="00C9454D">
        <w:rPr>
          <w:sz w:val="24"/>
          <w:szCs w:val="24"/>
        </w:rPr>
        <w:t xml:space="preserve">                                                                                                         </w:t>
      </w:r>
    </w:p>
    <w:p w14:paraId="2C64EF10" w14:textId="59A14842" w:rsidR="00854BAA" w:rsidRPr="00C9454D" w:rsidRDefault="00FE0043" w:rsidP="00C9454D">
      <w:pPr>
        <w:pStyle w:val="Heading2"/>
        <w:rPr>
          <w:color w:val="FF0000"/>
          <w:sz w:val="24"/>
          <w:szCs w:val="24"/>
          <w:u w:val="double"/>
        </w:rPr>
      </w:pPr>
      <w:r w:rsidRPr="00C9454D">
        <w:rPr>
          <w:color w:val="FF0000"/>
          <w:sz w:val="24"/>
          <w:szCs w:val="24"/>
          <w:u w:val="double"/>
        </w:rPr>
        <w:t xml:space="preserve"> </w:t>
      </w:r>
      <w:r w:rsidR="00854BAA" w:rsidRPr="00C9454D">
        <w:rPr>
          <w:sz w:val="24"/>
          <w:szCs w:val="24"/>
        </w:rPr>
        <w:t>The First Suitor: The Ideal Choice</w:t>
      </w:r>
    </w:p>
    <w:p w14:paraId="37340A2F" w14:textId="77777777" w:rsidR="00854BAA" w:rsidRPr="00C9454D" w:rsidRDefault="00854BAA" w:rsidP="00C9454D">
      <w:pPr>
        <w:pStyle w:val="Heading2"/>
        <w:rPr>
          <w:i/>
          <w:iCs/>
          <w:sz w:val="24"/>
          <w:szCs w:val="24"/>
        </w:rPr>
      </w:pPr>
      <w:r w:rsidRPr="00C9454D">
        <w:rPr>
          <w:i/>
          <w:iCs/>
          <w:sz w:val="24"/>
          <w:szCs w:val="24"/>
        </w:rPr>
        <w:t>(Lord Cedric of House Montreux – The Perfect Suitor for Society)</w:t>
      </w:r>
    </w:p>
    <w:p w14:paraId="4DBC51B7" w14:textId="77777777" w:rsidR="00585D2E" w:rsidRPr="00C9454D" w:rsidRDefault="00585D2E" w:rsidP="00C9454D">
      <w:pPr>
        <w:rPr>
          <w:sz w:val="24"/>
          <w:szCs w:val="24"/>
        </w:rPr>
      </w:pPr>
    </w:p>
    <w:p w14:paraId="627790F4" w14:textId="4735AAAB" w:rsidR="00854BAA" w:rsidRPr="00C9454D" w:rsidRDefault="00854BAA" w:rsidP="00C9454D">
      <w:pPr>
        <w:rPr>
          <w:sz w:val="24"/>
          <w:szCs w:val="24"/>
        </w:rPr>
      </w:pPr>
      <w:r w:rsidRPr="00C9454D">
        <w:rPr>
          <w:sz w:val="24"/>
          <w:szCs w:val="24"/>
        </w:rPr>
        <w:t>Helena first met Lord Cedric at a grand feast held in honor of the king’s return from a distant campaign. He was the embodiment of nobility—tall, well-spoken, and immaculately dressed, with the kind of regal bearing that ma</w:t>
      </w:r>
      <w:r w:rsidR="00DD1FF5" w:rsidRPr="00C9454D">
        <w:rPr>
          <w:sz w:val="24"/>
          <w:szCs w:val="24"/>
        </w:rPr>
        <w:t xml:space="preserve">de </w:t>
      </w:r>
      <w:r w:rsidRPr="00C9454D">
        <w:rPr>
          <w:sz w:val="24"/>
          <w:szCs w:val="24"/>
        </w:rPr>
        <w:t>noble mothers swoon at the thought of him marrying their daughters.</w:t>
      </w:r>
    </w:p>
    <w:p w14:paraId="2000BF5A" w14:textId="096A7933" w:rsidR="00854BAA" w:rsidRPr="00C9454D" w:rsidRDefault="00854BAA" w:rsidP="00C9454D">
      <w:pPr>
        <w:rPr>
          <w:sz w:val="24"/>
          <w:szCs w:val="24"/>
        </w:rPr>
      </w:pPr>
      <w:r w:rsidRPr="00C9454D">
        <w:rPr>
          <w:sz w:val="24"/>
          <w:szCs w:val="24"/>
        </w:rPr>
        <w:t>He was courteous to Helena in a way that was impossible to fault. Every gesture was precise, every compliment polished. He never overstepped, nor did he bore her with mindless flattery. Instead, he engaged her in discussions of court affairs, of the role of nobility in shaping the future. He admired her intellect and ma</w:t>
      </w:r>
      <w:r w:rsidR="00DD1FF5" w:rsidRPr="00C9454D">
        <w:rPr>
          <w:sz w:val="24"/>
          <w:szCs w:val="24"/>
        </w:rPr>
        <w:t xml:space="preserve">de </w:t>
      </w:r>
      <w:r w:rsidRPr="00C9454D">
        <w:rPr>
          <w:sz w:val="24"/>
          <w:szCs w:val="24"/>
        </w:rPr>
        <w:t>no secret of his intent to claim her hand.</w:t>
      </w:r>
    </w:p>
    <w:p w14:paraId="57B9A9F3" w14:textId="4093CCD3" w:rsidR="00854BAA" w:rsidRPr="00C9454D" w:rsidRDefault="00854BAA" w:rsidP="00C9454D">
      <w:pPr>
        <w:rPr>
          <w:sz w:val="24"/>
          <w:szCs w:val="24"/>
        </w:rPr>
      </w:pPr>
      <w:r w:rsidRPr="00C9454D">
        <w:rPr>
          <w:sz w:val="24"/>
          <w:szCs w:val="24"/>
        </w:rPr>
        <w:t>“Lady Helena,” he said one evening as they stood on the balcony of the royal hall, the golden candlelight spilling out behind them. “You are the most sought-after jewel in the kingdom, and I would be honored if you allowed me to stand besi</w:t>
      </w:r>
      <w:r w:rsidR="00DD1FF5" w:rsidRPr="00C9454D">
        <w:rPr>
          <w:sz w:val="24"/>
          <w:szCs w:val="24"/>
        </w:rPr>
        <w:t xml:space="preserve">de </w:t>
      </w:r>
      <w:r w:rsidRPr="00C9454D">
        <w:rPr>
          <w:sz w:val="24"/>
          <w:szCs w:val="24"/>
        </w:rPr>
        <w:t>you, to rule as your equal.”</w:t>
      </w:r>
    </w:p>
    <w:p w14:paraId="08B9A958" w14:textId="77777777" w:rsidR="00854BAA" w:rsidRPr="00C9454D" w:rsidRDefault="00854BAA" w:rsidP="00C9454D">
      <w:pPr>
        <w:rPr>
          <w:sz w:val="24"/>
          <w:szCs w:val="24"/>
        </w:rPr>
      </w:pPr>
      <w:r w:rsidRPr="00C9454D">
        <w:rPr>
          <w:sz w:val="24"/>
          <w:szCs w:val="24"/>
        </w:rPr>
        <w:t>His offer was everything a noblewoman could wish for. Marrying him would bring prestige, security, and a life at the highest tiers of society. Her father, Guy, did not object—Lord Cedric was no threat, no fool, and he would treat Helena well.</w:t>
      </w:r>
    </w:p>
    <w:p w14:paraId="55A2552E" w14:textId="77777777" w:rsidR="00854BAA" w:rsidRPr="00C9454D" w:rsidRDefault="00854BAA" w:rsidP="00C9454D">
      <w:pPr>
        <w:rPr>
          <w:sz w:val="24"/>
          <w:szCs w:val="24"/>
        </w:rPr>
      </w:pPr>
      <w:r w:rsidRPr="00C9454D">
        <w:rPr>
          <w:sz w:val="24"/>
          <w:szCs w:val="24"/>
        </w:rPr>
        <w:t>And yet, when she looked into his eyes, she saw admiration but no passion. Respect but no fire. His proposal was one of duty, of an arrangement that would please both families, but it did not stir her heart.</w:t>
      </w:r>
    </w:p>
    <w:p w14:paraId="4FAAB91A" w14:textId="2AF59117" w:rsidR="00854BAA" w:rsidRPr="00C9454D" w:rsidRDefault="00854BAA" w:rsidP="00C9454D">
      <w:pPr>
        <w:rPr>
          <w:sz w:val="24"/>
          <w:szCs w:val="24"/>
        </w:rPr>
      </w:pPr>
      <w:r w:rsidRPr="00C9454D">
        <w:rPr>
          <w:sz w:val="24"/>
          <w:szCs w:val="24"/>
        </w:rPr>
        <w:t xml:space="preserve">John Marshall, ever perceptive, noticed her hesitation. One evening, as they walked the halls of </w:t>
      </w:r>
      <w:r w:rsidR="00522C4D" w:rsidRPr="00C9454D">
        <w:rPr>
          <w:sz w:val="24"/>
          <w:szCs w:val="24"/>
        </w:rPr>
        <w:t>High Haven</w:t>
      </w:r>
      <w:r w:rsidRPr="00C9454D">
        <w:rPr>
          <w:sz w:val="24"/>
          <w:szCs w:val="24"/>
        </w:rPr>
        <w:t>, he spoke plainly.</w:t>
      </w:r>
    </w:p>
    <w:p w14:paraId="638BE9CB" w14:textId="77777777" w:rsidR="00854BAA" w:rsidRPr="00C9454D" w:rsidRDefault="00854BAA" w:rsidP="00C9454D">
      <w:pPr>
        <w:rPr>
          <w:sz w:val="24"/>
          <w:szCs w:val="24"/>
        </w:rPr>
      </w:pPr>
      <w:r w:rsidRPr="00C9454D">
        <w:rPr>
          <w:sz w:val="24"/>
          <w:szCs w:val="24"/>
        </w:rPr>
        <w:t>“You do not love him,” he said.</w:t>
      </w:r>
    </w:p>
    <w:p w14:paraId="0994F84D" w14:textId="77777777" w:rsidR="00854BAA" w:rsidRPr="00C9454D" w:rsidRDefault="00854BAA" w:rsidP="00C9454D">
      <w:pPr>
        <w:rPr>
          <w:sz w:val="24"/>
          <w:szCs w:val="24"/>
        </w:rPr>
      </w:pPr>
      <w:r w:rsidRPr="00C9454D">
        <w:rPr>
          <w:sz w:val="24"/>
          <w:szCs w:val="24"/>
        </w:rPr>
        <w:t>Helena sighed. “No, but I do not dislike him, either. He is everything I am supposed to want.”</w:t>
      </w:r>
    </w:p>
    <w:p w14:paraId="33065680" w14:textId="77777777" w:rsidR="00854BAA" w:rsidRPr="00C9454D" w:rsidRDefault="00854BAA" w:rsidP="00C9454D">
      <w:pPr>
        <w:rPr>
          <w:sz w:val="24"/>
          <w:szCs w:val="24"/>
        </w:rPr>
      </w:pPr>
      <w:r w:rsidRPr="00C9454D">
        <w:rPr>
          <w:sz w:val="24"/>
          <w:szCs w:val="24"/>
        </w:rPr>
        <w:t xml:space="preserve">“And yet, he does not see </w:t>
      </w:r>
      <w:r w:rsidRPr="00C9454D">
        <w:rPr>
          <w:i/>
          <w:iCs/>
          <w:sz w:val="24"/>
          <w:szCs w:val="24"/>
        </w:rPr>
        <w:t>you</w:t>
      </w:r>
      <w:r w:rsidRPr="00C9454D">
        <w:rPr>
          <w:sz w:val="24"/>
          <w:szCs w:val="24"/>
        </w:rPr>
        <w:t>,” John said. “He sees Lady Helena, the noblewoman, the daughter of a great house. He would give you a life of comfort and political standing. But is that enough?”</w:t>
      </w:r>
    </w:p>
    <w:p w14:paraId="15312CA4" w14:textId="77777777" w:rsidR="00854BAA" w:rsidRPr="00C9454D" w:rsidRDefault="00854BAA" w:rsidP="00C9454D">
      <w:pPr>
        <w:rPr>
          <w:sz w:val="24"/>
          <w:szCs w:val="24"/>
        </w:rPr>
      </w:pPr>
      <w:r w:rsidRPr="00C9454D">
        <w:rPr>
          <w:sz w:val="24"/>
          <w:szCs w:val="24"/>
        </w:rPr>
        <w:t>Helena had no answer.</w:t>
      </w:r>
    </w:p>
    <w:p w14:paraId="1A8A55A4" w14:textId="77777777" w:rsidR="00854BAA" w:rsidRPr="00C9454D" w:rsidRDefault="00FE197F" w:rsidP="00C9454D">
      <w:pPr>
        <w:rPr>
          <w:sz w:val="24"/>
          <w:szCs w:val="24"/>
        </w:rPr>
      </w:pPr>
      <w:r>
        <w:rPr>
          <w:noProof/>
          <w:sz w:val="24"/>
          <w:szCs w:val="24"/>
        </w:rPr>
      </w:r>
      <w:r w:rsidR="00FE197F">
        <w:rPr>
          <w:noProof/>
          <w:sz w:val="24"/>
          <w:szCs w:val="24"/>
        </w:rPr>
        <w:pict w14:anchorId="5570D7DE">
          <v:rect id="_x0000_i1144" style="width:0;height:1.5pt" o:hralign="center" o:hrstd="t" o:hr="t" fillcolor="#a0a0a0" stroked="f"/>
        </w:pict>
      </w:r>
    </w:p>
    <w:p w14:paraId="480421AF" w14:textId="77777777" w:rsidR="00854BAA" w:rsidRPr="00C9454D" w:rsidRDefault="00854BAA" w:rsidP="00C9454D">
      <w:pPr>
        <w:pStyle w:val="Heading2"/>
        <w:rPr>
          <w:sz w:val="24"/>
          <w:szCs w:val="24"/>
        </w:rPr>
      </w:pPr>
      <w:r w:rsidRPr="00C9454D">
        <w:rPr>
          <w:sz w:val="24"/>
          <w:szCs w:val="24"/>
        </w:rPr>
        <w:t xml:space="preserve">The </w:t>
      </w:r>
      <w:r w:rsidRPr="00C9454D">
        <w:rPr>
          <w:rStyle w:val="Heading2Char"/>
          <w:sz w:val="24"/>
          <w:szCs w:val="24"/>
        </w:rPr>
        <w:t>Second</w:t>
      </w:r>
      <w:r w:rsidRPr="00C9454D">
        <w:rPr>
          <w:sz w:val="24"/>
          <w:szCs w:val="24"/>
        </w:rPr>
        <w:t xml:space="preserve"> Suitor: The Dangerous One</w:t>
      </w:r>
    </w:p>
    <w:p w14:paraId="6DBC65D8" w14:textId="77777777" w:rsidR="00585D2E" w:rsidRPr="00C9454D" w:rsidRDefault="00585D2E" w:rsidP="00C9454D">
      <w:pPr>
        <w:rPr>
          <w:sz w:val="24"/>
          <w:szCs w:val="24"/>
        </w:rPr>
      </w:pPr>
    </w:p>
    <w:p w14:paraId="618D1DC0" w14:textId="77777777" w:rsidR="00854BAA" w:rsidRPr="00C9454D" w:rsidRDefault="00854BAA" w:rsidP="00C9454D">
      <w:pPr>
        <w:rPr>
          <w:sz w:val="24"/>
          <w:szCs w:val="24"/>
        </w:rPr>
      </w:pPr>
      <w:r w:rsidRPr="00C9454D">
        <w:rPr>
          <w:i/>
          <w:iCs/>
          <w:sz w:val="24"/>
          <w:szCs w:val="24"/>
        </w:rPr>
        <w:t xml:space="preserve">(Lord Adrian </w:t>
      </w:r>
      <w:proofErr w:type="spellStart"/>
      <w:r w:rsidRPr="00C9454D">
        <w:rPr>
          <w:i/>
          <w:iCs/>
          <w:sz w:val="24"/>
          <w:szCs w:val="24"/>
        </w:rPr>
        <w:t>d’Alembert</w:t>
      </w:r>
      <w:proofErr w:type="spellEnd"/>
      <w:r w:rsidRPr="00C9454D">
        <w:rPr>
          <w:i/>
          <w:iCs/>
          <w:sz w:val="24"/>
          <w:szCs w:val="24"/>
        </w:rPr>
        <w:t xml:space="preserve"> – The Arrogant, Overconfident Suitor Who Won’t Take No for an Answer)</w:t>
      </w:r>
    </w:p>
    <w:p w14:paraId="7DBB2D28" w14:textId="77777777" w:rsidR="00854BAA" w:rsidRPr="00C9454D" w:rsidRDefault="00854BAA" w:rsidP="00C9454D">
      <w:pPr>
        <w:rPr>
          <w:sz w:val="24"/>
          <w:szCs w:val="24"/>
        </w:rPr>
      </w:pPr>
      <w:r w:rsidRPr="00C9454D">
        <w:rPr>
          <w:sz w:val="24"/>
          <w:szCs w:val="24"/>
        </w:rPr>
        <w:t>If Lord Cedric was a model of noble grace, then Lord Adrian was the embodiment of unchecked ambition. He was powerful, older by nearly a decade, and carried himself like a man who had never been denied anything he desired.</w:t>
      </w:r>
    </w:p>
    <w:p w14:paraId="10C052A4" w14:textId="193A3D66" w:rsidR="00854BAA" w:rsidRPr="00C9454D" w:rsidRDefault="00854BAA" w:rsidP="00C9454D">
      <w:pPr>
        <w:rPr>
          <w:sz w:val="24"/>
          <w:szCs w:val="24"/>
        </w:rPr>
      </w:pPr>
      <w:r w:rsidRPr="00C9454D">
        <w:rPr>
          <w:sz w:val="24"/>
          <w:szCs w:val="24"/>
        </w:rPr>
        <w:t>He ma</w:t>
      </w:r>
      <w:r w:rsidR="00DD1FF5" w:rsidRPr="00C9454D">
        <w:rPr>
          <w:sz w:val="24"/>
          <w:szCs w:val="24"/>
        </w:rPr>
        <w:t xml:space="preserve">de </w:t>
      </w:r>
      <w:r w:rsidRPr="00C9454D">
        <w:rPr>
          <w:sz w:val="24"/>
          <w:szCs w:val="24"/>
        </w:rPr>
        <w:t>his intentions clear from the moment they met.</w:t>
      </w:r>
    </w:p>
    <w:p w14:paraId="3D2F21D7" w14:textId="77777777" w:rsidR="00854BAA" w:rsidRPr="00C9454D" w:rsidRDefault="00854BAA" w:rsidP="00C9454D">
      <w:pPr>
        <w:rPr>
          <w:sz w:val="24"/>
          <w:szCs w:val="24"/>
        </w:rPr>
      </w:pPr>
      <w:r w:rsidRPr="00C9454D">
        <w:rPr>
          <w:sz w:val="24"/>
          <w:szCs w:val="24"/>
        </w:rPr>
        <w:t>“You will be mine, Lady Helena,” he said without preamble at a summer gathering. His eyes held none of the courtesy of Lord Cedric—only possession. “Your father and brother will see reason. It is only a matter of time.”</w:t>
      </w:r>
    </w:p>
    <w:p w14:paraId="5431FACA" w14:textId="77777777" w:rsidR="00854BAA" w:rsidRPr="00C9454D" w:rsidRDefault="00854BAA" w:rsidP="00C9454D">
      <w:pPr>
        <w:rPr>
          <w:sz w:val="24"/>
          <w:szCs w:val="24"/>
        </w:rPr>
      </w:pPr>
      <w:r w:rsidRPr="00C9454D">
        <w:rPr>
          <w:sz w:val="24"/>
          <w:szCs w:val="24"/>
        </w:rPr>
        <w:t>Helena bristled at his arrogance. “And if I refuse?” she asked, testing the limits of his entitlement.</w:t>
      </w:r>
    </w:p>
    <w:p w14:paraId="1C6EEE61" w14:textId="77777777" w:rsidR="00854BAA" w:rsidRPr="00C9454D" w:rsidRDefault="00854BAA" w:rsidP="00C9454D">
      <w:pPr>
        <w:rPr>
          <w:sz w:val="24"/>
          <w:szCs w:val="24"/>
        </w:rPr>
      </w:pPr>
      <w:r w:rsidRPr="00C9454D">
        <w:rPr>
          <w:sz w:val="24"/>
          <w:szCs w:val="24"/>
        </w:rPr>
        <w:t>Adrian merely smiled, a slow, knowing smirk. “You won’t.”</w:t>
      </w:r>
    </w:p>
    <w:p w14:paraId="66BBAE4B" w14:textId="6C0F343C" w:rsidR="00854BAA" w:rsidRPr="00C9454D" w:rsidRDefault="00854BAA" w:rsidP="00C9454D">
      <w:pPr>
        <w:rPr>
          <w:sz w:val="24"/>
          <w:szCs w:val="24"/>
        </w:rPr>
      </w:pPr>
      <w:r w:rsidRPr="00C9454D">
        <w:rPr>
          <w:sz w:val="24"/>
          <w:szCs w:val="24"/>
        </w:rPr>
        <w:t>For weeks, he circled her like a predator, weaving through court affairs with an air of inevitability. He was a favorite among lords, a master at politics, and he ma</w:t>
      </w:r>
      <w:r w:rsidR="00DD1FF5" w:rsidRPr="00C9454D">
        <w:rPr>
          <w:sz w:val="24"/>
          <w:szCs w:val="24"/>
        </w:rPr>
        <w:t xml:space="preserve">de </w:t>
      </w:r>
      <w:r w:rsidRPr="00C9454D">
        <w:rPr>
          <w:sz w:val="24"/>
          <w:szCs w:val="24"/>
        </w:rPr>
        <w:t>no secret of his belief that she was his match in blood and beauty.</w:t>
      </w:r>
    </w:p>
    <w:p w14:paraId="491A4FC8" w14:textId="0EADFE3E" w:rsidR="00854BAA" w:rsidRPr="00C9454D" w:rsidRDefault="00854BAA" w:rsidP="00C9454D">
      <w:pPr>
        <w:rPr>
          <w:sz w:val="24"/>
          <w:szCs w:val="24"/>
        </w:rPr>
      </w:pPr>
      <w:r w:rsidRPr="00C9454D">
        <w:rPr>
          <w:sz w:val="24"/>
          <w:szCs w:val="24"/>
        </w:rPr>
        <w:t xml:space="preserve">When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caught wind of Adrian’s relentless pursuit, his response was immediate and lethal.</w:t>
      </w:r>
    </w:p>
    <w:p w14:paraId="11739203" w14:textId="77777777" w:rsidR="00854BAA" w:rsidRPr="00C9454D" w:rsidRDefault="00854BAA" w:rsidP="00C9454D">
      <w:pPr>
        <w:rPr>
          <w:sz w:val="24"/>
          <w:szCs w:val="24"/>
        </w:rPr>
      </w:pPr>
      <w:r w:rsidRPr="00C9454D">
        <w:rPr>
          <w:sz w:val="24"/>
          <w:szCs w:val="24"/>
        </w:rPr>
        <w:t>“I will break his arm before I let him lay a hand on you,” he growled to Helena one evening, his protective instincts flaring.</w:t>
      </w:r>
    </w:p>
    <w:p w14:paraId="19B53537" w14:textId="77777777" w:rsidR="00854BAA" w:rsidRPr="00C9454D" w:rsidRDefault="00854BAA" w:rsidP="00C9454D">
      <w:pPr>
        <w:rPr>
          <w:sz w:val="24"/>
          <w:szCs w:val="24"/>
        </w:rPr>
      </w:pPr>
      <w:r w:rsidRPr="00C9454D">
        <w:rPr>
          <w:sz w:val="24"/>
          <w:szCs w:val="24"/>
        </w:rPr>
        <w:t>John Marshall was even less forgiving. “Give me a reason,” he muttered as he practiced swordplay in the yard. “One reason to end this.”</w:t>
      </w:r>
    </w:p>
    <w:p w14:paraId="57C73454" w14:textId="77777777" w:rsidR="00854BAA" w:rsidRPr="00C9454D" w:rsidRDefault="00854BAA" w:rsidP="00C9454D">
      <w:pPr>
        <w:rPr>
          <w:sz w:val="24"/>
          <w:szCs w:val="24"/>
        </w:rPr>
      </w:pPr>
      <w:r w:rsidRPr="00C9454D">
        <w:rPr>
          <w:sz w:val="24"/>
          <w:szCs w:val="24"/>
        </w:rPr>
        <w:t>But Adrian was careful. He never crossed a line that would invite a challenge, never gave her father or brother the excuse to call him out. Instead, he continued his slow siege, convinced that Helena would eventually succumb to the pressure of court politics.</w:t>
      </w:r>
    </w:p>
    <w:p w14:paraId="102F60F2" w14:textId="32D22652" w:rsidR="00854BAA" w:rsidRPr="00C9454D" w:rsidRDefault="00854BAA" w:rsidP="00C9454D">
      <w:pPr>
        <w:rPr>
          <w:sz w:val="24"/>
          <w:szCs w:val="24"/>
        </w:rPr>
      </w:pPr>
      <w:r w:rsidRPr="00C9454D">
        <w:rPr>
          <w:sz w:val="24"/>
          <w:szCs w:val="24"/>
        </w:rPr>
        <w:t>It wasn’t until he cornered her at a masquera</w:t>
      </w:r>
      <w:r w:rsidR="00DD1FF5" w:rsidRPr="00C9454D">
        <w:rPr>
          <w:sz w:val="24"/>
          <w:szCs w:val="24"/>
        </w:rPr>
        <w:t xml:space="preserve">de </w:t>
      </w:r>
      <w:r w:rsidRPr="00C9454D">
        <w:rPr>
          <w:sz w:val="24"/>
          <w:szCs w:val="24"/>
        </w:rPr>
        <w:t>ball, his hand gripping her wrist a little too tightly, that Helena finally snapped.</w:t>
      </w:r>
    </w:p>
    <w:p w14:paraId="04A6E302" w14:textId="77777777" w:rsidR="00854BAA" w:rsidRPr="00C9454D" w:rsidRDefault="00854BAA" w:rsidP="00C9454D">
      <w:pPr>
        <w:rPr>
          <w:sz w:val="24"/>
          <w:szCs w:val="24"/>
        </w:rPr>
      </w:pPr>
      <w:r w:rsidRPr="00C9454D">
        <w:rPr>
          <w:sz w:val="24"/>
          <w:szCs w:val="24"/>
        </w:rPr>
        <w:t>“Let me go,” she hissed, her voice low enough that no one else could hear.</w:t>
      </w:r>
    </w:p>
    <w:p w14:paraId="115F74F5" w14:textId="77777777" w:rsidR="00854BAA" w:rsidRPr="00C9454D" w:rsidRDefault="00854BAA" w:rsidP="00C9454D">
      <w:pPr>
        <w:rPr>
          <w:sz w:val="24"/>
          <w:szCs w:val="24"/>
        </w:rPr>
      </w:pPr>
      <w:r w:rsidRPr="00C9454D">
        <w:rPr>
          <w:sz w:val="24"/>
          <w:szCs w:val="24"/>
        </w:rPr>
        <w:t>Adrian smirked. “You will be mine. One way or another.”</w:t>
      </w:r>
    </w:p>
    <w:p w14:paraId="16169B72" w14:textId="77777777" w:rsidR="00854BAA" w:rsidRPr="00C9454D" w:rsidRDefault="00854BAA" w:rsidP="00C9454D">
      <w:pPr>
        <w:rPr>
          <w:sz w:val="24"/>
          <w:szCs w:val="24"/>
        </w:rPr>
      </w:pPr>
      <w:r w:rsidRPr="00C9454D">
        <w:rPr>
          <w:sz w:val="24"/>
          <w:szCs w:val="24"/>
        </w:rPr>
        <w:t xml:space="preserve">She stepped closer, her blue eyes turning to ice. “My father is a knight who has survived more battles than you have lovers,” she whispered. “My brother is a warrior who fears no man. If you continue this, you will learn </w:t>
      </w:r>
      <w:r w:rsidRPr="00C9454D">
        <w:rPr>
          <w:i/>
          <w:iCs/>
          <w:sz w:val="24"/>
          <w:szCs w:val="24"/>
        </w:rPr>
        <w:t>exactly</w:t>
      </w:r>
      <w:r w:rsidRPr="00C9454D">
        <w:rPr>
          <w:sz w:val="24"/>
          <w:szCs w:val="24"/>
        </w:rPr>
        <w:t xml:space="preserve"> what happens to men who try to claim what is not theirs.”</w:t>
      </w:r>
    </w:p>
    <w:p w14:paraId="7C561FFB" w14:textId="77777777" w:rsidR="00854BAA" w:rsidRPr="00C9454D" w:rsidRDefault="00854BAA" w:rsidP="00C9454D">
      <w:pPr>
        <w:rPr>
          <w:sz w:val="24"/>
          <w:szCs w:val="24"/>
        </w:rPr>
      </w:pPr>
      <w:r w:rsidRPr="00C9454D">
        <w:rPr>
          <w:sz w:val="24"/>
          <w:szCs w:val="24"/>
        </w:rPr>
        <w:t>For the first time, Adrian hesitated.</w:t>
      </w:r>
    </w:p>
    <w:p w14:paraId="0F15C989" w14:textId="77777777" w:rsidR="00854BAA" w:rsidRPr="00C9454D" w:rsidRDefault="00854BAA" w:rsidP="00C9454D">
      <w:pPr>
        <w:rPr>
          <w:sz w:val="24"/>
          <w:szCs w:val="24"/>
        </w:rPr>
      </w:pPr>
      <w:r w:rsidRPr="00C9454D">
        <w:rPr>
          <w:sz w:val="24"/>
          <w:szCs w:val="24"/>
        </w:rPr>
        <w:t>And then, as if summoned by fate, John Marshall appeared at her side, his face a mask of cold fury. “Is there a problem?”</w:t>
      </w:r>
    </w:p>
    <w:p w14:paraId="51E14F3B" w14:textId="77777777" w:rsidR="00854BAA" w:rsidRPr="00C9454D" w:rsidRDefault="00854BAA" w:rsidP="00C9454D">
      <w:pPr>
        <w:rPr>
          <w:sz w:val="24"/>
          <w:szCs w:val="24"/>
        </w:rPr>
      </w:pPr>
      <w:r w:rsidRPr="00C9454D">
        <w:rPr>
          <w:sz w:val="24"/>
          <w:szCs w:val="24"/>
        </w:rPr>
        <w:t>Adrian’s grip loosened. He bowed slightly. “Not at all.”</w:t>
      </w:r>
    </w:p>
    <w:p w14:paraId="4BA968B1" w14:textId="77777777" w:rsidR="00854BAA" w:rsidRPr="00C9454D" w:rsidRDefault="00854BAA" w:rsidP="00C9454D">
      <w:pPr>
        <w:rPr>
          <w:sz w:val="24"/>
          <w:szCs w:val="24"/>
        </w:rPr>
      </w:pPr>
      <w:r w:rsidRPr="00C9454D">
        <w:rPr>
          <w:sz w:val="24"/>
          <w:szCs w:val="24"/>
        </w:rPr>
        <w:t>He never pursued her again.</w:t>
      </w:r>
    </w:p>
    <w:p w14:paraId="3D223B79" w14:textId="77777777" w:rsidR="00854BAA" w:rsidRPr="00C9454D" w:rsidRDefault="00FE197F" w:rsidP="00C9454D">
      <w:pPr>
        <w:rPr>
          <w:sz w:val="24"/>
          <w:szCs w:val="24"/>
        </w:rPr>
      </w:pPr>
      <w:r>
        <w:rPr>
          <w:noProof/>
          <w:sz w:val="24"/>
          <w:szCs w:val="24"/>
        </w:rPr>
      </w:r>
      <w:r w:rsidR="00FE197F">
        <w:rPr>
          <w:noProof/>
          <w:sz w:val="24"/>
          <w:szCs w:val="24"/>
        </w:rPr>
        <w:pict w14:anchorId="6516325E">
          <v:rect id="_x0000_i1145" style="width:0;height:1.5pt" o:hralign="center" o:hrstd="t" o:hr="t" fillcolor="#a0a0a0" stroked="f"/>
        </w:pict>
      </w:r>
    </w:p>
    <w:p w14:paraId="65505D62" w14:textId="77777777" w:rsidR="00854BAA" w:rsidRPr="00C9454D" w:rsidRDefault="00854BAA" w:rsidP="00C9454D">
      <w:pPr>
        <w:pStyle w:val="Heading2"/>
        <w:rPr>
          <w:b/>
          <w:bCs/>
          <w:sz w:val="24"/>
          <w:szCs w:val="24"/>
        </w:rPr>
      </w:pPr>
      <w:r w:rsidRPr="00C9454D">
        <w:rPr>
          <w:sz w:val="24"/>
          <w:szCs w:val="24"/>
        </w:rPr>
        <w:t>The Third Suitor: The One That Was Meant for Her</w:t>
      </w:r>
    </w:p>
    <w:p w14:paraId="571B5CEE" w14:textId="12CBFE97" w:rsidR="00854BAA" w:rsidRPr="00C9454D" w:rsidRDefault="00854BAA" w:rsidP="00C9454D">
      <w:pPr>
        <w:pStyle w:val="Heading2"/>
        <w:rPr>
          <w:i/>
          <w:iCs/>
          <w:sz w:val="24"/>
          <w:szCs w:val="24"/>
        </w:rPr>
      </w:pPr>
      <w:r w:rsidRPr="00C9454D">
        <w:rPr>
          <w:i/>
          <w:iCs/>
          <w:sz w:val="24"/>
          <w:szCs w:val="24"/>
        </w:rPr>
        <w:t xml:space="preserve">(Étienne </w:t>
      </w:r>
      <w:r w:rsidR="00DD1FF5" w:rsidRPr="00C9454D">
        <w:rPr>
          <w:i/>
          <w:iCs/>
          <w:sz w:val="24"/>
          <w:szCs w:val="24"/>
        </w:rPr>
        <w:t xml:space="preserve">de </w:t>
      </w:r>
      <w:r w:rsidRPr="00C9454D">
        <w:rPr>
          <w:i/>
          <w:iCs/>
          <w:sz w:val="24"/>
          <w:szCs w:val="24"/>
        </w:rPr>
        <w:t>Moreau – The Shy Composer and Artist from a Noble Family)</w:t>
      </w:r>
    </w:p>
    <w:p w14:paraId="7682B12B" w14:textId="77777777" w:rsidR="00585D2E" w:rsidRPr="00C9454D" w:rsidRDefault="00585D2E" w:rsidP="00C9454D">
      <w:pPr>
        <w:rPr>
          <w:sz w:val="24"/>
          <w:szCs w:val="24"/>
        </w:rPr>
      </w:pPr>
    </w:p>
    <w:p w14:paraId="4FC8F89E" w14:textId="77777777" w:rsidR="00854BAA" w:rsidRPr="00C9454D" w:rsidRDefault="00854BAA" w:rsidP="00C9454D">
      <w:pPr>
        <w:rPr>
          <w:sz w:val="24"/>
          <w:szCs w:val="24"/>
        </w:rPr>
      </w:pPr>
      <w:r w:rsidRPr="00C9454D">
        <w:rPr>
          <w:sz w:val="24"/>
          <w:szCs w:val="24"/>
        </w:rPr>
        <w:t xml:space="preserve">Helena first noticed Étienne not because he sought her out, but because he </w:t>
      </w:r>
      <w:r w:rsidRPr="00C9454D">
        <w:rPr>
          <w:i/>
          <w:iCs/>
          <w:sz w:val="24"/>
          <w:szCs w:val="24"/>
        </w:rPr>
        <w:t>did not</w:t>
      </w:r>
      <w:r w:rsidRPr="00C9454D">
        <w:rPr>
          <w:sz w:val="24"/>
          <w:szCs w:val="24"/>
        </w:rPr>
        <w:t>.</w:t>
      </w:r>
    </w:p>
    <w:p w14:paraId="6BF69D49" w14:textId="77777777" w:rsidR="00854BAA" w:rsidRPr="00C9454D" w:rsidRDefault="00854BAA" w:rsidP="00C9454D">
      <w:pPr>
        <w:rPr>
          <w:sz w:val="24"/>
          <w:szCs w:val="24"/>
        </w:rPr>
      </w:pPr>
      <w:r w:rsidRPr="00C9454D">
        <w:rPr>
          <w:sz w:val="24"/>
          <w:szCs w:val="24"/>
        </w:rPr>
        <w:t>While the other suitors battled for her attention, he remained in the background, sketching quietly in the corner of the court gardens, his hands stained with ink.</w:t>
      </w:r>
    </w:p>
    <w:p w14:paraId="6EFCFC31" w14:textId="77777777" w:rsidR="00854BAA" w:rsidRPr="00C9454D" w:rsidRDefault="00854BAA" w:rsidP="00C9454D">
      <w:pPr>
        <w:rPr>
          <w:sz w:val="24"/>
          <w:szCs w:val="24"/>
        </w:rPr>
      </w:pPr>
      <w:r w:rsidRPr="00C9454D">
        <w:rPr>
          <w:sz w:val="24"/>
          <w:szCs w:val="24"/>
        </w:rPr>
        <w:t>It was at a winter festival that she finally approached him. Snow fell in lazy drifts as she found him sitting on a stone bench, his fingers plucking a melody on a lute.</w:t>
      </w:r>
    </w:p>
    <w:p w14:paraId="7A63DB9C" w14:textId="77777777" w:rsidR="00854BAA" w:rsidRPr="00C9454D" w:rsidRDefault="00854BAA" w:rsidP="00C9454D">
      <w:pPr>
        <w:rPr>
          <w:sz w:val="24"/>
          <w:szCs w:val="24"/>
        </w:rPr>
      </w:pPr>
      <w:r w:rsidRPr="00C9454D">
        <w:rPr>
          <w:sz w:val="24"/>
          <w:szCs w:val="24"/>
        </w:rPr>
        <w:t>“You are the only man in court who has not tried to impress me,” she said, watching him curiously.</w:t>
      </w:r>
    </w:p>
    <w:p w14:paraId="63ECDA98" w14:textId="77777777" w:rsidR="00854BAA" w:rsidRPr="00C9454D" w:rsidRDefault="00854BAA" w:rsidP="00C9454D">
      <w:pPr>
        <w:rPr>
          <w:sz w:val="24"/>
          <w:szCs w:val="24"/>
        </w:rPr>
      </w:pPr>
      <w:r w:rsidRPr="00C9454D">
        <w:rPr>
          <w:sz w:val="24"/>
          <w:szCs w:val="24"/>
        </w:rPr>
        <w:t>Étienne startled, nearly dropping his lute. He looked up, blue eyes wide, and flushed slightly. “I… I do not believe I could,” he admitted.</w:t>
      </w:r>
    </w:p>
    <w:p w14:paraId="108ADADB" w14:textId="77777777" w:rsidR="00854BAA" w:rsidRPr="00C9454D" w:rsidRDefault="00854BAA" w:rsidP="00C9454D">
      <w:pPr>
        <w:rPr>
          <w:sz w:val="24"/>
          <w:szCs w:val="24"/>
        </w:rPr>
      </w:pPr>
      <w:r w:rsidRPr="00C9454D">
        <w:rPr>
          <w:sz w:val="24"/>
          <w:szCs w:val="24"/>
        </w:rPr>
        <w:t>She tilted her head. “And why not?”</w:t>
      </w:r>
    </w:p>
    <w:p w14:paraId="39FAAAAC" w14:textId="77777777" w:rsidR="00854BAA" w:rsidRPr="00C9454D" w:rsidRDefault="00854BAA" w:rsidP="00C9454D">
      <w:pPr>
        <w:rPr>
          <w:sz w:val="24"/>
          <w:szCs w:val="24"/>
        </w:rPr>
      </w:pPr>
      <w:r w:rsidRPr="00C9454D">
        <w:rPr>
          <w:sz w:val="24"/>
          <w:szCs w:val="24"/>
        </w:rPr>
        <w:t>He hesitated, then sighed. “Because you are magnificent,” he said simply. “And I… am not.”</w:t>
      </w:r>
    </w:p>
    <w:p w14:paraId="60725B47" w14:textId="149E9A7A" w:rsidR="00854BAA" w:rsidRPr="00C9454D" w:rsidRDefault="00854BAA" w:rsidP="00C9454D">
      <w:pPr>
        <w:rPr>
          <w:sz w:val="24"/>
          <w:szCs w:val="24"/>
        </w:rPr>
      </w:pPr>
      <w:r w:rsidRPr="00C9454D">
        <w:rPr>
          <w:sz w:val="24"/>
          <w:szCs w:val="24"/>
        </w:rPr>
        <w:t xml:space="preserve">Helena laughed, not out of cruelty but out of sheer delight. “You are wrong, Étienne </w:t>
      </w:r>
      <w:r w:rsidR="00DD1FF5" w:rsidRPr="00C9454D">
        <w:rPr>
          <w:sz w:val="24"/>
          <w:szCs w:val="24"/>
        </w:rPr>
        <w:t xml:space="preserve">de </w:t>
      </w:r>
      <w:r w:rsidRPr="00C9454D">
        <w:rPr>
          <w:sz w:val="24"/>
          <w:szCs w:val="24"/>
        </w:rPr>
        <w:t>Moreau,” she said. “You are more magnificent than you know.”</w:t>
      </w:r>
    </w:p>
    <w:p w14:paraId="1E24A7FC" w14:textId="77777777" w:rsidR="00854BAA" w:rsidRPr="00C9454D" w:rsidRDefault="00854BAA" w:rsidP="00C9454D">
      <w:pPr>
        <w:rPr>
          <w:sz w:val="24"/>
          <w:szCs w:val="24"/>
        </w:rPr>
      </w:pPr>
      <w:r w:rsidRPr="00C9454D">
        <w:rPr>
          <w:sz w:val="24"/>
          <w:szCs w:val="24"/>
        </w:rPr>
        <w:t>In the months that followed, she found herself drawn to him more and more. He was unlike the others—not a warrior, not a courtly politician, but something entirely different. He saw the world in colors and melodies, in poetry and ink.</w:t>
      </w:r>
    </w:p>
    <w:p w14:paraId="7F4D2551" w14:textId="77777777" w:rsidR="00854BAA" w:rsidRPr="00C9454D" w:rsidRDefault="00854BAA" w:rsidP="00C9454D">
      <w:pPr>
        <w:rPr>
          <w:sz w:val="24"/>
          <w:szCs w:val="24"/>
        </w:rPr>
      </w:pPr>
      <w:r w:rsidRPr="00C9454D">
        <w:rPr>
          <w:sz w:val="24"/>
          <w:szCs w:val="24"/>
        </w:rPr>
        <w:t xml:space="preserve">Unlike Cedric, who sought her as a noble match, and unlike Adrian, who sought to possess her, Étienne simply </w:t>
      </w:r>
      <w:r w:rsidRPr="00C9454D">
        <w:rPr>
          <w:i/>
          <w:iCs/>
          <w:sz w:val="24"/>
          <w:szCs w:val="24"/>
        </w:rPr>
        <w:t>saw</w:t>
      </w:r>
      <w:r w:rsidRPr="00C9454D">
        <w:rPr>
          <w:sz w:val="24"/>
          <w:szCs w:val="24"/>
        </w:rPr>
        <w:t xml:space="preserve"> her. Not as a trophy or a prize, but as a person, a soul with dreams and desires beyond the expectations placed upon her.</w:t>
      </w:r>
    </w:p>
    <w:p w14:paraId="4D9D8C29" w14:textId="0F85D776" w:rsidR="00854BAA" w:rsidRPr="00C9454D" w:rsidRDefault="00854BAA" w:rsidP="00C9454D">
      <w:pPr>
        <w:rPr>
          <w:sz w:val="24"/>
          <w:szCs w:val="24"/>
        </w:rPr>
      </w:pPr>
      <w:r w:rsidRPr="00C9454D">
        <w:rPr>
          <w:sz w:val="24"/>
          <w:szCs w:val="24"/>
        </w:rPr>
        <w:t xml:space="preserve">And when he finally, shyly, kissed her one evening beneath the lantern-lit arches of </w:t>
      </w:r>
      <w:r w:rsidR="00522C4D" w:rsidRPr="00C9454D">
        <w:rPr>
          <w:sz w:val="24"/>
          <w:szCs w:val="24"/>
        </w:rPr>
        <w:t>High Haven</w:t>
      </w:r>
      <w:r w:rsidRPr="00C9454D">
        <w:rPr>
          <w:sz w:val="24"/>
          <w:szCs w:val="24"/>
        </w:rPr>
        <w:t>, she knew.</w:t>
      </w:r>
    </w:p>
    <w:p w14:paraId="3016E4ED" w14:textId="77777777" w:rsidR="00854BAA" w:rsidRPr="00C9454D" w:rsidRDefault="00854BAA" w:rsidP="00C9454D">
      <w:pPr>
        <w:rPr>
          <w:sz w:val="24"/>
          <w:szCs w:val="24"/>
        </w:rPr>
      </w:pPr>
      <w:r w:rsidRPr="00C9454D">
        <w:rPr>
          <w:sz w:val="24"/>
          <w:szCs w:val="24"/>
        </w:rPr>
        <w:t>This was love.</w:t>
      </w:r>
    </w:p>
    <w:p w14:paraId="79591E61" w14:textId="77777777" w:rsidR="00854BAA" w:rsidRPr="00C9454D" w:rsidRDefault="00854BAA" w:rsidP="00C9454D">
      <w:pPr>
        <w:rPr>
          <w:sz w:val="24"/>
          <w:szCs w:val="24"/>
        </w:rPr>
      </w:pPr>
      <w:r w:rsidRPr="00C9454D">
        <w:rPr>
          <w:sz w:val="24"/>
          <w:szCs w:val="24"/>
        </w:rPr>
        <w:t>Not duty, not ambition. But something real.</w:t>
      </w:r>
    </w:p>
    <w:p w14:paraId="6AEF579C" w14:textId="77777777" w:rsidR="00854BAA" w:rsidRPr="00C9454D" w:rsidRDefault="00854BAA" w:rsidP="00C9454D">
      <w:pPr>
        <w:rPr>
          <w:sz w:val="24"/>
          <w:szCs w:val="24"/>
        </w:rPr>
      </w:pPr>
      <w:r w:rsidRPr="00C9454D">
        <w:rPr>
          <w:sz w:val="24"/>
          <w:szCs w:val="24"/>
        </w:rPr>
        <w:t>And it was worth defying the world for.</w:t>
      </w:r>
    </w:p>
    <w:p w14:paraId="7B00FCEB" w14:textId="77777777" w:rsidR="00854BAA" w:rsidRPr="00C9454D" w:rsidRDefault="00FE197F" w:rsidP="00C9454D">
      <w:pPr>
        <w:rPr>
          <w:sz w:val="24"/>
          <w:szCs w:val="24"/>
        </w:rPr>
      </w:pPr>
      <w:r>
        <w:rPr>
          <w:noProof/>
          <w:sz w:val="24"/>
          <w:szCs w:val="24"/>
        </w:rPr>
      </w:r>
      <w:r w:rsidR="00FE197F">
        <w:rPr>
          <w:noProof/>
          <w:sz w:val="24"/>
          <w:szCs w:val="24"/>
        </w:rPr>
        <w:pict w14:anchorId="1F972E5F">
          <v:rect id="_x0000_i1146" style="width:0;height:1.5pt" o:hralign="center" o:hrstd="t" o:hr="t" fillcolor="#a0a0a0" stroked="f"/>
        </w:pict>
      </w:r>
    </w:p>
    <w:p w14:paraId="6FF3D04F" w14:textId="77777777" w:rsidR="00854BAA" w:rsidRPr="00C9454D" w:rsidRDefault="00854BAA" w:rsidP="00C9454D">
      <w:pPr>
        <w:pStyle w:val="Heading2"/>
        <w:rPr>
          <w:sz w:val="24"/>
          <w:szCs w:val="24"/>
        </w:rPr>
      </w:pPr>
      <w:r w:rsidRPr="00C9454D">
        <w:rPr>
          <w:sz w:val="24"/>
          <w:szCs w:val="24"/>
        </w:rPr>
        <w:t>The Choice</w:t>
      </w:r>
    </w:p>
    <w:p w14:paraId="358A99A1" w14:textId="77777777" w:rsidR="00585D2E" w:rsidRPr="00C9454D" w:rsidRDefault="00585D2E" w:rsidP="00C9454D">
      <w:pPr>
        <w:rPr>
          <w:sz w:val="24"/>
          <w:szCs w:val="24"/>
        </w:rPr>
      </w:pPr>
    </w:p>
    <w:p w14:paraId="778B5A29" w14:textId="77777777" w:rsidR="00854BAA" w:rsidRPr="00C9454D" w:rsidRDefault="00854BAA" w:rsidP="00FE197F">
      <w:pPr>
        <w:numPr>
          <w:ilvl w:val="0"/>
          <w:numId w:val="15"/>
        </w:numPr>
        <w:rPr>
          <w:sz w:val="24"/>
          <w:szCs w:val="24"/>
        </w:rPr>
      </w:pPr>
      <w:r w:rsidRPr="00C9454D">
        <w:rPr>
          <w:sz w:val="24"/>
          <w:szCs w:val="24"/>
        </w:rPr>
        <w:t>Helena rejects Cedric, though she thanks him for his kindness, knowing he will marry well and rule wisely.</w:t>
      </w:r>
    </w:p>
    <w:p w14:paraId="380ED3A7" w14:textId="77777777" w:rsidR="00854BAA" w:rsidRPr="00C9454D" w:rsidRDefault="00854BAA" w:rsidP="00FE197F">
      <w:pPr>
        <w:numPr>
          <w:ilvl w:val="0"/>
          <w:numId w:val="15"/>
        </w:numPr>
        <w:rPr>
          <w:sz w:val="24"/>
          <w:szCs w:val="24"/>
        </w:rPr>
      </w:pPr>
      <w:r w:rsidRPr="00C9454D">
        <w:rPr>
          <w:sz w:val="24"/>
          <w:szCs w:val="24"/>
        </w:rPr>
        <w:t>Adrian leaves court in disgrace after an altercation with John Marshall, having lost his standing and his chance at claiming her.</w:t>
      </w:r>
    </w:p>
    <w:p w14:paraId="2BDA71C8" w14:textId="77777777" w:rsidR="00854BAA" w:rsidRPr="00C9454D" w:rsidRDefault="00854BAA" w:rsidP="00FE197F">
      <w:pPr>
        <w:numPr>
          <w:ilvl w:val="0"/>
          <w:numId w:val="15"/>
        </w:numPr>
        <w:rPr>
          <w:sz w:val="24"/>
          <w:szCs w:val="24"/>
        </w:rPr>
      </w:pPr>
      <w:r w:rsidRPr="00C9454D">
        <w:rPr>
          <w:sz w:val="24"/>
          <w:szCs w:val="24"/>
        </w:rPr>
        <w:t>She chooses Étienne, despite knowing that he is not the match society would have chosen for her. But he is the one her heart cannot live without.</w:t>
      </w:r>
    </w:p>
    <w:p w14:paraId="764BBD66" w14:textId="77777777" w:rsidR="00854BAA" w:rsidRPr="00C9454D" w:rsidRDefault="00854BAA" w:rsidP="00C9454D">
      <w:pPr>
        <w:rPr>
          <w:sz w:val="24"/>
          <w:szCs w:val="24"/>
        </w:rPr>
      </w:pPr>
      <w:r w:rsidRPr="00C9454D">
        <w:rPr>
          <w:sz w:val="24"/>
          <w:szCs w:val="24"/>
        </w:rPr>
        <w:t>Guy, at first hesitant, sees the truth in her choice.</w:t>
      </w:r>
    </w:p>
    <w:p w14:paraId="52ADF7A7" w14:textId="77777777" w:rsidR="00854BAA" w:rsidRPr="00C9454D" w:rsidRDefault="00854BAA" w:rsidP="00C9454D">
      <w:pPr>
        <w:rPr>
          <w:sz w:val="24"/>
          <w:szCs w:val="24"/>
        </w:rPr>
      </w:pPr>
      <w:r w:rsidRPr="00C9454D">
        <w:rPr>
          <w:sz w:val="24"/>
          <w:szCs w:val="24"/>
        </w:rPr>
        <w:t>John Marshall, ever her protector, gives Étienne one final warning: “Break her heart, and I will break your hands.”</w:t>
      </w:r>
    </w:p>
    <w:p w14:paraId="77029669" w14:textId="77777777" w:rsidR="00854BAA" w:rsidRPr="00C9454D" w:rsidRDefault="00854BAA" w:rsidP="00C9454D">
      <w:pPr>
        <w:rPr>
          <w:sz w:val="24"/>
          <w:szCs w:val="24"/>
        </w:rPr>
      </w:pPr>
      <w:r w:rsidRPr="00C9454D">
        <w:rPr>
          <w:sz w:val="24"/>
          <w:szCs w:val="24"/>
        </w:rPr>
        <w:t>And with that, Helena’s fate is sealed—not with the highest-ranking noble, nor with the most powerful, but with the one who truly understands her soul.</w:t>
      </w:r>
    </w:p>
    <w:p w14:paraId="12863236" w14:textId="77777777" w:rsidR="00911E82" w:rsidRPr="00C9454D" w:rsidRDefault="00911E82" w:rsidP="00C9454D">
      <w:pPr>
        <w:rPr>
          <w:sz w:val="24"/>
          <w:szCs w:val="24"/>
        </w:rPr>
      </w:pPr>
    </w:p>
    <w:p w14:paraId="22CF78DA" w14:textId="77777777" w:rsidR="00911E82" w:rsidRPr="00C9454D" w:rsidRDefault="00911E82" w:rsidP="00C9454D">
      <w:pPr>
        <w:pStyle w:val="Heading2"/>
        <w:rPr>
          <w:b/>
          <w:bCs/>
          <w:sz w:val="24"/>
          <w:szCs w:val="24"/>
        </w:rPr>
      </w:pPr>
      <w:r w:rsidRPr="00C9454D">
        <w:rPr>
          <w:sz w:val="24"/>
          <w:szCs w:val="24"/>
        </w:rPr>
        <w:t>The Courtship of Helena &amp; Étienne</w:t>
      </w:r>
    </w:p>
    <w:p w14:paraId="0C5C0DC1" w14:textId="77777777" w:rsidR="00911E82" w:rsidRPr="00C9454D" w:rsidRDefault="00911E82" w:rsidP="00C9454D">
      <w:pPr>
        <w:pStyle w:val="Heading2"/>
        <w:rPr>
          <w:i/>
          <w:iCs/>
          <w:sz w:val="24"/>
          <w:szCs w:val="24"/>
        </w:rPr>
      </w:pPr>
      <w:r w:rsidRPr="00C9454D">
        <w:rPr>
          <w:i/>
          <w:iCs/>
          <w:sz w:val="24"/>
          <w:szCs w:val="24"/>
        </w:rPr>
        <w:t>(A Love Woven in Music &amp; Moonlight)</w:t>
      </w:r>
    </w:p>
    <w:p w14:paraId="0A768FC7" w14:textId="2B5CA7A0" w:rsidR="002B3ABC" w:rsidRPr="00C9454D" w:rsidRDefault="00A1662C" w:rsidP="00C9454D">
      <w:pPr>
        <w:pStyle w:val="Heading2"/>
        <w:rPr>
          <w:sz w:val="24"/>
          <w:szCs w:val="24"/>
        </w:rPr>
      </w:pPr>
      <w:r w:rsidRPr="00C9454D">
        <w:rPr>
          <w:sz w:val="24"/>
          <w:szCs w:val="24"/>
        </w:rPr>
        <w:t>1232</w:t>
      </w:r>
    </w:p>
    <w:p w14:paraId="57E07DE4" w14:textId="77777777" w:rsidR="00A1662C" w:rsidRPr="00C9454D" w:rsidRDefault="00A1662C" w:rsidP="00C9454D">
      <w:pPr>
        <w:rPr>
          <w:sz w:val="24"/>
          <w:szCs w:val="24"/>
        </w:rPr>
      </w:pPr>
    </w:p>
    <w:p w14:paraId="42884E53" w14:textId="1ECA7468" w:rsidR="00911E82" w:rsidRPr="00C9454D" w:rsidRDefault="00911E82" w:rsidP="00C9454D">
      <w:pPr>
        <w:rPr>
          <w:sz w:val="24"/>
          <w:szCs w:val="24"/>
        </w:rPr>
      </w:pPr>
      <w:r w:rsidRPr="00C9454D">
        <w:rPr>
          <w:sz w:val="24"/>
          <w:szCs w:val="24"/>
        </w:rPr>
        <w:t xml:space="preserve">Theirs was a love that did not begin with grand declarations or fiery glances across the great halls of the court. It was quieter, softer—a love that blossomed in stolen moments, in shared silences, in melodies hummed beneath the arches of </w:t>
      </w:r>
      <w:r w:rsidR="00522C4D" w:rsidRPr="00C9454D">
        <w:rPr>
          <w:sz w:val="24"/>
          <w:szCs w:val="24"/>
        </w:rPr>
        <w:t>High Haven</w:t>
      </w:r>
      <w:r w:rsidRPr="00C9454D">
        <w:rPr>
          <w:sz w:val="24"/>
          <w:szCs w:val="24"/>
        </w:rPr>
        <w:t>.</w:t>
      </w:r>
    </w:p>
    <w:p w14:paraId="58EB42BD" w14:textId="77777777" w:rsidR="00AE7A46" w:rsidRPr="00C9454D" w:rsidRDefault="00AE7A46" w:rsidP="00C9454D">
      <w:pPr>
        <w:rPr>
          <w:rStyle w:val="Heading2Char"/>
          <w:sz w:val="24"/>
          <w:szCs w:val="24"/>
        </w:rPr>
      </w:pPr>
    </w:p>
    <w:p w14:paraId="47F1E668" w14:textId="2620F1DC" w:rsidR="00AE7A46" w:rsidRPr="00C9454D" w:rsidRDefault="00911E82" w:rsidP="00C9454D">
      <w:pPr>
        <w:rPr>
          <w:rStyle w:val="Heading2Char"/>
          <w:sz w:val="24"/>
          <w:szCs w:val="24"/>
        </w:rPr>
      </w:pPr>
      <w:r w:rsidRPr="00C9454D">
        <w:rPr>
          <w:rStyle w:val="Heading2Char"/>
          <w:sz w:val="24"/>
          <w:szCs w:val="24"/>
        </w:rPr>
        <w:t>The First Realization</w:t>
      </w:r>
    </w:p>
    <w:p w14:paraId="02319C40" w14:textId="3C8E60CA" w:rsidR="00911E82" w:rsidRPr="00C9454D" w:rsidRDefault="00911E82" w:rsidP="00C9454D">
      <w:pPr>
        <w:rPr>
          <w:sz w:val="24"/>
          <w:szCs w:val="24"/>
        </w:rPr>
      </w:pPr>
      <w:r w:rsidRPr="00C9454D">
        <w:rPr>
          <w:sz w:val="24"/>
          <w:szCs w:val="24"/>
        </w:rPr>
        <w:br/>
        <w:t>Helena first knew she was in love with Étienne on a night when the stars burned so brightly they seemed within reach. He had played for her, a delicate composition on the lute, his fingers moving with a reverence that ma</w:t>
      </w:r>
      <w:r w:rsidR="00DD1FF5" w:rsidRPr="00C9454D">
        <w:rPr>
          <w:sz w:val="24"/>
          <w:szCs w:val="24"/>
        </w:rPr>
        <w:t xml:space="preserve">de </w:t>
      </w:r>
      <w:r w:rsidRPr="00C9454D">
        <w:rPr>
          <w:sz w:val="24"/>
          <w:szCs w:val="24"/>
        </w:rPr>
        <w:t xml:space="preserve">her breath </w:t>
      </w:r>
      <w:r w:rsidR="005F49D8" w:rsidRPr="00C9454D">
        <w:rPr>
          <w:sz w:val="24"/>
          <w:szCs w:val="24"/>
        </w:rPr>
        <w:t>still</w:t>
      </w:r>
      <w:r w:rsidRPr="00C9454D">
        <w:rPr>
          <w:sz w:val="24"/>
          <w:szCs w:val="24"/>
        </w:rPr>
        <w:t>.</w:t>
      </w:r>
    </w:p>
    <w:p w14:paraId="4443EB69" w14:textId="77777777" w:rsidR="00911E82" w:rsidRPr="00C9454D" w:rsidRDefault="00911E82" w:rsidP="00C9454D">
      <w:pPr>
        <w:rPr>
          <w:sz w:val="24"/>
          <w:szCs w:val="24"/>
        </w:rPr>
      </w:pPr>
      <w:r w:rsidRPr="00C9454D">
        <w:rPr>
          <w:sz w:val="24"/>
          <w:szCs w:val="24"/>
        </w:rPr>
        <w:t>"You see the world differently than most," she had whispered, watching him beneath the lanterns of the garden.</w:t>
      </w:r>
    </w:p>
    <w:p w14:paraId="7CAB02C5" w14:textId="77777777" w:rsidR="00911E82" w:rsidRPr="00C9454D" w:rsidRDefault="00911E82" w:rsidP="00C9454D">
      <w:pPr>
        <w:rPr>
          <w:sz w:val="24"/>
          <w:szCs w:val="24"/>
        </w:rPr>
      </w:pPr>
      <w:r w:rsidRPr="00C9454D">
        <w:rPr>
          <w:sz w:val="24"/>
          <w:szCs w:val="24"/>
        </w:rPr>
        <w:t>He looked up, his blue eyes shy but steady. "I see you differently than most," he had admitted.</w:t>
      </w:r>
    </w:p>
    <w:p w14:paraId="4796386D" w14:textId="77777777" w:rsidR="00911E82" w:rsidRPr="00C9454D" w:rsidRDefault="00911E82" w:rsidP="00C9454D">
      <w:pPr>
        <w:rPr>
          <w:sz w:val="24"/>
          <w:szCs w:val="24"/>
        </w:rPr>
      </w:pPr>
      <w:r w:rsidRPr="00C9454D">
        <w:rPr>
          <w:sz w:val="24"/>
          <w:szCs w:val="24"/>
        </w:rPr>
        <w:t>She had smiled then, not out of amusement but out of recognition—recognition of something real, something beyond the fleeting courtships that had surrounded her for years.</w:t>
      </w:r>
    </w:p>
    <w:p w14:paraId="68FF86FC" w14:textId="77777777" w:rsidR="00911E82" w:rsidRPr="00C9454D" w:rsidRDefault="00FE197F" w:rsidP="00C9454D">
      <w:pPr>
        <w:rPr>
          <w:sz w:val="24"/>
          <w:szCs w:val="24"/>
        </w:rPr>
      </w:pPr>
      <w:r>
        <w:rPr>
          <w:noProof/>
          <w:sz w:val="24"/>
          <w:szCs w:val="24"/>
        </w:rPr>
      </w:r>
      <w:r w:rsidR="00FE197F">
        <w:rPr>
          <w:noProof/>
          <w:sz w:val="24"/>
          <w:szCs w:val="24"/>
        </w:rPr>
        <w:pict w14:anchorId="09032724">
          <v:rect id="_x0000_i1147" style="width:0;height:1.5pt" o:hralign="center" o:hrstd="t" o:hr="t" fillcolor="#a0a0a0" stroked="f"/>
        </w:pict>
      </w:r>
    </w:p>
    <w:p w14:paraId="2DEA6623" w14:textId="77777777" w:rsidR="00911E82" w:rsidRPr="00C9454D" w:rsidRDefault="00911E82" w:rsidP="00C9454D">
      <w:pPr>
        <w:pStyle w:val="Heading2"/>
        <w:rPr>
          <w:b/>
          <w:bCs/>
          <w:sz w:val="24"/>
          <w:szCs w:val="24"/>
        </w:rPr>
      </w:pPr>
      <w:r w:rsidRPr="00C9454D">
        <w:rPr>
          <w:sz w:val="24"/>
          <w:szCs w:val="24"/>
        </w:rPr>
        <w:t>The Proposal</w:t>
      </w:r>
    </w:p>
    <w:p w14:paraId="145D1878" w14:textId="77777777" w:rsidR="00911E82" w:rsidRPr="00C9454D" w:rsidRDefault="00911E82" w:rsidP="00C9454D">
      <w:pPr>
        <w:pStyle w:val="Heading2"/>
        <w:rPr>
          <w:i/>
          <w:iCs/>
          <w:sz w:val="24"/>
          <w:szCs w:val="24"/>
        </w:rPr>
      </w:pPr>
      <w:r w:rsidRPr="00C9454D">
        <w:rPr>
          <w:i/>
          <w:iCs/>
          <w:sz w:val="24"/>
          <w:szCs w:val="24"/>
        </w:rPr>
        <w:t>(A Love Sealed in Midnight &amp; Starlight)</w:t>
      </w:r>
    </w:p>
    <w:p w14:paraId="011F8941" w14:textId="5BF84340" w:rsidR="00963D11" w:rsidRPr="00C9454D" w:rsidRDefault="00613F9D" w:rsidP="00C9454D">
      <w:pPr>
        <w:pStyle w:val="Heading2"/>
        <w:rPr>
          <w:sz w:val="24"/>
          <w:szCs w:val="24"/>
        </w:rPr>
      </w:pPr>
      <w:r w:rsidRPr="00C9454D">
        <w:rPr>
          <w:sz w:val="24"/>
          <w:szCs w:val="24"/>
        </w:rPr>
        <w:t>1234</w:t>
      </w:r>
    </w:p>
    <w:p w14:paraId="1FFEE67D" w14:textId="77777777" w:rsidR="002B3ABC" w:rsidRPr="00C9454D" w:rsidRDefault="002B3ABC" w:rsidP="00C9454D">
      <w:pPr>
        <w:rPr>
          <w:sz w:val="24"/>
          <w:szCs w:val="24"/>
        </w:rPr>
      </w:pPr>
    </w:p>
    <w:p w14:paraId="52807F92" w14:textId="77777777" w:rsidR="00911E82" w:rsidRPr="00C9454D" w:rsidRDefault="00911E82" w:rsidP="00C9454D">
      <w:pPr>
        <w:rPr>
          <w:sz w:val="24"/>
          <w:szCs w:val="24"/>
        </w:rPr>
      </w:pPr>
      <w:r w:rsidRPr="00C9454D">
        <w:rPr>
          <w:sz w:val="24"/>
          <w:szCs w:val="24"/>
        </w:rPr>
        <w:t>It was not in court, nor before an audience of lords and ladies, that Étienne asked for her hand. That was not their way.</w:t>
      </w:r>
    </w:p>
    <w:p w14:paraId="26AAE4EC" w14:textId="32A8BDC4" w:rsidR="00911E82" w:rsidRPr="00C9454D" w:rsidRDefault="00911E82" w:rsidP="00C9454D">
      <w:pPr>
        <w:rPr>
          <w:sz w:val="24"/>
          <w:szCs w:val="24"/>
        </w:rPr>
      </w:pPr>
      <w:r w:rsidRPr="00C9454D">
        <w:rPr>
          <w:sz w:val="24"/>
          <w:szCs w:val="24"/>
        </w:rPr>
        <w:t xml:space="preserve">Instead, he took her to the tallest tower of </w:t>
      </w:r>
      <w:r w:rsidR="00522C4D" w:rsidRPr="00C9454D">
        <w:rPr>
          <w:sz w:val="24"/>
          <w:szCs w:val="24"/>
        </w:rPr>
        <w:t>High Haven</w:t>
      </w:r>
      <w:r w:rsidRPr="00C9454D">
        <w:rPr>
          <w:sz w:val="24"/>
          <w:szCs w:val="24"/>
        </w:rPr>
        <w:t xml:space="preserve"> on the eve of the harvest moon. A feast was happening below, but up here, there was only them, the wind carrying the distant laughter and music.</w:t>
      </w:r>
    </w:p>
    <w:p w14:paraId="051D0642" w14:textId="77777777" w:rsidR="00911E82" w:rsidRPr="00C9454D" w:rsidRDefault="00911E82" w:rsidP="00C9454D">
      <w:pPr>
        <w:rPr>
          <w:sz w:val="24"/>
          <w:szCs w:val="24"/>
        </w:rPr>
      </w:pPr>
      <w:r w:rsidRPr="00C9454D">
        <w:rPr>
          <w:sz w:val="24"/>
          <w:szCs w:val="24"/>
        </w:rPr>
        <w:t>He had spent weeks composing for her, and now, as the moon bathed them in silver light, he played her his greatest work—a song woven from every moment they had shared, from every note of love that had built between them.</w:t>
      </w:r>
    </w:p>
    <w:p w14:paraId="4585C142" w14:textId="77777777" w:rsidR="00911E82" w:rsidRPr="00C9454D" w:rsidRDefault="00911E82" w:rsidP="00C9454D">
      <w:pPr>
        <w:rPr>
          <w:sz w:val="24"/>
          <w:szCs w:val="24"/>
        </w:rPr>
      </w:pPr>
      <w:r w:rsidRPr="00C9454D">
        <w:rPr>
          <w:sz w:val="24"/>
          <w:szCs w:val="24"/>
        </w:rPr>
        <w:t>Helena closed her eyes as the melody washed over her, a sound so tender it felt like being wrapped in the warmth of a summer’s dawn.</w:t>
      </w:r>
    </w:p>
    <w:p w14:paraId="3753CC0E" w14:textId="77777777" w:rsidR="00911E82" w:rsidRPr="00C9454D" w:rsidRDefault="00911E82" w:rsidP="00C9454D">
      <w:pPr>
        <w:rPr>
          <w:sz w:val="24"/>
          <w:szCs w:val="24"/>
        </w:rPr>
      </w:pPr>
      <w:r w:rsidRPr="00C9454D">
        <w:rPr>
          <w:sz w:val="24"/>
          <w:szCs w:val="24"/>
        </w:rPr>
        <w:t>When the last note faded into the night, she opened her eyes to find him kneeling before her, his gaze steady but vulnerable.</w:t>
      </w:r>
    </w:p>
    <w:p w14:paraId="24C80F14" w14:textId="77777777" w:rsidR="00911E82" w:rsidRPr="00C9454D" w:rsidRDefault="00911E82" w:rsidP="00C9454D">
      <w:pPr>
        <w:rPr>
          <w:sz w:val="24"/>
          <w:szCs w:val="24"/>
        </w:rPr>
      </w:pPr>
      <w:r w:rsidRPr="00C9454D">
        <w:rPr>
          <w:sz w:val="24"/>
          <w:szCs w:val="24"/>
        </w:rPr>
        <w:t>“I have loved you in a thousand ways, and in every world where we might exist, I would love you still,” he murmured. “Helena, will you be my wife?”</w:t>
      </w:r>
    </w:p>
    <w:p w14:paraId="29F72B83" w14:textId="77777777" w:rsidR="00911E82" w:rsidRPr="00C9454D" w:rsidRDefault="00911E82" w:rsidP="00C9454D">
      <w:pPr>
        <w:rPr>
          <w:sz w:val="24"/>
          <w:szCs w:val="24"/>
        </w:rPr>
      </w:pPr>
      <w:r w:rsidRPr="00C9454D">
        <w:rPr>
          <w:sz w:val="24"/>
          <w:szCs w:val="24"/>
        </w:rPr>
        <w:t>She had expected many things in her life, but she had not expected the tears that welled in her eyes at those words.</w:t>
      </w:r>
    </w:p>
    <w:p w14:paraId="0A4D11BE" w14:textId="77777777" w:rsidR="00911E82" w:rsidRPr="00C9454D" w:rsidRDefault="00911E82" w:rsidP="00C9454D">
      <w:pPr>
        <w:rPr>
          <w:sz w:val="24"/>
          <w:szCs w:val="24"/>
        </w:rPr>
      </w:pPr>
      <w:r w:rsidRPr="00C9454D">
        <w:rPr>
          <w:sz w:val="24"/>
          <w:szCs w:val="24"/>
        </w:rPr>
        <w:t>“Yes,” she breathed, her hands trembling as she cupped his face. “Yes, a thousand times, yes.”</w:t>
      </w:r>
    </w:p>
    <w:p w14:paraId="49AE4EA2" w14:textId="77777777" w:rsidR="00911E82" w:rsidRPr="00C9454D" w:rsidRDefault="00911E82" w:rsidP="00C9454D">
      <w:pPr>
        <w:rPr>
          <w:sz w:val="24"/>
          <w:szCs w:val="24"/>
        </w:rPr>
      </w:pPr>
      <w:r w:rsidRPr="00C9454D">
        <w:rPr>
          <w:sz w:val="24"/>
          <w:szCs w:val="24"/>
        </w:rPr>
        <w:t>He kissed her then, a kiss that sealed a promise deeper than words.</w:t>
      </w:r>
    </w:p>
    <w:p w14:paraId="3F0B87ED" w14:textId="77777777" w:rsidR="00911E82" w:rsidRPr="00C9454D" w:rsidRDefault="00FE197F" w:rsidP="00C9454D">
      <w:pPr>
        <w:rPr>
          <w:sz w:val="24"/>
          <w:szCs w:val="24"/>
        </w:rPr>
      </w:pPr>
      <w:r>
        <w:rPr>
          <w:noProof/>
          <w:sz w:val="24"/>
          <w:szCs w:val="24"/>
        </w:rPr>
      </w:r>
      <w:r w:rsidR="00FE197F">
        <w:rPr>
          <w:noProof/>
          <w:sz w:val="24"/>
          <w:szCs w:val="24"/>
        </w:rPr>
        <w:pict w14:anchorId="590149C6">
          <v:rect id="_x0000_i1148" style="width:0;height:1.5pt" o:hralign="center" o:hrstd="t" o:hr="t" fillcolor="#a0a0a0" stroked="f"/>
        </w:pict>
      </w:r>
    </w:p>
    <w:p w14:paraId="386A583A" w14:textId="1BC0C795" w:rsidR="00911E82" w:rsidRPr="00C9454D" w:rsidRDefault="00911E82" w:rsidP="00C9454D">
      <w:pPr>
        <w:pStyle w:val="Heading2"/>
        <w:rPr>
          <w:b/>
          <w:bCs/>
          <w:sz w:val="24"/>
          <w:szCs w:val="24"/>
        </w:rPr>
      </w:pPr>
      <w:r w:rsidRPr="00C9454D">
        <w:rPr>
          <w:sz w:val="24"/>
          <w:szCs w:val="24"/>
        </w:rPr>
        <w:t xml:space="preserve">The Wedding at </w:t>
      </w:r>
      <w:r w:rsidR="00522C4D" w:rsidRPr="00C9454D">
        <w:rPr>
          <w:sz w:val="24"/>
          <w:szCs w:val="24"/>
        </w:rPr>
        <w:t>High Haven</w:t>
      </w:r>
    </w:p>
    <w:p w14:paraId="62C78DB2" w14:textId="77777777" w:rsidR="00911E82" w:rsidRPr="00C9454D" w:rsidRDefault="00911E82" w:rsidP="00C9454D">
      <w:pPr>
        <w:pStyle w:val="Heading2"/>
        <w:rPr>
          <w:i/>
          <w:iCs/>
          <w:sz w:val="24"/>
          <w:szCs w:val="24"/>
        </w:rPr>
      </w:pPr>
      <w:r w:rsidRPr="00C9454D">
        <w:rPr>
          <w:i/>
          <w:iCs/>
          <w:sz w:val="24"/>
          <w:szCs w:val="24"/>
        </w:rPr>
        <w:t>(A Celebration Fit for a King’s Daughter)</w:t>
      </w:r>
    </w:p>
    <w:p w14:paraId="3DE64A14" w14:textId="0796AFC8" w:rsidR="002B3ABC" w:rsidRPr="00C9454D" w:rsidRDefault="00FB7411" w:rsidP="00C9454D">
      <w:pPr>
        <w:pStyle w:val="Heading2"/>
        <w:rPr>
          <w:sz w:val="24"/>
          <w:szCs w:val="24"/>
        </w:rPr>
      </w:pPr>
      <w:r w:rsidRPr="00C9454D">
        <w:rPr>
          <w:sz w:val="24"/>
          <w:szCs w:val="24"/>
        </w:rPr>
        <w:t>1235</w:t>
      </w:r>
    </w:p>
    <w:p w14:paraId="0B7AA80F" w14:textId="77777777" w:rsidR="00FB7411" w:rsidRPr="00C9454D" w:rsidRDefault="00FB7411" w:rsidP="00C9454D">
      <w:pPr>
        <w:rPr>
          <w:sz w:val="24"/>
          <w:szCs w:val="24"/>
        </w:rPr>
      </w:pPr>
    </w:p>
    <w:p w14:paraId="1C93E3B2" w14:textId="48D7D0C4" w:rsidR="00911E82" w:rsidRPr="00C9454D" w:rsidRDefault="00911E82"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had fought in wars, had stood besi</w:t>
      </w:r>
      <w:r w:rsidR="00DD1FF5" w:rsidRPr="00C9454D">
        <w:rPr>
          <w:sz w:val="24"/>
          <w:szCs w:val="24"/>
        </w:rPr>
        <w:t xml:space="preserve">de </w:t>
      </w:r>
      <w:r w:rsidRPr="00C9454D">
        <w:rPr>
          <w:sz w:val="24"/>
          <w:szCs w:val="24"/>
        </w:rPr>
        <w:t>kings, had carved his name into history with sword and steel. But nothing in his life had ever mattered more than his daughter.</w:t>
      </w:r>
    </w:p>
    <w:p w14:paraId="7092EB11" w14:textId="77777777" w:rsidR="00911E82" w:rsidRPr="00C9454D" w:rsidRDefault="00911E82" w:rsidP="00C9454D">
      <w:pPr>
        <w:rPr>
          <w:sz w:val="24"/>
          <w:szCs w:val="24"/>
        </w:rPr>
      </w:pPr>
      <w:r w:rsidRPr="00C9454D">
        <w:rPr>
          <w:sz w:val="24"/>
          <w:szCs w:val="24"/>
        </w:rPr>
        <w:t xml:space="preserve">And he would ensure that </w:t>
      </w:r>
      <w:r w:rsidRPr="00C9454D">
        <w:rPr>
          <w:i/>
          <w:iCs/>
          <w:sz w:val="24"/>
          <w:szCs w:val="24"/>
        </w:rPr>
        <w:t>her</w:t>
      </w:r>
      <w:r w:rsidRPr="00C9454D">
        <w:rPr>
          <w:sz w:val="24"/>
          <w:szCs w:val="24"/>
        </w:rPr>
        <w:t xml:space="preserve"> day was nothing short of legendary.</w:t>
      </w:r>
    </w:p>
    <w:p w14:paraId="4F50EF59" w14:textId="43AFADA2" w:rsidR="00911E82" w:rsidRPr="00C9454D" w:rsidRDefault="00911E82" w:rsidP="00C9454D">
      <w:pPr>
        <w:rPr>
          <w:sz w:val="24"/>
          <w:szCs w:val="24"/>
        </w:rPr>
      </w:pPr>
      <w:r w:rsidRPr="00C9454D">
        <w:rPr>
          <w:sz w:val="24"/>
          <w:szCs w:val="24"/>
        </w:rPr>
        <w:t xml:space="preserve">The preparations for Helena’s wedding became the grandest undertaking </w:t>
      </w:r>
      <w:r w:rsidR="00522C4D" w:rsidRPr="00C9454D">
        <w:rPr>
          <w:sz w:val="24"/>
          <w:szCs w:val="24"/>
        </w:rPr>
        <w:t>High Haven</w:t>
      </w:r>
      <w:r w:rsidRPr="00C9454D">
        <w:rPr>
          <w:sz w:val="24"/>
          <w:szCs w:val="24"/>
        </w:rPr>
        <w:t xml:space="preserve"> had seen in years. No expense was spared—tapestries from France, flowers from the farthest reaches of the kingdom, feasts prepared by the finest cooks.</w:t>
      </w:r>
    </w:p>
    <w:p w14:paraId="6EFB130E" w14:textId="77777777" w:rsidR="00911E82" w:rsidRPr="00C9454D" w:rsidRDefault="00911E82" w:rsidP="00C9454D">
      <w:pPr>
        <w:rPr>
          <w:sz w:val="24"/>
          <w:szCs w:val="24"/>
        </w:rPr>
      </w:pPr>
      <w:r w:rsidRPr="00C9454D">
        <w:rPr>
          <w:sz w:val="24"/>
          <w:szCs w:val="24"/>
        </w:rPr>
        <w:t>John Marshall, watching the frenzy of activity, had only shaken his head with a smirk. “Father, you’re planning a wedding or a coronation?”</w:t>
      </w:r>
    </w:p>
    <w:p w14:paraId="3116E53E" w14:textId="77777777" w:rsidR="00911E82" w:rsidRPr="00C9454D" w:rsidRDefault="00911E82" w:rsidP="00C9454D">
      <w:pPr>
        <w:rPr>
          <w:sz w:val="24"/>
          <w:szCs w:val="24"/>
        </w:rPr>
      </w:pPr>
      <w:r w:rsidRPr="00C9454D">
        <w:rPr>
          <w:sz w:val="24"/>
          <w:szCs w:val="24"/>
        </w:rPr>
        <w:t>Guy had fixed his son with a glare. “You will understand when it is your daughter.”</w:t>
      </w:r>
    </w:p>
    <w:p w14:paraId="56653764" w14:textId="77777777" w:rsidR="00911E82" w:rsidRPr="00C9454D" w:rsidRDefault="00911E82" w:rsidP="00C9454D">
      <w:pPr>
        <w:rPr>
          <w:sz w:val="24"/>
          <w:szCs w:val="24"/>
        </w:rPr>
      </w:pPr>
      <w:r w:rsidRPr="00C9454D">
        <w:rPr>
          <w:sz w:val="24"/>
          <w:szCs w:val="24"/>
        </w:rPr>
        <w:t>Even Abilene, ever the voice of reason, had laughed as she watched her husband oversee every detail. “You fought armies with less preparation,” she teased one evening as he studied the seating arrangements with a frown.</w:t>
      </w:r>
    </w:p>
    <w:p w14:paraId="040AD631" w14:textId="77777777" w:rsidR="00911E82" w:rsidRPr="00C9454D" w:rsidRDefault="00911E82" w:rsidP="00C9454D">
      <w:pPr>
        <w:rPr>
          <w:sz w:val="24"/>
          <w:szCs w:val="24"/>
        </w:rPr>
      </w:pPr>
      <w:r w:rsidRPr="00C9454D">
        <w:rPr>
          <w:sz w:val="24"/>
          <w:szCs w:val="24"/>
        </w:rPr>
        <w:t>“This is more important,” Guy had grunted. Then, with a rare softness, he had turned to her. “She was just a little girl yesterday, Abilene. How did this happen so fast?”</w:t>
      </w:r>
    </w:p>
    <w:p w14:paraId="2EC7C7A1" w14:textId="507C08CB" w:rsidR="00911E82" w:rsidRPr="00C9454D" w:rsidRDefault="00911E82" w:rsidP="00C9454D">
      <w:pPr>
        <w:rPr>
          <w:sz w:val="24"/>
          <w:szCs w:val="24"/>
        </w:rPr>
      </w:pPr>
      <w:r w:rsidRPr="00C9454D">
        <w:rPr>
          <w:sz w:val="24"/>
          <w:szCs w:val="24"/>
        </w:rPr>
        <w:t>Abilene had smiled, stepping into his embrace, her head resting against his chest. “That is the way of things,</w:t>
      </w:r>
      <w:r w:rsidR="00EF2BC9" w:rsidRPr="00C9454D">
        <w:rPr>
          <w:sz w:val="24"/>
          <w:szCs w:val="24"/>
        </w:rPr>
        <w:t xml:space="preserve"> </w:t>
      </w:r>
      <w:r w:rsidRPr="00C9454D">
        <w:rPr>
          <w:sz w:val="24"/>
          <w:szCs w:val="24"/>
        </w:rPr>
        <w:t>love.”</w:t>
      </w:r>
    </w:p>
    <w:p w14:paraId="41423D4F" w14:textId="77777777" w:rsidR="00911E82" w:rsidRPr="00C9454D" w:rsidRDefault="00911E82" w:rsidP="00C9454D">
      <w:pPr>
        <w:rPr>
          <w:sz w:val="24"/>
          <w:szCs w:val="24"/>
        </w:rPr>
      </w:pPr>
      <w:r w:rsidRPr="00C9454D">
        <w:rPr>
          <w:sz w:val="24"/>
          <w:szCs w:val="24"/>
        </w:rPr>
        <w:t>He sighed. “And you, my love? Are you ready to see her wed?”</w:t>
      </w:r>
    </w:p>
    <w:p w14:paraId="2536E707" w14:textId="77777777" w:rsidR="00911E82" w:rsidRPr="00C9454D" w:rsidRDefault="00911E82" w:rsidP="00C9454D">
      <w:pPr>
        <w:rPr>
          <w:sz w:val="24"/>
          <w:szCs w:val="24"/>
        </w:rPr>
      </w:pPr>
      <w:r w:rsidRPr="00C9454D">
        <w:rPr>
          <w:sz w:val="24"/>
          <w:szCs w:val="24"/>
        </w:rPr>
        <w:t>Abilene, who had raised this bright, stubborn, enchanting daughter, swallowed back emotion. “She has found a love that is true, Guy. And that is all I ever wanted for her.”</w:t>
      </w:r>
    </w:p>
    <w:p w14:paraId="4649BD87" w14:textId="77777777" w:rsidR="00911E82" w:rsidRPr="00C9454D" w:rsidRDefault="00FE197F" w:rsidP="00C9454D">
      <w:pPr>
        <w:rPr>
          <w:sz w:val="24"/>
          <w:szCs w:val="24"/>
        </w:rPr>
      </w:pPr>
      <w:r>
        <w:rPr>
          <w:noProof/>
          <w:sz w:val="24"/>
          <w:szCs w:val="24"/>
        </w:rPr>
      </w:r>
      <w:r w:rsidR="00FE197F">
        <w:rPr>
          <w:noProof/>
          <w:sz w:val="24"/>
          <w:szCs w:val="24"/>
        </w:rPr>
        <w:pict w14:anchorId="21780587">
          <v:rect id="_x0000_i1149" style="width:0;height:1.5pt" o:hralign="center" o:hrstd="t" o:hr="t" fillcolor="#a0a0a0" stroked="f"/>
        </w:pict>
      </w:r>
    </w:p>
    <w:p w14:paraId="15F8B08C" w14:textId="71F7B285" w:rsidR="00911E82" w:rsidRPr="00C9454D" w:rsidRDefault="00911E82" w:rsidP="00C9454D">
      <w:pPr>
        <w:pStyle w:val="Heading2"/>
        <w:rPr>
          <w:sz w:val="24"/>
          <w:szCs w:val="24"/>
        </w:rPr>
      </w:pPr>
      <w:r w:rsidRPr="00C9454D">
        <w:rPr>
          <w:sz w:val="24"/>
          <w:szCs w:val="24"/>
        </w:rPr>
        <w:t>The Bri</w:t>
      </w:r>
      <w:r w:rsidR="00DD1FF5" w:rsidRPr="00C9454D">
        <w:rPr>
          <w:sz w:val="24"/>
          <w:szCs w:val="24"/>
        </w:rPr>
        <w:t xml:space="preserve">de </w:t>
      </w:r>
      <w:r w:rsidRPr="00C9454D">
        <w:rPr>
          <w:sz w:val="24"/>
          <w:szCs w:val="24"/>
        </w:rPr>
        <w:t>&amp; Groom: A Vision of Love</w:t>
      </w:r>
    </w:p>
    <w:p w14:paraId="4EDC9D84" w14:textId="77777777" w:rsidR="002B3ABC" w:rsidRPr="00C9454D" w:rsidRDefault="002B3ABC" w:rsidP="00C9454D">
      <w:pPr>
        <w:rPr>
          <w:sz w:val="24"/>
          <w:szCs w:val="24"/>
        </w:rPr>
      </w:pPr>
    </w:p>
    <w:p w14:paraId="0099AFCC" w14:textId="1303B3C6" w:rsidR="00911E82" w:rsidRPr="00C9454D" w:rsidRDefault="00911E82" w:rsidP="00C9454D">
      <w:pPr>
        <w:rPr>
          <w:sz w:val="24"/>
          <w:szCs w:val="24"/>
        </w:rPr>
      </w:pPr>
      <w:r w:rsidRPr="00C9454D">
        <w:rPr>
          <w:sz w:val="24"/>
          <w:szCs w:val="24"/>
        </w:rPr>
        <w:t xml:space="preserve">On the morning of the wedding, as the </w:t>
      </w:r>
      <w:r w:rsidR="00C96A6E" w:rsidRPr="00C9454D">
        <w:rPr>
          <w:sz w:val="24"/>
          <w:szCs w:val="24"/>
        </w:rPr>
        <w:t>manor</w:t>
      </w:r>
      <w:r w:rsidRPr="00C9454D">
        <w:rPr>
          <w:sz w:val="24"/>
          <w:szCs w:val="24"/>
        </w:rPr>
        <w:t xml:space="preserve"> bustled with activity, Guy entered Helena’s chamber and found himself momentarily speechless.</w:t>
      </w:r>
    </w:p>
    <w:p w14:paraId="22F9DCC8" w14:textId="77777777" w:rsidR="00911E82" w:rsidRPr="00C9454D" w:rsidRDefault="00911E82" w:rsidP="00C9454D">
      <w:pPr>
        <w:rPr>
          <w:sz w:val="24"/>
          <w:szCs w:val="24"/>
        </w:rPr>
      </w:pPr>
      <w:r w:rsidRPr="00C9454D">
        <w:rPr>
          <w:sz w:val="24"/>
          <w:szCs w:val="24"/>
        </w:rPr>
        <w:t>She stood before the great mirror, a vision in ivory and gold. Her gown shimmered like captured moonlight, the delicate embroidery cascading like vines over the silk. Her golden curls had been woven into an intricate braid, studded with pearls and tiny golden leaves.</w:t>
      </w:r>
    </w:p>
    <w:p w14:paraId="6697BCEC" w14:textId="77777777" w:rsidR="00911E82" w:rsidRPr="00C9454D" w:rsidRDefault="00911E82" w:rsidP="00C9454D">
      <w:pPr>
        <w:rPr>
          <w:sz w:val="24"/>
          <w:szCs w:val="24"/>
        </w:rPr>
      </w:pPr>
      <w:r w:rsidRPr="00C9454D">
        <w:rPr>
          <w:sz w:val="24"/>
          <w:szCs w:val="24"/>
        </w:rPr>
        <w:t>But it was not the gown nor the jewels that stole his breath—it was her.</w:t>
      </w:r>
    </w:p>
    <w:p w14:paraId="66378E06" w14:textId="77777777" w:rsidR="00911E82" w:rsidRPr="00C9454D" w:rsidRDefault="00911E82" w:rsidP="00C9454D">
      <w:pPr>
        <w:rPr>
          <w:sz w:val="24"/>
          <w:szCs w:val="24"/>
        </w:rPr>
      </w:pPr>
      <w:r w:rsidRPr="00C9454D">
        <w:rPr>
          <w:sz w:val="24"/>
          <w:szCs w:val="24"/>
        </w:rPr>
        <w:t>“My little girl,” he murmured, his voice rough.</w:t>
      </w:r>
    </w:p>
    <w:p w14:paraId="7C506E11" w14:textId="77777777" w:rsidR="00911E82" w:rsidRPr="00C9454D" w:rsidRDefault="00911E82" w:rsidP="00C9454D">
      <w:pPr>
        <w:rPr>
          <w:sz w:val="24"/>
          <w:szCs w:val="24"/>
        </w:rPr>
      </w:pPr>
      <w:r w:rsidRPr="00C9454D">
        <w:rPr>
          <w:sz w:val="24"/>
          <w:szCs w:val="24"/>
        </w:rPr>
        <w:t>Helena turned, a soft smile on her lips. “Not so little anymore, Father.”</w:t>
      </w:r>
    </w:p>
    <w:p w14:paraId="349B85FA" w14:textId="77777777" w:rsidR="00911E82" w:rsidRPr="00C9454D" w:rsidRDefault="00911E82" w:rsidP="00C9454D">
      <w:pPr>
        <w:rPr>
          <w:sz w:val="24"/>
          <w:szCs w:val="24"/>
        </w:rPr>
      </w:pPr>
      <w:r w:rsidRPr="00C9454D">
        <w:rPr>
          <w:sz w:val="24"/>
          <w:szCs w:val="24"/>
        </w:rPr>
        <w:t>“No,” he agreed, swallowing hard as he stepped forward. “But always mine.” He cupped her face, pressing a kiss to her forehead. “Are you ready?”</w:t>
      </w:r>
    </w:p>
    <w:p w14:paraId="4D6F8EC7" w14:textId="77777777" w:rsidR="00911E82" w:rsidRPr="00C9454D" w:rsidRDefault="00911E82" w:rsidP="00C9454D">
      <w:pPr>
        <w:rPr>
          <w:sz w:val="24"/>
          <w:szCs w:val="24"/>
        </w:rPr>
      </w:pPr>
      <w:r w:rsidRPr="00C9454D">
        <w:rPr>
          <w:sz w:val="24"/>
          <w:szCs w:val="24"/>
        </w:rPr>
        <w:t>She took a deep breath. “I have never been more sure of anything.”</w:t>
      </w:r>
    </w:p>
    <w:p w14:paraId="4BC542A8" w14:textId="77777777" w:rsidR="00911E82" w:rsidRPr="00C9454D" w:rsidRDefault="00FE197F" w:rsidP="00C9454D">
      <w:pPr>
        <w:rPr>
          <w:sz w:val="24"/>
          <w:szCs w:val="24"/>
        </w:rPr>
      </w:pPr>
      <w:r>
        <w:rPr>
          <w:noProof/>
          <w:sz w:val="24"/>
          <w:szCs w:val="24"/>
        </w:rPr>
      </w:r>
      <w:r w:rsidR="00FE197F">
        <w:rPr>
          <w:noProof/>
          <w:sz w:val="24"/>
          <w:szCs w:val="24"/>
        </w:rPr>
        <w:pict w14:anchorId="1478C24B">
          <v:rect id="_x0000_i1150" style="width:0;height:1.5pt" o:hralign="center" o:hrstd="t" o:hr="t" fillcolor="#a0a0a0" stroked="f"/>
        </w:pict>
      </w:r>
    </w:p>
    <w:p w14:paraId="699B031E" w14:textId="77777777" w:rsidR="00911E82" w:rsidRPr="00C9454D" w:rsidRDefault="00911E82" w:rsidP="00C9454D">
      <w:pPr>
        <w:rPr>
          <w:sz w:val="24"/>
          <w:szCs w:val="24"/>
        </w:rPr>
      </w:pPr>
      <w:r w:rsidRPr="00C9454D">
        <w:rPr>
          <w:sz w:val="24"/>
          <w:szCs w:val="24"/>
        </w:rPr>
        <w:t>Meanwhile, Étienne stood before the mirror in his own chamber, transformed.</w:t>
      </w:r>
    </w:p>
    <w:p w14:paraId="7AD378CD" w14:textId="77777777" w:rsidR="00911E82" w:rsidRPr="00C9454D" w:rsidRDefault="00911E82" w:rsidP="00C9454D">
      <w:pPr>
        <w:rPr>
          <w:sz w:val="24"/>
          <w:szCs w:val="24"/>
        </w:rPr>
      </w:pPr>
      <w:r w:rsidRPr="00C9454D">
        <w:rPr>
          <w:sz w:val="24"/>
          <w:szCs w:val="24"/>
        </w:rPr>
        <w:t>Gone was the quiet, ink-stained composer in simple tunics. In his place stood a nobleman who carried himself with the quiet confidence of a man who knew his worth. His deep sapphire-blue doublet, trimmed in gold, highlighted the brilliance of his eyes. His dark curls had been neatly combed, his usual shyness replaced with quiet reverence.</w:t>
      </w:r>
    </w:p>
    <w:p w14:paraId="1DCE47B0" w14:textId="77777777" w:rsidR="00911E82" w:rsidRPr="00C9454D" w:rsidRDefault="00911E82" w:rsidP="00C9454D">
      <w:pPr>
        <w:rPr>
          <w:sz w:val="24"/>
          <w:szCs w:val="24"/>
        </w:rPr>
      </w:pPr>
      <w:r w:rsidRPr="00C9454D">
        <w:rPr>
          <w:sz w:val="24"/>
          <w:szCs w:val="24"/>
        </w:rPr>
        <w:t>John Marshall, leaning in the doorway, smirked. “Well, look at you. Almost handsome.”</w:t>
      </w:r>
    </w:p>
    <w:p w14:paraId="0DA0DE1E" w14:textId="77777777" w:rsidR="00911E82" w:rsidRPr="00C9454D" w:rsidRDefault="00911E82" w:rsidP="00C9454D">
      <w:pPr>
        <w:rPr>
          <w:sz w:val="24"/>
          <w:szCs w:val="24"/>
        </w:rPr>
      </w:pPr>
      <w:r w:rsidRPr="00C9454D">
        <w:rPr>
          <w:sz w:val="24"/>
          <w:szCs w:val="24"/>
        </w:rPr>
        <w:t>Étienne chuckled, shaking his head. “I do not need to be handsome,” he murmured. “I only need to be worthy of her.”</w:t>
      </w:r>
    </w:p>
    <w:p w14:paraId="6F75DAB2" w14:textId="77777777" w:rsidR="00911E82" w:rsidRPr="00C9454D" w:rsidRDefault="00911E82" w:rsidP="00C9454D">
      <w:pPr>
        <w:rPr>
          <w:sz w:val="24"/>
          <w:szCs w:val="24"/>
        </w:rPr>
      </w:pPr>
      <w:r w:rsidRPr="00C9454D">
        <w:rPr>
          <w:sz w:val="24"/>
          <w:szCs w:val="24"/>
        </w:rPr>
        <w:t>John’s smirk faded into something softer. “You already are.”</w:t>
      </w:r>
    </w:p>
    <w:p w14:paraId="1753C88A" w14:textId="77777777" w:rsidR="00911E82" w:rsidRPr="00C9454D" w:rsidRDefault="00FE197F" w:rsidP="00C9454D">
      <w:pPr>
        <w:rPr>
          <w:sz w:val="24"/>
          <w:szCs w:val="24"/>
        </w:rPr>
      </w:pPr>
      <w:r>
        <w:rPr>
          <w:noProof/>
          <w:sz w:val="24"/>
          <w:szCs w:val="24"/>
        </w:rPr>
      </w:r>
      <w:r w:rsidR="00FE197F">
        <w:rPr>
          <w:noProof/>
          <w:sz w:val="24"/>
          <w:szCs w:val="24"/>
        </w:rPr>
        <w:pict w14:anchorId="77C27E33">
          <v:rect id="_x0000_i1151" style="width:0;height:1.5pt" o:hralign="center" o:hrstd="t" o:hr="t" fillcolor="#a0a0a0" stroked="f"/>
        </w:pict>
      </w:r>
    </w:p>
    <w:p w14:paraId="044122F0" w14:textId="77777777" w:rsidR="00911E82" w:rsidRPr="00C9454D" w:rsidRDefault="00911E82" w:rsidP="00C9454D">
      <w:pPr>
        <w:pStyle w:val="Heading2"/>
        <w:rPr>
          <w:sz w:val="24"/>
          <w:szCs w:val="24"/>
        </w:rPr>
      </w:pPr>
      <w:r w:rsidRPr="00C9454D">
        <w:rPr>
          <w:sz w:val="24"/>
          <w:szCs w:val="24"/>
        </w:rPr>
        <w:t>The Ceremony: Love That Stilled the World</w:t>
      </w:r>
    </w:p>
    <w:p w14:paraId="4D3FE14F" w14:textId="77777777" w:rsidR="002B3ABC" w:rsidRPr="00C9454D" w:rsidRDefault="002B3ABC" w:rsidP="00C9454D">
      <w:pPr>
        <w:rPr>
          <w:sz w:val="24"/>
          <w:szCs w:val="24"/>
        </w:rPr>
      </w:pPr>
    </w:p>
    <w:p w14:paraId="51E60BA1" w14:textId="77777777" w:rsidR="00911E82" w:rsidRPr="00C9454D" w:rsidRDefault="00911E82" w:rsidP="00C9454D">
      <w:pPr>
        <w:rPr>
          <w:sz w:val="24"/>
          <w:szCs w:val="24"/>
        </w:rPr>
      </w:pPr>
      <w:r w:rsidRPr="00C9454D">
        <w:rPr>
          <w:sz w:val="24"/>
          <w:szCs w:val="24"/>
        </w:rPr>
        <w:t>As Helena walked down the aisle, the entire court stilled. Even the king himself had to take a slow breath at the sheer sight of her.</w:t>
      </w:r>
    </w:p>
    <w:p w14:paraId="01591368" w14:textId="77777777" w:rsidR="00911E82" w:rsidRPr="00C9454D" w:rsidRDefault="00911E82" w:rsidP="00C9454D">
      <w:pPr>
        <w:rPr>
          <w:sz w:val="24"/>
          <w:szCs w:val="24"/>
        </w:rPr>
      </w:pPr>
      <w:r w:rsidRPr="00C9454D">
        <w:rPr>
          <w:sz w:val="24"/>
          <w:szCs w:val="24"/>
        </w:rPr>
        <w:t>A hushed murmur spread through the hall.</w:t>
      </w:r>
    </w:p>
    <w:p w14:paraId="514A302E" w14:textId="77777777" w:rsidR="00911E82" w:rsidRPr="00C9454D" w:rsidRDefault="00911E82" w:rsidP="00C9454D">
      <w:pPr>
        <w:rPr>
          <w:sz w:val="24"/>
          <w:szCs w:val="24"/>
        </w:rPr>
      </w:pPr>
      <w:r w:rsidRPr="00C9454D">
        <w:rPr>
          <w:sz w:val="24"/>
          <w:szCs w:val="24"/>
        </w:rPr>
        <w:t>"She looks like something out of legend," one noble whispered.</w:t>
      </w:r>
    </w:p>
    <w:p w14:paraId="262745C8" w14:textId="77777777" w:rsidR="00911E82" w:rsidRPr="00C9454D" w:rsidRDefault="00911E82" w:rsidP="00C9454D">
      <w:pPr>
        <w:rPr>
          <w:sz w:val="24"/>
          <w:szCs w:val="24"/>
        </w:rPr>
      </w:pPr>
      <w:r w:rsidRPr="00C9454D">
        <w:rPr>
          <w:sz w:val="24"/>
          <w:szCs w:val="24"/>
        </w:rPr>
        <w:t>"Like a goddess descended to earth," another murmured.</w:t>
      </w:r>
    </w:p>
    <w:p w14:paraId="4BACCC44" w14:textId="77777777" w:rsidR="00911E82" w:rsidRPr="00C9454D" w:rsidRDefault="00911E82" w:rsidP="00C9454D">
      <w:pPr>
        <w:rPr>
          <w:sz w:val="24"/>
          <w:szCs w:val="24"/>
        </w:rPr>
      </w:pPr>
      <w:r w:rsidRPr="00C9454D">
        <w:rPr>
          <w:sz w:val="24"/>
          <w:szCs w:val="24"/>
        </w:rPr>
        <w:t>But Étienne—he simply looked at her as though she was the air in his lungs, the stars in his sky.</w:t>
      </w:r>
    </w:p>
    <w:p w14:paraId="3F2538E6" w14:textId="77777777" w:rsidR="00911E82" w:rsidRPr="00C9454D" w:rsidRDefault="00911E82" w:rsidP="00C9454D">
      <w:pPr>
        <w:rPr>
          <w:sz w:val="24"/>
          <w:szCs w:val="24"/>
        </w:rPr>
      </w:pPr>
      <w:r w:rsidRPr="00C9454D">
        <w:rPr>
          <w:sz w:val="24"/>
          <w:szCs w:val="24"/>
        </w:rPr>
        <w:t>As she reached him, he exhaled, as if seeing her in that moment was something too big to contain.</w:t>
      </w:r>
    </w:p>
    <w:p w14:paraId="1204B47C" w14:textId="77777777" w:rsidR="00911E82" w:rsidRPr="00C9454D" w:rsidRDefault="00911E82" w:rsidP="00C9454D">
      <w:pPr>
        <w:rPr>
          <w:sz w:val="24"/>
          <w:szCs w:val="24"/>
        </w:rPr>
      </w:pPr>
      <w:r w:rsidRPr="00C9454D">
        <w:rPr>
          <w:sz w:val="24"/>
          <w:szCs w:val="24"/>
        </w:rPr>
        <w:t>“You are beautiful,” he whispered as he took her hands, his fingers trembling.</w:t>
      </w:r>
    </w:p>
    <w:p w14:paraId="598CC639" w14:textId="77777777" w:rsidR="00911E82" w:rsidRPr="00C9454D" w:rsidRDefault="00911E82" w:rsidP="00C9454D">
      <w:pPr>
        <w:rPr>
          <w:sz w:val="24"/>
          <w:szCs w:val="24"/>
        </w:rPr>
      </w:pPr>
      <w:r w:rsidRPr="00C9454D">
        <w:rPr>
          <w:sz w:val="24"/>
          <w:szCs w:val="24"/>
        </w:rPr>
        <w:t>“And you, my love, are everything,” she answered.</w:t>
      </w:r>
    </w:p>
    <w:p w14:paraId="089D55FF" w14:textId="77777777" w:rsidR="00911E82" w:rsidRPr="00C9454D" w:rsidRDefault="00911E82" w:rsidP="00C9454D">
      <w:pPr>
        <w:rPr>
          <w:sz w:val="24"/>
          <w:szCs w:val="24"/>
        </w:rPr>
      </w:pPr>
      <w:r w:rsidRPr="00C9454D">
        <w:rPr>
          <w:sz w:val="24"/>
          <w:szCs w:val="24"/>
        </w:rPr>
        <w:t>Their vows were spoken in the old tongue, a tradition reserved for noble houses of deep lineage. When it was done, and the final words were spoken, Étienne kissed his bride—not as a conqueror, not as a man claiming a prize, but as someone who had found his home.</w:t>
      </w:r>
    </w:p>
    <w:p w14:paraId="16F8D096" w14:textId="77777777" w:rsidR="00911E82" w:rsidRPr="00C9454D" w:rsidRDefault="00FE197F" w:rsidP="00C9454D">
      <w:pPr>
        <w:rPr>
          <w:sz w:val="24"/>
          <w:szCs w:val="24"/>
        </w:rPr>
      </w:pPr>
      <w:r>
        <w:rPr>
          <w:noProof/>
          <w:sz w:val="24"/>
          <w:szCs w:val="24"/>
        </w:rPr>
      </w:r>
      <w:r w:rsidR="00FE197F">
        <w:rPr>
          <w:noProof/>
          <w:sz w:val="24"/>
          <w:szCs w:val="24"/>
        </w:rPr>
        <w:pict w14:anchorId="7B706B40">
          <v:rect id="_x0000_i1152" style="width:0;height:1.5pt" o:hralign="center" o:hrstd="t" o:hr="t" fillcolor="#a0a0a0" stroked="f"/>
        </w:pict>
      </w:r>
    </w:p>
    <w:p w14:paraId="6266BFC4" w14:textId="77777777" w:rsidR="00911E82" w:rsidRPr="00C9454D" w:rsidRDefault="00911E82" w:rsidP="00C9454D">
      <w:pPr>
        <w:pStyle w:val="Heading2"/>
        <w:rPr>
          <w:b/>
          <w:bCs/>
          <w:sz w:val="24"/>
          <w:szCs w:val="24"/>
        </w:rPr>
      </w:pPr>
      <w:r w:rsidRPr="00C9454D">
        <w:rPr>
          <w:sz w:val="24"/>
          <w:szCs w:val="24"/>
        </w:rPr>
        <w:t>The Song That Would Live Forever</w:t>
      </w:r>
    </w:p>
    <w:p w14:paraId="1AD7A1AA" w14:textId="77777777" w:rsidR="00911E82" w:rsidRPr="00C9454D" w:rsidRDefault="00911E82" w:rsidP="00C9454D">
      <w:pPr>
        <w:pStyle w:val="Heading2"/>
        <w:rPr>
          <w:i/>
          <w:iCs/>
          <w:sz w:val="24"/>
          <w:szCs w:val="24"/>
        </w:rPr>
      </w:pPr>
      <w:r w:rsidRPr="00C9454D">
        <w:rPr>
          <w:i/>
          <w:iCs/>
          <w:sz w:val="24"/>
          <w:szCs w:val="24"/>
        </w:rPr>
        <w:t>(A Gift of Love in Music)</w:t>
      </w:r>
    </w:p>
    <w:p w14:paraId="2DB37B4A" w14:textId="77777777" w:rsidR="002B3ABC" w:rsidRPr="00C9454D" w:rsidRDefault="002B3ABC" w:rsidP="00C9454D">
      <w:pPr>
        <w:rPr>
          <w:sz w:val="24"/>
          <w:szCs w:val="24"/>
        </w:rPr>
      </w:pPr>
    </w:p>
    <w:p w14:paraId="5D61B9F8" w14:textId="77777777" w:rsidR="00911E82" w:rsidRPr="00C9454D" w:rsidRDefault="00911E82" w:rsidP="00C9454D">
      <w:pPr>
        <w:rPr>
          <w:sz w:val="24"/>
          <w:szCs w:val="24"/>
        </w:rPr>
      </w:pPr>
      <w:r w:rsidRPr="00C9454D">
        <w:rPr>
          <w:sz w:val="24"/>
          <w:szCs w:val="24"/>
        </w:rPr>
        <w:t>At the wedding reception, as laughter and music filled the grand hall, Étienne stood before the gathered nobles with his lute in hand.</w:t>
      </w:r>
    </w:p>
    <w:p w14:paraId="09283650" w14:textId="77777777" w:rsidR="00911E82" w:rsidRPr="00C9454D" w:rsidRDefault="00911E82" w:rsidP="00C9454D">
      <w:pPr>
        <w:rPr>
          <w:sz w:val="24"/>
          <w:szCs w:val="24"/>
        </w:rPr>
      </w:pPr>
      <w:r w:rsidRPr="00C9454D">
        <w:rPr>
          <w:sz w:val="24"/>
          <w:szCs w:val="24"/>
        </w:rPr>
        <w:t>“I have no great wealth, no armies, no lands to offer,” he said, his voice carrying across the hall. “But I have a song. And it is hers.”</w:t>
      </w:r>
    </w:p>
    <w:p w14:paraId="66B85F05" w14:textId="77777777" w:rsidR="00911E82" w:rsidRPr="00C9454D" w:rsidRDefault="00911E82" w:rsidP="00C9454D">
      <w:pPr>
        <w:rPr>
          <w:sz w:val="24"/>
          <w:szCs w:val="24"/>
        </w:rPr>
      </w:pPr>
      <w:r w:rsidRPr="00C9454D">
        <w:rPr>
          <w:sz w:val="24"/>
          <w:szCs w:val="24"/>
        </w:rPr>
        <w:t>Then, as the hall fell silent, he played.</w:t>
      </w:r>
    </w:p>
    <w:p w14:paraId="4A22395A" w14:textId="77777777" w:rsidR="00911E82" w:rsidRPr="00C9454D" w:rsidRDefault="00911E82" w:rsidP="00C9454D">
      <w:pPr>
        <w:rPr>
          <w:sz w:val="24"/>
          <w:szCs w:val="24"/>
        </w:rPr>
      </w:pPr>
      <w:r w:rsidRPr="00C9454D">
        <w:rPr>
          <w:sz w:val="24"/>
          <w:szCs w:val="24"/>
        </w:rPr>
        <w:t>The melody was hauntingly beautiful, each note woven with devotion. It spoke of their first meeting, of stolen moments beneath moonlight, of a love so deep it defied time itself.</w:t>
      </w:r>
    </w:p>
    <w:p w14:paraId="1DFF192C" w14:textId="77777777" w:rsidR="00911E82" w:rsidRPr="00C9454D" w:rsidRDefault="00911E82" w:rsidP="00C9454D">
      <w:pPr>
        <w:rPr>
          <w:sz w:val="24"/>
          <w:szCs w:val="24"/>
        </w:rPr>
      </w:pPr>
      <w:r w:rsidRPr="00C9454D">
        <w:rPr>
          <w:sz w:val="24"/>
          <w:szCs w:val="24"/>
        </w:rPr>
        <w:t>By the time the last note faded, there was not a dry eye in the hall.</w:t>
      </w:r>
    </w:p>
    <w:p w14:paraId="5E7580E7" w14:textId="0221CE8D" w:rsidR="00911E82" w:rsidRPr="00C9454D" w:rsidRDefault="00911E82" w:rsidP="00C9454D">
      <w:pPr>
        <w:rPr>
          <w:sz w:val="24"/>
          <w:szCs w:val="24"/>
        </w:rPr>
      </w:pPr>
      <w:r w:rsidRPr="00C9454D">
        <w:rPr>
          <w:sz w:val="24"/>
          <w:szCs w:val="24"/>
        </w:rPr>
        <w:t>Helena rose, crossing the space between them, and placed her hands on either si</w:t>
      </w:r>
      <w:r w:rsidR="00DD1FF5" w:rsidRPr="00C9454D">
        <w:rPr>
          <w:sz w:val="24"/>
          <w:szCs w:val="24"/>
        </w:rPr>
        <w:t xml:space="preserve">de </w:t>
      </w:r>
      <w:r w:rsidRPr="00C9454D">
        <w:rPr>
          <w:sz w:val="24"/>
          <w:szCs w:val="24"/>
        </w:rPr>
        <w:t>of his face.</w:t>
      </w:r>
    </w:p>
    <w:p w14:paraId="5CDF088A" w14:textId="77777777" w:rsidR="00911E82" w:rsidRPr="00C9454D" w:rsidRDefault="00911E82" w:rsidP="00C9454D">
      <w:pPr>
        <w:rPr>
          <w:sz w:val="24"/>
          <w:szCs w:val="24"/>
        </w:rPr>
      </w:pPr>
      <w:r w:rsidRPr="00C9454D">
        <w:rPr>
          <w:sz w:val="24"/>
          <w:szCs w:val="24"/>
        </w:rPr>
        <w:t>“You have given me the greatest gift,” she whispered.</w:t>
      </w:r>
    </w:p>
    <w:p w14:paraId="7357822D" w14:textId="77777777" w:rsidR="00911E82" w:rsidRPr="00C9454D" w:rsidRDefault="00911E82" w:rsidP="00C9454D">
      <w:pPr>
        <w:rPr>
          <w:sz w:val="24"/>
          <w:szCs w:val="24"/>
        </w:rPr>
      </w:pPr>
      <w:r w:rsidRPr="00C9454D">
        <w:rPr>
          <w:sz w:val="24"/>
          <w:szCs w:val="24"/>
        </w:rPr>
        <w:t>And then, before the eyes of the court, she kissed him as though they were the only two souls in the world.</w:t>
      </w:r>
    </w:p>
    <w:p w14:paraId="7F29F5B3" w14:textId="77777777" w:rsidR="00911E82" w:rsidRPr="00C9454D" w:rsidRDefault="00911E82" w:rsidP="00C9454D">
      <w:pPr>
        <w:rPr>
          <w:sz w:val="24"/>
          <w:szCs w:val="24"/>
        </w:rPr>
      </w:pPr>
      <w:r w:rsidRPr="00C9454D">
        <w:rPr>
          <w:sz w:val="24"/>
          <w:szCs w:val="24"/>
        </w:rPr>
        <w:t>For they were.</w:t>
      </w:r>
    </w:p>
    <w:p w14:paraId="07C3CFE3" w14:textId="77777777" w:rsidR="00911E82" w:rsidRPr="00C9454D" w:rsidRDefault="00911E82" w:rsidP="00C9454D">
      <w:pPr>
        <w:rPr>
          <w:sz w:val="24"/>
          <w:szCs w:val="24"/>
        </w:rPr>
      </w:pPr>
      <w:r w:rsidRPr="00C9454D">
        <w:rPr>
          <w:sz w:val="24"/>
          <w:szCs w:val="24"/>
        </w:rPr>
        <w:t>In love, in music, in history—they belonged to each other forever.</w:t>
      </w:r>
    </w:p>
    <w:p w14:paraId="7709C8BA" w14:textId="77777777" w:rsidR="00911E82" w:rsidRPr="00C9454D" w:rsidRDefault="00911E82" w:rsidP="00C9454D">
      <w:pPr>
        <w:rPr>
          <w:sz w:val="24"/>
          <w:szCs w:val="24"/>
        </w:rPr>
      </w:pPr>
    </w:p>
    <w:p w14:paraId="395124B1" w14:textId="7B8E0C28" w:rsidR="00854BAA" w:rsidRPr="00C9454D" w:rsidRDefault="00854BAA" w:rsidP="00C9454D">
      <w:pPr>
        <w:rPr>
          <w:sz w:val="24"/>
          <w:szCs w:val="24"/>
        </w:rPr>
      </w:pPr>
    </w:p>
    <w:p w14:paraId="2438B63A" w14:textId="61589623" w:rsidR="008452EF" w:rsidRPr="00C9454D" w:rsidRDefault="008452EF" w:rsidP="00C9454D">
      <w:pPr>
        <w:rPr>
          <w:sz w:val="24"/>
          <w:szCs w:val="24"/>
        </w:rPr>
      </w:pPr>
    </w:p>
    <w:p w14:paraId="2EB39847" w14:textId="34731CFA" w:rsidR="008452EF" w:rsidRPr="00C9454D" w:rsidRDefault="008452EF" w:rsidP="00C9454D">
      <w:pPr>
        <w:rPr>
          <w:rFonts w:ascii="Times New Roman" w:eastAsia="Times New Roman" w:hAnsi="Times New Roman" w:cs="Times New Roman"/>
          <w:sz w:val="24"/>
          <w:szCs w:val="24"/>
        </w:rPr>
      </w:pPr>
    </w:p>
    <w:p w14:paraId="2E09C4C7" w14:textId="54E35D30" w:rsidR="008452EF" w:rsidRPr="00C9454D" w:rsidRDefault="008452EF" w:rsidP="00C9454D">
      <w:pPr>
        <w:pStyle w:val="Heading2"/>
        <w:rPr>
          <w:rFonts w:eastAsia="Times New Roman"/>
          <w:sz w:val="24"/>
          <w:szCs w:val="24"/>
        </w:rPr>
      </w:pPr>
      <w:r w:rsidRPr="00C9454D">
        <w:rPr>
          <w:rFonts w:eastAsia="Times New Roman"/>
          <w:sz w:val="24"/>
          <w:szCs w:val="24"/>
        </w:rPr>
        <w:t xml:space="preserve">Life After John and </w:t>
      </w:r>
      <w:r w:rsidR="001D638F" w:rsidRPr="00C9454D">
        <w:rPr>
          <w:rFonts w:eastAsia="Times New Roman"/>
          <w:sz w:val="24"/>
          <w:szCs w:val="24"/>
        </w:rPr>
        <w:t>Helena’s</w:t>
      </w:r>
      <w:r w:rsidRPr="00C9454D">
        <w:rPr>
          <w:rFonts w:eastAsia="Times New Roman"/>
          <w:sz w:val="24"/>
          <w:szCs w:val="24"/>
        </w:rPr>
        <w:t xml:space="preserve"> Wedding</w:t>
      </w:r>
    </w:p>
    <w:p w14:paraId="46B3C775" w14:textId="77777777" w:rsidR="002B3ABC" w:rsidRPr="00C9454D" w:rsidRDefault="002B3ABC" w:rsidP="00C9454D">
      <w:pPr>
        <w:rPr>
          <w:sz w:val="24"/>
          <w:szCs w:val="24"/>
        </w:rPr>
      </w:pPr>
    </w:p>
    <w:p w14:paraId="47CEE3E1" w14:textId="2E966890"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As the excitement of the wedding</w:t>
      </w:r>
      <w:r w:rsidR="00823A0C" w:rsidRPr="00C9454D">
        <w:rPr>
          <w:rFonts w:ascii="Times New Roman" w:eastAsia="Times New Roman" w:hAnsi="Times New Roman" w:cs="Times New Roman"/>
          <w:sz w:val="24"/>
          <w:szCs w:val="24"/>
        </w:rPr>
        <w:t>s</w:t>
      </w:r>
      <w:r w:rsidRPr="00C9454D">
        <w:rPr>
          <w:rFonts w:ascii="Times New Roman" w:eastAsia="Times New Roman" w:hAnsi="Times New Roman" w:cs="Times New Roman"/>
          <w:sz w:val="24"/>
          <w:szCs w:val="24"/>
        </w:rPr>
        <w:t xml:space="preserve"> fades and John and </w:t>
      </w:r>
      <w:r w:rsidR="00823A0C" w:rsidRPr="00C9454D">
        <w:rPr>
          <w:rFonts w:ascii="Times New Roman" w:eastAsia="Times New Roman" w:hAnsi="Times New Roman" w:cs="Times New Roman"/>
          <w:sz w:val="24"/>
          <w:szCs w:val="24"/>
        </w:rPr>
        <w:t xml:space="preserve">Helena </w:t>
      </w:r>
      <w:r w:rsidRPr="00C9454D">
        <w:rPr>
          <w:rFonts w:ascii="Times New Roman" w:eastAsia="Times New Roman" w:hAnsi="Times New Roman" w:cs="Times New Roman"/>
          <w:sz w:val="24"/>
          <w:szCs w:val="24"/>
        </w:rPr>
        <w:t>settle into their own home</w:t>
      </w:r>
      <w:r w:rsidR="00236CBC" w:rsidRPr="00C9454D">
        <w:rPr>
          <w:rFonts w:ascii="Times New Roman" w:eastAsia="Times New Roman" w:hAnsi="Times New Roman" w:cs="Times New Roman"/>
          <w:sz w:val="24"/>
          <w:szCs w:val="24"/>
        </w:rPr>
        <w:t>s</w:t>
      </w:r>
      <w:r w:rsidRPr="00C9454D">
        <w:rPr>
          <w:rFonts w:ascii="Times New Roman" w:eastAsia="Times New Roman" w:hAnsi="Times New Roman" w:cs="Times New Roman"/>
          <w:sz w:val="24"/>
          <w:szCs w:val="24"/>
        </w:rPr>
        <w:t xml:space="preserve"> nearby,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grows quieter. The absence of their </w:t>
      </w:r>
      <w:r w:rsidR="00D41ADA" w:rsidRPr="00C9454D">
        <w:rPr>
          <w:rFonts w:ascii="Times New Roman" w:eastAsia="Times New Roman" w:hAnsi="Times New Roman" w:cs="Times New Roman"/>
          <w:sz w:val="24"/>
          <w:szCs w:val="24"/>
        </w:rPr>
        <w:t>children</w:t>
      </w:r>
      <w:r w:rsidRPr="00C9454D">
        <w:rPr>
          <w:rFonts w:ascii="Times New Roman" w:eastAsia="Times New Roman" w:hAnsi="Times New Roman" w:cs="Times New Roman"/>
          <w:sz w:val="24"/>
          <w:szCs w:val="24"/>
        </w:rPr>
        <w:t xml:space="preserve"> and </w:t>
      </w:r>
      <w:r w:rsidR="00D41ADA" w:rsidRPr="00C9454D">
        <w:rPr>
          <w:rFonts w:ascii="Times New Roman" w:eastAsia="Times New Roman" w:hAnsi="Times New Roman" w:cs="Times New Roman"/>
          <w:sz w:val="24"/>
          <w:szCs w:val="24"/>
        </w:rPr>
        <w:t>their</w:t>
      </w:r>
      <w:r w:rsidRPr="00C9454D">
        <w:rPr>
          <w:rFonts w:ascii="Times New Roman" w:eastAsia="Times New Roman" w:hAnsi="Times New Roman" w:cs="Times New Roman"/>
          <w:sz w:val="24"/>
          <w:szCs w:val="24"/>
        </w:rPr>
        <w:t xml:space="preserve"> lively conversations leaves a noticeable void. Abilene and Guy find themselves adjusting to this new phase of life, rediscovering their bond as a couple rather than as parents.</w:t>
      </w:r>
    </w:p>
    <w:p w14:paraId="6709038E" w14:textId="105E3B0F"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At first, the quiet feels almost unsettling. Abilene misses John’s questions during their Bible study sessions, and Guy often pauses at the doorway of </w:t>
      </w:r>
      <w:r w:rsidR="008C6692" w:rsidRPr="00C9454D">
        <w:rPr>
          <w:rFonts w:ascii="Times New Roman" w:eastAsia="Times New Roman" w:hAnsi="Times New Roman" w:cs="Times New Roman"/>
          <w:sz w:val="24"/>
          <w:szCs w:val="24"/>
        </w:rPr>
        <w:t>Helena’s</w:t>
      </w:r>
      <w:r w:rsidRPr="00C9454D">
        <w:rPr>
          <w:rFonts w:ascii="Times New Roman" w:eastAsia="Times New Roman" w:hAnsi="Times New Roman" w:cs="Times New Roman"/>
          <w:sz w:val="24"/>
          <w:szCs w:val="24"/>
        </w:rPr>
        <w:t xml:space="preserve"> old room, as if expecting to see h</w:t>
      </w:r>
      <w:r w:rsidR="00CE220C" w:rsidRPr="00C9454D">
        <w:rPr>
          <w:rFonts w:ascii="Times New Roman" w:eastAsia="Times New Roman" w:hAnsi="Times New Roman" w:cs="Times New Roman"/>
          <w:sz w:val="24"/>
          <w:szCs w:val="24"/>
        </w:rPr>
        <w:t>er</w:t>
      </w:r>
      <w:r w:rsidRPr="00C9454D">
        <w:rPr>
          <w:rFonts w:ascii="Times New Roman" w:eastAsia="Times New Roman" w:hAnsi="Times New Roman" w:cs="Times New Roman"/>
          <w:sz w:val="24"/>
          <w:szCs w:val="24"/>
        </w:rPr>
        <w:t xml:space="preserve"> there. Even the animals seem to sense the change, their usual routines feeling a little less lively.</w:t>
      </w:r>
    </w:p>
    <w:p w14:paraId="5FDA501A" w14:textId="77777777"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But slowly, the couple begins to fill the emptiness with new projects and shared moments.</w:t>
      </w:r>
    </w:p>
    <w:p w14:paraId="27A8BBF3" w14:textId="77777777" w:rsidR="00EB1A52" w:rsidRPr="00C9454D" w:rsidRDefault="00EB1A52" w:rsidP="00C9454D">
      <w:pPr>
        <w:pStyle w:val="Heading2"/>
        <w:rPr>
          <w:rFonts w:eastAsia="Times New Roman"/>
          <w:sz w:val="24"/>
          <w:szCs w:val="24"/>
        </w:rPr>
      </w:pPr>
    </w:p>
    <w:p w14:paraId="66FC07F6" w14:textId="590B7588" w:rsidR="006F143E" w:rsidRPr="00C9454D" w:rsidRDefault="008452EF" w:rsidP="00C9454D">
      <w:pPr>
        <w:pStyle w:val="Heading2"/>
        <w:rPr>
          <w:rFonts w:eastAsia="Times New Roman"/>
          <w:sz w:val="24"/>
          <w:szCs w:val="24"/>
        </w:rPr>
      </w:pPr>
      <w:r w:rsidRPr="00C9454D">
        <w:rPr>
          <w:rFonts w:eastAsia="Times New Roman"/>
          <w:sz w:val="24"/>
          <w:szCs w:val="24"/>
        </w:rPr>
        <w:t>Their Evolving Relationship</w:t>
      </w:r>
      <w:r w:rsidR="00922FAA" w:rsidRPr="00C9454D">
        <w:rPr>
          <w:rFonts w:eastAsia="Times New Roman"/>
          <w:sz w:val="24"/>
          <w:szCs w:val="24"/>
        </w:rPr>
        <w:t xml:space="preserve"> </w:t>
      </w:r>
    </w:p>
    <w:p w14:paraId="3974E117" w14:textId="5447F12C" w:rsidR="008452EF" w:rsidRPr="00C9454D" w:rsidRDefault="00922FAA" w:rsidP="00C9454D">
      <w:pPr>
        <w:pStyle w:val="Heading2"/>
        <w:rPr>
          <w:rFonts w:eastAsia="Times New Roman"/>
          <w:sz w:val="24"/>
          <w:szCs w:val="24"/>
        </w:rPr>
      </w:pPr>
      <w:r w:rsidRPr="00C9454D">
        <w:rPr>
          <w:rFonts w:eastAsia="Times New Roman"/>
          <w:sz w:val="24"/>
          <w:szCs w:val="24"/>
        </w:rPr>
        <w:t>1235</w:t>
      </w:r>
    </w:p>
    <w:p w14:paraId="53EC0021" w14:textId="7B4DFD8D"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With John</w:t>
      </w:r>
      <w:r w:rsidR="00D717D5" w:rsidRPr="00C9454D">
        <w:rPr>
          <w:rFonts w:ascii="Times New Roman" w:eastAsia="Times New Roman" w:hAnsi="Times New Roman" w:cs="Times New Roman"/>
          <w:sz w:val="24"/>
          <w:szCs w:val="24"/>
        </w:rPr>
        <w:t xml:space="preserve"> and Helena</w:t>
      </w:r>
      <w:r w:rsidRPr="00C9454D">
        <w:rPr>
          <w:rFonts w:ascii="Times New Roman" w:eastAsia="Times New Roman" w:hAnsi="Times New Roman" w:cs="Times New Roman"/>
          <w:sz w:val="24"/>
          <w:szCs w:val="24"/>
        </w:rPr>
        <w:t xml:space="preserve"> gone, Abilene and Guy rediscover each other in unexpected ways. They take long walks together through the fields, often reminiscing about the challenges they’ve overcome and the life they’ve built. Abilene finds herself marveling at Guy’s quiet strength, while he admires her unwavering determination and compassion.</w:t>
      </w:r>
    </w:p>
    <w:p w14:paraId="1FCDC47D" w14:textId="77777777"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One evening, as they sit on the porch watching the sunset, Guy breaks the silence. “You’ve changed the world more than you realize,” he says, his voice gruff but filled with pride.</w:t>
      </w:r>
    </w:p>
    <w:p w14:paraId="33F7A25D" w14:textId="3754DD1A"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Abilene laughs softly, leaning her head against his shoulder. “We’ve done it together, Guy.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wouldn’t be what it is without you.”</w:t>
      </w:r>
    </w:p>
    <w:p w14:paraId="3E1C910B" w14:textId="77777777"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He doesn’t respond, but his hand finds hers, their fingers intertwining as they watch the sky turn to twilight.</w:t>
      </w:r>
    </w:p>
    <w:p w14:paraId="68F522DE" w14:textId="77777777" w:rsidR="008452EF"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2A8C7D98">
          <v:rect id="_x0000_i1153" style="width:0;height:1.5pt" o:hralign="center" o:hrstd="t" o:hr="t" fillcolor="#a0a0a0" stroked="f"/>
        </w:pict>
      </w:r>
    </w:p>
    <w:p w14:paraId="1F47909E" w14:textId="77777777" w:rsidR="008452EF" w:rsidRPr="00C9454D" w:rsidRDefault="008452EF" w:rsidP="00C9454D">
      <w:pPr>
        <w:pStyle w:val="Heading2"/>
        <w:rPr>
          <w:rFonts w:eastAsia="Times New Roman"/>
          <w:sz w:val="24"/>
          <w:szCs w:val="24"/>
        </w:rPr>
      </w:pPr>
      <w:r w:rsidRPr="00C9454D">
        <w:rPr>
          <w:rFonts w:eastAsia="Times New Roman"/>
          <w:sz w:val="24"/>
          <w:szCs w:val="24"/>
        </w:rPr>
        <w:t xml:space="preserve">Visits from John and </w:t>
      </w:r>
      <w:proofErr w:type="spellStart"/>
      <w:r w:rsidRPr="00C9454D">
        <w:rPr>
          <w:rFonts w:eastAsia="Times New Roman"/>
          <w:sz w:val="24"/>
          <w:szCs w:val="24"/>
        </w:rPr>
        <w:t>Alara</w:t>
      </w:r>
      <w:proofErr w:type="spellEnd"/>
    </w:p>
    <w:p w14:paraId="6E4A2CC7" w14:textId="77777777" w:rsidR="002B3ABC" w:rsidRPr="00C9454D" w:rsidRDefault="002B3ABC" w:rsidP="00C9454D">
      <w:pPr>
        <w:rPr>
          <w:sz w:val="24"/>
          <w:szCs w:val="24"/>
        </w:rPr>
      </w:pPr>
    </w:p>
    <w:p w14:paraId="1783BB71" w14:textId="28FC62EC" w:rsidR="008452EF" w:rsidRPr="00C9454D" w:rsidRDefault="008452EF"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w:t>
      </w:r>
      <w:r w:rsidR="002643C1" w:rsidRPr="00C9454D">
        <w:rPr>
          <w:rFonts w:ascii="Times New Roman" w:eastAsia="Times New Roman" w:hAnsi="Times New Roman" w:cs="Times New Roman"/>
          <w:sz w:val="24"/>
          <w:szCs w:val="24"/>
        </w:rPr>
        <w:t xml:space="preserve"> </w:t>
      </w:r>
      <w:r w:rsidRPr="00C9454D">
        <w:rPr>
          <w:rFonts w:ascii="Times New Roman" w:eastAsia="Times New Roman" w:hAnsi="Times New Roman" w:cs="Times New Roman"/>
          <w:sz w:val="24"/>
          <w:szCs w:val="24"/>
        </w:rPr>
        <w:t xml:space="preserve">and </w:t>
      </w:r>
      <w:r w:rsidR="00E83C2A" w:rsidRPr="00C9454D">
        <w:rPr>
          <w:rFonts w:ascii="Times New Roman" w:eastAsia="Times New Roman" w:hAnsi="Times New Roman" w:cs="Times New Roman"/>
          <w:sz w:val="24"/>
          <w:szCs w:val="24"/>
        </w:rPr>
        <w:t>Helena</w:t>
      </w:r>
      <w:r w:rsidRPr="00C9454D">
        <w:rPr>
          <w:rFonts w:ascii="Times New Roman" w:eastAsia="Times New Roman" w:hAnsi="Times New Roman" w:cs="Times New Roman"/>
          <w:sz w:val="24"/>
          <w:szCs w:val="24"/>
        </w:rPr>
        <w:t xml:space="preserve"> often visit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their presence bringing a burst of energy to the quiet estate. During these visits, Abilene and Guy marvel at how much their </w:t>
      </w:r>
      <w:r w:rsidR="00DE16DA" w:rsidRPr="00C9454D">
        <w:rPr>
          <w:rFonts w:ascii="Times New Roman" w:eastAsia="Times New Roman" w:hAnsi="Times New Roman" w:cs="Times New Roman"/>
          <w:sz w:val="24"/>
          <w:szCs w:val="24"/>
        </w:rPr>
        <w:t>children have</w:t>
      </w:r>
      <w:r w:rsidRPr="00C9454D">
        <w:rPr>
          <w:rFonts w:ascii="Times New Roman" w:eastAsia="Times New Roman" w:hAnsi="Times New Roman" w:cs="Times New Roman"/>
          <w:sz w:val="24"/>
          <w:szCs w:val="24"/>
        </w:rPr>
        <w:t xml:space="preserve"> grown—not just physically but in his wisdom and confidence.</w:t>
      </w:r>
    </w:p>
    <w:p w14:paraId="0EDD8DA7" w14:textId="727C33B5" w:rsidR="00693C22" w:rsidRPr="00C9454D" w:rsidRDefault="00D51FAD"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Helena</w:t>
      </w:r>
      <w:r w:rsidR="008452EF" w:rsidRPr="00C9454D">
        <w:rPr>
          <w:rFonts w:ascii="Times New Roman" w:eastAsia="Times New Roman" w:hAnsi="Times New Roman" w:cs="Times New Roman"/>
          <w:sz w:val="24"/>
          <w:szCs w:val="24"/>
        </w:rPr>
        <w:t xml:space="preserve">, </w:t>
      </w:r>
      <w:r w:rsidRPr="00C9454D">
        <w:rPr>
          <w:rFonts w:ascii="Times New Roman" w:eastAsia="Times New Roman" w:hAnsi="Times New Roman" w:cs="Times New Roman"/>
          <w:sz w:val="24"/>
          <w:szCs w:val="24"/>
        </w:rPr>
        <w:t xml:space="preserve">just </w:t>
      </w:r>
      <w:r w:rsidR="00320198" w:rsidRPr="00C9454D">
        <w:rPr>
          <w:rFonts w:ascii="Times New Roman" w:eastAsia="Times New Roman" w:hAnsi="Times New Roman" w:cs="Times New Roman"/>
          <w:sz w:val="24"/>
          <w:szCs w:val="24"/>
        </w:rPr>
        <w:t>acquiring</w:t>
      </w:r>
      <w:r w:rsidRPr="00C9454D">
        <w:rPr>
          <w:rFonts w:ascii="Times New Roman" w:eastAsia="Times New Roman" w:hAnsi="Times New Roman" w:cs="Times New Roman"/>
          <w:sz w:val="24"/>
          <w:szCs w:val="24"/>
        </w:rPr>
        <w:t xml:space="preserve"> </w:t>
      </w:r>
      <w:r w:rsidR="006A6E5F" w:rsidRPr="00C9454D">
        <w:rPr>
          <w:rFonts w:ascii="Times New Roman" w:eastAsia="Times New Roman" w:hAnsi="Times New Roman" w:cs="Times New Roman"/>
          <w:sz w:val="24"/>
          <w:szCs w:val="24"/>
        </w:rPr>
        <w:t>her first</w:t>
      </w:r>
      <w:r w:rsidR="00320198" w:rsidRPr="00C9454D">
        <w:rPr>
          <w:rFonts w:ascii="Times New Roman" w:eastAsia="Times New Roman" w:hAnsi="Times New Roman" w:cs="Times New Roman"/>
          <w:sz w:val="24"/>
          <w:szCs w:val="24"/>
        </w:rPr>
        <w:t xml:space="preserve"> estate</w:t>
      </w:r>
      <w:r w:rsidR="00016CD7" w:rsidRPr="00C9454D">
        <w:rPr>
          <w:rFonts w:ascii="Times New Roman" w:eastAsia="Times New Roman" w:hAnsi="Times New Roman" w:cs="Times New Roman"/>
          <w:sz w:val="24"/>
          <w:szCs w:val="24"/>
        </w:rPr>
        <w:t>,</w:t>
      </w:r>
      <w:r w:rsidR="00320198" w:rsidRPr="00C9454D">
        <w:rPr>
          <w:rFonts w:ascii="Times New Roman" w:eastAsia="Times New Roman" w:hAnsi="Times New Roman" w:cs="Times New Roman"/>
          <w:sz w:val="24"/>
          <w:szCs w:val="24"/>
        </w:rPr>
        <w:t xml:space="preserve"> </w:t>
      </w:r>
      <w:r w:rsidR="008452EF" w:rsidRPr="00C9454D">
        <w:rPr>
          <w:rFonts w:ascii="Times New Roman" w:eastAsia="Times New Roman" w:hAnsi="Times New Roman" w:cs="Times New Roman"/>
          <w:sz w:val="24"/>
          <w:szCs w:val="24"/>
        </w:rPr>
        <w:t>bonds with Abilene over shared projects</w:t>
      </w:r>
      <w:r w:rsidR="00320198" w:rsidRPr="00C9454D">
        <w:rPr>
          <w:rFonts w:ascii="Times New Roman" w:eastAsia="Times New Roman" w:hAnsi="Times New Roman" w:cs="Times New Roman"/>
          <w:sz w:val="24"/>
          <w:szCs w:val="24"/>
        </w:rPr>
        <w:t xml:space="preserve"> and </w:t>
      </w:r>
      <w:r w:rsidR="00F008FC" w:rsidRPr="00C9454D">
        <w:rPr>
          <w:rFonts w:ascii="Times New Roman" w:eastAsia="Times New Roman" w:hAnsi="Times New Roman" w:cs="Times New Roman"/>
          <w:sz w:val="24"/>
          <w:szCs w:val="24"/>
        </w:rPr>
        <w:t>hospitality</w:t>
      </w:r>
      <w:r w:rsidR="008452EF" w:rsidRPr="00C9454D">
        <w:rPr>
          <w:rFonts w:ascii="Times New Roman" w:eastAsia="Times New Roman" w:hAnsi="Times New Roman" w:cs="Times New Roman"/>
          <w:sz w:val="24"/>
          <w:szCs w:val="24"/>
        </w:rPr>
        <w:t>, while John and Guy discuss plans for expanding the estate. The visits reinforce the strong bond between the family, reminding Abilene and Guy that, though their roles have changed, they remain deeply connected to their children.</w:t>
      </w:r>
    </w:p>
    <w:p w14:paraId="4C15BEE7" w14:textId="26AD9178" w:rsidR="00693C22" w:rsidRPr="00C9454D" w:rsidRDefault="00693C22" w:rsidP="00C9454D">
      <w:pPr>
        <w:rPr>
          <w:rFonts w:ascii="Times New Roman" w:eastAsia="Times New Roman" w:hAnsi="Times New Roman" w:cs="Times New Roman"/>
          <w:sz w:val="24"/>
          <w:szCs w:val="24"/>
        </w:rPr>
      </w:pPr>
    </w:p>
    <w:p w14:paraId="7A73F398" w14:textId="77777777" w:rsidR="00982140" w:rsidRPr="00C9454D" w:rsidRDefault="00693C22" w:rsidP="00C9454D">
      <w:pPr>
        <w:pStyle w:val="Heading2"/>
        <w:rPr>
          <w:rFonts w:eastAsia="Times New Roman"/>
          <w:sz w:val="24"/>
          <w:szCs w:val="24"/>
        </w:rPr>
      </w:pPr>
      <w:r w:rsidRPr="00C9454D">
        <w:rPr>
          <w:rFonts w:eastAsia="Times New Roman"/>
          <w:sz w:val="24"/>
          <w:szCs w:val="24"/>
        </w:rPr>
        <w:t>Grandchildren Bring New Life</w:t>
      </w:r>
      <w:r w:rsidR="00982140" w:rsidRPr="00C9454D">
        <w:rPr>
          <w:rFonts w:eastAsia="Times New Roman"/>
          <w:sz w:val="24"/>
          <w:szCs w:val="24"/>
        </w:rPr>
        <w:t xml:space="preserve"> </w:t>
      </w:r>
    </w:p>
    <w:p w14:paraId="79497BCE" w14:textId="677B7F4C" w:rsidR="00693C22" w:rsidRPr="00C9454D" w:rsidRDefault="00206A7A" w:rsidP="00C9454D">
      <w:pPr>
        <w:pStyle w:val="Heading2"/>
        <w:rPr>
          <w:rFonts w:eastAsia="Times New Roman"/>
          <w:sz w:val="24"/>
          <w:szCs w:val="24"/>
        </w:rPr>
      </w:pPr>
      <w:r w:rsidRPr="00C9454D">
        <w:rPr>
          <w:rFonts w:eastAsia="Times New Roman"/>
          <w:sz w:val="24"/>
          <w:szCs w:val="24"/>
        </w:rPr>
        <w:t>b.</w:t>
      </w:r>
      <w:r w:rsidR="00982140" w:rsidRPr="00C9454D">
        <w:rPr>
          <w:rFonts w:eastAsia="Times New Roman"/>
          <w:sz w:val="24"/>
          <w:szCs w:val="24"/>
        </w:rPr>
        <w:t>1227</w:t>
      </w:r>
      <w:r w:rsidRPr="00C9454D">
        <w:rPr>
          <w:rFonts w:eastAsia="Times New Roman"/>
          <w:sz w:val="24"/>
          <w:szCs w:val="24"/>
        </w:rPr>
        <w:t>-1229</w:t>
      </w:r>
    </w:p>
    <w:p w14:paraId="010DC561" w14:textId="77777777" w:rsidR="00C404DF" w:rsidRPr="00C9454D" w:rsidRDefault="00C404DF" w:rsidP="00C9454D">
      <w:pPr>
        <w:rPr>
          <w:sz w:val="24"/>
          <w:szCs w:val="24"/>
        </w:rPr>
      </w:pPr>
    </w:p>
    <w:p w14:paraId="131F9084" w14:textId="2A750984"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When John and </w:t>
      </w:r>
      <w:proofErr w:type="spellStart"/>
      <w:r w:rsidRPr="00C9454D">
        <w:rPr>
          <w:rFonts w:ascii="Times New Roman" w:eastAsia="Times New Roman" w:hAnsi="Times New Roman" w:cs="Times New Roman"/>
          <w:sz w:val="24"/>
          <w:szCs w:val="24"/>
        </w:rPr>
        <w:t>Alara’s</w:t>
      </w:r>
      <w:proofErr w:type="spellEnd"/>
      <w:r w:rsidRPr="00C9454D">
        <w:rPr>
          <w:rFonts w:ascii="Times New Roman" w:eastAsia="Times New Roman" w:hAnsi="Times New Roman" w:cs="Times New Roman"/>
          <w:sz w:val="24"/>
          <w:szCs w:val="24"/>
        </w:rPr>
        <w:t xml:space="preserve"> first child, a boy, was born,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came alive again with the sounds of laughter and tiny footsteps. They named him Emory, after one of John’s favorite biblical scholars whose works had shaped his understanding of scripture. Two years later, a daughter followed—Mara, a lively girl with </w:t>
      </w:r>
      <w:proofErr w:type="spellStart"/>
      <w:r w:rsidRPr="00C9454D">
        <w:rPr>
          <w:rFonts w:ascii="Times New Roman" w:eastAsia="Times New Roman" w:hAnsi="Times New Roman" w:cs="Times New Roman"/>
          <w:sz w:val="24"/>
          <w:szCs w:val="24"/>
        </w:rPr>
        <w:t>Alara’s</w:t>
      </w:r>
      <w:proofErr w:type="spellEnd"/>
      <w:r w:rsidRPr="00C9454D">
        <w:rPr>
          <w:rFonts w:ascii="Times New Roman" w:eastAsia="Times New Roman" w:hAnsi="Times New Roman" w:cs="Times New Roman"/>
          <w:sz w:val="24"/>
          <w:szCs w:val="24"/>
        </w:rPr>
        <w:t xml:space="preserve"> sharp wit and John’s thoughtful demeanor.</w:t>
      </w:r>
    </w:p>
    <w:p w14:paraId="3CF7C30A" w14:textId="5061FD00"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Abilene and Guy embraced their new roles as grandparents with open hearts. They doted on the children, teaching them the ways of the </w:t>
      </w:r>
      <w:r w:rsidR="003813A1" w:rsidRPr="00C9454D">
        <w:rPr>
          <w:rFonts w:ascii="Times New Roman" w:eastAsia="Times New Roman" w:hAnsi="Times New Roman" w:cs="Times New Roman"/>
          <w:sz w:val="24"/>
          <w:szCs w:val="24"/>
        </w:rPr>
        <w:t>estate</w:t>
      </w:r>
      <w:r w:rsidRPr="00C9454D">
        <w:rPr>
          <w:rFonts w:ascii="Times New Roman" w:eastAsia="Times New Roman" w:hAnsi="Times New Roman" w:cs="Times New Roman"/>
          <w:sz w:val="24"/>
          <w:szCs w:val="24"/>
        </w:rPr>
        <w:t>, sharing Bible stories, and watching with pri</w:t>
      </w:r>
      <w:r w:rsidR="00DD1FF5" w:rsidRPr="00C9454D">
        <w:rPr>
          <w:rFonts w:ascii="Times New Roman" w:eastAsia="Times New Roman" w:hAnsi="Times New Roman" w:cs="Times New Roman"/>
          <w:sz w:val="24"/>
          <w:szCs w:val="24"/>
        </w:rPr>
        <w:t xml:space="preserve">de </w:t>
      </w:r>
      <w:r w:rsidRPr="00C9454D">
        <w:rPr>
          <w:rFonts w:ascii="Times New Roman" w:eastAsia="Times New Roman" w:hAnsi="Times New Roman" w:cs="Times New Roman"/>
          <w:sz w:val="24"/>
          <w:szCs w:val="24"/>
        </w:rPr>
        <w:t>as they grew.</w:t>
      </w:r>
    </w:p>
    <w:p w14:paraId="08021B1F" w14:textId="77777777" w:rsidR="00693C22"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1C35D7D3">
          <v:rect id="_x0000_i1154" style="width:0;height:1.5pt" o:hralign="center" o:hrstd="t" o:hr="t" fillcolor="#a0a0a0" stroked="f"/>
        </w:pict>
      </w:r>
    </w:p>
    <w:p w14:paraId="1D09D6AA" w14:textId="77777777" w:rsidR="006F5E2C" w:rsidRPr="00C9454D" w:rsidRDefault="00693C22" w:rsidP="00C9454D">
      <w:pPr>
        <w:rPr>
          <w:rStyle w:val="Heading2Char"/>
          <w:sz w:val="24"/>
          <w:szCs w:val="24"/>
        </w:rPr>
      </w:pPr>
      <w:r w:rsidRPr="00C9454D">
        <w:rPr>
          <w:rStyle w:val="Heading2Char"/>
          <w:sz w:val="24"/>
          <w:szCs w:val="24"/>
        </w:rPr>
        <w:t>A Typical Visit</w:t>
      </w:r>
    </w:p>
    <w:p w14:paraId="53D7287C" w14:textId="2CE9B678" w:rsidR="00693C22" w:rsidRPr="00C9454D" w:rsidRDefault="00693C22" w:rsidP="00C9454D">
      <w:pPr>
        <w:rPr>
          <w:rFonts w:asciiTheme="majorHAnsi" w:eastAsiaTheme="majorEastAsia" w:hAnsiTheme="majorHAnsi" w:cstheme="majorBidi"/>
          <w:color w:val="61721F" w:themeColor="accent1" w:themeShade="BF"/>
          <w:sz w:val="24"/>
          <w:szCs w:val="24"/>
        </w:rPr>
      </w:pPr>
      <w:r w:rsidRPr="00C9454D">
        <w:rPr>
          <w:rFonts w:ascii="Times New Roman" w:eastAsia="Times New Roman" w:hAnsi="Times New Roman" w:cs="Times New Roman"/>
          <w:sz w:val="24"/>
          <w:szCs w:val="24"/>
        </w:rPr>
        <w:t xml:space="preserve">John and </w:t>
      </w:r>
      <w:proofErr w:type="spellStart"/>
      <w:r w:rsidRPr="00C9454D">
        <w:rPr>
          <w:rFonts w:ascii="Times New Roman" w:eastAsia="Times New Roman" w:hAnsi="Times New Roman" w:cs="Times New Roman"/>
          <w:sz w:val="24"/>
          <w:szCs w:val="24"/>
        </w:rPr>
        <w:t>Alara’s</w:t>
      </w:r>
      <w:proofErr w:type="spellEnd"/>
      <w:r w:rsidRPr="00C9454D">
        <w:rPr>
          <w:rFonts w:ascii="Times New Roman" w:eastAsia="Times New Roman" w:hAnsi="Times New Roman" w:cs="Times New Roman"/>
          <w:sz w:val="24"/>
          <w:szCs w:val="24"/>
        </w:rPr>
        <w:t xml:space="preserve"> visits to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became frequent as the children grew, filling the once-quiet estate with noise and activity. Emory, curious and serious like his father, spent hours at Guy’s side, learning how to care for the land and livestock. Mara, more spirited and playful, often followed Abilene around, asking endless questions about the water system and the plants in the garden.</w:t>
      </w:r>
    </w:p>
    <w:p w14:paraId="00390E0B" w14:textId="35B238F4"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One evening, as the family gathered around the fire, Mara climbed onto Abilene’s lap. “Grandma, tell me again how you ma</w:t>
      </w:r>
      <w:r w:rsidR="00DD1FF5" w:rsidRPr="00C9454D">
        <w:rPr>
          <w:rFonts w:ascii="Times New Roman" w:eastAsia="Times New Roman" w:hAnsi="Times New Roman" w:cs="Times New Roman"/>
          <w:sz w:val="24"/>
          <w:szCs w:val="24"/>
        </w:rPr>
        <w:t xml:space="preserve">de </w:t>
      </w:r>
      <w:r w:rsidRPr="00C9454D">
        <w:rPr>
          <w:rFonts w:ascii="Times New Roman" w:eastAsia="Times New Roman" w:hAnsi="Times New Roman" w:cs="Times New Roman"/>
          <w:sz w:val="24"/>
          <w:szCs w:val="24"/>
        </w:rPr>
        <w:t>the water clean,” she said, her eyes wi</w:t>
      </w:r>
      <w:r w:rsidR="00DD1FF5" w:rsidRPr="00C9454D">
        <w:rPr>
          <w:rFonts w:ascii="Times New Roman" w:eastAsia="Times New Roman" w:hAnsi="Times New Roman" w:cs="Times New Roman"/>
          <w:sz w:val="24"/>
          <w:szCs w:val="24"/>
        </w:rPr>
        <w:t xml:space="preserve">de </w:t>
      </w:r>
      <w:r w:rsidRPr="00C9454D">
        <w:rPr>
          <w:rFonts w:ascii="Times New Roman" w:eastAsia="Times New Roman" w:hAnsi="Times New Roman" w:cs="Times New Roman"/>
          <w:sz w:val="24"/>
          <w:szCs w:val="24"/>
        </w:rPr>
        <w:t>with wonder.</w:t>
      </w:r>
    </w:p>
    <w:p w14:paraId="27DC6C2D" w14:textId="355D9581"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Abilene smiled, brushing a stray curl from the girl’s face. “Well, it started with </w:t>
      </w:r>
      <w:proofErr w:type="spellStart"/>
      <w:r w:rsidR="007E1E1E">
        <w:rPr>
          <w:rFonts w:ascii="Times New Roman" w:eastAsia="Times New Roman" w:hAnsi="Times New Roman" w:cs="Times New Roman"/>
          <w:sz w:val="24"/>
          <w:szCs w:val="24"/>
        </w:rPr>
        <w:t>Yahuah</w:t>
      </w:r>
      <w:r w:rsidRPr="00C9454D">
        <w:rPr>
          <w:rFonts w:ascii="Times New Roman" w:eastAsia="Times New Roman" w:hAnsi="Times New Roman" w:cs="Times New Roman"/>
          <w:sz w:val="24"/>
          <w:szCs w:val="24"/>
        </w:rPr>
        <w:t>’s</w:t>
      </w:r>
      <w:proofErr w:type="spellEnd"/>
      <w:r w:rsidRPr="00C9454D">
        <w:rPr>
          <w:rFonts w:ascii="Times New Roman" w:eastAsia="Times New Roman" w:hAnsi="Times New Roman" w:cs="Times New Roman"/>
          <w:sz w:val="24"/>
          <w:szCs w:val="24"/>
        </w:rPr>
        <w:t xml:space="preserve"> guidance,” she began, weaving the story in a way that blended practical wisdom with spiritual lessons. Mara listened intently, her small hands clutching Abilene’s as she spoke.</w:t>
      </w:r>
    </w:p>
    <w:p w14:paraId="4E2ECC52"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Guy watched from his chair, his rough exterior softened by the sight of his granddaughter so enraptured. “That one’s got her grandmother’s spirit,” he said to John, his voice tinged with pride.</w:t>
      </w:r>
    </w:p>
    <w:p w14:paraId="74614312" w14:textId="77777777" w:rsidR="00693C22"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58A573A5">
          <v:rect id="_x0000_i1155" style="width:0;height:1.5pt" o:hralign="center" o:hrstd="t" o:hr="t" fillcolor="#a0a0a0" stroked="f"/>
        </w:pict>
      </w:r>
    </w:p>
    <w:p w14:paraId="47E7B577" w14:textId="77777777" w:rsidR="00693C22" w:rsidRPr="00C9454D" w:rsidRDefault="00693C22" w:rsidP="00C9454D">
      <w:pPr>
        <w:pStyle w:val="Heading2"/>
        <w:rPr>
          <w:rFonts w:eastAsia="Times New Roman"/>
          <w:sz w:val="24"/>
          <w:szCs w:val="24"/>
        </w:rPr>
      </w:pPr>
      <w:r w:rsidRPr="00C9454D">
        <w:rPr>
          <w:rFonts w:eastAsia="Times New Roman"/>
          <w:sz w:val="24"/>
          <w:szCs w:val="24"/>
        </w:rPr>
        <w:t>Guy and Abilene’s Growing Bond</w:t>
      </w:r>
    </w:p>
    <w:p w14:paraId="6FF82EA0" w14:textId="77777777" w:rsidR="00C404DF" w:rsidRPr="00C9454D" w:rsidRDefault="00C404DF" w:rsidP="00C9454D">
      <w:pPr>
        <w:rPr>
          <w:sz w:val="24"/>
          <w:szCs w:val="24"/>
        </w:rPr>
      </w:pPr>
    </w:p>
    <w:p w14:paraId="1F295F10"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 quiet evenings after the family visits became sacred moments for Guy and Abilene. Sitting on the porch, they would talk about the day’s work, the grandchildren’s antics, and their hopes for the future. The love between them, forged through years of trials and triumphs, only deepened with time.</w:t>
      </w:r>
    </w:p>
    <w:p w14:paraId="1130B192" w14:textId="4229F33B"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One night, as the stars blanketed the sky, Abilene turned to Guy. “Do you ever think we’d be here? That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would become… this?”</w:t>
      </w:r>
    </w:p>
    <w:p w14:paraId="1418EFD4"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Guy, ever pragmatic, shrugged. “Didn’t think much about the future back then. Just knew we had to keep going.”</w:t>
      </w:r>
    </w:p>
    <w:p w14:paraId="1BB55DED"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She smiled, resting her head on his shoulder. “I’m glad we did. I wouldn’t want to be anywhere else.”</w:t>
      </w:r>
    </w:p>
    <w:p w14:paraId="17E112A2"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Guy placed a rough but gentle hand over hers. “Neither would I.”</w:t>
      </w:r>
    </w:p>
    <w:p w14:paraId="309499E8" w14:textId="77777777" w:rsidR="00693C22"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6BCC66E2">
          <v:rect id="_x0000_i1156" style="width:0;height:1.5pt" o:hralign="center" o:hrstd="t" o:hr="t" fillcolor="#a0a0a0" stroked="f"/>
        </w:pict>
      </w:r>
    </w:p>
    <w:p w14:paraId="4FE136F1" w14:textId="77777777" w:rsidR="00693C22" w:rsidRPr="00C9454D" w:rsidRDefault="00693C22" w:rsidP="00C9454D">
      <w:pPr>
        <w:pStyle w:val="Heading2"/>
        <w:rPr>
          <w:rFonts w:eastAsia="Times New Roman"/>
          <w:sz w:val="24"/>
          <w:szCs w:val="24"/>
        </w:rPr>
      </w:pPr>
      <w:r w:rsidRPr="00C9454D">
        <w:rPr>
          <w:rFonts w:eastAsia="Times New Roman"/>
          <w:sz w:val="24"/>
          <w:szCs w:val="24"/>
        </w:rPr>
        <w:t>The Family’s Future</w:t>
      </w:r>
    </w:p>
    <w:p w14:paraId="4247C347" w14:textId="77777777" w:rsidR="00C404DF" w:rsidRPr="00C9454D" w:rsidRDefault="00C404DF" w:rsidP="00C9454D">
      <w:pPr>
        <w:rPr>
          <w:sz w:val="24"/>
          <w:szCs w:val="24"/>
        </w:rPr>
      </w:pPr>
    </w:p>
    <w:p w14:paraId="0E059757" w14:textId="77777777"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As Emory and Mara grew, it became clear they had inherited the best of their parents and grandparents. Emory, thoughtful and meticulous, showed a keen interest in scripture and farming, while Mara’s sharp mind and curiosity hinted at a future as a healer like her mother—or perhaps something entirely her own.</w:t>
      </w:r>
    </w:p>
    <w:p w14:paraId="078BABA4" w14:textId="61817384" w:rsidR="00693C22" w:rsidRPr="00C9454D" w:rsidRDefault="00693C22"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and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though busy with their own lives, often sought advice from Abilene and Guy, valuing their wisdom and experience. </w:t>
      </w:r>
      <w:r w:rsidR="00522C4D" w:rsidRPr="00C9454D">
        <w:rPr>
          <w:rFonts w:ascii="Times New Roman" w:eastAsia="Times New Roman" w:hAnsi="Times New Roman" w:cs="Times New Roman"/>
          <w:sz w:val="24"/>
          <w:szCs w:val="24"/>
        </w:rPr>
        <w:t>High Haven</w:t>
      </w:r>
      <w:r w:rsidRPr="00C9454D">
        <w:rPr>
          <w:rFonts w:ascii="Times New Roman" w:eastAsia="Times New Roman" w:hAnsi="Times New Roman" w:cs="Times New Roman"/>
          <w:sz w:val="24"/>
          <w:szCs w:val="24"/>
        </w:rPr>
        <w:t xml:space="preserve"> remained the heart of the family, a place where generations came together to learn, grow, and celebrate.</w:t>
      </w:r>
    </w:p>
    <w:p w14:paraId="5D775740" w14:textId="49A6F651" w:rsidR="00166704" w:rsidRPr="00C9454D" w:rsidRDefault="00FE197F" w:rsidP="00C9454D">
      <w:pPr>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1B93DEBF">
          <v:rect id="_x0000_i1157" style="width:0;height:1.5pt" o:hralign="center" o:hrstd="t" o:hr="t" fillcolor="#a0a0a0" stroked="f"/>
        </w:pict>
      </w:r>
      <w:r w:rsidR="00503E50" w:rsidRPr="00C9454D">
        <w:rPr>
          <w:rFonts w:ascii="Times New Roman" w:eastAsia="Times New Roman" w:hAnsi="Times New Roman" w:cs="Times New Roman"/>
          <w:sz w:val="24"/>
          <w:szCs w:val="24"/>
        </w:rPr>
        <w:t xml:space="preserve"> </w:t>
      </w:r>
    </w:p>
    <w:p w14:paraId="18029712" w14:textId="77777777" w:rsidR="00352C6C" w:rsidRPr="00C9454D" w:rsidRDefault="00352C6C" w:rsidP="00C9454D">
      <w:pPr>
        <w:rPr>
          <w:rFonts w:ascii="Times New Roman" w:eastAsia="Times New Roman" w:hAnsi="Times New Roman" w:cs="Times New Roman"/>
          <w:b/>
          <w:bCs/>
          <w:sz w:val="24"/>
          <w:szCs w:val="24"/>
        </w:rPr>
      </w:pPr>
    </w:p>
    <w:p w14:paraId="16233BAC" w14:textId="027C1F21" w:rsidR="00EC18D0" w:rsidRPr="00C9454D" w:rsidRDefault="00503E50" w:rsidP="00C9454D">
      <w:pPr>
        <w:pStyle w:val="Heading2"/>
        <w:rPr>
          <w:rFonts w:eastAsia="Times New Roman"/>
          <w:b/>
          <w:bCs/>
          <w:sz w:val="24"/>
          <w:szCs w:val="24"/>
        </w:rPr>
      </w:pPr>
      <w:r w:rsidRPr="00C9454D">
        <w:rPr>
          <w:rFonts w:eastAsia="Times New Roman"/>
          <w:sz w:val="24"/>
          <w:szCs w:val="24"/>
        </w:rPr>
        <w:t>The Alchemist &amp; The Opportunist</w:t>
      </w:r>
    </w:p>
    <w:p w14:paraId="60B4E450" w14:textId="529C52E8" w:rsidR="00503E50" w:rsidRPr="00C9454D" w:rsidRDefault="00503E50" w:rsidP="00C9454D">
      <w:pPr>
        <w:pStyle w:val="Heading2"/>
        <w:rPr>
          <w:rFonts w:eastAsia="Times New Roman"/>
          <w:b/>
          <w:bCs/>
          <w:sz w:val="24"/>
          <w:szCs w:val="24"/>
        </w:rPr>
      </w:pPr>
      <w:r w:rsidRPr="00C9454D">
        <w:rPr>
          <w:rFonts w:eastAsia="Times New Roman"/>
          <w:i/>
          <w:iCs/>
          <w:sz w:val="24"/>
          <w:szCs w:val="24"/>
        </w:rPr>
        <w:t xml:space="preserve">(John &amp; </w:t>
      </w:r>
      <w:proofErr w:type="spellStart"/>
      <w:r w:rsidRPr="00C9454D">
        <w:rPr>
          <w:rFonts w:eastAsia="Times New Roman"/>
          <w:i/>
          <w:iCs/>
          <w:sz w:val="24"/>
          <w:szCs w:val="24"/>
        </w:rPr>
        <w:t>Alara’s</w:t>
      </w:r>
      <w:proofErr w:type="spellEnd"/>
      <w:r w:rsidRPr="00C9454D">
        <w:rPr>
          <w:rFonts w:eastAsia="Times New Roman"/>
          <w:i/>
          <w:iCs/>
          <w:sz w:val="24"/>
          <w:szCs w:val="24"/>
        </w:rPr>
        <w:t xml:space="preserve"> Unexpected Empire)</w:t>
      </w:r>
    </w:p>
    <w:p w14:paraId="16A7BF0F"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7307125D">
          <v:rect id="_x0000_i1158" style="width:0;height:1.5pt" o:hralign="center" o:hrstd="t" o:hr="t" fillcolor="#a0a0a0" stroked="f"/>
        </w:pict>
      </w:r>
    </w:p>
    <w:p w14:paraId="484C1CAE" w14:textId="77777777" w:rsidR="00166704" w:rsidRPr="00C9454D" w:rsidRDefault="00503E50" w:rsidP="00C9454D">
      <w:pPr>
        <w:pStyle w:val="Heading2"/>
        <w:rPr>
          <w:rFonts w:eastAsia="Times New Roman"/>
          <w:sz w:val="24"/>
          <w:szCs w:val="24"/>
        </w:rPr>
      </w:pPr>
      <w:r w:rsidRPr="00C9454D">
        <w:rPr>
          <w:rFonts w:eastAsia="Times New Roman"/>
          <w:sz w:val="24"/>
          <w:szCs w:val="24"/>
        </w:rPr>
        <w:t>A Business of Good Intentions</w:t>
      </w:r>
      <w:r w:rsidR="009C12D7" w:rsidRPr="00C9454D">
        <w:rPr>
          <w:rFonts w:eastAsia="Times New Roman"/>
          <w:sz w:val="24"/>
          <w:szCs w:val="24"/>
        </w:rPr>
        <w:t xml:space="preserve"> </w:t>
      </w:r>
    </w:p>
    <w:p w14:paraId="3C596ECD" w14:textId="50041951" w:rsidR="00503E50" w:rsidRPr="00C9454D" w:rsidRDefault="009C12D7" w:rsidP="00C9454D">
      <w:pPr>
        <w:pStyle w:val="Heading2"/>
        <w:rPr>
          <w:rFonts w:eastAsia="Times New Roman"/>
          <w:sz w:val="24"/>
          <w:szCs w:val="24"/>
        </w:rPr>
      </w:pPr>
      <w:r w:rsidRPr="00C9454D">
        <w:rPr>
          <w:rFonts w:eastAsia="Times New Roman"/>
          <w:sz w:val="24"/>
          <w:szCs w:val="24"/>
        </w:rPr>
        <w:t>12</w:t>
      </w:r>
      <w:r w:rsidR="00C432EF" w:rsidRPr="00C9454D">
        <w:rPr>
          <w:rFonts w:eastAsia="Times New Roman"/>
          <w:sz w:val="24"/>
          <w:szCs w:val="24"/>
        </w:rPr>
        <w:t>25</w:t>
      </w:r>
    </w:p>
    <w:p w14:paraId="65836726" w14:textId="77777777" w:rsidR="00C404DF" w:rsidRPr="00C9454D" w:rsidRDefault="00C404DF" w:rsidP="00C9454D">
      <w:pPr>
        <w:rPr>
          <w:sz w:val="24"/>
          <w:szCs w:val="24"/>
        </w:rPr>
      </w:pPr>
    </w:p>
    <w:p w14:paraId="4DFC8BD5"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Marshall had never considered himself a businessman. He was a knight, a strategist, and occasionally, a reluctant courtier. But when it came to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he had long since accepted that she would drag him into all manner of unexpected ventures.</w:t>
      </w:r>
    </w:p>
    <w:p w14:paraId="6C8D50A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“This is for the people,” she had insisted one evening, standing over her worktable, mortar and pestle in hand, crushing dried herbs into a fine powder. “The poor cannot afford a physician. Our tinctures will help them.”</w:t>
      </w:r>
    </w:p>
    <w:p w14:paraId="045C148D"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had nodded absently from across the room, cleaning his sword. “A noble cause.”</w:t>
      </w:r>
    </w:p>
    <w:p w14:paraId="5B8D1EB1"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“Which means,” she continued, not looking up, “we will not charge them.”</w:t>
      </w:r>
    </w:p>
    <w:p w14:paraId="4FDF525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froze. “Pardon?”</w:t>
      </w:r>
    </w:p>
    <w:p w14:paraId="45672FAB"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She lifted a brow. “You heard me. They cannot pay. We will give it freely.”</w:t>
      </w:r>
    </w:p>
    <w:p w14:paraId="229C9F52"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groaned, setting his sword aside.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dearest love of my life, are you telling me we are launching a business with no source of income?”</w:t>
      </w:r>
    </w:p>
    <w:p w14:paraId="6D98CB5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She blinked at him as if he were the fool. “Of course not. We will find a way to fund it.”</w:t>
      </w:r>
    </w:p>
    <w:p w14:paraId="19BE2F3D"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That way, as it turned out, would come from the most unlikely of places—the vanity of noblewomen.</w:t>
      </w:r>
    </w:p>
    <w:p w14:paraId="3026EE3C"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71585EDC">
          <v:rect id="_x0000_i1159" style="width:0;height:1.5pt" o:hralign="center" o:hrstd="t" o:hr="t" fillcolor="#a0a0a0" stroked="f"/>
        </w:pict>
      </w:r>
    </w:p>
    <w:p w14:paraId="608E3AAD" w14:textId="77777777" w:rsidR="00503E50" w:rsidRPr="00C9454D" w:rsidRDefault="00503E50" w:rsidP="00C9454D">
      <w:pPr>
        <w:pStyle w:val="Heading2"/>
        <w:rPr>
          <w:rFonts w:eastAsia="Times New Roman"/>
          <w:sz w:val="24"/>
          <w:szCs w:val="24"/>
        </w:rPr>
      </w:pPr>
      <w:r w:rsidRPr="00C9454D">
        <w:rPr>
          <w:rFonts w:eastAsia="Times New Roman"/>
          <w:sz w:val="24"/>
          <w:szCs w:val="24"/>
        </w:rPr>
        <w:t>The Accidental Goldmine</w:t>
      </w:r>
    </w:p>
    <w:p w14:paraId="1F4E6D4F" w14:textId="77777777" w:rsidR="00C404DF" w:rsidRPr="00C9454D" w:rsidRDefault="00C404DF" w:rsidP="00C9454D">
      <w:pPr>
        <w:rPr>
          <w:sz w:val="24"/>
          <w:szCs w:val="24"/>
        </w:rPr>
      </w:pPr>
    </w:p>
    <w:p w14:paraId="4B6DF89B"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It began with a simple cream.</w:t>
      </w:r>
    </w:p>
    <w:p w14:paraId="54E73284" w14:textId="54265099"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had been testing a salve ma</w:t>
      </w:r>
      <w:r w:rsidR="00DD1FF5" w:rsidRPr="00C9454D">
        <w:rPr>
          <w:rFonts w:ascii="Times New Roman" w:eastAsia="Times New Roman" w:hAnsi="Times New Roman" w:cs="Times New Roman"/>
          <w:sz w:val="24"/>
          <w:szCs w:val="24"/>
        </w:rPr>
        <w:t xml:space="preserve">de </w:t>
      </w:r>
      <w:r w:rsidRPr="00C9454D">
        <w:rPr>
          <w:rFonts w:ascii="Times New Roman" w:eastAsia="Times New Roman" w:hAnsi="Times New Roman" w:cs="Times New Roman"/>
          <w:sz w:val="24"/>
          <w:szCs w:val="24"/>
        </w:rPr>
        <w:t>from beeswax, almond oil, and rosewater to soothe the cracked hands of laborers. One evening, while experimenting with different ingredients, she left a small jar open.</w:t>
      </w:r>
    </w:p>
    <w:p w14:paraId="4489D47C"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 next morning, she found John, of all people, poking at the concoction with an unimpressed frown.</w:t>
      </w:r>
    </w:p>
    <w:p w14:paraId="76A96D6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“It smells… flowery,” he remarked, sniffing it.</w:t>
      </w:r>
    </w:p>
    <w:p w14:paraId="5CD76993" w14:textId="54773D20"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“That’s because it’s ma</w:t>
      </w:r>
      <w:r w:rsidR="00DD1FF5" w:rsidRPr="00C9454D">
        <w:rPr>
          <w:rFonts w:ascii="Times New Roman" w:eastAsia="Times New Roman" w:hAnsi="Times New Roman" w:cs="Times New Roman"/>
          <w:sz w:val="24"/>
          <w:szCs w:val="24"/>
        </w:rPr>
        <w:t xml:space="preserve">de </w:t>
      </w:r>
      <w:r w:rsidRPr="00C9454D">
        <w:rPr>
          <w:rFonts w:ascii="Times New Roman" w:eastAsia="Times New Roman" w:hAnsi="Times New Roman" w:cs="Times New Roman"/>
          <w:sz w:val="24"/>
          <w:szCs w:val="24"/>
        </w:rPr>
        <w:t>with flowers, you brute,” she replied, rolling her eyes.</w:t>
      </w:r>
    </w:p>
    <w:p w14:paraId="4EFA2629"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But later that day, when John saw the jar sitting on her table, he noticed something odd—her fingertips, which had been rough from handling herbs, looked smoother, almost luminous.</w:t>
      </w:r>
    </w:p>
    <w:p w14:paraId="6D96D31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Curious, he swiped a bit onto his arm.</w:t>
      </w:r>
    </w:p>
    <w:p w14:paraId="4E2D6EF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Then, with a sinking realization, he stared at his reflection in the polished silver of his sword.</w:t>
      </w:r>
    </w:p>
    <w:p w14:paraId="40074144"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w:t>
      </w:r>
    </w:p>
    <w:p w14:paraId="715F9C60"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“Yes?”</w:t>
      </w:r>
    </w:p>
    <w:p w14:paraId="7BFF046F"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He turned, pointing at his arm. “Why do I look… younger?”</w:t>
      </w:r>
    </w:p>
    <w:p w14:paraId="015A1661"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frowned, inspecting his skin. “You don’t—” Then she gasped, grabbing his hand. “Oh.”</w:t>
      </w:r>
    </w:p>
    <w:p w14:paraId="78194B0C"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There it was. The cream had not only softened his skin but had diminished fine lines.</w:t>
      </w:r>
    </w:p>
    <w:p w14:paraId="7D60F3F5"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Alara’s</w:t>
      </w:r>
      <w:proofErr w:type="spellEnd"/>
      <w:r w:rsidRPr="00C9454D">
        <w:rPr>
          <w:rFonts w:ascii="Times New Roman" w:eastAsia="Times New Roman" w:hAnsi="Times New Roman" w:cs="Times New Roman"/>
          <w:sz w:val="24"/>
          <w:szCs w:val="24"/>
        </w:rPr>
        <w:t xml:space="preserve"> mind raced. She tested it on herself, then on a willing handmaiden, and soon, they had a miracle product.</w:t>
      </w:r>
    </w:p>
    <w:p w14:paraId="0B7BF944"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 first test run was simple—one jar gifted to Lady Eleanor Montreux, a woman known for her vanity. Within days, whispers filled the court.</w:t>
      </w:r>
    </w:p>
    <w:p w14:paraId="2E16518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By the next week, women were </w:t>
      </w:r>
      <w:r w:rsidRPr="00C9454D">
        <w:rPr>
          <w:rFonts w:ascii="Times New Roman" w:eastAsia="Times New Roman" w:hAnsi="Times New Roman" w:cs="Times New Roman"/>
          <w:i/>
          <w:iCs/>
          <w:sz w:val="24"/>
          <w:szCs w:val="24"/>
        </w:rPr>
        <w:t>begging</w:t>
      </w:r>
      <w:r w:rsidRPr="00C9454D">
        <w:rPr>
          <w:rFonts w:ascii="Times New Roman" w:eastAsia="Times New Roman" w:hAnsi="Times New Roman" w:cs="Times New Roman"/>
          <w:sz w:val="24"/>
          <w:szCs w:val="24"/>
        </w:rPr>
        <w:t xml:space="preserve"> to buy it.</w:t>
      </w:r>
    </w:p>
    <w:p w14:paraId="2942D89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By the end of the month, John and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had created an empire.</w:t>
      </w:r>
    </w:p>
    <w:p w14:paraId="047B5726"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663C1F79">
          <v:rect id="_x0000_i1160" style="width:0;height:1.5pt" o:hralign="center" o:hrstd="t" o:hr="t" fillcolor="#a0a0a0" stroked="f"/>
        </w:pict>
      </w:r>
    </w:p>
    <w:p w14:paraId="0ACAF4D2" w14:textId="77777777" w:rsidR="00503E50" w:rsidRPr="00C9454D" w:rsidRDefault="00503E50" w:rsidP="00C9454D">
      <w:pPr>
        <w:pStyle w:val="Heading2"/>
        <w:rPr>
          <w:rFonts w:eastAsia="Times New Roman"/>
          <w:sz w:val="24"/>
          <w:szCs w:val="24"/>
        </w:rPr>
      </w:pPr>
      <w:r w:rsidRPr="00C9454D">
        <w:rPr>
          <w:rFonts w:eastAsia="Times New Roman"/>
          <w:sz w:val="24"/>
          <w:szCs w:val="24"/>
        </w:rPr>
        <w:t>The Art of Scarcity</w:t>
      </w:r>
    </w:p>
    <w:p w14:paraId="0E8F951F" w14:textId="77777777" w:rsidR="00C404DF" w:rsidRPr="00C9454D" w:rsidRDefault="00C404DF" w:rsidP="00C9454D">
      <w:pPr>
        <w:rPr>
          <w:sz w:val="24"/>
          <w:szCs w:val="24"/>
        </w:rPr>
      </w:pPr>
    </w:p>
    <w:p w14:paraId="271ECF9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ever the tactician, understood one simple truth—people covet what they cannot have.</w:t>
      </w:r>
    </w:p>
    <w:p w14:paraId="640FA422"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So instead of flooding the market with their newfound beauty elixir, he instructed their steward to produce only ten jars a month.</w:t>
      </w:r>
    </w:p>
    <w:p w14:paraId="47188DFC"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was horrified. “John! We could sell hundreds!”</w:t>
      </w:r>
    </w:p>
    <w:p w14:paraId="140BCA0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“Which is exactly why we won’t,” John smirked. “If they think it is rare, they will pay anything to have it.”</w:t>
      </w:r>
    </w:p>
    <w:p w14:paraId="23521AF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And he was right.</w:t>
      </w:r>
    </w:p>
    <w:p w14:paraId="1FE1B7A6"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Within weeks, noblewomen were offering ridiculous sums to get their hands on the so-called </w:t>
      </w:r>
      <w:r w:rsidRPr="00C9454D">
        <w:rPr>
          <w:rFonts w:ascii="Times New Roman" w:eastAsia="Times New Roman" w:hAnsi="Times New Roman" w:cs="Times New Roman"/>
          <w:i/>
          <w:iCs/>
          <w:sz w:val="24"/>
          <w:szCs w:val="24"/>
        </w:rPr>
        <w:t>Elixir of Youth.</w:t>
      </w:r>
    </w:p>
    <w:p w14:paraId="314F1214" w14:textId="6E1A60F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The wealthiest ladies sent gifts—gold, silk, even land—to </w:t>
      </w:r>
      <w:r w:rsidRPr="00C9454D">
        <w:rPr>
          <w:rFonts w:ascii="Times New Roman" w:eastAsia="Times New Roman" w:hAnsi="Times New Roman" w:cs="Times New Roman"/>
          <w:i/>
          <w:iCs/>
          <w:sz w:val="24"/>
          <w:szCs w:val="24"/>
        </w:rPr>
        <w:t>persua</w:t>
      </w:r>
      <w:r w:rsidR="00DD1FF5" w:rsidRPr="00C9454D">
        <w:rPr>
          <w:rFonts w:ascii="Times New Roman" w:eastAsia="Times New Roman" w:hAnsi="Times New Roman" w:cs="Times New Roman"/>
          <w:i/>
          <w:iCs/>
          <w:sz w:val="24"/>
          <w:szCs w:val="24"/>
        </w:rPr>
        <w:t xml:space="preserve">de </w:t>
      </w:r>
      <w:r w:rsidRPr="00C9454D">
        <w:rPr>
          <w:rFonts w:ascii="Times New Roman" w:eastAsia="Times New Roman" w:hAnsi="Times New Roman" w:cs="Times New Roman"/>
          <w:sz w:val="24"/>
          <w:szCs w:val="24"/>
        </w:rPr>
        <w:t>them to sell an extra jar.</w:t>
      </w:r>
    </w:p>
    <w:p w14:paraId="41755AA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and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became legends.</w:t>
      </w:r>
    </w:p>
    <w:p w14:paraId="4E230318"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Then,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had another idea.</w:t>
      </w:r>
    </w:p>
    <w:p w14:paraId="303A8E6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“We need colors,” she declared one evening. “Something to give their lips and cheeks a fresh bloom.”</w:t>
      </w:r>
    </w:p>
    <w:p w14:paraId="5176DC3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Thus began her experiments with crushed berries, beetroot, and saffron.</w:t>
      </w:r>
    </w:p>
    <w:p w14:paraId="57EB040B"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 result? A tinted cream so flattering and luxurious that noblewomen were willing to duel for a single pot.</w:t>
      </w:r>
    </w:p>
    <w:p w14:paraId="6E070092"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nearly choked on his wine when he overheard a courtier say, “She has the Montreux Cream! Do you see the way it glows? I will </w:t>
      </w:r>
      <w:r w:rsidRPr="00C9454D">
        <w:rPr>
          <w:rFonts w:ascii="Times New Roman" w:eastAsia="Times New Roman" w:hAnsi="Times New Roman" w:cs="Times New Roman"/>
          <w:i/>
          <w:iCs/>
          <w:sz w:val="24"/>
          <w:szCs w:val="24"/>
        </w:rPr>
        <w:t>die</w:t>
      </w:r>
      <w:r w:rsidRPr="00C9454D">
        <w:rPr>
          <w:rFonts w:ascii="Times New Roman" w:eastAsia="Times New Roman" w:hAnsi="Times New Roman" w:cs="Times New Roman"/>
          <w:sz w:val="24"/>
          <w:szCs w:val="24"/>
        </w:rPr>
        <w:t xml:space="preserve"> if I don’t get one next month!”</w:t>
      </w:r>
    </w:p>
    <w:p w14:paraId="1DADD46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He turned to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raising a brow. “We’ve created monsters.”</w:t>
      </w:r>
    </w:p>
    <w:p w14:paraId="30BB4F50"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She smirked. “And we are profiting immensely.”</w:t>
      </w:r>
    </w:p>
    <w:p w14:paraId="1CDE7141"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2B90410C">
          <v:rect id="_x0000_i1161" style="width:0;height:1.5pt" o:hralign="center" o:hrstd="t" o:hr="t" fillcolor="#a0a0a0" stroked="f"/>
        </w:pict>
      </w:r>
    </w:p>
    <w:p w14:paraId="1CAB7F24" w14:textId="77777777" w:rsidR="00503E50" w:rsidRPr="00C9454D" w:rsidRDefault="00503E50" w:rsidP="00C9454D">
      <w:pPr>
        <w:pStyle w:val="Heading2"/>
        <w:rPr>
          <w:rFonts w:eastAsia="Times New Roman"/>
          <w:sz w:val="24"/>
          <w:szCs w:val="24"/>
        </w:rPr>
      </w:pPr>
      <w:r w:rsidRPr="00C9454D">
        <w:rPr>
          <w:rFonts w:eastAsia="Times New Roman"/>
          <w:sz w:val="24"/>
          <w:szCs w:val="24"/>
        </w:rPr>
        <w:t>Trouble in Paradise</w:t>
      </w:r>
    </w:p>
    <w:p w14:paraId="64BD17D8" w14:textId="77777777" w:rsidR="00C404DF" w:rsidRPr="00C9454D" w:rsidRDefault="00C404DF" w:rsidP="00C9454D">
      <w:pPr>
        <w:rPr>
          <w:sz w:val="24"/>
          <w:szCs w:val="24"/>
        </w:rPr>
      </w:pPr>
    </w:p>
    <w:p w14:paraId="7A39483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It was all going splendidly… until the investigations began.</w:t>
      </w:r>
    </w:p>
    <w:p w14:paraId="02945268"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It started with rumors.</w:t>
      </w:r>
    </w:p>
    <w:p w14:paraId="0F2A0CF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The effects of the creams were </w:t>
      </w:r>
      <w:r w:rsidRPr="00C9454D">
        <w:rPr>
          <w:rFonts w:ascii="Times New Roman" w:eastAsia="Times New Roman" w:hAnsi="Times New Roman" w:cs="Times New Roman"/>
          <w:i/>
          <w:iCs/>
          <w:sz w:val="24"/>
          <w:szCs w:val="24"/>
        </w:rPr>
        <w:t>too good</w:t>
      </w:r>
      <w:r w:rsidRPr="00C9454D">
        <w:rPr>
          <w:rFonts w:ascii="Times New Roman" w:eastAsia="Times New Roman" w:hAnsi="Times New Roman" w:cs="Times New Roman"/>
          <w:sz w:val="24"/>
          <w:szCs w:val="24"/>
        </w:rPr>
        <w:t xml:space="preserve">. Wrinkles fading overnight? Lips looking as if they were naturally blushed? What </w:t>
      </w:r>
      <w:r w:rsidRPr="00C9454D">
        <w:rPr>
          <w:rFonts w:ascii="Times New Roman" w:eastAsia="Times New Roman" w:hAnsi="Times New Roman" w:cs="Times New Roman"/>
          <w:i/>
          <w:iCs/>
          <w:sz w:val="24"/>
          <w:szCs w:val="24"/>
        </w:rPr>
        <w:t>sorcery</w:t>
      </w:r>
      <w:r w:rsidRPr="00C9454D">
        <w:rPr>
          <w:rFonts w:ascii="Times New Roman" w:eastAsia="Times New Roman" w:hAnsi="Times New Roman" w:cs="Times New Roman"/>
          <w:sz w:val="24"/>
          <w:szCs w:val="24"/>
        </w:rPr>
        <w:t xml:space="preserve"> was this?</w:t>
      </w:r>
    </w:p>
    <w:p w14:paraId="5B40278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and </w:t>
      </w:r>
      <w:proofErr w:type="spellStart"/>
      <w:r w:rsidRPr="00C9454D">
        <w:rPr>
          <w:rFonts w:ascii="Times New Roman" w:eastAsia="Times New Roman" w:hAnsi="Times New Roman" w:cs="Times New Roman"/>
          <w:sz w:val="24"/>
          <w:szCs w:val="24"/>
        </w:rPr>
        <w:t>Alara’s</w:t>
      </w:r>
      <w:proofErr w:type="spellEnd"/>
      <w:r w:rsidRPr="00C9454D">
        <w:rPr>
          <w:rFonts w:ascii="Times New Roman" w:eastAsia="Times New Roman" w:hAnsi="Times New Roman" w:cs="Times New Roman"/>
          <w:sz w:val="24"/>
          <w:szCs w:val="24"/>
        </w:rPr>
        <w:t xml:space="preserve"> reputation grew at an alarming rate—and not just among noblewomen.</w:t>
      </w:r>
    </w:p>
    <w:p w14:paraId="4738BDE2"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Priests began whispering.</w:t>
      </w:r>
    </w:p>
    <w:p w14:paraId="66D9532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 few lords expressed concern.</w:t>
      </w:r>
    </w:p>
    <w:p w14:paraId="3A57E705"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Then came the first summons.</w:t>
      </w:r>
    </w:p>
    <w:p w14:paraId="59467B37"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“The Church wants to speak with us,” John announced one evening, rubbing his temples.</w:t>
      </w:r>
    </w:p>
    <w:p w14:paraId="7FF1C2FF"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barely looked up from her work. “Tell them we are busy.”</w:t>
      </w:r>
    </w:p>
    <w:p w14:paraId="78D29E8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“They are calling it </w:t>
      </w:r>
      <w:r w:rsidRPr="00C9454D">
        <w:rPr>
          <w:rFonts w:ascii="Times New Roman" w:eastAsia="Times New Roman" w:hAnsi="Times New Roman" w:cs="Times New Roman"/>
          <w:i/>
          <w:iCs/>
          <w:sz w:val="24"/>
          <w:szCs w:val="24"/>
        </w:rPr>
        <w:t>witchcraft</w:t>
      </w:r>
      <w:r w:rsidRPr="00C9454D">
        <w:rPr>
          <w:rFonts w:ascii="Times New Roman" w:eastAsia="Times New Roman" w:hAnsi="Times New Roman" w:cs="Times New Roman"/>
          <w:sz w:val="24"/>
          <w:szCs w:val="24"/>
        </w:rPr>
        <w:t xml:space="preserve">,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w:t>
      </w:r>
    </w:p>
    <w:p w14:paraId="43199968"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She paused, blinking. “That’s absurd.”</w:t>
      </w:r>
    </w:p>
    <w:p w14:paraId="481F134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“Yes. So absurd that they are launching an inquiry.”</w:t>
      </w:r>
    </w:p>
    <w:p w14:paraId="6B348015"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groaned, setting down her vial of rose-scented oil. “John, love, the Church thinks bathing is a radical idea. Do you really think they’ll understand skin creams?”</w:t>
      </w:r>
    </w:p>
    <w:p w14:paraId="5822A348"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sighed. “We need to be careful. This could escalate quickly.”</w:t>
      </w:r>
    </w:p>
    <w:p w14:paraId="43DEF286"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waved a hand dismissively. “Then we’ll simply… educate them.”</w:t>
      </w:r>
    </w:p>
    <w:p w14:paraId="5B0AD1B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narrowed his eyes.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I love you, but if you try to teach the Archbishop about skincare, I will personally throw you into the river.”</w:t>
      </w:r>
    </w:p>
    <w:p w14:paraId="491BA3C2"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huffed. “Fine. I’ll </w:t>
      </w:r>
      <w:r w:rsidRPr="00C9454D">
        <w:rPr>
          <w:rFonts w:ascii="Times New Roman" w:eastAsia="Times New Roman" w:hAnsi="Times New Roman" w:cs="Times New Roman"/>
          <w:i/>
          <w:iCs/>
          <w:sz w:val="24"/>
          <w:szCs w:val="24"/>
        </w:rPr>
        <w:t>dumb it down</w:t>
      </w:r>
      <w:r w:rsidRPr="00C9454D">
        <w:rPr>
          <w:rFonts w:ascii="Times New Roman" w:eastAsia="Times New Roman" w:hAnsi="Times New Roman" w:cs="Times New Roman"/>
          <w:sz w:val="24"/>
          <w:szCs w:val="24"/>
        </w:rPr>
        <w:t xml:space="preserve"> for them.”</w:t>
      </w:r>
    </w:p>
    <w:p w14:paraId="44661A40"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pinched the bridge of his nose. “We are </w:t>
      </w:r>
      <w:r w:rsidRPr="00C9454D">
        <w:rPr>
          <w:rFonts w:ascii="Times New Roman" w:eastAsia="Times New Roman" w:hAnsi="Times New Roman" w:cs="Times New Roman"/>
          <w:i/>
          <w:iCs/>
          <w:sz w:val="24"/>
          <w:szCs w:val="24"/>
        </w:rPr>
        <w:t>so</w:t>
      </w:r>
      <w:r w:rsidRPr="00C9454D">
        <w:rPr>
          <w:rFonts w:ascii="Times New Roman" w:eastAsia="Times New Roman" w:hAnsi="Times New Roman" w:cs="Times New Roman"/>
          <w:sz w:val="24"/>
          <w:szCs w:val="24"/>
        </w:rPr>
        <w:t xml:space="preserve"> getting burned at the stake.”</w:t>
      </w:r>
    </w:p>
    <w:p w14:paraId="1C09DBC0"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581C25E6">
          <v:rect id="_x0000_i1162" style="width:0;height:1.5pt" o:hralign="center" o:hrstd="t" o:hr="t" fillcolor="#a0a0a0" stroked="f"/>
        </w:pict>
      </w:r>
    </w:p>
    <w:p w14:paraId="414007B4" w14:textId="77777777" w:rsidR="00503E50" w:rsidRPr="00C9454D" w:rsidRDefault="00503E50" w:rsidP="00C9454D">
      <w:pPr>
        <w:pStyle w:val="Heading2"/>
        <w:rPr>
          <w:rFonts w:eastAsia="Times New Roman"/>
          <w:sz w:val="24"/>
          <w:szCs w:val="24"/>
        </w:rPr>
      </w:pPr>
      <w:r w:rsidRPr="00C9454D">
        <w:rPr>
          <w:rFonts w:eastAsia="Times New Roman"/>
          <w:sz w:val="24"/>
          <w:szCs w:val="24"/>
        </w:rPr>
        <w:t>The Investigation Begins</w:t>
      </w:r>
    </w:p>
    <w:p w14:paraId="6C6E2290" w14:textId="77777777" w:rsidR="00C404DF" w:rsidRPr="00C9454D" w:rsidRDefault="00C404DF" w:rsidP="00C9454D">
      <w:pPr>
        <w:rPr>
          <w:sz w:val="24"/>
          <w:szCs w:val="24"/>
        </w:rPr>
      </w:pPr>
    </w:p>
    <w:p w14:paraId="50744BA6"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As the rumors spread, more inquiries followed.</w:t>
      </w:r>
    </w:p>
    <w:p w14:paraId="1886EF2E"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Church officials demanded to know what was in the creams.</w:t>
      </w:r>
    </w:p>
    <w:p w14:paraId="0B928351"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Nobles swore it was magic.</w:t>
      </w:r>
    </w:p>
    <w:p w14:paraId="0EC47878"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Even the King’s advisors became interested in how John and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had created the most sought-after luxury in the kingdom.</w:t>
      </w:r>
    </w:p>
    <w:p w14:paraId="224E565B"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Meanwhile, the nobility couldn’t get enough.</w:t>
      </w:r>
    </w:p>
    <w:p w14:paraId="3253B4D4"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"Call it sorcery if you wish," one duchess declared, smearing the crimson pigment across her lips, "but I look </w:t>
      </w:r>
      <w:r w:rsidRPr="00C9454D">
        <w:rPr>
          <w:rFonts w:ascii="Times New Roman" w:eastAsia="Times New Roman" w:hAnsi="Times New Roman" w:cs="Times New Roman"/>
          <w:i/>
          <w:iCs/>
          <w:sz w:val="24"/>
          <w:szCs w:val="24"/>
        </w:rPr>
        <w:t>divine</w:t>
      </w:r>
      <w:r w:rsidRPr="00C9454D">
        <w:rPr>
          <w:rFonts w:ascii="Times New Roman" w:eastAsia="Times New Roman" w:hAnsi="Times New Roman" w:cs="Times New Roman"/>
          <w:sz w:val="24"/>
          <w:szCs w:val="24"/>
        </w:rPr>
        <w:t>."</w:t>
      </w:r>
    </w:p>
    <w:p w14:paraId="504D05B4"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unbothered, continued her work, now experimenting with gold-infused creams.</w:t>
      </w:r>
    </w:p>
    <w:p w14:paraId="35E09851"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however, prepared for war—whether that meant court politics, bribes, or charming his way out of an execution.</w:t>
      </w:r>
    </w:p>
    <w:p w14:paraId="044031AC"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Because one thing was certain—they had built something too powerful to be ignored.</w:t>
      </w:r>
    </w:p>
    <w:p w14:paraId="2DBE4996" w14:textId="77777777" w:rsidR="00503E50" w:rsidRPr="00C9454D" w:rsidRDefault="00FE197F" w:rsidP="00C9454D">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r>
      <w:r w:rsidR="00FE197F">
        <w:rPr>
          <w:rFonts w:ascii="Times New Roman" w:eastAsia="Times New Roman" w:hAnsi="Times New Roman" w:cs="Times New Roman"/>
          <w:noProof/>
          <w:sz w:val="24"/>
          <w:szCs w:val="24"/>
        </w:rPr>
        <w:pict w14:anchorId="4AE6DFC4">
          <v:rect id="_x0000_i1163" style="width:0;height:1.5pt" o:hralign="center" o:hrstd="t" o:hr="t" fillcolor="#a0a0a0" stroked="f"/>
        </w:pict>
      </w:r>
    </w:p>
    <w:p w14:paraId="7819B882" w14:textId="77777777" w:rsidR="00503E50" w:rsidRPr="00C9454D" w:rsidRDefault="00503E50" w:rsidP="00C9454D">
      <w:pPr>
        <w:pStyle w:val="Heading2"/>
        <w:rPr>
          <w:rFonts w:eastAsia="Times New Roman"/>
          <w:sz w:val="24"/>
          <w:szCs w:val="24"/>
        </w:rPr>
      </w:pPr>
      <w:r w:rsidRPr="00C9454D">
        <w:rPr>
          <w:rFonts w:eastAsia="Times New Roman"/>
          <w:sz w:val="24"/>
          <w:szCs w:val="24"/>
        </w:rPr>
        <w:t>The Conclusion (For Now…)</w:t>
      </w:r>
    </w:p>
    <w:p w14:paraId="32E6B89C" w14:textId="77777777" w:rsidR="00C404DF" w:rsidRPr="00C9454D" w:rsidRDefault="00C404DF" w:rsidP="00C9454D">
      <w:pPr>
        <w:rPr>
          <w:sz w:val="24"/>
          <w:szCs w:val="24"/>
        </w:rPr>
      </w:pPr>
    </w:p>
    <w:p w14:paraId="0DC85C3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 xml:space="preserve">John leaned back in his chair one evening, watching </w:t>
      </w: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mix ingredients with a self-satisfied smirk.</w:t>
      </w:r>
    </w:p>
    <w:p w14:paraId="5A85C580"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“This has gotten out of hand,” he said.</w:t>
      </w:r>
    </w:p>
    <w:p w14:paraId="58F6A973"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looked up, eyes shining with mischief. “Yes. And isn’t it </w:t>
      </w:r>
      <w:r w:rsidRPr="00C9454D">
        <w:rPr>
          <w:rFonts w:ascii="Times New Roman" w:eastAsia="Times New Roman" w:hAnsi="Times New Roman" w:cs="Times New Roman"/>
          <w:i/>
          <w:iCs/>
          <w:sz w:val="24"/>
          <w:szCs w:val="24"/>
        </w:rPr>
        <w:t>glorious</w:t>
      </w:r>
      <w:r w:rsidRPr="00C9454D">
        <w:rPr>
          <w:rFonts w:ascii="Times New Roman" w:eastAsia="Times New Roman" w:hAnsi="Times New Roman" w:cs="Times New Roman"/>
          <w:sz w:val="24"/>
          <w:szCs w:val="24"/>
        </w:rPr>
        <w:t>?”</w:t>
      </w:r>
    </w:p>
    <w:p w14:paraId="09CF747A"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John exhaled. “They’re coming for us, you know. Soon enough, someone is going to try to shut this down.”</w:t>
      </w:r>
    </w:p>
    <w:p w14:paraId="76B41BAC" w14:textId="77777777" w:rsidR="00503E50" w:rsidRPr="00C9454D" w:rsidRDefault="00503E50" w:rsidP="00C9454D">
      <w:pPr>
        <w:rPr>
          <w:rFonts w:ascii="Times New Roman" w:eastAsia="Times New Roman" w:hAnsi="Times New Roman" w:cs="Times New Roman"/>
          <w:sz w:val="24"/>
          <w:szCs w:val="24"/>
        </w:rPr>
      </w:pPr>
      <w:proofErr w:type="spellStart"/>
      <w:r w:rsidRPr="00C9454D">
        <w:rPr>
          <w:rFonts w:ascii="Times New Roman" w:eastAsia="Times New Roman" w:hAnsi="Times New Roman" w:cs="Times New Roman"/>
          <w:sz w:val="24"/>
          <w:szCs w:val="24"/>
        </w:rPr>
        <w:t>Alara</w:t>
      </w:r>
      <w:proofErr w:type="spellEnd"/>
      <w:r w:rsidRPr="00C9454D">
        <w:rPr>
          <w:rFonts w:ascii="Times New Roman" w:eastAsia="Times New Roman" w:hAnsi="Times New Roman" w:cs="Times New Roman"/>
          <w:sz w:val="24"/>
          <w:szCs w:val="24"/>
        </w:rPr>
        <w:t xml:space="preserve"> grinned. “Then we’d better stay three steps ahead.”</w:t>
      </w:r>
    </w:p>
    <w:p w14:paraId="76968DE4"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And with that, they clinked their goblets together—an alchemist and a strategist, partners in crime and commerce, ready to take on the world.</w:t>
      </w:r>
    </w:p>
    <w:p w14:paraId="08CE6023" w14:textId="77777777" w:rsidR="00503E50" w:rsidRPr="00C9454D" w:rsidRDefault="00503E50" w:rsidP="00C9454D">
      <w:pPr>
        <w:rPr>
          <w:rFonts w:ascii="Times New Roman" w:eastAsia="Times New Roman" w:hAnsi="Times New Roman" w:cs="Times New Roman"/>
          <w:sz w:val="24"/>
          <w:szCs w:val="24"/>
        </w:rPr>
      </w:pPr>
      <w:r w:rsidRPr="00C9454D">
        <w:rPr>
          <w:rFonts w:ascii="Times New Roman" w:eastAsia="Times New Roman" w:hAnsi="Times New Roman" w:cs="Times New Roman"/>
          <w:sz w:val="24"/>
          <w:szCs w:val="24"/>
        </w:rPr>
        <w:t>Even if that meant outrunning accusations of sorcery.</w:t>
      </w:r>
    </w:p>
    <w:p w14:paraId="33A4F1BD" w14:textId="704ADF60" w:rsidR="006F2580" w:rsidRPr="00C9454D" w:rsidRDefault="006F2580" w:rsidP="00C9454D">
      <w:pPr>
        <w:rPr>
          <w:rFonts w:ascii="Times New Roman" w:eastAsia="Times New Roman" w:hAnsi="Times New Roman" w:cs="Times New Roman"/>
          <w:sz w:val="24"/>
          <w:szCs w:val="24"/>
        </w:rPr>
      </w:pPr>
    </w:p>
    <w:p w14:paraId="29D08196" w14:textId="77777777" w:rsidR="001E48E2" w:rsidRPr="00C9454D" w:rsidRDefault="001E48E2" w:rsidP="00C9454D">
      <w:pPr>
        <w:rPr>
          <w:sz w:val="24"/>
          <w:szCs w:val="24"/>
        </w:rPr>
      </w:pPr>
    </w:p>
    <w:p w14:paraId="0F7D9C1D" w14:textId="77777777" w:rsidR="001E48E2" w:rsidRPr="00C9454D" w:rsidRDefault="00FE197F" w:rsidP="00C9454D">
      <w:pPr>
        <w:rPr>
          <w:sz w:val="24"/>
          <w:szCs w:val="24"/>
        </w:rPr>
      </w:pPr>
      <w:r>
        <w:rPr>
          <w:noProof/>
          <w:sz w:val="24"/>
          <w:szCs w:val="24"/>
        </w:rPr>
      </w:r>
      <w:r w:rsidR="00FE197F">
        <w:rPr>
          <w:noProof/>
          <w:sz w:val="24"/>
          <w:szCs w:val="24"/>
        </w:rPr>
        <w:pict w14:anchorId="4B458127">
          <v:rect id="_x0000_i1164" style="width:0;height:1.5pt" o:hralign="center" o:hrstd="t" o:hr="t" fillcolor="#a0a0a0" stroked="f"/>
        </w:pict>
      </w:r>
    </w:p>
    <w:p w14:paraId="59D588F7" w14:textId="77777777" w:rsidR="00733964" w:rsidRPr="00C9454D" w:rsidRDefault="001E48E2" w:rsidP="00C9454D">
      <w:pPr>
        <w:rPr>
          <w:rStyle w:val="Heading2Char"/>
          <w:sz w:val="24"/>
          <w:szCs w:val="24"/>
        </w:rPr>
      </w:pPr>
      <w:r w:rsidRPr="00C9454D">
        <w:rPr>
          <w:rStyle w:val="Heading2Char"/>
          <w:sz w:val="24"/>
          <w:szCs w:val="24"/>
        </w:rPr>
        <w:t>The Investigation</w:t>
      </w:r>
      <w:r w:rsidR="00733964" w:rsidRPr="00C9454D">
        <w:rPr>
          <w:rStyle w:val="Heading2Char"/>
          <w:sz w:val="24"/>
          <w:szCs w:val="24"/>
        </w:rPr>
        <w:t xml:space="preserve"> </w:t>
      </w:r>
    </w:p>
    <w:p w14:paraId="2F54FA83" w14:textId="59AF3E73" w:rsidR="00C404DF" w:rsidRPr="00C9454D" w:rsidRDefault="00733964" w:rsidP="00C9454D">
      <w:pPr>
        <w:rPr>
          <w:rStyle w:val="Heading2Char"/>
          <w:sz w:val="24"/>
          <w:szCs w:val="24"/>
        </w:rPr>
      </w:pPr>
      <w:r w:rsidRPr="00C9454D">
        <w:rPr>
          <w:rStyle w:val="Heading2Char"/>
          <w:sz w:val="24"/>
          <w:szCs w:val="24"/>
        </w:rPr>
        <w:t>122</w:t>
      </w:r>
      <w:r w:rsidR="00EF5162" w:rsidRPr="00C9454D">
        <w:rPr>
          <w:rStyle w:val="Heading2Char"/>
          <w:sz w:val="24"/>
          <w:szCs w:val="24"/>
        </w:rPr>
        <w:t>7</w:t>
      </w:r>
    </w:p>
    <w:p w14:paraId="60DACDD0" w14:textId="097D849C" w:rsidR="001E48E2" w:rsidRPr="00C9454D" w:rsidRDefault="001E48E2" w:rsidP="00C9454D">
      <w:pPr>
        <w:rPr>
          <w:sz w:val="24"/>
          <w:szCs w:val="24"/>
        </w:rPr>
      </w:pPr>
      <w:r w:rsidRPr="00C9454D">
        <w:rPr>
          <w:sz w:val="24"/>
          <w:szCs w:val="24"/>
        </w:rPr>
        <w:br/>
        <w:t xml:space="preserve">Word had spread quickly that </w:t>
      </w:r>
      <w:proofErr w:type="spellStart"/>
      <w:r w:rsidRPr="00C9454D">
        <w:rPr>
          <w:sz w:val="24"/>
          <w:szCs w:val="24"/>
        </w:rPr>
        <w:t>Alara’s</w:t>
      </w:r>
      <w:proofErr w:type="spellEnd"/>
      <w:r w:rsidRPr="00C9454D">
        <w:rPr>
          <w:sz w:val="24"/>
          <w:szCs w:val="24"/>
        </w:rPr>
        <w:t xml:space="preserve"> teachings and healing </w:t>
      </w:r>
      <w:r w:rsidR="0081061C" w:rsidRPr="00C9454D">
        <w:rPr>
          <w:sz w:val="24"/>
          <w:szCs w:val="24"/>
        </w:rPr>
        <w:t>elixir</w:t>
      </w:r>
      <w:r w:rsidR="009D3126" w:rsidRPr="00C9454D">
        <w:rPr>
          <w:sz w:val="24"/>
          <w:szCs w:val="24"/>
        </w:rPr>
        <w:t>s</w:t>
      </w:r>
      <w:r w:rsidR="0081061C" w:rsidRPr="00C9454D">
        <w:rPr>
          <w:sz w:val="24"/>
          <w:szCs w:val="24"/>
        </w:rPr>
        <w:t xml:space="preserve"> </w:t>
      </w:r>
      <w:r w:rsidRPr="00C9454D">
        <w:rPr>
          <w:sz w:val="24"/>
          <w:szCs w:val="24"/>
        </w:rPr>
        <w:t xml:space="preserve">had drawn the attention of the Church. Her open discussions about the Bible, her use of </w:t>
      </w:r>
      <w:r w:rsidR="00873882" w:rsidRPr="00C9454D">
        <w:rPr>
          <w:sz w:val="24"/>
          <w:szCs w:val="24"/>
        </w:rPr>
        <w:t>God’s</w:t>
      </w:r>
      <w:r w:rsidRPr="00C9454D">
        <w:rPr>
          <w:sz w:val="24"/>
          <w:szCs w:val="24"/>
        </w:rPr>
        <w:t xml:space="preserve"> name, and her insistence on the truth of the resurrection were seen as challenges to the authority of the papacy. A representative of the Church—a stern, imposing inquisitor named Father Lucien—was sent to investigate the matter.</w:t>
      </w:r>
    </w:p>
    <w:p w14:paraId="45169721" w14:textId="77777777" w:rsidR="001E48E2" w:rsidRPr="00C9454D" w:rsidRDefault="001E48E2" w:rsidP="00C9454D">
      <w:pPr>
        <w:rPr>
          <w:sz w:val="24"/>
          <w:szCs w:val="24"/>
        </w:rPr>
      </w:pPr>
      <w:r w:rsidRPr="00C9454D">
        <w:rPr>
          <w:sz w:val="24"/>
          <w:szCs w:val="24"/>
        </w:rPr>
        <w:t xml:space="preserve">The village gathered anxiously in the square as Father Lucien arrived, flanked by scribes and attendants. </w:t>
      </w:r>
      <w:proofErr w:type="spellStart"/>
      <w:r w:rsidRPr="00C9454D">
        <w:rPr>
          <w:sz w:val="24"/>
          <w:szCs w:val="24"/>
        </w:rPr>
        <w:t>Alara</w:t>
      </w:r>
      <w:proofErr w:type="spellEnd"/>
      <w:r w:rsidRPr="00C9454D">
        <w:rPr>
          <w:sz w:val="24"/>
          <w:szCs w:val="24"/>
        </w:rPr>
        <w:t xml:space="preserve"> stood alone, her head high and her hands steady, though her heart raced beneath her calm exterior. John stood at the edge of the crowd, his fists clenched, ready to step in if needed, but </w:t>
      </w:r>
      <w:proofErr w:type="spellStart"/>
      <w:r w:rsidRPr="00C9454D">
        <w:rPr>
          <w:sz w:val="24"/>
          <w:szCs w:val="24"/>
        </w:rPr>
        <w:t>Alara</w:t>
      </w:r>
      <w:proofErr w:type="spellEnd"/>
      <w:r w:rsidRPr="00C9454D">
        <w:rPr>
          <w:sz w:val="24"/>
          <w:szCs w:val="24"/>
        </w:rPr>
        <w:t xml:space="preserve"> had insisted on facing this alone.</w:t>
      </w:r>
    </w:p>
    <w:p w14:paraId="0EB09C6A" w14:textId="77777777" w:rsidR="001E48E2" w:rsidRPr="00C9454D" w:rsidRDefault="00FE197F" w:rsidP="00C9454D">
      <w:pPr>
        <w:rPr>
          <w:sz w:val="24"/>
          <w:szCs w:val="24"/>
        </w:rPr>
      </w:pPr>
      <w:r>
        <w:rPr>
          <w:noProof/>
          <w:sz w:val="24"/>
          <w:szCs w:val="24"/>
        </w:rPr>
      </w:r>
      <w:r w:rsidR="00FE197F">
        <w:rPr>
          <w:noProof/>
          <w:sz w:val="24"/>
          <w:szCs w:val="24"/>
        </w:rPr>
        <w:pict w14:anchorId="44789839">
          <v:rect id="_x0000_i1165" style="width:0;height:1.5pt" o:hralign="center" o:hrstd="t" o:hr="t" fillcolor="#a0a0a0" stroked="f"/>
        </w:pict>
      </w:r>
    </w:p>
    <w:p w14:paraId="6D62FC7F" w14:textId="77777777" w:rsidR="00C404DF" w:rsidRPr="00C9454D" w:rsidRDefault="001E48E2" w:rsidP="00C9454D">
      <w:pPr>
        <w:rPr>
          <w:rStyle w:val="Heading2Char"/>
          <w:sz w:val="24"/>
          <w:szCs w:val="24"/>
        </w:rPr>
      </w:pPr>
      <w:r w:rsidRPr="00C9454D">
        <w:rPr>
          <w:rStyle w:val="Heading2Char"/>
          <w:sz w:val="24"/>
          <w:szCs w:val="24"/>
        </w:rPr>
        <w:t>The Questioning</w:t>
      </w:r>
    </w:p>
    <w:p w14:paraId="286D56AA" w14:textId="0A580275" w:rsidR="001E48E2" w:rsidRPr="00C9454D" w:rsidRDefault="001E48E2" w:rsidP="00C9454D">
      <w:pPr>
        <w:rPr>
          <w:sz w:val="24"/>
          <w:szCs w:val="24"/>
        </w:rPr>
      </w:pPr>
      <w:r w:rsidRPr="00C9454D">
        <w:rPr>
          <w:sz w:val="24"/>
          <w:szCs w:val="24"/>
        </w:rPr>
        <w:br/>
        <w:t>Father Lucien wasted no time. “</w:t>
      </w:r>
      <w:proofErr w:type="spellStart"/>
      <w:r w:rsidRPr="00C9454D">
        <w:rPr>
          <w:sz w:val="24"/>
          <w:szCs w:val="24"/>
        </w:rPr>
        <w:t>Alara</w:t>
      </w:r>
      <w:proofErr w:type="spellEnd"/>
      <w:r w:rsidRPr="00C9454D">
        <w:rPr>
          <w:sz w:val="24"/>
          <w:szCs w:val="24"/>
        </w:rPr>
        <w:t>, daughter of the healer,” he began, his voice sharp and cold. “You stand accused of spreading teachings contrary to the Holy Church. Do you deny this?”</w:t>
      </w:r>
    </w:p>
    <w:p w14:paraId="05A28E87" w14:textId="77777777" w:rsidR="001E48E2" w:rsidRPr="00C9454D" w:rsidRDefault="001E48E2" w:rsidP="00C9454D">
      <w:pPr>
        <w:rPr>
          <w:sz w:val="24"/>
          <w:szCs w:val="24"/>
        </w:rPr>
      </w:pPr>
      <w:r w:rsidRPr="00C9454D">
        <w:rPr>
          <w:sz w:val="24"/>
          <w:szCs w:val="24"/>
        </w:rPr>
        <w:t xml:space="preserve">“I do not,” </w:t>
      </w:r>
      <w:proofErr w:type="spellStart"/>
      <w:r w:rsidRPr="00C9454D">
        <w:rPr>
          <w:sz w:val="24"/>
          <w:szCs w:val="24"/>
        </w:rPr>
        <w:t>Alara</w:t>
      </w:r>
      <w:proofErr w:type="spellEnd"/>
      <w:r w:rsidRPr="00C9454D">
        <w:rPr>
          <w:sz w:val="24"/>
          <w:szCs w:val="24"/>
        </w:rPr>
        <w:t xml:space="preserve"> replied calmly, her voice carrying over the murmurs of the crowd. “I have spoken only what is written in the Bible.”</w:t>
      </w:r>
    </w:p>
    <w:p w14:paraId="4842918E" w14:textId="61368B74" w:rsidR="001E48E2" w:rsidRPr="00C9454D" w:rsidRDefault="001E48E2" w:rsidP="00C9454D">
      <w:pPr>
        <w:rPr>
          <w:sz w:val="24"/>
          <w:szCs w:val="24"/>
        </w:rPr>
      </w:pPr>
      <w:r w:rsidRPr="00C9454D">
        <w:rPr>
          <w:sz w:val="24"/>
          <w:szCs w:val="24"/>
        </w:rPr>
        <w:t xml:space="preserve">“And yet,” Father Lucien countered, “you speak of </w:t>
      </w:r>
      <w:proofErr w:type="spellStart"/>
      <w:r w:rsidR="007E1E1E">
        <w:rPr>
          <w:sz w:val="24"/>
          <w:szCs w:val="24"/>
        </w:rPr>
        <w:t>Yahuah</w:t>
      </w:r>
      <w:proofErr w:type="spellEnd"/>
      <w:r w:rsidRPr="00C9454D">
        <w:rPr>
          <w:sz w:val="24"/>
          <w:szCs w:val="24"/>
        </w:rPr>
        <w:t xml:space="preserve"> as God’s name, a term the Church has not sanctioned. You speak of a resurrection that contradicts the eternal damnation of the wicked. Are you claiming to know more than the Holy Father himself?”</w:t>
      </w:r>
    </w:p>
    <w:p w14:paraId="3CD6DD7C" w14:textId="77777777" w:rsidR="001E48E2" w:rsidRPr="00C9454D" w:rsidRDefault="001E48E2" w:rsidP="00C9454D">
      <w:pPr>
        <w:rPr>
          <w:sz w:val="24"/>
          <w:szCs w:val="24"/>
        </w:rPr>
      </w:pPr>
      <w:r w:rsidRPr="00C9454D">
        <w:rPr>
          <w:sz w:val="24"/>
          <w:szCs w:val="24"/>
        </w:rPr>
        <w:t xml:space="preserve">“I claim nothing of myself,” </w:t>
      </w:r>
      <w:proofErr w:type="spellStart"/>
      <w:r w:rsidRPr="00C9454D">
        <w:rPr>
          <w:sz w:val="24"/>
          <w:szCs w:val="24"/>
        </w:rPr>
        <w:t>Alara</w:t>
      </w:r>
      <w:proofErr w:type="spellEnd"/>
      <w:r w:rsidRPr="00C9454D">
        <w:rPr>
          <w:sz w:val="24"/>
          <w:szCs w:val="24"/>
        </w:rPr>
        <w:t xml:space="preserve"> said firmly. “What I know comes from scripture, which is God’s word, not man’s.”</w:t>
      </w:r>
    </w:p>
    <w:p w14:paraId="19FBC347" w14:textId="77777777" w:rsidR="001E48E2" w:rsidRPr="00C9454D" w:rsidRDefault="00FE197F" w:rsidP="00C9454D">
      <w:pPr>
        <w:rPr>
          <w:sz w:val="24"/>
          <w:szCs w:val="24"/>
        </w:rPr>
      </w:pPr>
      <w:r>
        <w:rPr>
          <w:noProof/>
          <w:sz w:val="24"/>
          <w:szCs w:val="24"/>
        </w:rPr>
      </w:r>
      <w:r w:rsidR="00FE197F">
        <w:rPr>
          <w:noProof/>
          <w:sz w:val="24"/>
          <w:szCs w:val="24"/>
        </w:rPr>
        <w:pict w14:anchorId="6174A17D">
          <v:rect id="_x0000_i1166" style="width:0;height:1.5pt" o:hralign="center" o:hrstd="t" o:hr="t" fillcolor="#a0a0a0" stroked="f"/>
        </w:pict>
      </w:r>
    </w:p>
    <w:p w14:paraId="6A16DE38" w14:textId="77777777" w:rsidR="00C404DF" w:rsidRPr="00C9454D" w:rsidRDefault="001E48E2" w:rsidP="00C9454D">
      <w:pPr>
        <w:rPr>
          <w:rStyle w:val="Heading2Char"/>
          <w:sz w:val="24"/>
          <w:szCs w:val="24"/>
        </w:rPr>
      </w:pPr>
      <w:r w:rsidRPr="00C9454D">
        <w:rPr>
          <w:rStyle w:val="Heading2Char"/>
          <w:sz w:val="24"/>
          <w:szCs w:val="24"/>
        </w:rPr>
        <w:t>Her Defense</w:t>
      </w:r>
    </w:p>
    <w:p w14:paraId="6A7F3D7A" w14:textId="435E72F2" w:rsidR="001E48E2" w:rsidRPr="00C9454D" w:rsidRDefault="001E48E2" w:rsidP="00C9454D">
      <w:pPr>
        <w:rPr>
          <w:sz w:val="24"/>
          <w:szCs w:val="24"/>
        </w:rPr>
      </w:pPr>
      <w:r w:rsidRPr="00C9454D">
        <w:rPr>
          <w:sz w:val="24"/>
          <w:szCs w:val="24"/>
        </w:rPr>
        <w:br/>
        <w:t xml:space="preserve">With steady hands, </w:t>
      </w:r>
      <w:proofErr w:type="spellStart"/>
      <w:r w:rsidRPr="00C9454D">
        <w:rPr>
          <w:sz w:val="24"/>
          <w:szCs w:val="24"/>
        </w:rPr>
        <w:t>Alara</w:t>
      </w:r>
      <w:proofErr w:type="spellEnd"/>
      <w:r w:rsidRPr="00C9454D">
        <w:rPr>
          <w:sz w:val="24"/>
          <w:szCs w:val="24"/>
        </w:rPr>
        <w:t xml:space="preserve"> opened the worn Bible she carried with her, the pages marked with careful notes. “In Psalm 83:18,” she began, her voice unwavering, “it says, ‘May people know that you, whose name is </w:t>
      </w:r>
      <w:proofErr w:type="spellStart"/>
      <w:r w:rsidR="007E1E1E">
        <w:rPr>
          <w:sz w:val="24"/>
          <w:szCs w:val="24"/>
        </w:rPr>
        <w:t>Yahuah</w:t>
      </w:r>
      <w:proofErr w:type="spellEnd"/>
      <w:r w:rsidRPr="00C9454D">
        <w:rPr>
          <w:sz w:val="24"/>
          <w:szCs w:val="24"/>
        </w:rPr>
        <w:t>, you alone are the Most High over all the earth.’ Is it wrong to call God by the name He has given us?”</w:t>
      </w:r>
    </w:p>
    <w:p w14:paraId="2E66647D" w14:textId="77777777" w:rsidR="001E48E2" w:rsidRPr="00C9454D" w:rsidRDefault="001E48E2" w:rsidP="00C9454D">
      <w:pPr>
        <w:rPr>
          <w:sz w:val="24"/>
          <w:szCs w:val="24"/>
        </w:rPr>
      </w:pPr>
      <w:r w:rsidRPr="00C9454D">
        <w:rPr>
          <w:sz w:val="24"/>
          <w:szCs w:val="24"/>
        </w:rPr>
        <w:t>Father Lucien’s expression tightened, but he said nothing.</w:t>
      </w:r>
    </w:p>
    <w:p w14:paraId="2929C9DB" w14:textId="77777777" w:rsidR="001E48E2" w:rsidRPr="00C9454D" w:rsidRDefault="001E48E2" w:rsidP="00C9454D">
      <w:pPr>
        <w:rPr>
          <w:sz w:val="24"/>
          <w:szCs w:val="24"/>
        </w:rPr>
      </w:pPr>
      <w:proofErr w:type="spellStart"/>
      <w:r w:rsidRPr="00C9454D">
        <w:rPr>
          <w:sz w:val="24"/>
          <w:szCs w:val="24"/>
        </w:rPr>
        <w:t>Alara</w:t>
      </w:r>
      <w:proofErr w:type="spellEnd"/>
      <w:r w:rsidRPr="00C9454D">
        <w:rPr>
          <w:sz w:val="24"/>
          <w:szCs w:val="24"/>
        </w:rPr>
        <w:t xml:space="preserve"> continued, flipping to another passage. “In John 5:28, 29, Jesus himself speaks of a resurrection: ‘Do not be amazed at this, for the hour is coming in which all those in the memorial tombs will hear his voice and come out.’ Is it wrong to believe in what Christ has promised?”</w:t>
      </w:r>
    </w:p>
    <w:p w14:paraId="4331A41C" w14:textId="77777777" w:rsidR="001E48E2" w:rsidRPr="00C9454D" w:rsidRDefault="001E48E2" w:rsidP="00C9454D">
      <w:pPr>
        <w:rPr>
          <w:sz w:val="24"/>
          <w:szCs w:val="24"/>
        </w:rPr>
      </w:pPr>
      <w:r w:rsidRPr="00C9454D">
        <w:rPr>
          <w:sz w:val="24"/>
          <w:szCs w:val="24"/>
        </w:rPr>
        <w:t>She turned another page, her voice growing stronger with each verse. “Nowhere in scripture does it speak of an eternal burning hell. Instead, Ezekiel 18:4 says, ‘The soul who sins is the one who will die.’ Death, not eternal torment, is the penalty for sin.”</w:t>
      </w:r>
    </w:p>
    <w:p w14:paraId="62719FEF" w14:textId="77777777" w:rsidR="001E48E2" w:rsidRPr="00C9454D" w:rsidRDefault="00FE197F" w:rsidP="00C9454D">
      <w:pPr>
        <w:rPr>
          <w:sz w:val="24"/>
          <w:szCs w:val="24"/>
        </w:rPr>
      </w:pPr>
      <w:r>
        <w:rPr>
          <w:noProof/>
          <w:sz w:val="24"/>
          <w:szCs w:val="24"/>
        </w:rPr>
      </w:r>
      <w:r w:rsidR="00FE197F">
        <w:rPr>
          <w:noProof/>
          <w:sz w:val="24"/>
          <w:szCs w:val="24"/>
        </w:rPr>
        <w:pict w14:anchorId="52642FFF">
          <v:rect id="_x0000_i1167" style="width:0;height:1.5pt" o:hralign="center" o:hrstd="t" o:hr="t" fillcolor="#a0a0a0" stroked="f"/>
        </w:pict>
      </w:r>
    </w:p>
    <w:p w14:paraId="22A777C6" w14:textId="77777777" w:rsidR="00C404DF" w:rsidRPr="00C9454D" w:rsidRDefault="001E48E2" w:rsidP="00C9454D">
      <w:pPr>
        <w:rPr>
          <w:rStyle w:val="Heading2Char"/>
          <w:sz w:val="24"/>
          <w:szCs w:val="24"/>
        </w:rPr>
      </w:pPr>
      <w:r w:rsidRPr="00C9454D">
        <w:rPr>
          <w:rStyle w:val="Heading2Char"/>
          <w:sz w:val="24"/>
          <w:szCs w:val="24"/>
        </w:rPr>
        <w:t>The Crowd’s Reaction</w:t>
      </w:r>
    </w:p>
    <w:p w14:paraId="3C1184E4" w14:textId="1B623C13" w:rsidR="001E48E2" w:rsidRPr="00C9454D" w:rsidRDefault="001E48E2" w:rsidP="00C9454D">
      <w:pPr>
        <w:rPr>
          <w:sz w:val="24"/>
          <w:szCs w:val="24"/>
        </w:rPr>
      </w:pPr>
      <w:r w:rsidRPr="00C9454D">
        <w:rPr>
          <w:sz w:val="24"/>
          <w:szCs w:val="24"/>
        </w:rPr>
        <w:br/>
        <w:t xml:space="preserve">The murmurs among the villagers grew louder. Many of them had heard </w:t>
      </w:r>
      <w:proofErr w:type="spellStart"/>
      <w:r w:rsidRPr="00C9454D">
        <w:rPr>
          <w:sz w:val="24"/>
          <w:szCs w:val="24"/>
        </w:rPr>
        <w:t>Alara</w:t>
      </w:r>
      <w:proofErr w:type="spellEnd"/>
      <w:r w:rsidRPr="00C9454D">
        <w:rPr>
          <w:sz w:val="24"/>
          <w:szCs w:val="24"/>
        </w:rPr>
        <w:t xml:space="preserve"> speak these truths before, but hearing them declared so boldly in the face of authority stirred something deep within them. Even those who had doubted her began to see the strength of her convictions and the clarity of her reasoning.</w:t>
      </w:r>
    </w:p>
    <w:p w14:paraId="0723FC58" w14:textId="77777777" w:rsidR="001E48E2" w:rsidRPr="00C9454D" w:rsidRDefault="001E48E2" w:rsidP="00C9454D">
      <w:pPr>
        <w:rPr>
          <w:sz w:val="24"/>
          <w:szCs w:val="24"/>
        </w:rPr>
      </w:pPr>
      <w:r w:rsidRPr="00C9454D">
        <w:rPr>
          <w:sz w:val="24"/>
          <w:szCs w:val="24"/>
        </w:rPr>
        <w:t>Father Lucien, however, remained unmoved. “You twist the scriptures to suit your own understanding,” he said sharply. “The Church interprets God’s word, not you.”</w:t>
      </w:r>
    </w:p>
    <w:p w14:paraId="0A946376" w14:textId="732CA789" w:rsidR="001E48E2" w:rsidRPr="00C9454D" w:rsidRDefault="001E48E2" w:rsidP="00C9454D">
      <w:pPr>
        <w:rPr>
          <w:sz w:val="24"/>
          <w:szCs w:val="24"/>
        </w:rPr>
      </w:pPr>
      <w:proofErr w:type="spellStart"/>
      <w:r w:rsidRPr="00C9454D">
        <w:rPr>
          <w:sz w:val="24"/>
          <w:szCs w:val="24"/>
        </w:rPr>
        <w:t>Alara</w:t>
      </w:r>
      <w:proofErr w:type="spellEnd"/>
      <w:r w:rsidRPr="00C9454D">
        <w:rPr>
          <w:sz w:val="24"/>
          <w:szCs w:val="24"/>
        </w:rPr>
        <w:t xml:space="preserve"> met his gaze, her eyes steady. “Then why does the Bible say in 2 Timothy 3:16 that ‘All scripture is inspired of God and beneficial for teaching, for reproving, for setting things straight, for disciplining in righteousness’? If we are to rely on the Church alone, why would God provi</w:t>
      </w:r>
      <w:r w:rsidR="00DD1FF5" w:rsidRPr="00C9454D">
        <w:rPr>
          <w:sz w:val="24"/>
          <w:szCs w:val="24"/>
        </w:rPr>
        <w:t xml:space="preserve">de </w:t>
      </w:r>
      <w:r w:rsidRPr="00C9454D">
        <w:rPr>
          <w:sz w:val="24"/>
          <w:szCs w:val="24"/>
        </w:rPr>
        <w:t>us with His word?”</w:t>
      </w:r>
    </w:p>
    <w:p w14:paraId="79B84EC6" w14:textId="77777777" w:rsidR="001E48E2" w:rsidRPr="00C9454D" w:rsidRDefault="00FE197F" w:rsidP="00C9454D">
      <w:pPr>
        <w:rPr>
          <w:sz w:val="24"/>
          <w:szCs w:val="24"/>
        </w:rPr>
      </w:pPr>
      <w:r>
        <w:rPr>
          <w:noProof/>
          <w:sz w:val="24"/>
          <w:szCs w:val="24"/>
        </w:rPr>
      </w:r>
      <w:r w:rsidR="00FE197F">
        <w:rPr>
          <w:noProof/>
          <w:sz w:val="24"/>
          <w:szCs w:val="24"/>
        </w:rPr>
        <w:pict w14:anchorId="68921F94">
          <v:rect id="_x0000_i1168" style="width:0;height:1.5pt" o:hralign="center" o:hrstd="t" o:hr="t" fillcolor="#a0a0a0" stroked="f"/>
        </w:pict>
      </w:r>
    </w:p>
    <w:p w14:paraId="0E08AAD9" w14:textId="77777777" w:rsidR="008820DC" w:rsidRPr="00C9454D" w:rsidRDefault="001E48E2" w:rsidP="00C9454D">
      <w:pPr>
        <w:rPr>
          <w:rStyle w:val="Heading2Char"/>
          <w:sz w:val="24"/>
          <w:szCs w:val="24"/>
        </w:rPr>
      </w:pPr>
      <w:r w:rsidRPr="00C9454D">
        <w:rPr>
          <w:rStyle w:val="Heading2Char"/>
          <w:sz w:val="24"/>
          <w:szCs w:val="24"/>
        </w:rPr>
        <w:t>Her Vindication</w:t>
      </w:r>
    </w:p>
    <w:p w14:paraId="2EB308E0" w14:textId="7A14E100" w:rsidR="001E48E2" w:rsidRPr="00C9454D" w:rsidRDefault="001E48E2" w:rsidP="00C9454D">
      <w:pPr>
        <w:rPr>
          <w:sz w:val="24"/>
          <w:szCs w:val="24"/>
        </w:rPr>
      </w:pPr>
      <w:r w:rsidRPr="00C9454D">
        <w:rPr>
          <w:sz w:val="24"/>
          <w:szCs w:val="24"/>
        </w:rPr>
        <w:br/>
        <w:t>Father Lucien faltered, his composure cracking under the weight of her words. He turned to the scribes, who were busily jotting down her responses, and then to the crowd, whose faces showed a mixture of awe and defiance. Realizing he was losing control of the situation, he raised a hand to silence the crowd.</w:t>
      </w:r>
    </w:p>
    <w:p w14:paraId="25685876" w14:textId="6D73FB68" w:rsidR="001E48E2" w:rsidRPr="00C9454D" w:rsidRDefault="001E48E2" w:rsidP="00C9454D">
      <w:pPr>
        <w:rPr>
          <w:sz w:val="24"/>
          <w:szCs w:val="24"/>
        </w:rPr>
      </w:pPr>
      <w:r w:rsidRPr="00C9454D">
        <w:rPr>
          <w:sz w:val="24"/>
          <w:szCs w:val="24"/>
        </w:rPr>
        <w:t>“This matter requires further deliberation,” he declared, his voice shaking slightly. “We will leave, but do not mistake our departure for approval. The Church will deci</w:t>
      </w:r>
      <w:r w:rsidR="00DD1FF5" w:rsidRPr="00C9454D">
        <w:rPr>
          <w:sz w:val="24"/>
          <w:szCs w:val="24"/>
        </w:rPr>
        <w:t xml:space="preserve">de </w:t>
      </w:r>
      <w:r w:rsidRPr="00C9454D">
        <w:rPr>
          <w:sz w:val="24"/>
          <w:szCs w:val="24"/>
        </w:rPr>
        <w:t>what is to be done.”</w:t>
      </w:r>
    </w:p>
    <w:p w14:paraId="2F166D9A" w14:textId="079BEEAD" w:rsidR="001E48E2" w:rsidRPr="00C9454D" w:rsidRDefault="001E48E2" w:rsidP="00C9454D">
      <w:pPr>
        <w:rPr>
          <w:sz w:val="24"/>
          <w:szCs w:val="24"/>
        </w:rPr>
      </w:pPr>
      <w:r w:rsidRPr="00C9454D">
        <w:rPr>
          <w:sz w:val="24"/>
          <w:szCs w:val="24"/>
        </w:rPr>
        <w:t xml:space="preserve">As the inquisitor and his attendants retreated, the villagers erupted into murmurs. </w:t>
      </w:r>
      <w:proofErr w:type="spellStart"/>
      <w:r w:rsidRPr="00C9454D">
        <w:rPr>
          <w:sz w:val="24"/>
          <w:szCs w:val="24"/>
        </w:rPr>
        <w:t>Alara</w:t>
      </w:r>
      <w:proofErr w:type="spellEnd"/>
      <w:r w:rsidRPr="00C9454D">
        <w:rPr>
          <w:sz w:val="24"/>
          <w:szCs w:val="24"/>
        </w:rPr>
        <w:t xml:space="preserve"> stood still, her Bible clutched tightly in her hands, her head bowed in silent prayer. John rushed to her side, his heart swelling with pri</w:t>
      </w:r>
      <w:r w:rsidR="00DD1FF5" w:rsidRPr="00C9454D">
        <w:rPr>
          <w:sz w:val="24"/>
          <w:szCs w:val="24"/>
        </w:rPr>
        <w:t xml:space="preserve">de </w:t>
      </w:r>
      <w:r w:rsidRPr="00C9454D">
        <w:rPr>
          <w:sz w:val="24"/>
          <w:szCs w:val="24"/>
        </w:rPr>
        <w:t>and relief.</w:t>
      </w:r>
    </w:p>
    <w:p w14:paraId="0A777268" w14:textId="77777777" w:rsidR="001E48E2" w:rsidRPr="00C9454D" w:rsidRDefault="00FE197F" w:rsidP="00C9454D">
      <w:pPr>
        <w:rPr>
          <w:sz w:val="24"/>
          <w:szCs w:val="24"/>
        </w:rPr>
      </w:pPr>
      <w:r>
        <w:rPr>
          <w:noProof/>
          <w:sz w:val="24"/>
          <w:szCs w:val="24"/>
        </w:rPr>
      </w:r>
      <w:r w:rsidR="00FE197F">
        <w:rPr>
          <w:noProof/>
          <w:sz w:val="24"/>
          <w:szCs w:val="24"/>
        </w:rPr>
        <w:pict w14:anchorId="48D257B8">
          <v:rect id="_x0000_i1169" style="width:0;height:1.5pt" o:hralign="center" o:hrstd="t" o:hr="t" fillcolor="#a0a0a0" stroked="f"/>
        </w:pict>
      </w:r>
    </w:p>
    <w:p w14:paraId="1C801E3E" w14:textId="77777777" w:rsidR="008820DC" w:rsidRPr="00C9454D" w:rsidRDefault="001E48E2" w:rsidP="00C9454D">
      <w:pPr>
        <w:rPr>
          <w:rStyle w:val="Heading2Char"/>
          <w:sz w:val="24"/>
          <w:szCs w:val="24"/>
        </w:rPr>
      </w:pPr>
      <w:r w:rsidRPr="00C9454D">
        <w:rPr>
          <w:rStyle w:val="Heading2Char"/>
          <w:sz w:val="24"/>
          <w:szCs w:val="24"/>
        </w:rPr>
        <w:t>Aftermath</w:t>
      </w:r>
    </w:p>
    <w:p w14:paraId="236CC1DF" w14:textId="0F507408" w:rsidR="001E48E2" w:rsidRPr="00C9454D" w:rsidRDefault="001E48E2" w:rsidP="00C9454D">
      <w:pPr>
        <w:rPr>
          <w:sz w:val="24"/>
          <w:szCs w:val="24"/>
        </w:rPr>
      </w:pPr>
      <w:r w:rsidRPr="00C9454D">
        <w:rPr>
          <w:sz w:val="24"/>
          <w:szCs w:val="24"/>
        </w:rPr>
        <w:br/>
        <w:t xml:space="preserve">That evening, the villagers gathered around </w:t>
      </w:r>
      <w:proofErr w:type="spellStart"/>
      <w:r w:rsidRPr="00C9454D">
        <w:rPr>
          <w:sz w:val="24"/>
          <w:szCs w:val="24"/>
        </w:rPr>
        <w:t>Alara</w:t>
      </w:r>
      <w:proofErr w:type="spellEnd"/>
      <w:r w:rsidRPr="00C9454D">
        <w:rPr>
          <w:sz w:val="24"/>
          <w:szCs w:val="24"/>
        </w:rPr>
        <w:t xml:space="preserve"> and John, many seeking to understand more about the truths she had shared. Though the Church’s shadow still loomed over them, </w:t>
      </w:r>
      <w:proofErr w:type="spellStart"/>
      <w:r w:rsidRPr="00C9454D">
        <w:rPr>
          <w:sz w:val="24"/>
          <w:szCs w:val="24"/>
        </w:rPr>
        <w:t>Alara’s</w:t>
      </w:r>
      <w:proofErr w:type="spellEnd"/>
      <w:r w:rsidRPr="00C9454D">
        <w:rPr>
          <w:sz w:val="24"/>
          <w:szCs w:val="24"/>
        </w:rPr>
        <w:t xml:space="preserve"> courage and reliance on scripture had planted seeds of doubt in the authority of the papacy and seeds of faith in the truth of God’s word.</w:t>
      </w:r>
    </w:p>
    <w:p w14:paraId="1E56436F" w14:textId="77777777" w:rsidR="001E48E2" w:rsidRPr="00C9454D" w:rsidRDefault="001E48E2" w:rsidP="00C9454D">
      <w:pPr>
        <w:rPr>
          <w:sz w:val="24"/>
          <w:szCs w:val="24"/>
        </w:rPr>
      </w:pPr>
      <w:r w:rsidRPr="00C9454D">
        <w:rPr>
          <w:sz w:val="24"/>
          <w:szCs w:val="24"/>
        </w:rPr>
        <w:t>Guy and Abilene watched from the edge of the gathering, their hearts full of admiration. “She’s remarkable,” Abilene whispered, her hand resting on Guy’s arm.</w:t>
      </w:r>
    </w:p>
    <w:p w14:paraId="6E65AE5F" w14:textId="77777777" w:rsidR="001E48E2" w:rsidRPr="00C9454D" w:rsidRDefault="001E48E2" w:rsidP="00C9454D">
      <w:pPr>
        <w:rPr>
          <w:sz w:val="24"/>
          <w:szCs w:val="24"/>
        </w:rPr>
      </w:pPr>
      <w:r w:rsidRPr="00C9454D">
        <w:rPr>
          <w:sz w:val="24"/>
          <w:szCs w:val="24"/>
        </w:rPr>
        <w:t>Guy nodded, his expression thoughtful. “She reminds me of someone,” he said softly. “Someone who wasn’t afraid to stand up for what she believed, no matter the cost.”</w:t>
      </w:r>
    </w:p>
    <w:p w14:paraId="4DDF636E" w14:textId="77777777" w:rsidR="001E48E2" w:rsidRPr="00C9454D" w:rsidRDefault="001E48E2" w:rsidP="00C9454D">
      <w:pPr>
        <w:rPr>
          <w:sz w:val="24"/>
          <w:szCs w:val="24"/>
        </w:rPr>
      </w:pPr>
      <w:r w:rsidRPr="00C9454D">
        <w:rPr>
          <w:sz w:val="24"/>
          <w:szCs w:val="24"/>
        </w:rPr>
        <w:t>Abilene smiled, understanding his unspoken words. “She’s found her path, Guy. And she’s helping others find theirs.”</w:t>
      </w:r>
    </w:p>
    <w:p w14:paraId="6250D5DF" w14:textId="77777777" w:rsidR="00C7312C" w:rsidRPr="00C9454D" w:rsidRDefault="00FE197F" w:rsidP="00C9454D">
      <w:pPr>
        <w:rPr>
          <w:sz w:val="24"/>
          <w:szCs w:val="24"/>
        </w:rPr>
      </w:pPr>
      <w:r>
        <w:rPr>
          <w:noProof/>
          <w:sz w:val="24"/>
          <w:szCs w:val="24"/>
        </w:rPr>
      </w:r>
      <w:r w:rsidR="00FE197F">
        <w:rPr>
          <w:noProof/>
          <w:sz w:val="24"/>
          <w:szCs w:val="24"/>
        </w:rPr>
        <w:pict w14:anchorId="487BF759">
          <v:rect id="_x0000_i1170" style="width:0;height:1.5pt" o:hralign="center" o:bullet="t" o:hrstd="t" o:hr="t" fillcolor="#a0a0a0" stroked="f"/>
        </w:pict>
      </w:r>
    </w:p>
    <w:p w14:paraId="26B4C0DD" w14:textId="77777777" w:rsidR="00C7312C" w:rsidRPr="00C9454D" w:rsidRDefault="00C7312C" w:rsidP="00C9454D">
      <w:pPr>
        <w:rPr>
          <w:sz w:val="24"/>
          <w:szCs w:val="24"/>
        </w:rPr>
      </w:pPr>
    </w:p>
    <w:p w14:paraId="60FACF6B" w14:textId="77777777" w:rsidR="00C7312C" w:rsidRPr="00C9454D" w:rsidRDefault="00C7312C" w:rsidP="00C9454D">
      <w:pPr>
        <w:rPr>
          <w:sz w:val="24"/>
          <w:szCs w:val="24"/>
        </w:rPr>
      </w:pPr>
    </w:p>
    <w:p w14:paraId="02E58B45" w14:textId="77777777" w:rsidR="00C7312C" w:rsidRPr="00C9454D" w:rsidRDefault="00C7312C" w:rsidP="00C9454D">
      <w:pPr>
        <w:rPr>
          <w:sz w:val="24"/>
          <w:szCs w:val="24"/>
        </w:rPr>
      </w:pPr>
    </w:p>
    <w:p w14:paraId="51D81F88" w14:textId="77777777" w:rsidR="00C7312C" w:rsidRPr="00C9454D" w:rsidRDefault="00C7312C" w:rsidP="00C9454D">
      <w:pPr>
        <w:rPr>
          <w:sz w:val="24"/>
          <w:szCs w:val="24"/>
        </w:rPr>
      </w:pPr>
    </w:p>
    <w:p w14:paraId="57082DDC" w14:textId="77777777" w:rsidR="00C7312C" w:rsidRPr="00C9454D" w:rsidRDefault="00C7312C" w:rsidP="00C9454D">
      <w:pPr>
        <w:rPr>
          <w:sz w:val="24"/>
          <w:szCs w:val="24"/>
        </w:rPr>
      </w:pPr>
    </w:p>
    <w:p w14:paraId="3BBDF263" w14:textId="77777777" w:rsidR="00C7312C" w:rsidRPr="00C9454D" w:rsidRDefault="00C7312C" w:rsidP="00C9454D">
      <w:pPr>
        <w:rPr>
          <w:sz w:val="24"/>
          <w:szCs w:val="24"/>
        </w:rPr>
      </w:pPr>
    </w:p>
    <w:p w14:paraId="088A87D9" w14:textId="6FD439E5" w:rsidR="00C7312C" w:rsidRPr="00C9454D" w:rsidRDefault="00CD2CE3" w:rsidP="00C9454D">
      <w:pPr>
        <w:rPr>
          <w:sz w:val="24"/>
          <w:szCs w:val="24"/>
        </w:rPr>
      </w:pPr>
      <w:r w:rsidRPr="00C9454D">
        <w:rPr>
          <w:sz w:val="24"/>
          <w:szCs w:val="24"/>
        </w:rPr>
        <w:t xml:space="preserve">High Haven, Spring 1227 </w:t>
      </w:r>
    </w:p>
    <w:p w14:paraId="7F0E0AEE" w14:textId="1CB93748" w:rsidR="00CD2CE3" w:rsidRPr="00C9454D" w:rsidRDefault="00CD2CE3" w:rsidP="00C9454D">
      <w:pPr>
        <w:rPr>
          <w:sz w:val="24"/>
          <w:szCs w:val="24"/>
        </w:rPr>
      </w:pPr>
      <w:r w:rsidRPr="00C9454D">
        <w:rPr>
          <w:rFonts w:eastAsiaTheme="minorHAnsi"/>
          <w:sz w:val="24"/>
          <w:szCs w:val="24"/>
        </w:rPr>
        <w:t xml:space="preserve">My Dearest </w:t>
      </w:r>
      <w:proofErr w:type="spellStart"/>
      <w:r w:rsidRPr="00C9454D">
        <w:rPr>
          <w:rFonts w:eastAsiaTheme="minorHAnsi"/>
          <w:sz w:val="24"/>
          <w:szCs w:val="24"/>
        </w:rPr>
        <w:t>Alara</w:t>
      </w:r>
      <w:proofErr w:type="spellEnd"/>
      <w:r w:rsidRPr="00C9454D">
        <w:rPr>
          <w:rFonts w:eastAsiaTheme="minorHAnsi"/>
          <w:sz w:val="24"/>
          <w:szCs w:val="24"/>
        </w:rPr>
        <w:t xml:space="preserve">, </w:t>
      </w:r>
    </w:p>
    <w:p w14:paraId="58C6549B" w14:textId="5C9DEFFD" w:rsidR="00CD2CE3" w:rsidRPr="00C9454D" w:rsidRDefault="00CD2CE3" w:rsidP="00C9454D">
      <w:pPr>
        <w:pStyle w:val="Heading2"/>
        <w:rPr>
          <w:rFonts w:asciiTheme="minorHAnsi" w:eastAsiaTheme="minorHAnsi" w:hAnsiTheme="minorHAnsi" w:cstheme="minorBidi"/>
          <w:color w:val="auto"/>
          <w:sz w:val="24"/>
          <w:szCs w:val="24"/>
        </w:rPr>
      </w:pPr>
      <w:r w:rsidRPr="00C9454D">
        <w:rPr>
          <w:rFonts w:asciiTheme="minorHAnsi" w:eastAsiaTheme="minorHAnsi" w:hAnsiTheme="minorHAnsi" w:cstheme="minorBidi"/>
          <w:color w:val="auto"/>
          <w:sz w:val="24"/>
          <w:szCs w:val="24"/>
        </w:rPr>
        <w:t>You are asleep besi</w:t>
      </w:r>
      <w:r w:rsidR="00DD1FF5" w:rsidRPr="00C9454D">
        <w:rPr>
          <w:rFonts w:asciiTheme="minorHAnsi" w:eastAsiaTheme="minorHAnsi" w:hAnsiTheme="minorHAnsi" w:cstheme="minorBidi"/>
          <w:color w:val="auto"/>
          <w:sz w:val="24"/>
          <w:szCs w:val="24"/>
        </w:rPr>
        <w:t xml:space="preserve">de </w:t>
      </w:r>
      <w:r w:rsidRPr="00C9454D">
        <w:rPr>
          <w:rFonts w:asciiTheme="minorHAnsi" w:eastAsiaTheme="minorHAnsi" w:hAnsiTheme="minorHAnsi" w:cstheme="minorBidi"/>
          <w:color w:val="auto"/>
          <w:sz w:val="24"/>
          <w:szCs w:val="24"/>
        </w:rPr>
        <w:t xml:space="preserve">me now, the candlelight curling around the line of your shoulder. Your hand is still stained faintly from salves, your brow furrowed even in rest. I know you'll scold yourself for falling asleep mid-sentence again, but to me, you’ve never looked more beautiful than you do in this stillness. It is a beauty not of silk or jewel—but of purpose, and spirit. </w:t>
      </w:r>
    </w:p>
    <w:p w14:paraId="4BA899CC" w14:textId="77777777" w:rsidR="00CD2CE3" w:rsidRPr="00C9454D" w:rsidRDefault="00CD2CE3" w:rsidP="00C9454D">
      <w:pPr>
        <w:pStyle w:val="Heading2"/>
        <w:rPr>
          <w:rFonts w:asciiTheme="minorHAnsi" w:eastAsiaTheme="minorHAnsi" w:hAnsiTheme="minorHAnsi" w:cstheme="minorBidi"/>
          <w:color w:val="auto"/>
          <w:sz w:val="24"/>
          <w:szCs w:val="24"/>
        </w:rPr>
      </w:pPr>
      <w:r w:rsidRPr="00C9454D">
        <w:rPr>
          <w:rFonts w:asciiTheme="minorHAnsi" w:eastAsiaTheme="minorHAnsi" w:hAnsiTheme="minorHAnsi" w:cstheme="minorBidi"/>
          <w:color w:val="auto"/>
          <w:sz w:val="24"/>
          <w:szCs w:val="24"/>
        </w:rPr>
        <w:t xml:space="preserve">I write this not for you to read tomorrow, or next week, or perhaps ever. But because tonight, the weight of what I feel for you is too much for silence to carry alone. You have given your life to mercy, </w:t>
      </w:r>
      <w:proofErr w:type="spellStart"/>
      <w:r w:rsidRPr="00C9454D">
        <w:rPr>
          <w:rFonts w:asciiTheme="minorHAnsi" w:eastAsiaTheme="minorHAnsi" w:hAnsiTheme="minorHAnsi" w:cstheme="minorBidi"/>
          <w:color w:val="auto"/>
          <w:sz w:val="24"/>
          <w:szCs w:val="24"/>
        </w:rPr>
        <w:t>Alara</w:t>
      </w:r>
      <w:proofErr w:type="spellEnd"/>
      <w:r w:rsidRPr="00C9454D">
        <w:rPr>
          <w:rFonts w:asciiTheme="minorHAnsi" w:eastAsiaTheme="minorHAnsi" w:hAnsiTheme="minorHAnsi" w:cstheme="minorBidi"/>
          <w:color w:val="auto"/>
          <w:sz w:val="24"/>
          <w:szCs w:val="24"/>
        </w:rPr>
        <w:t xml:space="preserve">. To broken people and bruised truths. And somehow, without asking, you’ve stitched me into that work—until I cannot tell where your calling ends and mine begins. I have seen the way others look at you—awed, suspicious, jealous. But they do not know what I know. That your gentleness is sharper than any blade. That your laughter hides ten thousand prayers. That when you weep, it is for others—not for yourself. </w:t>
      </w:r>
    </w:p>
    <w:p w14:paraId="1E20F8A2" w14:textId="77777777" w:rsidR="00CD2CE3" w:rsidRPr="00C9454D" w:rsidRDefault="00CD2CE3" w:rsidP="00C9454D">
      <w:pPr>
        <w:pStyle w:val="Heading2"/>
        <w:rPr>
          <w:rFonts w:asciiTheme="minorHAnsi" w:eastAsiaTheme="minorHAnsi" w:hAnsiTheme="minorHAnsi" w:cstheme="minorBidi"/>
          <w:color w:val="auto"/>
          <w:sz w:val="24"/>
          <w:szCs w:val="24"/>
        </w:rPr>
      </w:pPr>
      <w:r w:rsidRPr="00C9454D">
        <w:rPr>
          <w:rFonts w:asciiTheme="minorHAnsi" w:eastAsiaTheme="minorHAnsi" w:hAnsiTheme="minorHAnsi" w:cstheme="minorBidi"/>
          <w:color w:val="auto"/>
          <w:sz w:val="24"/>
          <w:szCs w:val="24"/>
        </w:rPr>
        <w:t xml:space="preserve">You call me still. You call me strong. But the truth is this: I am only steady because I anchor to you. And if they come for you, </w:t>
      </w:r>
      <w:proofErr w:type="spellStart"/>
      <w:r w:rsidRPr="00C9454D">
        <w:rPr>
          <w:rFonts w:asciiTheme="minorHAnsi" w:eastAsiaTheme="minorHAnsi" w:hAnsiTheme="minorHAnsi" w:cstheme="minorBidi"/>
          <w:color w:val="auto"/>
          <w:sz w:val="24"/>
          <w:szCs w:val="24"/>
        </w:rPr>
        <w:t>Alara</w:t>
      </w:r>
      <w:proofErr w:type="spellEnd"/>
      <w:r w:rsidRPr="00C9454D">
        <w:rPr>
          <w:rFonts w:asciiTheme="minorHAnsi" w:eastAsiaTheme="minorHAnsi" w:hAnsiTheme="minorHAnsi" w:cstheme="minorBidi"/>
          <w:color w:val="auto"/>
          <w:sz w:val="24"/>
          <w:szCs w:val="24"/>
        </w:rPr>
        <w:t xml:space="preserve">—if the world grows darker—I will not let it take you easily. I am yours. Quietly, fully, without need of recognition. You do not need to say it. I already know. Sleep, my healer. The world will wake soon enough. </w:t>
      </w:r>
    </w:p>
    <w:p w14:paraId="71EF2A4D" w14:textId="77777777" w:rsidR="00CD2CE3" w:rsidRPr="00C9454D" w:rsidRDefault="00CD2CE3" w:rsidP="00C9454D">
      <w:pPr>
        <w:pStyle w:val="Heading2"/>
        <w:rPr>
          <w:rFonts w:asciiTheme="minorHAnsi" w:eastAsiaTheme="minorHAnsi" w:hAnsiTheme="minorHAnsi" w:cstheme="minorBidi"/>
          <w:color w:val="auto"/>
          <w:sz w:val="24"/>
          <w:szCs w:val="24"/>
        </w:rPr>
      </w:pPr>
      <w:r w:rsidRPr="00C9454D">
        <w:rPr>
          <w:rFonts w:asciiTheme="minorHAnsi" w:eastAsiaTheme="minorHAnsi" w:hAnsiTheme="minorHAnsi" w:cstheme="minorBidi"/>
          <w:color w:val="auto"/>
          <w:sz w:val="24"/>
          <w:szCs w:val="24"/>
        </w:rPr>
        <w:t xml:space="preserve">With all that I am, </w:t>
      </w:r>
    </w:p>
    <w:p w14:paraId="7F36C8CD" w14:textId="77777777" w:rsidR="00CD2CE3" w:rsidRPr="00C9454D" w:rsidRDefault="00CD2CE3" w:rsidP="00C9454D">
      <w:pPr>
        <w:pStyle w:val="Heading2"/>
        <w:rPr>
          <w:rFonts w:asciiTheme="minorHAnsi" w:eastAsiaTheme="minorHAnsi" w:hAnsiTheme="minorHAnsi" w:cstheme="minorBidi"/>
          <w:color w:val="auto"/>
          <w:sz w:val="24"/>
          <w:szCs w:val="24"/>
        </w:rPr>
      </w:pPr>
      <w:r w:rsidRPr="00C9454D">
        <w:rPr>
          <w:rFonts w:asciiTheme="minorHAnsi" w:eastAsiaTheme="minorHAnsi" w:hAnsiTheme="minorHAnsi" w:cstheme="minorBidi"/>
          <w:color w:val="auto"/>
          <w:sz w:val="24"/>
          <w:szCs w:val="24"/>
        </w:rPr>
        <w:t>John</w:t>
      </w:r>
    </w:p>
    <w:p w14:paraId="6979AC1F" w14:textId="77777777" w:rsidR="00C7312C" w:rsidRPr="00C9454D" w:rsidRDefault="00C7312C" w:rsidP="00C9454D">
      <w:pPr>
        <w:rPr>
          <w:sz w:val="24"/>
          <w:szCs w:val="24"/>
        </w:rPr>
      </w:pPr>
    </w:p>
    <w:p w14:paraId="50781B53" w14:textId="1BAA25D2" w:rsidR="009B0618" w:rsidRPr="00C9454D" w:rsidRDefault="00A06E85" w:rsidP="00C9454D">
      <w:pPr>
        <w:rPr>
          <w:rStyle w:val="Heading2Char"/>
          <w:rFonts w:asciiTheme="minorHAnsi" w:eastAsiaTheme="minorEastAsia" w:hAnsiTheme="minorHAnsi" w:cstheme="minorBidi"/>
          <w:color w:val="auto"/>
          <w:sz w:val="24"/>
          <w:szCs w:val="24"/>
        </w:rPr>
      </w:pPr>
      <w:r w:rsidRPr="00C9454D">
        <w:rPr>
          <w:rStyle w:val="Heading2Char"/>
          <w:sz w:val="24"/>
          <w:szCs w:val="24"/>
        </w:rPr>
        <w:t>A Vision for the Future</w:t>
      </w:r>
      <w:r w:rsidR="009B0618" w:rsidRPr="00C9454D">
        <w:rPr>
          <w:rStyle w:val="Heading2Char"/>
          <w:sz w:val="24"/>
          <w:szCs w:val="24"/>
        </w:rPr>
        <w:t xml:space="preserve"> </w:t>
      </w:r>
    </w:p>
    <w:p w14:paraId="3D1E6D0C" w14:textId="3F94F497" w:rsidR="00A06E85" w:rsidRPr="00C9454D" w:rsidRDefault="009B0618" w:rsidP="00C9454D">
      <w:pPr>
        <w:rPr>
          <w:rStyle w:val="Heading2Char"/>
          <w:sz w:val="24"/>
          <w:szCs w:val="24"/>
        </w:rPr>
      </w:pPr>
      <w:r w:rsidRPr="00C9454D">
        <w:rPr>
          <w:rStyle w:val="Heading2Char"/>
          <w:sz w:val="24"/>
          <w:szCs w:val="24"/>
        </w:rPr>
        <w:t>1230</w:t>
      </w:r>
    </w:p>
    <w:p w14:paraId="1443FD13" w14:textId="77777777" w:rsidR="008820DC" w:rsidRPr="00C9454D" w:rsidRDefault="008820DC" w:rsidP="00C9454D">
      <w:pPr>
        <w:rPr>
          <w:sz w:val="24"/>
          <w:szCs w:val="24"/>
        </w:rPr>
      </w:pPr>
    </w:p>
    <w:p w14:paraId="534A4664" w14:textId="3D30B181" w:rsidR="00A06E85" w:rsidRPr="00C9454D" w:rsidRDefault="00A06E85" w:rsidP="00C9454D">
      <w:pPr>
        <w:rPr>
          <w:sz w:val="24"/>
          <w:szCs w:val="24"/>
        </w:rPr>
      </w:pPr>
      <w:r w:rsidRPr="00C9454D">
        <w:rPr>
          <w:sz w:val="24"/>
          <w:szCs w:val="24"/>
        </w:rPr>
        <w:t xml:space="preserve">Abilene had always believed that true legacy came from leaving the world better than one found it. She had poured her heart and soul into The Keeper’s Way and The Keeper’s Promise, both of which had become cherished guides across the kingdom. But as she watched her children grow and </w:t>
      </w:r>
      <w:r w:rsidR="00522C4D" w:rsidRPr="00C9454D">
        <w:rPr>
          <w:sz w:val="24"/>
          <w:szCs w:val="24"/>
        </w:rPr>
        <w:t>High Haven</w:t>
      </w:r>
      <w:r w:rsidRPr="00C9454D">
        <w:rPr>
          <w:sz w:val="24"/>
          <w:szCs w:val="24"/>
        </w:rPr>
        <w:t xml:space="preserve"> flourish, she felt a stirring—a sense that her work was not yet done.</w:t>
      </w:r>
    </w:p>
    <w:p w14:paraId="637B5A6B" w14:textId="77240E32" w:rsidR="00A06E85" w:rsidRPr="00C9454D" w:rsidRDefault="00A06E85" w:rsidP="00C9454D">
      <w:pPr>
        <w:rPr>
          <w:sz w:val="24"/>
          <w:szCs w:val="24"/>
        </w:rPr>
      </w:pPr>
      <w:r w:rsidRPr="00C9454D">
        <w:rPr>
          <w:sz w:val="24"/>
          <w:szCs w:val="24"/>
        </w:rPr>
        <w:t xml:space="preserve">One evening, as the family sat by the fire, Abilene voiced her thoughts. “The written word has its power,” she said, “but I wonder if there’s something more </w:t>
      </w:r>
      <w:r w:rsidR="00A93CA3" w:rsidRPr="00C9454D">
        <w:rPr>
          <w:sz w:val="24"/>
          <w:szCs w:val="24"/>
        </w:rPr>
        <w:t>tangible,</w:t>
      </w:r>
      <w:r w:rsidRPr="00C9454D">
        <w:rPr>
          <w:sz w:val="24"/>
          <w:szCs w:val="24"/>
        </w:rPr>
        <w:t xml:space="preserve"> we can leave behind. Something that touches the lives of everyone, not just those who read.”</w:t>
      </w:r>
    </w:p>
    <w:p w14:paraId="0E48B0E3" w14:textId="77777777" w:rsidR="00A06E85" w:rsidRPr="00C9454D" w:rsidRDefault="00A06E85" w:rsidP="00C9454D">
      <w:pPr>
        <w:rPr>
          <w:sz w:val="24"/>
          <w:szCs w:val="24"/>
        </w:rPr>
      </w:pPr>
      <w:r w:rsidRPr="00C9454D">
        <w:rPr>
          <w:sz w:val="24"/>
          <w:szCs w:val="24"/>
        </w:rPr>
        <w:t>John Marshall, always eager for a challenge, leaned forward. “What do you mean, Mother? Something practical? Or something spiritual?”</w:t>
      </w:r>
    </w:p>
    <w:p w14:paraId="15B6AB2A" w14:textId="77777777" w:rsidR="00A06E85" w:rsidRPr="00C9454D" w:rsidRDefault="00A06E85" w:rsidP="00C9454D">
      <w:pPr>
        <w:rPr>
          <w:sz w:val="24"/>
          <w:szCs w:val="24"/>
        </w:rPr>
      </w:pPr>
      <w:r w:rsidRPr="00C9454D">
        <w:rPr>
          <w:sz w:val="24"/>
          <w:szCs w:val="24"/>
        </w:rPr>
        <w:t>“Perhaps both,” Abilene replied thoughtfully. “Something that brings people together, that lifts them out of the toil of survival and gives them the tools to thrive.”</w:t>
      </w:r>
    </w:p>
    <w:p w14:paraId="1BD134AA" w14:textId="77777777" w:rsidR="00A06E85" w:rsidRPr="00C9454D" w:rsidRDefault="00A06E85" w:rsidP="00C9454D">
      <w:pPr>
        <w:rPr>
          <w:sz w:val="24"/>
          <w:szCs w:val="24"/>
        </w:rPr>
      </w:pPr>
    </w:p>
    <w:p w14:paraId="43DE1F65" w14:textId="77777777" w:rsidR="00A06E85" w:rsidRPr="00C9454D" w:rsidRDefault="00A06E85" w:rsidP="00C9454D">
      <w:pPr>
        <w:pStyle w:val="Heading2"/>
        <w:rPr>
          <w:sz w:val="24"/>
          <w:szCs w:val="24"/>
        </w:rPr>
      </w:pPr>
      <w:r w:rsidRPr="00C9454D">
        <w:rPr>
          <w:sz w:val="24"/>
          <w:szCs w:val="24"/>
        </w:rPr>
        <w:t>The Seed of Innovation</w:t>
      </w:r>
    </w:p>
    <w:p w14:paraId="0E74D3E9" w14:textId="77777777" w:rsidR="008820DC" w:rsidRPr="00C9454D" w:rsidRDefault="008820DC" w:rsidP="00C9454D">
      <w:pPr>
        <w:rPr>
          <w:sz w:val="24"/>
          <w:szCs w:val="24"/>
        </w:rPr>
      </w:pPr>
    </w:p>
    <w:p w14:paraId="3B674407" w14:textId="77777777" w:rsidR="00A06E85" w:rsidRPr="00C9454D" w:rsidRDefault="00A06E85" w:rsidP="00C9454D">
      <w:pPr>
        <w:rPr>
          <w:sz w:val="24"/>
          <w:szCs w:val="24"/>
        </w:rPr>
      </w:pPr>
      <w:r w:rsidRPr="00C9454D">
        <w:rPr>
          <w:sz w:val="24"/>
          <w:szCs w:val="24"/>
        </w:rPr>
        <w:t>Over the weeks that followed, the idea began to take shape. The inspiration came during one of John Marshall’s regular visits to the market. He watched as villagers struggled to move goods and materials over uneven roads and across rivers, their work slowed by the inefficiency of their tools and methods.</w:t>
      </w:r>
    </w:p>
    <w:p w14:paraId="03A98E53" w14:textId="77777777" w:rsidR="00A06E85" w:rsidRPr="00C9454D" w:rsidRDefault="00A06E85" w:rsidP="00C9454D">
      <w:pPr>
        <w:rPr>
          <w:sz w:val="24"/>
          <w:szCs w:val="24"/>
        </w:rPr>
      </w:pPr>
      <w:r w:rsidRPr="00C9454D">
        <w:rPr>
          <w:sz w:val="24"/>
          <w:szCs w:val="24"/>
        </w:rPr>
        <w:t>That evening, he approached his mother with an idea. “What if we built something to make their work easier? A system of transport—maybe a canal or pulley system—that connects the villages along the river?”</w:t>
      </w:r>
    </w:p>
    <w:p w14:paraId="1AC5A819" w14:textId="77777777" w:rsidR="00A06E85" w:rsidRPr="00C9454D" w:rsidRDefault="00A06E85" w:rsidP="00C9454D">
      <w:pPr>
        <w:rPr>
          <w:sz w:val="24"/>
          <w:szCs w:val="24"/>
        </w:rPr>
      </w:pPr>
      <w:r w:rsidRPr="00C9454D">
        <w:rPr>
          <w:sz w:val="24"/>
          <w:szCs w:val="24"/>
        </w:rPr>
        <w:t>Abilene’s eyes lit up. “Not just transport, but a way to share resources. Imagine if grain from one village could easily be milled in another, or if clean water could be brought to places where it’s scarce.”</w:t>
      </w:r>
    </w:p>
    <w:p w14:paraId="2BCE856D" w14:textId="77777777" w:rsidR="00A06E85" w:rsidRPr="00C9454D" w:rsidRDefault="00A06E85" w:rsidP="00C9454D">
      <w:pPr>
        <w:rPr>
          <w:sz w:val="24"/>
          <w:szCs w:val="24"/>
        </w:rPr>
      </w:pPr>
      <w:proofErr w:type="spellStart"/>
      <w:r w:rsidRPr="00C9454D">
        <w:rPr>
          <w:sz w:val="24"/>
          <w:szCs w:val="24"/>
        </w:rPr>
        <w:t>Alara</w:t>
      </w:r>
      <w:proofErr w:type="spellEnd"/>
      <w:r w:rsidRPr="00C9454D">
        <w:rPr>
          <w:sz w:val="24"/>
          <w:szCs w:val="24"/>
        </w:rPr>
        <w:t>, who had been listening quietly, chimed in. “And medicine. What if we created a system to deliver herbs and remedies more efficiently?”</w:t>
      </w:r>
    </w:p>
    <w:p w14:paraId="2CE15EDF" w14:textId="01CF0505" w:rsidR="00A06E85" w:rsidRPr="00C9454D" w:rsidRDefault="00A06E85" w:rsidP="00C9454D">
      <w:pPr>
        <w:rPr>
          <w:sz w:val="24"/>
          <w:szCs w:val="24"/>
        </w:rPr>
      </w:pPr>
      <w:r w:rsidRPr="00C9454D">
        <w:rPr>
          <w:sz w:val="24"/>
          <w:szCs w:val="24"/>
        </w:rPr>
        <w:t>Guy, sitting nearby with Helena, smiled. “You’re all dreamers, but dreams need plans—and someone to build them.”</w:t>
      </w:r>
    </w:p>
    <w:p w14:paraId="5D01544C" w14:textId="77777777" w:rsidR="00A06E85" w:rsidRPr="00C9454D" w:rsidRDefault="00A06E85" w:rsidP="00C9454D">
      <w:pPr>
        <w:rPr>
          <w:sz w:val="24"/>
          <w:szCs w:val="24"/>
        </w:rPr>
      </w:pPr>
      <w:r w:rsidRPr="00C9454D">
        <w:rPr>
          <w:sz w:val="24"/>
          <w:szCs w:val="24"/>
        </w:rPr>
        <w:t>John grinned. “That’s where you come in, Father.”</w:t>
      </w:r>
    </w:p>
    <w:p w14:paraId="170BC5CC" w14:textId="77777777" w:rsidR="00A06E85" w:rsidRPr="00C9454D" w:rsidRDefault="00A06E85" w:rsidP="00C9454D">
      <w:pPr>
        <w:rPr>
          <w:sz w:val="24"/>
          <w:szCs w:val="24"/>
        </w:rPr>
      </w:pPr>
    </w:p>
    <w:p w14:paraId="39AFE2F3" w14:textId="77777777" w:rsidR="00A06E85" w:rsidRPr="00C9454D" w:rsidRDefault="00A06E85" w:rsidP="00C9454D">
      <w:pPr>
        <w:pStyle w:val="Heading2"/>
        <w:rPr>
          <w:sz w:val="24"/>
          <w:szCs w:val="24"/>
        </w:rPr>
      </w:pPr>
      <w:r w:rsidRPr="00C9454D">
        <w:rPr>
          <w:sz w:val="24"/>
          <w:szCs w:val="24"/>
        </w:rPr>
        <w:t>The Innovation: The River Network</w:t>
      </w:r>
    </w:p>
    <w:p w14:paraId="38FE042A" w14:textId="77777777" w:rsidR="008820DC" w:rsidRPr="00C9454D" w:rsidRDefault="008820DC" w:rsidP="00C9454D">
      <w:pPr>
        <w:rPr>
          <w:sz w:val="24"/>
          <w:szCs w:val="24"/>
        </w:rPr>
      </w:pPr>
    </w:p>
    <w:p w14:paraId="2BA254D4" w14:textId="77777777" w:rsidR="00A06E85" w:rsidRPr="00C9454D" w:rsidRDefault="00A06E85" w:rsidP="00C9454D">
      <w:pPr>
        <w:rPr>
          <w:sz w:val="24"/>
          <w:szCs w:val="24"/>
        </w:rPr>
      </w:pPr>
      <w:r w:rsidRPr="00C9454D">
        <w:rPr>
          <w:sz w:val="24"/>
          <w:szCs w:val="24"/>
        </w:rPr>
        <w:t>The family decided to create a revolutionary river network, a system of canals, mills, and pulley mechanisms that would connect the villages along the river. This network would not only transport goods but also harness the river’s power for milling grain, weaving cloth, and even operating basic water pumps for irrigation.</w:t>
      </w:r>
    </w:p>
    <w:p w14:paraId="0D9D069C" w14:textId="6687BE36" w:rsidR="00A06E85" w:rsidRPr="00C9454D" w:rsidRDefault="00A06E85" w:rsidP="00C9454D">
      <w:pPr>
        <w:rPr>
          <w:sz w:val="24"/>
          <w:szCs w:val="24"/>
        </w:rPr>
      </w:pPr>
      <w:r w:rsidRPr="00C9454D">
        <w:rPr>
          <w:sz w:val="24"/>
          <w:szCs w:val="24"/>
        </w:rPr>
        <w:t xml:space="preserve">John Marshall threw himself into the design, sketching blueprints late into the night. </w:t>
      </w:r>
      <w:proofErr w:type="spellStart"/>
      <w:r w:rsidRPr="00C9454D">
        <w:rPr>
          <w:sz w:val="24"/>
          <w:szCs w:val="24"/>
        </w:rPr>
        <w:t>Alara</w:t>
      </w:r>
      <w:proofErr w:type="spellEnd"/>
      <w:r w:rsidRPr="00C9454D">
        <w:rPr>
          <w:sz w:val="24"/>
          <w:szCs w:val="24"/>
        </w:rPr>
        <w:t xml:space="preserve"> contributed her knowledge of natural sciences, ensuring the designs were harmonious with the environment. Abilene oversaw the vision, ensuring that the project aligned with her core values of unity and stewardship. Guy, with his practical mind and ability to rally workers, led the construction efforts.</w:t>
      </w:r>
      <w:r w:rsidR="00672A7F" w:rsidRPr="00C9454D">
        <w:rPr>
          <w:sz w:val="24"/>
          <w:szCs w:val="24"/>
        </w:rPr>
        <w:t xml:space="preserve"> Helena </w:t>
      </w:r>
      <w:r w:rsidR="00825C73" w:rsidRPr="00C9454D">
        <w:rPr>
          <w:sz w:val="24"/>
          <w:szCs w:val="24"/>
        </w:rPr>
        <w:t>was loyal support</w:t>
      </w:r>
      <w:r w:rsidR="00AD3176" w:rsidRPr="00C9454D">
        <w:rPr>
          <w:sz w:val="24"/>
          <w:szCs w:val="24"/>
        </w:rPr>
        <w:t>.</w:t>
      </w:r>
    </w:p>
    <w:p w14:paraId="5C134DFC" w14:textId="77777777" w:rsidR="00A06E85" w:rsidRPr="00C9454D" w:rsidRDefault="00A06E85" w:rsidP="00C9454D">
      <w:pPr>
        <w:rPr>
          <w:sz w:val="24"/>
          <w:szCs w:val="24"/>
        </w:rPr>
      </w:pPr>
    </w:p>
    <w:p w14:paraId="6BA3A90A" w14:textId="77777777" w:rsidR="00A06E85" w:rsidRPr="00C9454D" w:rsidRDefault="00A06E85" w:rsidP="00C9454D">
      <w:pPr>
        <w:pStyle w:val="Heading2"/>
        <w:rPr>
          <w:sz w:val="24"/>
          <w:szCs w:val="24"/>
        </w:rPr>
      </w:pPr>
      <w:r w:rsidRPr="00C9454D">
        <w:rPr>
          <w:sz w:val="24"/>
          <w:szCs w:val="24"/>
        </w:rPr>
        <w:t>The Meeting of Minds</w:t>
      </w:r>
    </w:p>
    <w:p w14:paraId="2606824E" w14:textId="77777777" w:rsidR="008820DC" w:rsidRPr="00C9454D" w:rsidRDefault="008820DC" w:rsidP="00C9454D">
      <w:pPr>
        <w:rPr>
          <w:sz w:val="24"/>
          <w:szCs w:val="24"/>
        </w:rPr>
      </w:pPr>
    </w:p>
    <w:p w14:paraId="0098E570" w14:textId="46641ECA" w:rsidR="00A06E85" w:rsidRPr="00C9454D" w:rsidRDefault="00A06E85" w:rsidP="00C9454D">
      <w:pPr>
        <w:rPr>
          <w:sz w:val="24"/>
          <w:szCs w:val="24"/>
        </w:rPr>
      </w:pPr>
      <w:r w:rsidRPr="00C9454D">
        <w:rPr>
          <w:sz w:val="24"/>
          <w:szCs w:val="24"/>
        </w:rPr>
        <w:t xml:space="preserve">The next five years became a period of relentless work and collaboration. </w:t>
      </w:r>
      <w:r w:rsidR="00522C4D" w:rsidRPr="00C9454D">
        <w:rPr>
          <w:sz w:val="24"/>
          <w:szCs w:val="24"/>
        </w:rPr>
        <w:t>High Haven</w:t>
      </w:r>
      <w:r w:rsidRPr="00C9454D">
        <w:rPr>
          <w:sz w:val="24"/>
          <w:szCs w:val="24"/>
        </w:rPr>
        <w:t xml:space="preserve"> became a hub of innovation, drawing craftsmen, laborers, and scholars from across the kingdom. Rowan and Millie played their part as well, using their storytelling skills to inspire the villagers and rally support for the ambitious project.</w:t>
      </w:r>
    </w:p>
    <w:p w14:paraId="04A6B675" w14:textId="77777777" w:rsidR="00A06E85" w:rsidRPr="00C9454D" w:rsidRDefault="00A06E85" w:rsidP="00C9454D">
      <w:pPr>
        <w:rPr>
          <w:sz w:val="24"/>
          <w:szCs w:val="24"/>
        </w:rPr>
      </w:pPr>
      <w:r w:rsidRPr="00C9454D">
        <w:rPr>
          <w:sz w:val="24"/>
          <w:szCs w:val="24"/>
        </w:rPr>
        <w:t xml:space="preserve">During one particularly challenging winter, when the canals threatened to freeze over, John and </w:t>
      </w:r>
      <w:proofErr w:type="spellStart"/>
      <w:r w:rsidRPr="00C9454D">
        <w:rPr>
          <w:sz w:val="24"/>
          <w:szCs w:val="24"/>
        </w:rPr>
        <w:t>Alara</w:t>
      </w:r>
      <w:proofErr w:type="spellEnd"/>
      <w:r w:rsidRPr="00C9454D">
        <w:rPr>
          <w:sz w:val="24"/>
          <w:szCs w:val="24"/>
        </w:rPr>
        <w:t xml:space="preserve"> devised a system of insulated coverings to keep the water flowing. “This is incredible,” </w:t>
      </w:r>
      <w:proofErr w:type="spellStart"/>
      <w:r w:rsidRPr="00C9454D">
        <w:rPr>
          <w:sz w:val="24"/>
          <w:szCs w:val="24"/>
        </w:rPr>
        <w:t>Alara</w:t>
      </w:r>
      <w:proofErr w:type="spellEnd"/>
      <w:r w:rsidRPr="00C9454D">
        <w:rPr>
          <w:sz w:val="24"/>
          <w:szCs w:val="24"/>
        </w:rPr>
        <w:t xml:space="preserve"> said, her breath visible in the cold air as they tested the coverings.</w:t>
      </w:r>
    </w:p>
    <w:p w14:paraId="0AB265E6" w14:textId="77777777" w:rsidR="00A06E85" w:rsidRPr="00C9454D" w:rsidRDefault="00A06E85" w:rsidP="00C9454D">
      <w:pPr>
        <w:rPr>
          <w:sz w:val="24"/>
          <w:szCs w:val="24"/>
        </w:rPr>
      </w:pPr>
      <w:r w:rsidRPr="00C9454D">
        <w:rPr>
          <w:sz w:val="24"/>
          <w:szCs w:val="24"/>
        </w:rPr>
        <w:t>“Not as incredible as you figuring out how to keep the mills running in the summer drought,” John replied, his admiration clear.</w:t>
      </w:r>
    </w:p>
    <w:p w14:paraId="78FBDAC9" w14:textId="77777777" w:rsidR="00A06E85" w:rsidRPr="00C9454D" w:rsidRDefault="00A06E85" w:rsidP="00C9454D">
      <w:pPr>
        <w:rPr>
          <w:sz w:val="24"/>
          <w:szCs w:val="24"/>
        </w:rPr>
      </w:pPr>
      <w:r w:rsidRPr="00C9454D">
        <w:rPr>
          <w:sz w:val="24"/>
          <w:szCs w:val="24"/>
        </w:rPr>
        <w:t>Their bond deepened with each challenge, their friendly competition evolving into a partnership that felt unshakable.</w:t>
      </w:r>
    </w:p>
    <w:p w14:paraId="710554B9" w14:textId="77777777" w:rsidR="00A06E85" w:rsidRPr="00C9454D" w:rsidRDefault="00A06E85" w:rsidP="00C9454D">
      <w:pPr>
        <w:rPr>
          <w:sz w:val="24"/>
          <w:szCs w:val="24"/>
        </w:rPr>
      </w:pPr>
    </w:p>
    <w:p w14:paraId="74902B6C" w14:textId="77777777" w:rsidR="00A06E85" w:rsidRPr="00C9454D" w:rsidRDefault="00A06E85" w:rsidP="00C9454D">
      <w:pPr>
        <w:pStyle w:val="Heading2"/>
        <w:rPr>
          <w:sz w:val="24"/>
          <w:szCs w:val="24"/>
        </w:rPr>
      </w:pPr>
      <w:r w:rsidRPr="00C9454D">
        <w:rPr>
          <w:sz w:val="24"/>
          <w:szCs w:val="24"/>
        </w:rPr>
        <w:t>Guy’s Execution</w:t>
      </w:r>
    </w:p>
    <w:p w14:paraId="56DA0207" w14:textId="77777777" w:rsidR="008820DC" w:rsidRPr="00C9454D" w:rsidRDefault="008820DC" w:rsidP="00C9454D">
      <w:pPr>
        <w:rPr>
          <w:sz w:val="24"/>
          <w:szCs w:val="24"/>
        </w:rPr>
      </w:pPr>
    </w:p>
    <w:p w14:paraId="59DED5EE" w14:textId="77777777" w:rsidR="00A06E85" w:rsidRPr="00C9454D" w:rsidRDefault="00A06E85" w:rsidP="00C9454D">
      <w:pPr>
        <w:rPr>
          <w:sz w:val="24"/>
          <w:szCs w:val="24"/>
        </w:rPr>
      </w:pPr>
      <w:r w:rsidRPr="00C9454D">
        <w:rPr>
          <w:sz w:val="24"/>
          <w:szCs w:val="24"/>
        </w:rPr>
        <w:t>While the family planned and designed, it was Guy who brought their vision to life. He negotiated with local lords for the use of their land, managed the laborers, and ensured that every stone was laid with precision.</w:t>
      </w:r>
    </w:p>
    <w:p w14:paraId="54C1E380" w14:textId="77777777" w:rsidR="00A06E85" w:rsidRPr="00C9454D" w:rsidRDefault="00A06E85" w:rsidP="00C9454D">
      <w:pPr>
        <w:rPr>
          <w:sz w:val="24"/>
          <w:szCs w:val="24"/>
        </w:rPr>
      </w:pPr>
      <w:r w:rsidRPr="00C9454D">
        <w:rPr>
          <w:sz w:val="24"/>
          <w:szCs w:val="24"/>
        </w:rPr>
        <w:t>“You’ve a way of making things happen, Sir Guy,” one of the workers said as they hoisted the first pulley system into place.</w:t>
      </w:r>
    </w:p>
    <w:p w14:paraId="2D418FC0" w14:textId="77777777" w:rsidR="00A06E85" w:rsidRPr="00C9454D" w:rsidRDefault="00A06E85" w:rsidP="00C9454D">
      <w:pPr>
        <w:rPr>
          <w:sz w:val="24"/>
          <w:szCs w:val="24"/>
        </w:rPr>
      </w:pPr>
      <w:r w:rsidRPr="00C9454D">
        <w:rPr>
          <w:sz w:val="24"/>
          <w:szCs w:val="24"/>
        </w:rPr>
        <w:t>Guy chuckled. “When you have a family like mine, you learn to keep up. They dream big, and I’m just here to make sure their dreams don’t collapse under their own weight.”</w:t>
      </w:r>
    </w:p>
    <w:p w14:paraId="473481F4" w14:textId="77777777" w:rsidR="00A06E85" w:rsidRPr="00C9454D" w:rsidRDefault="00A06E85" w:rsidP="00C9454D">
      <w:pPr>
        <w:rPr>
          <w:sz w:val="24"/>
          <w:szCs w:val="24"/>
        </w:rPr>
      </w:pPr>
    </w:p>
    <w:p w14:paraId="446A593D" w14:textId="77777777" w:rsidR="00A06E85" w:rsidRPr="00C9454D" w:rsidRDefault="00A06E85" w:rsidP="00C9454D">
      <w:pPr>
        <w:pStyle w:val="Heading2"/>
        <w:rPr>
          <w:sz w:val="24"/>
          <w:szCs w:val="24"/>
        </w:rPr>
      </w:pPr>
      <w:r w:rsidRPr="00C9454D">
        <w:rPr>
          <w:sz w:val="24"/>
          <w:szCs w:val="24"/>
        </w:rPr>
        <w:t>A Revolutionary System</w:t>
      </w:r>
    </w:p>
    <w:p w14:paraId="007B0504" w14:textId="77777777" w:rsidR="008820DC" w:rsidRPr="00C9454D" w:rsidRDefault="008820DC" w:rsidP="00C9454D">
      <w:pPr>
        <w:rPr>
          <w:sz w:val="24"/>
          <w:szCs w:val="24"/>
        </w:rPr>
      </w:pPr>
    </w:p>
    <w:p w14:paraId="3EEE4CB5" w14:textId="77777777" w:rsidR="00A06E85" w:rsidRPr="00C9454D" w:rsidRDefault="00A06E85" w:rsidP="00C9454D">
      <w:pPr>
        <w:rPr>
          <w:sz w:val="24"/>
          <w:szCs w:val="24"/>
        </w:rPr>
      </w:pPr>
      <w:r w:rsidRPr="00C9454D">
        <w:rPr>
          <w:sz w:val="24"/>
          <w:szCs w:val="24"/>
        </w:rPr>
        <w:t>By the end of the five years, the river network was complete. Canals stretched between villages, connecting them like veins in a living body. Mills hummed with activity, grinding grain and weaving cloth faster than ever before. Pulley systems carried goods across the river with ease, and water pumps brought fresh water to fields that had once gone dry.</w:t>
      </w:r>
    </w:p>
    <w:p w14:paraId="57018389" w14:textId="77777777" w:rsidR="00A06E85" w:rsidRPr="00C9454D" w:rsidRDefault="00A06E85" w:rsidP="00C9454D">
      <w:pPr>
        <w:rPr>
          <w:sz w:val="24"/>
          <w:szCs w:val="24"/>
        </w:rPr>
      </w:pPr>
      <w:r w:rsidRPr="00C9454D">
        <w:rPr>
          <w:sz w:val="24"/>
          <w:szCs w:val="24"/>
        </w:rPr>
        <w:t>The impact was immediate and profound. Villagers who had struggled to survive now found themselves thriving. Markets flourished, goods moved freely, and the sense of community deepened as people from different villages worked together.</w:t>
      </w:r>
    </w:p>
    <w:p w14:paraId="701FF90E" w14:textId="77777777" w:rsidR="00A06E85" w:rsidRPr="00C9454D" w:rsidRDefault="00A06E85" w:rsidP="00C9454D">
      <w:pPr>
        <w:rPr>
          <w:sz w:val="24"/>
          <w:szCs w:val="24"/>
        </w:rPr>
      </w:pPr>
    </w:p>
    <w:p w14:paraId="397F9A71" w14:textId="77777777" w:rsidR="005B2322" w:rsidRPr="00C9454D" w:rsidRDefault="00A06E85" w:rsidP="00C9454D">
      <w:pPr>
        <w:pStyle w:val="Heading2"/>
        <w:rPr>
          <w:sz w:val="24"/>
          <w:szCs w:val="24"/>
        </w:rPr>
      </w:pPr>
      <w:r w:rsidRPr="00C9454D">
        <w:rPr>
          <w:sz w:val="24"/>
          <w:szCs w:val="24"/>
        </w:rPr>
        <w:t>A Legacy Beyond Words</w:t>
      </w:r>
      <w:r w:rsidR="004204B8" w:rsidRPr="00C9454D">
        <w:rPr>
          <w:sz w:val="24"/>
          <w:szCs w:val="24"/>
        </w:rPr>
        <w:t xml:space="preserve"> </w:t>
      </w:r>
    </w:p>
    <w:p w14:paraId="15A28992" w14:textId="7E5261D1" w:rsidR="00A06E85" w:rsidRPr="00C9454D" w:rsidRDefault="004204B8" w:rsidP="00C9454D">
      <w:pPr>
        <w:pStyle w:val="Heading2"/>
        <w:rPr>
          <w:sz w:val="24"/>
          <w:szCs w:val="24"/>
        </w:rPr>
      </w:pPr>
      <w:r w:rsidRPr="00C9454D">
        <w:rPr>
          <w:sz w:val="24"/>
          <w:szCs w:val="24"/>
        </w:rPr>
        <w:t>1235</w:t>
      </w:r>
    </w:p>
    <w:p w14:paraId="1598F638" w14:textId="77777777" w:rsidR="008820DC" w:rsidRPr="00C9454D" w:rsidRDefault="008820DC" w:rsidP="00C9454D">
      <w:pPr>
        <w:rPr>
          <w:sz w:val="24"/>
          <w:szCs w:val="24"/>
        </w:rPr>
      </w:pPr>
    </w:p>
    <w:p w14:paraId="178466B4" w14:textId="77777777" w:rsidR="00A06E85" w:rsidRPr="00C9454D" w:rsidRDefault="00A06E85" w:rsidP="00C9454D">
      <w:pPr>
        <w:rPr>
          <w:sz w:val="24"/>
          <w:szCs w:val="24"/>
        </w:rPr>
      </w:pPr>
      <w:r w:rsidRPr="00C9454D">
        <w:rPr>
          <w:sz w:val="24"/>
          <w:szCs w:val="24"/>
        </w:rPr>
        <w:t>One evening, as the family stood on the hill overlooking the bustling village, Abilene felt a deep sense of fulfillment. “This,” she said, gesturing to the vibrant scene below, “is what I hoped for. A legacy that touches every life, that brings people together.”</w:t>
      </w:r>
    </w:p>
    <w:p w14:paraId="4D64D7DD" w14:textId="31F5518D" w:rsidR="00A06E85" w:rsidRPr="00C9454D" w:rsidRDefault="00A06E85" w:rsidP="00C9454D">
      <w:pPr>
        <w:rPr>
          <w:sz w:val="24"/>
          <w:szCs w:val="24"/>
        </w:rPr>
      </w:pPr>
      <w:r w:rsidRPr="00C9454D">
        <w:rPr>
          <w:sz w:val="24"/>
          <w:szCs w:val="24"/>
        </w:rPr>
        <w:t xml:space="preserve">John Marshall, now a young man </w:t>
      </w:r>
      <w:r w:rsidR="00D96ED4" w:rsidRPr="00C9454D">
        <w:rPr>
          <w:sz w:val="24"/>
          <w:szCs w:val="24"/>
        </w:rPr>
        <w:t>nearing thirty</w:t>
      </w:r>
      <w:r w:rsidRPr="00C9454D">
        <w:rPr>
          <w:sz w:val="24"/>
          <w:szCs w:val="24"/>
        </w:rPr>
        <w:t>, nodded. “And we’ve only just begun, Mother. Imagine what else we can build.”</w:t>
      </w:r>
    </w:p>
    <w:p w14:paraId="30BA1646" w14:textId="2A6459E1" w:rsidR="00A06E85" w:rsidRPr="00C9454D" w:rsidRDefault="00A06E85" w:rsidP="00C9454D">
      <w:pPr>
        <w:rPr>
          <w:sz w:val="24"/>
          <w:szCs w:val="24"/>
        </w:rPr>
      </w:pPr>
      <w:proofErr w:type="spellStart"/>
      <w:r w:rsidRPr="00C9454D">
        <w:rPr>
          <w:sz w:val="24"/>
          <w:szCs w:val="24"/>
        </w:rPr>
        <w:t>Alara</w:t>
      </w:r>
      <w:proofErr w:type="spellEnd"/>
      <w:r w:rsidRPr="00C9454D">
        <w:rPr>
          <w:sz w:val="24"/>
          <w:szCs w:val="24"/>
        </w:rPr>
        <w:t xml:space="preserve"> smiled besi</w:t>
      </w:r>
      <w:r w:rsidR="00DD1FF5" w:rsidRPr="00C9454D">
        <w:rPr>
          <w:sz w:val="24"/>
          <w:szCs w:val="24"/>
        </w:rPr>
        <w:t xml:space="preserve">de </w:t>
      </w:r>
      <w:r w:rsidRPr="00C9454D">
        <w:rPr>
          <w:sz w:val="24"/>
          <w:szCs w:val="24"/>
        </w:rPr>
        <w:t>him, her hand resting lightly on his arm. “Together, we can do anything.”</w:t>
      </w:r>
    </w:p>
    <w:p w14:paraId="6DF53EDD" w14:textId="77777777" w:rsidR="00A06E85" w:rsidRPr="00C9454D" w:rsidRDefault="00A06E85" w:rsidP="00C9454D">
      <w:pPr>
        <w:rPr>
          <w:sz w:val="24"/>
          <w:szCs w:val="24"/>
        </w:rPr>
      </w:pPr>
      <w:r w:rsidRPr="00C9454D">
        <w:rPr>
          <w:sz w:val="24"/>
          <w:szCs w:val="24"/>
        </w:rPr>
        <w:t>Guy wrapped an arm around Abilene’s shoulders. “You’ve all done something remarkable here. But don’t forget—none of this happens without the people who believed in it. That’s the real legacy.”</w:t>
      </w:r>
    </w:p>
    <w:p w14:paraId="74799067" w14:textId="77777777" w:rsidR="00A06E85" w:rsidRPr="00C9454D" w:rsidRDefault="00A06E85" w:rsidP="00C9454D">
      <w:pPr>
        <w:rPr>
          <w:sz w:val="24"/>
          <w:szCs w:val="24"/>
        </w:rPr>
      </w:pPr>
      <w:r w:rsidRPr="00C9454D">
        <w:rPr>
          <w:sz w:val="24"/>
          <w:szCs w:val="24"/>
        </w:rPr>
        <w:t>As they watched the sun set over the thriving village, the family knew that they had built something far greater than a river network. They had built hope, unity, and a vision for the future that would outlast them all.</w:t>
      </w:r>
    </w:p>
    <w:p w14:paraId="6B8D9F41" w14:textId="77777777" w:rsidR="00B409D2" w:rsidRPr="00C9454D" w:rsidRDefault="00B409D2" w:rsidP="00C9454D">
      <w:pPr>
        <w:rPr>
          <w:sz w:val="24"/>
          <w:szCs w:val="24"/>
        </w:rPr>
      </w:pPr>
    </w:p>
    <w:p w14:paraId="6DF8ED81" w14:textId="77777777" w:rsidR="00B409D2" w:rsidRPr="00C9454D" w:rsidRDefault="00B409D2" w:rsidP="00C9454D">
      <w:pPr>
        <w:pStyle w:val="Heading2"/>
        <w:rPr>
          <w:b/>
          <w:bCs/>
          <w:sz w:val="24"/>
          <w:szCs w:val="24"/>
        </w:rPr>
      </w:pPr>
      <w:r w:rsidRPr="00C9454D">
        <w:rPr>
          <w:sz w:val="24"/>
          <w:szCs w:val="24"/>
        </w:rPr>
        <w:t>Abilene &amp; Guy: A Life Lived in Love &amp; Legacy</w:t>
      </w:r>
    </w:p>
    <w:p w14:paraId="6102382C" w14:textId="2FAD96F7" w:rsidR="00CC611E" w:rsidRPr="00C9454D" w:rsidRDefault="00B409D2" w:rsidP="00C9454D">
      <w:pPr>
        <w:pStyle w:val="Heading2"/>
        <w:rPr>
          <w:i/>
          <w:iCs/>
          <w:sz w:val="24"/>
          <w:szCs w:val="24"/>
        </w:rPr>
      </w:pPr>
      <w:r w:rsidRPr="00C9454D">
        <w:rPr>
          <w:i/>
          <w:iCs/>
          <w:sz w:val="24"/>
          <w:szCs w:val="24"/>
        </w:rPr>
        <w:t>(A Retrospective on Their Journey Together)</w:t>
      </w:r>
    </w:p>
    <w:p w14:paraId="3624C07E" w14:textId="77777777" w:rsidR="000279AD" w:rsidRPr="00C9454D" w:rsidRDefault="00CC611E" w:rsidP="00C9454D">
      <w:pPr>
        <w:pStyle w:val="Heading2"/>
        <w:rPr>
          <w:sz w:val="24"/>
          <w:szCs w:val="24"/>
        </w:rPr>
      </w:pPr>
      <w:r w:rsidRPr="00C9454D">
        <w:rPr>
          <w:sz w:val="24"/>
          <w:szCs w:val="24"/>
        </w:rPr>
        <w:t>40 years married</w:t>
      </w:r>
      <w:r w:rsidR="000279AD" w:rsidRPr="00C9454D">
        <w:rPr>
          <w:sz w:val="24"/>
          <w:szCs w:val="24"/>
        </w:rPr>
        <w:t xml:space="preserve"> </w:t>
      </w:r>
    </w:p>
    <w:p w14:paraId="2EF20FF5" w14:textId="7D6BEDE3" w:rsidR="008820DC" w:rsidRPr="00C9454D" w:rsidRDefault="000279AD" w:rsidP="00C9454D">
      <w:pPr>
        <w:pStyle w:val="Heading2"/>
        <w:rPr>
          <w:sz w:val="24"/>
          <w:szCs w:val="24"/>
        </w:rPr>
      </w:pPr>
      <w:r w:rsidRPr="00C9454D">
        <w:rPr>
          <w:sz w:val="24"/>
          <w:szCs w:val="24"/>
        </w:rPr>
        <w:t>1</w:t>
      </w:r>
      <w:r w:rsidR="00C325DD" w:rsidRPr="00C9454D">
        <w:rPr>
          <w:sz w:val="24"/>
          <w:szCs w:val="24"/>
        </w:rPr>
        <w:t>236</w:t>
      </w:r>
    </w:p>
    <w:p w14:paraId="7DDF5DC2" w14:textId="77777777" w:rsidR="000279AD" w:rsidRPr="00C9454D" w:rsidRDefault="000279AD" w:rsidP="00C9454D">
      <w:pPr>
        <w:rPr>
          <w:sz w:val="24"/>
          <w:szCs w:val="24"/>
        </w:rPr>
      </w:pPr>
    </w:p>
    <w:p w14:paraId="33DD3F1A" w14:textId="45F5B2F6" w:rsidR="00B409D2" w:rsidRPr="00C9454D" w:rsidRDefault="00B409D2" w:rsidP="00C9454D">
      <w:pPr>
        <w:rPr>
          <w:sz w:val="24"/>
          <w:szCs w:val="24"/>
        </w:rPr>
      </w:pPr>
      <w:r w:rsidRPr="00C9454D">
        <w:rPr>
          <w:sz w:val="24"/>
          <w:szCs w:val="24"/>
        </w:rPr>
        <w:t xml:space="preserve">The halls of </w:t>
      </w:r>
      <w:r w:rsidR="00522C4D" w:rsidRPr="00C9454D">
        <w:rPr>
          <w:sz w:val="24"/>
          <w:szCs w:val="24"/>
        </w:rPr>
        <w:t>High Haven</w:t>
      </w:r>
      <w:r w:rsidRPr="00C9454D">
        <w:rPr>
          <w:sz w:val="24"/>
          <w:szCs w:val="24"/>
        </w:rPr>
        <w:t xml:space="preserve"> stood quiet now, the grand feast long ended, the laughter of their children and grandchildren fading into the night. The great fire in the hearth still burned low, casting long, flickering shadows along the stone walls that had witnessed their love, their struggles, and the countless years they had spent building a life together.</w:t>
      </w:r>
    </w:p>
    <w:p w14:paraId="49CA88BC" w14:textId="77777777" w:rsidR="00B409D2" w:rsidRPr="00C9454D" w:rsidRDefault="00B409D2" w:rsidP="00C9454D">
      <w:pPr>
        <w:rPr>
          <w:sz w:val="24"/>
          <w:szCs w:val="24"/>
        </w:rPr>
      </w:pPr>
      <w:r w:rsidRPr="00C9454D">
        <w:rPr>
          <w:sz w:val="24"/>
          <w:szCs w:val="24"/>
        </w:rPr>
        <w:t>Abilene sat in the cushioned chair by the fire, a shawl draped over her shoulders, her hands folded gently in her lap. Guy stood behind her, resting his hands on the back of her chair, his touch as steady as it had been since the day he first took her hand in marriage.</w:t>
      </w:r>
    </w:p>
    <w:p w14:paraId="79EC7F4B" w14:textId="77777777" w:rsidR="00B409D2" w:rsidRPr="00C9454D" w:rsidRDefault="00B409D2" w:rsidP="00C9454D">
      <w:pPr>
        <w:rPr>
          <w:sz w:val="24"/>
          <w:szCs w:val="24"/>
        </w:rPr>
      </w:pPr>
      <w:r w:rsidRPr="00C9454D">
        <w:rPr>
          <w:sz w:val="24"/>
          <w:szCs w:val="24"/>
        </w:rPr>
        <w:t>She turned her head slightly, looking up at him with a soft smile. “We have lived a long life together, haven’t we?”</w:t>
      </w:r>
    </w:p>
    <w:p w14:paraId="00DC48C6" w14:textId="24F0E88B" w:rsidR="00B409D2" w:rsidRPr="00C9454D" w:rsidRDefault="00B409D2" w:rsidP="00C9454D">
      <w:pPr>
        <w:rPr>
          <w:sz w:val="24"/>
          <w:szCs w:val="24"/>
        </w:rPr>
      </w:pPr>
      <w:r w:rsidRPr="00C9454D">
        <w:rPr>
          <w:sz w:val="24"/>
          <w:szCs w:val="24"/>
        </w:rPr>
        <w:t>Guy exhaled, a sound that was almost a laugh but carried the weight of all they had endured. “Too long, if you ask my bones,” he muttered, but there was warmth in his voice. He moved to sit besi</w:t>
      </w:r>
      <w:r w:rsidR="00DD1FF5" w:rsidRPr="00C9454D">
        <w:rPr>
          <w:sz w:val="24"/>
          <w:szCs w:val="24"/>
        </w:rPr>
        <w:t xml:space="preserve">de </w:t>
      </w:r>
      <w:r w:rsidRPr="00C9454D">
        <w:rPr>
          <w:sz w:val="24"/>
          <w:szCs w:val="24"/>
        </w:rPr>
        <w:t>her, reaching for her hand, his fingers still strong but lined with age, rough from decades of sword-wielding and work.</w:t>
      </w:r>
    </w:p>
    <w:p w14:paraId="1DE09665" w14:textId="77777777" w:rsidR="00B409D2" w:rsidRPr="00C9454D" w:rsidRDefault="00B409D2" w:rsidP="00C9454D">
      <w:pPr>
        <w:rPr>
          <w:sz w:val="24"/>
          <w:szCs w:val="24"/>
        </w:rPr>
      </w:pPr>
      <w:r w:rsidRPr="00C9454D">
        <w:rPr>
          <w:sz w:val="24"/>
          <w:szCs w:val="24"/>
        </w:rPr>
        <w:t>She traced the ridges of his knuckles, marveling at how these hands—once the hands of a warrior, a knight who had fought battles and spilled blood—had also cradled their children, wiped away her tears, built their home with tireless devotion.</w:t>
      </w:r>
    </w:p>
    <w:p w14:paraId="4BF65897" w14:textId="3161278C" w:rsidR="00B409D2" w:rsidRPr="00C9454D" w:rsidRDefault="00B409D2" w:rsidP="00C9454D">
      <w:pPr>
        <w:rPr>
          <w:sz w:val="24"/>
          <w:szCs w:val="24"/>
        </w:rPr>
      </w:pPr>
      <w:r w:rsidRPr="00C9454D">
        <w:rPr>
          <w:sz w:val="24"/>
          <w:szCs w:val="24"/>
        </w:rPr>
        <w:t xml:space="preserve">“You remember the first time </w:t>
      </w:r>
      <w:r w:rsidR="00853D65" w:rsidRPr="00C9454D">
        <w:rPr>
          <w:sz w:val="24"/>
          <w:szCs w:val="24"/>
        </w:rPr>
        <w:t>we met</w:t>
      </w:r>
      <w:r w:rsidRPr="00C9454D">
        <w:rPr>
          <w:sz w:val="24"/>
          <w:szCs w:val="24"/>
        </w:rPr>
        <w:t>?” she asked, her voice laced with nostalgia.</w:t>
      </w:r>
    </w:p>
    <w:p w14:paraId="44B16B2A" w14:textId="77777777" w:rsidR="00B409D2" w:rsidRPr="00C9454D" w:rsidRDefault="00B409D2" w:rsidP="00C9454D">
      <w:pPr>
        <w:rPr>
          <w:sz w:val="24"/>
          <w:szCs w:val="24"/>
        </w:rPr>
      </w:pPr>
      <w:r w:rsidRPr="00C9454D">
        <w:rPr>
          <w:sz w:val="24"/>
          <w:szCs w:val="24"/>
        </w:rPr>
        <w:t>Guy chuckled. “Aye. I also remember nearly scaring myself half to death afterwards, thinking I’d ruined everything.”</w:t>
      </w:r>
    </w:p>
    <w:p w14:paraId="6569055E" w14:textId="77777777" w:rsidR="00B409D2" w:rsidRPr="00C9454D" w:rsidRDefault="00B409D2" w:rsidP="00C9454D">
      <w:pPr>
        <w:rPr>
          <w:sz w:val="24"/>
          <w:szCs w:val="24"/>
        </w:rPr>
      </w:pPr>
      <w:r w:rsidRPr="00C9454D">
        <w:rPr>
          <w:sz w:val="24"/>
          <w:szCs w:val="24"/>
        </w:rPr>
        <w:t>Abilene laughed, shaking her head. “You never ruined anything, love. You gave me a life I never dared to dream of.”</w:t>
      </w:r>
    </w:p>
    <w:p w14:paraId="08FFE28F" w14:textId="77777777" w:rsidR="00B409D2" w:rsidRPr="00C9454D" w:rsidRDefault="00B409D2" w:rsidP="00C9454D">
      <w:pPr>
        <w:rPr>
          <w:sz w:val="24"/>
          <w:szCs w:val="24"/>
        </w:rPr>
      </w:pPr>
      <w:r w:rsidRPr="00C9454D">
        <w:rPr>
          <w:sz w:val="24"/>
          <w:szCs w:val="24"/>
        </w:rPr>
        <w:t>Guy’s eyes softened, a rare tenderness overtaking the hardened soldier’s gaze he had carried for so long. “I only ever wanted to keep you safe,” he murmured. “You and the family we built.”</w:t>
      </w:r>
    </w:p>
    <w:p w14:paraId="5BA341A5" w14:textId="77777777" w:rsidR="00B409D2" w:rsidRPr="00C9454D" w:rsidRDefault="00B409D2" w:rsidP="00C9454D">
      <w:pPr>
        <w:rPr>
          <w:sz w:val="24"/>
          <w:szCs w:val="24"/>
        </w:rPr>
      </w:pPr>
      <w:r w:rsidRPr="00C9454D">
        <w:rPr>
          <w:sz w:val="24"/>
          <w:szCs w:val="24"/>
        </w:rPr>
        <w:t>She squeezed his hand. “And you did. But it was never just safety, Guy. It was love.”</w:t>
      </w:r>
    </w:p>
    <w:p w14:paraId="211A2B8A" w14:textId="77777777" w:rsidR="00B409D2" w:rsidRPr="00C9454D" w:rsidRDefault="00B409D2" w:rsidP="00C9454D">
      <w:pPr>
        <w:rPr>
          <w:sz w:val="24"/>
          <w:szCs w:val="24"/>
        </w:rPr>
      </w:pPr>
      <w:r w:rsidRPr="00C9454D">
        <w:rPr>
          <w:sz w:val="24"/>
          <w:szCs w:val="24"/>
        </w:rPr>
        <w:t>A comfortable silence stretched between them as they stared into the fire, their memories playing before them like the pages of an old book.</w:t>
      </w:r>
    </w:p>
    <w:p w14:paraId="04050363" w14:textId="77777777" w:rsidR="00B409D2" w:rsidRPr="00C9454D" w:rsidRDefault="00FE197F" w:rsidP="00C9454D">
      <w:pPr>
        <w:rPr>
          <w:sz w:val="24"/>
          <w:szCs w:val="24"/>
        </w:rPr>
      </w:pPr>
      <w:r>
        <w:rPr>
          <w:noProof/>
          <w:sz w:val="24"/>
          <w:szCs w:val="24"/>
        </w:rPr>
      </w:r>
      <w:r w:rsidR="00FE197F">
        <w:rPr>
          <w:noProof/>
          <w:sz w:val="24"/>
          <w:szCs w:val="24"/>
        </w:rPr>
        <w:pict w14:anchorId="2977F33E">
          <v:rect id="_x0000_i1171" style="width:0;height:1.5pt" o:hralign="center" o:hrstd="t" o:hr="t" fillcolor="#a0a0a0" stroked="f"/>
        </w:pict>
      </w:r>
    </w:p>
    <w:p w14:paraId="4F5F8D8F" w14:textId="77777777" w:rsidR="00B409D2" w:rsidRPr="00C9454D" w:rsidRDefault="00B409D2" w:rsidP="00C9454D">
      <w:pPr>
        <w:pStyle w:val="Heading2"/>
        <w:rPr>
          <w:sz w:val="24"/>
          <w:szCs w:val="24"/>
        </w:rPr>
      </w:pPr>
      <w:r w:rsidRPr="00C9454D">
        <w:rPr>
          <w:sz w:val="24"/>
          <w:szCs w:val="24"/>
        </w:rPr>
        <w:t>A Love Forged in Fire</w:t>
      </w:r>
    </w:p>
    <w:p w14:paraId="0DA5D366" w14:textId="77777777" w:rsidR="008820DC" w:rsidRPr="00C9454D" w:rsidRDefault="008820DC" w:rsidP="00C9454D">
      <w:pPr>
        <w:rPr>
          <w:sz w:val="24"/>
          <w:szCs w:val="24"/>
        </w:rPr>
      </w:pPr>
    </w:p>
    <w:p w14:paraId="1FC68151" w14:textId="77777777" w:rsidR="00B409D2" w:rsidRPr="00C9454D" w:rsidRDefault="00B409D2" w:rsidP="00C9454D">
      <w:pPr>
        <w:rPr>
          <w:sz w:val="24"/>
          <w:szCs w:val="24"/>
        </w:rPr>
      </w:pPr>
      <w:r w:rsidRPr="00C9454D">
        <w:rPr>
          <w:sz w:val="24"/>
          <w:szCs w:val="24"/>
        </w:rPr>
        <w:t>Abilene remembered the early days—when he had been just a man with a name that carried weight but a heart that had known too much sorrow. She had loved him then, not because he was perfect, but because he had been willing to fight for something beyond war.</w:t>
      </w:r>
    </w:p>
    <w:p w14:paraId="1D5BB627" w14:textId="77777777" w:rsidR="00B409D2" w:rsidRPr="00C9454D" w:rsidRDefault="00B409D2" w:rsidP="00C9454D">
      <w:pPr>
        <w:rPr>
          <w:sz w:val="24"/>
          <w:szCs w:val="24"/>
        </w:rPr>
      </w:pPr>
      <w:r w:rsidRPr="00C9454D">
        <w:rPr>
          <w:sz w:val="24"/>
          <w:szCs w:val="24"/>
        </w:rPr>
        <w:t>She remembered the battles they had fought—not with swords, but with time, with expectation, with the world that had often tried to bend them to its will.</w:t>
      </w:r>
    </w:p>
    <w:p w14:paraId="6267B2B5" w14:textId="77777777" w:rsidR="00B409D2" w:rsidRPr="00C9454D" w:rsidRDefault="00B409D2" w:rsidP="00C9454D">
      <w:pPr>
        <w:rPr>
          <w:sz w:val="24"/>
          <w:szCs w:val="24"/>
        </w:rPr>
      </w:pPr>
      <w:r w:rsidRPr="00C9454D">
        <w:rPr>
          <w:sz w:val="24"/>
          <w:szCs w:val="24"/>
        </w:rPr>
        <w:t>She remembered the nights spent in his arms, whispering dreams of the future. The mornings where he had risen before the sun, pressing a kiss to her temple before leaving to tend to the land, the people, the responsibilities that had never been a burden, but an honor.</w:t>
      </w:r>
    </w:p>
    <w:p w14:paraId="3F3FC0F7" w14:textId="2BCF796D" w:rsidR="00B409D2" w:rsidRPr="00C9454D" w:rsidRDefault="00B409D2" w:rsidP="00C9454D">
      <w:pPr>
        <w:rPr>
          <w:sz w:val="24"/>
          <w:szCs w:val="24"/>
        </w:rPr>
      </w:pPr>
      <w:r w:rsidRPr="00C9454D">
        <w:rPr>
          <w:sz w:val="24"/>
          <w:szCs w:val="24"/>
        </w:rPr>
        <w:t>She remembered their children—John Marshall’s first cry, the way Guy had held him as though he was holding the world itself. Helena’s golden curls as she giggled in the garden, how fiercely protective Guy had been over her, how his entire being had softened when she looked at him.</w:t>
      </w:r>
    </w:p>
    <w:p w14:paraId="0BDA9D33" w14:textId="77777777" w:rsidR="00B409D2" w:rsidRPr="00C9454D" w:rsidRDefault="00B409D2" w:rsidP="00C9454D">
      <w:pPr>
        <w:rPr>
          <w:sz w:val="24"/>
          <w:szCs w:val="24"/>
        </w:rPr>
      </w:pPr>
      <w:r w:rsidRPr="00C9454D">
        <w:rPr>
          <w:sz w:val="24"/>
          <w:szCs w:val="24"/>
        </w:rPr>
        <w:t>She remembered the quiet moments, the stolen glances across crowded halls, the way his hand had always found hers beneath the dinner table, no matter how many years had passed.</w:t>
      </w:r>
    </w:p>
    <w:p w14:paraId="5CCD5C5B" w14:textId="77777777" w:rsidR="00B409D2" w:rsidRPr="00C9454D" w:rsidRDefault="00B409D2" w:rsidP="00C9454D">
      <w:pPr>
        <w:rPr>
          <w:sz w:val="24"/>
          <w:szCs w:val="24"/>
        </w:rPr>
      </w:pPr>
      <w:r w:rsidRPr="00C9454D">
        <w:rPr>
          <w:sz w:val="24"/>
          <w:szCs w:val="24"/>
        </w:rPr>
        <w:t>And she remembered the hardships—the losses, the sacrifices, the grief that had threatened to break them. But through it all, they had stood together, weathering every storm, building something unshakable, unbreakable.</w:t>
      </w:r>
    </w:p>
    <w:p w14:paraId="4D5CFD0E" w14:textId="77777777" w:rsidR="00B409D2" w:rsidRPr="00C9454D" w:rsidRDefault="00FE197F" w:rsidP="00C9454D">
      <w:pPr>
        <w:rPr>
          <w:sz w:val="24"/>
          <w:szCs w:val="24"/>
        </w:rPr>
      </w:pPr>
      <w:r>
        <w:rPr>
          <w:noProof/>
          <w:sz w:val="24"/>
          <w:szCs w:val="24"/>
        </w:rPr>
      </w:r>
      <w:r w:rsidR="00FE197F">
        <w:rPr>
          <w:noProof/>
          <w:sz w:val="24"/>
          <w:szCs w:val="24"/>
        </w:rPr>
        <w:pict w14:anchorId="79BB6238">
          <v:rect id="_x0000_i1172" style="width:0;height:1.5pt" o:hralign="center" o:hrstd="t" o:hr="t" fillcolor="#a0a0a0" stroked="f"/>
        </w:pict>
      </w:r>
    </w:p>
    <w:p w14:paraId="0364CE71" w14:textId="77777777" w:rsidR="00B409D2" w:rsidRPr="00C9454D" w:rsidRDefault="00B409D2" w:rsidP="00C9454D">
      <w:pPr>
        <w:pStyle w:val="Heading2"/>
        <w:rPr>
          <w:sz w:val="24"/>
          <w:szCs w:val="24"/>
        </w:rPr>
      </w:pPr>
      <w:r w:rsidRPr="00C9454D">
        <w:rPr>
          <w:sz w:val="24"/>
          <w:szCs w:val="24"/>
        </w:rPr>
        <w:t>The Weight of Time</w:t>
      </w:r>
    </w:p>
    <w:p w14:paraId="5E4336BF" w14:textId="77777777" w:rsidR="008820DC" w:rsidRPr="00C9454D" w:rsidRDefault="008820DC" w:rsidP="00C9454D">
      <w:pPr>
        <w:rPr>
          <w:sz w:val="24"/>
          <w:szCs w:val="24"/>
        </w:rPr>
      </w:pPr>
    </w:p>
    <w:p w14:paraId="4D507C0C" w14:textId="77777777" w:rsidR="00B409D2" w:rsidRPr="00C9454D" w:rsidRDefault="00B409D2" w:rsidP="00C9454D">
      <w:pPr>
        <w:rPr>
          <w:sz w:val="24"/>
          <w:szCs w:val="24"/>
        </w:rPr>
      </w:pPr>
      <w:r w:rsidRPr="00C9454D">
        <w:rPr>
          <w:sz w:val="24"/>
          <w:szCs w:val="24"/>
        </w:rPr>
        <w:t>“I still see her, you know,” Guy said suddenly, his voice hoarse with emotion.</w:t>
      </w:r>
    </w:p>
    <w:p w14:paraId="23B3BEA3" w14:textId="77777777" w:rsidR="00B409D2" w:rsidRPr="00C9454D" w:rsidRDefault="00B409D2" w:rsidP="00C9454D">
      <w:pPr>
        <w:rPr>
          <w:sz w:val="24"/>
          <w:szCs w:val="24"/>
        </w:rPr>
      </w:pPr>
      <w:r w:rsidRPr="00C9454D">
        <w:rPr>
          <w:sz w:val="24"/>
          <w:szCs w:val="24"/>
        </w:rPr>
        <w:t>Abilene blinked. “Who?”</w:t>
      </w:r>
    </w:p>
    <w:p w14:paraId="41A54ABB" w14:textId="77777777" w:rsidR="00B409D2" w:rsidRPr="00C9454D" w:rsidRDefault="00B409D2" w:rsidP="00C9454D">
      <w:pPr>
        <w:rPr>
          <w:sz w:val="24"/>
          <w:szCs w:val="24"/>
        </w:rPr>
      </w:pPr>
      <w:r w:rsidRPr="00C9454D">
        <w:rPr>
          <w:sz w:val="24"/>
          <w:szCs w:val="24"/>
        </w:rPr>
        <w:t>He exhaled slowly. “Helena. That day at her wedding. The way she looked when she walked down the aisle.”</w:t>
      </w:r>
    </w:p>
    <w:p w14:paraId="7D30C7C3" w14:textId="77777777" w:rsidR="00B409D2" w:rsidRPr="00C9454D" w:rsidRDefault="00B409D2" w:rsidP="00C9454D">
      <w:pPr>
        <w:rPr>
          <w:sz w:val="24"/>
          <w:szCs w:val="24"/>
        </w:rPr>
      </w:pPr>
      <w:r w:rsidRPr="00C9454D">
        <w:rPr>
          <w:sz w:val="24"/>
          <w:szCs w:val="24"/>
        </w:rPr>
        <w:t>Abilene smiled, though her heart ached with the bittersweet memory. “She was radiant, wasn’t she?”</w:t>
      </w:r>
    </w:p>
    <w:p w14:paraId="536C9041" w14:textId="654E2FD3" w:rsidR="00B409D2" w:rsidRPr="00C9454D" w:rsidRDefault="00B409D2" w:rsidP="00C9454D">
      <w:pPr>
        <w:rPr>
          <w:sz w:val="24"/>
          <w:szCs w:val="24"/>
        </w:rPr>
      </w:pPr>
      <w:r w:rsidRPr="00C9454D">
        <w:rPr>
          <w:sz w:val="24"/>
          <w:szCs w:val="24"/>
        </w:rPr>
        <w:t>Guy nodded. “I thought my heart would give out right then and there. My little girl, all grown. And John Marshall… the way he stood besi</w:t>
      </w:r>
      <w:r w:rsidR="00DD1FF5" w:rsidRPr="00C9454D">
        <w:rPr>
          <w:sz w:val="24"/>
          <w:szCs w:val="24"/>
        </w:rPr>
        <w:t xml:space="preserve">de </w:t>
      </w:r>
      <w:r w:rsidRPr="00C9454D">
        <w:rPr>
          <w:sz w:val="24"/>
          <w:szCs w:val="24"/>
        </w:rPr>
        <w:t>her, so proud.” He paused, shaking his head. “I thought we had more time with them as children.”</w:t>
      </w:r>
    </w:p>
    <w:p w14:paraId="06E6F6BE" w14:textId="77777777" w:rsidR="00B409D2" w:rsidRPr="00C9454D" w:rsidRDefault="00B409D2" w:rsidP="00C9454D">
      <w:pPr>
        <w:rPr>
          <w:sz w:val="24"/>
          <w:szCs w:val="24"/>
        </w:rPr>
      </w:pPr>
      <w:r w:rsidRPr="00C9454D">
        <w:rPr>
          <w:sz w:val="24"/>
          <w:szCs w:val="24"/>
        </w:rPr>
        <w:t>Abilene reached for his face, cupping his cheek. “We had enough,” she said gently. “And we raised them well, love. They are strong, because they had you as their father.”</w:t>
      </w:r>
    </w:p>
    <w:p w14:paraId="6594846E" w14:textId="77777777" w:rsidR="00B409D2" w:rsidRPr="00C9454D" w:rsidRDefault="00B409D2" w:rsidP="00C9454D">
      <w:pPr>
        <w:rPr>
          <w:sz w:val="24"/>
          <w:szCs w:val="24"/>
        </w:rPr>
      </w:pPr>
      <w:r w:rsidRPr="00C9454D">
        <w:rPr>
          <w:sz w:val="24"/>
          <w:szCs w:val="24"/>
        </w:rPr>
        <w:t>Guy covered her hand with his own, pressing it against his weathered cheek. “And they had you as their mother. You were always the better part of this life, Abilene.”</w:t>
      </w:r>
    </w:p>
    <w:p w14:paraId="0DA94CA7" w14:textId="77777777" w:rsidR="00B409D2" w:rsidRPr="00C9454D" w:rsidRDefault="00B409D2" w:rsidP="00C9454D">
      <w:pPr>
        <w:rPr>
          <w:sz w:val="24"/>
          <w:szCs w:val="24"/>
        </w:rPr>
      </w:pPr>
      <w:r w:rsidRPr="00C9454D">
        <w:rPr>
          <w:sz w:val="24"/>
          <w:szCs w:val="24"/>
        </w:rPr>
        <w:t>She shook her head, smiling. “No, my love. We were the best parts of each other.”</w:t>
      </w:r>
    </w:p>
    <w:p w14:paraId="32EE4A3B" w14:textId="77777777" w:rsidR="00B409D2" w:rsidRPr="00C9454D" w:rsidRDefault="00FE197F" w:rsidP="00C9454D">
      <w:pPr>
        <w:rPr>
          <w:sz w:val="24"/>
          <w:szCs w:val="24"/>
        </w:rPr>
      </w:pPr>
      <w:r>
        <w:rPr>
          <w:noProof/>
          <w:sz w:val="24"/>
          <w:szCs w:val="24"/>
        </w:rPr>
      </w:r>
      <w:r w:rsidR="00FE197F">
        <w:rPr>
          <w:noProof/>
          <w:sz w:val="24"/>
          <w:szCs w:val="24"/>
        </w:rPr>
        <w:pict w14:anchorId="24B3F03D">
          <v:rect id="_x0000_i1173" style="width:0;height:1.5pt" o:hralign="center" o:hrstd="t" o:hr="t" fillcolor="#a0a0a0" stroked="f"/>
        </w:pict>
      </w:r>
    </w:p>
    <w:p w14:paraId="7AA28FAC" w14:textId="77777777" w:rsidR="00B409D2" w:rsidRPr="00C9454D" w:rsidRDefault="00B409D2" w:rsidP="00C9454D">
      <w:pPr>
        <w:pStyle w:val="Heading2"/>
        <w:rPr>
          <w:sz w:val="24"/>
          <w:szCs w:val="24"/>
        </w:rPr>
      </w:pPr>
      <w:r w:rsidRPr="00C9454D">
        <w:rPr>
          <w:sz w:val="24"/>
          <w:szCs w:val="24"/>
        </w:rPr>
        <w:t>A Legacy Written in Love</w:t>
      </w:r>
    </w:p>
    <w:p w14:paraId="658D2C7A" w14:textId="77777777" w:rsidR="008820DC" w:rsidRPr="00C9454D" w:rsidRDefault="008820DC" w:rsidP="00C9454D">
      <w:pPr>
        <w:rPr>
          <w:sz w:val="24"/>
          <w:szCs w:val="24"/>
        </w:rPr>
      </w:pPr>
    </w:p>
    <w:p w14:paraId="496EBC4F" w14:textId="77777777" w:rsidR="00B409D2" w:rsidRPr="00C9454D" w:rsidRDefault="00B409D2" w:rsidP="00C9454D">
      <w:pPr>
        <w:rPr>
          <w:sz w:val="24"/>
          <w:szCs w:val="24"/>
        </w:rPr>
      </w:pPr>
      <w:r w:rsidRPr="00C9454D">
        <w:rPr>
          <w:sz w:val="24"/>
          <w:szCs w:val="24"/>
        </w:rPr>
        <w:t>As the fire crackled before them, Abilene leaned her head against his shoulder, feeling the slow, steady rise and fall of his breath. It was the same breath that had once been ragged with war, that had once called out to her in desperation, that had whispered love to her in the dark.</w:t>
      </w:r>
    </w:p>
    <w:p w14:paraId="383B023C" w14:textId="77777777" w:rsidR="00B409D2" w:rsidRPr="00C9454D" w:rsidRDefault="00B409D2" w:rsidP="00C9454D">
      <w:pPr>
        <w:rPr>
          <w:sz w:val="24"/>
          <w:szCs w:val="24"/>
        </w:rPr>
      </w:pPr>
      <w:r w:rsidRPr="00C9454D">
        <w:rPr>
          <w:sz w:val="24"/>
          <w:szCs w:val="24"/>
        </w:rPr>
        <w:t>Now, it was softer, but no less steady. No less full of life.</w:t>
      </w:r>
    </w:p>
    <w:p w14:paraId="4AD181FA" w14:textId="77777777" w:rsidR="00B409D2" w:rsidRPr="00C9454D" w:rsidRDefault="00B409D2" w:rsidP="00C9454D">
      <w:pPr>
        <w:rPr>
          <w:sz w:val="24"/>
          <w:szCs w:val="24"/>
        </w:rPr>
      </w:pPr>
      <w:r w:rsidRPr="00C9454D">
        <w:rPr>
          <w:sz w:val="24"/>
          <w:szCs w:val="24"/>
        </w:rPr>
        <w:t>“Do you regret anything?” she asked quietly.</w:t>
      </w:r>
    </w:p>
    <w:p w14:paraId="627426EA" w14:textId="77777777" w:rsidR="00B409D2" w:rsidRPr="00C9454D" w:rsidRDefault="00B409D2" w:rsidP="00C9454D">
      <w:pPr>
        <w:rPr>
          <w:sz w:val="24"/>
          <w:szCs w:val="24"/>
        </w:rPr>
      </w:pPr>
      <w:r w:rsidRPr="00C9454D">
        <w:rPr>
          <w:sz w:val="24"/>
          <w:szCs w:val="24"/>
        </w:rPr>
        <w:t>Guy was silent for a long moment, then pressed a kiss to her silver-threaded hair. “Only that I cannot do it all again.”</w:t>
      </w:r>
    </w:p>
    <w:p w14:paraId="1D05C9B5" w14:textId="77777777" w:rsidR="00B409D2" w:rsidRPr="00C9454D" w:rsidRDefault="00B409D2" w:rsidP="00C9454D">
      <w:pPr>
        <w:rPr>
          <w:sz w:val="24"/>
          <w:szCs w:val="24"/>
        </w:rPr>
      </w:pPr>
      <w:r w:rsidRPr="00C9454D">
        <w:rPr>
          <w:sz w:val="24"/>
          <w:szCs w:val="24"/>
        </w:rPr>
        <w:t>A tear slipped down Abilene’s cheek, not of sorrow, but of something deeper—gratitude, love, the weight of a life well-lived.</w:t>
      </w:r>
    </w:p>
    <w:p w14:paraId="0217F169" w14:textId="77777777" w:rsidR="00B409D2" w:rsidRPr="00C9454D" w:rsidRDefault="00B409D2" w:rsidP="00C9454D">
      <w:pPr>
        <w:rPr>
          <w:sz w:val="24"/>
          <w:szCs w:val="24"/>
        </w:rPr>
      </w:pPr>
      <w:r w:rsidRPr="00C9454D">
        <w:rPr>
          <w:sz w:val="24"/>
          <w:szCs w:val="24"/>
        </w:rPr>
        <w:t>She took his hand, lacing their fingers together as they had done for decades. “Then let’s cherish what we have left, love. However long that may be.”</w:t>
      </w:r>
    </w:p>
    <w:p w14:paraId="6B94F5A6" w14:textId="77777777" w:rsidR="00B409D2" w:rsidRPr="00C9454D" w:rsidRDefault="00B409D2" w:rsidP="00C9454D">
      <w:pPr>
        <w:rPr>
          <w:sz w:val="24"/>
          <w:szCs w:val="24"/>
        </w:rPr>
      </w:pPr>
      <w:r w:rsidRPr="00C9454D">
        <w:rPr>
          <w:sz w:val="24"/>
          <w:szCs w:val="24"/>
        </w:rPr>
        <w:t>Guy smiled, resting his forehead against hers. “Aye, my love. Until the very last breath.”</w:t>
      </w:r>
    </w:p>
    <w:p w14:paraId="4CA0DD76" w14:textId="3BEA714B" w:rsidR="00B409D2" w:rsidRPr="00C9454D" w:rsidRDefault="00B409D2" w:rsidP="00C9454D">
      <w:pPr>
        <w:rPr>
          <w:sz w:val="24"/>
          <w:szCs w:val="24"/>
        </w:rPr>
      </w:pPr>
      <w:r w:rsidRPr="00C9454D">
        <w:rPr>
          <w:sz w:val="24"/>
          <w:szCs w:val="24"/>
        </w:rPr>
        <w:t xml:space="preserve">And as they sat there, two souls entwined by time and fate, the fire burned on—a testament to a love that had endured, a legacy that would live beyond them, in the halls of </w:t>
      </w:r>
      <w:r w:rsidR="00522C4D" w:rsidRPr="00C9454D">
        <w:rPr>
          <w:sz w:val="24"/>
          <w:szCs w:val="24"/>
        </w:rPr>
        <w:t>High Haven</w:t>
      </w:r>
      <w:r w:rsidRPr="00C9454D">
        <w:rPr>
          <w:sz w:val="24"/>
          <w:szCs w:val="24"/>
        </w:rPr>
        <w:t>, in the hearts of their children, in the echoes of their laughter that would never truly fade.</w:t>
      </w:r>
    </w:p>
    <w:p w14:paraId="525CE7E2" w14:textId="77777777" w:rsidR="00B409D2" w:rsidRPr="00C9454D" w:rsidRDefault="00B409D2" w:rsidP="00C9454D">
      <w:pPr>
        <w:rPr>
          <w:sz w:val="24"/>
          <w:szCs w:val="24"/>
        </w:rPr>
      </w:pPr>
      <w:r w:rsidRPr="00C9454D">
        <w:rPr>
          <w:sz w:val="24"/>
          <w:szCs w:val="24"/>
        </w:rPr>
        <w:t>A love that had been, and always would be, unbreakable.</w:t>
      </w:r>
    </w:p>
    <w:p w14:paraId="5138B825" w14:textId="77777777" w:rsidR="00B409D2" w:rsidRPr="00C9454D" w:rsidRDefault="00FE197F" w:rsidP="00C9454D">
      <w:pPr>
        <w:rPr>
          <w:sz w:val="24"/>
          <w:szCs w:val="24"/>
        </w:rPr>
      </w:pPr>
      <w:r>
        <w:rPr>
          <w:noProof/>
          <w:sz w:val="24"/>
          <w:szCs w:val="24"/>
        </w:rPr>
      </w:r>
      <w:r w:rsidR="00FE197F">
        <w:rPr>
          <w:noProof/>
          <w:sz w:val="24"/>
          <w:szCs w:val="24"/>
        </w:rPr>
        <w:pict w14:anchorId="26140B3C">
          <v:rect id="_x0000_i1174" style="width:0;height:1.5pt" o:hralign="center" o:hrstd="t" o:hr="t" fillcolor="#a0a0a0" stroked="f"/>
        </w:pict>
      </w:r>
    </w:p>
    <w:p w14:paraId="50E40706" w14:textId="77777777" w:rsidR="006371B8" w:rsidRPr="00C9454D" w:rsidRDefault="006371B8" w:rsidP="00C9454D">
      <w:pPr>
        <w:rPr>
          <w:b/>
          <w:bCs/>
          <w:sz w:val="24"/>
          <w:szCs w:val="24"/>
        </w:rPr>
      </w:pPr>
    </w:p>
    <w:p w14:paraId="7B8E61E0" w14:textId="6B88ABC6" w:rsidR="00B409D2" w:rsidRPr="00C9454D" w:rsidRDefault="00B409D2" w:rsidP="00C9454D">
      <w:pPr>
        <w:pStyle w:val="Heading2"/>
        <w:rPr>
          <w:b/>
          <w:bCs/>
          <w:sz w:val="24"/>
          <w:szCs w:val="24"/>
        </w:rPr>
      </w:pPr>
      <w:r w:rsidRPr="00C9454D">
        <w:rPr>
          <w:sz w:val="24"/>
          <w:szCs w:val="24"/>
        </w:rPr>
        <w:t xml:space="preserve">The Final Years of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A Life Well Lived</w:t>
      </w:r>
    </w:p>
    <w:p w14:paraId="204DC0A5" w14:textId="63937C3F" w:rsidR="00B409D2" w:rsidRPr="00C9454D" w:rsidRDefault="00B409D2" w:rsidP="00C9454D">
      <w:pPr>
        <w:pStyle w:val="Heading2"/>
        <w:rPr>
          <w:i/>
          <w:iCs/>
          <w:sz w:val="24"/>
          <w:szCs w:val="24"/>
        </w:rPr>
      </w:pPr>
      <w:r w:rsidRPr="00C9454D">
        <w:rPr>
          <w:i/>
          <w:iCs/>
          <w:sz w:val="24"/>
          <w:szCs w:val="24"/>
        </w:rPr>
        <w:t>(A Journey from 7</w:t>
      </w:r>
      <w:r w:rsidR="00E41AFC" w:rsidRPr="00C9454D">
        <w:rPr>
          <w:i/>
          <w:iCs/>
          <w:sz w:val="24"/>
          <w:szCs w:val="24"/>
        </w:rPr>
        <w:t>4</w:t>
      </w:r>
      <w:r w:rsidRPr="00C9454D">
        <w:rPr>
          <w:i/>
          <w:iCs/>
          <w:sz w:val="24"/>
          <w:szCs w:val="24"/>
        </w:rPr>
        <w:t xml:space="preserve"> to </w:t>
      </w:r>
      <w:r w:rsidR="00305E61" w:rsidRPr="00C9454D">
        <w:rPr>
          <w:i/>
          <w:iCs/>
          <w:sz w:val="24"/>
          <w:szCs w:val="24"/>
        </w:rPr>
        <w:t>88</w:t>
      </w:r>
      <w:r w:rsidRPr="00C9454D">
        <w:rPr>
          <w:i/>
          <w:iCs/>
          <w:sz w:val="24"/>
          <w:szCs w:val="24"/>
        </w:rPr>
        <w:t xml:space="preserve"> – A Love That Endures Beyond Time)</w:t>
      </w:r>
      <w:r w:rsidR="0012744E" w:rsidRPr="00C9454D">
        <w:rPr>
          <w:i/>
          <w:iCs/>
          <w:sz w:val="24"/>
          <w:szCs w:val="24"/>
        </w:rPr>
        <w:t xml:space="preserve"> b.1152 </w:t>
      </w:r>
      <w:r w:rsidR="00ED0F85" w:rsidRPr="00C9454D">
        <w:rPr>
          <w:i/>
          <w:iCs/>
          <w:sz w:val="24"/>
          <w:szCs w:val="24"/>
        </w:rPr>
        <w:t>– d.1240</w:t>
      </w:r>
    </w:p>
    <w:p w14:paraId="01500FA9" w14:textId="410793D4" w:rsidR="00507D24" w:rsidRPr="00C9454D" w:rsidRDefault="00507D24" w:rsidP="00C9454D">
      <w:pPr>
        <w:rPr>
          <w:sz w:val="24"/>
          <w:szCs w:val="24"/>
        </w:rPr>
      </w:pPr>
    </w:p>
    <w:p w14:paraId="61E42D91" w14:textId="77777777" w:rsidR="00B409D2" w:rsidRPr="00C9454D" w:rsidRDefault="00FE197F" w:rsidP="00C9454D">
      <w:pPr>
        <w:pStyle w:val="Heading2"/>
        <w:rPr>
          <w:sz w:val="24"/>
          <w:szCs w:val="24"/>
        </w:rPr>
      </w:pPr>
      <w:r>
        <w:rPr>
          <w:noProof/>
          <w:sz w:val="24"/>
          <w:szCs w:val="24"/>
        </w:rPr>
      </w:r>
      <w:r w:rsidR="00FE197F">
        <w:rPr>
          <w:noProof/>
          <w:sz w:val="24"/>
          <w:szCs w:val="24"/>
        </w:rPr>
        <w:pict w14:anchorId="69FFC3AD">
          <v:rect id="_x0000_i1175" style="width:0;height:1.5pt" o:hralign="center" o:hrstd="t" o:hr="t" fillcolor="#a0a0a0" stroked="f"/>
        </w:pict>
      </w:r>
    </w:p>
    <w:p w14:paraId="09B4F34A" w14:textId="7AC310B7" w:rsidR="00B409D2" w:rsidRPr="00C9454D" w:rsidRDefault="00B409D2" w:rsidP="00C9454D">
      <w:pPr>
        <w:pStyle w:val="Heading2"/>
        <w:rPr>
          <w:sz w:val="24"/>
          <w:szCs w:val="24"/>
        </w:rPr>
      </w:pPr>
      <w:r w:rsidRPr="00C9454D">
        <w:rPr>
          <w:sz w:val="24"/>
          <w:szCs w:val="24"/>
        </w:rPr>
        <w:t>Age 7</w:t>
      </w:r>
      <w:r w:rsidR="00E41AFC" w:rsidRPr="00C9454D">
        <w:rPr>
          <w:sz w:val="24"/>
          <w:szCs w:val="24"/>
        </w:rPr>
        <w:t>4</w:t>
      </w:r>
      <w:r w:rsidRPr="00C9454D">
        <w:rPr>
          <w:sz w:val="24"/>
          <w:szCs w:val="24"/>
        </w:rPr>
        <w:t>-7</w:t>
      </w:r>
      <w:r w:rsidR="00E41AFC" w:rsidRPr="00C9454D">
        <w:rPr>
          <w:sz w:val="24"/>
          <w:szCs w:val="24"/>
        </w:rPr>
        <w:t>8</w:t>
      </w:r>
      <w:r w:rsidRPr="00C9454D">
        <w:rPr>
          <w:sz w:val="24"/>
          <w:szCs w:val="24"/>
        </w:rPr>
        <w:t>: The Warrior Grows Weary, But Not His Heart</w:t>
      </w:r>
      <w:r w:rsidR="00870C4C" w:rsidRPr="00C9454D">
        <w:rPr>
          <w:sz w:val="24"/>
          <w:szCs w:val="24"/>
        </w:rPr>
        <w:t xml:space="preserve"> </w:t>
      </w:r>
    </w:p>
    <w:p w14:paraId="1ACFEC2A" w14:textId="77777777" w:rsidR="008820DC" w:rsidRPr="00C9454D" w:rsidRDefault="008820DC" w:rsidP="00C9454D">
      <w:pPr>
        <w:rPr>
          <w:sz w:val="24"/>
          <w:szCs w:val="24"/>
        </w:rPr>
      </w:pPr>
    </w:p>
    <w:p w14:paraId="7DE608AA" w14:textId="37E711B0" w:rsidR="00B409D2" w:rsidRPr="00C9454D" w:rsidRDefault="00B409D2"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had always been a man of action—his body forged in battle, his will shaped by hardship. But time, relentless as the tide, had begun to lay its claim upon him.</w:t>
      </w:r>
    </w:p>
    <w:p w14:paraId="7CE75718" w14:textId="76EDA58C" w:rsidR="00B409D2" w:rsidRPr="00C9454D" w:rsidRDefault="00B409D2" w:rsidP="00C9454D">
      <w:pPr>
        <w:rPr>
          <w:sz w:val="24"/>
          <w:szCs w:val="24"/>
        </w:rPr>
      </w:pPr>
      <w:r w:rsidRPr="00C9454D">
        <w:rPr>
          <w:sz w:val="24"/>
          <w:szCs w:val="24"/>
        </w:rPr>
        <w:t xml:space="preserve">At </w:t>
      </w:r>
      <w:r w:rsidR="00CB1FFB" w:rsidRPr="00C9454D">
        <w:rPr>
          <w:sz w:val="24"/>
          <w:szCs w:val="24"/>
        </w:rPr>
        <w:t>seventy-five</w:t>
      </w:r>
      <w:r w:rsidRPr="00C9454D">
        <w:rPr>
          <w:sz w:val="24"/>
          <w:szCs w:val="24"/>
        </w:rPr>
        <w:t>, he still ro</w:t>
      </w:r>
      <w:r w:rsidR="00DD1FF5" w:rsidRPr="00C9454D">
        <w:rPr>
          <w:sz w:val="24"/>
          <w:szCs w:val="24"/>
        </w:rPr>
        <w:t xml:space="preserve">de </w:t>
      </w:r>
      <w:r w:rsidRPr="00C9454D">
        <w:rPr>
          <w:sz w:val="24"/>
          <w:szCs w:val="24"/>
        </w:rPr>
        <w:t xml:space="preserve">with strength, still held a sword with steady hands, but his body no longer obeyed him as it once had. His back ached when he rose too quickly, his hands stiffened in the cold, and Abilene often caught him rubbing his knee after long walks through </w:t>
      </w:r>
      <w:r w:rsidR="00522C4D" w:rsidRPr="00C9454D">
        <w:rPr>
          <w:sz w:val="24"/>
          <w:szCs w:val="24"/>
        </w:rPr>
        <w:t>High Haven</w:t>
      </w:r>
      <w:r w:rsidRPr="00C9454D">
        <w:rPr>
          <w:sz w:val="24"/>
          <w:szCs w:val="24"/>
        </w:rPr>
        <w:t>’s halls.</w:t>
      </w:r>
    </w:p>
    <w:p w14:paraId="52051EF1" w14:textId="77777777" w:rsidR="00B409D2" w:rsidRPr="00C9454D" w:rsidRDefault="00B409D2" w:rsidP="00C9454D">
      <w:pPr>
        <w:rPr>
          <w:sz w:val="24"/>
          <w:szCs w:val="24"/>
        </w:rPr>
      </w:pPr>
      <w:r w:rsidRPr="00C9454D">
        <w:rPr>
          <w:sz w:val="24"/>
          <w:szCs w:val="24"/>
        </w:rPr>
        <w:t>"You’re getting old, my love," she teased one evening as he grumbled about the ache in his shoulder.</w:t>
      </w:r>
    </w:p>
    <w:p w14:paraId="2980DAB2" w14:textId="77777777" w:rsidR="00B409D2" w:rsidRPr="00C9454D" w:rsidRDefault="00B409D2" w:rsidP="00C9454D">
      <w:pPr>
        <w:rPr>
          <w:sz w:val="24"/>
          <w:szCs w:val="24"/>
        </w:rPr>
      </w:pPr>
      <w:r w:rsidRPr="00C9454D">
        <w:rPr>
          <w:sz w:val="24"/>
          <w:szCs w:val="24"/>
        </w:rPr>
        <w:t>Guy scoffed. "Nonsense. I’m as strong as I ever was."</w:t>
      </w:r>
    </w:p>
    <w:p w14:paraId="4F529BA8" w14:textId="77777777" w:rsidR="00B409D2" w:rsidRPr="00C9454D" w:rsidRDefault="00B409D2" w:rsidP="00C9454D">
      <w:pPr>
        <w:rPr>
          <w:sz w:val="24"/>
          <w:szCs w:val="24"/>
        </w:rPr>
      </w:pPr>
      <w:r w:rsidRPr="00C9454D">
        <w:rPr>
          <w:sz w:val="24"/>
          <w:szCs w:val="24"/>
        </w:rPr>
        <w:t>Abilene only smiled, knowing he would never admit it, but she saw it—how he lingered longer in the mornings before rising, how he watched their children take on more responsibilities without protest.</w:t>
      </w:r>
    </w:p>
    <w:p w14:paraId="2F2A5054" w14:textId="7F1653F8" w:rsidR="00B409D2" w:rsidRPr="00C9454D" w:rsidRDefault="00B409D2" w:rsidP="00C9454D">
      <w:pPr>
        <w:rPr>
          <w:sz w:val="24"/>
          <w:szCs w:val="24"/>
        </w:rPr>
      </w:pPr>
      <w:r w:rsidRPr="00C9454D">
        <w:rPr>
          <w:sz w:val="24"/>
          <w:szCs w:val="24"/>
        </w:rPr>
        <w:t xml:space="preserve">John Marshall had become the lord of </w:t>
      </w:r>
      <w:r w:rsidR="00522C4D" w:rsidRPr="00C9454D">
        <w:rPr>
          <w:sz w:val="24"/>
          <w:szCs w:val="24"/>
        </w:rPr>
        <w:t>High Haven</w:t>
      </w:r>
      <w:r w:rsidRPr="00C9454D">
        <w:rPr>
          <w:sz w:val="24"/>
          <w:szCs w:val="24"/>
        </w:rPr>
        <w:t xml:space="preserve"> in all but name, his leadership steady and respected. Helena, now a mother herself, brought her children often, filling the halls with the laughter of the next generation.</w:t>
      </w:r>
    </w:p>
    <w:p w14:paraId="05586742" w14:textId="77777777" w:rsidR="00B409D2" w:rsidRPr="00C9454D" w:rsidRDefault="00B409D2" w:rsidP="00C9454D">
      <w:pPr>
        <w:rPr>
          <w:sz w:val="24"/>
          <w:szCs w:val="24"/>
        </w:rPr>
      </w:pPr>
      <w:r w:rsidRPr="00C9454D">
        <w:rPr>
          <w:sz w:val="24"/>
          <w:szCs w:val="24"/>
        </w:rPr>
        <w:t>And Guy—he spent his days walking the land he had fought so hard to build, sharing wisdom with his grandchildren, sitting with Abilene beneath the old oak tree where they had once spoken of their dreams.</w:t>
      </w:r>
    </w:p>
    <w:p w14:paraId="2B7E000E" w14:textId="77777777" w:rsidR="00B409D2" w:rsidRPr="00C9454D" w:rsidRDefault="00B409D2" w:rsidP="00C9454D">
      <w:pPr>
        <w:rPr>
          <w:sz w:val="24"/>
          <w:szCs w:val="24"/>
        </w:rPr>
      </w:pPr>
      <w:r w:rsidRPr="00C9454D">
        <w:rPr>
          <w:sz w:val="24"/>
          <w:szCs w:val="24"/>
        </w:rPr>
        <w:t>It was a slow surrender, but it was a peaceful one.</w:t>
      </w:r>
    </w:p>
    <w:p w14:paraId="1BD4F1F4" w14:textId="77777777" w:rsidR="00B409D2" w:rsidRPr="00C9454D" w:rsidRDefault="00B409D2" w:rsidP="00C9454D">
      <w:pPr>
        <w:rPr>
          <w:sz w:val="24"/>
          <w:szCs w:val="24"/>
        </w:rPr>
      </w:pPr>
      <w:r w:rsidRPr="00C9454D">
        <w:rPr>
          <w:sz w:val="24"/>
          <w:szCs w:val="24"/>
        </w:rPr>
        <w:t>Until the winter of his 74th year, when illness nearly claimed him.</w:t>
      </w:r>
    </w:p>
    <w:p w14:paraId="5352E173" w14:textId="77777777" w:rsidR="00B409D2" w:rsidRPr="00C9454D" w:rsidRDefault="00B409D2" w:rsidP="00C9454D">
      <w:pPr>
        <w:rPr>
          <w:sz w:val="24"/>
          <w:szCs w:val="24"/>
        </w:rPr>
      </w:pPr>
      <w:r w:rsidRPr="00C9454D">
        <w:rPr>
          <w:sz w:val="24"/>
          <w:szCs w:val="24"/>
        </w:rPr>
        <w:t>It was a brutal season, the kind that gnawed at even the strongest bones. A fever took hold of him, and for weeks, Abilene never left his side. She whispered stories to him, pressed cool cloths to his forehead, prayed over him in the dark hours of the night.</w:t>
      </w:r>
    </w:p>
    <w:p w14:paraId="2D9FE161" w14:textId="77777777" w:rsidR="00B409D2" w:rsidRPr="00C9454D" w:rsidRDefault="00B409D2" w:rsidP="00C9454D">
      <w:pPr>
        <w:rPr>
          <w:sz w:val="24"/>
          <w:szCs w:val="24"/>
        </w:rPr>
      </w:pPr>
      <w:r w:rsidRPr="00C9454D">
        <w:rPr>
          <w:sz w:val="24"/>
          <w:szCs w:val="24"/>
        </w:rPr>
        <w:t>And then, as suddenly as it had come, the fever broke.</w:t>
      </w:r>
    </w:p>
    <w:p w14:paraId="69960F97" w14:textId="77777777" w:rsidR="00B409D2" w:rsidRPr="00C9454D" w:rsidRDefault="00B409D2" w:rsidP="00C9454D">
      <w:pPr>
        <w:rPr>
          <w:sz w:val="24"/>
          <w:szCs w:val="24"/>
        </w:rPr>
      </w:pPr>
      <w:r w:rsidRPr="00C9454D">
        <w:rPr>
          <w:sz w:val="24"/>
          <w:szCs w:val="24"/>
        </w:rPr>
        <w:t>When he woke, his voice hoarse, his first words were, "Did I miss dinner?"</w:t>
      </w:r>
    </w:p>
    <w:p w14:paraId="3CE10D64" w14:textId="77777777" w:rsidR="00B409D2" w:rsidRPr="00C9454D" w:rsidRDefault="00B409D2" w:rsidP="00C9454D">
      <w:pPr>
        <w:rPr>
          <w:sz w:val="24"/>
          <w:szCs w:val="24"/>
        </w:rPr>
      </w:pPr>
      <w:r w:rsidRPr="00C9454D">
        <w:rPr>
          <w:sz w:val="24"/>
          <w:szCs w:val="24"/>
        </w:rPr>
        <w:t>Abilene had laughed through her tears, pressing her forehead to his. "You stubborn old fool," she had whispered. "I thought you were going to leave me."</w:t>
      </w:r>
    </w:p>
    <w:p w14:paraId="20CB80A2" w14:textId="77777777" w:rsidR="00B409D2" w:rsidRPr="00C9454D" w:rsidRDefault="00B409D2" w:rsidP="00C9454D">
      <w:pPr>
        <w:rPr>
          <w:sz w:val="24"/>
          <w:szCs w:val="24"/>
        </w:rPr>
      </w:pPr>
      <w:r w:rsidRPr="00C9454D">
        <w:rPr>
          <w:sz w:val="24"/>
          <w:szCs w:val="24"/>
        </w:rPr>
        <w:t>"Not yet, love," he had murmured. "Not yet."</w:t>
      </w:r>
    </w:p>
    <w:p w14:paraId="3A128F62" w14:textId="77777777" w:rsidR="00B409D2" w:rsidRPr="00C9454D" w:rsidRDefault="00B409D2" w:rsidP="00C9454D">
      <w:pPr>
        <w:rPr>
          <w:sz w:val="24"/>
          <w:szCs w:val="24"/>
        </w:rPr>
      </w:pPr>
      <w:r w:rsidRPr="00C9454D">
        <w:rPr>
          <w:sz w:val="24"/>
          <w:szCs w:val="24"/>
        </w:rPr>
        <w:t>But they both knew—time was no longer an endless road stretching before them.</w:t>
      </w:r>
    </w:p>
    <w:p w14:paraId="751375D8" w14:textId="77777777" w:rsidR="00B409D2" w:rsidRPr="00C9454D" w:rsidRDefault="00FE197F" w:rsidP="00C9454D">
      <w:pPr>
        <w:rPr>
          <w:sz w:val="24"/>
          <w:szCs w:val="24"/>
        </w:rPr>
      </w:pPr>
      <w:r>
        <w:rPr>
          <w:noProof/>
          <w:sz w:val="24"/>
          <w:szCs w:val="24"/>
        </w:rPr>
      </w:r>
      <w:r w:rsidR="00FE197F">
        <w:rPr>
          <w:noProof/>
          <w:sz w:val="24"/>
          <w:szCs w:val="24"/>
        </w:rPr>
        <w:pict w14:anchorId="1402BD9C">
          <v:rect id="_x0000_i1176" style="width:0;height:1.5pt" o:hralign="center" o:hrstd="t" o:hr="t" fillcolor="#a0a0a0" stroked="f"/>
        </w:pict>
      </w:r>
    </w:p>
    <w:p w14:paraId="069CD81B" w14:textId="7F61F8ED" w:rsidR="00B409D2" w:rsidRPr="00C9454D" w:rsidRDefault="00B409D2" w:rsidP="00C9454D">
      <w:pPr>
        <w:pStyle w:val="Heading2"/>
        <w:rPr>
          <w:sz w:val="24"/>
          <w:szCs w:val="24"/>
        </w:rPr>
      </w:pPr>
      <w:r w:rsidRPr="00C9454D">
        <w:rPr>
          <w:sz w:val="24"/>
          <w:szCs w:val="24"/>
        </w:rPr>
        <w:t xml:space="preserve">Age </w:t>
      </w:r>
      <w:r w:rsidR="00F352F9" w:rsidRPr="00C9454D">
        <w:rPr>
          <w:sz w:val="24"/>
          <w:szCs w:val="24"/>
        </w:rPr>
        <w:t>78-8</w:t>
      </w:r>
      <w:r w:rsidR="00EF0092" w:rsidRPr="00C9454D">
        <w:rPr>
          <w:sz w:val="24"/>
          <w:szCs w:val="24"/>
        </w:rPr>
        <w:t>7</w:t>
      </w:r>
      <w:r w:rsidRPr="00C9454D">
        <w:rPr>
          <w:sz w:val="24"/>
          <w:szCs w:val="24"/>
        </w:rPr>
        <w:t xml:space="preserve">: The Golden Years of </w:t>
      </w:r>
      <w:r w:rsidR="00522C4D" w:rsidRPr="00C9454D">
        <w:rPr>
          <w:sz w:val="24"/>
          <w:szCs w:val="24"/>
        </w:rPr>
        <w:t>High Haven</w:t>
      </w:r>
    </w:p>
    <w:p w14:paraId="76ADF6A0" w14:textId="77777777" w:rsidR="008820DC" w:rsidRPr="00C9454D" w:rsidRDefault="008820DC" w:rsidP="00C9454D">
      <w:pPr>
        <w:rPr>
          <w:sz w:val="24"/>
          <w:szCs w:val="24"/>
        </w:rPr>
      </w:pPr>
    </w:p>
    <w:p w14:paraId="4A1B485E" w14:textId="77777777" w:rsidR="00B409D2" w:rsidRPr="00C9454D" w:rsidRDefault="00B409D2" w:rsidP="00C9454D">
      <w:pPr>
        <w:rPr>
          <w:sz w:val="24"/>
          <w:szCs w:val="24"/>
        </w:rPr>
      </w:pPr>
      <w:r w:rsidRPr="00C9454D">
        <w:rPr>
          <w:sz w:val="24"/>
          <w:szCs w:val="24"/>
        </w:rPr>
        <w:t>The next few years were a gift.</w:t>
      </w:r>
    </w:p>
    <w:p w14:paraId="13B41FB5" w14:textId="77777777" w:rsidR="00B409D2" w:rsidRPr="00C9454D" w:rsidRDefault="00B409D2" w:rsidP="00C9454D">
      <w:pPr>
        <w:rPr>
          <w:sz w:val="24"/>
          <w:szCs w:val="24"/>
        </w:rPr>
      </w:pPr>
      <w:r w:rsidRPr="00C9454D">
        <w:rPr>
          <w:sz w:val="24"/>
          <w:szCs w:val="24"/>
        </w:rPr>
        <w:t>Guy, having survived the illness, seemed to embrace life with a newfound hunger. He spent long afternoons teaching his grandchildren to ride, telling them stories of his youth, of wars fought and won, of the day he first met their grandmother.</w:t>
      </w:r>
    </w:p>
    <w:p w14:paraId="00312944" w14:textId="77777777" w:rsidR="00B409D2" w:rsidRPr="00C9454D" w:rsidRDefault="00B409D2" w:rsidP="00C9454D">
      <w:pPr>
        <w:rPr>
          <w:sz w:val="24"/>
          <w:szCs w:val="24"/>
        </w:rPr>
      </w:pPr>
      <w:r w:rsidRPr="00C9454D">
        <w:rPr>
          <w:sz w:val="24"/>
          <w:szCs w:val="24"/>
        </w:rPr>
        <w:t>He took Helena’s sons on their first hunting trips, watched as John Marshall’s eldest took his first steps into knighthood.</w:t>
      </w:r>
    </w:p>
    <w:p w14:paraId="7908C641" w14:textId="77777777" w:rsidR="00B409D2" w:rsidRPr="00C9454D" w:rsidRDefault="00B409D2" w:rsidP="00C9454D">
      <w:pPr>
        <w:rPr>
          <w:sz w:val="24"/>
          <w:szCs w:val="24"/>
        </w:rPr>
      </w:pPr>
      <w:r w:rsidRPr="00C9454D">
        <w:rPr>
          <w:sz w:val="24"/>
          <w:szCs w:val="24"/>
        </w:rPr>
        <w:t>And with Abilene, he lived as if each moment was a treasure to be savored.</w:t>
      </w:r>
    </w:p>
    <w:p w14:paraId="60AAA06D" w14:textId="77777777" w:rsidR="00B409D2" w:rsidRPr="00C9454D" w:rsidRDefault="00B409D2" w:rsidP="00C9454D">
      <w:pPr>
        <w:rPr>
          <w:sz w:val="24"/>
          <w:szCs w:val="24"/>
        </w:rPr>
      </w:pPr>
      <w:r w:rsidRPr="00C9454D">
        <w:rPr>
          <w:sz w:val="24"/>
          <w:szCs w:val="24"/>
        </w:rPr>
        <w:t>They walked the orchards hand in hand, sat by the fire on cold nights reminiscing. He kissed her every morning as if it were the first and last time.</w:t>
      </w:r>
    </w:p>
    <w:p w14:paraId="0CD964B8" w14:textId="77777777" w:rsidR="00B409D2" w:rsidRPr="00C9454D" w:rsidRDefault="00B409D2" w:rsidP="00C9454D">
      <w:pPr>
        <w:rPr>
          <w:sz w:val="24"/>
          <w:szCs w:val="24"/>
        </w:rPr>
      </w:pPr>
      <w:r w:rsidRPr="00C9454D">
        <w:rPr>
          <w:sz w:val="24"/>
          <w:szCs w:val="24"/>
        </w:rPr>
        <w:t>And yet, there were signs.</w:t>
      </w:r>
    </w:p>
    <w:p w14:paraId="0AF9A8A2" w14:textId="77777777" w:rsidR="00B409D2" w:rsidRPr="00C9454D" w:rsidRDefault="00B409D2" w:rsidP="00C9454D">
      <w:pPr>
        <w:rPr>
          <w:sz w:val="24"/>
          <w:szCs w:val="24"/>
        </w:rPr>
      </w:pPr>
      <w:r w:rsidRPr="00C9454D">
        <w:rPr>
          <w:sz w:val="24"/>
          <w:szCs w:val="24"/>
        </w:rPr>
        <w:t>The way he sometimes paused at the top of the stairs, catching his breath. The way his grip trembled when he lifted his sword to spar with his grandsons. The way he held Abilene’s hand just a little tighter.</w:t>
      </w:r>
    </w:p>
    <w:p w14:paraId="26C714C3" w14:textId="77777777" w:rsidR="00B409D2" w:rsidRPr="00C9454D" w:rsidRDefault="00B409D2" w:rsidP="00C9454D">
      <w:pPr>
        <w:rPr>
          <w:sz w:val="24"/>
          <w:szCs w:val="24"/>
        </w:rPr>
      </w:pPr>
      <w:r w:rsidRPr="00C9454D">
        <w:rPr>
          <w:sz w:val="24"/>
          <w:szCs w:val="24"/>
        </w:rPr>
        <w:t>But he never spoke of it.</w:t>
      </w:r>
    </w:p>
    <w:p w14:paraId="3E744260" w14:textId="77777777" w:rsidR="00B409D2" w:rsidRPr="00C9454D" w:rsidRDefault="00B409D2" w:rsidP="00C9454D">
      <w:pPr>
        <w:rPr>
          <w:sz w:val="24"/>
          <w:szCs w:val="24"/>
        </w:rPr>
      </w:pPr>
      <w:r w:rsidRPr="00C9454D">
        <w:rPr>
          <w:sz w:val="24"/>
          <w:szCs w:val="24"/>
        </w:rPr>
        <w:t>Because there was still so much to do.</w:t>
      </w:r>
    </w:p>
    <w:p w14:paraId="0D2325EF" w14:textId="77777777" w:rsidR="00B409D2" w:rsidRPr="00C9454D" w:rsidRDefault="00FE197F" w:rsidP="00C9454D">
      <w:pPr>
        <w:rPr>
          <w:sz w:val="24"/>
          <w:szCs w:val="24"/>
        </w:rPr>
      </w:pPr>
      <w:r>
        <w:rPr>
          <w:noProof/>
          <w:sz w:val="24"/>
          <w:szCs w:val="24"/>
        </w:rPr>
      </w:r>
      <w:r w:rsidR="00FE197F">
        <w:rPr>
          <w:noProof/>
          <w:sz w:val="24"/>
          <w:szCs w:val="24"/>
        </w:rPr>
        <w:pict w14:anchorId="4830C384">
          <v:rect id="_x0000_i1177" style="width:0;height:1.5pt" o:hralign="center" o:hrstd="t" o:hr="t" fillcolor="#a0a0a0" stroked="f"/>
        </w:pict>
      </w:r>
    </w:p>
    <w:p w14:paraId="1872F920" w14:textId="37C30B47" w:rsidR="00B409D2" w:rsidRPr="00C9454D" w:rsidRDefault="00B409D2" w:rsidP="00C9454D">
      <w:pPr>
        <w:pStyle w:val="Heading2"/>
        <w:rPr>
          <w:sz w:val="24"/>
          <w:szCs w:val="24"/>
        </w:rPr>
      </w:pPr>
      <w:r w:rsidRPr="00C9454D">
        <w:rPr>
          <w:sz w:val="24"/>
          <w:szCs w:val="24"/>
        </w:rPr>
        <w:t xml:space="preserve">Age </w:t>
      </w:r>
      <w:r w:rsidR="008165DE" w:rsidRPr="00C9454D">
        <w:rPr>
          <w:sz w:val="24"/>
          <w:szCs w:val="24"/>
        </w:rPr>
        <w:t>88</w:t>
      </w:r>
      <w:r w:rsidRPr="00C9454D">
        <w:rPr>
          <w:sz w:val="24"/>
          <w:szCs w:val="24"/>
        </w:rPr>
        <w:t>: The Best Day of His Life</w:t>
      </w:r>
    </w:p>
    <w:p w14:paraId="6A954EFF" w14:textId="4EEAFE33" w:rsidR="008165DE" w:rsidRPr="00C9454D" w:rsidRDefault="008165DE" w:rsidP="00C9454D">
      <w:pPr>
        <w:pStyle w:val="Heading2"/>
        <w:rPr>
          <w:sz w:val="24"/>
          <w:szCs w:val="24"/>
        </w:rPr>
      </w:pPr>
      <w:r w:rsidRPr="00C9454D">
        <w:rPr>
          <w:sz w:val="24"/>
          <w:szCs w:val="24"/>
        </w:rPr>
        <w:t>d.1240</w:t>
      </w:r>
    </w:p>
    <w:p w14:paraId="395AB852" w14:textId="77777777" w:rsidR="008820DC" w:rsidRPr="00C9454D" w:rsidRDefault="008820DC" w:rsidP="00C9454D">
      <w:pPr>
        <w:rPr>
          <w:sz w:val="24"/>
          <w:szCs w:val="24"/>
        </w:rPr>
      </w:pPr>
    </w:p>
    <w:p w14:paraId="0DCBF60D" w14:textId="77777777" w:rsidR="00B409D2" w:rsidRPr="00C9454D" w:rsidRDefault="00B409D2" w:rsidP="00C9454D">
      <w:pPr>
        <w:rPr>
          <w:sz w:val="24"/>
          <w:szCs w:val="24"/>
        </w:rPr>
      </w:pPr>
      <w:r w:rsidRPr="00C9454D">
        <w:rPr>
          <w:sz w:val="24"/>
          <w:szCs w:val="24"/>
        </w:rPr>
        <w:t>It was a perfect autumn day when it happened.</w:t>
      </w:r>
    </w:p>
    <w:p w14:paraId="64AB17C1" w14:textId="75A33DC5" w:rsidR="00B409D2" w:rsidRPr="00C9454D" w:rsidRDefault="00B409D2" w:rsidP="00C9454D">
      <w:pPr>
        <w:rPr>
          <w:sz w:val="24"/>
          <w:szCs w:val="24"/>
        </w:rPr>
      </w:pPr>
      <w:r w:rsidRPr="00C9454D">
        <w:rPr>
          <w:sz w:val="24"/>
          <w:szCs w:val="24"/>
        </w:rPr>
        <w:t xml:space="preserve">The leaves of </w:t>
      </w:r>
      <w:r w:rsidR="00522C4D" w:rsidRPr="00C9454D">
        <w:rPr>
          <w:sz w:val="24"/>
          <w:szCs w:val="24"/>
        </w:rPr>
        <w:t>High Haven</w:t>
      </w:r>
      <w:r w:rsidRPr="00C9454D">
        <w:rPr>
          <w:sz w:val="24"/>
          <w:szCs w:val="24"/>
        </w:rPr>
        <w:t xml:space="preserve"> had turned to gold, the air was crisp but warm, and the great hall was alive with celebration. Helena and Étienne had brought their children for a visit, and John Marshall had returned from court, bringing news of the kingdom.</w:t>
      </w:r>
    </w:p>
    <w:p w14:paraId="12BB2873" w14:textId="77777777" w:rsidR="00B409D2" w:rsidRPr="00C9454D" w:rsidRDefault="00B409D2" w:rsidP="00C9454D">
      <w:pPr>
        <w:rPr>
          <w:sz w:val="24"/>
          <w:szCs w:val="24"/>
        </w:rPr>
      </w:pPr>
      <w:r w:rsidRPr="00C9454D">
        <w:rPr>
          <w:sz w:val="24"/>
          <w:szCs w:val="24"/>
        </w:rPr>
        <w:t>The family gathered in the courtyard, laughter ringing like music.</w:t>
      </w:r>
    </w:p>
    <w:p w14:paraId="310B7562" w14:textId="77777777" w:rsidR="00B409D2" w:rsidRPr="00C9454D" w:rsidRDefault="00B409D2" w:rsidP="00C9454D">
      <w:pPr>
        <w:rPr>
          <w:sz w:val="24"/>
          <w:szCs w:val="24"/>
        </w:rPr>
      </w:pPr>
      <w:r w:rsidRPr="00C9454D">
        <w:rPr>
          <w:sz w:val="24"/>
          <w:szCs w:val="24"/>
        </w:rPr>
        <w:t>Guy spent the morning teaching his youngest grandson how to hold a bow. He sat with Helena, watching her play with her children, marveling at the woman she had become. He shared old war stories with John Marshall, grinning when his son rolled his eyes but still listened.</w:t>
      </w:r>
    </w:p>
    <w:p w14:paraId="1FA2ED85" w14:textId="77777777" w:rsidR="00B409D2" w:rsidRPr="00C9454D" w:rsidRDefault="00B409D2" w:rsidP="00C9454D">
      <w:pPr>
        <w:rPr>
          <w:sz w:val="24"/>
          <w:szCs w:val="24"/>
        </w:rPr>
      </w:pPr>
      <w:r w:rsidRPr="00C9454D">
        <w:rPr>
          <w:sz w:val="24"/>
          <w:szCs w:val="24"/>
        </w:rPr>
        <w:t>And Abilene—his Abilene—he danced with her beneath the apple trees, holding her close as their grandchildren clapped and cheered.</w:t>
      </w:r>
    </w:p>
    <w:p w14:paraId="487ED4A4" w14:textId="77777777" w:rsidR="00B409D2" w:rsidRPr="00C9454D" w:rsidRDefault="00B409D2" w:rsidP="00C9454D">
      <w:pPr>
        <w:rPr>
          <w:sz w:val="24"/>
          <w:szCs w:val="24"/>
        </w:rPr>
      </w:pPr>
      <w:r w:rsidRPr="00C9454D">
        <w:rPr>
          <w:sz w:val="24"/>
          <w:szCs w:val="24"/>
        </w:rPr>
        <w:t>"You still dance like a soldier," she teased, resting her head against his chest.</w:t>
      </w:r>
    </w:p>
    <w:p w14:paraId="44B082CD" w14:textId="0686E67D" w:rsidR="00B409D2" w:rsidRPr="00C9454D" w:rsidRDefault="007B52E7" w:rsidP="00C9454D">
      <w:pPr>
        <w:rPr>
          <w:sz w:val="24"/>
          <w:szCs w:val="24"/>
        </w:rPr>
      </w:pPr>
      <w:r w:rsidRPr="00C9454D">
        <w:rPr>
          <w:sz w:val="24"/>
          <w:szCs w:val="24"/>
        </w:rPr>
        <w:t>“</w:t>
      </w:r>
      <w:r w:rsidR="00144190" w:rsidRPr="00C9454D">
        <w:rPr>
          <w:sz w:val="24"/>
          <w:szCs w:val="24"/>
        </w:rPr>
        <w:t>Your</w:t>
      </w:r>
      <w:r w:rsidR="008579EB" w:rsidRPr="00C9454D">
        <w:rPr>
          <w:sz w:val="24"/>
          <w:szCs w:val="24"/>
        </w:rPr>
        <w:t xml:space="preserve"> French </w:t>
      </w:r>
      <w:r w:rsidR="008B0040" w:rsidRPr="00C9454D">
        <w:rPr>
          <w:sz w:val="24"/>
          <w:szCs w:val="24"/>
        </w:rPr>
        <w:t>soldier, my love</w:t>
      </w:r>
      <w:r w:rsidR="002A3F77" w:rsidRPr="00C9454D">
        <w:rPr>
          <w:sz w:val="24"/>
          <w:szCs w:val="24"/>
        </w:rPr>
        <w:t>,</w:t>
      </w:r>
      <w:r w:rsidR="00144190" w:rsidRPr="00C9454D">
        <w:rPr>
          <w:sz w:val="24"/>
          <w:szCs w:val="24"/>
        </w:rPr>
        <w:t xml:space="preserve"> </w:t>
      </w:r>
      <w:r w:rsidR="00B409D2" w:rsidRPr="00C9454D">
        <w:rPr>
          <w:sz w:val="24"/>
          <w:szCs w:val="24"/>
        </w:rPr>
        <w:t>you still smell like lavender," he murmured, closing his eyes as he pressed a kiss to her temple.</w:t>
      </w:r>
    </w:p>
    <w:p w14:paraId="4296C98A" w14:textId="2DF8E874" w:rsidR="00B409D2" w:rsidRPr="00C9454D" w:rsidRDefault="00B409D2" w:rsidP="00C9454D">
      <w:pPr>
        <w:rPr>
          <w:sz w:val="24"/>
          <w:szCs w:val="24"/>
        </w:rPr>
      </w:pPr>
      <w:r w:rsidRPr="00C9454D">
        <w:rPr>
          <w:sz w:val="24"/>
          <w:szCs w:val="24"/>
        </w:rPr>
        <w:t xml:space="preserve">That night, they feasted. Wine flowed, music played, and the halls of </w:t>
      </w:r>
      <w:r w:rsidR="00522C4D" w:rsidRPr="00C9454D">
        <w:rPr>
          <w:sz w:val="24"/>
          <w:szCs w:val="24"/>
        </w:rPr>
        <w:t>High Haven</w:t>
      </w:r>
      <w:r w:rsidRPr="00C9454D">
        <w:rPr>
          <w:sz w:val="24"/>
          <w:szCs w:val="24"/>
        </w:rPr>
        <w:t xml:space="preserve"> were filled with life, with love, with </w:t>
      </w:r>
      <w:r w:rsidRPr="00C9454D">
        <w:rPr>
          <w:i/>
          <w:iCs/>
          <w:sz w:val="24"/>
          <w:szCs w:val="24"/>
        </w:rPr>
        <w:t>family</w:t>
      </w:r>
      <w:r w:rsidRPr="00C9454D">
        <w:rPr>
          <w:sz w:val="24"/>
          <w:szCs w:val="24"/>
        </w:rPr>
        <w:t>.</w:t>
      </w:r>
    </w:p>
    <w:p w14:paraId="2DBE8F85" w14:textId="77777777" w:rsidR="00B409D2" w:rsidRPr="00C9454D" w:rsidRDefault="00B409D2" w:rsidP="00C9454D">
      <w:pPr>
        <w:rPr>
          <w:sz w:val="24"/>
          <w:szCs w:val="24"/>
        </w:rPr>
      </w:pPr>
      <w:r w:rsidRPr="00C9454D">
        <w:rPr>
          <w:sz w:val="24"/>
          <w:szCs w:val="24"/>
        </w:rPr>
        <w:t>No one knew it would be the last.</w:t>
      </w:r>
    </w:p>
    <w:p w14:paraId="0294B9BC" w14:textId="77777777" w:rsidR="00B409D2" w:rsidRPr="00C9454D" w:rsidRDefault="00FE197F" w:rsidP="00C9454D">
      <w:pPr>
        <w:rPr>
          <w:sz w:val="24"/>
          <w:szCs w:val="24"/>
        </w:rPr>
      </w:pPr>
      <w:r>
        <w:rPr>
          <w:noProof/>
          <w:sz w:val="24"/>
          <w:szCs w:val="24"/>
        </w:rPr>
      </w:r>
      <w:r w:rsidR="00FE197F">
        <w:rPr>
          <w:noProof/>
          <w:sz w:val="24"/>
          <w:szCs w:val="24"/>
        </w:rPr>
        <w:pict w14:anchorId="11C9817D">
          <v:rect id="_x0000_i1178" style="width:0;height:1.5pt" o:hralign="center" o:hrstd="t" o:hr="t" fillcolor="#a0a0a0" stroked="f"/>
        </w:pict>
      </w:r>
    </w:p>
    <w:p w14:paraId="1EA621AA" w14:textId="77777777" w:rsidR="00B409D2" w:rsidRPr="00C9454D" w:rsidRDefault="00B409D2" w:rsidP="00C9454D">
      <w:pPr>
        <w:pStyle w:val="Heading2"/>
        <w:rPr>
          <w:sz w:val="24"/>
          <w:szCs w:val="24"/>
        </w:rPr>
      </w:pPr>
      <w:r w:rsidRPr="00C9454D">
        <w:rPr>
          <w:sz w:val="24"/>
          <w:szCs w:val="24"/>
        </w:rPr>
        <w:t>The Farewell</w:t>
      </w:r>
    </w:p>
    <w:p w14:paraId="35C48CCD" w14:textId="77777777" w:rsidR="008820DC" w:rsidRPr="00C9454D" w:rsidRDefault="008820DC" w:rsidP="00C9454D">
      <w:pPr>
        <w:rPr>
          <w:sz w:val="24"/>
          <w:szCs w:val="24"/>
        </w:rPr>
      </w:pPr>
    </w:p>
    <w:p w14:paraId="66662B5C" w14:textId="6E33C906" w:rsidR="00B409D2" w:rsidRPr="00C9454D" w:rsidRDefault="00B409D2" w:rsidP="00C9454D">
      <w:pPr>
        <w:rPr>
          <w:sz w:val="24"/>
          <w:szCs w:val="24"/>
        </w:rPr>
      </w:pPr>
      <w:r w:rsidRPr="00C9454D">
        <w:rPr>
          <w:sz w:val="24"/>
          <w:szCs w:val="24"/>
        </w:rPr>
        <w:t xml:space="preserve">That night, when the </w:t>
      </w:r>
      <w:r w:rsidR="0084509E" w:rsidRPr="00C9454D">
        <w:rPr>
          <w:sz w:val="24"/>
          <w:szCs w:val="24"/>
        </w:rPr>
        <w:t>manor</w:t>
      </w:r>
      <w:r w:rsidRPr="00C9454D">
        <w:rPr>
          <w:sz w:val="24"/>
          <w:szCs w:val="24"/>
        </w:rPr>
        <w:t xml:space="preserve"> had grown quiet, Guy sat besi</w:t>
      </w:r>
      <w:r w:rsidR="00DD1FF5" w:rsidRPr="00C9454D">
        <w:rPr>
          <w:sz w:val="24"/>
          <w:szCs w:val="24"/>
        </w:rPr>
        <w:t xml:space="preserve">de </w:t>
      </w:r>
      <w:r w:rsidRPr="00C9454D">
        <w:rPr>
          <w:sz w:val="24"/>
          <w:szCs w:val="24"/>
        </w:rPr>
        <w:t>the fire, his hand in Abilene’s.</w:t>
      </w:r>
    </w:p>
    <w:p w14:paraId="789A4687" w14:textId="77777777" w:rsidR="00B409D2" w:rsidRPr="00C9454D" w:rsidRDefault="00B409D2" w:rsidP="00C9454D">
      <w:pPr>
        <w:rPr>
          <w:sz w:val="24"/>
          <w:szCs w:val="24"/>
        </w:rPr>
      </w:pPr>
      <w:r w:rsidRPr="00C9454D">
        <w:rPr>
          <w:sz w:val="24"/>
          <w:szCs w:val="24"/>
        </w:rPr>
        <w:t>He seemed at peace, a man who had lived and loved fully.</w:t>
      </w:r>
    </w:p>
    <w:p w14:paraId="5190AEA4" w14:textId="385CC025" w:rsidR="00B409D2" w:rsidRPr="00C9454D" w:rsidRDefault="00B409D2" w:rsidP="00C9454D">
      <w:pPr>
        <w:rPr>
          <w:sz w:val="24"/>
          <w:szCs w:val="24"/>
        </w:rPr>
      </w:pPr>
      <w:r w:rsidRPr="00C9454D">
        <w:rPr>
          <w:sz w:val="24"/>
          <w:szCs w:val="24"/>
        </w:rPr>
        <w:t>Then, after a long silence, he reached insi</w:t>
      </w:r>
      <w:r w:rsidR="00DD1FF5" w:rsidRPr="00C9454D">
        <w:rPr>
          <w:sz w:val="24"/>
          <w:szCs w:val="24"/>
        </w:rPr>
        <w:t xml:space="preserve">de </w:t>
      </w:r>
      <w:r w:rsidRPr="00C9454D">
        <w:rPr>
          <w:sz w:val="24"/>
          <w:szCs w:val="24"/>
        </w:rPr>
        <w:t>his tunic and pulled out a small, well-worn tin.</w:t>
      </w:r>
    </w:p>
    <w:p w14:paraId="36889E53" w14:textId="77777777" w:rsidR="00B409D2" w:rsidRPr="00C9454D" w:rsidRDefault="00B409D2" w:rsidP="00C9454D">
      <w:pPr>
        <w:rPr>
          <w:sz w:val="24"/>
          <w:szCs w:val="24"/>
        </w:rPr>
      </w:pPr>
      <w:r w:rsidRPr="00C9454D">
        <w:rPr>
          <w:sz w:val="24"/>
          <w:szCs w:val="24"/>
        </w:rPr>
        <w:t>Abilene frowned as he placed it in her hands. "What is this?"</w:t>
      </w:r>
    </w:p>
    <w:p w14:paraId="322E9A57" w14:textId="77777777" w:rsidR="00B409D2" w:rsidRPr="00C9454D" w:rsidRDefault="00B409D2" w:rsidP="00C9454D">
      <w:pPr>
        <w:rPr>
          <w:sz w:val="24"/>
          <w:szCs w:val="24"/>
        </w:rPr>
      </w:pPr>
      <w:r w:rsidRPr="00C9454D">
        <w:rPr>
          <w:sz w:val="24"/>
          <w:szCs w:val="24"/>
        </w:rPr>
        <w:t>He gave her a small, knowing smile. "Open it."</w:t>
      </w:r>
    </w:p>
    <w:p w14:paraId="40E3BA52" w14:textId="77777777" w:rsidR="00B409D2" w:rsidRPr="00C9454D" w:rsidRDefault="00B409D2" w:rsidP="00C9454D">
      <w:pPr>
        <w:rPr>
          <w:sz w:val="24"/>
          <w:szCs w:val="24"/>
        </w:rPr>
      </w:pPr>
      <w:r w:rsidRPr="00C9454D">
        <w:rPr>
          <w:sz w:val="24"/>
          <w:szCs w:val="24"/>
        </w:rPr>
        <w:t>With careful fingers, she pried it open, revealing a single folded parchment—aged, fragile from years of being carried so close to his heart.</w:t>
      </w:r>
    </w:p>
    <w:p w14:paraId="7B6FB6E6" w14:textId="77777777" w:rsidR="00B409D2" w:rsidRPr="00C9454D" w:rsidRDefault="00B409D2" w:rsidP="00C9454D">
      <w:pPr>
        <w:rPr>
          <w:sz w:val="24"/>
          <w:szCs w:val="24"/>
        </w:rPr>
      </w:pPr>
      <w:r w:rsidRPr="00C9454D">
        <w:rPr>
          <w:sz w:val="24"/>
          <w:szCs w:val="24"/>
        </w:rPr>
        <w:t>She recognized it immediately.</w:t>
      </w:r>
    </w:p>
    <w:p w14:paraId="07C890F7" w14:textId="77777777" w:rsidR="00B409D2" w:rsidRPr="00C9454D" w:rsidRDefault="00B409D2" w:rsidP="00C9454D">
      <w:pPr>
        <w:rPr>
          <w:sz w:val="24"/>
          <w:szCs w:val="24"/>
        </w:rPr>
      </w:pPr>
      <w:r w:rsidRPr="00C9454D">
        <w:rPr>
          <w:sz w:val="24"/>
          <w:szCs w:val="24"/>
        </w:rPr>
        <w:t xml:space="preserve">It was the first note she had ever brought him from </w:t>
      </w:r>
      <w:proofErr w:type="spellStart"/>
      <w:r w:rsidRPr="00C9454D">
        <w:rPr>
          <w:sz w:val="24"/>
          <w:szCs w:val="24"/>
        </w:rPr>
        <w:t>Barham</w:t>
      </w:r>
      <w:proofErr w:type="spellEnd"/>
      <w:r w:rsidRPr="00C9454D">
        <w:rPr>
          <w:sz w:val="24"/>
          <w:szCs w:val="24"/>
        </w:rPr>
        <w:t xml:space="preserve"> Court, all those years ago. The note that had begun </w:t>
      </w:r>
      <w:r w:rsidRPr="00C9454D">
        <w:rPr>
          <w:i/>
          <w:iCs/>
          <w:sz w:val="24"/>
          <w:szCs w:val="24"/>
        </w:rPr>
        <w:t>everything</w:t>
      </w:r>
      <w:r w:rsidRPr="00C9454D">
        <w:rPr>
          <w:sz w:val="24"/>
          <w:szCs w:val="24"/>
        </w:rPr>
        <w:t>.</w:t>
      </w:r>
    </w:p>
    <w:p w14:paraId="346E0D80" w14:textId="77777777" w:rsidR="00B409D2" w:rsidRPr="00C9454D" w:rsidRDefault="00B409D2" w:rsidP="00C9454D">
      <w:pPr>
        <w:rPr>
          <w:sz w:val="24"/>
          <w:szCs w:val="24"/>
        </w:rPr>
      </w:pPr>
      <w:r w:rsidRPr="00C9454D">
        <w:rPr>
          <w:sz w:val="24"/>
          <w:szCs w:val="24"/>
        </w:rPr>
        <w:t>Tears welled in her eyes as she traced the ink, her own handwriting faded but still there. "You… kept this?"</w:t>
      </w:r>
    </w:p>
    <w:p w14:paraId="7D08C30F" w14:textId="77777777" w:rsidR="00B409D2" w:rsidRPr="00C9454D" w:rsidRDefault="00B409D2" w:rsidP="00C9454D">
      <w:pPr>
        <w:rPr>
          <w:sz w:val="24"/>
          <w:szCs w:val="24"/>
        </w:rPr>
      </w:pPr>
      <w:r w:rsidRPr="00C9454D">
        <w:rPr>
          <w:sz w:val="24"/>
          <w:szCs w:val="24"/>
        </w:rPr>
        <w:t>"Always," he whispered. "Through every battle, every journey. It was my reminder of the moment my life changed forever."</w:t>
      </w:r>
    </w:p>
    <w:p w14:paraId="5430154D" w14:textId="77777777" w:rsidR="00B409D2" w:rsidRPr="00C9454D" w:rsidRDefault="00B409D2" w:rsidP="00C9454D">
      <w:pPr>
        <w:rPr>
          <w:sz w:val="24"/>
          <w:szCs w:val="24"/>
        </w:rPr>
      </w:pPr>
      <w:r w:rsidRPr="00C9454D">
        <w:rPr>
          <w:sz w:val="24"/>
          <w:szCs w:val="24"/>
        </w:rPr>
        <w:t>Abilene pressed it to her chest, emotion choking her. "Oh, Guy…"</w:t>
      </w:r>
    </w:p>
    <w:p w14:paraId="53AE18BE" w14:textId="1D06C754" w:rsidR="00B409D2" w:rsidRPr="00C9454D" w:rsidRDefault="00B409D2" w:rsidP="00C9454D">
      <w:pPr>
        <w:rPr>
          <w:sz w:val="24"/>
          <w:szCs w:val="24"/>
        </w:rPr>
      </w:pPr>
      <w:r w:rsidRPr="00C9454D">
        <w:rPr>
          <w:sz w:val="24"/>
          <w:szCs w:val="24"/>
        </w:rPr>
        <w:t>He cupped her cheek, his thumb brushing away her tears. "I have loved you every day, Abilene. Every single day</w:t>
      </w:r>
      <w:r w:rsidR="006909B6" w:rsidRPr="00C9454D">
        <w:rPr>
          <w:sz w:val="24"/>
          <w:szCs w:val="24"/>
        </w:rPr>
        <w:t xml:space="preserve"> from</w:t>
      </w:r>
      <w:r w:rsidR="00FD3826" w:rsidRPr="00C9454D">
        <w:rPr>
          <w:sz w:val="24"/>
          <w:szCs w:val="24"/>
        </w:rPr>
        <w:t xml:space="preserve"> the start</w:t>
      </w:r>
      <w:r w:rsidRPr="00C9454D">
        <w:rPr>
          <w:sz w:val="24"/>
          <w:szCs w:val="24"/>
        </w:rPr>
        <w:t>."</w:t>
      </w:r>
    </w:p>
    <w:p w14:paraId="58F80ED5" w14:textId="77777777" w:rsidR="00B409D2" w:rsidRPr="00C9454D" w:rsidRDefault="00B409D2" w:rsidP="00C9454D">
      <w:pPr>
        <w:rPr>
          <w:sz w:val="24"/>
          <w:szCs w:val="24"/>
        </w:rPr>
      </w:pPr>
      <w:r w:rsidRPr="00C9454D">
        <w:rPr>
          <w:sz w:val="24"/>
          <w:szCs w:val="24"/>
        </w:rPr>
        <w:t>She kissed him then, slow and deep, as if she could pour all the years, all the love, all the moments they had shared into that one embrace.</w:t>
      </w:r>
    </w:p>
    <w:p w14:paraId="3F5DEB1A" w14:textId="25A7B4B8" w:rsidR="00B409D2" w:rsidRPr="00C9454D" w:rsidRDefault="00B409D2" w:rsidP="00C9454D">
      <w:pPr>
        <w:rPr>
          <w:sz w:val="24"/>
          <w:szCs w:val="24"/>
        </w:rPr>
      </w:pPr>
      <w:r w:rsidRPr="00C9454D">
        <w:rPr>
          <w:sz w:val="24"/>
          <w:szCs w:val="24"/>
        </w:rPr>
        <w:t xml:space="preserve">And as they lay together, wrapped in warmth and memory, 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—warrior, husband, father, legend—took one last breath.</w:t>
      </w:r>
    </w:p>
    <w:p w14:paraId="1111299A" w14:textId="77777777" w:rsidR="00B409D2" w:rsidRPr="00C9454D" w:rsidRDefault="00B409D2" w:rsidP="00C9454D">
      <w:pPr>
        <w:rPr>
          <w:sz w:val="24"/>
          <w:szCs w:val="24"/>
        </w:rPr>
      </w:pPr>
      <w:r w:rsidRPr="00C9454D">
        <w:rPr>
          <w:sz w:val="24"/>
          <w:szCs w:val="24"/>
        </w:rPr>
        <w:t>And did not take another.</w:t>
      </w:r>
    </w:p>
    <w:p w14:paraId="5A75B4A9" w14:textId="77777777" w:rsidR="00B409D2" w:rsidRPr="00C9454D" w:rsidRDefault="00FE197F" w:rsidP="00C9454D">
      <w:pPr>
        <w:rPr>
          <w:sz w:val="24"/>
          <w:szCs w:val="24"/>
        </w:rPr>
      </w:pPr>
      <w:r>
        <w:rPr>
          <w:noProof/>
          <w:sz w:val="24"/>
          <w:szCs w:val="24"/>
        </w:rPr>
      </w:r>
      <w:r w:rsidR="00FE197F">
        <w:rPr>
          <w:noProof/>
          <w:sz w:val="24"/>
          <w:szCs w:val="24"/>
        </w:rPr>
        <w:pict w14:anchorId="7A79466A">
          <v:rect id="_x0000_i1179" style="width:0;height:1.5pt" o:hralign="center" o:hrstd="t" o:hr="t" fillcolor="#a0a0a0" stroked="f"/>
        </w:pict>
      </w:r>
    </w:p>
    <w:p w14:paraId="70A0AEAD" w14:textId="77777777" w:rsidR="00B409D2" w:rsidRPr="00C9454D" w:rsidRDefault="00B409D2" w:rsidP="00C9454D">
      <w:pPr>
        <w:pStyle w:val="Heading2"/>
        <w:rPr>
          <w:sz w:val="24"/>
          <w:szCs w:val="24"/>
        </w:rPr>
      </w:pPr>
      <w:r w:rsidRPr="00C9454D">
        <w:rPr>
          <w:sz w:val="24"/>
          <w:szCs w:val="24"/>
        </w:rPr>
        <w:t>The Morning After</w:t>
      </w:r>
    </w:p>
    <w:p w14:paraId="3B0C25F2" w14:textId="77777777" w:rsidR="008820DC" w:rsidRPr="00C9454D" w:rsidRDefault="008820DC" w:rsidP="00C9454D">
      <w:pPr>
        <w:rPr>
          <w:sz w:val="24"/>
          <w:szCs w:val="24"/>
        </w:rPr>
      </w:pPr>
    </w:p>
    <w:p w14:paraId="5F5A29A4" w14:textId="65BA24F3" w:rsidR="00B409D2" w:rsidRPr="00C9454D" w:rsidRDefault="00B409D2" w:rsidP="00C9454D">
      <w:pPr>
        <w:rPr>
          <w:sz w:val="24"/>
          <w:szCs w:val="24"/>
        </w:rPr>
      </w:pPr>
      <w:r w:rsidRPr="00C9454D">
        <w:rPr>
          <w:sz w:val="24"/>
          <w:szCs w:val="24"/>
        </w:rPr>
        <w:t xml:space="preserve">When the sun rose, </w:t>
      </w:r>
      <w:r w:rsidR="00522C4D" w:rsidRPr="00C9454D">
        <w:rPr>
          <w:sz w:val="24"/>
          <w:szCs w:val="24"/>
        </w:rPr>
        <w:t>High Haven</w:t>
      </w:r>
      <w:r w:rsidRPr="00C9454D">
        <w:rPr>
          <w:sz w:val="24"/>
          <w:szCs w:val="24"/>
        </w:rPr>
        <w:t xml:space="preserve"> was silent.</w:t>
      </w:r>
    </w:p>
    <w:p w14:paraId="20FC7017" w14:textId="77777777" w:rsidR="00B409D2" w:rsidRPr="00C9454D" w:rsidRDefault="00B409D2" w:rsidP="00C9454D">
      <w:pPr>
        <w:rPr>
          <w:sz w:val="24"/>
          <w:szCs w:val="24"/>
        </w:rPr>
      </w:pPr>
      <w:r w:rsidRPr="00C9454D">
        <w:rPr>
          <w:sz w:val="24"/>
          <w:szCs w:val="24"/>
        </w:rPr>
        <w:t>John Marshall found them first, his father’s hand still entwined with Abilene’s, his expression peaceful, as if he had merely drifted into sleep.</w:t>
      </w:r>
    </w:p>
    <w:p w14:paraId="0F64F155" w14:textId="77777777" w:rsidR="00B409D2" w:rsidRPr="00C9454D" w:rsidRDefault="00B409D2" w:rsidP="00C9454D">
      <w:pPr>
        <w:rPr>
          <w:sz w:val="24"/>
          <w:szCs w:val="24"/>
        </w:rPr>
      </w:pPr>
      <w:r w:rsidRPr="00C9454D">
        <w:rPr>
          <w:sz w:val="24"/>
          <w:szCs w:val="24"/>
        </w:rPr>
        <w:t>Helena wept quietly, holding onto her mother as the reality of it settled like a heavy cloak.</w:t>
      </w:r>
    </w:p>
    <w:p w14:paraId="2E8B0E97" w14:textId="22CB19A4" w:rsidR="00B409D2" w:rsidRPr="00C9454D" w:rsidRDefault="00B409D2" w:rsidP="00C9454D">
      <w:pPr>
        <w:rPr>
          <w:sz w:val="24"/>
          <w:szCs w:val="24"/>
        </w:rPr>
      </w:pPr>
      <w:r w:rsidRPr="00C9454D">
        <w:rPr>
          <w:sz w:val="24"/>
          <w:szCs w:val="24"/>
        </w:rPr>
        <w:t>Abilene sat besi</w:t>
      </w:r>
      <w:r w:rsidR="00DD1FF5" w:rsidRPr="00C9454D">
        <w:rPr>
          <w:sz w:val="24"/>
          <w:szCs w:val="24"/>
        </w:rPr>
        <w:t xml:space="preserve">de </w:t>
      </w:r>
      <w:r w:rsidRPr="00C9454D">
        <w:rPr>
          <w:sz w:val="24"/>
          <w:szCs w:val="24"/>
        </w:rPr>
        <w:t>him, holding his hand, her heart broken but full.</w:t>
      </w:r>
    </w:p>
    <w:p w14:paraId="27BB7FFD" w14:textId="77777777" w:rsidR="00B409D2" w:rsidRPr="00C9454D" w:rsidRDefault="00B409D2" w:rsidP="00C9454D">
      <w:pPr>
        <w:rPr>
          <w:sz w:val="24"/>
          <w:szCs w:val="24"/>
        </w:rPr>
      </w:pPr>
      <w:r w:rsidRPr="00C9454D">
        <w:rPr>
          <w:sz w:val="24"/>
          <w:szCs w:val="24"/>
        </w:rPr>
        <w:t>For he had left her not in sorrow, not in pain, but in the quiet aftermath of the best day of his life.</w:t>
      </w:r>
    </w:p>
    <w:p w14:paraId="5F29CB2D" w14:textId="77777777" w:rsidR="00B409D2" w:rsidRPr="00C9454D" w:rsidRDefault="00FE197F" w:rsidP="00C9454D">
      <w:pPr>
        <w:rPr>
          <w:sz w:val="24"/>
          <w:szCs w:val="24"/>
        </w:rPr>
      </w:pPr>
      <w:r>
        <w:rPr>
          <w:noProof/>
          <w:sz w:val="24"/>
          <w:szCs w:val="24"/>
        </w:rPr>
      </w:r>
      <w:r w:rsidR="00FE197F">
        <w:rPr>
          <w:noProof/>
          <w:sz w:val="24"/>
          <w:szCs w:val="24"/>
        </w:rPr>
        <w:pict w14:anchorId="198F3E95">
          <v:rect id="_x0000_i1180" style="width:0;height:1.5pt" o:hralign="center" o:hrstd="t" o:hr="t" fillcolor="#a0a0a0" stroked="f"/>
        </w:pict>
      </w:r>
    </w:p>
    <w:p w14:paraId="61645503" w14:textId="77777777" w:rsidR="00B409D2" w:rsidRPr="00C9454D" w:rsidRDefault="00B409D2" w:rsidP="00C9454D">
      <w:pPr>
        <w:pStyle w:val="Heading2"/>
        <w:rPr>
          <w:sz w:val="24"/>
          <w:szCs w:val="24"/>
        </w:rPr>
      </w:pPr>
      <w:r w:rsidRPr="00C9454D">
        <w:rPr>
          <w:sz w:val="24"/>
          <w:szCs w:val="24"/>
        </w:rPr>
        <w:t>A Life Well Lived, A Love That Endures</w:t>
      </w:r>
    </w:p>
    <w:p w14:paraId="0B7E6F0A" w14:textId="77777777" w:rsidR="008820DC" w:rsidRPr="00C9454D" w:rsidRDefault="008820DC" w:rsidP="00C9454D">
      <w:pPr>
        <w:rPr>
          <w:sz w:val="24"/>
          <w:szCs w:val="24"/>
        </w:rPr>
      </w:pPr>
    </w:p>
    <w:p w14:paraId="611E41DC" w14:textId="6B65675E" w:rsidR="00B409D2" w:rsidRPr="00C9454D" w:rsidRDefault="00B409D2"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w:t>
      </w:r>
      <w:proofErr w:type="spellEnd"/>
      <w:r w:rsidRPr="00C9454D">
        <w:rPr>
          <w:sz w:val="24"/>
          <w:szCs w:val="24"/>
        </w:rPr>
        <w:t xml:space="preserve"> was laid to rest in the orchard beneath the old oak tree, where he had spent countless hours watching his children grow.</w:t>
      </w:r>
    </w:p>
    <w:p w14:paraId="60D172BB" w14:textId="4CD235FD" w:rsidR="00B409D2" w:rsidRPr="00C9454D" w:rsidRDefault="00B409D2" w:rsidP="00C9454D">
      <w:pPr>
        <w:rPr>
          <w:sz w:val="24"/>
          <w:szCs w:val="24"/>
        </w:rPr>
      </w:pPr>
      <w:r w:rsidRPr="00C9454D">
        <w:rPr>
          <w:sz w:val="24"/>
          <w:szCs w:val="24"/>
        </w:rPr>
        <w:t>The tin</w:t>
      </w:r>
      <w:r w:rsidR="0068385B" w:rsidRPr="00C9454D">
        <w:rPr>
          <w:sz w:val="24"/>
          <w:szCs w:val="24"/>
        </w:rPr>
        <w:t xml:space="preserve"> to her heart</w:t>
      </w:r>
      <w:r w:rsidRPr="00C9454D">
        <w:rPr>
          <w:sz w:val="24"/>
          <w:szCs w:val="24"/>
        </w:rPr>
        <w:t>, with the note that had bound their souls together—</w:t>
      </w:r>
      <w:r w:rsidR="009630D6" w:rsidRPr="00C9454D">
        <w:rPr>
          <w:sz w:val="24"/>
          <w:szCs w:val="24"/>
        </w:rPr>
        <w:t xml:space="preserve">was </w:t>
      </w:r>
      <w:r w:rsidRPr="00C9454D">
        <w:rPr>
          <w:sz w:val="24"/>
          <w:szCs w:val="24"/>
        </w:rPr>
        <w:t xml:space="preserve">one final keepsake of the love that had shaped </w:t>
      </w:r>
      <w:r w:rsidR="00102534" w:rsidRPr="00C9454D">
        <w:rPr>
          <w:sz w:val="24"/>
          <w:szCs w:val="24"/>
        </w:rPr>
        <w:t xml:space="preserve">their </w:t>
      </w:r>
      <w:r w:rsidRPr="00C9454D">
        <w:rPr>
          <w:sz w:val="24"/>
          <w:szCs w:val="24"/>
        </w:rPr>
        <w:t>life.</w:t>
      </w:r>
    </w:p>
    <w:p w14:paraId="5E2B59A8" w14:textId="77777777" w:rsidR="00B409D2" w:rsidRPr="00C9454D" w:rsidRDefault="00B409D2" w:rsidP="00C9454D">
      <w:pPr>
        <w:rPr>
          <w:sz w:val="24"/>
          <w:szCs w:val="24"/>
        </w:rPr>
      </w:pPr>
      <w:r w:rsidRPr="00C9454D">
        <w:rPr>
          <w:sz w:val="24"/>
          <w:szCs w:val="24"/>
        </w:rPr>
        <w:t>And though Abilene’s heart ached with loss, she knew—he was not truly gone.</w:t>
      </w:r>
    </w:p>
    <w:p w14:paraId="401B672F" w14:textId="72C9327B" w:rsidR="00B409D2" w:rsidRPr="00C9454D" w:rsidRDefault="00B409D2" w:rsidP="00C9454D">
      <w:pPr>
        <w:rPr>
          <w:sz w:val="24"/>
          <w:szCs w:val="24"/>
        </w:rPr>
      </w:pPr>
      <w:r w:rsidRPr="00C9454D">
        <w:rPr>
          <w:sz w:val="24"/>
          <w:szCs w:val="24"/>
        </w:rPr>
        <w:t xml:space="preserve">He was in the laughter of their grandchildren. In the strength of John Marshall’s leadership. In the love Helena carried in her heart. In the walls of </w:t>
      </w:r>
      <w:r w:rsidR="00522C4D" w:rsidRPr="00C9454D">
        <w:rPr>
          <w:sz w:val="24"/>
          <w:szCs w:val="24"/>
        </w:rPr>
        <w:t>High Haven</w:t>
      </w:r>
      <w:r w:rsidRPr="00C9454D">
        <w:rPr>
          <w:sz w:val="24"/>
          <w:szCs w:val="24"/>
        </w:rPr>
        <w:t>, in the whispers of the wind through the trees, in every sunset that cast golden light upon the land they had built together.</w:t>
      </w:r>
      <w:r w:rsidR="00CC553C" w:rsidRPr="00C9454D">
        <w:rPr>
          <w:sz w:val="24"/>
          <w:szCs w:val="24"/>
        </w:rPr>
        <w:t xml:space="preserve"> In </w:t>
      </w:r>
      <w:proofErr w:type="spellStart"/>
      <w:r w:rsidR="007E1E1E">
        <w:rPr>
          <w:sz w:val="24"/>
          <w:szCs w:val="24"/>
        </w:rPr>
        <w:t>Yahuah</w:t>
      </w:r>
      <w:r w:rsidR="00CC553C" w:rsidRPr="00C9454D">
        <w:rPr>
          <w:sz w:val="24"/>
          <w:szCs w:val="24"/>
        </w:rPr>
        <w:t>’s</w:t>
      </w:r>
      <w:proofErr w:type="spellEnd"/>
      <w:r w:rsidR="00CC553C" w:rsidRPr="00C9454D">
        <w:rPr>
          <w:sz w:val="24"/>
          <w:szCs w:val="24"/>
        </w:rPr>
        <w:t xml:space="preserve"> memory</w:t>
      </w:r>
      <w:r w:rsidR="00D56AA2" w:rsidRPr="00C9454D">
        <w:rPr>
          <w:sz w:val="24"/>
          <w:szCs w:val="24"/>
        </w:rPr>
        <w:t>.</w:t>
      </w:r>
    </w:p>
    <w:p w14:paraId="76525827" w14:textId="364472E0" w:rsidR="00B409D2" w:rsidRPr="00C9454D" w:rsidRDefault="00B409D2" w:rsidP="00C9454D">
      <w:pPr>
        <w:rPr>
          <w:sz w:val="24"/>
          <w:szCs w:val="24"/>
        </w:rPr>
      </w:pPr>
      <w:r w:rsidRPr="00C9454D">
        <w:rPr>
          <w:sz w:val="24"/>
          <w:szCs w:val="24"/>
        </w:rPr>
        <w:t xml:space="preserve">And as she stood by his grave, watching the autumn leaves drift to the ground, she whispered, "Until the very last breath, my love. </w:t>
      </w:r>
      <w:r w:rsidR="008D6577" w:rsidRPr="00C9454D">
        <w:rPr>
          <w:sz w:val="24"/>
          <w:szCs w:val="24"/>
        </w:rPr>
        <w:t>Everlasting</w:t>
      </w:r>
      <w:r w:rsidRPr="00C9454D">
        <w:rPr>
          <w:sz w:val="24"/>
          <w:szCs w:val="24"/>
        </w:rPr>
        <w:t>."</w:t>
      </w:r>
    </w:p>
    <w:p w14:paraId="500CC774" w14:textId="77777777" w:rsidR="00B409D2" w:rsidRPr="00C9454D" w:rsidRDefault="00B409D2" w:rsidP="00C9454D">
      <w:pPr>
        <w:rPr>
          <w:sz w:val="24"/>
          <w:szCs w:val="24"/>
        </w:rPr>
      </w:pPr>
      <w:r w:rsidRPr="00C9454D">
        <w:rPr>
          <w:sz w:val="24"/>
          <w:szCs w:val="24"/>
        </w:rPr>
        <w:t>For some loves do not die.</w:t>
      </w:r>
    </w:p>
    <w:p w14:paraId="154C8D94" w14:textId="77777777" w:rsidR="00B409D2" w:rsidRPr="00C9454D" w:rsidRDefault="00B409D2" w:rsidP="00C9454D">
      <w:pPr>
        <w:rPr>
          <w:sz w:val="24"/>
          <w:szCs w:val="24"/>
        </w:rPr>
      </w:pPr>
      <w:r w:rsidRPr="00C9454D">
        <w:rPr>
          <w:sz w:val="24"/>
          <w:szCs w:val="24"/>
        </w:rPr>
        <w:t>They simply change form, waiting to be found again in another time, another world.</w:t>
      </w:r>
    </w:p>
    <w:p w14:paraId="130B3D54" w14:textId="04BFA284" w:rsidR="00B409D2" w:rsidRPr="00C9454D" w:rsidRDefault="00B409D2" w:rsidP="00C9454D">
      <w:pPr>
        <w:rPr>
          <w:sz w:val="24"/>
          <w:szCs w:val="24"/>
        </w:rPr>
      </w:pPr>
      <w:r w:rsidRPr="00C9454D">
        <w:rPr>
          <w:sz w:val="24"/>
          <w:szCs w:val="24"/>
        </w:rPr>
        <w:t xml:space="preserve">‘There is going to be a resurrection of both the righteous and the </w:t>
      </w:r>
      <w:r w:rsidR="00D56AA2" w:rsidRPr="00C9454D">
        <w:rPr>
          <w:sz w:val="24"/>
          <w:szCs w:val="24"/>
        </w:rPr>
        <w:t>unrighteous. ”Acts</w:t>
      </w:r>
      <w:r w:rsidRPr="00C9454D">
        <w:rPr>
          <w:sz w:val="24"/>
          <w:szCs w:val="24"/>
        </w:rPr>
        <w:t xml:space="preserve"> 24:15</w:t>
      </w:r>
    </w:p>
    <w:p w14:paraId="1F516EE7" w14:textId="77777777" w:rsidR="00C84C03" w:rsidRPr="00C9454D" w:rsidRDefault="00B409D2" w:rsidP="00C9454D">
      <w:pPr>
        <w:rPr>
          <w:sz w:val="24"/>
          <w:szCs w:val="24"/>
        </w:rPr>
      </w:pPr>
      <w:r w:rsidRPr="00C9454D">
        <w:rPr>
          <w:sz w:val="24"/>
          <w:szCs w:val="24"/>
        </w:rPr>
        <w:t>And he will wipe out every tear from their eyes, and death will be no more, neither will mourning nor outcry nor pain be anymore. The former things have passed away.” Re 21:3,4</w:t>
      </w:r>
    </w:p>
    <w:p w14:paraId="3748D0D4" w14:textId="77777777" w:rsidR="0058198B" w:rsidRPr="00C9454D" w:rsidRDefault="0058198B" w:rsidP="00C9454D">
      <w:pPr>
        <w:rPr>
          <w:sz w:val="24"/>
          <w:szCs w:val="24"/>
        </w:rPr>
      </w:pPr>
      <w:r w:rsidRPr="00C9454D">
        <w:rPr>
          <w:sz w:val="24"/>
          <w:szCs w:val="24"/>
        </w:rPr>
        <w:br w:type="page"/>
      </w:r>
    </w:p>
    <w:p w14:paraId="13D84141" w14:textId="6F68B233" w:rsidR="003229D2" w:rsidRPr="00C9454D" w:rsidRDefault="00FE197F" w:rsidP="00C9454D">
      <w:pPr>
        <w:rPr>
          <w:sz w:val="24"/>
          <w:szCs w:val="24"/>
        </w:rPr>
      </w:pPr>
      <w:r>
        <w:rPr>
          <w:noProof/>
          <w:sz w:val="24"/>
          <w:szCs w:val="24"/>
        </w:rPr>
      </w:r>
      <w:r w:rsidR="00FE197F">
        <w:rPr>
          <w:noProof/>
          <w:sz w:val="24"/>
          <w:szCs w:val="24"/>
        </w:rPr>
        <w:pict w14:anchorId="37B771AC">
          <v:rect id="_x0000_i1181" style="width:0;height:1.5pt" o:hralign="center" o:hrstd="t" o:hr="t" fillcolor="#a0a0a0" stroked="f"/>
        </w:pict>
      </w:r>
    </w:p>
    <w:p w14:paraId="2C12D583" w14:textId="77777777" w:rsidR="00091BDB" w:rsidRPr="00C9454D" w:rsidRDefault="00091BDB" w:rsidP="00C9454D">
      <w:pPr>
        <w:rPr>
          <w:sz w:val="24"/>
          <w:szCs w:val="24"/>
        </w:rPr>
      </w:pPr>
      <w:r w:rsidRPr="00C9454D">
        <w:rPr>
          <w:i/>
          <w:iCs/>
          <w:sz w:val="24"/>
          <w:szCs w:val="24"/>
        </w:rPr>
        <w:t>The Box with the Red Ribbon</w:t>
      </w:r>
    </w:p>
    <w:p w14:paraId="6995C1FA" w14:textId="77777777" w:rsidR="00091BDB" w:rsidRPr="00C9454D" w:rsidRDefault="00091BDB" w:rsidP="00C9454D">
      <w:pPr>
        <w:rPr>
          <w:sz w:val="24"/>
          <w:szCs w:val="24"/>
        </w:rPr>
      </w:pPr>
      <w:r w:rsidRPr="00C9454D">
        <w:rPr>
          <w:sz w:val="24"/>
          <w:szCs w:val="24"/>
        </w:rPr>
        <w:t>High Haven, a few days after Guy’s passing</w:t>
      </w:r>
    </w:p>
    <w:p w14:paraId="313F8749" w14:textId="77777777" w:rsidR="00091BDB" w:rsidRPr="00C9454D" w:rsidRDefault="00FE197F" w:rsidP="00C9454D">
      <w:pPr>
        <w:rPr>
          <w:sz w:val="24"/>
          <w:szCs w:val="24"/>
        </w:rPr>
      </w:pPr>
      <w:r>
        <w:rPr>
          <w:noProof/>
          <w:sz w:val="24"/>
          <w:szCs w:val="24"/>
        </w:rPr>
      </w:r>
      <w:r w:rsidR="00FE197F">
        <w:rPr>
          <w:noProof/>
          <w:sz w:val="24"/>
          <w:szCs w:val="24"/>
        </w:rPr>
        <w:pict w14:anchorId="09DA4E68">
          <v:rect id="_x0000_i1182" style="width:0;height:1.5pt" o:hralign="center" o:hrstd="t" o:hr="t" fillcolor="#a0a0a0" stroked="f"/>
        </w:pict>
      </w:r>
    </w:p>
    <w:p w14:paraId="6D35D1D6" w14:textId="77777777" w:rsidR="00091BDB" w:rsidRPr="00C9454D" w:rsidRDefault="00091BDB" w:rsidP="00C9454D">
      <w:pPr>
        <w:rPr>
          <w:sz w:val="24"/>
          <w:szCs w:val="24"/>
        </w:rPr>
      </w:pPr>
      <w:r w:rsidRPr="00C9454D">
        <w:rPr>
          <w:sz w:val="24"/>
          <w:szCs w:val="24"/>
        </w:rPr>
        <w:t>Abilene knew every sound in the stone bones of the estate.</w:t>
      </w:r>
      <w:r w:rsidRPr="00C9454D">
        <w:rPr>
          <w:sz w:val="24"/>
          <w:szCs w:val="24"/>
        </w:rPr>
        <w:br/>
        <w:t>Every creak in the gate. Every hoof that clattered over the outer path.</w:t>
      </w:r>
    </w:p>
    <w:p w14:paraId="44BFE22C" w14:textId="3AD29478" w:rsidR="00091BDB" w:rsidRPr="00C9454D" w:rsidRDefault="00091BDB" w:rsidP="00C9454D">
      <w:pPr>
        <w:rPr>
          <w:sz w:val="24"/>
          <w:szCs w:val="24"/>
        </w:rPr>
      </w:pPr>
      <w:r w:rsidRPr="00C9454D">
        <w:rPr>
          <w:sz w:val="24"/>
          <w:szCs w:val="24"/>
        </w:rPr>
        <w:t>But this one?</w:t>
      </w:r>
      <w:r w:rsidRPr="00C9454D">
        <w:rPr>
          <w:sz w:val="24"/>
          <w:szCs w:val="24"/>
        </w:rPr>
        <w:br/>
        <w:t>This one… ma</w:t>
      </w:r>
      <w:r w:rsidR="00DD1FF5" w:rsidRPr="00C9454D">
        <w:rPr>
          <w:sz w:val="24"/>
          <w:szCs w:val="24"/>
        </w:rPr>
        <w:t xml:space="preserve">de </w:t>
      </w:r>
      <w:r w:rsidRPr="00C9454D">
        <w:rPr>
          <w:sz w:val="24"/>
          <w:szCs w:val="24"/>
        </w:rPr>
        <w:t>her stomach twist.</w:t>
      </w:r>
    </w:p>
    <w:p w14:paraId="10548D53" w14:textId="77777777" w:rsidR="00091BDB" w:rsidRPr="00C9454D" w:rsidRDefault="00091BDB" w:rsidP="00C9454D">
      <w:pPr>
        <w:rPr>
          <w:sz w:val="24"/>
          <w:szCs w:val="24"/>
        </w:rPr>
      </w:pPr>
      <w:r w:rsidRPr="00C9454D">
        <w:rPr>
          <w:sz w:val="24"/>
          <w:szCs w:val="24"/>
        </w:rPr>
        <w:t>The rider was slow, and she could feel it in her chest before she saw him—</w:t>
      </w:r>
      <w:r w:rsidRPr="00C9454D">
        <w:rPr>
          <w:sz w:val="24"/>
          <w:szCs w:val="24"/>
        </w:rPr>
        <w:br/>
        <w:t>whatever he carried, it wasn’t meant for anyone else.</w:t>
      </w:r>
    </w:p>
    <w:p w14:paraId="16BE6CBE" w14:textId="77777777" w:rsidR="00091BDB" w:rsidRPr="00C9454D" w:rsidRDefault="00FE197F" w:rsidP="00C9454D">
      <w:pPr>
        <w:rPr>
          <w:sz w:val="24"/>
          <w:szCs w:val="24"/>
        </w:rPr>
      </w:pPr>
      <w:r>
        <w:rPr>
          <w:noProof/>
          <w:sz w:val="24"/>
          <w:szCs w:val="24"/>
        </w:rPr>
      </w:r>
      <w:r w:rsidR="00FE197F">
        <w:rPr>
          <w:noProof/>
          <w:sz w:val="24"/>
          <w:szCs w:val="24"/>
        </w:rPr>
        <w:pict w14:anchorId="16FEAEB2">
          <v:rect id="_x0000_i1183" style="width:0;height:1.5pt" o:hralign="center" o:hrstd="t" o:hr="t" fillcolor="#a0a0a0" stroked="f"/>
        </w:pict>
      </w:r>
    </w:p>
    <w:p w14:paraId="225E625B" w14:textId="77777777" w:rsidR="00091BDB" w:rsidRPr="00C9454D" w:rsidRDefault="00091BDB" w:rsidP="00C9454D">
      <w:pPr>
        <w:rPr>
          <w:sz w:val="24"/>
          <w:szCs w:val="24"/>
        </w:rPr>
      </w:pPr>
      <w:r w:rsidRPr="00C9454D">
        <w:rPr>
          <w:sz w:val="24"/>
          <w:szCs w:val="24"/>
        </w:rPr>
        <w:t>He was an older nobleman, elegant but road-worn.</w:t>
      </w:r>
      <w:r w:rsidRPr="00C9454D">
        <w:rPr>
          <w:sz w:val="24"/>
          <w:szCs w:val="24"/>
        </w:rPr>
        <w:br/>
        <w:t>When he dismounted, his joints protested, and Abilene thought for a moment—</w:t>
      </w:r>
      <w:r w:rsidRPr="00C9454D">
        <w:rPr>
          <w:sz w:val="24"/>
          <w:szCs w:val="24"/>
        </w:rPr>
        <w:br/>
      </w:r>
      <w:r w:rsidRPr="00C9454D">
        <w:rPr>
          <w:i/>
          <w:iCs/>
          <w:sz w:val="24"/>
          <w:szCs w:val="24"/>
        </w:rPr>
        <w:t>“Maybe I’ll be grateful for his pace… in a moment.”</w:t>
      </w:r>
    </w:p>
    <w:p w14:paraId="19F012C7" w14:textId="77777777" w:rsidR="00091BDB" w:rsidRPr="00C9454D" w:rsidRDefault="00091BDB" w:rsidP="00C9454D">
      <w:pPr>
        <w:rPr>
          <w:sz w:val="24"/>
          <w:szCs w:val="24"/>
        </w:rPr>
      </w:pPr>
      <w:r w:rsidRPr="00C9454D">
        <w:rPr>
          <w:sz w:val="24"/>
          <w:szCs w:val="24"/>
        </w:rPr>
        <w:t>He bowed. Introduced himself softly:</w:t>
      </w:r>
    </w:p>
    <w:p w14:paraId="2A0D2E57" w14:textId="77777777" w:rsidR="00091BDB" w:rsidRPr="00C9454D" w:rsidRDefault="00091BDB" w:rsidP="00C9454D">
      <w:pPr>
        <w:rPr>
          <w:sz w:val="24"/>
          <w:szCs w:val="24"/>
        </w:rPr>
      </w:pPr>
      <w:r w:rsidRPr="00C9454D">
        <w:rPr>
          <w:sz w:val="24"/>
          <w:szCs w:val="24"/>
        </w:rPr>
        <w:t>“I am the Baron of Sandwich.</w:t>
      </w:r>
      <w:r w:rsidRPr="00C9454D">
        <w:rPr>
          <w:sz w:val="24"/>
          <w:szCs w:val="24"/>
        </w:rPr>
        <w:br/>
        <w:t>An old acquaintance of Sir Guy.</w:t>
      </w:r>
      <w:r w:rsidRPr="00C9454D">
        <w:rPr>
          <w:sz w:val="24"/>
          <w:szCs w:val="24"/>
        </w:rPr>
        <w:br/>
        <w:t xml:space="preserve">He once called you </w:t>
      </w:r>
      <w:r w:rsidRPr="00C9454D">
        <w:rPr>
          <w:i/>
          <w:iCs/>
          <w:sz w:val="24"/>
          <w:szCs w:val="24"/>
        </w:rPr>
        <w:t>‘the girl.’</w:t>
      </w:r>
      <w:r w:rsidRPr="00C9454D">
        <w:rPr>
          <w:sz w:val="24"/>
          <w:szCs w:val="24"/>
        </w:rPr>
        <w:br/>
        <w:t>You know—</w:t>
      </w:r>
      <w:r w:rsidRPr="00C9454D">
        <w:rPr>
          <w:i/>
          <w:iCs/>
          <w:sz w:val="24"/>
          <w:szCs w:val="24"/>
        </w:rPr>
        <w:t>The</w:t>
      </w:r>
      <w:r w:rsidRPr="00C9454D">
        <w:rPr>
          <w:sz w:val="24"/>
          <w:szCs w:val="24"/>
        </w:rPr>
        <w:t xml:space="preserve"> girl.”</w:t>
      </w:r>
    </w:p>
    <w:p w14:paraId="56B79579" w14:textId="77777777" w:rsidR="00091BDB" w:rsidRPr="00C9454D" w:rsidRDefault="00091BDB" w:rsidP="00C9454D">
      <w:pPr>
        <w:rPr>
          <w:sz w:val="24"/>
          <w:szCs w:val="24"/>
        </w:rPr>
      </w:pPr>
      <w:r w:rsidRPr="00C9454D">
        <w:rPr>
          <w:sz w:val="24"/>
          <w:szCs w:val="24"/>
        </w:rPr>
        <w:t>Abilene didn’t move.</w:t>
      </w:r>
      <w:r w:rsidRPr="00C9454D">
        <w:rPr>
          <w:sz w:val="24"/>
          <w:szCs w:val="24"/>
        </w:rPr>
        <w:br/>
        <w:t>She didn’t breathe.</w:t>
      </w:r>
      <w:r w:rsidRPr="00C9454D">
        <w:rPr>
          <w:sz w:val="24"/>
          <w:szCs w:val="24"/>
        </w:rPr>
        <w:br/>
        <w:t>The floor felt like it might swallow her if she leaned the wrong way.</w:t>
      </w:r>
    </w:p>
    <w:p w14:paraId="5BEE22F0" w14:textId="77777777" w:rsidR="00091BDB" w:rsidRPr="00C9454D" w:rsidRDefault="00091BDB" w:rsidP="00C9454D">
      <w:pPr>
        <w:rPr>
          <w:sz w:val="24"/>
          <w:szCs w:val="24"/>
        </w:rPr>
      </w:pPr>
      <w:r w:rsidRPr="00C9454D">
        <w:rPr>
          <w:sz w:val="24"/>
          <w:szCs w:val="24"/>
        </w:rPr>
        <w:t>The Baron reached into his satchel and pulled out a wooden box—</w:t>
      </w:r>
      <w:r w:rsidRPr="00C9454D">
        <w:rPr>
          <w:sz w:val="24"/>
          <w:szCs w:val="24"/>
        </w:rPr>
        <w:br/>
        <w:t>modest in size,</w:t>
      </w:r>
      <w:r w:rsidRPr="00C9454D">
        <w:rPr>
          <w:sz w:val="24"/>
          <w:szCs w:val="24"/>
        </w:rPr>
        <w:br/>
        <w:t xml:space="preserve">tied with a </w:t>
      </w:r>
      <w:r w:rsidRPr="00C9454D">
        <w:rPr>
          <w:i/>
          <w:iCs/>
          <w:sz w:val="24"/>
          <w:szCs w:val="24"/>
        </w:rPr>
        <w:t>red silk ribbon</w:t>
      </w:r>
      <w:r w:rsidRPr="00C9454D">
        <w:rPr>
          <w:sz w:val="24"/>
          <w:szCs w:val="24"/>
        </w:rPr>
        <w:t>,</w:t>
      </w:r>
      <w:r w:rsidRPr="00C9454D">
        <w:rPr>
          <w:sz w:val="24"/>
          <w:szCs w:val="24"/>
        </w:rPr>
        <w:br/>
        <w:t>and twice as heavy as it looked.</w:t>
      </w:r>
    </w:p>
    <w:p w14:paraId="248A4F90" w14:textId="0BD9516A" w:rsidR="001B0D44" w:rsidRPr="00C9454D" w:rsidRDefault="001B0D44" w:rsidP="00C9454D">
      <w:pPr>
        <w:rPr>
          <w:sz w:val="24"/>
          <w:szCs w:val="24"/>
        </w:rPr>
      </w:pPr>
      <w:r w:rsidRPr="00C9454D">
        <w:rPr>
          <w:sz w:val="24"/>
          <w:szCs w:val="24"/>
        </w:rPr>
        <w:t xml:space="preserve">It was </w:t>
      </w:r>
      <w:r w:rsidR="00073798" w:rsidRPr="00C9454D">
        <w:rPr>
          <w:sz w:val="24"/>
          <w:szCs w:val="24"/>
        </w:rPr>
        <w:t xml:space="preserve">THE box. THE red ribbon. </w:t>
      </w:r>
    </w:p>
    <w:p w14:paraId="59BF452D" w14:textId="77777777" w:rsidR="00091BDB" w:rsidRPr="00C9454D" w:rsidRDefault="00091BDB" w:rsidP="00C9454D">
      <w:pPr>
        <w:rPr>
          <w:sz w:val="24"/>
          <w:szCs w:val="24"/>
        </w:rPr>
      </w:pPr>
      <w:r w:rsidRPr="00C9454D">
        <w:rPr>
          <w:sz w:val="24"/>
          <w:szCs w:val="24"/>
        </w:rPr>
        <w:t>He held it gently in both hands.</w:t>
      </w:r>
    </w:p>
    <w:p w14:paraId="19CDB015" w14:textId="77777777" w:rsidR="00091BDB" w:rsidRPr="00C9454D" w:rsidRDefault="00091BDB" w:rsidP="00C9454D">
      <w:pPr>
        <w:rPr>
          <w:sz w:val="24"/>
          <w:szCs w:val="24"/>
        </w:rPr>
      </w:pPr>
      <w:r w:rsidRPr="00C9454D">
        <w:rPr>
          <w:sz w:val="24"/>
          <w:szCs w:val="24"/>
        </w:rPr>
        <w:t>“He asked me to deliver this… after his passing.”</w:t>
      </w:r>
    </w:p>
    <w:p w14:paraId="02E8DC37" w14:textId="77777777" w:rsidR="00091BDB" w:rsidRPr="00C9454D" w:rsidRDefault="00FE197F" w:rsidP="00C9454D">
      <w:pPr>
        <w:rPr>
          <w:sz w:val="24"/>
          <w:szCs w:val="24"/>
        </w:rPr>
      </w:pPr>
      <w:r>
        <w:rPr>
          <w:noProof/>
          <w:sz w:val="24"/>
          <w:szCs w:val="24"/>
        </w:rPr>
      </w:r>
      <w:r w:rsidR="00FE197F">
        <w:rPr>
          <w:noProof/>
          <w:sz w:val="24"/>
          <w:szCs w:val="24"/>
        </w:rPr>
        <w:pict w14:anchorId="43809E02">
          <v:rect id="_x0000_i1184" style="width:0;height:1.5pt" o:hralign="center" o:hrstd="t" o:hr="t" fillcolor="#a0a0a0" stroked="f"/>
        </w:pict>
      </w:r>
    </w:p>
    <w:p w14:paraId="3A54E181" w14:textId="77777777" w:rsidR="00091BDB" w:rsidRPr="00C9454D" w:rsidRDefault="00091BDB" w:rsidP="00C9454D">
      <w:pPr>
        <w:rPr>
          <w:sz w:val="24"/>
          <w:szCs w:val="24"/>
        </w:rPr>
      </w:pPr>
      <w:r w:rsidRPr="00C9454D">
        <w:rPr>
          <w:sz w:val="24"/>
          <w:szCs w:val="24"/>
        </w:rPr>
        <w:t>Abilene’s voice cracked from nowhere:</w:t>
      </w:r>
    </w:p>
    <w:p w14:paraId="655BDC31" w14:textId="77777777" w:rsidR="00091BDB" w:rsidRPr="00C9454D" w:rsidRDefault="00091BDB" w:rsidP="00C9454D">
      <w:pPr>
        <w:rPr>
          <w:sz w:val="24"/>
          <w:szCs w:val="24"/>
        </w:rPr>
      </w:pPr>
      <w:r w:rsidRPr="00C9454D">
        <w:rPr>
          <w:sz w:val="24"/>
          <w:szCs w:val="24"/>
        </w:rPr>
        <w:t>“Did I offer tea?”</w:t>
      </w:r>
    </w:p>
    <w:p w14:paraId="101B3BD7" w14:textId="77777777" w:rsidR="00091BDB" w:rsidRPr="00C9454D" w:rsidRDefault="00091BDB" w:rsidP="00C9454D">
      <w:pPr>
        <w:rPr>
          <w:sz w:val="24"/>
          <w:szCs w:val="24"/>
        </w:rPr>
      </w:pPr>
      <w:r w:rsidRPr="00C9454D">
        <w:rPr>
          <w:sz w:val="24"/>
          <w:szCs w:val="24"/>
        </w:rPr>
        <w:t>“My Lady?” the baron blinked.</w:t>
      </w:r>
    </w:p>
    <w:p w14:paraId="7FD35A21" w14:textId="77777777" w:rsidR="00091BDB" w:rsidRPr="00C9454D" w:rsidRDefault="00091BDB" w:rsidP="00C9454D">
      <w:pPr>
        <w:rPr>
          <w:sz w:val="24"/>
          <w:szCs w:val="24"/>
        </w:rPr>
      </w:pPr>
      <w:r w:rsidRPr="00C9454D">
        <w:rPr>
          <w:sz w:val="24"/>
          <w:szCs w:val="24"/>
        </w:rPr>
        <w:t>She blinked too.</w:t>
      </w:r>
      <w:r w:rsidRPr="00C9454D">
        <w:rPr>
          <w:sz w:val="24"/>
          <w:szCs w:val="24"/>
        </w:rPr>
        <w:br/>
        <w:t>Her ears were ringing.</w:t>
      </w:r>
      <w:r w:rsidRPr="00C9454D">
        <w:rPr>
          <w:sz w:val="24"/>
          <w:szCs w:val="24"/>
        </w:rPr>
        <w:br/>
        <w:t>Her heart was racing faster than her breath.</w:t>
      </w:r>
    </w:p>
    <w:p w14:paraId="6A359893" w14:textId="77777777" w:rsidR="00091BDB" w:rsidRPr="00C9454D" w:rsidRDefault="00091BDB" w:rsidP="00C9454D">
      <w:pPr>
        <w:rPr>
          <w:sz w:val="24"/>
          <w:szCs w:val="24"/>
        </w:rPr>
      </w:pPr>
      <w:r w:rsidRPr="00C9454D">
        <w:rPr>
          <w:sz w:val="24"/>
          <w:szCs w:val="24"/>
        </w:rPr>
        <w:t>“Of course. I… of course.”</w:t>
      </w:r>
    </w:p>
    <w:p w14:paraId="252B3185" w14:textId="77777777" w:rsidR="00091BDB" w:rsidRPr="00C9454D" w:rsidRDefault="00FE197F" w:rsidP="00C9454D">
      <w:pPr>
        <w:rPr>
          <w:sz w:val="24"/>
          <w:szCs w:val="24"/>
        </w:rPr>
      </w:pPr>
      <w:r>
        <w:rPr>
          <w:noProof/>
          <w:sz w:val="24"/>
          <w:szCs w:val="24"/>
        </w:rPr>
      </w:r>
      <w:r w:rsidR="00FE197F">
        <w:rPr>
          <w:noProof/>
          <w:sz w:val="24"/>
          <w:szCs w:val="24"/>
        </w:rPr>
        <w:pict w14:anchorId="383A872C">
          <v:rect id="_x0000_i1185" style="width:0;height:1.5pt" o:hralign="center" o:hrstd="t" o:hr="t" fillcolor="#a0a0a0" stroked="f"/>
        </w:pict>
      </w:r>
    </w:p>
    <w:p w14:paraId="0517874C" w14:textId="77777777" w:rsidR="00091BDB" w:rsidRPr="00C9454D" w:rsidRDefault="00091BDB" w:rsidP="00C9454D">
      <w:pPr>
        <w:rPr>
          <w:sz w:val="24"/>
          <w:szCs w:val="24"/>
        </w:rPr>
      </w:pPr>
      <w:r w:rsidRPr="00C9454D">
        <w:rPr>
          <w:sz w:val="24"/>
          <w:szCs w:val="24"/>
        </w:rPr>
        <w:t>“Guy,” the baron continued, “loved you beyond question.</w:t>
      </w:r>
      <w:r w:rsidRPr="00C9454D">
        <w:rPr>
          <w:sz w:val="24"/>
          <w:szCs w:val="24"/>
        </w:rPr>
        <w:br/>
        <w:t>But… he also loved someone once. Before you.</w:t>
      </w:r>
      <w:r w:rsidRPr="00C9454D">
        <w:rPr>
          <w:sz w:val="24"/>
          <w:szCs w:val="24"/>
        </w:rPr>
        <w:br/>
        <w:t>Lady Vivienne.”</w:t>
      </w:r>
    </w:p>
    <w:p w14:paraId="72AE2920" w14:textId="7EBE0144" w:rsidR="00091BDB" w:rsidRPr="00C9454D" w:rsidRDefault="00091BDB" w:rsidP="00C9454D">
      <w:pPr>
        <w:rPr>
          <w:sz w:val="24"/>
          <w:szCs w:val="24"/>
        </w:rPr>
      </w:pPr>
      <w:r w:rsidRPr="00C9454D">
        <w:rPr>
          <w:i/>
          <w:iCs/>
          <w:sz w:val="24"/>
          <w:szCs w:val="24"/>
        </w:rPr>
        <w:t>Vivienne</w:t>
      </w:r>
      <w:r w:rsidR="0060035E" w:rsidRPr="00C9454D">
        <w:rPr>
          <w:i/>
          <w:iCs/>
          <w:sz w:val="24"/>
          <w:szCs w:val="24"/>
        </w:rPr>
        <w:t xml:space="preserve"> </w:t>
      </w:r>
      <w:r w:rsidR="000D4A44" w:rsidRPr="00C9454D">
        <w:rPr>
          <w:i/>
          <w:iCs/>
          <w:sz w:val="24"/>
          <w:szCs w:val="24"/>
        </w:rPr>
        <w:t>is her name.</w:t>
      </w:r>
    </w:p>
    <w:p w14:paraId="1E6CAB83" w14:textId="77777777" w:rsidR="00091BDB" w:rsidRPr="00C9454D" w:rsidRDefault="00091BDB" w:rsidP="00C9454D">
      <w:pPr>
        <w:rPr>
          <w:sz w:val="24"/>
          <w:szCs w:val="24"/>
        </w:rPr>
      </w:pPr>
      <w:r w:rsidRPr="00C9454D">
        <w:rPr>
          <w:sz w:val="24"/>
          <w:szCs w:val="24"/>
        </w:rPr>
        <w:t>Abilene had heard the name in passing—never with weight.</w:t>
      </w:r>
      <w:r w:rsidRPr="00C9454D">
        <w:rPr>
          <w:sz w:val="24"/>
          <w:szCs w:val="24"/>
        </w:rPr>
        <w:br/>
        <w:t>Now it landed like iron.</w:t>
      </w:r>
    </w:p>
    <w:p w14:paraId="49FC6FDF" w14:textId="1B554B54" w:rsidR="00091BDB" w:rsidRPr="00C9454D" w:rsidRDefault="00091BDB" w:rsidP="00C9454D">
      <w:pPr>
        <w:rPr>
          <w:sz w:val="24"/>
          <w:szCs w:val="24"/>
        </w:rPr>
      </w:pPr>
      <w:r w:rsidRPr="00C9454D">
        <w:rPr>
          <w:sz w:val="24"/>
          <w:szCs w:val="24"/>
        </w:rPr>
        <w:t>“They knew each other for years,” he went on.</w:t>
      </w:r>
      <w:r w:rsidRPr="00C9454D">
        <w:rPr>
          <w:sz w:val="24"/>
          <w:szCs w:val="24"/>
        </w:rPr>
        <w:br/>
        <w:t>“Wrote. Spoke. Danced around fire they never dared light… until once.</w:t>
      </w:r>
      <w:r w:rsidRPr="00C9454D">
        <w:rPr>
          <w:sz w:val="24"/>
          <w:szCs w:val="24"/>
        </w:rPr>
        <w:br/>
        <w:t>Then he ma</w:t>
      </w:r>
      <w:r w:rsidR="00DD1FF5" w:rsidRPr="00C9454D">
        <w:rPr>
          <w:sz w:val="24"/>
          <w:szCs w:val="24"/>
        </w:rPr>
        <w:t xml:space="preserve">de </w:t>
      </w:r>
      <w:r w:rsidRPr="00C9454D">
        <w:rPr>
          <w:sz w:val="24"/>
          <w:szCs w:val="24"/>
        </w:rPr>
        <w:t>a vow. To God. To her. To himself.</w:t>
      </w:r>
      <w:r w:rsidRPr="00C9454D">
        <w:rPr>
          <w:sz w:val="24"/>
          <w:szCs w:val="24"/>
        </w:rPr>
        <w:br/>
        <w:t>And after that, he would not break it.”</w:t>
      </w:r>
    </w:p>
    <w:p w14:paraId="745C8916" w14:textId="77777777" w:rsidR="00091BDB" w:rsidRPr="00C9454D" w:rsidRDefault="00FE197F" w:rsidP="00C9454D">
      <w:pPr>
        <w:rPr>
          <w:sz w:val="24"/>
          <w:szCs w:val="24"/>
        </w:rPr>
      </w:pPr>
      <w:r>
        <w:rPr>
          <w:noProof/>
          <w:sz w:val="24"/>
          <w:szCs w:val="24"/>
        </w:rPr>
      </w:r>
      <w:r w:rsidR="00FE197F">
        <w:rPr>
          <w:noProof/>
          <w:sz w:val="24"/>
          <w:szCs w:val="24"/>
        </w:rPr>
        <w:pict w14:anchorId="386071A9">
          <v:rect id="_x0000_i1186" style="width:0;height:1.5pt" o:hralign="center" o:hrstd="t" o:hr="t" fillcolor="#a0a0a0" stroked="f"/>
        </w:pict>
      </w:r>
    </w:p>
    <w:p w14:paraId="1D041159" w14:textId="77777777" w:rsidR="00091BDB" w:rsidRPr="00C9454D" w:rsidRDefault="00091BDB" w:rsidP="00C9454D">
      <w:pPr>
        <w:rPr>
          <w:sz w:val="24"/>
          <w:szCs w:val="24"/>
        </w:rPr>
      </w:pPr>
      <w:r w:rsidRPr="00C9454D">
        <w:rPr>
          <w:sz w:val="24"/>
          <w:szCs w:val="24"/>
        </w:rPr>
        <w:t>Abilene tried to speak, but her voice stayed somewhere below her ribs.</w:t>
      </w:r>
    </w:p>
    <w:p w14:paraId="401A3CA7" w14:textId="77777777" w:rsidR="00091BDB" w:rsidRPr="00C9454D" w:rsidRDefault="00091BDB" w:rsidP="00C9454D">
      <w:pPr>
        <w:rPr>
          <w:sz w:val="24"/>
          <w:szCs w:val="24"/>
        </w:rPr>
      </w:pPr>
      <w:r w:rsidRPr="00C9454D">
        <w:rPr>
          <w:sz w:val="24"/>
          <w:szCs w:val="24"/>
        </w:rPr>
        <w:t>“Why didn’t they marry?” she finally gasped.</w:t>
      </w:r>
      <w:r w:rsidRPr="00C9454D">
        <w:rPr>
          <w:sz w:val="24"/>
          <w:szCs w:val="24"/>
        </w:rPr>
        <w:br/>
        <w:t>“Why didn’t she stay?”</w:t>
      </w:r>
    </w:p>
    <w:p w14:paraId="4995AAC9" w14:textId="171C4F1F" w:rsidR="00091BDB" w:rsidRPr="00C9454D" w:rsidRDefault="00091BDB" w:rsidP="00C9454D">
      <w:pPr>
        <w:rPr>
          <w:sz w:val="24"/>
          <w:szCs w:val="24"/>
        </w:rPr>
      </w:pPr>
      <w:r w:rsidRPr="00C9454D">
        <w:rPr>
          <w:sz w:val="24"/>
          <w:szCs w:val="24"/>
        </w:rPr>
        <w:t>“Because,” the baron said gently, “she would’ve followed him anywhere.</w:t>
      </w:r>
      <w:r w:rsidRPr="00C9454D">
        <w:rPr>
          <w:sz w:val="24"/>
          <w:szCs w:val="24"/>
        </w:rPr>
        <w:br/>
        <w:t>And he… couldn’t ask her to follow him into a life she wasn’t ma</w:t>
      </w:r>
      <w:r w:rsidR="00DD1FF5" w:rsidRPr="00C9454D">
        <w:rPr>
          <w:sz w:val="24"/>
          <w:szCs w:val="24"/>
        </w:rPr>
        <w:t xml:space="preserve">de </w:t>
      </w:r>
      <w:r w:rsidRPr="00C9454D">
        <w:rPr>
          <w:sz w:val="24"/>
          <w:szCs w:val="24"/>
        </w:rPr>
        <w:t>for.”</w:t>
      </w:r>
    </w:p>
    <w:p w14:paraId="0DC5ABE0" w14:textId="77777777" w:rsidR="00091BDB" w:rsidRPr="00C9454D" w:rsidRDefault="00091BDB" w:rsidP="00C9454D">
      <w:pPr>
        <w:rPr>
          <w:sz w:val="24"/>
          <w:szCs w:val="24"/>
        </w:rPr>
      </w:pPr>
      <w:r w:rsidRPr="00C9454D">
        <w:rPr>
          <w:sz w:val="24"/>
          <w:szCs w:val="24"/>
        </w:rPr>
        <w:t>He looked down.</w:t>
      </w:r>
    </w:p>
    <w:p w14:paraId="735F7575" w14:textId="77777777" w:rsidR="00091BDB" w:rsidRPr="00C9454D" w:rsidRDefault="00091BDB" w:rsidP="00C9454D">
      <w:pPr>
        <w:rPr>
          <w:sz w:val="24"/>
          <w:szCs w:val="24"/>
        </w:rPr>
      </w:pPr>
      <w:r w:rsidRPr="00C9454D">
        <w:rPr>
          <w:sz w:val="24"/>
          <w:szCs w:val="24"/>
        </w:rPr>
        <w:t>“So he left her behind. And he chose you.</w:t>
      </w:r>
      <w:r w:rsidRPr="00C9454D">
        <w:rPr>
          <w:sz w:val="24"/>
          <w:szCs w:val="24"/>
        </w:rPr>
        <w:br/>
        <w:t>Not because she wasn’t enough…</w:t>
      </w:r>
      <w:r w:rsidRPr="00C9454D">
        <w:rPr>
          <w:sz w:val="24"/>
          <w:szCs w:val="24"/>
        </w:rPr>
        <w:br/>
        <w:t xml:space="preserve">but because </w:t>
      </w:r>
      <w:r w:rsidRPr="00C9454D">
        <w:rPr>
          <w:i/>
          <w:iCs/>
          <w:sz w:val="24"/>
          <w:szCs w:val="24"/>
        </w:rPr>
        <w:t>you</w:t>
      </w:r>
      <w:r w:rsidRPr="00C9454D">
        <w:rPr>
          <w:sz w:val="24"/>
          <w:szCs w:val="24"/>
        </w:rPr>
        <w:t xml:space="preserve"> were the life he wanted to live.”</w:t>
      </w:r>
    </w:p>
    <w:p w14:paraId="3029F57A" w14:textId="77777777" w:rsidR="00091BDB" w:rsidRPr="00C9454D" w:rsidRDefault="00FE197F" w:rsidP="00C9454D">
      <w:pPr>
        <w:rPr>
          <w:sz w:val="24"/>
          <w:szCs w:val="24"/>
        </w:rPr>
      </w:pPr>
      <w:r>
        <w:rPr>
          <w:noProof/>
          <w:sz w:val="24"/>
          <w:szCs w:val="24"/>
        </w:rPr>
      </w:r>
      <w:r w:rsidR="00FE197F">
        <w:rPr>
          <w:noProof/>
          <w:sz w:val="24"/>
          <w:szCs w:val="24"/>
        </w:rPr>
        <w:pict w14:anchorId="66F52F97">
          <v:rect id="_x0000_i1187" style="width:0;height:1.5pt" o:hralign="center" o:hrstd="t" o:hr="t" fillcolor="#a0a0a0" stroked="f"/>
        </w:pict>
      </w:r>
    </w:p>
    <w:p w14:paraId="54BB196B" w14:textId="77777777" w:rsidR="00091BDB" w:rsidRPr="00C9454D" w:rsidRDefault="00091BDB" w:rsidP="00C9454D">
      <w:pPr>
        <w:rPr>
          <w:sz w:val="24"/>
          <w:szCs w:val="24"/>
        </w:rPr>
      </w:pPr>
      <w:r w:rsidRPr="00C9454D">
        <w:rPr>
          <w:sz w:val="24"/>
          <w:szCs w:val="24"/>
        </w:rPr>
        <w:t>Abilene looked at the box again.</w:t>
      </w:r>
    </w:p>
    <w:p w14:paraId="28CAFE61" w14:textId="77777777" w:rsidR="00091BDB" w:rsidRPr="00C9454D" w:rsidRDefault="00091BDB" w:rsidP="00C9454D">
      <w:pPr>
        <w:rPr>
          <w:sz w:val="24"/>
          <w:szCs w:val="24"/>
        </w:rPr>
      </w:pPr>
      <w:r w:rsidRPr="00C9454D">
        <w:rPr>
          <w:sz w:val="24"/>
          <w:szCs w:val="24"/>
        </w:rPr>
        <w:t>She didn’t want to open it.</w:t>
      </w:r>
      <w:r w:rsidRPr="00C9454D">
        <w:rPr>
          <w:sz w:val="24"/>
          <w:szCs w:val="24"/>
        </w:rPr>
        <w:br/>
        <w:t>But she would.</w:t>
      </w:r>
      <w:r w:rsidRPr="00C9454D">
        <w:rPr>
          <w:sz w:val="24"/>
          <w:szCs w:val="24"/>
        </w:rPr>
        <w:br/>
        <w:t>Eventually.</w:t>
      </w:r>
    </w:p>
    <w:p w14:paraId="0E8DA748" w14:textId="77777777" w:rsidR="00091BDB" w:rsidRPr="00C9454D" w:rsidRDefault="00FE197F" w:rsidP="00C9454D">
      <w:pPr>
        <w:rPr>
          <w:sz w:val="24"/>
          <w:szCs w:val="24"/>
        </w:rPr>
      </w:pPr>
      <w:r>
        <w:rPr>
          <w:noProof/>
          <w:sz w:val="24"/>
          <w:szCs w:val="24"/>
        </w:rPr>
      </w:r>
      <w:r w:rsidR="00FE197F">
        <w:rPr>
          <w:noProof/>
          <w:sz w:val="24"/>
          <w:szCs w:val="24"/>
        </w:rPr>
        <w:pict w14:anchorId="672FB3D5">
          <v:rect id="_x0000_i1188" style="width:0;height:1.5pt" o:hralign="center" o:hrstd="t" o:hr="t" fillcolor="#a0a0a0" stroked="f"/>
        </w:pict>
      </w:r>
    </w:p>
    <w:p w14:paraId="6B57390A" w14:textId="77777777" w:rsidR="00091BDB" w:rsidRPr="00C9454D" w:rsidRDefault="00091BDB" w:rsidP="00C9454D">
      <w:pPr>
        <w:rPr>
          <w:sz w:val="24"/>
          <w:szCs w:val="24"/>
        </w:rPr>
      </w:pPr>
      <w:r w:rsidRPr="00C9454D">
        <w:rPr>
          <w:sz w:val="24"/>
          <w:szCs w:val="24"/>
        </w:rPr>
        <w:t>She placed her hand over her heart, steadying herself.</w:t>
      </w:r>
    </w:p>
    <w:p w14:paraId="0C342434" w14:textId="77777777" w:rsidR="00091BDB" w:rsidRPr="00C9454D" w:rsidRDefault="00091BDB" w:rsidP="00C9454D">
      <w:pPr>
        <w:rPr>
          <w:sz w:val="24"/>
          <w:szCs w:val="24"/>
        </w:rPr>
      </w:pPr>
      <w:r w:rsidRPr="00C9454D">
        <w:rPr>
          <w:sz w:val="24"/>
          <w:szCs w:val="24"/>
        </w:rPr>
        <w:t>“If he could carry her letters for a lifetime,” she whispered,</w:t>
      </w:r>
      <w:r w:rsidRPr="00C9454D">
        <w:rPr>
          <w:sz w:val="24"/>
          <w:szCs w:val="24"/>
        </w:rPr>
        <w:br/>
        <w:t>“I can carry this moment with dignity.”</w:t>
      </w:r>
    </w:p>
    <w:p w14:paraId="475DA433" w14:textId="77777777" w:rsidR="00091BDB" w:rsidRPr="00C9454D" w:rsidRDefault="00091BDB" w:rsidP="00C9454D">
      <w:pPr>
        <w:rPr>
          <w:sz w:val="24"/>
          <w:szCs w:val="24"/>
        </w:rPr>
      </w:pPr>
      <w:r w:rsidRPr="00C9454D">
        <w:rPr>
          <w:sz w:val="24"/>
          <w:szCs w:val="24"/>
        </w:rPr>
        <w:t>She turned back to the Baron.</w:t>
      </w:r>
    </w:p>
    <w:p w14:paraId="6E71130A" w14:textId="77777777" w:rsidR="00091BDB" w:rsidRPr="00C9454D" w:rsidRDefault="00091BDB" w:rsidP="00C9454D">
      <w:pPr>
        <w:rPr>
          <w:sz w:val="24"/>
          <w:szCs w:val="24"/>
        </w:rPr>
      </w:pPr>
      <w:r w:rsidRPr="00C9454D">
        <w:rPr>
          <w:sz w:val="24"/>
          <w:szCs w:val="24"/>
        </w:rPr>
        <w:t>“You were brave to bring it. Thank you.”</w:t>
      </w:r>
    </w:p>
    <w:p w14:paraId="02F450A9" w14:textId="77777777" w:rsidR="00091BDB" w:rsidRPr="00C9454D" w:rsidRDefault="00091BDB" w:rsidP="00C9454D">
      <w:pPr>
        <w:rPr>
          <w:sz w:val="24"/>
          <w:szCs w:val="24"/>
        </w:rPr>
      </w:pPr>
      <w:r w:rsidRPr="00C9454D">
        <w:rPr>
          <w:sz w:val="24"/>
          <w:szCs w:val="24"/>
        </w:rPr>
        <w:t>He bowed, eyes misting.</w:t>
      </w:r>
    </w:p>
    <w:p w14:paraId="71C717C4" w14:textId="77777777" w:rsidR="00091BDB" w:rsidRPr="00C9454D" w:rsidRDefault="00091BDB" w:rsidP="00C9454D">
      <w:pPr>
        <w:rPr>
          <w:sz w:val="24"/>
          <w:szCs w:val="24"/>
        </w:rPr>
      </w:pPr>
      <w:r w:rsidRPr="00C9454D">
        <w:rPr>
          <w:sz w:val="24"/>
          <w:szCs w:val="24"/>
        </w:rPr>
        <w:t>And Abilene… stood.</w:t>
      </w:r>
    </w:p>
    <w:p w14:paraId="7DE7B921" w14:textId="77777777" w:rsidR="00091BDB" w:rsidRPr="00C9454D" w:rsidRDefault="00091BDB" w:rsidP="00C9454D">
      <w:pPr>
        <w:rPr>
          <w:sz w:val="24"/>
          <w:szCs w:val="24"/>
        </w:rPr>
      </w:pPr>
      <w:r w:rsidRPr="00C9454D">
        <w:rPr>
          <w:sz w:val="24"/>
          <w:szCs w:val="24"/>
        </w:rPr>
        <w:t>Straight. Still. Sacred.</w:t>
      </w:r>
    </w:p>
    <w:p w14:paraId="3DB632BB" w14:textId="77777777" w:rsidR="00091BDB" w:rsidRPr="00C9454D" w:rsidRDefault="00091BDB" w:rsidP="00C9454D">
      <w:pPr>
        <w:rPr>
          <w:sz w:val="24"/>
          <w:szCs w:val="24"/>
        </w:rPr>
      </w:pPr>
      <w:r w:rsidRPr="00C9454D">
        <w:rPr>
          <w:sz w:val="24"/>
          <w:szCs w:val="24"/>
        </w:rPr>
        <w:t>Because she knew:</w:t>
      </w:r>
    </w:p>
    <w:p w14:paraId="11C500A2" w14:textId="77777777" w:rsidR="00091BDB" w:rsidRPr="00C9454D" w:rsidRDefault="00091BDB" w:rsidP="00C9454D">
      <w:pPr>
        <w:rPr>
          <w:sz w:val="24"/>
          <w:szCs w:val="24"/>
        </w:rPr>
      </w:pPr>
      <w:r w:rsidRPr="00C9454D">
        <w:rPr>
          <w:sz w:val="24"/>
          <w:szCs w:val="24"/>
        </w:rPr>
        <w:t>If Guy hadn’t loved Vivienne so honorably,</w:t>
      </w:r>
      <w:r w:rsidRPr="00C9454D">
        <w:rPr>
          <w:sz w:val="24"/>
          <w:szCs w:val="24"/>
        </w:rPr>
        <w:br/>
        <w:t>he would never have been worthy of loving her.</w:t>
      </w:r>
    </w:p>
    <w:p w14:paraId="448F39EB" w14:textId="77777777" w:rsidR="00BB4470" w:rsidRPr="00C9454D" w:rsidRDefault="00BB4470" w:rsidP="00C9454D">
      <w:pPr>
        <w:rPr>
          <w:sz w:val="24"/>
          <w:szCs w:val="24"/>
        </w:rPr>
      </w:pPr>
    </w:p>
    <w:p w14:paraId="121B2529" w14:textId="09CE25DD" w:rsidR="00595B6F" w:rsidRPr="00C9454D" w:rsidRDefault="00595B6F" w:rsidP="00C9454D">
      <w:pPr>
        <w:rPr>
          <w:sz w:val="24"/>
          <w:szCs w:val="24"/>
        </w:rPr>
      </w:pPr>
      <w:r w:rsidRPr="00C9454D">
        <w:rPr>
          <w:i/>
          <w:iCs/>
          <w:sz w:val="24"/>
          <w:szCs w:val="24"/>
        </w:rPr>
        <w:t>The Red Ribbon Box</w:t>
      </w:r>
    </w:p>
    <w:p w14:paraId="366D5968" w14:textId="77777777" w:rsidR="00595B6F" w:rsidRPr="00C9454D" w:rsidRDefault="00595B6F" w:rsidP="00C9454D">
      <w:pPr>
        <w:rPr>
          <w:sz w:val="24"/>
          <w:szCs w:val="24"/>
        </w:rPr>
      </w:pPr>
      <w:r w:rsidRPr="00C9454D">
        <w:rPr>
          <w:sz w:val="24"/>
          <w:szCs w:val="24"/>
        </w:rPr>
        <w:t>The box sat on the great table in the hall.</w:t>
      </w:r>
      <w:r w:rsidRPr="00C9454D">
        <w:rPr>
          <w:sz w:val="24"/>
          <w:szCs w:val="24"/>
        </w:rPr>
        <w:br/>
        <w:t>Not hidden. Not honored.</w:t>
      </w:r>
      <w:r w:rsidRPr="00C9454D">
        <w:rPr>
          <w:sz w:val="24"/>
          <w:szCs w:val="24"/>
        </w:rPr>
        <w:br/>
        <w:t xml:space="preserve">Just… </w:t>
      </w:r>
      <w:r w:rsidRPr="00C9454D">
        <w:rPr>
          <w:i/>
          <w:iCs/>
          <w:sz w:val="24"/>
          <w:szCs w:val="24"/>
        </w:rPr>
        <w:t>waiting.</w:t>
      </w:r>
    </w:p>
    <w:p w14:paraId="1C0BB783" w14:textId="77777777" w:rsidR="00595B6F" w:rsidRPr="00C9454D" w:rsidRDefault="00595B6F" w:rsidP="00C9454D">
      <w:pPr>
        <w:rPr>
          <w:sz w:val="24"/>
          <w:szCs w:val="24"/>
        </w:rPr>
      </w:pPr>
      <w:r w:rsidRPr="00C9454D">
        <w:rPr>
          <w:sz w:val="24"/>
          <w:szCs w:val="24"/>
        </w:rPr>
        <w:t>It had been three days since the Baron of Sandwich placed it in her hands.</w:t>
      </w:r>
      <w:r w:rsidRPr="00C9454D">
        <w:rPr>
          <w:sz w:val="24"/>
          <w:szCs w:val="24"/>
        </w:rPr>
        <w:br/>
        <w:t>Three days since he had bowed with those awful words:</w:t>
      </w:r>
    </w:p>
    <w:p w14:paraId="088BD012" w14:textId="77777777" w:rsidR="00595B6F" w:rsidRPr="00C9454D" w:rsidRDefault="00595B6F" w:rsidP="00C9454D">
      <w:pPr>
        <w:rPr>
          <w:sz w:val="24"/>
          <w:szCs w:val="24"/>
        </w:rPr>
      </w:pPr>
      <w:r w:rsidRPr="00C9454D">
        <w:rPr>
          <w:sz w:val="24"/>
          <w:szCs w:val="24"/>
        </w:rPr>
        <w:t>“From Sir Guy… for you.”</w:t>
      </w:r>
    </w:p>
    <w:p w14:paraId="76B9EDD8" w14:textId="77777777" w:rsidR="00595B6F" w:rsidRPr="00C9454D" w:rsidRDefault="00595B6F" w:rsidP="00C9454D">
      <w:pPr>
        <w:rPr>
          <w:sz w:val="24"/>
          <w:szCs w:val="24"/>
        </w:rPr>
      </w:pPr>
      <w:r w:rsidRPr="00C9454D">
        <w:rPr>
          <w:sz w:val="24"/>
          <w:szCs w:val="24"/>
        </w:rPr>
        <w:t>It wasn’t the box that broke her.</w:t>
      </w:r>
      <w:r w:rsidRPr="00C9454D">
        <w:rPr>
          <w:sz w:val="24"/>
          <w:szCs w:val="24"/>
        </w:rPr>
        <w:br/>
        <w:t>It was the ribbon.</w:t>
      </w:r>
    </w:p>
    <w:p w14:paraId="55E67738" w14:textId="77777777" w:rsidR="00595B6F" w:rsidRPr="00C9454D" w:rsidRDefault="00595B6F" w:rsidP="00C9454D">
      <w:pPr>
        <w:rPr>
          <w:sz w:val="24"/>
          <w:szCs w:val="24"/>
        </w:rPr>
      </w:pPr>
      <w:r w:rsidRPr="00C9454D">
        <w:rPr>
          <w:sz w:val="24"/>
          <w:szCs w:val="24"/>
        </w:rPr>
        <w:t>Red. Velvet. Bold.</w:t>
      </w:r>
    </w:p>
    <w:p w14:paraId="05789403" w14:textId="77777777" w:rsidR="00595B6F" w:rsidRPr="00C9454D" w:rsidRDefault="00595B6F" w:rsidP="00C9454D">
      <w:pPr>
        <w:rPr>
          <w:sz w:val="24"/>
          <w:szCs w:val="24"/>
        </w:rPr>
      </w:pPr>
      <w:r w:rsidRPr="00C9454D">
        <w:rPr>
          <w:i/>
          <w:iCs/>
          <w:sz w:val="24"/>
          <w:szCs w:val="24"/>
        </w:rPr>
        <w:t>A woman doesn’t send a red ribbon to a knight unless she’s whispering with silk.</w:t>
      </w:r>
    </w:p>
    <w:p w14:paraId="7DD2E372" w14:textId="77777777" w:rsidR="00595B6F" w:rsidRPr="00C9454D" w:rsidRDefault="00595B6F" w:rsidP="00C9454D">
      <w:pPr>
        <w:rPr>
          <w:sz w:val="24"/>
          <w:szCs w:val="24"/>
        </w:rPr>
      </w:pPr>
      <w:r w:rsidRPr="00C9454D">
        <w:rPr>
          <w:sz w:val="24"/>
          <w:szCs w:val="24"/>
        </w:rPr>
        <w:t>That much, Abilene knew.</w:t>
      </w:r>
    </w:p>
    <w:p w14:paraId="1E6C7AA3" w14:textId="77777777" w:rsidR="00595B6F" w:rsidRPr="00C9454D" w:rsidRDefault="00595B6F" w:rsidP="00C9454D">
      <w:pPr>
        <w:rPr>
          <w:sz w:val="24"/>
          <w:szCs w:val="24"/>
        </w:rPr>
      </w:pPr>
      <w:r w:rsidRPr="00C9454D">
        <w:rPr>
          <w:sz w:val="24"/>
          <w:szCs w:val="24"/>
        </w:rPr>
        <w:t>She had never sent Guy ribbons.</w:t>
      </w:r>
      <w:r w:rsidRPr="00C9454D">
        <w:rPr>
          <w:sz w:val="24"/>
          <w:szCs w:val="24"/>
        </w:rPr>
        <w:br/>
        <w:t>She sent truth. Silence. Her body. Her word.</w:t>
      </w:r>
      <w:r w:rsidRPr="00C9454D">
        <w:rPr>
          <w:sz w:val="24"/>
          <w:szCs w:val="24"/>
        </w:rPr>
        <w:br/>
        <w:t>But ribbons? Never.</w:t>
      </w:r>
    </w:p>
    <w:p w14:paraId="42A97A2F" w14:textId="77777777" w:rsidR="00595B6F" w:rsidRPr="00C9454D" w:rsidRDefault="00595B6F" w:rsidP="00C9454D">
      <w:pPr>
        <w:rPr>
          <w:sz w:val="24"/>
          <w:szCs w:val="24"/>
        </w:rPr>
      </w:pPr>
      <w:r w:rsidRPr="00C9454D">
        <w:rPr>
          <w:sz w:val="24"/>
          <w:szCs w:val="24"/>
        </w:rPr>
        <w:t>So it sat there—</w:t>
      </w:r>
      <w:r w:rsidRPr="00C9454D">
        <w:rPr>
          <w:i/>
          <w:iCs/>
          <w:sz w:val="24"/>
          <w:szCs w:val="24"/>
        </w:rPr>
        <w:t>taunting.</w:t>
      </w:r>
    </w:p>
    <w:p w14:paraId="7AC13509" w14:textId="77777777" w:rsidR="00595B6F" w:rsidRPr="00C9454D" w:rsidRDefault="00595B6F" w:rsidP="00C9454D">
      <w:pPr>
        <w:rPr>
          <w:sz w:val="24"/>
          <w:szCs w:val="24"/>
        </w:rPr>
      </w:pPr>
      <w:r w:rsidRPr="00C9454D">
        <w:rPr>
          <w:sz w:val="24"/>
          <w:szCs w:val="24"/>
        </w:rPr>
        <w:t>And when, on the third day, she reached to move it…</w:t>
      </w:r>
      <w:r w:rsidRPr="00C9454D">
        <w:rPr>
          <w:sz w:val="24"/>
          <w:szCs w:val="24"/>
        </w:rPr>
        <w:br/>
        <w:t>it wasn’t to open it.</w:t>
      </w:r>
      <w:r w:rsidRPr="00C9454D">
        <w:rPr>
          <w:sz w:val="24"/>
          <w:szCs w:val="24"/>
        </w:rPr>
        <w:br/>
        <w:t xml:space="preserve">It was just to </w:t>
      </w:r>
      <w:r w:rsidRPr="00C9454D">
        <w:rPr>
          <w:i/>
          <w:iCs/>
          <w:sz w:val="24"/>
          <w:szCs w:val="24"/>
        </w:rPr>
        <w:t>remove the ribbon from her line of sight.</w:t>
      </w:r>
    </w:p>
    <w:p w14:paraId="611CA3E9" w14:textId="77777777" w:rsidR="00595B6F" w:rsidRPr="00C9454D" w:rsidRDefault="00595B6F" w:rsidP="00C9454D">
      <w:pPr>
        <w:rPr>
          <w:sz w:val="24"/>
          <w:szCs w:val="24"/>
        </w:rPr>
      </w:pPr>
      <w:r w:rsidRPr="00C9454D">
        <w:rPr>
          <w:sz w:val="24"/>
          <w:szCs w:val="24"/>
        </w:rPr>
        <w:t>She tugged. It fell.</w:t>
      </w:r>
      <w:r w:rsidRPr="00C9454D">
        <w:rPr>
          <w:sz w:val="24"/>
          <w:szCs w:val="24"/>
        </w:rPr>
        <w:br/>
        <w:t>And the lid, freed from its silk bond, slid open on its own.</w:t>
      </w:r>
    </w:p>
    <w:p w14:paraId="22C91569" w14:textId="77777777" w:rsidR="00595B6F" w:rsidRPr="00C9454D" w:rsidRDefault="00595B6F" w:rsidP="00C9454D">
      <w:pPr>
        <w:rPr>
          <w:sz w:val="24"/>
          <w:szCs w:val="24"/>
        </w:rPr>
      </w:pPr>
      <w:r w:rsidRPr="00C9454D">
        <w:rPr>
          <w:sz w:val="24"/>
          <w:szCs w:val="24"/>
        </w:rPr>
        <w:t>Not violently.</w:t>
      </w:r>
      <w:r w:rsidRPr="00C9454D">
        <w:rPr>
          <w:sz w:val="24"/>
          <w:szCs w:val="24"/>
        </w:rPr>
        <w:br/>
        <w:t>Not loudly.</w:t>
      </w:r>
      <w:r w:rsidRPr="00C9454D">
        <w:rPr>
          <w:sz w:val="24"/>
          <w:szCs w:val="24"/>
        </w:rPr>
        <w:br/>
        <w:t>Just… enough.</w:t>
      </w:r>
    </w:p>
    <w:p w14:paraId="174728FA" w14:textId="77777777" w:rsidR="00595B6F" w:rsidRPr="00C9454D" w:rsidRDefault="00595B6F" w:rsidP="00C9454D">
      <w:pPr>
        <w:rPr>
          <w:sz w:val="24"/>
          <w:szCs w:val="24"/>
        </w:rPr>
      </w:pPr>
      <w:r w:rsidRPr="00C9454D">
        <w:rPr>
          <w:sz w:val="24"/>
          <w:szCs w:val="24"/>
        </w:rPr>
        <w:t>And she saw them.</w:t>
      </w:r>
    </w:p>
    <w:p w14:paraId="1FFBAB68" w14:textId="77777777" w:rsidR="00595B6F" w:rsidRPr="00C9454D" w:rsidRDefault="00595B6F" w:rsidP="00C9454D">
      <w:pPr>
        <w:rPr>
          <w:sz w:val="24"/>
          <w:szCs w:val="24"/>
        </w:rPr>
      </w:pPr>
      <w:r w:rsidRPr="00C9454D">
        <w:rPr>
          <w:sz w:val="24"/>
          <w:szCs w:val="24"/>
        </w:rPr>
        <w:t>Letters. Scrolls. Dozens. Dozens.</w:t>
      </w:r>
    </w:p>
    <w:p w14:paraId="14EB6B2F" w14:textId="77777777" w:rsidR="00595B6F" w:rsidRPr="00C9454D" w:rsidRDefault="00595B6F" w:rsidP="00C9454D">
      <w:pPr>
        <w:rPr>
          <w:sz w:val="24"/>
          <w:szCs w:val="24"/>
        </w:rPr>
      </w:pPr>
      <w:r w:rsidRPr="00C9454D">
        <w:rPr>
          <w:sz w:val="24"/>
          <w:szCs w:val="24"/>
        </w:rPr>
        <w:t>“How many words can a man carry,” she whispered,</w:t>
      </w:r>
      <w:r w:rsidRPr="00C9454D">
        <w:rPr>
          <w:sz w:val="24"/>
          <w:szCs w:val="24"/>
        </w:rPr>
        <w:br/>
        <w:t>“before he’s heavy with someone else?”</w:t>
      </w:r>
    </w:p>
    <w:p w14:paraId="267B989B" w14:textId="77777777" w:rsidR="00595B6F" w:rsidRPr="00C9454D" w:rsidRDefault="00595B6F" w:rsidP="00C9454D">
      <w:pPr>
        <w:rPr>
          <w:sz w:val="24"/>
          <w:szCs w:val="24"/>
        </w:rPr>
      </w:pPr>
      <w:r w:rsidRPr="00C9454D">
        <w:rPr>
          <w:sz w:val="24"/>
          <w:szCs w:val="24"/>
        </w:rPr>
        <w:t>She slammed the lid.</w:t>
      </w:r>
      <w:r w:rsidRPr="00C9454D">
        <w:rPr>
          <w:sz w:val="24"/>
          <w:szCs w:val="24"/>
        </w:rPr>
        <w:br/>
        <w:t>Didn’t tie it back.</w:t>
      </w:r>
      <w:r w:rsidRPr="00C9454D">
        <w:rPr>
          <w:sz w:val="24"/>
          <w:szCs w:val="24"/>
        </w:rPr>
        <w:br/>
        <w:t xml:space="preserve">But she </w:t>
      </w:r>
      <w:r w:rsidRPr="00C9454D">
        <w:rPr>
          <w:i/>
          <w:iCs/>
          <w:sz w:val="24"/>
          <w:szCs w:val="24"/>
        </w:rPr>
        <w:t>would not</w:t>
      </w:r>
      <w:r w:rsidRPr="00C9454D">
        <w:rPr>
          <w:sz w:val="24"/>
          <w:szCs w:val="24"/>
        </w:rPr>
        <w:t xml:space="preserve"> move the box.</w:t>
      </w:r>
    </w:p>
    <w:p w14:paraId="6E9A446D" w14:textId="77777777" w:rsidR="00595B6F" w:rsidRPr="00C9454D" w:rsidRDefault="00595B6F" w:rsidP="00C9454D">
      <w:pPr>
        <w:rPr>
          <w:sz w:val="24"/>
          <w:szCs w:val="24"/>
        </w:rPr>
      </w:pPr>
      <w:r w:rsidRPr="00C9454D">
        <w:rPr>
          <w:sz w:val="24"/>
          <w:szCs w:val="24"/>
        </w:rPr>
        <w:t>Not away from the table.</w:t>
      </w:r>
      <w:r w:rsidRPr="00C9454D">
        <w:rPr>
          <w:sz w:val="24"/>
          <w:szCs w:val="24"/>
        </w:rPr>
        <w:br/>
        <w:t>Not into a chest.</w:t>
      </w:r>
      <w:r w:rsidRPr="00C9454D">
        <w:rPr>
          <w:sz w:val="24"/>
          <w:szCs w:val="24"/>
        </w:rPr>
        <w:br/>
        <w:t>Not even out of the light.</w:t>
      </w:r>
    </w:p>
    <w:p w14:paraId="2F400CCC" w14:textId="77777777" w:rsidR="00595B6F" w:rsidRPr="00C9454D" w:rsidRDefault="00595B6F" w:rsidP="00C9454D">
      <w:pPr>
        <w:rPr>
          <w:sz w:val="24"/>
          <w:szCs w:val="24"/>
        </w:rPr>
      </w:pPr>
      <w:r w:rsidRPr="00C9454D">
        <w:rPr>
          <w:sz w:val="24"/>
          <w:szCs w:val="24"/>
        </w:rPr>
        <w:t>So she threw a shawl over it.</w:t>
      </w:r>
      <w:r w:rsidRPr="00C9454D">
        <w:rPr>
          <w:sz w:val="24"/>
          <w:szCs w:val="24"/>
        </w:rPr>
        <w:br/>
        <w:t>And let it sit like a ghost in the parlor.</w:t>
      </w:r>
      <w:r w:rsidRPr="00C9454D">
        <w:rPr>
          <w:sz w:val="24"/>
          <w:szCs w:val="24"/>
        </w:rPr>
        <w:br/>
        <w:t>Two weeks. Untouched.</w:t>
      </w:r>
    </w:p>
    <w:p w14:paraId="4737CA0C" w14:textId="77777777" w:rsidR="00595B6F" w:rsidRPr="00C9454D" w:rsidRDefault="00FE197F" w:rsidP="00C9454D">
      <w:pPr>
        <w:rPr>
          <w:sz w:val="24"/>
          <w:szCs w:val="24"/>
        </w:rPr>
      </w:pPr>
      <w:r>
        <w:rPr>
          <w:noProof/>
          <w:sz w:val="24"/>
          <w:szCs w:val="24"/>
        </w:rPr>
      </w:r>
      <w:r w:rsidR="00FE197F">
        <w:rPr>
          <w:noProof/>
          <w:sz w:val="24"/>
          <w:szCs w:val="24"/>
        </w:rPr>
        <w:pict w14:anchorId="6D01C30F">
          <v:rect id="_x0000_i1189" style="width:0;height:1.5pt" o:hralign="center" o:hrstd="t" o:hr="t" fillcolor="#a0a0a0" stroked="f"/>
        </w:pict>
      </w:r>
    </w:p>
    <w:p w14:paraId="424F0354" w14:textId="77777777" w:rsidR="00595B6F" w:rsidRPr="00C9454D" w:rsidRDefault="00595B6F" w:rsidP="00C9454D">
      <w:pPr>
        <w:rPr>
          <w:sz w:val="24"/>
          <w:szCs w:val="24"/>
        </w:rPr>
      </w:pPr>
      <w:r w:rsidRPr="00C9454D">
        <w:rPr>
          <w:sz w:val="24"/>
          <w:szCs w:val="24"/>
        </w:rPr>
        <w:t>But she didn’t sleep.</w:t>
      </w:r>
      <w:r w:rsidRPr="00C9454D">
        <w:rPr>
          <w:sz w:val="24"/>
          <w:szCs w:val="24"/>
        </w:rPr>
        <w:br/>
        <w:t>Not fully.</w:t>
      </w:r>
      <w:r w:rsidRPr="00C9454D">
        <w:rPr>
          <w:sz w:val="24"/>
          <w:szCs w:val="24"/>
        </w:rPr>
        <w:br/>
        <w:t>Not well.</w:t>
      </w:r>
    </w:p>
    <w:p w14:paraId="6C3F869A" w14:textId="77777777" w:rsidR="00595B6F" w:rsidRPr="00C9454D" w:rsidRDefault="00595B6F" w:rsidP="00C9454D">
      <w:pPr>
        <w:rPr>
          <w:sz w:val="24"/>
          <w:szCs w:val="24"/>
        </w:rPr>
      </w:pPr>
      <w:r w:rsidRPr="00C9454D">
        <w:rPr>
          <w:sz w:val="24"/>
          <w:szCs w:val="24"/>
        </w:rPr>
        <w:t>Her mind raced.</w:t>
      </w:r>
      <w:r w:rsidRPr="00C9454D">
        <w:rPr>
          <w:sz w:val="24"/>
          <w:szCs w:val="24"/>
        </w:rPr>
        <w:br/>
        <w:t xml:space="preserve">Her heart cracked beneath the weight of </w:t>
      </w:r>
      <w:r w:rsidRPr="00C9454D">
        <w:rPr>
          <w:i/>
          <w:iCs/>
          <w:sz w:val="24"/>
          <w:szCs w:val="24"/>
        </w:rPr>
        <w:t>what she didn’t know.</w:t>
      </w:r>
    </w:p>
    <w:p w14:paraId="5C1BC106" w14:textId="77777777" w:rsidR="00595B6F" w:rsidRPr="00C9454D" w:rsidRDefault="00595B6F" w:rsidP="00C9454D">
      <w:pPr>
        <w:rPr>
          <w:sz w:val="24"/>
          <w:szCs w:val="24"/>
        </w:rPr>
      </w:pPr>
      <w:r w:rsidRPr="00C9454D">
        <w:rPr>
          <w:i/>
          <w:iCs/>
          <w:sz w:val="24"/>
          <w:szCs w:val="24"/>
        </w:rPr>
        <w:t>Had he loved another more?</w:t>
      </w:r>
      <w:r w:rsidRPr="00C9454D">
        <w:rPr>
          <w:i/>
          <w:iCs/>
          <w:sz w:val="24"/>
          <w:szCs w:val="24"/>
        </w:rPr>
        <w:br/>
        <w:t>Had his trips to the village been detours?</w:t>
      </w:r>
      <w:r w:rsidRPr="00C9454D">
        <w:rPr>
          <w:i/>
          <w:iCs/>
          <w:sz w:val="24"/>
          <w:szCs w:val="24"/>
        </w:rPr>
        <w:br/>
        <w:t>Had she been… second?</w:t>
      </w:r>
    </w:p>
    <w:p w14:paraId="2FC8DF6B" w14:textId="77777777" w:rsidR="00595B6F" w:rsidRPr="00C9454D" w:rsidRDefault="00595B6F" w:rsidP="00C9454D">
      <w:pPr>
        <w:rPr>
          <w:sz w:val="24"/>
          <w:szCs w:val="24"/>
        </w:rPr>
      </w:pPr>
      <w:r w:rsidRPr="00C9454D">
        <w:rPr>
          <w:sz w:val="24"/>
          <w:szCs w:val="24"/>
        </w:rPr>
        <w:t>She imagined the ruin of it.</w:t>
      </w:r>
      <w:r w:rsidRPr="00C9454D">
        <w:rPr>
          <w:sz w:val="24"/>
          <w:szCs w:val="24"/>
        </w:rPr>
        <w:br/>
        <w:t xml:space="preserve">Of Helena’s name being carried forward </w:t>
      </w:r>
      <w:r w:rsidRPr="00C9454D">
        <w:rPr>
          <w:i/>
          <w:iCs/>
          <w:sz w:val="24"/>
          <w:szCs w:val="24"/>
        </w:rPr>
        <w:t>as the daughter of a man whose heart belonged elsewhere.</w:t>
      </w:r>
      <w:r w:rsidRPr="00C9454D">
        <w:rPr>
          <w:sz w:val="24"/>
          <w:szCs w:val="24"/>
        </w:rPr>
        <w:br/>
        <w:t>And that thought—that terrible, trembling thought—</w:t>
      </w:r>
      <w:r w:rsidRPr="00C9454D">
        <w:rPr>
          <w:sz w:val="24"/>
          <w:szCs w:val="24"/>
        </w:rPr>
        <w:br/>
        <w:t>was the one that woke her like a flame at midnight.</w:t>
      </w:r>
    </w:p>
    <w:p w14:paraId="482FD65A" w14:textId="77777777" w:rsidR="00595B6F" w:rsidRPr="00C9454D" w:rsidRDefault="00595B6F" w:rsidP="00C9454D">
      <w:pPr>
        <w:rPr>
          <w:sz w:val="24"/>
          <w:szCs w:val="24"/>
        </w:rPr>
      </w:pPr>
      <w:r w:rsidRPr="00C9454D">
        <w:rPr>
          <w:sz w:val="24"/>
          <w:szCs w:val="24"/>
        </w:rPr>
        <w:t>She rose, barefoot, gasping.</w:t>
      </w:r>
    </w:p>
    <w:p w14:paraId="6E3F034C" w14:textId="77777777" w:rsidR="00595B6F" w:rsidRPr="00C9454D" w:rsidRDefault="00595B6F" w:rsidP="00C9454D">
      <w:pPr>
        <w:rPr>
          <w:sz w:val="24"/>
          <w:szCs w:val="24"/>
        </w:rPr>
      </w:pPr>
      <w:r w:rsidRPr="00C9454D">
        <w:rPr>
          <w:sz w:val="24"/>
          <w:szCs w:val="24"/>
        </w:rPr>
        <w:t>“This is madness. This is… pain I cannot justify unless I confront it.”</w:t>
      </w:r>
    </w:p>
    <w:p w14:paraId="026E7B31" w14:textId="77777777" w:rsidR="00595B6F" w:rsidRPr="00C9454D" w:rsidRDefault="00FE197F" w:rsidP="00C9454D">
      <w:pPr>
        <w:rPr>
          <w:sz w:val="24"/>
          <w:szCs w:val="24"/>
        </w:rPr>
      </w:pPr>
      <w:r>
        <w:rPr>
          <w:noProof/>
          <w:sz w:val="24"/>
          <w:szCs w:val="24"/>
        </w:rPr>
      </w:r>
      <w:r w:rsidR="00FE197F">
        <w:rPr>
          <w:noProof/>
          <w:sz w:val="24"/>
          <w:szCs w:val="24"/>
        </w:rPr>
        <w:pict w14:anchorId="77A50E1B">
          <v:rect id="_x0000_i1190" style="width:0;height:1.5pt" o:hralign="center" o:hrstd="t" o:hr="t" fillcolor="#a0a0a0" stroked="f"/>
        </w:pict>
      </w:r>
    </w:p>
    <w:p w14:paraId="6378AE96" w14:textId="77777777" w:rsidR="00595B6F" w:rsidRPr="00C9454D" w:rsidRDefault="00595B6F" w:rsidP="00C9454D">
      <w:pPr>
        <w:rPr>
          <w:sz w:val="24"/>
          <w:szCs w:val="24"/>
        </w:rPr>
      </w:pPr>
      <w:r w:rsidRPr="00C9454D">
        <w:rPr>
          <w:sz w:val="24"/>
          <w:szCs w:val="24"/>
        </w:rPr>
        <w:t>She pulled her dressing gown tight.</w:t>
      </w:r>
      <w:r w:rsidRPr="00C9454D">
        <w:rPr>
          <w:sz w:val="24"/>
          <w:szCs w:val="24"/>
        </w:rPr>
        <w:br/>
        <w:t>Lit every reading candle she could find.</w:t>
      </w:r>
      <w:r w:rsidRPr="00C9454D">
        <w:rPr>
          <w:sz w:val="24"/>
          <w:szCs w:val="24"/>
        </w:rPr>
        <w:br/>
        <w:t>And sat—in the chair she hadn’t touched since Guy left her.</w:t>
      </w:r>
    </w:p>
    <w:p w14:paraId="27CE9BA5" w14:textId="77777777" w:rsidR="00595B6F" w:rsidRPr="00C9454D" w:rsidRDefault="00595B6F" w:rsidP="00C9454D">
      <w:pPr>
        <w:rPr>
          <w:sz w:val="24"/>
          <w:szCs w:val="24"/>
        </w:rPr>
      </w:pPr>
      <w:r w:rsidRPr="00C9454D">
        <w:rPr>
          <w:sz w:val="24"/>
          <w:szCs w:val="24"/>
        </w:rPr>
        <w:t>In front of the hearth.</w:t>
      </w:r>
      <w:r w:rsidRPr="00C9454D">
        <w:rPr>
          <w:sz w:val="24"/>
          <w:szCs w:val="24"/>
        </w:rPr>
        <w:br/>
        <w:t>Their nightly ritual seat.</w:t>
      </w:r>
      <w:r w:rsidRPr="00C9454D">
        <w:rPr>
          <w:sz w:val="24"/>
          <w:szCs w:val="24"/>
        </w:rPr>
        <w:br/>
        <w:t>Her firelight sanctuary.</w:t>
      </w:r>
    </w:p>
    <w:p w14:paraId="3C35C9AE" w14:textId="77777777" w:rsidR="00595B6F" w:rsidRPr="00C9454D" w:rsidRDefault="00595B6F" w:rsidP="00C9454D">
      <w:pPr>
        <w:rPr>
          <w:sz w:val="24"/>
          <w:szCs w:val="24"/>
        </w:rPr>
      </w:pPr>
      <w:r w:rsidRPr="00C9454D">
        <w:rPr>
          <w:sz w:val="24"/>
          <w:szCs w:val="24"/>
        </w:rPr>
        <w:t>And with hands trembling like the last leaf on winter’s branch…</w:t>
      </w:r>
      <w:r w:rsidRPr="00C9454D">
        <w:rPr>
          <w:sz w:val="24"/>
          <w:szCs w:val="24"/>
        </w:rPr>
        <w:br/>
        <w:t>she opened the box.</w:t>
      </w:r>
    </w:p>
    <w:p w14:paraId="7686EFA6" w14:textId="77777777" w:rsidR="00595B6F" w:rsidRPr="00C9454D" w:rsidRDefault="00595B6F" w:rsidP="00C9454D">
      <w:pPr>
        <w:rPr>
          <w:sz w:val="24"/>
          <w:szCs w:val="24"/>
        </w:rPr>
      </w:pPr>
      <w:r w:rsidRPr="00C9454D">
        <w:rPr>
          <w:sz w:val="24"/>
          <w:szCs w:val="24"/>
        </w:rPr>
        <w:t>But not before she looked upward and whispered—</w:t>
      </w:r>
    </w:p>
    <w:p w14:paraId="31A4B289" w14:textId="7A1A1A6B" w:rsidR="00595B6F" w:rsidRPr="00C9454D" w:rsidRDefault="00595B6F" w:rsidP="00C9454D">
      <w:pPr>
        <w:rPr>
          <w:sz w:val="24"/>
          <w:szCs w:val="24"/>
        </w:rPr>
      </w:pPr>
      <w:r w:rsidRPr="00C9454D">
        <w:rPr>
          <w:sz w:val="24"/>
          <w:szCs w:val="24"/>
        </w:rPr>
        <w:t>“Guy…</w:t>
      </w:r>
      <w:r w:rsidRPr="00C9454D">
        <w:rPr>
          <w:sz w:val="24"/>
          <w:szCs w:val="24"/>
        </w:rPr>
        <w:br/>
        <w:t>Please don’t, in the sleep of death,</w:t>
      </w:r>
      <w:r w:rsidRPr="00C9454D">
        <w:rPr>
          <w:sz w:val="24"/>
          <w:szCs w:val="24"/>
        </w:rPr>
        <w:br/>
        <w:t>pain me to mine.</w:t>
      </w:r>
      <w:r w:rsidRPr="00C9454D">
        <w:rPr>
          <w:sz w:val="24"/>
          <w:szCs w:val="24"/>
        </w:rPr>
        <w:br/>
        <w:t>For when we rise…</w:t>
      </w:r>
      <w:r w:rsidRPr="00C9454D">
        <w:rPr>
          <w:sz w:val="24"/>
          <w:szCs w:val="24"/>
        </w:rPr>
        <w:br/>
        <w:t>I will recount.”</w:t>
      </w:r>
    </w:p>
    <w:p w14:paraId="0764E8D9" w14:textId="092B884E" w:rsidR="00595B6F" w:rsidRPr="00C9454D" w:rsidRDefault="00595B6F" w:rsidP="00C9454D">
      <w:pPr>
        <w:rPr>
          <w:sz w:val="24"/>
          <w:szCs w:val="24"/>
        </w:rPr>
      </w:pPr>
      <w:r w:rsidRPr="00C9454D">
        <w:rPr>
          <w:sz w:val="24"/>
          <w:szCs w:val="24"/>
        </w:rPr>
        <w:br w:type="page"/>
      </w:r>
    </w:p>
    <w:p w14:paraId="1696FA48" w14:textId="77777777" w:rsidR="00997461" w:rsidRPr="00C9454D" w:rsidRDefault="00997461" w:rsidP="00C9454D">
      <w:pPr>
        <w:rPr>
          <w:sz w:val="24"/>
          <w:szCs w:val="24"/>
        </w:rPr>
      </w:pPr>
      <w:r w:rsidRPr="00C9454D">
        <w:rPr>
          <w:i/>
          <w:iCs/>
          <w:sz w:val="24"/>
          <w:szCs w:val="24"/>
        </w:rPr>
        <w:t>The Scroll on Top</w:t>
      </w:r>
    </w:p>
    <w:p w14:paraId="390C6417" w14:textId="77777777" w:rsidR="00997461" w:rsidRPr="00C9454D" w:rsidRDefault="00997461" w:rsidP="00C9454D">
      <w:pPr>
        <w:rPr>
          <w:sz w:val="24"/>
          <w:szCs w:val="24"/>
        </w:rPr>
      </w:pPr>
      <w:r w:rsidRPr="00C9454D">
        <w:rPr>
          <w:sz w:val="24"/>
          <w:szCs w:val="24"/>
        </w:rPr>
        <w:t>Abilene stared at the box, untouched for days.</w:t>
      </w:r>
      <w:r w:rsidRPr="00C9454D">
        <w:rPr>
          <w:sz w:val="24"/>
          <w:szCs w:val="24"/>
        </w:rPr>
        <w:br/>
        <w:t>The shawl still covered it—mocking her with its silence.</w:t>
      </w:r>
    </w:p>
    <w:p w14:paraId="2B688838" w14:textId="77777777" w:rsidR="00997461" w:rsidRPr="00C9454D" w:rsidRDefault="00997461" w:rsidP="00C9454D">
      <w:pPr>
        <w:rPr>
          <w:sz w:val="24"/>
          <w:szCs w:val="24"/>
        </w:rPr>
      </w:pPr>
      <w:r w:rsidRPr="00C9454D">
        <w:rPr>
          <w:sz w:val="24"/>
          <w:szCs w:val="24"/>
        </w:rPr>
        <w:t>She had paced. Prayed. Withheld. Wept.</w:t>
      </w:r>
    </w:p>
    <w:p w14:paraId="643E9938" w14:textId="77777777" w:rsidR="00997461" w:rsidRPr="00C9454D" w:rsidRDefault="00997461" w:rsidP="00C9454D">
      <w:pPr>
        <w:rPr>
          <w:sz w:val="24"/>
          <w:szCs w:val="24"/>
        </w:rPr>
      </w:pPr>
      <w:r w:rsidRPr="00C9454D">
        <w:rPr>
          <w:sz w:val="24"/>
          <w:szCs w:val="24"/>
        </w:rPr>
        <w:t>And now… she sat.</w:t>
      </w:r>
      <w:r w:rsidRPr="00C9454D">
        <w:rPr>
          <w:sz w:val="24"/>
          <w:szCs w:val="24"/>
        </w:rPr>
        <w:br/>
        <w:t>Still. Barefoot.</w:t>
      </w:r>
      <w:r w:rsidRPr="00C9454D">
        <w:rPr>
          <w:sz w:val="24"/>
          <w:szCs w:val="24"/>
        </w:rPr>
        <w:br/>
        <w:t>In front of the hearth where Guy once read to her under firelight.</w:t>
      </w:r>
    </w:p>
    <w:p w14:paraId="5088E11E" w14:textId="77777777" w:rsidR="00997461" w:rsidRPr="00C9454D" w:rsidRDefault="00997461" w:rsidP="00C9454D">
      <w:pPr>
        <w:rPr>
          <w:sz w:val="24"/>
          <w:szCs w:val="24"/>
        </w:rPr>
      </w:pPr>
      <w:r w:rsidRPr="00C9454D">
        <w:rPr>
          <w:sz w:val="24"/>
          <w:szCs w:val="24"/>
        </w:rPr>
        <w:t>She reached toward the lid.</w:t>
      </w:r>
    </w:p>
    <w:p w14:paraId="2E312BB1" w14:textId="77777777" w:rsidR="00997461" w:rsidRPr="00C9454D" w:rsidRDefault="00997461" w:rsidP="00C9454D">
      <w:pPr>
        <w:rPr>
          <w:sz w:val="24"/>
          <w:szCs w:val="24"/>
        </w:rPr>
      </w:pPr>
      <w:r w:rsidRPr="00C9454D">
        <w:rPr>
          <w:sz w:val="24"/>
          <w:szCs w:val="24"/>
        </w:rPr>
        <w:t>She took a breath.</w:t>
      </w:r>
    </w:p>
    <w:p w14:paraId="2F65FF71" w14:textId="77777777" w:rsidR="00997461" w:rsidRPr="00C9454D" w:rsidRDefault="00997461" w:rsidP="00C9454D">
      <w:pPr>
        <w:rPr>
          <w:sz w:val="24"/>
          <w:szCs w:val="24"/>
        </w:rPr>
      </w:pPr>
      <w:r w:rsidRPr="00C9454D">
        <w:rPr>
          <w:sz w:val="24"/>
          <w:szCs w:val="24"/>
        </w:rPr>
        <w:t>And it did nothing.</w:t>
      </w:r>
    </w:p>
    <w:p w14:paraId="7705593B" w14:textId="77777777" w:rsidR="00997461" w:rsidRPr="00C9454D" w:rsidRDefault="00997461" w:rsidP="00C9454D">
      <w:pPr>
        <w:rPr>
          <w:sz w:val="24"/>
          <w:szCs w:val="24"/>
        </w:rPr>
      </w:pPr>
      <w:r w:rsidRPr="00C9454D">
        <w:rPr>
          <w:sz w:val="24"/>
          <w:szCs w:val="24"/>
        </w:rPr>
        <w:t>So she took another—</w:t>
      </w:r>
      <w:r w:rsidRPr="00C9454D">
        <w:rPr>
          <w:i/>
          <w:iCs/>
          <w:sz w:val="24"/>
          <w:szCs w:val="24"/>
        </w:rPr>
        <w:t>a deeper one</w:t>
      </w:r>
      <w:r w:rsidRPr="00C9454D">
        <w:rPr>
          <w:sz w:val="24"/>
          <w:szCs w:val="24"/>
        </w:rPr>
        <w:t>.</w:t>
      </w:r>
      <w:r w:rsidRPr="00C9454D">
        <w:rPr>
          <w:sz w:val="24"/>
          <w:szCs w:val="24"/>
        </w:rPr>
        <w:br/>
        <w:t>Still… her ribs refused to settle.</w:t>
      </w:r>
    </w:p>
    <w:p w14:paraId="233D1BB4" w14:textId="77777777" w:rsidR="00997461" w:rsidRPr="00C9454D" w:rsidRDefault="00997461" w:rsidP="00C9454D">
      <w:pPr>
        <w:rPr>
          <w:sz w:val="24"/>
          <w:szCs w:val="24"/>
        </w:rPr>
      </w:pPr>
      <w:r w:rsidRPr="00C9454D">
        <w:rPr>
          <w:sz w:val="24"/>
          <w:szCs w:val="24"/>
        </w:rPr>
        <w:t>So she bowed her head.</w:t>
      </w:r>
      <w:r w:rsidRPr="00C9454D">
        <w:rPr>
          <w:sz w:val="24"/>
          <w:szCs w:val="24"/>
        </w:rPr>
        <w:br/>
        <w:t>And in that stillness, she prayed.</w:t>
      </w:r>
    </w:p>
    <w:p w14:paraId="7A5C9830" w14:textId="18122B51" w:rsidR="00997461" w:rsidRPr="00C9454D" w:rsidRDefault="00997461" w:rsidP="00C9454D">
      <w:pPr>
        <w:rPr>
          <w:sz w:val="24"/>
          <w:szCs w:val="24"/>
        </w:rPr>
      </w:pPr>
      <w:r w:rsidRPr="00C9454D">
        <w:rPr>
          <w:sz w:val="24"/>
          <w:szCs w:val="24"/>
        </w:rPr>
        <w:t>“</w:t>
      </w:r>
      <w:proofErr w:type="spellStart"/>
      <w:r w:rsidR="007E1E1E">
        <w:rPr>
          <w:sz w:val="24"/>
          <w:szCs w:val="24"/>
        </w:rPr>
        <w:t>Yahuah</w:t>
      </w:r>
      <w:proofErr w:type="spellEnd"/>
      <w:r w:rsidRPr="00C9454D">
        <w:rPr>
          <w:sz w:val="24"/>
          <w:szCs w:val="24"/>
        </w:rPr>
        <w:t>… pour Your spirit on me.</w:t>
      </w:r>
      <w:r w:rsidRPr="00C9454D">
        <w:rPr>
          <w:sz w:val="24"/>
          <w:szCs w:val="24"/>
        </w:rPr>
        <w:br/>
        <w:t>Steady my heart.</w:t>
      </w:r>
      <w:r w:rsidRPr="00C9454D">
        <w:rPr>
          <w:sz w:val="24"/>
          <w:szCs w:val="24"/>
        </w:rPr>
        <w:br/>
        <w:t>Strengthen my constitution.</w:t>
      </w:r>
      <w:r w:rsidRPr="00C9454D">
        <w:rPr>
          <w:sz w:val="24"/>
          <w:szCs w:val="24"/>
        </w:rPr>
        <w:br/>
        <w:t>Guard my soul against whatever truths are buried in this box.</w:t>
      </w:r>
      <w:r w:rsidRPr="00C9454D">
        <w:rPr>
          <w:sz w:val="24"/>
          <w:szCs w:val="24"/>
        </w:rPr>
        <w:br/>
        <w:t>For if it is truth…</w:t>
      </w:r>
      <w:r w:rsidR="0098714C" w:rsidRPr="00C9454D">
        <w:rPr>
          <w:sz w:val="24"/>
          <w:szCs w:val="24"/>
        </w:rPr>
        <w:t>In Christ name,</w:t>
      </w:r>
      <w:r w:rsidRPr="00C9454D">
        <w:rPr>
          <w:sz w:val="24"/>
          <w:szCs w:val="24"/>
        </w:rPr>
        <w:t xml:space="preserve"> so be it.”</w:t>
      </w:r>
    </w:p>
    <w:p w14:paraId="4D47546F" w14:textId="77777777" w:rsidR="00997461" w:rsidRPr="00C9454D" w:rsidRDefault="00997461" w:rsidP="00C9454D">
      <w:pPr>
        <w:rPr>
          <w:sz w:val="24"/>
          <w:szCs w:val="24"/>
        </w:rPr>
      </w:pPr>
      <w:r w:rsidRPr="00C9454D">
        <w:rPr>
          <w:sz w:val="24"/>
          <w:szCs w:val="24"/>
        </w:rPr>
        <w:t>She paused. Then smiled—because even in grief, she remembered:</w:t>
      </w:r>
      <w:r w:rsidRPr="00C9454D">
        <w:rPr>
          <w:sz w:val="24"/>
          <w:szCs w:val="24"/>
        </w:rPr>
        <w:br/>
        <w:t>The ransom. The resurrection. The reason she could endure anything.</w:t>
      </w:r>
    </w:p>
    <w:p w14:paraId="447F0ED9" w14:textId="77777777" w:rsidR="00997461" w:rsidRPr="00C9454D" w:rsidRDefault="00997461" w:rsidP="00C9454D">
      <w:pPr>
        <w:rPr>
          <w:sz w:val="24"/>
          <w:szCs w:val="24"/>
        </w:rPr>
      </w:pPr>
      <w:r w:rsidRPr="00C9454D">
        <w:rPr>
          <w:sz w:val="24"/>
          <w:szCs w:val="24"/>
        </w:rPr>
        <w:t>Then… she remembered who she was.</w:t>
      </w:r>
    </w:p>
    <w:p w14:paraId="3357BB05" w14:textId="77777777" w:rsidR="00283A08" w:rsidRPr="00C9454D" w:rsidRDefault="00997461" w:rsidP="00C9454D">
      <w:pPr>
        <w:rPr>
          <w:sz w:val="24"/>
          <w:szCs w:val="24"/>
        </w:rPr>
      </w:pPr>
      <w:r w:rsidRPr="00C9454D">
        <w:rPr>
          <w:sz w:val="24"/>
          <w:szCs w:val="24"/>
        </w:rPr>
        <w:t xml:space="preserve">“Baroness Abilene </w:t>
      </w:r>
      <w:r w:rsidR="00DD1FF5" w:rsidRPr="00C9454D">
        <w:rPr>
          <w:sz w:val="24"/>
          <w:szCs w:val="24"/>
        </w:rPr>
        <w:t xml:space="preserve">de </w:t>
      </w:r>
      <w:proofErr w:type="spellStart"/>
      <w:r w:rsidRPr="00C9454D">
        <w:rPr>
          <w:sz w:val="24"/>
          <w:szCs w:val="24"/>
        </w:rPr>
        <w:t>Peine-Berham</w:t>
      </w:r>
      <w:proofErr w:type="spellEnd"/>
    </w:p>
    <w:p w14:paraId="59698395" w14:textId="49ED6565" w:rsidR="00997461" w:rsidRPr="00C9454D" w:rsidRDefault="009F199F" w:rsidP="00C9454D">
      <w:pPr>
        <w:rPr>
          <w:sz w:val="24"/>
          <w:szCs w:val="24"/>
        </w:rPr>
      </w:pPr>
      <w:r w:rsidRPr="00C9454D">
        <w:rPr>
          <w:sz w:val="24"/>
          <w:szCs w:val="24"/>
        </w:rPr>
        <w:t xml:space="preserve">Wife of Baron Sir Guy de </w:t>
      </w:r>
      <w:proofErr w:type="spellStart"/>
      <w:r w:rsidR="00283A08" w:rsidRPr="00C9454D">
        <w:rPr>
          <w:sz w:val="24"/>
          <w:szCs w:val="24"/>
        </w:rPr>
        <w:t>Peine</w:t>
      </w:r>
      <w:proofErr w:type="spellEnd"/>
      <w:r w:rsidR="00997461" w:rsidRPr="00C9454D">
        <w:rPr>
          <w:sz w:val="24"/>
          <w:szCs w:val="24"/>
        </w:rPr>
        <w:br/>
        <w:t xml:space="preserve">Daughter of Sir Richard </w:t>
      </w:r>
      <w:proofErr w:type="spellStart"/>
      <w:r w:rsidR="00997461" w:rsidRPr="00C9454D">
        <w:rPr>
          <w:sz w:val="24"/>
          <w:szCs w:val="24"/>
        </w:rPr>
        <w:t>FitzUrse</w:t>
      </w:r>
      <w:proofErr w:type="spellEnd"/>
      <w:r w:rsidR="00997461" w:rsidRPr="00C9454D">
        <w:rPr>
          <w:sz w:val="24"/>
          <w:szCs w:val="24"/>
        </w:rPr>
        <w:t>.</w:t>
      </w:r>
      <w:r w:rsidR="00997461" w:rsidRPr="00C9454D">
        <w:rPr>
          <w:sz w:val="24"/>
          <w:szCs w:val="24"/>
        </w:rPr>
        <w:br/>
        <w:t xml:space="preserve">Granddaughter of Sybil </w:t>
      </w:r>
      <w:r w:rsidR="00DD1FF5" w:rsidRPr="00C9454D">
        <w:rPr>
          <w:sz w:val="24"/>
          <w:szCs w:val="24"/>
        </w:rPr>
        <w:t xml:space="preserve">de </w:t>
      </w:r>
      <w:proofErr w:type="spellStart"/>
      <w:r w:rsidR="00997461" w:rsidRPr="00C9454D">
        <w:rPr>
          <w:sz w:val="24"/>
          <w:szCs w:val="24"/>
        </w:rPr>
        <w:t>Falaise</w:t>
      </w:r>
      <w:proofErr w:type="spellEnd"/>
      <w:r w:rsidR="00997461" w:rsidRPr="00C9454D">
        <w:rPr>
          <w:sz w:val="24"/>
          <w:szCs w:val="24"/>
        </w:rPr>
        <w:t>, niece to kings.</w:t>
      </w:r>
      <w:r w:rsidR="00997461" w:rsidRPr="00C9454D">
        <w:rPr>
          <w:sz w:val="24"/>
          <w:szCs w:val="24"/>
        </w:rPr>
        <w:br/>
        <w:t>Our house does not surrender.</w:t>
      </w:r>
      <w:r w:rsidR="00997461" w:rsidRPr="00C9454D">
        <w:rPr>
          <w:sz w:val="24"/>
          <w:szCs w:val="24"/>
        </w:rPr>
        <w:br/>
      </w:r>
      <w:r w:rsidR="00997461" w:rsidRPr="00C9454D">
        <w:rPr>
          <w:i/>
          <w:iCs/>
          <w:sz w:val="24"/>
          <w:szCs w:val="24"/>
        </w:rPr>
        <w:t>We rise.</w:t>
      </w:r>
      <w:r w:rsidR="00997461" w:rsidRPr="00C9454D">
        <w:rPr>
          <w:sz w:val="24"/>
          <w:szCs w:val="24"/>
        </w:rPr>
        <w:t>”</w:t>
      </w:r>
    </w:p>
    <w:p w14:paraId="3FE9C26C" w14:textId="77777777" w:rsidR="00997461" w:rsidRPr="00C9454D" w:rsidRDefault="00997461" w:rsidP="00C9454D">
      <w:pPr>
        <w:rPr>
          <w:sz w:val="24"/>
          <w:szCs w:val="24"/>
        </w:rPr>
      </w:pPr>
      <w:r w:rsidRPr="00C9454D">
        <w:rPr>
          <w:sz w:val="24"/>
          <w:szCs w:val="24"/>
        </w:rPr>
        <w:t>And with that, she opened the box.</w:t>
      </w:r>
    </w:p>
    <w:p w14:paraId="05D4742B" w14:textId="77777777" w:rsidR="00997461" w:rsidRPr="00C9454D" w:rsidRDefault="00FE197F" w:rsidP="00C9454D">
      <w:pPr>
        <w:rPr>
          <w:sz w:val="24"/>
          <w:szCs w:val="24"/>
        </w:rPr>
      </w:pPr>
      <w:r>
        <w:rPr>
          <w:noProof/>
          <w:sz w:val="24"/>
          <w:szCs w:val="24"/>
        </w:rPr>
      </w:r>
      <w:r w:rsidR="00FE197F">
        <w:rPr>
          <w:noProof/>
          <w:sz w:val="24"/>
          <w:szCs w:val="24"/>
        </w:rPr>
        <w:pict w14:anchorId="66685C3B">
          <v:rect id="_x0000_i1191" style="width:0;height:1.5pt" o:hralign="center" o:hrstd="t" o:hr="t" fillcolor="#a0a0a0" stroked="f"/>
        </w:pict>
      </w:r>
    </w:p>
    <w:p w14:paraId="42793B4F" w14:textId="77777777" w:rsidR="00997461" w:rsidRPr="00C9454D" w:rsidRDefault="00997461" w:rsidP="00C9454D">
      <w:pPr>
        <w:rPr>
          <w:sz w:val="24"/>
          <w:szCs w:val="24"/>
        </w:rPr>
      </w:pPr>
      <w:r w:rsidRPr="00C9454D">
        <w:rPr>
          <w:sz w:val="24"/>
          <w:szCs w:val="24"/>
        </w:rPr>
        <w:t>The first thing she saw was her name.</w:t>
      </w:r>
    </w:p>
    <w:p w14:paraId="3FE52D8D" w14:textId="77777777" w:rsidR="00997461" w:rsidRPr="00C9454D" w:rsidRDefault="00997461" w:rsidP="00C9454D">
      <w:pPr>
        <w:rPr>
          <w:sz w:val="24"/>
          <w:szCs w:val="24"/>
        </w:rPr>
      </w:pPr>
      <w:r w:rsidRPr="00C9454D">
        <w:rPr>
          <w:sz w:val="24"/>
          <w:szCs w:val="24"/>
        </w:rPr>
        <w:t>Her name.</w:t>
      </w:r>
      <w:r w:rsidRPr="00C9454D">
        <w:rPr>
          <w:sz w:val="24"/>
          <w:szCs w:val="24"/>
        </w:rPr>
        <w:br/>
        <w:t>Written in Guy’s hand.</w:t>
      </w:r>
    </w:p>
    <w:p w14:paraId="56114A9F" w14:textId="77777777" w:rsidR="00997461" w:rsidRPr="00C9454D" w:rsidRDefault="00997461" w:rsidP="00C9454D">
      <w:pPr>
        <w:rPr>
          <w:sz w:val="24"/>
          <w:szCs w:val="24"/>
        </w:rPr>
      </w:pPr>
      <w:r w:rsidRPr="00C9454D">
        <w:rPr>
          <w:sz w:val="24"/>
          <w:szCs w:val="24"/>
        </w:rPr>
        <w:t>“You old warrior,” she whispered.</w:t>
      </w:r>
      <w:r w:rsidRPr="00C9454D">
        <w:rPr>
          <w:sz w:val="24"/>
          <w:szCs w:val="24"/>
        </w:rPr>
        <w:br/>
        <w:t>“You didn’t make me do this alone.”</w:t>
      </w:r>
    </w:p>
    <w:p w14:paraId="77D0E670" w14:textId="5D83C287" w:rsidR="00997461" w:rsidRPr="00C9454D" w:rsidRDefault="00997461" w:rsidP="00C9454D">
      <w:pPr>
        <w:rPr>
          <w:sz w:val="24"/>
          <w:szCs w:val="24"/>
        </w:rPr>
      </w:pPr>
      <w:r w:rsidRPr="00C9454D">
        <w:rPr>
          <w:sz w:val="24"/>
          <w:szCs w:val="24"/>
        </w:rPr>
        <w:t>She lifted the scroll.</w:t>
      </w:r>
    </w:p>
    <w:p w14:paraId="43ACAE2C" w14:textId="0F3B542A" w:rsidR="00925BDF" w:rsidRPr="00C9454D" w:rsidRDefault="00997461" w:rsidP="00C9454D">
      <w:pPr>
        <w:rPr>
          <w:sz w:val="24"/>
          <w:szCs w:val="24"/>
        </w:rPr>
      </w:pPr>
      <w:r w:rsidRPr="00C9454D">
        <w:rPr>
          <w:i/>
          <w:iCs/>
          <w:sz w:val="24"/>
          <w:szCs w:val="24"/>
        </w:rPr>
        <w:t>My Dear Abilene,</w:t>
      </w:r>
    </w:p>
    <w:p w14:paraId="52A2AEB7" w14:textId="77777777" w:rsidR="00925BDF" w:rsidRPr="00C9454D" w:rsidRDefault="00925BDF" w:rsidP="00C9454D">
      <w:pPr>
        <w:rPr>
          <w:sz w:val="24"/>
          <w:szCs w:val="24"/>
        </w:rPr>
      </w:pPr>
      <w:r w:rsidRPr="00C9454D">
        <w:rPr>
          <w:sz w:val="24"/>
          <w:szCs w:val="24"/>
        </w:rPr>
        <w:t>I hope this letter reaches your hands when the ache is softer—when time has done what I no longer can. If I could speak across the veil, I would not waste breath on poetry. I would speak plainly, because you deserve the truth. And you always knew how to hold it.</w:t>
      </w:r>
    </w:p>
    <w:p w14:paraId="46158F6D" w14:textId="77777777" w:rsidR="00925BDF" w:rsidRPr="00C9454D" w:rsidRDefault="00925BDF" w:rsidP="00C9454D">
      <w:pPr>
        <w:rPr>
          <w:sz w:val="24"/>
          <w:szCs w:val="24"/>
        </w:rPr>
      </w:pPr>
      <w:r w:rsidRPr="00C9454D">
        <w:rPr>
          <w:b/>
          <w:bCs/>
          <w:sz w:val="24"/>
          <w:szCs w:val="24"/>
        </w:rPr>
        <w:t>I was always true.</w:t>
      </w:r>
    </w:p>
    <w:p w14:paraId="442C267C" w14:textId="77777777" w:rsidR="00925BDF" w:rsidRPr="00C9454D" w:rsidRDefault="00925BDF" w:rsidP="00C9454D">
      <w:pPr>
        <w:rPr>
          <w:sz w:val="24"/>
          <w:szCs w:val="24"/>
        </w:rPr>
      </w:pPr>
      <w:r w:rsidRPr="00C9454D">
        <w:rPr>
          <w:sz w:val="24"/>
          <w:szCs w:val="24"/>
        </w:rPr>
        <w:t xml:space="preserve">To you. In all ways. In word, in vow, in body, in soul. From the moment I came to </w:t>
      </w:r>
      <w:proofErr w:type="spellStart"/>
      <w:r w:rsidRPr="00C9454D">
        <w:rPr>
          <w:sz w:val="24"/>
          <w:szCs w:val="24"/>
        </w:rPr>
        <w:t>Teston</w:t>
      </w:r>
      <w:proofErr w:type="spellEnd"/>
      <w:r w:rsidRPr="00C9454D">
        <w:rPr>
          <w:sz w:val="24"/>
          <w:szCs w:val="24"/>
        </w:rPr>
        <w:t>, you were the only woman I ever hoped to belong to.</w:t>
      </w:r>
    </w:p>
    <w:p w14:paraId="6CCD2D60" w14:textId="77777777" w:rsidR="00925BDF" w:rsidRPr="00C9454D" w:rsidRDefault="00925BDF" w:rsidP="00C9454D">
      <w:pPr>
        <w:rPr>
          <w:sz w:val="24"/>
          <w:szCs w:val="24"/>
        </w:rPr>
      </w:pPr>
      <w:r w:rsidRPr="00C9454D">
        <w:rPr>
          <w:sz w:val="24"/>
          <w:szCs w:val="24"/>
        </w:rPr>
        <w:t>I remember the first day I saw you.</w:t>
      </w:r>
    </w:p>
    <w:p w14:paraId="16529CE9" w14:textId="77777777" w:rsidR="00925BDF" w:rsidRPr="00C9454D" w:rsidRDefault="00925BDF" w:rsidP="00C9454D">
      <w:pPr>
        <w:rPr>
          <w:sz w:val="24"/>
          <w:szCs w:val="24"/>
        </w:rPr>
      </w:pPr>
      <w:r w:rsidRPr="00C9454D">
        <w:rPr>
          <w:sz w:val="24"/>
          <w:szCs w:val="24"/>
        </w:rPr>
        <w:t>I had just arrived—mud on my boots, a storm on my heels. The village was bustling, but my eyes found you. You were dragging a grown man by the ear through the square, rebuking Satan and scolding him with the force of five ministers and a prophet. You didn’t see me. Not then. But I saw you.</w:t>
      </w:r>
    </w:p>
    <w:p w14:paraId="7A5A52CF" w14:textId="77777777" w:rsidR="00925BDF" w:rsidRPr="00C9454D" w:rsidRDefault="00925BDF" w:rsidP="00C9454D">
      <w:pPr>
        <w:rPr>
          <w:sz w:val="24"/>
          <w:szCs w:val="24"/>
        </w:rPr>
      </w:pPr>
      <w:r w:rsidRPr="00C9454D">
        <w:rPr>
          <w:sz w:val="24"/>
          <w:szCs w:val="24"/>
        </w:rPr>
        <w:t>And I knew.</w:t>
      </w:r>
    </w:p>
    <w:p w14:paraId="7627C9EE" w14:textId="77777777" w:rsidR="00925BDF" w:rsidRPr="00C9454D" w:rsidRDefault="00925BDF" w:rsidP="00C9454D">
      <w:pPr>
        <w:rPr>
          <w:sz w:val="24"/>
          <w:szCs w:val="24"/>
        </w:rPr>
      </w:pPr>
      <w:r w:rsidRPr="00C9454D">
        <w:rPr>
          <w:sz w:val="24"/>
          <w:szCs w:val="24"/>
        </w:rPr>
        <w:t>I knew that you were why I had come.</w:t>
      </w:r>
    </w:p>
    <w:p w14:paraId="6F7A9DAE" w14:textId="77777777" w:rsidR="00925BDF" w:rsidRPr="00C9454D" w:rsidRDefault="00925BDF" w:rsidP="00C9454D">
      <w:pPr>
        <w:rPr>
          <w:sz w:val="24"/>
          <w:szCs w:val="24"/>
        </w:rPr>
      </w:pPr>
      <w:r w:rsidRPr="00C9454D">
        <w:rPr>
          <w:sz w:val="24"/>
          <w:szCs w:val="24"/>
        </w:rPr>
        <w:t xml:space="preserve">I went straight to the tavern that night and asked who you were. I paid two boys in coppers to tell me everything. They spoke your name like a hymn: Abilene de </w:t>
      </w:r>
      <w:proofErr w:type="spellStart"/>
      <w:r w:rsidRPr="00C9454D">
        <w:rPr>
          <w:sz w:val="24"/>
          <w:szCs w:val="24"/>
        </w:rPr>
        <w:t>Barham</w:t>
      </w:r>
      <w:proofErr w:type="spellEnd"/>
      <w:r w:rsidRPr="00C9454D">
        <w:rPr>
          <w:sz w:val="24"/>
          <w:szCs w:val="24"/>
        </w:rPr>
        <w:t xml:space="preserve">. Noble. Tenacious. Devout. No foolishness about you. No softness where steel was needed. But solid. Real. The kind of woman you don’t win—you </w:t>
      </w:r>
      <w:r w:rsidRPr="00C9454D">
        <w:rPr>
          <w:i/>
          <w:iCs/>
          <w:sz w:val="24"/>
          <w:szCs w:val="24"/>
        </w:rPr>
        <w:t>serve.</w:t>
      </w:r>
    </w:p>
    <w:p w14:paraId="4DFFFD8B" w14:textId="77777777" w:rsidR="00925BDF" w:rsidRPr="00C9454D" w:rsidRDefault="00925BDF" w:rsidP="00C9454D">
      <w:pPr>
        <w:rPr>
          <w:sz w:val="24"/>
          <w:szCs w:val="24"/>
        </w:rPr>
      </w:pPr>
      <w:r w:rsidRPr="00C9454D">
        <w:rPr>
          <w:sz w:val="24"/>
          <w:szCs w:val="24"/>
        </w:rPr>
        <w:t>I had saved myself during the wars—not from pride, but from hope. And suddenly, I knew what I’d been saving for.</w:t>
      </w:r>
    </w:p>
    <w:p w14:paraId="70AE9589" w14:textId="77777777" w:rsidR="00925BDF" w:rsidRPr="00C9454D" w:rsidRDefault="00925BDF" w:rsidP="00C9454D">
      <w:pPr>
        <w:rPr>
          <w:sz w:val="24"/>
          <w:szCs w:val="24"/>
        </w:rPr>
      </w:pPr>
      <w:r w:rsidRPr="00C9454D">
        <w:rPr>
          <w:sz w:val="24"/>
          <w:szCs w:val="24"/>
        </w:rPr>
        <w:t>You.</w:t>
      </w:r>
    </w:p>
    <w:p w14:paraId="74AB9304" w14:textId="2CACEC9F" w:rsidR="00925BDF" w:rsidRPr="00C9454D" w:rsidRDefault="00925BDF" w:rsidP="00C9454D">
      <w:pPr>
        <w:rPr>
          <w:sz w:val="24"/>
          <w:szCs w:val="24"/>
        </w:rPr>
      </w:pPr>
      <w:r w:rsidRPr="00C9454D">
        <w:rPr>
          <w:sz w:val="24"/>
          <w:szCs w:val="24"/>
        </w:rPr>
        <w:t xml:space="preserve">And then you came, </w:t>
      </w:r>
      <w:r w:rsidR="005B3456" w:rsidRPr="00C9454D">
        <w:rPr>
          <w:sz w:val="24"/>
          <w:szCs w:val="24"/>
        </w:rPr>
        <w:t>months</w:t>
      </w:r>
      <w:r w:rsidRPr="00C9454D">
        <w:rPr>
          <w:sz w:val="24"/>
          <w:szCs w:val="24"/>
        </w:rPr>
        <w:t xml:space="preserve"> later, with a note from your father. You called my name like it was duty itself.</w:t>
      </w:r>
    </w:p>
    <w:p w14:paraId="7533F02B" w14:textId="77777777" w:rsidR="00925BDF" w:rsidRPr="00C9454D" w:rsidRDefault="00925BDF" w:rsidP="00C9454D">
      <w:pPr>
        <w:rPr>
          <w:sz w:val="24"/>
          <w:szCs w:val="24"/>
        </w:rPr>
      </w:pPr>
      <w:r w:rsidRPr="00C9454D">
        <w:rPr>
          <w:sz w:val="24"/>
          <w:szCs w:val="24"/>
        </w:rPr>
        <w:t>I couldn’t speak.</w:t>
      </w:r>
    </w:p>
    <w:p w14:paraId="64919B3A" w14:textId="77777777" w:rsidR="00925BDF" w:rsidRPr="00C9454D" w:rsidRDefault="00925BDF" w:rsidP="00C9454D">
      <w:pPr>
        <w:rPr>
          <w:sz w:val="24"/>
          <w:szCs w:val="24"/>
        </w:rPr>
      </w:pPr>
      <w:r w:rsidRPr="00C9454D">
        <w:rPr>
          <w:sz w:val="24"/>
          <w:szCs w:val="24"/>
        </w:rPr>
        <w:t>Not because I was cold. But because I was completely, ruinously unprepared. I had built stories in my mind of what I would say when I met you. But nothing fit. So I gave you silence, and hoped you would see past it.</w:t>
      </w:r>
    </w:p>
    <w:p w14:paraId="40FCF8C8" w14:textId="77777777" w:rsidR="00925BDF" w:rsidRPr="00C9454D" w:rsidRDefault="00925BDF" w:rsidP="00C9454D">
      <w:pPr>
        <w:rPr>
          <w:sz w:val="24"/>
          <w:szCs w:val="24"/>
        </w:rPr>
      </w:pPr>
      <w:r w:rsidRPr="00C9454D">
        <w:rPr>
          <w:sz w:val="24"/>
          <w:szCs w:val="24"/>
        </w:rPr>
        <w:t>You did.</w:t>
      </w:r>
    </w:p>
    <w:p w14:paraId="43E0DC09" w14:textId="77777777" w:rsidR="00925BDF" w:rsidRPr="00C9454D" w:rsidRDefault="00925BDF" w:rsidP="00C9454D">
      <w:pPr>
        <w:rPr>
          <w:sz w:val="24"/>
          <w:szCs w:val="24"/>
        </w:rPr>
      </w:pPr>
      <w:r w:rsidRPr="00C9454D">
        <w:rPr>
          <w:sz w:val="24"/>
          <w:szCs w:val="24"/>
        </w:rPr>
        <w:t>That was the beginning of a life I would never trade.</w:t>
      </w:r>
    </w:p>
    <w:p w14:paraId="246614C5" w14:textId="77777777" w:rsidR="00925BDF" w:rsidRPr="00C9454D" w:rsidRDefault="00925BDF" w:rsidP="00C9454D">
      <w:pPr>
        <w:rPr>
          <w:sz w:val="24"/>
          <w:szCs w:val="24"/>
        </w:rPr>
      </w:pPr>
      <w:r w:rsidRPr="00C9454D">
        <w:rPr>
          <w:sz w:val="24"/>
          <w:szCs w:val="24"/>
        </w:rPr>
        <w:t xml:space="preserve">But you are not reading this to relive old joys. You are reading it with pain in your chest and a question in your eyes. </w:t>
      </w:r>
      <w:r w:rsidRPr="00C9454D">
        <w:rPr>
          <w:b/>
          <w:bCs/>
          <w:sz w:val="24"/>
          <w:szCs w:val="24"/>
        </w:rPr>
        <w:t>Vivienne.</w:t>
      </w:r>
    </w:p>
    <w:p w14:paraId="7B3798B0" w14:textId="77777777" w:rsidR="00925BDF" w:rsidRPr="00C9454D" w:rsidRDefault="00925BDF" w:rsidP="00C9454D">
      <w:pPr>
        <w:rPr>
          <w:sz w:val="24"/>
          <w:szCs w:val="24"/>
        </w:rPr>
      </w:pPr>
      <w:r w:rsidRPr="00C9454D">
        <w:rPr>
          <w:sz w:val="24"/>
          <w:szCs w:val="24"/>
        </w:rPr>
        <w:t>Let me speak truth again.</w:t>
      </w:r>
    </w:p>
    <w:p w14:paraId="1EE990F3" w14:textId="3BBC18C8" w:rsidR="00925BDF" w:rsidRPr="00C9454D" w:rsidRDefault="00925BDF" w:rsidP="00C9454D">
      <w:pPr>
        <w:rPr>
          <w:sz w:val="24"/>
          <w:szCs w:val="24"/>
        </w:rPr>
      </w:pPr>
      <w:r w:rsidRPr="00C9454D">
        <w:rPr>
          <w:sz w:val="24"/>
          <w:szCs w:val="24"/>
        </w:rPr>
        <w:t>Vivienne was real. Her love for me, and mine for her—it existed. It was sacred in its way. But it was a chapter I closed the day I s</w:t>
      </w:r>
      <w:r w:rsidR="008F7EF1" w:rsidRPr="00C9454D">
        <w:rPr>
          <w:sz w:val="24"/>
          <w:szCs w:val="24"/>
        </w:rPr>
        <w:t>een</w:t>
      </w:r>
      <w:r w:rsidRPr="00C9454D">
        <w:rPr>
          <w:sz w:val="24"/>
          <w:szCs w:val="24"/>
        </w:rPr>
        <w:t xml:space="preserve"> you. </w:t>
      </w:r>
      <w:r w:rsidR="008F7EF1" w:rsidRPr="00C9454D">
        <w:rPr>
          <w:sz w:val="24"/>
          <w:szCs w:val="24"/>
        </w:rPr>
        <w:t>I sent word to her that very day that I was to marry</w:t>
      </w:r>
      <w:r w:rsidR="00320126" w:rsidRPr="00C9454D">
        <w:rPr>
          <w:sz w:val="24"/>
          <w:szCs w:val="24"/>
        </w:rPr>
        <w:t>,</w:t>
      </w:r>
      <w:r w:rsidR="00765367" w:rsidRPr="00C9454D">
        <w:rPr>
          <w:sz w:val="24"/>
          <w:szCs w:val="24"/>
        </w:rPr>
        <w:t xml:space="preserve"> respectfully</w:t>
      </w:r>
      <w:r w:rsidR="00320126" w:rsidRPr="00C9454D">
        <w:rPr>
          <w:sz w:val="24"/>
          <w:szCs w:val="24"/>
        </w:rPr>
        <w:t xml:space="preserve"> severed that tie.</w:t>
      </w:r>
      <w:r w:rsidR="00765367" w:rsidRPr="00C9454D">
        <w:rPr>
          <w:sz w:val="24"/>
          <w:szCs w:val="24"/>
        </w:rPr>
        <w:t xml:space="preserve"> </w:t>
      </w:r>
      <w:r w:rsidRPr="00C9454D">
        <w:rPr>
          <w:sz w:val="24"/>
          <w:szCs w:val="24"/>
        </w:rPr>
        <w:t>I gave her a place in my story, but I gave you the whole book.</w:t>
      </w:r>
    </w:p>
    <w:p w14:paraId="016A7B3F" w14:textId="77777777" w:rsidR="00925BDF" w:rsidRPr="00C9454D" w:rsidRDefault="00925BDF" w:rsidP="00C9454D">
      <w:pPr>
        <w:rPr>
          <w:sz w:val="24"/>
          <w:szCs w:val="24"/>
        </w:rPr>
      </w:pPr>
      <w:r w:rsidRPr="00C9454D">
        <w:rPr>
          <w:sz w:val="24"/>
          <w:szCs w:val="24"/>
        </w:rPr>
        <w:t>I only ask one thing.</w:t>
      </w:r>
    </w:p>
    <w:p w14:paraId="6D06BF81" w14:textId="3180D86E" w:rsidR="00925BDF" w:rsidRPr="00C9454D" w:rsidRDefault="00E60B9C" w:rsidP="00C9454D">
      <w:pPr>
        <w:rPr>
          <w:sz w:val="24"/>
          <w:szCs w:val="24"/>
        </w:rPr>
      </w:pPr>
      <w:r w:rsidRPr="00C9454D">
        <w:rPr>
          <w:sz w:val="24"/>
          <w:szCs w:val="24"/>
        </w:rPr>
        <w:t>She</w:t>
      </w:r>
      <w:r w:rsidR="00925BDF" w:rsidRPr="00C9454D">
        <w:rPr>
          <w:sz w:val="24"/>
          <w:szCs w:val="24"/>
        </w:rPr>
        <w:t xml:space="preserve"> is alone now… if she ever comes to High Haven… welcome her.</w:t>
      </w:r>
    </w:p>
    <w:p w14:paraId="36EDAABB" w14:textId="77777777" w:rsidR="00925BDF" w:rsidRPr="00C9454D" w:rsidRDefault="00925BDF" w:rsidP="00C9454D">
      <w:pPr>
        <w:rPr>
          <w:sz w:val="24"/>
          <w:szCs w:val="24"/>
        </w:rPr>
      </w:pPr>
      <w:r w:rsidRPr="00C9454D">
        <w:rPr>
          <w:sz w:val="24"/>
          <w:szCs w:val="24"/>
        </w:rPr>
        <w:t>Not for me. For her.</w:t>
      </w:r>
    </w:p>
    <w:p w14:paraId="56BB987B" w14:textId="77777777" w:rsidR="00925BDF" w:rsidRPr="00C9454D" w:rsidRDefault="00925BDF" w:rsidP="00C9454D">
      <w:pPr>
        <w:rPr>
          <w:sz w:val="24"/>
          <w:szCs w:val="24"/>
        </w:rPr>
      </w:pPr>
      <w:r w:rsidRPr="00C9454D">
        <w:rPr>
          <w:sz w:val="24"/>
          <w:szCs w:val="24"/>
        </w:rPr>
        <w:t>She bore love silently for years. She held her pride like armor. She deserved more than what I gave. And she never tried to take what wasn’t hers—until grief made her reckless.</w:t>
      </w:r>
    </w:p>
    <w:p w14:paraId="75D58AA3" w14:textId="7BD805CC" w:rsidR="00925BDF" w:rsidRPr="00C9454D" w:rsidRDefault="00925BDF" w:rsidP="00C9454D">
      <w:pPr>
        <w:rPr>
          <w:sz w:val="24"/>
          <w:szCs w:val="24"/>
        </w:rPr>
      </w:pPr>
      <w:r w:rsidRPr="00C9454D">
        <w:rPr>
          <w:sz w:val="24"/>
          <w:szCs w:val="24"/>
        </w:rPr>
        <w:t>You are the stronger woman</w:t>
      </w:r>
      <w:r w:rsidR="00633E5D" w:rsidRPr="00C9454D">
        <w:rPr>
          <w:sz w:val="24"/>
          <w:szCs w:val="24"/>
        </w:rPr>
        <w:t xml:space="preserve">, my dear Abilene. </w:t>
      </w:r>
      <w:r w:rsidRPr="00C9454D">
        <w:rPr>
          <w:sz w:val="24"/>
          <w:szCs w:val="24"/>
        </w:rPr>
        <w:t xml:space="preserve"> You always were.</w:t>
      </w:r>
    </w:p>
    <w:p w14:paraId="1C3474E5" w14:textId="77777777" w:rsidR="00925BDF" w:rsidRPr="00C9454D" w:rsidRDefault="00925BDF" w:rsidP="00C9454D">
      <w:pPr>
        <w:rPr>
          <w:sz w:val="24"/>
          <w:szCs w:val="24"/>
        </w:rPr>
      </w:pPr>
      <w:r w:rsidRPr="00C9454D">
        <w:rPr>
          <w:sz w:val="24"/>
          <w:szCs w:val="24"/>
        </w:rPr>
        <w:t>So I ask you to be the kinder one now.</w:t>
      </w:r>
    </w:p>
    <w:p w14:paraId="23753B67" w14:textId="77777777" w:rsidR="00925BDF" w:rsidRPr="00C9454D" w:rsidRDefault="00925BDF" w:rsidP="00C9454D">
      <w:pPr>
        <w:rPr>
          <w:sz w:val="24"/>
          <w:szCs w:val="24"/>
        </w:rPr>
      </w:pPr>
      <w:r w:rsidRPr="00C9454D">
        <w:rPr>
          <w:sz w:val="24"/>
          <w:szCs w:val="24"/>
        </w:rPr>
        <w:t>Let her walk the halls I once guarded. Let her see the hearth where I knelt beside you. Let her stand where I stood, and know what it is to be safe.</w:t>
      </w:r>
    </w:p>
    <w:p w14:paraId="63749976" w14:textId="2834F3CB" w:rsidR="00925BDF" w:rsidRPr="00C9454D" w:rsidRDefault="00925BDF" w:rsidP="00C9454D">
      <w:pPr>
        <w:rPr>
          <w:sz w:val="24"/>
          <w:szCs w:val="24"/>
        </w:rPr>
      </w:pPr>
      <w:r w:rsidRPr="00C9454D">
        <w:rPr>
          <w:sz w:val="24"/>
          <w:szCs w:val="24"/>
        </w:rPr>
        <w:t>This is a love</w:t>
      </w:r>
      <w:r w:rsidR="00FB37CF" w:rsidRPr="00C9454D">
        <w:rPr>
          <w:sz w:val="24"/>
          <w:szCs w:val="24"/>
        </w:rPr>
        <w:t xml:space="preserve"> and human</w:t>
      </w:r>
      <w:r w:rsidRPr="00C9454D">
        <w:rPr>
          <w:sz w:val="24"/>
          <w:szCs w:val="24"/>
        </w:rPr>
        <w:t xml:space="preserve"> </w:t>
      </w:r>
      <w:r w:rsidRPr="00C9454D">
        <w:rPr>
          <w:i/>
          <w:iCs/>
          <w:sz w:val="24"/>
          <w:szCs w:val="24"/>
        </w:rPr>
        <w:t>testament.</w:t>
      </w:r>
      <w:r w:rsidRPr="00C9454D">
        <w:rPr>
          <w:sz w:val="24"/>
          <w:szCs w:val="24"/>
        </w:rPr>
        <w:t xml:space="preserve"> And I give it to you </w:t>
      </w:r>
      <w:r w:rsidR="00E87B77" w:rsidRPr="00C9454D">
        <w:rPr>
          <w:sz w:val="24"/>
          <w:szCs w:val="24"/>
        </w:rPr>
        <w:t xml:space="preserve">because </w:t>
      </w:r>
      <w:r w:rsidR="00B06D0E" w:rsidRPr="00C9454D">
        <w:rPr>
          <w:sz w:val="24"/>
          <w:szCs w:val="24"/>
        </w:rPr>
        <w:t>you are stronger than I</w:t>
      </w:r>
      <w:r w:rsidR="00125EA0" w:rsidRPr="00C9454D">
        <w:rPr>
          <w:sz w:val="24"/>
          <w:szCs w:val="24"/>
        </w:rPr>
        <w:t xml:space="preserve">. </w:t>
      </w:r>
    </w:p>
    <w:p w14:paraId="0B3022CE" w14:textId="439F623D" w:rsidR="00925BDF" w:rsidRPr="00C9454D" w:rsidRDefault="00925BDF" w:rsidP="00C9454D">
      <w:pPr>
        <w:rPr>
          <w:sz w:val="24"/>
          <w:szCs w:val="24"/>
        </w:rPr>
      </w:pPr>
      <w:r w:rsidRPr="00C9454D">
        <w:rPr>
          <w:sz w:val="24"/>
          <w:szCs w:val="24"/>
        </w:rPr>
        <w:t>You gave me peace. You gave me a son</w:t>
      </w:r>
      <w:r w:rsidR="00CC609F" w:rsidRPr="00C9454D">
        <w:rPr>
          <w:sz w:val="24"/>
          <w:szCs w:val="24"/>
        </w:rPr>
        <w:t xml:space="preserve"> and daughter</w:t>
      </w:r>
      <w:r w:rsidRPr="00C9454D">
        <w:rPr>
          <w:sz w:val="24"/>
          <w:szCs w:val="24"/>
        </w:rPr>
        <w:t>. You gave me purpose. I left a world of kings to become a husband.</w:t>
      </w:r>
    </w:p>
    <w:p w14:paraId="23D846C4" w14:textId="074C987C" w:rsidR="00997461" w:rsidRPr="00C9454D" w:rsidRDefault="00925BDF" w:rsidP="00C9454D">
      <w:pPr>
        <w:rPr>
          <w:sz w:val="24"/>
          <w:szCs w:val="24"/>
        </w:rPr>
      </w:pPr>
      <w:r w:rsidRPr="00C9454D">
        <w:rPr>
          <w:sz w:val="24"/>
          <w:szCs w:val="24"/>
        </w:rPr>
        <w:t xml:space="preserve">And in the next world, if </w:t>
      </w:r>
      <w:proofErr w:type="spellStart"/>
      <w:r w:rsidR="007E1E1E">
        <w:rPr>
          <w:sz w:val="24"/>
          <w:szCs w:val="24"/>
        </w:rPr>
        <w:t>Yahuah</w:t>
      </w:r>
      <w:proofErr w:type="spellEnd"/>
      <w:r w:rsidRPr="00C9454D">
        <w:rPr>
          <w:sz w:val="24"/>
          <w:szCs w:val="24"/>
        </w:rPr>
        <w:t xml:space="preserve"> allows, I’ll find your hand first.</w:t>
      </w:r>
    </w:p>
    <w:p w14:paraId="3B1FA5FE" w14:textId="77777777" w:rsidR="00997461" w:rsidRPr="00C9454D" w:rsidRDefault="00997461" w:rsidP="00C9454D">
      <w:pPr>
        <w:rPr>
          <w:sz w:val="24"/>
          <w:szCs w:val="24"/>
        </w:rPr>
      </w:pPr>
      <w:r w:rsidRPr="00C9454D">
        <w:rPr>
          <w:sz w:val="24"/>
          <w:szCs w:val="24"/>
        </w:rPr>
        <w:t>You brought me no mask.</w:t>
      </w:r>
      <w:r w:rsidRPr="00C9454D">
        <w:rPr>
          <w:sz w:val="24"/>
          <w:szCs w:val="24"/>
        </w:rPr>
        <w:br/>
        <w:t>You brought me bread, and Psalms, and the breath I’d lost in battle.</w:t>
      </w:r>
      <w:r w:rsidRPr="00C9454D">
        <w:rPr>
          <w:sz w:val="24"/>
          <w:szCs w:val="24"/>
        </w:rPr>
        <w:br/>
        <w:t>And I vowed that day I would be yours.</w:t>
      </w:r>
    </w:p>
    <w:p w14:paraId="482FE47A" w14:textId="77777777" w:rsidR="00997461" w:rsidRPr="00C9454D" w:rsidRDefault="00997461" w:rsidP="00C9454D">
      <w:pPr>
        <w:rPr>
          <w:sz w:val="24"/>
          <w:szCs w:val="24"/>
        </w:rPr>
      </w:pPr>
      <w:r w:rsidRPr="00C9454D">
        <w:rPr>
          <w:sz w:val="24"/>
          <w:szCs w:val="24"/>
        </w:rPr>
        <w:t>You, Abilene… you saw the man.</w:t>
      </w:r>
      <w:r w:rsidRPr="00C9454D">
        <w:rPr>
          <w:sz w:val="24"/>
          <w:szCs w:val="24"/>
        </w:rPr>
        <w:br/>
        <w:t>And I became him, because you demanded nothing but truth.</w:t>
      </w:r>
    </w:p>
    <w:p w14:paraId="705D090A" w14:textId="77777777" w:rsidR="00997461" w:rsidRPr="00C9454D" w:rsidRDefault="00FE197F" w:rsidP="00C9454D">
      <w:pPr>
        <w:rPr>
          <w:sz w:val="24"/>
          <w:szCs w:val="24"/>
        </w:rPr>
      </w:pPr>
      <w:r>
        <w:rPr>
          <w:noProof/>
          <w:sz w:val="24"/>
          <w:szCs w:val="24"/>
        </w:rPr>
      </w:r>
      <w:r w:rsidR="00FE197F">
        <w:rPr>
          <w:noProof/>
          <w:sz w:val="24"/>
          <w:szCs w:val="24"/>
        </w:rPr>
        <w:pict w14:anchorId="44373FCA">
          <v:rect id="_x0000_i1192" style="width:0;height:1.5pt" o:hralign="center" o:hrstd="t" o:hr="t" fillcolor="#a0a0a0" stroked="f"/>
        </w:pict>
      </w:r>
    </w:p>
    <w:p w14:paraId="373DC53E" w14:textId="47AFD3CA" w:rsidR="00231B39" w:rsidRPr="00C9454D" w:rsidRDefault="00997461" w:rsidP="00C9454D">
      <w:pPr>
        <w:rPr>
          <w:sz w:val="24"/>
          <w:szCs w:val="24"/>
        </w:rPr>
      </w:pPr>
      <w:r w:rsidRPr="00C9454D">
        <w:rPr>
          <w:sz w:val="24"/>
          <w:szCs w:val="24"/>
        </w:rPr>
        <w:t>These letters? They’re not secrets.</w:t>
      </w:r>
      <w:r w:rsidRPr="00C9454D">
        <w:rPr>
          <w:sz w:val="24"/>
          <w:szCs w:val="24"/>
        </w:rPr>
        <w:br/>
        <w:t>They’re relics.</w:t>
      </w:r>
      <w:r w:rsidRPr="00C9454D">
        <w:rPr>
          <w:sz w:val="24"/>
          <w:szCs w:val="24"/>
        </w:rPr>
        <w:br/>
        <w:t>And if you choose to read them… I won’t haunt you for i</w:t>
      </w:r>
      <w:r w:rsidR="00033647" w:rsidRPr="00C9454D">
        <w:rPr>
          <w:sz w:val="24"/>
          <w:szCs w:val="24"/>
        </w:rPr>
        <w:t>t.</w:t>
      </w:r>
    </w:p>
    <w:p w14:paraId="4B976994" w14:textId="3D10348F" w:rsidR="00997461" w:rsidRPr="00C9454D" w:rsidRDefault="00997461" w:rsidP="00C9454D">
      <w:pPr>
        <w:rPr>
          <w:sz w:val="24"/>
          <w:szCs w:val="24"/>
        </w:rPr>
      </w:pPr>
      <w:r w:rsidRPr="00C9454D">
        <w:rPr>
          <w:sz w:val="24"/>
          <w:szCs w:val="24"/>
        </w:rPr>
        <w:t>You, Abilene… were my one.</w:t>
      </w:r>
      <w:r w:rsidRPr="00C9454D">
        <w:rPr>
          <w:sz w:val="24"/>
          <w:szCs w:val="24"/>
        </w:rPr>
        <w:br/>
        <w:t>My last.</w:t>
      </w:r>
      <w:r w:rsidRPr="00C9454D">
        <w:rPr>
          <w:sz w:val="24"/>
          <w:szCs w:val="24"/>
        </w:rPr>
        <w:br/>
        <w:t>My only.</w:t>
      </w:r>
    </w:p>
    <w:p w14:paraId="0ABA27AA" w14:textId="77777777" w:rsidR="00997461" w:rsidRPr="00C9454D" w:rsidRDefault="00997461" w:rsidP="00C9454D">
      <w:pPr>
        <w:rPr>
          <w:sz w:val="24"/>
          <w:szCs w:val="24"/>
        </w:rPr>
      </w:pPr>
      <w:r w:rsidRPr="00C9454D">
        <w:rPr>
          <w:sz w:val="24"/>
          <w:szCs w:val="24"/>
        </w:rPr>
        <w:t>And nothing I ever withheld…</w:t>
      </w:r>
      <w:r w:rsidRPr="00C9454D">
        <w:rPr>
          <w:sz w:val="24"/>
          <w:szCs w:val="24"/>
        </w:rPr>
        <w:br/>
        <w:t>Changed that truth.</w:t>
      </w:r>
    </w:p>
    <w:p w14:paraId="22905085" w14:textId="77777777" w:rsidR="00997461" w:rsidRPr="00C9454D" w:rsidRDefault="00997461" w:rsidP="00C9454D">
      <w:pPr>
        <w:rPr>
          <w:sz w:val="24"/>
          <w:szCs w:val="24"/>
        </w:rPr>
      </w:pPr>
      <w:r w:rsidRPr="00C9454D">
        <w:rPr>
          <w:sz w:val="24"/>
          <w:szCs w:val="24"/>
        </w:rPr>
        <w:t>All my love,</w:t>
      </w:r>
      <w:r w:rsidRPr="00C9454D">
        <w:rPr>
          <w:sz w:val="24"/>
          <w:szCs w:val="24"/>
        </w:rPr>
        <w:br/>
      </w:r>
      <w:r w:rsidRPr="00C9454D">
        <w:rPr>
          <w:i/>
          <w:iCs/>
          <w:sz w:val="24"/>
          <w:szCs w:val="24"/>
        </w:rPr>
        <w:t>Your Guy</w:t>
      </w:r>
    </w:p>
    <w:p w14:paraId="6039D8E4" w14:textId="3F6D9231" w:rsidR="0084640F" w:rsidRPr="00C9454D" w:rsidRDefault="0084640F" w:rsidP="00C9454D">
      <w:pPr>
        <w:rPr>
          <w:sz w:val="24"/>
          <w:szCs w:val="24"/>
        </w:rPr>
      </w:pPr>
    </w:p>
    <w:p w14:paraId="26429240" w14:textId="77777777" w:rsidR="0084640F" w:rsidRPr="00C9454D" w:rsidRDefault="0084640F" w:rsidP="00C9454D">
      <w:pPr>
        <w:rPr>
          <w:sz w:val="24"/>
          <w:szCs w:val="24"/>
        </w:rPr>
      </w:pPr>
      <w:r w:rsidRPr="00C9454D">
        <w:rPr>
          <w:sz w:val="24"/>
          <w:szCs w:val="24"/>
        </w:rPr>
        <w:t>High Haven was quiet.</w:t>
      </w:r>
    </w:p>
    <w:p w14:paraId="62F1588C" w14:textId="77777777" w:rsidR="0084640F" w:rsidRPr="00C9454D" w:rsidRDefault="0084640F" w:rsidP="00C9454D">
      <w:pPr>
        <w:rPr>
          <w:sz w:val="24"/>
          <w:szCs w:val="24"/>
        </w:rPr>
      </w:pPr>
      <w:r w:rsidRPr="00C9454D">
        <w:rPr>
          <w:sz w:val="24"/>
          <w:szCs w:val="24"/>
        </w:rPr>
        <w:t>The kind of quiet that made you notice your breath. The fire had burned low. The scrolls were stacked. Helena had taken the children down to the orchard.</w:t>
      </w:r>
    </w:p>
    <w:p w14:paraId="5FDECEA5" w14:textId="77777777" w:rsidR="0084640F" w:rsidRPr="00C9454D" w:rsidRDefault="0084640F" w:rsidP="00C9454D">
      <w:pPr>
        <w:rPr>
          <w:sz w:val="24"/>
          <w:szCs w:val="24"/>
        </w:rPr>
      </w:pPr>
      <w:r w:rsidRPr="00C9454D">
        <w:rPr>
          <w:sz w:val="24"/>
          <w:szCs w:val="24"/>
        </w:rPr>
        <w:t>Abilene sat alone in her private solar, Guy’s letters spread before her. She had read her own first.</w:t>
      </w:r>
    </w:p>
    <w:p w14:paraId="01AA7D57" w14:textId="77777777" w:rsidR="0084640F" w:rsidRPr="00C9454D" w:rsidRDefault="0084640F" w:rsidP="00C9454D">
      <w:pPr>
        <w:rPr>
          <w:sz w:val="24"/>
          <w:szCs w:val="24"/>
        </w:rPr>
      </w:pPr>
      <w:r w:rsidRPr="00C9454D">
        <w:rPr>
          <w:sz w:val="24"/>
          <w:szCs w:val="24"/>
        </w:rPr>
        <w:t>It was everything she needed—and more than she could bear.</w:t>
      </w:r>
    </w:p>
    <w:p w14:paraId="04972D94" w14:textId="77777777" w:rsidR="0084640F" w:rsidRPr="00C9454D" w:rsidRDefault="0084640F" w:rsidP="00C9454D">
      <w:pPr>
        <w:rPr>
          <w:sz w:val="24"/>
          <w:szCs w:val="24"/>
        </w:rPr>
      </w:pPr>
      <w:r w:rsidRPr="00C9454D">
        <w:rPr>
          <w:sz w:val="24"/>
          <w:szCs w:val="24"/>
        </w:rPr>
        <w:t>But it was the second letter that rested on her lap now.</w:t>
      </w:r>
    </w:p>
    <w:p w14:paraId="36BC385F" w14:textId="77777777" w:rsidR="0084640F" w:rsidRPr="00C9454D" w:rsidRDefault="0084640F" w:rsidP="00C9454D">
      <w:pPr>
        <w:rPr>
          <w:sz w:val="24"/>
          <w:szCs w:val="24"/>
        </w:rPr>
      </w:pPr>
      <w:r w:rsidRPr="00C9454D">
        <w:rPr>
          <w:sz w:val="24"/>
          <w:szCs w:val="24"/>
        </w:rPr>
        <w:t>The one to Vivienne.</w:t>
      </w:r>
    </w:p>
    <w:p w14:paraId="6DCB686B" w14:textId="7CEA304E" w:rsidR="0084640F" w:rsidRPr="00C9454D" w:rsidRDefault="0084640F" w:rsidP="00C9454D">
      <w:pPr>
        <w:rPr>
          <w:sz w:val="24"/>
          <w:szCs w:val="24"/>
        </w:rPr>
      </w:pPr>
      <w:r w:rsidRPr="00C9454D">
        <w:rPr>
          <w:sz w:val="24"/>
          <w:szCs w:val="24"/>
        </w:rPr>
        <w:t>She had considered leaving it sealed. But something in Guy’s words—</w:t>
      </w:r>
      <w:r w:rsidRPr="00C9454D">
        <w:rPr>
          <w:b/>
          <w:bCs/>
          <w:sz w:val="24"/>
          <w:szCs w:val="24"/>
        </w:rPr>
        <w:t>“This is a love</w:t>
      </w:r>
      <w:r w:rsidR="00771BE9" w:rsidRPr="00C9454D">
        <w:rPr>
          <w:b/>
          <w:bCs/>
          <w:sz w:val="24"/>
          <w:szCs w:val="24"/>
        </w:rPr>
        <w:t xml:space="preserve"> and human </w:t>
      </w:r>
      <w:r w:rsidRPr="00C9454D">
        <w:rPr>
          <w:b/>
          <w:bCs/>
          <w:sz w:val="24"/>
          <w:szCs w:val="24"/>
        </w:rPr>
        <w:t xml:space="preserve"> testament”</w:t>
      </w:r>
      <w:r w:rsidRPr="00C9454D">
        <w:rPr>
          <w:sz w:val="24"/>
          <w:szCs w:val="24"/>
        </w:rPr>
        <w:t>—had undone her. She owed it to herself. She owed it to him. And yes, perhaps, to Vivienne too.</w:t>
      </w:r>
    </w:p>
    <w:p w14:paraId="2F71D293" w14:textId="77777777" w:rsidR="0084640F" w:rsidRPr="00C9454D" w:rsidRDefault="0084640F" w:rsidP="00C9454D">
      <w:pPr>
        <w:rPr>
          <w:sz w:val="24"/>
          <w:szCs w:val="24"/>
        </w:rPr>
      </w:pPr>
      <w:r w:rsidRPr="00C9454D">
        <w:rPr>
          <w:sz w:val="24"/>
          <w:szCs w:val="24"/>
        </w:rPr>
        <w:t>She read slowly. At first with tension… then with tears.</w:t>
      </w:r>
    </w:p>
    <w:p w14:paraId="3CA81510" w14:textId="77777777" w:rsidR="0084640F" w:rsidRPr="00C9454D" w:rsidRDefault="0084640F" w:rsidP="00C9454D">
      <w:pPr>
        <w:rPr>
          <w:sz w:val="24"/>
          <w:szCs w:val="24"/>
        </w:rPr>
      </w:pPr>
      <w:r w:rsidRPr="00C9454D">
        <w:rPr>
          <w:sz w:val="24"/>
          <w:szCs w:val="24"/>
        </w:rPr>
        <w:t>He had seen Vivienne that night. Felt her. Known she was there.</w:t>
      </w:r>
    </w:p>
    <w:p w14:paraId="173CE17B" w14:textId="77777777" w:rsidR="0084640F" w:rsidRPr="00C9454D" w:rsidRDefault="0084640F" w:rsidP="00C9454D">
      <w:pPr>
        <w:rPr>
          <w:sz w:val="24"/>
          <w:szCs w:val="24"/>
        </w:rPr>
      </w:pPr>
      <w:r w:rsidRPr="00C9454D">
        <w:rPr>
          <w:sz w:val="24"/>
          <w:szCs w:val="24"/>
        </w:rPr>
        <w:t>He had seen her half a dozen times.</w:t>
      </w:r>
    </w:p>
    <w:p w14:paraId="15A2D6EC" w14:textId="77777777" w:rsidR="0084640F" w:rsidRPr="00C9454D" w:rsidRDefault="0084640F" w:rsidP="00C9454D">
      <w:pPr>
        <w:rPr>
          <w:sz w:val="24"/>
          <w:szCs w:val="24"/>
        </w:rPr>
      </w:pPr>
      <w:r w:rsidRPr="00C9454D">
        <w:rPr>
          <w:sz w:val="24"/>
          <w:szCs w:val="24"/>
        </w:rPr>
        <w:t>And still… he walked away.</w:t>
      </w:r>
    </w:p>
    <w:p w14:paraId="231BC7CB" w14:textId="77777777" w:rsidR="0084640F" w:rsidRPr="00C9454D" w:rsidRDefault="0084640F" w:rsidP="00C9454D">
      <w:pPr>
        <w:rPr>
          <w:sz w:val="24"/>
          <w:szCs w:val="24"/>
        </w:rPr>
      </w:pPr>
      <w:r w:rsidRPr="00C9454D">
        <w:rPr>
          <w:sz w:val="24"/>
          <w:szCs w:val="24"/>
        </w:rPr>
        <w:t>The ache in the letter was so familiar it felt like her own. Not in the details. But in the soul of it.</w:t>
      </w:r>
    </w:p>
    <w:p w14:paraId="7BCC8917" w14:textId="77777777" w:rsidR="0084640F" w:rsidRPr="00C9454D" w:rsidRDefault="0084640F" w:rsidP="00C9454D">
      <w:pPr>
        <w:rPr>
          <w:sz w:val="24"/>
          <w:szCs w:val="24"/>
        </w:rPr>
      </w:pPr>
      <w:r w:rsidRPr="00C9454D">
        <w:rPr>
          <w:sz w:val="24"/>
          <w:szCs w:val="24"/>
        </w:rPr>
        <w:t>When she reached the line—</w:t>
      </w:r>
      <w:r w:rsidRPr="00C9454D">
        <w:rPr>
          <w:i/>
          <w:iCs/>
          <w:sz w:val="24"/>
          <w:szCs w:val="24"/>
        </w:rPr>
        <w:t>“Did I protect you? Or punish you?”</w:t>
      </w:r>
      <w:r w:rsidRPr="00C9454D">
        <w:rPr>
          <w:sz w:val="24"/>
          <w:szCs w:val="24"/>
        </w:rPr>
        <w:t>—she had to set the parchment down. Her hands were trembling.</w:t>
      </w:r>
    </w:p>
    <w:p w14:paraId="70B42918" w14:textId="77777777" w:rsidR="0084640F" w:rsidRPr="00C9454D" w:rsidRDefault="0084640F" w:rsidP="00C9454D">
      <w:pPr>
        <w:rPr>
          <w:sz w:val="24"/>
          <w:szCs w:val="24"/>
        </w:rPr>
      </w:pPr>
      <w:r w:rsidRPr="00C9454D">
        <w:rPr>
          <w:sz w:val="24"/>
          <w:szCs w:val="24"/>
        </w:rPr>
        <w:t>It was the truest question love ever asked.</w:t>
      </w:r>
    </w:p>
    <w:p w14:paraId="4A9973BB" w14:textId="77777777" w:rsidR="0084640F" w:rsidRPr="00C9454D" w:rsidRDefault="0084640F" w:rsidP="00C9454D">
      <w:pPr>
        <w:rPr>
          <w:sz w:val="24"/>
          <w:szCs w:val="24"/>
        </w:rPr>
      </w:pPr>
      <w:r w:rsidRPr="00C9454D">
        <w:rPr>
          <w:sz w:val="24"/>
          <w:szCs w:val="24"/>
        </w:rPr>
        <w:t xml:space="preserve">When the letter was finished, she stared at it a long while. Then folded it with care. Not hidden. Not burned. Just… </w:t>
      </w:r>
      <w:r w:rsidRPr="00C9454D">
        <w:rPr>
          <w:i/>
          <w:iCs/>
          <w:sz w:val="24"/>
          <w:szCs w:val="24"/>
        </w:rPr>
        <w:t>placed</w:t>
      </w:r>
      <w:r w:rsidRPr="00C9454D">
        <w:rPr>
          <w:sz w:val="24"/>
          <w:szCs w:val="24"/>
        </w:rPr>
        <w:t xml:space="preserve"> where it belonged. With her own.</w:t>
      </w:r>
    </w:p>
    <w:p w14:paraId="7BF9AA11" w14:textId="77777777" w:rsidR="0084640F" w:rsidRPr="00C9454D" w:rsidRDefault="0084640F" w:rsidP="00C9454D">
      <w:pPr>
        <w:rPr>
          <w:sz w:val="24"/>
          <w:szCs w:val="24"/>
        </w:rPr>
      </w:pPr>
      <w:r w:rsidRPr="00C9454D">
        <w:rPr>
          <w:sz w:val="24"/>
          <w:szCs w:val="24"/>
        </w:rPr>
        <w:t>She poured a cup of tea. Sat at the window.</w:t>
      </w:r>
    </w:p>
    <w:p w14:paraId="33FE45EA" w14:textId="77777777" w:rsidR="0084640F" w:rsidRPr="00C9454D" w:rsidRDefault="0084640F" w:rsidP="00C9454D">
      <w:pPr>
        <w:rPr>
          <w:sz w:val="24"/>
          <w:szCs w:val="24"/>
        </w:rPr>
      </w:pPr>
      <w:r w:rsidRPr="00C9454D">
        <w:rPr>
          <w:sz w:val="24"/>
          <w:szCs w:val="24"/>
        </w:rPr>
        <w:t>And let the truth sit beside her.</w:t>
      </w:r>
    </w:p>
    <w:p w14:paraId="3CCCDFAD" w14:textId="77777777" w:rsidR="0084640F" w:rsidRPr="00C9454D" w:rsidRDefault="0084640F" w:rsidP="00C9454D">
      <w:pPr>
        <w:rPr>
          <w:sz w:val="24"/>
          <w:szCs w:val="24"/>
        </w:rPr>
      </w:pPr>
      <w:r w:rsidRPr="00C9454D">
        <w:rPr>
          <w:sz w:val="24"/>
          <w:szCs w:val="24"/>
        </w:rPr>
        <w:t>He had loved Vivienne.</w:t>
      </w:r>
      <w:r w:rsidRPr="00C9454D">
        <w:rPr>
          <w:sz w:val="24"/>
          <w:szCs w:val="24"/>
        </w:rPr>
        <w:br/>
        <w:t>He had loved her.</w:t>
      </w:r>
      <w:r w:rsidRPr="00C9454D">
        <w:rPr>
          <w:sz w:val="24"/>
          <w:szCs w:val="24"/>
        </w:rPr>
        <w:br/>
        <w:t>And he had tried, in every flawed way, to be faithful to both.</w:t>
      </w:r>
    </w:p>
    <w:p w14:paraId="1AADB622" w14:textId="77777777" w:rsidR="0084640F" w:rsidRPr="00C9454D" w:rsidRDefault="0084640F" w:rsidP="00C9454D">
      <w:pPr>
        <w:rPr>
          <w:sz w:val="24"/>
          <w:szCs w:val="24"/>
        </w:rPr>
      </w:pPr>
      <w:r w:rsidRPr="00C9454D">
        <w:rPr>
          <w:sz w:val="24"/>
          <w:szCs w:val="24"/>
        </w:rPr>
        <w:t xml:space="preserve">She thought of that day in </w:t>
      </w:r>
      <w:proofErr w:type="spellStart"/>
      <w:r w:rsidRPr="00C9454D">
        <w:rPr>
          <w:sz w:val="24"/>
          <w:szCs w:val="24"/>
        </w:rPr>
        <w:t>Teston</w:t>
      </w:r>
      <w:proofErr w:type="spellEnd"/>
      <w:r w:rsidRPr="00C9454D">
        <w:rPr>
          <w:sz w:val="24"/>
          <w:szCs w:val="24"/>
        </w:rPr>
        <w:t>—the village square, her fingers on a boy’s ear, rebuking Satan like she meant it. And the quiet man watching her from the tavern steps.</w:t>
      </w:r>
    </w:p>
    <w:p w14:paraId="1530F85E" w14:textId="77777777" w:rsidR="0084640F" w:rsidRPr="00C9454D" w:rsidRDefault="0084640F" w:rsidP="00C9454D">
      <w:pPr>
        <w:rPr>
          <w:sz w:val="24"/>
          <w:szCs w:val="24"/>
        </w:rPr>
      </w:pPr>
      <w:r w:rsidRPr="00C9454D">
        <w:rPr>
          <w:sz w:val="24"/>
          <w:szCs w:val="24"/>
        </w:rPr>
        <w:t>She had never even seen him.</w:t>
      </w:r>
      <w:r w:rsidRPr="00C9454D">
        <w:rPr>
          <w:sz w:val="24"/>
          <w:szCs w:val="24"/>
        </w:rPr>
        <w:br/>
        <w:t xml:space="preserve">But he had seen </w:t>
      </w:r>
      <w:r w:rsidRPr="00C9454D">
        <w:rPr>
          <w:i/>
          <w:iCs/>
          <w:sz w:val="24"/>
          <w:szCs w:val="24"/>
        </w:rPr>
        <w:t>everything.</w:t>
      </w:r>
    </w:p>
    <w:p w14:paraId="12B4E29A" w14:textId="77777777" w:rsidR="0084640F" w:rsidRPr="00C9454D" w:rsidRDefault="0084640F" w:rsidP="00C9454D">
      <w:pPr>
        <w:rPr>
          <w:sz w:val="24"/>
          <w:szCs w:val="24"/>
        </w:rPr>
      </w:pPr>
      <w:r w:rsidRPr="00C9454D">
        <w:rPr>
          <w:sz w:val="24"/>
          <w:szCs w:val="24"/>
        </w:rPr>
        <w:t>Abilene closed her eyes.</w:t>
      </w:r>
    </w:p>
    <w:p w14:paraId="4065E71E" w14:textId="77777777" w:rsidR="0084640F" w:rsidRPr="00C9454D" w:rsidRDefault="0084640F" w:rsidP="00C9454D">
      <w:pPr>
        <w:rPr>
          <w:sz w:val="24"/>
          <w:szCs w:val="24"/>
        </w:rPr>
      </w:pPr>
      <w:r w:rsidRPr="00C9454D">
        <w:rPr>
          <w:b/>
          <w:bCs/>
          <w:sz w:val="24"/>
          <w:szCs w:val="24"/>
        </w:rPr>
        <w:t>“I will not try to rewrite what was true,”</w:t>
      </w:r>
      <w:r w:rsidRPr="00C9454D">
        <w:rPr>
          <w:sz w:val="24"/>
          <w:szCs w:val="24"/>
        </w:rPr>
        <w:t xml:space="preserve"> she whispered.</w:t>
      </w:r>
    </w:p>
    <w:p w14:paraId="20603414" w14:textId="46BAAB33" w:rsidR="0084640F" w:rsidRPr="00C9454D" w:rsidRDefault="0084640F" w:rsidP="00C9454D">
      <w:pPr>
        <w:rPr>
          <w:sz w:val="24"/>
          <w:szCs w:val="24"/>
        </w:rPr>
      </w:pPr>
      <w:r w:rsidRPr="00C9454D">
        <w:rPr>
          <w:b/>
          <w:bCs/>
          <w:sz w:val="24"/>
          <w:szCs w:val="24"/>
        </w:rPr>
        <w:t xml:space="preserve">“And I will not hate what you could not </w:t>
      </w:r>
      <w:r w:rsidR="00256A99" w:rsidRPr="00C9454D">
        <w:rPr>
          <w:b/>
          <w:bCs/>
          <w:sz w:val="24"/>
          <w:szCs w:val="24"/>
        </w:rPr>
        <w:t>change</w:t>
      </w:r>
      <w:r w:rsidRPr="00C9454D">
        <w:rPr>
          <w:b/>
          <w:bCs/>
          <w:sz w:val="24"/>
          <w:szCs w:val="24"/>
        </w:rPr>
        <w:t>.”</w:t>
      </w:r>
    </w:p>
    <w:p w14:paraId="25BAB65D" w14:textId="77777777" w:rsidR="0084640F" w:rsidRPr="00C9454D" w:rsidRDefault="0084640F" w:rsidP="00C9454D">
      <w:pPr>
        <w:rPr>
          <w:sz w:val="24"/>
          <w:szCs w:val="24"/>
        </w:rPr>
      </w:pPr>
      <w:r w:rsidRPr="00C9454D">
        <w:rPr>
          <w:sz w:val="24"/>
          <w:szCs w:val="24"/>
        </w:rPr>
        <w:t>She looked out across the fields, where the wind moved like memory through the tall grass.</w:t>
      </w:r>
    </w:p>
    <w:p w14:paraId="06F2D220" w14:textId="77777777" w:rsidR="0084640F" w:rsidRPr="00C9454D" w:rsidRDefault="0084640F" w:rsidP="00C9454D">
      <w:pPr>
        <w:rPr>
          <w:sz w:val="24"/>
          <w:szCs w:val="24"/>
        </w:rPr>
      </w:pPr>
      <w:r w:rsidRPr="00C9454D">
        <w:rPr>
          <w:sz w:val="24"/>
          <w:szCs w:val="24"/>
        </w:rPr>
        <w:t>“I loved you too well to deny your heart,” she said.</w:t>
      </w:r>
    </w:p>
    <w:p w14:paraId="2C73BBEA" w14:textId="77777777" w:rsidR="0084640F" w:rsidRPr="00C9454D" w:rsidRDefault="0084640F" w:rsidP="00C9454D">
      <w:pPr>
        <w:rPr>
          <w:sz w:val="24"/>
          <w:szCs w:val="24"/>
        </w:rPr>
      </w:pPr>
      <w:r w:rsidRPr="00C9454D">
        <w:rPr>
          <w:sz w:val="24"/>
          <w:szCs w:val="24"/>
        </w:rPr>
        <w:t>And with that, she let it be.</w:t>
      </w:r>
    </w:p>
    <w:p w14:paraId="6EFCD2E0" w14:textId="77777777" w:rsidR="0084640F" w:rsidRPr="00C9454D" w:rsidRDefault="0084640F" w:rsidP="00C9454D">
      <w:pPr>
        <w:rPr>
          <w:sz w:val="24"/>
          <w:szCs w:val="24"/>
        </w:rPr>
      </w:pPr>
      <w:r w:rsidRPr="00C9454D">
        <w:rPr>
          <w:sz w:val="24"/>
          <w:szCs w:val="24"/>
        </w:rPr>
        <w:t>No more comparison. No more questions.</w:t>
      </w:r>
    </w:p>
    <w:p w14:paraId="7432D787" w14:textId="77777777" w:rsidR="0084640F" w:rsidRPr="00C9454D" w:rsidRDefault="0084640F" w:rsidP="00C9454D">
      <w:pPr>
        <w:rPr>
          <w:sz w:val="24"/>
          <w:szCs w:val="24"/>
        </w:rPr>
      </w:pPr>
      <w:r w:rsidRPr="00C9454D">
        <w:rPr>
          <w:sz w:val="24"/>
          <w:szCs w:val="24"/>
        </w:rPr>
        <w:t>Some stories don’t fit cleanly. Some lives don’t align. Sometimes, the people meant to be sacred to each other… don’t arrive at the same time.</w:t>
      </w:r>
    </w:p>
    <w:p w14:paraId="5D83557F" w14:textId="77777777" w:rsidR="0084640F" w:rsidRPr="00C9454D" w:rsidRDefault="0084640F" w:rsidP="00C9454D">
      <w:pPr>
        <w:rPr>
          <w:sz w:val="24"/>
          <w:szCs w:val="24"/>
        </w:rPr>
      </w:pPr>
      <w:r w:rsidRPr="00C9454D">
        <w:rPr>
          <w:sz w:val="24"/>
          <w:szCs w:val="24"/>
        </w:rPr>
        <w:t>And still—it was holy.</w:t>
      </w:r>
    </w:p>
    <w:p w14:paraId="1273C1EE" w14:textId="77777777" w:rsidR="0084640F" w:rsidRPr="00C9454D" w:rsidRDefault="0084640F" w:rsidP="00C9454D">
      <w:pPr>
        <w:rPr>
          <w:sz w:val="24"/>
          <w:szCs w:val="24"/>
        </w:rPr>
      </w:pPr>
      <w:r w:rsidRPr="00C9454D">
        <w:rPr>
          <w:sz w:val="24"/>
          <w:szCs w:val="24"/>
        </w:rPr>
        <w:t>It was all holy.</w:t>
      </w:r>
    </w:p>
    <w:p w14:paraId="6618CD9C" w14:textId="56CF939E" w:rsidR="009A020A" w:rsidRPr="00C9454D" w:rsidRDefault="009A020A" w:rsidP="00C9454D">
      <w:pPr>
        <w:rPr>
          <w:sz w:val="24"/>
          <w:szCs w:val="24"/>
        </w:rPr>
      </w:pPr>
      <w:r w:rsidRPr="00C9454D">
        <w:rPr>
          <w:sz w:val="24"/>
          <w:szCs w:val="24"/>
        </w:rPr>
        <w:br w:type="page"/>
      </w:r>
    </w:p>
    <w:p w14:paraId="07877274" w14:textId="77777777" w:rsidR="00236B79" w:rsidRPr="00C9454D" w:rsidRDefault="00236B79" w:rsidP="00C9454D">
      <w:pPr>
        <w:rPr>
          <w:sz w:val="24"/>
          <w:szCs w:val="24"/>
        </w:rPr>
      </w:pPr>
      <w:r w:rsidRPr="00C9454D">
        <w:rPr>
          <w:i/>
          <w:iCs/>
          <w:sz w:val="24"/>
          <w:szCs w:val="24"/>
        </w:rPr>
        <w:t>Abilene &amp; the Letters – The True Test of Love</w:t>
      </w:r>
    </w:p>
    <w:p w14:paraId="723E7A85" w14:textId="77777777" w:rsidR="00236B79" w:rsidRPr="00C9454D" w:rsidRDefault="00236B79" w:rsidP="00C9454D">
      <w:pPr>
        <w:rPr>
          <w:sz w:val="24"/>
          <w:szCs w:val="24"/>
        </w:rPr>
      </w:pPr>
      <w:r w:rsidRPr="00C9454D">
        <w:rPr>
          <w:sz w:val="24"/>
          <w:szCs w:val="24"/>
        </w:rPr>
        <w:t>Abilene could only read a word at first.</w:t>
      </w:r>
      <w:r w:rsidRPr="00C9454D">
        <w:rPr>
          <w:sz w:val="24"/>
          <w:szCs w:val="24"/>
        </w:rPr>
        <w:br/>
        <w:t>Then a phrase.</w:t>
      </w:r>
      <w:r w:rsidRPr="00C9454D">
        <w:rPr>
          <w:sz w:val="24"/>
          <w:szCs w:val="24"/>
        </w:rPr>
        <w:br/>
        <w:t>It was like swallowing glass wrapped in velvet.</w:t>
      </w:r>
    </w:p>
    <w:p w14:paraId="61EF2ADD" w14:textId="77777777" w:rsidR="00236B79" w:rsidRPr="00C9454D" w:rsidRDefault="00FE197F" w:rsidP="00C9454D">
      <w:pPr>
        <w:rPr>
          <w:sz w:val="24"/>
          <w:szCs w:val="24"/>
        </w:rPr>
      </w:pPr>
      <w:r>
        <w:rPr>
          <w:noProof/>
          <w:sz w:val="24"/>
          <w:szCs w:val="24"/>
        </w:rPr>
      </w:r>
      <w:r w:rsidR="00FE197F">
        <w:rPr>
          <w:noProof/>
          <w:sz w:val="24"/>
          <w:szCs w:val="24"/>
        </w:rPr>
        <w:pict w14:anchorId="79FE6FD3">
          <v:rect id="_x0000_i1193" style="width:0;height:1.5pt" o:hralign="center" o:hrstd="t" o:hr="t" fillcolor="#a0a0a0" stroked="f"/>
        </w:pict>
      </w:r>
    </w:p>
    <w:p w14:paraId="2F4C4584" w14:textId="11C43F9E" w:rsidR="00236B79" w:rsidRPr="00C9454D" w:rsidRDefault="00236B79" w:rsidP="00C9454D">
      <w:pPr>
        <w:rPr>
          <w:sz w:val="24"/>
          <w:szCs w:val="24"/>
        </w:rPr>
      </w:pPr>
      <w:r w:rsidRPr="00C9454D">
        <w:rPr>
          <w:sz w:val="24"/>
          <w:szCs w:val="24"/>
        </w:rPr>
        <w:t>The first “I love you” she found between the loops of Vivienne’s hand broke her chest wi</w:t>
      </w:r>
      <w:r w:rsidR="00DD1FF5" w:rsidRPr="00C9454D">
        <w:rPr>
          <w:sz w:val="24"/>
          <w:szCs w:val="24"/>
        </w:rPr>
        <w:t xml:space="preserve">de </w:t>
      </w:r>
      <w:r w:rsidRPr="00C9454D">
        <w:rPr>
          <w:sz w:val="24"/>
          <w:szCs w:val="24"/>
        </w:rPr>
        <w:t>open.</w:t>
      </w:r>
      <w:r w:rsidRPr="00C9454D">
        <w:rPr>
          <w:sz w:val="24"/>
          <w:szCs w:val="24"/>
        </w:rPr>
        <w:br/>
        <w:t xml:space="preserve">It wasn’t just the words—it was the knowing that </w:t>
      </w:r>
      <w:r w:rsidRPr="00C9454D">
        <w:rPr>
          <w:i/>
          <w:iCs/>
          <w:sz w:val="24"/>
          <w:szCs w:val="24"/>
        </w:rPr>
        <w:t>someone else had heard them first.</w:t>
      </w:r>
    </w:p>
    <w:p w14:paraId="1C139BA4" w14:textId="77777777" w:rsidR="00236B79" w:rsidRPr="00C9454D" w:rsidRDefault="00236B79" w:rsidP="00C9454D">
      <w:pPr>
        <w:rPr>
          <w:sz w:val="24"/>
          <w:szCs w:val="24"/>
        </w:rPr>
      </w:pPr>
      <w:r w:rsidRPr="00C9454D">
        <w:rPr>
          <w:sz w:val="24"/>
          <w:szCs w:val="24"/>
        </w:rPr>
        <w:t>But the deeper pain?</w:t>
      </w:r>
      <w:r w:rsidRPr="00C9454D">
        <w:rPr>
          <w:sz w:val="24"/>
          <w:szCs w:val="24"/>
        </w:rPr>
        <w:br/>
        <w:t xml:space="preserve">Was realizing that Vivienne knew Guy </w:t>
      </w:r>
      <w:r w:rsidRPr="00C9454D">
        <w:rPr>
          <w:i/>
          <w:iCs/>
          <w:sz w:val="24"/>
          <w:szCs w:val="24"/>
        </w:rPr>
        <w:t>had feelings.</w:t>
      </w:r>
    </w:p>
    <w:p w14:paraId="3746AF61" w14:textId="77777777" w:rsidR="00236B79" w:rsidRPr="00C9454D" w:rsidRDefault="00236B79" w:rsidP="00C9454D">
      <w:pPr>
        <w:rPr>
          <w:sz w:val="24"/>
          <w:szCs w:val="24"/>
        </w:rPr>
      </w:pPr>
      <w:r w:rsidRPr="00C9454D">
        <w:rPr>
          <w:sz w:val="24"/>
          <w:szCs w:val="24"/>
        </w:rPr>
        <w:t xml:space="preserve">Feelings </w:t>
      </w:r>
      <w:r w:rsidRPr="00C9454D">
        <w:rPr>
          <w:i/>
          <w:iCs/>
          <w:sz w:val="24"/>
          <w:szCs w:val="24"/>
        </w:rPr>
        <w:t>Abilene always thought were hers alone to unlock.</w:t>
      </w:r>
    </w:p>
    <w:p w14:paraId="2DC2FD0C" w14:textId="77777777" w:rsidR="00236B79" w:rsidRPr="00C9454D" w:rsidRDefault="00FE197F" w:rsidP="00C9454D">
      <w:pPr>
        <w:rPr>
          <w:sz w:val="24"/>
          <w:szCs w:val="24"/>
        </w:rPr>
      </w:pPr>
      <w:r>
        <w:rPr>
          <w:noProof/>
          <w:sz w:val="24"/>
          <w:szCs w:val="24"/>
        </w:rPr>
      </w:r>
      <w:r w:rsidR="00FE197F">
        <w:rPr>
          <w:noProof/>
          <w:sz w:val="24"/>
          <w:szCs w:val="24"/>
        </w:rPr>
        <w:pict w14:anchorId="3114D9CE">
          <v:rect id="_x0000_i1194" style="width:0;height:1.5pt" o:hralign="center" o:hrstd="t" o:hr="t" fillcolor="#a0a0a0" stroked="f"/>
        </w:pict>
      </w:r>
    </w:p>
    <w:p w14:paraId="2C7282E9" w14:textId="77777777" w:rsidR="00236B79" w:rsidRPr="00C9454D" w:rsidRDefault="00236B79" w:rsidP="00C9454D">
      <w:pPr>
        <w:rPr>
          <w:sz w:val="24"/>
          <w:szCs w:val="24"/>
        </w:rPr>
      </w:pPr>
      <w:r w:rsidRPr="00C9454D">
        <w:rPr>
          <w:sz w:val="24"/>
          <w:szCs w:val="24"/>
        </w:rPr>
        <w:t>She had always romanticized Guy’s past:</w:t>
      </w:r>
    </w:p>
    <w:p w14:paraId="4014FE69" w14:textId="77777777" w:rsidR="00236B79" w:rsidRPr="00C9454D" w:rsidRDefault="00236B79" w:rsidP="00FE197F">
      <w:pPr>
        <w:numPr>
          <w:ilvl w:val="0"/>
          <w:numId w:val="16"/>
        </w:numPr>
        <w:rPr>
          <w:sz w:val="24"/>
          <w:szCs w:val="24"/>
        </w:rPr>
      </w:pPr>
      <w:r w:rsidRPr="00C9454D">
        <w:rPr>
          <w:sz w:val="24"/>
          <w:szCs w:val="24"/>
        </w:rPr>
        <w:t>His first wife: tender, quiet, brief.</w:t>
      </w:r>
    </w:p>
    <w:p w14:paraId="0070CCDA" w14:textId="77777777" w:rsidR="00236B79" w:rsidRPr="00C9454D" w:rsidRDefault="00236B79" w:rsidP="00FE197F">
      <w:pPr>
        <w:numPr>
          <w:ilvl w:val="0"/>
          <w:numId w:val="16"/>
        </w:numPr>
        <w:rPr>
          <w:sz w:val="24"/>
          <w:szCs w:val="24"/>
        </w:rPr>
      </w:pPr>
      <w:r w:rsidRPr="00C9454D">
        <w:rPr>
          <w:sz w:val="24"/>
          <w:szCs w:val="24"/>
        </w:rPr>
        <w:t>His court life: cold, dutiful, unremarkable.</w:t>
      </w:r>
    </w:p>
    <w:p w14:paraId="026F7E59" w14:textId="77777777" w:rsidR="00236B79" w:rsidRPr="00C9454D" w:rsidRDefault="00236B79" w:rsidP="00FE197F">
      <w:pPr>
        <w:numPr>
          <w:ilvl w:val="0"/>
          <w:numId w:val="16"/>
        </w:numPr>
        <w:rPr>
          <w:sz w:val="24"/>
          <w:szCs w:val="24"/>
        </w:rPr>
      </w:pPr>
      <w:r w:rsidRPr="00C9454D">
        <w:rPr>
          <w:sz w:val="24"/>
          <w:szCs w:val="24"/>
        </w:rPr>
        <w:t xml:space="preserve">His grief: </w:t>
      </w:r>
      <w:r w:rsidRPr="00C9454D">
        <w:rPr>
          <w:i/>
          <w:iCs/>
          <w:sz w:val="24"/>
          <w:szCs w:val="24"/>
        </w:rPr>
        <w:t>a closed room she’d never enter.</w:t>
      </w:r>
    </w:p>
    <w:p w14:paraId="0A4EC3D3" w14:textId="77777777" w:rsidR="00236B79" w:rsidRPr="00C9454D" w:rsidRDefault="00236B79" w:rsidP="00C9454D">
      <w:pPr>
        <w:rPr>
          <w:sz w:val="24"/>
          <w:szCs w:val="24"/>
        </w:rPr>
      </w:pPr>
      <w:r w:rsidRPr="00C9454D">
        <w:rPr>
          <w:sz w:val="24"/>
          <w:szCs w:val="24"/>
        </w:rPr>
        <w:t>But Vivienne?</w:t>
      </w:r>
      <w:r w:rsidRPr="00C9454D">
        <w:rPr>
          <w:sz w:val="24"/>
          <w:szCs w:val="24"/>
        </w:rPr>
        <w:br/>
        <w:t>Vivienne had the key.</w:t>
      </w:r>
    </w:p>
    <w:p w14:paraId="0ABB2A11" w14:textId="77777777" w:rsidR="00236B79" w:rsidRPr="00C9454D" w:rsidRDefault="00FE197F" w:rsidP="00C9454D">
      <w:pPr>
        <w:rPr>
          <w:sz w:val="24"/>
          <w:szCs w:val="24"/>
        </w:rPr>
      </w:pPr>
      <w:r>
        <w:rPr>
          <w:noProof/>
          <w:sz w:val="24"/>
          <w:szCs w:val="24"/>
        </w:rPr>
      </w:r>
      <w:r w:rsidR="00FE197F">
        <w:rPr>
          <w:noProof/>
          <w:sz w:val="24"/>
          <w:szCs w:val="24"/>
        </w:rPr>
        <w:pict w14:anchorId="07F479E6">
          <v:rect id="_x0000_i1195" style="width:0;height:1.5pt" o:hralign="center" o:hrstd="t" o:hr="t" fillcolor="#a0a0a0" stroked="f"/>
        </w:pict>
      </w:r>
    </w:p>
    <w:p w14:paraId="4949800D" w14:textId="77777777" w:rsidR="00236B79" w:rsidRPr="00C9454D" w:rsidRDefault="00236B79" w:rsidP="00C9454D">
      <w:pPr>
        <w:rPr>
          <w:sz w:val="24"/>
          <w:szCs w:val="24"/>
        </w:rPr>
      </w:pPr>
      <w:r w:rsidRPr="00C9454D">
        <w:rPr>
          <w:sz w:val="24"/>
          <w:szCs w:val="24"/>
        </w:rPr>
        <w:t>By the second letter, Abilene’s chest still burned—</w:t>
      </w:r>
      <w:r w:rsidRPr="00C9454D">
        <w:rPr>
          <w:sz w:val="24"/>
          <w:szCs w:val="24"/>
        </w:rPr>
        <w:br/>
        <w:t>But she kept reading.</w:t>
      </w:r>
    </w:p>
    <w:p w14:paraId="23C2441B" w14:textId="77777777" w:rsidR="00236B79" w:rsidRPr="00C9454D" w:rsidRDefault="00236B79" w:rsidP="00C9454D">
      <w:pPr>
        <w:rPr>
          <w:sz w:val="24"/>
          <w:szCs w:val="24"/>
        </w:rPr>
      </w:pPr>
      <w:r w:rsidRPr="00C9454D">
        <w:rPr>
          <w:sz w:val="24"/>
          <w:szCs w:val="24"/>
        </w:rPr>
        <w:t>By the fifth, she sighed aloud.</w:t>
      </w:r>
      <w:r w:rsidRPr="00C9454D">
        <w:rPr>
          <w:sz w:val="24"/>
          <w:szCs w:val="24"/>
        </w:rPr>
        <w:br/>
        <w:t>By the tenth, she chuckled.</w:t>
      </w:r>
      <w:r w:rsidRPr="00C9454D">
        <w:rPr>
          <w:sz w:val="24"/>
          <w:szCs w:val="24"/>
        </w:rPr>
        <w:br/>
        <w:t xml:space="preserve">And by the fifteenth, she was </w:t>
      </w:r>
      <w:r w:rsidRPr="00C9454D">
        <w:rPr>
          <w:i/>
          <w:iCs/>
          <w:sz w:val="24"/>
          <w:szCs w:val="24"/>
        </w:rPr>
        <w:t>fully invested</w:t>
      </w:r>
      <w:r w:rsidRPr="00C9454D">
        <w:rPr>
          <w:sz w:val="24"/>
          <w:szCs w:val="24"/>
        </w:rPr>
        <w:t xml:space="preserve"> in a love story that was never hers…</w:t>
      </w:r>
      <w:r w:rsidRPr="00C9454D">
        <w:rPr>
          <w:sz w:val="24"/>
          <w:szCs w:val="24"/>
        </w:rPr>
        <w:br/>
        <w:t>but somehow now belonged to her anyway.</w:t>
      </w:r>
    </w:p>
    <w:p w14:paraId="6EBB8C9C" w14:textId="77777777" w:rsidR="00236B79" w:rsidRPr="00C9454D" w:rsidRDefault="00FE197F" w:rsidP="00C9454D">
      <w:pPr>
        <w:rPr>
          <w:sz w:val="24"/>
          <w:szCs w:val="24"/>
        </w:rPr>
      </w:pPr>
      <w:r>
        <w:rPr>
          <w:noProof/>
          <w:sz w:val="24"/>
          <w:szCs w:val="24"/>
        </w:rPr>
      </w:r>
      <w:r w:rsidR="00FE197F">
        <w:rPr>
          <w:noProof/>
          <w:sz w:val="24"/>
          <w:szCs w:val="24"/>
        </w:rPr>
        <w:pict w14:anchorId="48F519A9">
          <v:rect id="_x0000_i1196" style="width:0;height:1.5pt" o:hralign="center" o:hrstd="t" o:hr="t" fillcolor="#a0a0a0" stroked="f"/>
        </w:pict>
      </w:r>
    </w:p>
    <w:p w14:paraId="2C0E1D7B" w14:textId="77777777" w:rsidR="00236B79" w:rsidRPr="00C9454D" w:rsidRDefault="00236B79" w:rsidP="00C9454D">
      <w:pPr>
        <w:rPr>
          <w:sz w:val="24"/>
          <w:szCs w:val="24"/>
        </w:rPr>
      </w:pPr>
      <w:r w:rsidRPr="00C9454D">
        <w:rPr>
          <w:sz w:val="24"/>
          <w:szCs w:val="24"/>
        </w:rPr>
        <w:t>She didn’t expect the ache she felt for Vivienne.</w:t>
      </w:r>
      <w:r w:rsidRPr="00C9454D">
        <w:rPr>
          <w:sz w:val="24"/>
          <w:szCs w:val="24"/>
        </w:rPr>
        <w:br/>
        <w:t xml:space="preserve">Or the </w:t>
      </w:r>
      <w:r w:rsidRPr="00C9454D">
        <w:rPr>
          <w:i/>
          <w:iCs/>
          <w:sz w:val="24"/>
          <w:szCs w:val="24"/>
        </w:rPr>
        <w:t>anger</w:t>
      </w:r>
      <w:r w:rsidRPr="00C9454D">
        <w:rPr>
          <w:sz w:val="24"/>
          <w:szCs w:val="24"/>
        </w:rPr>
        <w:t xml:space="preserve"> she carried toward Guy for writing in ways he never had to her.</w:t>
      </w:r>
    </w:p>
    <w:p w14:paraId="348DC53C" w14:textId="77777777" w:rsidR="00236B79" w:rsidRPr="00C9454D" w:rsidRDefault="00236B79" w:rsidP="00C9454D">
      <w:pPr>
        <w:rPr>
          <w:sz w:val="24"/>
          <w:szCs w:val="24"/>
        </w:rPr>
      </w:pPr>
      <w:r w:rsidRPr="00C9454D">
        <w:rPr>
          <w:i/>
          <w:iCs/>
          <w:sz w:val="24"/>
          <w:szCs w:val="24"/>
        </w:rPr>
        <w:t>“You weren’t cruel, my love,”</w:t>
      </w:r>
      <w:r w:rsidRPr="00C9454D">
        <w:rPr>
          <w:sz w:val="24"/>
          <w:szCs w:val="24"/>
        </w:rPr>
        <w:t xml:space="preserve"> she thought.</w:t>
      </w:r>
      <w:r w:rsidRPr="00C9454D">
        <w:rPr>
          <w:sz w:val="24"/>
          <w:szCs w:val="24"/>
        </w:rPr>
        <w:br/>
      </w:r>
      <w:r w:rsidRPr="00C9454D">
        <w:rPr>
          <w:i/>
          <w:iCs/>
          <w:sz w:val="24"/>
          <w:szCs w:val="24"/>
        </w:rPr>
        <w:t>“But you were complicated. And I didn’t know how complicated until now.”</w:t>
      </w:r>
    </w:p>
    <w:p w14:paraId="3DD46890" w14:textId="77777777" w:rsidR="00236B79" w:rsidRPr="00C9454D" w:rsidRDefault="00FE197F" w:rsidP="00C9454D">
      <w:pPr>
        <w:rPr>
          <w:sz w:val="24"/>
          <w:szCs w:val="24"/>
        </w:rPr>
      </w:pPr>
      <w:r>
        <w:rPr>
          <w:noProof/>
          <w:sz w:val="24"/>
          <w:szCs w:val="24"/>
        </w:rPr>
      </w:r>
      <w:r w:rsidR="00FE197F">
        <w:rPr>
          <w:noProof/>
          <w:sz w:val="24"/>
          <w:szCs w:val="24"/>
        </w:rPr>
        <w:pict w14:anchorId="7DE64F91">
          <v:rect id="_x0000_i1197" style="width:0;height:1.5pt" o:hralign="center" o:hrstd="t" o:hr="t" fillcolor="#a0a0a0" stroked="f"/>
        </w:pict>
      </w:r>
    </w:p>
    <w:p w14:paraId="18BC2705" w14:textId="77777777" w:rsidR="00236B79" w:rsidRPr="00C9454D" w:rsidRDefault="00236B79" w:rsidP="00C9454D">
      <w:pPr>
        <w:rPr>
          <w:sz w:val="24"/>
          <w:szCs w:val="24"/>
        </w:rPr>
      </w:pPr>
      <w:r w:rsidRPr="00C9454D">
        <w:rPr>
          <w:sz w:val="24"/>
          <w:szCs w:val="24"/>
        </w:rPr>
        <w:t>And then… she surprised herself.</w:t>
      </w:r>
    </w:p>
    <w:p w14:paraId="0531A1F8" w14:textId="77777777" w:rsidR="00236B79" w:rsidRPr="00C9454D" w:rsidRDefault="00236B79" w:rsidP="00C9454D">
      <w:pPr>
        <w:rPr>
          <w:sz w:val="24"/>
          <w:szCs w:val="24"/>
        </w:rPr>
      </w:pPr>
      <w:r w:rsidRPr="00C9454D">
        <w:rPr>
          <w:sz w:val="24"/>
          <w:szCs w:val="24"/>
        </w:rPr>
        <w:t>One night, alone in candlelight, reading a proposal Vivienne had sent with wine-stained ink and foolish hope—</w:t>
      </w:r>
    </w:p>
    <w:p w14:paraId="5C1F4E94" w14:textId="77777777" w:rsidR="00236B79" w:rsidRPr="00C9454D" w:rsidRDefault="00236B79" w:rsidP="00C9454D">
      <w:pPr>
        <w:rPr>
          <w:sz w:val="24"/>
          <w:szCs w:val="24"/>
        </w:rPr>
      </w:pPr>
      <w:r w:rsidRPr="00C9454D">
        <w:rPr>
          <w:sz w:val="24"/>
          <w:szCs w:val="24"/>
        </w:rPr>
        <w:t xml:space="preserve">She </w:t>
      </w:r>
      <w:r w:rsidRPr="00C9454D">
        <w:rPr>
          <w:i/>
          <w:iCs/>
          <w:sz w:val="24"/>
          <w:szCs w:val="24"/>
        </w:rPr>
        <w:t>wished</w:t>
      </w:r>
      <w:r w:rsidRPr="00C9454D">
        <w:rPr>
          <w:sz w:val="24"/>
          <w:szCs w:val="24"/>
        </w:rPr>
        <w:t xml:space="preserve"> Guy had said yes.</w:t>
      </w:r>
      <w:r w:rsidRPr="00C9454D">
        <w:rPr>
          <w:sz w:val="24"/>
          <w:szCs w:val="24"/>
        </w:rPr>
        <w:br/>
        <w:t>Just once.</w:t>
      </w:r>
      <w:r w:rsidRPr="00C9454D">
        <w:rPr>
          <w:sz w:val="24"/>
          <w:szCs w:val="24"/>
        </w:rPr>
        <w:br/>
        <w:t>For Vivienne’s sake.</w:t>
      </w:r>
    </w:p>
    <w:p w14:paraId="38167967" w14:textId="77777777" w:rsidR="00236B79" w:rsidRPr="00C9454D" w:rsidRDefault="00236B79" w:rsidP="00C9454D">
      <w:pPr>
        <w:rPr>
          <w:sz w:val="24"/>
          <w:szCs w:val="24"/>
        </w:rPr>
      </w:pPr>
      <w:r w:rsidRPr="00C9454D">
        <w:rPr>
          <w:i/>
          <w:iCs/>
          <w:sz w:val="24"/>
          <w:szCs w:val="24"/>
        </w:rPr>
        <w:t>“He was so loved. So painfully, beautifully loved,”</w:t>
      </w:r>
      <w:r w:rsidRPr="00C9454D">
        <w:rPr>
          <w:sz w:val="24"/>
          <w:szCs w:val="24"/>
        </w:rPr>
        <w:t xml:space="preserve"> Abilene whispered.</w:t>
      </w:r>
    </w:p>
    <w:p w14:paraId="513C4500" w14:textId="77777777" w:rsidR="00236B79" w:rsidRPr="00C9454D" w:rsidRDefault="00236B79" w:rsidP="00C9454D">
      <w:pPr>
        <w:rPr>
          <w:sz w:val="24"/>
          <w:szCs w:val="24"/>
        </w:rPr>
      </w:pPr>
      <w:r w:rsidRPr="00C9454D">
        <w:rPr>
          <w:sz w:val="24"/>
          <w:szCs w:val="24"/>
        </w:rPr>
        <w:t>And then, immediately—</w:t>
      </w:r>
      <w:r w:rsidRPr="00C9454D">
        <w:rPr>
          <w:i/>
          <w:iCs/>
          <w:sz w:val="24"/>
          <w:szCs w:val="24"/>
        </w:rPr>
        <w:t>she pulled back</w:t>
      </w:r>
      <w:r w:rsidRPr="00C9454D">
        <w:rPr>
          <w:sz w:val="24"/>
          <w:szCs w:val="24"/>
        </w:rPr>
        <w:t>.</w:t>
      </w:r>
    </w:p>
    <w:p w14:paraId="102FF003" w14:textId="77777777" w:rsidR="00236B79" w:rsidRPr="00C9454D" w:rsidRDefault="00236B79" w:rsidP="00C9454D">
      <w:pPr>
        <w:rPr>
          <w:sz w:val="24"/>
          <w:szCs w:val="24"/>
        </w:rPr>
      </w:pPr>
      <w:r w:rsidRPr="00C9454D">
        <w:rPr>
          <w:i/>
          <w:iCs/>
          <w:sz w:val="24"/>
          <w:szCs w:val="24"/>
        </w:rPr>
        <w:t>“This isn’t a story. This is my life.”</w:t>
      </w:r>
    </w:p>
    <w:p w14:paraId="1A1762DB" w14:textId="77777777" w:rsidR="00236B79" w:rsidRPr="00C9454D" w:rsidRDefault="00236B79" w:rsidP="00C9454D">
      <w:pPr>
        <w:rPr>
          <w:sz w:val="24"/>
          <w:szCs w:val="24"/>
        </w:rPr>
      </w:pPr>
      <w:r w:rsidRPr="00C9454D">
        <w:rPr>
          <w:sz w:val="24"/>
          <w:szCs w:val="24"/>
        </w:rPr>
        <w:t xml:space="preserve">But oh… how </w:t>
      </w:r>
      <w:r w:rsidRPr="00C9454D">
        <w:rPr>
          <w:i/>
          <w:iCs/>
          <w:sz w:val="24"/>
          <w:szCs w:val="24"/>
        </w:rPr>
        <w:t>strange and sweet</w:t>
      </w:r>
      <w:r w:rsidRPr="00C9454D">
        <w:rPr>
          <w:sz w:val="24"/>
          <w:szCs w:val="24"/>
        </w:rPr>
        <w:t xml:space="preserve"> it was to meet the </w:t>
      </w:r>
      <w:r w:rsidRPr="00C9454D">
        <w:rPr>
          <w:i/>
          <w:iCs/>
          <w:sz w:val="24"/>
          <w:szCs w:val="24"/>
        </w:rPr>
        <w:t>courtly knight</w:t>
      </w:r>
      <w:r w:rsidRPr="00C9454D">
        <w:rPr>
          <w:sz w:val="24"/>
          <w:szCs w:val="24"/>
        </w:rPr>
        <w:t xml:space="preserve"> Guy had once been.</w:t>
      </w:r>
    </w:p>
    <w:p w14:paraId="0E383524" w14:textId="362943EF" w:rsidR="00236B79" w:rsidRPr="00C9454D" w:rsidRDefault="00236B79" w:rsidP="00C9454D">
      <w:pPr>
        <w:rPr>
          <w:sz w:val="24"/>
          <w:szCs w:val="24"/>
        </w:rPr>
      </w:pPr>
      <w:r w:rsidRPr="00C9454D">
        <w:rPr>
          <w:sz w:val="24"/>
          <w:szCs w:val="24"/>
        </w:rPr>
        <w:t>Not the quiet man who read Psalms besi</w:t>
      </w:r>
      <w:r w:rsidR="00DD1FF5" w:rsidRPr="00C9454D">
        <w:rPr>
          <w:sz w:val="24"/>
          <w:szCs w:val="24"/>
        </w:rPr>
        <w:t xml:space="preserve">de </w:t>
      </w:r>
      <w:r w:rsidRPr="00C9454D">
        <w:rPr>
          <w:sz w:val="24"/>
          <w:szCs w:val="24"/>
        </w:rPr>
        <w:t>her fire…</w:t>
      </w:r>
      <w:r w:rsidRPr="00C9454D">
        <w:rPr>
          <w:sz w:val="24"/>
          <w:szCs w:val="24"/>
        </w:rPr>
        <w:br/>
        <w:t xml:space="preserve">But the French dancing knight every woman </w:t>
      </w:r>
      <w:r w:rsidRPr="00C9454D">
        <w:rPr>
          <w:i/>
          <w:iCs/>
          <w:sz w:val="24"/>
          <w:szCs w:val="24"/>
        </w:rPr>
        <w:t>wanted.</w:t>
      </w:r>
    </w:p>
    <w:p w14:paraId="1D5B67CB" w14:textId="77777777" w:rsidR="00236B79" w:rsidRPr="00C9454D" w:rsidRDefault="00236B79" w:rsidP="00C9454D">
      <w:pPr>
        <w:rPr>
          <w:sz w:val="24"/>
          <w:szCs w:val="24"/>
        </w:rPr>
      </w:pPr>
      <w:r w:rsidRPr="00C9454D">
        <w:rPr>
          <w:i/>
          <w:iCs/>
          <w:sz w:val="24"/>
          <w:szCs w:val="24"/>
        </w:rPr>
        <w:t>“You weren’t perfect after all,”</w:t>
      </w:r>
      <w:r w:rsidRPr="00C9454D">
        <w:rPr>
          <w:sz w:val="24"/>
          <w:szCs w:val="24"/>
        </w:rPr>
        <w:t xml:space="preserve"> she smiled through tears.</w:t>
      </w:r>
      <w:r w:rsidRPr="00C9454D">
        <w:rPr>
          <w:sz w:val="24"/>
          <w:szCs w:val="24"/>
        </w:rPr>
        <w:br/>
      </w:r>
      <w:r w:rsidRPr="00C9454D">
        <w:rPr>
          <w:i/>
          <w:iCs/>
          <w:sz w:val="24"/>
          <w:szCs w:val="24"/>
        </w:rPr>
        <w:t>“I knew a French knight would be trouble.”</w:t>
      </w:r>
    </w:p>
    <w:p w14:paraId="039C5674" w14:textId="77777777" w:rsidR="00421159" w:rsidRPr="00C9454D" w:rsidRDefault="00421159" w:rsidP="00C9454D">
      <w:pPr>
        <w:rPr>
          <w:sz w:val="24"/>
          <w:szCs w:val="24"/>
        </w:rPr>
      </w:pPr>
      <w:r w:rsidRPr="00C9454D">
        <w:rPr>
          <w:sz w:val="24"/>
          <w:szCs w:val="24"/>
        </w:rPr>
        <w:br w:type="page"/>
      </w:r>
    </w:p>
    <w:p w14:paraId="50585FD2" w14:textId="6BAB1052" w:rsidR="00421159" w:rsidRPr="00C9454D" w:rsidRDefault="00421159" w:rsidP="00C9454D">
      <w:pPr>
        <w:rPr>
          <w:sz w:val="24"/>
          <w:szCs w:val="24"/>
        </w:rPr>
      </w:pPr>
      <w:r w:rsidRPr="00C9454D">
        <w:rPr>
          <w:sz w:val="24"/>
          <w:szCs w:val="24"/>
        </w:rPr>
        <w:t xml:space="preserve"> </w:t>
      </w:r>
      <w:r w:rsidRPr="00C9454D">
        <w:rPr>
          <w:i/>
          <w:iCs/>
          <w:sz w:val="24"/>
          <w:szCs w:val="24"/>
        </w:rPr>
        <w:t>The Box at Her Door</w:t>
      </w:r>
      <w:r w:rsidRPr="00C9454D">
        <w:rPr>
          <w:sz w:val="24"/>
          <w:szCs w:val="24"/>
        </w:rPr>
        <w:br/>
      </w:r>
    </w:p>
    <w:p w14:paraId="6960D31A" w14:textId="77777777" w:rsidR="00421159" w:rsidRPr="00C9454D" w:rsidRDefault="00FE197F" w:rsidP="00C9454D">
      <w:pPr>
        <w:rPr>
          <w:sz w:val="24"/>
          <w:szCs w:val="24"/>
        </w:rPr>
      </w:pPr>
      <w:r>
        <w:rPr>
          <w:noProof/>
          <w:sz w:val="24"/>
          <w:szCs w:val="24"/>
        </w:rPr>
      </w:r>
      <w:r w:rsidR="00FE197F">
        <w:rPr>
          <w:noProof/>
          <w:sz w:val="24"/>
          <w:szCs w:val="24"/>
        </w:rPr>
        <w:pict w14:anchorId="78FDA906">
          <v:rect id="_x0000_i1198" style="width:0;height:1.5pt" o:hralign="center" o:hrstd="t" o:hr="t" fillcolor="#a0a0a0" stroked="f"/>
        </w:pict>
      </w:r>
    </w:p>
    <w:p w14:paraId="428F8827" w14:textId="77777777" w:rsidR="00421159" w:rsidRPr="00C9454D" w:rsidRDefault="00421159" w:rsidP="00C9454D">
      <w:pPr>
        <w:rPr>
          <w:sz w:val="24"/>
          <w:szCs w:val="24"/>
        </w:rPr>
      </w:pPr>
      <w:r w:rsidRPr="00C9454D">
        <w:rPr>
          <w:sz w:val="24"/>
          <w:szCs w:val="24"/>
        </w:rPr>
        <w:t>The box arrived just before dusk.</w:t>
      </w:r>
    </w:p>
    <w:p w14:paraId="176715BD" w14:textId="77777777" w:rsidR="00421159" w:rsidRPr="00C9454D" w:rsidRDefault="00421159" w:rsidP="00C9454D">
      <w:pPr>
        <w:rPr>
          <w:sz w:val="24"/>
          <w:szCs w:val="24"/>
        </w:rPr>
      </w:pPr>
      <w:r w:rsidRPr="00C9454D">
        <w:rPr>
          <w:sz w:val="24"/>
          <w:szCs w:val="24"/>
        </w:rPr>
        <w:t xml:space="preserve">She didn’t hear the knock—only the wind rattling the shutters and the faint thud of something </w:t>
      </w:r>
      <w:r w:rsidRPr="00C9454D">
        <w:rPr>
          <w:i/>
          <w:iCs/>
          <w:sz w:val="24"/>
          <w:szCs w:val="24"/>
        </w:rPr>
        <w:t>heavier than it should’ve been</w:t>
      </w:r>
      <w:r w:rsidRPr="00C9454D">
        <w:rPr>
          <w:sz w:val="24"/>
          <w:szCs w:val="24"/>
        </w:rPr>
        <w:t xml:space="preserve"> landing against her front step.</w:t>
      </w:r>
    </w:p>
    <w:p w14:paraId="68B9B7C5" w14:textId="77777777" w:rsidR="00421159" w:rsidRPr="00C9454D" w:rsidRDefault="00421159" w:rsidP="00C9454D">
      <w:pPr>
        <w:rPr>
          <w:sz w:val="24"/>
          <w:szCs w:val="24"/>
        </w:rPr>
      </w:pPr>
      <w:r w:rsidRPr="00C9454D">
        <w:rPr>
          <w:sz w:val="24"/>
          <w:szCs w:val="24"/>
        </w:rPr>
        <w:t>The maid didn’t call for her.</w:t>
      </w:r>
    </w:p>
    <w:p w14:paraId="37CBDEAD" w14:textId="77777777" w:rsidR="00421159" w:rsidRPr="00C9454D" w:rsidRDefault="00421159" w:rsidP="00C9454D">
      <w:pPr>
        <w:rPr>
          <w:sz w:val="24"/>
          <w:szCs w:val="24"/>
        </w:rPr>
      </w:pPr>
      <w:r w:rsidRPr="00C9454D">
        <w:rPr>
          <w:sz w:val="24"/>
          <w:szCs w:val="24"/>
        </w:rPr>
        <w:t>Vivienne rose from her writing desk, her knees aching, her fingers ink-stained and tired. She crossed the room and opened the door herself, as she often did these days. She liked to believe her servants thought it eccentric. In truth, it was necessity—there were fewer of them now. Most of her household had grown old with her, and she refused to hire new ones she’d have to train or grow fond of.</w:t>
      </w:r>
    </w:p>
    <w:p w14:paraId="232A7215" w14:textId="77777777" w:rsidR="00421159" w:rsidRPr="00C9454D" w:rsidRDefault="00421159" w:rsidP="00C9454D">
      <w:pPr>
        <w:rPr>
          <w:sz w:val="24"/>
          <w:szCs w:val="24"/>
        </w:rPr>
      </w:pPr>
      <w:r w:rsidRPr="00C9454D">
        <w:rPr>
          <w:sz w:val="24"/>
          <w:szCs w:val="24"/>
        </w:rPr>
        <w:t>She opened the door. The wind bit her cheek.</w:t>
      </w:r>
      <w:r w:rsidRPr="00C9454D">
        <w:rPr>
          <w:sz w:val="24"/>
          <w:szCs w:val="24"/>
        </w:rPr>
        <w:br/>
        <w:t>And there it was:</w:t>
      </w:r>
    </w:p>
    <w:p w14:paraId="2E67644D" w14:textId="77777777" w:rsidR="00421159" w:rsidRPr="00C9454D" w:rsidRDefault="00421159" w:rsidP="00C9454D">
      <w:pPr>
        <w:rPr>
          <w:sz w:val="24"/>
          <w:szCs w:val="24"/>
        </w:rPr>
      </w:pPr>
      <w:r w:rsidRPr="00C9454D">
        <w:rPr>
          <w:sz w:val="24"/>
          <w:szCs w:val="24"/>
        </w:rPr>
        <w:t>A small wooden box.</w:t>
      </w:r>
      <w:r w:rsidRPr="00C9454D">
        <w:rPr>
          <w:sz w:val="24"/>
          <w:szCs w:val="24"/>
        </w:rPr>
        <w:br/>
        <w:t>Worn at the corners.</w:t>
      </w:r>
      <w:r w:rsidRPr="00C9454D">
        <w:rPr>
          <w:sz w:val="24"/>
          <w:szCs w:val="24"/>
        </w:rPr>
        <w:br/>
        <w:t>Wrapped in a red ribbon.</w:t>
      </w:r>
    </w:p>
    <w:p w14:paraId="4F7F9B30" w14:textId="77777777" w:rsidR="00421159" w:rsidRPr="00C9454D" w:rsidRDefault="00FE197F" w:rsidP="00C9454D">
      <w:pPr>
        <w:rPr>
          <w:sz w:val="24"/>
          <w:szCs w:val="24"/>
        </w:rPr>
      </w:pPr>
      <w:r>
        <w:rPr>
          <w:noProof/>
          <w:sz w:val="24"/>
          <w:szCs w:val="24"/>
        </w:rPr>
      </w:r>
      <w:r w:rsidR="00FE197F">
        <w:rPr>
          <w:noProof/>
          <w:sz w:val="24"/>
          <w:szCs w:val="24"/>
        </w:rPr>
        <w:pict w14:anchorId="364A459D">
          <v:rect id="_x0000_i1199" style="width:0;height:1.5pt" o:hralign="center" o:hrstd="t" o:hr="t" fillcolor="#a0a0a0" stroked="f"/>
        </w:pict>
      </w:r>
    </w:p>
    <w:p w14:paraId="6D7169A2" w14:textId="77777777" w:rsidR="00421159" w:rsidRPr="00C9454D" w:rsidRDefault="00421159" w:rsidP="00C9454D">
      <w:pPr>
        <w:rPr>
          <w:sz w:val="24"/>
          <w:szCs w:val="24"/>
        </w:rPr>
      </w:pPr>
      <w:r w:rsidRPr="00C9454D">
        <w:rPr>
          <w:sz w:val="24"/>
          <w:szCs w:val="24"/>
        </w:rPr>
        <w:t>She stared at it.</w:t>
      </w:r>
      <w:r w:rsidRPr="00C9454D">
        <w:rPr>
          <w:sz w:val="24"/>
          <w:szCs w:val="24"/>
        </w:rPr>
        <w:br/>
        <w:t>For a long while.</w:t>
      </w:r>
    </w:p>
    <w:p w14:paraId="32EE6CF4" w14:textId="77777777" w:rsidR="00421159" w:rsidRPr="00C9454D" w:rsidRDefault="00421159" w:rsidP="00C9454D">
      <w:pPr>
        <w:rPr>
          <w:sz w:val="24"/>
          <w:szCs w:val="24"/>
        </w:rPr>
      </w:pPr>
      <w:r w:rsidRPr="00C9454D">
        <w:rPr>
          <w:sz w:val="24"/>
          <w:szCs w:val="24"/>
        </w:rPr>
        <w:t>Not because she didn’t recognize it.</w:t>
      </w:r>
      <w:r w:rsidRPr="00C9454D">
        <w:rPr>
          <w:sz w:val="24"/>
          <w:szCs w:val="24"/>
        </w:rPr>
        <w:br/>
        <w:t>But because she did.</w:t>
      </w:r>
    </w:p>
    <w:p w14:paraId="7FD6A547" w14:textId="77777777" w:rsidR="00421159" w:rsidRPr="00C9454D" w:rsidRDefault="00421159" w:rsidP="00C9454D">
      <w:pPr>
        <w:rPr>
          <w:sz w:val="24"/>
          <w:szCs w:val="24"/>
        </w:rPr>
      </w:pPr>
      <w:r w:rsidRPr="00C9454D">
        <w:rPr>
          <w:sz w:val="24"/>
          <w:szCs w:val="24"/>
        </w:rPr>
        <w:t>No note.</w:t>
      </w:r>
      <w:r w:rsidRPr="00C9454D">
        <w:rPr>
          <w:sz w:val="24"/>
          <w:szCs w:val="24"/>
        </w:rPr>
        <w:br/>
        <w:t>No signature.</w:t>
      </w:r>
      <w:r w:rsidRPr="00C9454D">
        <w:rPr>
          <w:sz w:val="24"/>
          <w:szCs w:val="24"/>
        </w:rPr>
        <w:br/>
        <w:t>But the ribbon?</w:t>
      </w:r>
      <w:r w:rsidRPr="00C9454D">
        <w:rPr>
          <w:sz w:val="24"/>
          <w:szCs w:val="24"/>
        </w:rPr>
        <w:br/>
        <w:t>She’d know that ribbon if she were blind.</w:t>
      </w:r>
    </w:p>
    <w:p w14:paraId="688F906C" w14:textId="77777777" w:rsidR="00421159" w:rsidRPr="00C9454D" w:rsidRDefault="00421159" w:rsidP="00C9454D">
      <w:pPr>
        <w:rPr>
          <w:sz w:val="24"/>
          <w:szCs w:val="24"/>
        </w:rPr>
      </w:pPr>
      <w:r w:rsidRPr="00C9454D">
        <w:rPr>
          <w:i/>
          <w:iCs/>
          <w:sz w:val="24"/>
          <w:szCs w:val="24"/>
        </w:rPr>
        <w:t>“He kept it,”</w:t>
      </w:r>
      <w:r w:rsidRPr="00C9454D">
        <w:rPr>
          <w:sz w:val="24"/>
          <w:szCs w:val="24"/>
        </w:rPr>
        <w:t xml:space="preserve"> she whispered, voice barely audible.</w:t>
      </w:r>
      <w:r w:rsidRPr="00C9454D">
        <w:rPr>
          <w:sz w:val="24"/>
          <w:szCs w:val="24"/>
        </w:rPr>
        <w:br/>
      </w:r>
      <w:r w:rsidRPr="00C9454D">
        <w:rPr>
          <w:i/>
          <w:iCs/>
          <w:sz w:val="24"/>
          <w:szCs w:val="24"/>
        </w:rPr>
        <w:t>“After all these years… he kept it.”</w:t>
      </w:r>
    </w:p>
    <w:p w14:paraId="66A47458" w14:textId="77777777" w:rsidR="00421159" w:rsidRPr="00C9454D" w:rsidRDefault="00FE197F" w:rsidP="00C9454D">
      <w:pPr>
        <w:rPr>
          <w:sz w:val="24"/>
          <w:szCs w:val="24"/>
        </w:rPr>
      </w:pPr>
      <w:r>
        <w:rPr>
          <w:noProof/>
          <w:sz w:val="24"/>
          <w:szCs w:val="24"/>
        </w:rPr>
      </w:r>
      <w:r w:rsidR="00FE197F">
        <w:rPr>
          <w:noProof/>
          <w:sz w:val="24"/>
          <w:szCs w:val="24"/>
        </w:rPr>
        <w:pict w14:anchorId="5A5D6A61">
          <v:rect id="_x0000_i1200" style="width:0;height:1.5pt" o:hralign="center" o:hrstd="t" o:hr="t" fillcolor="#a0a0a0" stroked="f"/>
        </w:pict>
      </w:r>
    </w:p>
    <w:p w14:paraId="4E105080" w14:textId="77777777" w:rsidR="00421159" w:rsidRPr="00C9454D" w:rsidRDefault="00421159" w:rsidP="00C9454D">
      <w:pPr>
        <w:rPr>
          <w:sz w:val="24"/>
          <w:szCs w:val="24"/>
        </w:rPr>
      </w:pPr>
      <w:r w:rsidRPr="00C9454D">
        <w:rPr>
          <w:sz w:val="24"/>
          <w:szCs w:val="24"/>
        </w:rPr>
        <w:t>She didn’t bend down right away.</w:t>
      </w:r>
      <w:r w:rsidRPr="00C9454D">
        <w:rPr>
          <w:sz w:val="24"/>
          <w:szCs w:val="24"/>
        </w:rPr>
        <w:br/>
        <w:t>She stood, robe fluttering slightly, hair pinned but loosening in the wind. Her hand trembled as she reached for it.</w:t>
      </w:r>
    </w:p>
    <w:p w14:paraId="62ED13FE" w14:textId="77777777" w:rsidR="00421159" w:rsidRPr="00C9454D" w:rsidRDefault="00421159" w:rsidP="00C9454D">
      <w:pPr>
        <w:rPr>
          <w:sz w:val="24"/>
          <w:szCs w:val="24"/>
        </w:rPr>
      </w:pPr>
      <w:r w:rsidRPr="00C9454D">
        <w:rPr>
          <w:sz w:val="24"/>
          <w:szCs w:val="24"/>
        </w:rPr>
        <w:t>When she lifted the box, it was heavier than it looked.</w:t>
      </w:r>
      <w:r w:rsidRPr="00C9454D">
        <w:rPr>
          <w:sz w:val="24"/>
          <w:szCs w:val="24"/>
        </w:rPr>
        <w:br/>
        <w:t>Like memory.</w:t>
      </w:r>
      <w:r w:rsidRPr="00C9454D">
        <w:rPr>
          <w:sz w:val="24"/>
          <w:szCs w:val="24"/>
        </w:rPr>
        <w:br/>
        <w:t>Like grief.</w:t>
      </w:r>
    </w:p>
    <w:p w14:paraId="3C24DAC7" w14:textId="77777777" w:rsidR="00421159" w:rsidRPr="00C9454D" w:rsidRDefault="00421159" w:rsidP="00C9454D">
      <w:pPr>
        <w:rPr>
          <w:sz w:val="24"/>
          <w:szCs w:val="24"/>
        </w:rPr>
      </w:pPr>
      <w:r w:rsidRPr="00C9454D">
        <w:rPr>
          <w:sz w:val="24"/>
          <w:szCs w:val="24"/>
        </w:rPr>
        <w:t>She didn’t open it.</w:t>
      </w:r>
    </w:p>
    <w:p w14:paraId="6CE9E686" w14:textId="77777777" w:rsidR="00421159" w:rsidRPr="00C9454D" w:rsidRDefault="00421159" w:rsidP="00C9454D">
      <w:pPr>
        <w:rPr>
          <w:sz w:val="24"/>
          <w:szCs w:val="24"/>
        </w:rPr>
      </w:pPr>
      <w:r w:rsidRPr="00C9454D">
        <w:rPr>
          <w:sz w:val="24"/>
          <w:szCs w:val="24"/>
        </w:rPr>
        <w:t>She brought it inside, placed it gently on the corner of her desk, and walked away from it like it might detonate.</w:t>
      </w:r>
    </w:p>
    <w:p w14:paraId="643D8189" w14:textId="77777777" w:rsidR="00421159" w:rsidRPr="00C9454D" w:rsidRDefault="00FE197F" w:rsidP="00C9454D">
      <w:pPr>
        <w:rPr>
          <w:sz w:val="24"/>
          <w:szCs w:val="24"/>
        </w:rPr>
      </w:pPr>
      <w:r>
        <w:rPr>
          <w:noProof/>
          <w:sz w:val="24"/>
          <w:szCs w:val="24"/>
        </w:rPr>
      </w:r>
      <w:r w:rsidR="00FE197F">
        <w:rPr>
          <w:noProof/>
          <w:sz w:val="24"/>
          <w:szCs w:val="24"/>
        </w:rPr>
        <w:pict w14:anchorId="4CC6FCFB">
          <v:rect id="_x0000_i1201" style="width:0;height:1.5pt" o:hralign="center" o:hrstd="t" o:hr="t" fillcolor="#a0a0a0" stroked="f"/>
        </w:pict>
      </w:r>
    </w:p>
    <w:p w14:paraId="269F637A" w14:textId="77777777" w:rsidR="00421159" w:rsidRPr="00C9454D" w:rsidRDefault="00421159" w:rsidP="00C9454D">
      <w:pPr>
        <w:rPr>
          <w:sz w:val="24"/>
          <w:szCs w:val="24"/>
        </w:rPr>
      </w:pPr>
      <w:r w:rsidRPr="00C9454D">
        <w:rPr>
          <w:sz w:val="24"/>
          <w:szCs w:val="24"/>
        </w:rPr>
        <w:t>That night, she poured herself a glass of wine and sat in her chair across the room.</w:t>
      </w:r>
    </w:p>
    <w:p w14:paraId="4BB7F8B7" w14:textId="77777777" w:rsidR="00421159" w:rsidRPr="00C9454D" w:rsidRDefault="00421159" w:rsidP="00C9454D">
      <w:pPr>
        <w:rPr>
          <w:sz w:val="24"/>
          <w:szCs w:val="24"/>
        </w:rPr>
      </w:pPr>
      <w:r w:rsidRPr="00C9454D">
        <w:rPr>
          <w:sz w:val="24"/>
          <w:szCs w:val="24"/>
        </w:rPr>
        <w:t>The box sat across from her.</w:t>
      </w:r>
      <w:r w:rsidRPr="00C9454D">
        <w:rPr>
          <w:sz w:val="24"/>
          <w:szCs w:val="24"/>
        </w:rPr>
        <w:br/>
        <w:t>Staring.</w:t>
      </w:r>
      <w:r w:rsidRPr="00C9454D">
        <w:rPr>
          <w:sz w:val="24"/>
          <w:szCs w:val="24"/>
        </w:rPr>
        <w:br/>
        <w:t>Breathing.</w:t>
      </w:r>
      <w:r w:rsidRPr="00C9454D">
        <w:rPr>
          <w:sz w:val="24"/>
          <w:szCs w:val="24"/>
        </w:rPr>
        <w:br/>
        <w:t>Watching.</w:t>
      </w:r>
    </w:p>
    <w:p w14:paraId="6BCD6390" w14:textId="77777777" w:rsidR="00421159" w:rsidRPr="00C9454D" w:rsidRDefault="00421159" w:rsidP="00C9454D">
      <w:pPr>
        <w:rPr>
          <w:sz w:val="24"/>
          <w:szCs w:val="24"/>
        </w:rPr>
      </w:pPr>
      <w:r w:rsidRPr="00C9454D">
        <w:rPr>
          <w:sz w:val="24"/>
          <w:szCs w:val="24"/>
        </w:rPr>
        <w:t>She didn’t look at it.</w:t>
      </w:r>
    </w:p>
    <w:p w14:paraId="41717869" w14:textId="77777777" w:rsidR="00421159" w:rsidRPr="00C9454D" w:rsidRDefault="00421159" w:rsidP="00C9454D">
      <w:pPr>
        <w:rPr>
          <w:sz w:val="24"/>
          <w:szCs w:val="24"/>
        </w:rPr>
      </w:pPr>
      <w:r w:rsidRPr="00C9454D">
        <w:rPr>
          <w:sz w:val="24"/>
          <w:szCs w:val="24"/>
        </w:rPr>
        <w:t>But she didn’t stop thinking about it either.</w:t>
      </w:r>
    </w:p>
    <w:p w14:paraId="3925199B" w14:textId="77777777" w:rsidR="00421159" w:rsidRPr="00C9454D" w:rsidRDefault="00FE197F" w:rsidP="00C9454D">
      <w:pPr>
        <w:rPr>
          <w:sz w:val="24"/>
          <w:szCs w:val="24"/>
        </w:rPr>
      </w:pPr>
      <w:r>
        <w:rPr>
          <w:noProof/>
          <w:sz w:val="24"/>
          <w:szCs w:val="24"/>
        </w:rPr>
      </w:r>
      <w:r w:rsidR="00FE197F">
        <w:rPr>
          <w:noProof/>
          <w:sz w:val="24"/>
          <w:szCs w:val="24"/>
        </w:rPr>
        <w:pict w14:anchorId="08E3F8B0">
          <v:rect id="_x0000_i1202" style="width:0;height:1.5pt" o:hralign="center" o:hrstd="t" o:hr="t" fillcolor="#a0a0a0" stroked="f"/>
        </w:pict>
      </w:r>
    </w:p>
    <w:p w14:paraId="5F541165" w14:textId="77777777" w:rsidR="00421159" w:rsidRPr="00C9454D" w:rsidRDefault="00421159" w:rsidP="00C9454D">
      <w:pPr>
        <w:rPr>
          <w:sz w:val="24"/>
          <w:szCs w:val="24"/>
        </w:rPr>
      </w:pPr>
      <w:r w:rsidRPr="00C9454D">
        <w:rPr>
          <w:sz w:val="24"/>
          <w:szCs w:val="24"/>
        </w:rPr>
        <w:t xml:space="preserve">The next day, she rearranged her whole study </w:t>
      </w:r>
      <w:r w:rsidRPr="00C9454D">
        <w:rPr>
          <w:i/>
          <w:iCs/>
          <w:sz w:val="24"/>
          <w:szCs w:val="24"/>
        </w:rPr>
        <w:t>around it</w:t>
      </w:r>
      <w:r w:rsidRPr="00C9454D">
        <w:rPr>
          <w:sz w:val="24"/>
          <w:szCs w:val="24"/>
        </w:rPr>
        <w:t>.</w:t>
      </w:r>
      <w:r w:rsidRPr="00C9454D">
        <w:rPr>
          <w:sz w:val="24"/>
          <w:szCs w:val="24"/>
        </w:rPr>
        <w:br/>
        <w:t>As if its weight disrupted the balance of the room.</w:t>
      </w:r>
      <w:r w:rsidRPr="00C9454D">
        <w:rPr>
          <w:sz w:val="24"/>
          <w:szCs w:val="24"/>
        </w:rPr>
        <w:br/>
        <w:t>She wouldn’t admit she was avoiding it.</w:t>
      </w:r>
      <w:r w:rsidRPr="00C9454D">
        <w:rPr>
          <w:sz w:val="24"/>
          <w:szCs w:val="24"/>
        </w:rPr>
        <w:br/>
        <w:t xml:space="preserve">She would only say: </w:t>
      </w:r>
      <w:r w:rsidRPr="00C9454D">
        <w:rPr>
          <w:i/>
          <w:iCs/>
          <w:sz w:val="24"/>
          <w:szCs w:val="24"/>
        </w:rPr>
        <w:t>“I’m not in the mood for ghosts.”</w:t>
      </w:r>
    </w:p>
    <w:p w14:paraId="372C3179" w14:textId="77777777" w:rsidR="00421159" w:rsidRPr="00C9454D" w:rsidRDefault="00421159" w:rsidP="00C9454D">
      <w:pPr>
        <w:rPr>
          <w:sz w:val="24"/>
          <w:szCs w:val="24"/>
        </w:rPr>
      </w:pPr>
      <w:r w:rsidRPr="00C9454D">
        <w:rPr>
          <w:sz w:val="24"/>
          <w:szCs w:val="24"/>
        </w:rPr>
        <w:t>But that was a lie.</w:t>
      </w:r>
    </w:p>
    <w:p w14:paraId="3572CA5F" w14:textId="77777777" w:rsidR="00421159" w:rsidRPr="00C9454D" w:rsidRDefault="00421159" w:rsidP="00C9454D">
      <w:pPr>
        <w:rPr>
          <w:sz w:val="24"/>
          <w:szCs w:val="24"/>
        </w:rPr>
      </w:pPr>
      <w:r w:rsidRPr="00C9454D">
        <w:rPr>
          <w:sz w:val="24"/>
          <w:szCs w:val="24"/>
        </w:rPr>
        <w:t xml:space="preserve">She was </w:t>
      </w:r>
      <w:r w:rsidRPr="00C9454D">
        <w:rPr>
          <w:i/>
          <w:iCs/>
          <w:sz w:val="24"/>
          <w:szCs w:val="24"/>
        </w:rPr>
        <w:t>always</w:t>
      </w:r>
      <w:r w:rsidRPr="00C9454D">
        <w:rPr>
          <w:sz w:val="24"/>
          <w:szCs w:val="24"/>
        </w:rPr>
        <w:t xml:space="preserve"> in the mood for one particular ghost.</w:t>
      </w:r>
    </w:p>
    <w:p w14:paraId="0FCA6912" w14:textId="77777777" w:rsidR="00421159" w:rsidRPr="00C9454D" w:rsidRDefault="00FE197F" w:rsidP="00C9454D">
      <w:pPr>
        <w:rPr>
          <w:sz w:val="24"/>
          <w:szCs w:val="24"/>
        </w:rPr>
      </w:pPr>
      <w:r>
        <w:rPr>
          <w:noProof/>
          <w:sz w:val="24"/>
          <w:szCs w:val="24"/>
        </w:rPr>
      </w:r>
      <w:r w:rsidR="00FE197F">
        <w:rPr>
          <w:noProof/>
          <w:sz w:val="24"/>
          <w:szCs w:val="24"/>
        </w:rPr>
        <w:pict w14:anchorId="2CC820B3">
          <v:rect id="_x0000_i1203" style="width:0;height:1.5pt" o:hralign="center" o:hrstd="t" o:hr="t" fillcolor="#a0a0a0" stroked="f"/>
        </w:pict>
      </w:r>
    </w:p>
    <w:p w14:paraId="632D80BF" w14:textId="77777777" w:rsidR="00421159" w:rsidRPr="00C9454D" w:rsidRDefault="00421159" w:rsidP="00C9454D">
      <w:pPr>
        <w:rPr>
          <w:sz w:val="24"/>
          <w:szCs w:val="24"/>
        </w:rPr>
      </w:pPr>
      <w:r w:rsidRPr="00C9454D">
        <w:rPr>
          <w:sz w:val="24"/>
          <w:szCs w:val="24"/>
        </w:rPr>
        <w:t>Three days passed.</w:t>
      </w:r>
    </w:p>
    <w:p w14:paraId="63B11BD7" w14:textId="69DD60A1" w:rsidR="00421159" w:rsidRPr="00C9454D" w:rsidRDefault="00421159" w:rsidP="00C9454D">
      <w:pPr>
        <w:rPr>
          <w:sz w:val="24"/>
          <w:szCs w:val="24"/>
        </w:rPr>
      </w:pPr>
      <w:r w:rsidRPr="00C9454D">
        <w:rPr>
          <w:sz w:val="24"/>
          <w:szCs w:val="24"/>
        </w:rPr>
        <w:t>She sat besi</w:t>
      </w:r>
      <w:r w:rsidR="00DD1FF5" w:rsidRPr="00C9454D">
        <w:rPr>
          <w:sz w:val="24"/>
          <w:szCs w:val="24"/>
        </w:rPr>
        <w:t xml:space="preserve">de </w:t>
      </w:r>
      <w:r w:rsidRPr="00C9454D">
        <w:rPr>
          <w:sz w:val="24"/>
          <w:szCs w:val="24"/>
        </w:rPr>
        <w:t>it. Ate besi</w:t>
      </w:r>
      <w:r w:rsidR="00DD1FF5" w:rsidRPr="00C9454D">
        <w:rPr>
          <w:sz w:val="24"/>
          <w:szCs w:val="24"/>
        </w:rPr>
        <w:t xml:space="preserve">de </w:t>
      </w:r>
      <w:r w:rsidRPr="00C9454D">
        <w:rPr>
          <w:sz w:val="24"/>
          <w:szCs w:val="24"/>
        </w:rPr>
        <w:t>it.</w:t>
      </w:r>
      <w:r w:rsidRPr="00C9454D">
        <w:rPr>
          <w:sz w:val="24"/>
          <w:szCs w:val="24"/>
        </w:rPr>
        <w:br/>
        <w:t>Slept restlessly in its shadow.</w:t>
      </w:r>
    </w:p>
    <w:p w14:paraId="1C85FBFF" w14:textId="77777777" w:rsidR="00421159" w:rsidRPr="00C9454D" w:rsidRDefault="00421159" w:rsidP="00C9454D">
      <w:pPr>
        <w:rPr>
          <w:sz w:val="24"/>
          <w:szCs w:val="24"/>
        </w:rPr>
      </w:pPr>
      <w:r w:rsidRPr="00C9454D">
        <w:rPr>
          <w:sz w:val="24"/>
          <w:szCs w:val="24"/>
        </w:rPr>
        <w:t>She traced the grain of the box with her finger.</w:t>
      </w:r>
      <w:r w:rsidRPr="00C9454D">
        <w:rPr>
          <w:sz w:val="24"/>
          <w:szCs w:val="24"/>
        </w:rPr>
        <w:br/>
        <w:t>And hated herself for still being afraid.</w:t>
      </w:r>
    </w:p>
    <w:p w14:paraId="5B2126E6" w14:textId="77777777" w:rsidR="00421159" w:rsidRPr="00C9454D" w:rsidRDefault="00421159" w:rsidP="00C9454D">
      <w:pPr>
        <w:rPr>
          <w:sz w:val="24"/>
          <w:szCs w:val="24"/>
        </w:rPr>
      </w:pPr>
      <w:r w:rsidRPr="00C9454D">
        <w:rPr>
          <w:sz w:val="24"/>
          <w:szCs w:val="24"/>
        </w:rPr>
        <w:t>It was the not knowing that hurt most.</w:t>
      </w:r>
    </w:p>
    <w:p w14:paraId="21DE276A" w14:textId="77777777" w:rsidR="00421159" w:rsidRPr="00C9454D" w:rsidRDefault="00421159" w:rsidP="00C9454D">
      <w:pPr>
        <w:rPr>
          <w:sz w:val="24"/>
          <w:szCs w:val="24"/>
        </w:rPr>
      </w:pPr>
      <w:r w:rsidRPr="00C9454D">
        <w:rPr>
          <w:i/>
          <w:iCs/>
          <w:sz w:val="24"/>
          <w:szCs w:val="24"/>
        </w:rPr>
        <w:t>Did he love me? Truly? Or did he just keep my letters the way one keeps perfume from a past they can’t forget, but know better than to reopen?</w:t>
      </w:r>
    </w:p>
    <w:p w14:paraId="629AC986" w14:textId="77777777" w:rsidR="00421159" w:rsidRPr="00C9454D" w:rsidRDefault="00FE197F" w:rsidP="00C9454D">
      <w:pPr>
        <w:rPr>
          <w:sz w:val="24"/>
          <w:szCs w:val="24"/>
        </w:rPr>
      </w:pPr>
      <w:r>
        <w:rPr>
          <w:noProof/>
          <w:sz w:val="24"/>
          <w:szCs w:val="24"/>
        </w:rPr>
      </w:r>
      <w:r w:rsidR="00FE197F">
        <w:rPr>
          <w:noProof/>
          <w:sz w:val="24"/>
          <w:szCs w:val="24"/>
        </w:rPr>
        <w:pict w14:anchorId="149B45AD">
          <v:rect id="_x0000_i1204" style="width:0;height:1.5pt" o:hralign="center" o:hrstd="t" o:hr="t" fillcolor="#a0a0a0" stroked="f"/>
        </w:pict>
      </w:r>
    </w:p>
    <w:p w14:paraId="67320679" w14:textId="77777777" w:rsidR="00421159" w:rsidRPr="00C9454D" w:rsidRDefault="00421159" w:rsidP="00C9454D">
      <w:pPr>
        <w:rPr>
          <w:sz w:val="24"/>
          <w:szCs w:val="24"/>
        </w:rPr>
      </w:pPr>
      <w:r w:rsidRPr="00C9454D">
        <w:rPr>
          <w:sz w:val="24"/>
          <w:szCs w:val="24"/>
        </w:rPr>
        <w:t>That night, just before the fire burned out, she whispered into the silence:</w:t>
      </w:r>
    </w:p>
    <w:p w14:paraId="052F4646" w14:textId="77777777" w:rsidR="00421159" w:rsidRPr="00C9454D" w:rsidRDefault="00421159" w:rsidP="00C9454D">
      <w:pPr>
        <w:rPr>
          <w:sz w:val="24"/>
          <w:szCs w:val="24"/>
        </w:rPr>
      </w:pPr>
      <w:r w:rsidRPr="00C9454D">
        <w:rPr>
          <w:sz w:val="24"/>
          <w:szCs w:val="24"/>
        </w:rPr>
        <w:t>“If you didn’t say it in life,</w:t>
      </w:r>
      <w:r w:rsidRPr="00C9454D">
        <w:rPr>
          <w:sz w:val="24"/>
          <w:szCs w:val="24"/>
        </w:rPr>
        <w:br/>
        <w:t>don’t make me hear it in death.”</w:t>
      </w:r>
    </w:p>
    <w:p w14:paraId="01A797A4" w14:textId="77777777" w:rsidR="00421159" w:rsidRPr="00C9454D" w:rsidRDefault="00421159" w:rsidP="00C9454D">
      <w:pPr>
        <w:rPr>
          <w:sz w:val="24"/>
          <w:szCs w:val="24"/>
        </w:rPr>
      </w:pPr>
      <w:r w:rsidRPr="00C9454D">
        <w:rPr>
          <w:sz w:val="24"/>
          <w:szCs w:val="24"/>
        </w:rPr>
        <w:t>And still…</w:t>
      </w:r>
      <w:r w:rsidRPr="00C9454D">
        <w:rPr>
          <w:sz w:val="24"/>
          <w:szCs w:val="24"/>
        </w:rPr>
        <w:br/>
        <w:t>she didn’t open it.</w:t>
      </w:r>
    </w:p>
    <w:p w14:paraId="15712880" w14:textId="77777777" w:rsidR="00421159" w:rsidRPr="00C9454D" w:rsidRDefault="00421159" w:rsidP="00C9454D">
      <w:pPr>
        <w:rPr>
          <w:sz w:val="24"/>
          <w:szCs w:val="24"/>
        </w:rPr>
      </w:pPr>
      <w:r w:rsidRPr="00C9454D">
        <w:rPr>
          <w:sz w:val="24"/>
          <w:szCs w:val="24"/>
        </w:rPr>
        <w:t>Not yet.</w:t>
      </w:r>
    </w:p>
    <w:p w14:paraId="7AE40375" w14:textId="42A22C1E" w:rsidR="00421159" w:rsidRPr="00C9454D" w:rsidRDefault="00FE197F" w:rsidP="00C9454D">
      <w:pPr>
        <w:rPr>
          <w:sz w:val="24"/>
          <w:szCs w:val="24"/>
        </w:rPr>
      </w:pPr>
      <w:r>
        <w:rPr>
          <w:noProof/>
          <w:sz w:val="24"/>
          <w:szCs w:val="24"/>
        </w:rPr>
      </w:r>
      <w:r w:rsidR="00FE197F">
        <w:rPr>
          <w:noProof/>
          <w:sz w:val="24"/>
          <w:szCs w:val="24"/>
        </w:rPr>
        <w:pict w14:anchorId="23CCBEBD">
          <v:rect id="_x0000_i1205" style="width:0;height:1.5pt" o:hralign="center" o:hrstd="t" o:hr="t" fillcolor="#a0a0a0" stroked="f"/>
        </w:pict>
      </w:r>
    </w:p>
    <w:p w14:paraId="6BCAE919" w14:textId="25501446" w:rsidR="00421159" w:rsidRPr="00C9454D" w:rsidRDefault="00421159" w:rsidP="00C9454D">
      <w:pPr>
        <w:rPr>
          <w:sz w:val="24"/>
          <w:szCs w:val="24"/>
        </w:rPr>
      </w:pPr>
    </w:p>
    <w:p w14:paraId="0409BEC5" w14:textId="77777777" w:rsidR="001E79BA" w:rsidRPr="00C9454D" w:rsidRDefault="00421159" w:rsidP="00C9454D">
      <w:pPr>
        <w:rPr>
          <w:sz w:val="24"/>
          <w:szCs w:val="24"/>
        </w:rPr>
      </w:pPr>
      <w:r w:rsidRPr="00C9454D">
        <w:rPr>
          <w:sz w:val="24"/>
          <w:szCs w:val="24"/>
        </w:rPr>
        <w:t xml:space="preserve">Title: </w:t>
      </w:r>
      <w:r w:rsidRPr="00C9454D">
        <w:rPr>
          <w:i/>
          <w:iCs/>
          <w:sz w:val="24"/>
          <w:szCs w:val="24"/>
        </w:rPr>
        <w:t>The Last Scroll</w:t>
      </w:r>
      <w:r w:rsidRPr="00C9454D">
        <w:rPr>
          <w:sz w:val="24"/>
          <w:szCs w:val="24"/>
        </w:rPr>
        <w:br/>
      </w:r>
    </w:p>
    <w:p w14:paraId="33D67D25" w14:textId="5142A03A" w:rsidR="00421159" w:rsidRPr="00C9454D" w:rsidRDefault="00421159" w:rsidP="00C9454D">
      <w:pPr>
        <w:rPr>
          <w:sz w:val="24"/>
          <w:szCs w:val="24"/>
        </w:rPr>
      </w:pPr>
      <w:r w:rsidRPr="00C9454D">
        <w:rPr>
          <w:sz w:val="24"/>
          <w:szCs w:val="24"/>
        </w:rPr>
        <w:t>The ribbon fell like silk in water.</w:t>
      </w:r>
    </w:p>
    <w:p w14:paraId="468BD087" w14:textId="77777777" w:rsidR="00421159" w:rsidRPr="00C9454D" w:rsidRDefault="00421159" w:rsidP="00C9454D">
      <w:pPr>
        <w:rPr>
          <w:sz w:val="24"/>
          <w:szCs w:val="24"/>
        </w:rPr>
      </w:pPr>
      <w:r w:rsidRPr="00C9454D">
        <w:rPr>
          <w:sz w:val="24"/>
          <w:szCs w:val="24"/>
        </w:rPr>
        <w:t>She hadn’t meant to untie it.</w:t>
      </w:r>
      <w:r w:rsidRPr="00C9454D">
        <w:rPr>
          <w:sz w:val="24"/>
          <w:szCs w:val="24"/>
        </w:rPr>
        <w:br/>
        <w:t>She’d meant to stare at it a little longer.</w:t>
      </w:r>
      <w:r w:rsidRPr="00C9454D">
        <w:rPr>
          <w:sz w:val="24"/>
          <w:szCs w:val="24"/>
        </w:rPr>
        <w:br/>
        <w:t>To remember how it had once wrapped around her wrist like a vow…</w:t>
      </w:r>
      <w:r w:rsidRPr="00C9454D">
        <w:rPr>
          <w:sz w:val="24"/>
          <w:szCs w:val="24"/>
        </w:rPr>
        <w:br/>
        <w:t>Not just a keepsake, but a binding.</w:t>
      </w:r>
    </w:p>
    <w:p w14:paraId="7CCBADF2" w14:textId="77777777" w:rsidR="00421159" w:rsidRPr="00C9454D" w:rsidRDefault="00421159" w:rsidP="00C9454D">
      <w:pPr>
        <w:rPr>
          <w:sz w:val="24"/>
          <w:szCs w:val="24"/>
        </w:rPr>
      </w:pPr>
      <w:r w:rsidRPr="00C9454D">
        <w:rPr>
          <w:sz w:val="24"/>
          <w:szCs w:val="24"/>
        </w:rPr>
        <w:t>But her hands moved before her heart could protest.</w:t>
      </w:r>
      <w:r w:rsidRPr="00C9454D">
        <w:rPr>
          <w:sz w:val="24"/>
          <w:szCs w:val="24"/>
        </w:rPr>
        <w:br/>
        <w:t>And now the box was open.</w:t>
      </w:r>
    </w:p>
    <w:p w14:paraId="2CDD1420" w14:textId="77777777" w:rsidR="00421159" w:rsidRPr="00C9454D" w:rsidRDefault="00FE197F" w:rsidP="00C9454D">
      <w:pPr>
        <w:rPr>
          <w:sz w:val="24"/>
          <w:szCs w:val="24"/>
        </w:rPr>
      </w:pPr>
      <w:r>
        <w:rPr>
          <w:noProof/>
          <w:sz w:val="24"/>
          <w:szCs w:val="24"/>
        </w:rPr>
      </w:r>
      <w:r w:rsidR="00FE197F">
        <w:rPr>
          <w:noProof/>
          <w:sz w:val="24"/>
          <w:szCs w:val="24"/>
        </w:rPr>
        <w:pict w14:anchorId="6463F504">
          <v:rect id="_x0000_i1206" style="width:0;height:1.5pt" o:hralign="center" o:hrstd="t" o:hr="t" fillcolor="#a0a0a0" stroked="f"/>
        </w:pict>
      </w:r>
    </w:p>
    <w:p w14:paraId="3859E92A" w14:textId="656F63EC" w:rsidR="00421159" w:rsidRPr="00C9454D" w:rsidRDefault="00421159" w:rsidP="00C9454D">
      <w:pPr>
        <w:rPr>
          <w:sz w:val="24"/>
          <w:szCs w:val="24"/>
        </w:rPr>
      </w:pPr>
      <w:r w:rsidRPr="00C9454D">
        <w:rPr>
          <w:sz w:val="24"/>
          <w:szCs w:val="24"/>
        </w:rPr>
        <w:t>She didn’t reach insi</w:t>
      </w:r>
      <w:r w:rsidR="00DD1FF5" w:rsidRPr="00C9454D">
        <w:rPr>
          <w:sz w:val="24"/>
          <w:szCs w:val="24"/>
        </w:rPr>
        <w:t xml:space="preserve">de </w:t>
      </w:r>
      <w:r w:rsidRPr="00C9454D">
        <w:rPr>
          <w:sz w:val="24"/>
          <w:szCs w:val="24"/>
        </w:rPr>
        <w:t>right away.</w:t>
      </w:r>
    </w:p>
    <w:p w14:paraId="6C52CC6B" w14:textId="77777777" w:rsidR="00421159" w:rsidRPr="00C9454D" w:rsidRDefault="00421159" w:rsidP="00C9454D">
      <w:pPr>
        <w:rPr>
          <w:sz w:val="24"/>
          <w:szCs w:val="24"/>
        </w:rPr>
      </w:pPr>
      <w:r w:rsidRPr="00C9454D">
        <w:rPr>
          <w:sz w:val="24"/>
          <w:szCs w:val="24"/>
        </w:rPr>
        <w:t>She just… looked.</w:t>
      </w:r>
    </w:p>
    <w:p w14:paraId="3F790EBF" w14:textId="77777777" w:rsidR="00421159" w:rsidRPr="00C9454D" w:rsidRDefault="00421159" w:rsidP="00C9454D">
      <w:pPr>
        <w:rPr>
          <w:sz w:val="24"/>
          <w:szCs w:val="24"/>
        </w:rPr>
      </w:pPr>
      <w:r w:rsidRPr="00C9454D">
        <w:rPr>
          <w:sz w:val="24"/>
          <w:szCs w:val="24"/>
        </w:rPr>
        <w:t>Dozens of scrolls.</w:t>
      </w:r>
      <w:r w:rsidRPr="00C9454D">
        <w:rPr>
          <w:sz w:val="24"/>
          <w:szCs w:val="24"/>
        </w:rPr>
        <w:br/>
        <w:t>Letters.</w:t>
      </w:r>
      <w:r w:rsidRPr="00C9454D">
        <w:rPr>
          <w:sz w:val="24"/>
          <w:szCs w:val="24"/>
        </w:rPr>
        <w:br/>
        <w:t>Parchment sealed and stained with years.</w:t>
      </w:r>
      <w:r w:rsidRPr="00C9454D">
        <w:rPr>
          <w:sz w:val="24"/>
          <w:szCs w:val="24"/>
        </w:rPr>
        <w:br/>
        <w:t>Some with her hand. Some with his.</w:t>
      </w:r>
    </w:p>
    <w:p w14:paraId="22378231" w14:textId="77777777" w:rsidR="00421159" w:rsidRPr="00C9454D" w:rsidRDefault="00421159" w:rsidP="00C9454D">
      <w:pPr>
        <w:rPr>
          <w:sz w:val="24"/>
          <w:szCs w:val="24"/>
        </w:rPr>
      </w:pPr>
      <w:r w:rsidRPr="00C9454D">
        <w:rPr>
          <w:sz w:val="24"/>
          <w:szCs w:val="24"/>
        </w:rPr>
        <w:t>At the very top, a scroll tied in white linen—not red.</w:t>
      </w:r>
    </w:p>
    <w:p w14:paraId="468A4C3F" w14:textId="77777777" w:rsidR="00421159" w:rsidRPr="00C9454D" w:rsidRDefault="00421159" w:rsidP="00C9454D">
      <w:pPr>
        <w:rPr>
          <w:sz w:val="24"/>
          <w:szCs w:val="24"/>
        </w:rPr>
      </w:pPr>
      <w:r w:rsidRPr="00C9454D">
        <w:rPr>
          <w:sz w:val="24"/>
          <w:szCs w:val="24"/>
        </w:rPr>
        <w:t>Her name.</w:t>
      </w:r>
      <w:r w:rsidRPr="00C9454D">
        <w:rPr>
          <w:sz w:val="24"/>
          <w:szCs w:val="24"/>
        </w:rPr>
        <w:br/>
        <w:t>In his hand.</w:t>
      </w:r>
      <w:r w:rsidRPr="00C9454D">
        <w:rPr>
          <w:sz w:val="24"/>
          <w:szCs w:val="24"/>
        </w:rPr>
        <w:br/>
        <w:t>Guy.</w:t>
      </w:r>
    </w:p>
    <w:p w14:paraId="429BDA70" w14:textId="77777777" w:rsidR="00421159" w:rsidRPr="00C9454D" w:rsidRDefault="00FE197F" w:rsidP="00C9454D">
      <w:pPr>
        <w:rPr>
          <w:sz w:val="24"/>
          <w:szCs w:val="24"/>
        </w:rPr>
      </w:pPr>
      <w:r>
        <w:rPr>
          <w:noProof/>
          <w:sz w:val="24"/>
          <w:szCs w:val="24"/>
        </w:rPr>
      </w:r>
      <w:r w:rsidR="00FE197F">
        <w:rPr>
          <w:noProof/>
          <w:sz w:val="24"/>
          <w:szCs w:val="24"/>
        </w:rPr>
        <w:pict w14:anchorId="69BB7929">
          <v:rect id="_x0000_i1207" style="width:0;height:1.5pt" o:hralign="center" o:hrstd="t" o:hr="t" fillcolor="#a0a0a0" stroked="f"/>
        </w:pict>
      </w:r>
    </w:p>
    <w:p w14:paraId="7017D473" w14:textId="77777777" w:rsidR="00421159" w:rsidRPr="00C9454D" w:rsidRDefault="00421159" w:rsidP="00C9454D">
      <w:pPr>
        <w:rPr>
          <w:sz w:val="24"/>
          <w:szCs w:val="24"/>
        </w:rPr>
      </w:pPr>
      <w:r w:rsidRPr="00C9454D">
        <w:rPr>
          <w:sz w:val="24"/>
          <w:szCs w:val="24"/>
        </w:rPr>
        <w:t>She touched the ink with two fingers.</w:t>
      </w:r>
      <w:r w:rsidRPr="00C9454D">
        <w:rPr>
          <w:sz w:val="24"/>
          <w:szCs w:val="24"/>
        </w:rPr>
        <w:br/>
        <w:t>And everything in her chest shattered softly.</w:t>
      </w:r>
    </w:p>
    <w:p w14:paraId="5D3E30D8" w14:textId="77777777" w:rsidR="00421159" w:rsidRPr="00C9454D" w:rsidRDefault="00421159" w:rsidP="00C9454D">
      <w:pPr>
        <w:rPr>
          <w:sz w:val="24"/>
          <w:szCs w:val="24"/>
        </w:rPr>
      </w:pPr>
      <w:r w:rsidRPr="00C9454D">
        <w:rPr>
          <w:sz w:val="24"/>
          <w:szCs w:val="24"/>
        </w:rPr>
        <w:t>He had written her.</w:t>
      </w:r>
      <w:r w:rsidRPr="00C9454D">
        <w:rPr>
          <w:sz w:val="24"/>
          <w:szCs w:val="24"/>
        </w:rPr>
        <w:br/>
      </w:r>
      <w:r w:rsidRPr="00C9454D">
        <w:rPr>
          <w:i/>
          <w:iCs/>
          <w:sz w:val="24"/>
          <w:szCs w:val="24"/>
        </w:rPr>
        <w:t>Not just one final line…</w:t>
      </w:r>
      <w:r w:rsidRPr="00C9454D">
        <w:rPr>
          <w:sz w:val="24"/>
          <w:szCs w:val="24"/>
        </w:rPr>
        <w:br/>
        <w:t>A scroll.</w:t>
      </w:r>
    </w:p>
    <w:p w14:paraId="35E4AC0E" w14:textId="77777777" w:rsidR="00421159" w:rsidRPr="00C9454D" w:rsidRDefault="00FE197F" w:rsidP="00C9454D">
      <w:pPr>
        <w:rPr>
          <w:sz w:val="24"/>
          <w:szCs w:val="24"/>
        </w:rPr>
      </w:pPr>
      <w:r>
        <w:rPr>
          <w:noProof/>
          <w:sz w:val="24"/>
          <w:szCs w:val="24"/>
        </w:rPr>
      </w:r>
      <w:r w:rsidR="00FE197F">
        <w:rPr>
          <w:noProof/>
          <w:sz w:val="24"/>
          <w:szCs w:val="24"/>
        </w:rPr>
        <w:pict w14:anchorId="58240A83">
          <v:rect id="_x0000_i1208" style="width:0;height:1.5pt" o:hralign="center" o:hrstd="t" o:hr="t" fillcolor="#a0a0a0" stroked="f"/>
        </w:pict>
      </w:r>
    </w:p>
    <w:p w14:paraId="20A969E8" w14:textId="77777777" w:rsidR="00421159" w:rsidRPr="00C9454D" w:rsidRDefault="00421159" w:rsidP="00C9454D">
      <w:pPr>
        <w:rPr>
          <w:sz w:val="24"/>
          <w:szCs w:val="24"/>
        </w:rPr>
      </w:pPr>
      <w:r w:rsidRPr="00C9454D">
        <w:rPr>
          <w:sz w:val="24"/>
          <w:szCs w:val="24"/>
        </w:rPr>
        <w:t>She sat down.</w:t>
      </w:r>
    </w:p>
    <w:p w14:paraId="1E50B470" w14:textId="77777777" w:rsidR="00421159" w:rsidRPr="00C9454D" w:rsidRDefault="00421159" w:rsidP="00C9454D">
      <w:pPr>
        <w:rPr>
          <w:sz w:val="24"/>
          <w:szCs w:val="24"/>
        </w:rPr>
      </w:pPr>
      <w:r w:rsidRPr="00C9454D">
        <w:rPr>
          <w:sz w:val="24"/>
          <w:szCs w:val="24"/>
        </w:rPr>
        <w:t>Lit a single candle.</w:t>
      </w:r>
      <w:r w:rsidRPr="00C9454D">
        <w:rPr>
          <w:sz w:val="24"/>
          <w:szCs w:val="24"/>
        </w:rPr>
        <w:br/>
        <w:t>And read.</w:t>
      </w:r>
    </w:p>
    <w:p w14:paraId="1926E749" w14:textId="77777777" w:rsidR="00421159" w:rsidRPr="00C9454D" w:rsidRDefault="00FE197F" w:rsidP="00C9454D">
      <w:pPr>
        <w:rPr>
          <w:sz w:val="24"/>
          <w:szCs w:val="24"/>
        </w:rPr>
      </w:pPr>
      <w:r>
        <w:rPr>
          <w:noProof/>
          <w:sz w:val="24"/>
          <w:szCs w:val="24"/>
        </w:rPr>
      </w:r>
      <w:r w:rsidR="00FE197F">
        <w:rPr>
          <w:noProof/>
          <w:sz w:val="24"/>
          <w:szCs w:val="24"/>
        </w:rPr>
        <w:pict w14:anchorId="79B41DA7">
          <v:rect id="_x0000_i1209" style="width:0;height:1.5pt" o:hralign="center" o:hrstd="t" o:hr="t" fillcolor="#a0a0a0" stroked="f"/>
        </w:pict>
      </w:r>
    </w:p>
    <w:p w14:paraId="048390A6" w14:textId="77777777" w:rsidR="00421159" w:rsidRPr="00C9454D" w:rsidRDefault="00421159" w:rsidP="00C9454D">
      <w:pPr>
        <w:rPr>
          <w:sz w:val="24"/>
          <w:szCs w:val="24"/>
        </w:rPr>
      </w:pPr>
      <w:r w:rsidRPr="00C9454D">
        <w:rPr>
          <w:i/>
          <w:iCs/>
          <w:sz w:val="24"/>
          <w:szCs w:val="24"/>
        </w:rPr>
        <w:t>My Dearest Vivienne,</w:t>
      </w:r>
      <w:r w:rsidRPr="00C9454D">
        <w:rPr>
          <w:sz w:val="24"/>
          <w:szCs w:val="24"/>
        </w:rPr>
        <w:br/>
      </w:r>
      <w:r w:rsidRPr="00C9454D">
        <w:rPr>
          <w:i/>
          <w:iCs/>
          <w:sz w:val="24"/>
          <w:szCs w:val="24"/>
        </w:rPr>
        <w:t>My only night. My first breath. My secret vow.</w:t>
      </w:r>
    </w:p>
    <w:p w14:paraId="1B14B656" w14:textId="4690A0EC" w:rsidR="00AA195E" w:rsidRPr="00C9454D" w:rsidRDefault="00421159" w:rsidP="00C9454D">
      <w:pPr>
        <w:rPr>
          <w:sz w:val="24"/>
          <w:szCs w:val="24"/>
        </w:rPr>
      </w:pPr>
      <w:r w:rsidRPr="00C9454D">
        <w:rPr>
          <w:i/>
          <w:iCs/>
          <w:sz w:val="24"/>
          <w:szCs w:val="24"/>
        </w:rPr>
        <w:t>If you’re reading this… then you’ve finally forgiven me enough to open the box.</w:t>
      </w:r>
    </w:p>
    <w:p w14:paraId="04A3CC66" w14:textId="53171D0A" w:rsidR="00AA195E" w:rsidRPr="00C9454D" w:rsidRDefault="00AA195E" w:rsidP="00C9454D">
      <w:pPr>
        <w:rPr>
          <w:i/>
          <w:iCs/>
          <w:sz w:val="24"/>
          <w:szCs w:val="24"/>
        </w:rPr>
      </w:pPr>
      <w:r w:rsidRPr="00C9454D">
        <w:rPr>
          <w:i/>
          <w:iCs/>
          <w:sz w:val="24"/>
          <w:szCs w:val="24"/>
        </w:rPr>
        <w:t xml:space="preserve"> I am gone. And though silence was always my armor, there are things I must now say plainly.</w:t>
      </w:r>
    </w:p>
    <w:p w14:paraId="66D54857" w14:textId="77777777" w:rsidR="004D56BD" w:rsidRPr="00C9454D" w:rsidRDefault="004D56BD" w:rsidP="00C9454D">
      <w:pPr>
        <w:rPr>
          <w:sz w:val="24"/>
          <w:szCs w:val="24"/>
        </w:rPr>
      </w:pPr>
      <w:r w:rsidRPr="00C9454D">
        <w:rPr>
          <w:i/>
          <w:iCs/>
          <w:sz w:val="24"/>
          <w:szCs w:val="24"/>
        </w:rPr>
        <w:t>I loved you.</w:t>
      </w:r>
    </w:p>
    <w:p w14:paraId="1F450FA5" w14:textId="77777777" w:rsidR="004D56BD" w:rsidRPr="00C9454D" w:rsidRDefault="004D56BD" w:rsidP="00C9454D">
      <w:pPr>
        <w:rPr>
          <w:sz w:val="24"/>
          <w:szCs w:val="24"/>
        </w:rPr>
      </w:pPr>
      <w:r w:rsidRPr="00C9454D">
        <w:rPr>
          <w:i/>
          <w:iCs/>
          <w:sz w:val="24"/>
          <w:szCs w:val="24"/>
        </w:rPr>
        <w:t>I loved you like a man not supposed to love at all.</w:t>
      </w:r>
      <w:r w:rsidRPr="00C9454D">
        <w:rPr>
          <w:i/>
          <w:iCs/>
          <w:sz w:val="24"/>
          <w:szCs w:val="24"/>
        </w:rPr>
        <w:br/>
        <w:t>Like someone starved, and then handed the finest thing he’s ever tasted—only to be told he cannot swallow.</w:t>
      </w:r>
    </w:p>
    <w:p w14:paraId="3775DED8" w14:textId="77777777" w:rsidR="004D56BD" w:rsidRPr="00C9454D" w:rsidRDefault="004D56BD" w:rsidP="00C9454D">
      <w:pPr>
        <w:rPr>
          <w:sz w:val="24"/>
          <w:szCs w:val="24"/>
        </w:rPr>
      </w:pPr>
      <w:r w:rsidRPr="00C9454D">
        <w:rPr>
          <w:i/>
          <w:iCs/>
          <w:sz w:val="24"/>
          <w:szCs w:val="24"/>
        </w:rPr>
        <w:t>That night… I said everything.</w:t>
      </w:r>
      <w:r w:rsidRPr="00C9454D">
        <w:rPr>
          <w:i/>
          <w:iCs/>
          <w:sz w:val="24"/>
          <w:szCs w:val="24"/>
        </w:rPr>
        <w:br/>
        <w:t>Because I knew it was the last night I’d be allowed to speak truth to you.</w:t>
      </w:r>
      <w:r w:rsidRPr="00C9454D">
        <w:rPr>
          <w:i/>
          <w:iCs/>
          <w:sz w:val="24"/>
          <w:szCs w:val="24"/>
        </w:rPr>
        <w:br/>
        <w:t>And you let me.</w:t>
      </w:r>
      <w:r w:rsidRPr="00C9454D">
        <w:rPr>
          <w:i/>
          <w:iCs/>
          <w:sz w:val="24"/>
          <w:szCs w:val="24"/>
        </w:rPr>
        <w:br/>
        <w:t>You married me with your mouth and your tears,</w:t>
      </w:r>
      <w:r w:rsidRPr="00C9454D">
        <w:rPr>
          <w:i/>
          <w:iCs/>
          <w:sz w:val="24"/>
          <w:szCs w:val="24"/>
        </w:rPr>
        <w:br/>
        <w:t>and I’ve carried that vow longer than my own name.</w:t>
      </w:r>
    </w:p>
    <w:p w14:paraId="3FF2DD42" w14:textId="77777777" w:rsidR="004D56BD" w:rsidRPr="00C9454D" w:rsidRDefault="004D56BD" w:rsidP="00C9454D">
      <w:pPr>
        <w:rPr>
          <w:sz w:val="24"/>
          <w:szCs w:val="24"/>
        </w:rPr>
      </w:pPr>
      <w:r w:rsidRPr="00C9454D">
        <w:rPr>
          <w:i/>
          <w:iCs/>
          <w:sz w:val="24"/>
          <w:szCs w:val="24"/>
        </w:rPr>
        <w:t>You were not second, Vivienne.</w:t>
      </w:r>
      <w:r w:rsidRPr="00C9454D">
        <w:rPr>
          <w:i/>
          <w:iCs/>
          <w:sz w:val="24"/>
          <w:szCs w:val="24"/>
        </w:rPr>
        <w:br/>
        <w:t>You were not a distraction.</w:t>
      </w:r>
      <w:r w:rsidRPr="00C9454D">
        <w:rPr>
          <w:i/>
          <w:iCs/>
          <w:sz w:val="24"/>
          <w:szCs w:val="24"/>
        </w:rPr>
        <w:br/>
        <w:t>You were a sacred thing I could not hold without burning everything down.</w:t>
      </w:r>
    </w:p>
    <w:p w14:paraId="1AE51FA7" w14:textId="77777777" w:rsidR="00AA195E" w:rsidRPr="00C9454D" w:rsidRDefault="00AA195E" w:rsidP="00C9454D">
      <w:pPr>
        <w:rPr>
          <w:i/>
          <w:iCs/>
          <w:sz w:val="24"/>
          <w:szCs w:val="24"/>
        </w:rPr>
      </w:pPr>
      <w:r w:rsidRPr="00C9454D">
        <w:rPr>
          <w:i/>
          <w:iCs/>
          <w:sz w:val="24"/>
          <w:szCs w:val="24"/>
        </w:rPr>
        <w:t>I saw you that night at the festival.</w:t>
      </w:r>
    </w:p>
    <w:p w14:paraId="62FBFECA" w14:textId="77777777" w:rsidR="00AA195E" w:rsidRPr="00C9454D" w:rsidRDefault="00AA195E" w:rsidP="00C9454D">
      <w:pPr>
        <w:rPr>
          <w:i/>
          <w:iCs/>
          <w:sz w:val="24"/>
          <w:szCs w:val="24"/>
        </w:rPr>
      </w:pPr>
      <w:r w:rsidRPr="00C9454D">
        <w:rPr>
          <w:i/>
          <w:iCs/>
          <w:sz w:val="24"/>
          <w:szCs w:val="24"/>
        </w:rPr>
        <w:t>Before I turned. Before you darted behind the stalls like a child playing at shadow. I felt you first. A ripple in my spine. A song without sound. It was the same sensation I had the first time I ever laid eyes on you.</w:t>
      </w:r>
    </w:p>
    <w:p w14:paraId="786A8344" w14:textId="77777777" w:rsidR="00AA195E" w:rsidRPr="00C9454D" w:rsidRDefault="00AA195E" w:rsidP="00C9454D">
      <w:pPr>
        <w:rPr>
          <w:i/>
          <w:iCs/>
          <w:sz w:val="24"/>
          <w:szCs w:val="24"/>
        </w:rPr>
      </w:pPr>
      <w:r w:rsidRPr="00C9454D">
        <w:rPr>
          <w:i/>
          <w:iCs/>
          <w:sz w:val="24"/>
          <w:szCs w:val="24"/>
        </w:rPr>
        <w:t>You have always moved the air around you, Vivienne.</w:t>
      </w:r>
    </w:p>
    <w:p w14:paraId="293AB985" w14:textId="77777777" w:rsidR="00AA195E" w:rsidRPr="00C9454D" w:rsidRDefault="00AA195E" w:rsidP="00C9454D">
      <w:pPr>
        <w:rPr>
          <w:i/>
          <w:iCs/>
          <w:sz w:val="24"/>
          <w:szCs w:val="24"/>
        </w:rPr>
      </w:pPr>
      <w:r w:rsidRPr="00C9454D">
        <w:rPr>
          <w:i/>
          <w:iCs/>
          <w:sz w:val="24"/>
          <w:szCs w:val="24"/>
        </w:rPr>
        <w:t>Your stalking skills, I regret to say, are still tragically lacking. I saw you half a dozen times before you caught my eye directly. You wore a cloak that swallowed you whole, but it could not disguise the way you look at me. Like a woman watching the stars flicker and wondering which ones are hers to name.</w:t>
      </w:r>
    </w:p>
    <w:p w14:paraId="4CEBF9DC" w14:textId="77777777" w:rsidR="00AA195E" w:rsidRPr="00C9454D" w:rsidRDefault="00AA195E" w:rsidP="00C9454D">
      <w:pPr>
        <w:rPr>
          <w:i/>
          <w:iCs/>
          <w:sz w:val="24"/>
          <w:szCs w:val="24"/>
        </w:rPr>
      </w:pPr>
      <w:r w:rsidRPr="00C9454D">
        <w:rPr>
          <w:i/>
          <w:iCs/>
          <w:sz w:val="24"/>
          <w:szCs w:val="24"/>
        </w:rPr>
        <w:t>You should have come to me.</w:t>
      </w:r>
    </w:p>
    <w:p w14:paraId="13DD3EE5" w14:textId="77777777" w:rsidR="00AA195E" w:rsidRPr="00C9454D" w:rsidRDefault="00AA195E" w:rsidP="00C9454D">
      <w:pPr>
        <w:rPr>
          <w:i/>
          <w:iCs/>
          <w:sz w:val="24"/>
          <w:szCs w:val="24"/>
        </w:rPr>
      </w:pPr>
      <w:r w:rsidRPr="00C9454D">
        <w:rPr>
          <w:i/>
          <w:iCs/>
          <w:sz w:val="24"/>
          <w:szCs w:val="24"/>
        </w:rPr>
        <w:t>But then again, I might not have had the strength to send you away.</w:t>
      </w:r>
    </w:p>
    <w:p w14:paraId="29C2A618" w14:textId="77777777" w:rsidR="00AA195E" w:rsidRPr="00C9454D" w:rsidRDefault="00AA195E" w:rsidP="00C9454D">
      <w:pPr>
        <w:rPr>
          <w:i/>
          <w:iCs/>
          <w:sz w:val="24"/>
          <w:szCs w:val="24"/>
        </w:rPr>
      </w:pPr>
      <w:r w:rsidRPr="00C9454D">
        <w:rPr>
          <w:i/>
          <w:iCs/>
          <w:sz w:val="24"/>
          <w:szCs w:val="24"/>
        </w:rPr>
        <w:t>The children were laughing. Abilene’s hair had gone white in the firelight. We had just finished blessing the bread. It was simple. Sacred. And it would have broken you to witness.</w:t>
      </w:r>
    </w:p>
    <w:p w14:paraId="2B6AA476" w14:textId="77777777" w:rsidR="00AA195E" w:rsidRPr="00C9454D" w:rsidRDefault="00AA195E" w:rsidP="00C9454D">
      <w:pPr>
        <w:rPr>
          <w:i/>
          <w:iCs/>
          <w:sz w:val="24"/>
          <w:szCs w:val="24"/>
        </w:rPr>
      </w:pPr>
      <w:r w:rsidRPr="00C9454D">
        <w:rPr>
          <w:i/>
          <w:iCs/>
          <w:sz w:val="24"/>
          <w:szCs w:val="24"/>
        </w:rPr>
        <w:t>And I... I didn’t know what to do with the ache in my chest.</w:t>
      </w:r>
    </w:p>
    <w:p w14:paraId="3534101F" w14:textId="77777777" w:rsidR="00AA195E" w:rsidRPr="00C9454D" w:rsidRDefault="00AA195E" w:rsidP="00C9454D">
      <w:pPr>
        <w:rPr>
          <w:i/>
          <w:iCs/>
          <w:sz w:val="24"/>
          <w:szCs w:val="24"/>
        </w:rPr>
      </w:pPr>
      <w:r w:rsidRPr="00C9454D">
        <w:rPr>
          <w:i/>
          <w:iCs/>
          <w:sz w:val="24"/>
          <w:szCs w:val="24"/>
        </w:rPr>
        <w:t>You see, Vivienne, I’ve never stopped loving you. Not in all these years. But I made a vow. One of blood, and stone, and scripture. And once I gave myself to Abilene—not just in body, but in covenant—I belonged to her.</w:t>
      </w:r>
    </w:p>
    <w:p w14:paraId="295B3327" w14:textId="77777777" w:rsidR="00AA195E" w:rsidRPr="00C9454D" w:rsidRDefault="00AA195E" w:rsidP="00C9454D">
      <w:pPr>
        <w:rPr>
          <w:i/>
          <w:iCs/>
          <w:sz w:val="24"/>
          <w:szCs w:val="24"/>
        </w:rPr>
      </w:pPr>
      <w:r w:rsidRPr="00C9454D">
        <w:rPr>
          <w:i/>
          <w:iCs/>
          <w:sz w:val="24"/>
          <w:szCs w:val="24"/>
        </w:rPr>
        <w:t>You and I—we were fire. But she was the hearth.</w:t>
      </w:r>
    </w:p>
    <w:p w14:paraId="2AC63A5B" w14:textId="77777777" w:rsidR="00AA195E" w:rsidRPr="00C9454D" w:rsidRDefault="00AA195E" w:rsidP="00C9454D">
      <w:pPr>
        <w:rPr>
          <w:i/>
          <w:iCs/>
          <w:sz w:val="24"/>
          <w:szCs w:val="24"/>
        </w:rPr>
      </w:pPr>
      <w:r w:rsidRPr="00C9454D">
        <w:rPr>
          <w:i/>
          <w:iCs/>
          <w:sz w:val="24"/>
          <w:szCs w:val="24"/>
        </w:rPr>
        <w:t>I could not invite you into a life that would have asked you to stand in shadow. You were never meant to be the second choice. The second room. The second name.</w:t>
      </w:r>
    </w:p>
    <w:p w14:paraId="11B99113" w14:textId="77777777" w:rsidR="00AA195E" w:rsidRPr="00C9454D" w:rsidRDefault="00AA195E" w:rsidP="00C9454D">
      <w:pPr>
        <w:rPr>
          <w:i/>
          <w:iCs/>
          <w:sz w:val="24"/>
          <w:szCs w:val="24"/>
        </w:rPr>
      </w:pPr>
      <w:r w:rsidRPr="00C9454D">
        <w:rPr>
          <w:i/>
          <w:iCs/>
          <w:sz w:val="24"/>
          <w:szCs w:val="24"/>
        </w:rPr>
        <w:t>I thought I was doing the honorable thing. But after you left that night, it gnawed at me.</w:t>
      </w:r>
    </w:p>
    <w:p w14:paraId="16FF3B7B" w14:textId="77777777" w:rsidR="00AA195E" w:rsidRPr="00C9454D" w:rsidRDefault="00AA195E" w:rsidP="00C9454D">
      <w:pPr>
        <w:rPr>
          <w:i/>
          <w:iCs/>
          <w:sz w:val="24"/>
          <w:szCs w:val="24"/>
        </w:rPr>
      </w:pPr>
      <w:r w:rsidRPr="00C9454D">
        <w:rPr>
          <w:i/>
          <w:iCs/>
          <w:sz w:val="24"/>
          <w:szCs w:val="24"/>
        </w:rPr>
        <w:t>Did I protect you? Or punish you?</w:t>
      </w:r>
    </w:p>
    <w:p w14:paraId="58998C4A" w14:textId="77777777" w:rsidR="00AA195E" w:rsidRPr="00C9454D" w:rsidRDefault="00AA195E" w:rsidP="00C9454D">
      <w:pPr>
        <w:rPr>
          <w:i/>
          <w:iCs/>
          <w:sz w:val="24"/>
          <w:szCs w:val="24"/>
        </w:rPr>
      </w:pPr>
      <w:r w:rsidRPr="00C9454D">
        <w:rPr>
          <w:i/>
          <w:iCs/>
          <w:sz w:val="24"/>
          <w:szCs w:val="24"/>
        </w:rPr>
        <w:t>Did I preserve my vows? Or did I break your heart for no reason at all?</w:t>
      </w:r>
    </w:p>
    <w:p w14:paraId="15A7CBFA" w14:textId="77777777" w:rsidR="00AA195E" w:rsidRPr="00C9454D" w:rsidRDefault="00AA195E" w:rsidP="00C9454D">
      <w:pPr>
        <w:rPr>
          <w:i/>
          <w:iCs/>
          <w:sz w:val="24"/>
          <w:szCs w:val="24"/>
        </w:rPr>
      </w:pPr>
      <w:r w:rsidRPr="00C9454D">
        <w:rPr>
          <w:i/>
          <w:iCs/>
          <w:sz w:val="24"/>
          <w:szCs w:val="24"/>
        </w:rPr>
        <w:t>I still don’t know.</w:t>
      </w:r>
    </w:p>
    <w:p w14:paraId="6148E82C" w14:textId="77777777" w:rsidR="00AA195E" w:rsidRPr="00C9454D" w:rsidRDefault="00AA195E" w:rsidP="00C9454D">
      <w:pPr>
        <w:rPr>
          <w:i/>
          <w:iCs/>
          <w:sz w:val="24"/>
          <w:szCs w:val="24"/>
        </w:rPr>
      </w:pPr>
      <w:r w:rsidRPr="00C9454D">
        <w:rPr>
          <w:i/>
          <w:iCs/>
          <w:sz w:val="24"/>
          <w:szCs w:val="24"/>
        </w:rPr>
        <w:t>But please know this:</w:t>
      </w:r>
    </w:p>
    <w:p w14:paraId="44FFBC39" w14:textId="77777777" w:rsidR="00AA195E" w:rsidRPr="00C9454D" w:rsidRDefault="00AA195E" w:rsidP="00C9454D">
      <w:pPr>
        <w:rPr>
          <w:i/>
          <w:iCs/>
          <w:sz w:val="24"/>
          <w:szCs w:val="24"/>
        </w:rPr>
      </w:pPr>
      <w:r w:rsidRPr="00C9454D">
        <w:rPr>
          <w:i/>
          <w:iCs/>
          <w:sz w:val="24"/>
          <w:szCs w:val="24"/>
        </w:rPr>
        <w:t>You were loved.</w:t>
      </w:r>
    </w:p>
    <w:p w14:paraId="21E4A130" w14:textId="77777777" w:rsidR="00AA195E" w:rsidRPr="00C9454D" w:rsidRDefault="00AA195E" w:rsidP="00C9454D">
      <w:pPr>
        <w:rPr>
          <w:i/>
          <w:iCs/>
          <w:sz w:val="24"/>
          <w:szCs w:val="24"/>
        </w:rPr>
      </w:pPr>
      <w:r w:rsidRPr="00C9454D">
        <w:rPr>
          <w:i/>
          <w:iCs/>
          <w:sz w:val="24"/>
          <w:szCs w:val="24"/>
        </w:rPr>
        <w:t>Not as a convenience. Not as a passion passed.</w:t>
      </w:r>
    </w:p>
    <w:p w14:paraId="5B08770B" w14:textId="77777777" w:rsidR="00AA195E" w:rsidRPr="00C9454D" w:rsidRDefault="00AA195E" w:rsidP="00C9454D">
      <w:pPr>
        <w:rPr>
          <w:i/>
          <w:iCs/>
          <w:sz w:val="24"/>
          <w:szCs w:val="24"/>
        </w:rPr>
      </w:pPr>
      <w:r w:rsidRPr="00C9454D">
        <w:rPr>
          <w:i/>
          <w:iCs/>
          <w:sz w:val="24"/>
          <w:szCs w:val="24"/>
        </w:rPr>
        <w:t>You were loved in quiet moments. In every song I did not sing. In every letter I never sent. In every battle where I imagined your voice as the only thing worth surviving for.</w:t>
      </w:r>
    </w:p>
    <w:p w14:paraId="6ECBBB35" w14:textId="46E5E4BE" w:rsidR="00AA195E" w:rsidRPr="00C9454D" w:rsidRDefault="00AA195E" w:rsidP="00C9454D">
      <w:pPr>
        <w:rPr>
          <w:i/>
          <w:iCs/>
          <w:sz w:val="24"/>
          <w:szCs w:val="24"/>
        </w:rPr>
      </w:pPr>
      <w:r w:rsidRPr="00C9454D">
        <w:rPr>
          <w:i/>
          <w:iCs/>
          <w:sz w:val="24"/>
          <w:szCs w:val="24"/>
        </w:rPr>
        <w:t xml:space="preserve">And if </w:t>
      </w:r>
      <w:proofErr w:type="spellStart"/>
      <w:r w:rsidR="007E1E1E">
        <w:rPr>
          <w:i/>
          <w:iCs/>
          <w:sz w:val="24"/>
          <w:szCs w:val="24"/>
        </w:rPr>
        <w:t>Yahuah</w:t>
      </w:r>
      <w:proofErr w:type="spellEnd"/>
      <w:r w:rsidRPr="00C9454D">
        <w:rPr>
          <w:i/>
          <w:iCs/>
          <w:sz w:val="24"/>
          <w:szCs w:val="24"/>
        </w:rPr>
        <w:t xml:space="preserve"> grants mercy in the new world, May He let me dance with you again—just once.</w:t>
      </w:r>
    </w:p>
    <w:p w14:paraId="27002FAF" w14:textId="60E5DD61" w:rsidR="00421159" w:rsidRPr="00C9454D" w:rsidRDefault="00421159" w:rsidP="00C9454D">
      <w:pPr>
        <w:rPr>
          <w:sz w:val="24"/>
          <w:szCs w:val="24"/>
        </w:rPr>
      </w:pPr>
      <w:r w:rsidRPr="00C9454D">
        <w:rPr>
          <w:i/>
          <w:iCs/>
          <w:sz w:val="24"/>
          <w:szCs w:val="24"/>
        </w:rPr>
        <w:t xml:space="preserve"> </w:t>
      </w:r>
      <w:r w:rsidR="00D87453" w:rsidRPr="00C9454D">
        <w:rPr>
          <w:i/>
          <w:iCs/>
          <w:sz w:val="24"/>
          <w:szCs w:val="24"/>
        </w:rPr>
        <w:t>Maybe</w:t>
      </w:r>
      <w:r w:rsidRPr="00C9454D">
        <w:rPr>
          <w:i/>
          <w:iCs/>
          <w:sz w:val="24"/>
          <w:szCs w:val="24"/>
        </w:rPr>
        <w:t xml:space="preserve">, someone kind has delivered </w:t>
      </w:r>
      <w:r w:rsidR="00B061FF" w:rsidRPr="00C9454D">
        <w:rPr>
          <w:i/>
          <w:iCs/>
          <w:sz w:val="24"/>
          <w:szCs w:val="24"/>
        </w:rPr>
        <w:t xml:space="preserve">this </w:t>
      </w:r>
      <w:r w:rsidRPr="00C9454D">
        <w:rPr>
          <w:i/>
          <w:iCs/>
          <w:sz w:val="24"/>
          <w:szCs w:val="24"/>
        </w:rPr>
        <w:t>to you in a moment of grief I wish I could have shielded you from.</w:t>
      </w:r>
    </w:p>
    <w:p w14:paraId="4D32230A" w14:textId="77777777" w:rsidR="00421159" w:rsidRPr="00C9454D" w:rsidRDefault="00421159" w:rsidP="00C9454D">
      <w:pPr>
        <w:rPr>
          <w:sz w:val="24"/>
          <w:szCs w:val="24"/>
        </w:rPr>
      </w:pPr>
      <w:r w:rsidRPr="00C9454D">
        <w:rPr>
          <w:i/>
          <w:iCs/>
          <w:sz w:val="24"/>
          <w:szCs w:val="24"/>
        </w:rPr>
        <w:t>Either way, I am writing what I should have said years ago.</w:t>
      </w:r>
    </w:p>
    <w:p w14:paraId="17772801" w14:textId="77777777" w:rsidR="00421159" w:rsidRPr="00C9454D" w:rsidRDefault="00FE197F" w:rsidP="00C9454D">
      <w:pPr>
        <w:rPr>
          <w:sz w:val="24"/>
          <w:szCs w:val="24"/>
        </w:rPr>
      </w:pPr>
      <w:r>
        <w:rPr>
          <w:noProof/>
          <w:sz w:val="24"/>
          <w:szCs w:val="24"/>
        </w:rPr>
      </w:r>
      <w:r w:rsidR="00FE197F">
        <w:rPr>
          <w:noProof/>
          <w:sz w:val="24"/>
          <w:szCs w:val="24"/>
        </w:rPr>
        <w:pict w14:anchorId="0DE27640">
          <v:rect id="_x0000_i1210" style="width:0;height:1.5pt" o:hralign="center" o:hrstd="t" o:hr="t" fillcolor="#a0a0a0" stroked="f"/>
        </w:pict>
      </w:r>
    </w:p>
    <w:p w14:paraId="51465B05" w14:textId="77777777" w:rsidR="00421159" w:rsidRPr="00C9454D" w:rsidRDefault="00421159" w:rsidP="00C9454D">
      <w:pPr>
        <w:rPr>
          <w:sz w:val="24"/>
          <w:szCs w:val="24"/>
        </w:rPr>
      </w:pPr>
      <w:r w:rsidRPr="00C9454D">
        <w:rPr>
          <w:sz w:val="24"/>
          <w:szCs w:val="24"/>
        </w:rPr>
        <w:t>She blinked through tears.</w:t>
      </w:r>
      <w:r w:rsidRPr="00C9454D">
        <w:rPr>
          <w:sz w:val="24"/>
          <w:szCs w:val="24"/>
        </w:rPr>
        <w:br/>
        <w:t>Her eyes already blurring the ink she had not yet finished reading.</w:t>
      </w:r>
    </w:p>
    <w:p w14:paraId="1BB475A2" w14:textId="41741910" w:rsidR="00421159" w:rsidRPr="00C9454D" w:rsidRDefault="00421159" w:rsidP="00C9454D">
      <w:pPr>
        <w:rPr>
          <w:sz w:val="24"/>
          <w:szCs w:val="24"/>
        </w:rPr>
      </w:pPr>
      <w:r w:rsidRPr="00C9454D">
        <w:rPr>
          <w:sz w:val="24"/>
          <w:szCs w:val="24"/>
        </w:rPr>
        <w:t>But she kept going.</w:t>
      </w:r>
    </w:p>
    <w:p w14:paraId="68D5150A" w14:textId="0C2E14E7" w:rsidR="00421159" w:rsidRPr="00C9454D" w:rsidRDefault="00421159" w:rsidP="00C9454D">
      <w:pPr>
        <w:rPr>
          <w:sz w:val="24"/>
          <w:szCs w:val="24"/>
        </w:rPr>
      </w:pPr>
    </w:p>
    <w:p w14:paraId="51950509" w14:textId="77777777" w:rsidR="00421159" w:rsidRPr="00C9454D" w:rsidRDefault="00421159" w:rsidP="00C9454D">
      <w:pPr>
        <w:rPr>
          <w:sz w:val="24"/>
          <w:szCs w:val="24"/>
        </w:rPr>
      </w:pPr>
      <w:r w:rsidRPr="00C9454D">
        <w:rPr>
          <w:sz w:val="24"/>
          <w:szCs w:val="24"/>
        </w:rPr>
        <w:t>Her chest heaved.</w:t>
      </w:r>
    </w:p>
    <w:p w14:paraId="5CEF1364" w14:textId="77777777" w:rsidR="00421159" w:rsidRPr="00C9454D" w:rsidRDefault="00421159" w:rsidP="00C9454D">
      <w:pPr>
        <w:rPr>
          <w:sz w:val="24"/>
          <w:szCs w:val="24"/>
        </w:rPr>
      </w:pPr>
      <w:r w:rsidRPr="00C9454D">
        <w:rPr>
          <w:sz w:val="24"/>
          <w:szCs w:val="24"/>
        </w:rPr>
        <w:t>Her hands pressed the parchment to her mouth.</w:t>
      </w:r>
    </w:p>
    <w:p w14:paraId="5AC7DD76" w14:textId="77777777" w:rsidR="00421159" w:rsidRPr="00C9454D" w:rsidRDefault="00421159" w:rsidP="00C9454D">
      <w:pPr>
        <w:rPr>
          <w:sz w:val="24"/>
          <w:szCs w:val="24"/>
        </w:rPr>
      </w:pPr>
      <w:r w:rsidRPr="00C9454D">
        <w:rPr>
          <w:sz w:val="24"/>
          <w:szCs w:val="24"/>
        </w:rPr>
        <w:t>“Oh, Guy…” she whispered.</w:t>
      </w:r>
      <w:r w:rsidRPr="00C9454D">
        <w:rPr>
          <w:sz w:val="24"/>
          <w:szCs w:val="24"/>
        </w:rPr>
        <w:br/>
        <w:t>“You fool. You holy, stubborn fool.”</w:t>
      </w:r>
    </w:p>
    <w:p w14:paraId="4087D48E" w14:textId="77777777" w:rsidR="00421159" w:rsidRPr="00C9454D" w:rsidRDefault="00FE197F" w:rsidP="00C9454D">
      <w:pPr>
        <w:rPr>
          <w:sz w:val="24"/>
          <w:szCs w:val="24"/>
        </w:rPr>
      </w:pPr>
      <w:r>
        <w:rPr>
          <w:noProof/>
          <w:sz w:val="24"/>
          <w:szCs w:val="24"/>
        </w:rPr>
      </w:r>
      <w:r w:rsidR="00FE197F">
        <w:rPr>
          <w:noProof/>
          <w:sz w:val="24"/>
          <w:szCs w:val="24"/>
        </w:rPr>
        <w:pict w14:anchorId="2B208780">
          <v:rect id="_x0000_i1211" style="width:0;height:1.5pt" o:hralign="center" o:hrstd="t" o:hr="t" fillcolor="#a0a0a0" stroked="f"/>
        </w:pict>
      </w:r>
    </w:p>
    <w:p w14:paraId="35F21983" w14:textId="3FF3D0BF" w:rsidR="00421159" w:rsidRPr="00C9454D" w:rsidRDefault="00421159" w:rsidP="00C9454D">
      <w:pPr>
        <w:rPr>
          <w:i/>
          <w:iCs/>
          <w:sz w:val="24"/>
          <w:szCs w:val="24"/>
        </w:rPr>
      </w:pPr>
      <w:r w:rsidRPr="00C9454D">
        <w:rPr>
          <w:i/>
          <w:iCs/>
          <w:sz w:val="24"/>
          <w:szCs w:val="24"/>
        </w:rPr>
        <w:t xml:space="preserve">Abilene knows now,  </w:t>
      </w:r>
      <w:r w:rsidR="00725B1D" w:rsidRPr="00C9454D">
        <w:rPr>
          <w:i/>
          <w:iCs/>
          <w:sz w:val="24"/>
          <w:szCs w:val="24"/>
        </w:rPr>
        <w:t>I’m</w:t>
      </w:r>
      <w:r w:rsidRPr="00C9454D">
        <w:rPr>
          <w:i/>
          <w:iCs/>
          <w:sz w:val="24"/>
          <w:szCs w:val="24"/>
        </w:rPr>
        <w:t xml:space="preserve"> sure.  For she was in possession of our letters before sent to you, that w the arrangement I have made.  Vivienne I had to tell her one day, some way and this I thought least harmful.  I could not let her find this truth by anyone but me and I will not let you pass this life not knowing how you are a most important part in my life and what I couldn’t say then without burning a home down , I will say now and tell my </w:t>
      </w:r>
      <w:r w:rsidR="006F255B" w:rsidRPr="00C9454D">
        <w:rPr>
          <w:i/>
          <w:iCs/>
          <w:sz w:val="24"/>
          <w:szCs w:val="24"/>
        </w:rPr>
        <w:t>Abilene</w:t>
      </w:r>
      <w:r w:rsidRPr="00C9454D">
        <w:rPr>
          <w:i/>
          <w:iCs/>
          <w:sz w:val="24"/>
          <w:szCs w:val="24"/>
        </w:rPr>
        <w:t xml:space="preserve"> everything.  Now she can know and it not undo my family, my children.  My prayer is that finally you will become part of MY family.  My request is that you let them love you.  I have requested same from mine, that they embrace you with grace and give you your rightful position next to my wife.  To the end of your days know your beloved loves you.  Please be patient with </w:t>
      </w:r>
      <w:r w:rsidR="006F255B" w:rsidRPr="00C9454D">
        <w:rPr>
          <w:i/>
          <w:iCs/>
          <w:sz w:val="24"/>
          <w:szCs w:val="24"/>
        </w:rPr>
        <w:t>Abilene</w:t>
      </w:r>
      <w:r w:rsidRPr="00C9454D">
        <w:rPr>
          <w:i/>
          <w:iCs/>
          <w:sz w:val="24"/>
          <w:szCs w:val="24"/>
        </w:rPr>
        <w:t xml:space="preserve"> … this must be the ultimate dagger and as I write I feel her inevitable pain. </w:t>
      </w:r>
      <w:r w:rsidRPr="00C9454D">
        <w:rPr>
          <w:sz w:val="24"/>
          <w:szCs w:val="24"/>
        </w:rPr>
        <w:br/>
      </w:r>
    </w:p>
    <w:p w14:paraId="23C98CD6" w14:textId="77777777" w:rsidR="00421159" w:rsidRPr="00C9454D" w:rsidRDefault="00421159" w:rsidP="00C9454D">
      <w:pPr>
        <w:rPr>
          <w:sz w:val="24"/>
          <w:szCs w:val="24"/>
        </w:rPr>
      </w:pPr>
      <w:r w:rsidRPr="00C9454D">
        <w:rPr>
          <w:i/>
          <w:iCs/>
          <w:sz w:val="24"/>
          <w:szCs w:val="24"/>
        </w:rPr>
        <w:t xml:space="preserve">By now she has read every letter. She read our truth. And she will welcome you to High Haven not as my secret… but as MY Lady Vivienne, from a life long before and only by circumstance were we apart, your rightful place.  </w:t>
      </w:r>
      <w:r w:rsidRPr="00C9454D">
        <w:rPr>
          <w:sz w:val="24"/>
          <w:szCs w:val="24"/>
        </w:rPr>
        <w:br/>
      </w:r>
      <w:r w:rsidRPr="00C9454D">
        <w:rPr>
          <w:i/>
          <w:iCs/>
          <w:sz w:val="24"/>
          <w:szCs w:val="24"/>
        </w:rPr>
        <w:t>My request, my final peace—was that she love you for me in my absence.</w:t>
      </w:r>
      <w:r w:rsidRPr="00C9454D">
        <w:rPr>
          <w:i/>
          <w:iCs/>
          <w:sz w:val="24"/>
          <w:szCs w:val="24"/>
        </w:rPr>
        <w:br/>
        <w:t>And she will.</w:t>
      </w:r>
      <w:r w:rsidRPr="00C9454D">
        <w:rPr>
          <w:i/>
          <w:iCs/>
          <w:sz w:val="24"/>
          <w:szCs w:val="24"/>
        </w:rPr>
        <w:br/>
        <w:t>Because she is the kind of woman who knows how to love even what hurts.</w:t>
      </w:r>
    </w:p>
    <w:p w14:paraId="062CA3D8" w14:textId="77777777" w:rsidR="00421159" w:rsidRPr="00C9454D" w:rsidRDefault="00421159" w:rsidP="00C9454D">
      <w:pPr>
        <w:rPr>
          <w:sz w:val="24"/>
          <w:szCs w:val="24"/>
        </w:rPr>
      </w:pPr>
      <w:r w:rsidRPr="00C9454D">
        <w:rPr>
          <w:i/>
          <w:iCs/>
          <w:sz w:val="24"/>
          <w:szCs w:val="24"/>
        </w:rPr>
        <w:t>Come home, Vivienne.</w:t>
      </w:r>
      <w:r w:rsidRPr="00C9454D">
        <w:rPr>
          <w:sz w:val="24"/>
          <w:szCs w:val="24"/>
        </w:rPr>
        <w:br/>
      </w:r>
      <w:r w:rsidRPr="00C9454D">
        <w:rPr>
          <w:i/>
          <w:iCs/>
          <w:sz w:val="24"/>
          <w:szCs w:val="24"/>
        </w:rPr>
        <w:t>Not to me. I’m gone.</w:t>
      </w:r>
      <w:r w:rsidRPr="00C9454D">
        <w:rPr>
          <w:sz w:val="24"/>
          <w:szCs w:val="24"/>
        </w:rPr>
        <w:br/>
      </w:r>
      <w:r w:rsidRPr="00C9454D">
        <w:rPr>
          <w:i/>
          <w:iCs/>
          <w:sz w:val="24"/>
          <w:szCs w:val="24"/>
        </w:rPr>
        <w:t>But to the life you helped make possible.</w:t>
      </w:r>
    </w:p>
    <w:p w14:paraId="79964E7C" w14:textId="77777777" w:rsidR="00421159" w:rsidRPr="00C9454D" w:rsidRDefault="00421159" w:rsidP="00C9454D">
      <w:pPr>
        <w:rPr>
          <w:sz w:val="24"/>
          <w:szCs w:val="24"/>
        </w:rPr>
      </w:pPr>
      <w:r w:rsidRPr="00C9454D">
        <w:rPr>
          <w:i/>
          <w:iCs/>
          <w:sz w:val="24"/>
          <w:szCs w:val="24"/>
        </w:rPr>
        <w:t>Let them see the woman who taught me how to be more than a sword.</w:t>
      </w:r>
      <w:r w:rsidRPr="00C9454D">
        <w:rPr>
          <w:i/>
          <w:iCs/>
          <w:sz w:val="24"/>
          <w:szCs w:val="24"/>
        </w:rPr>
        <w:br/>
        <w:t>Let them see… the woman I married in candlelight.</w:t>
      </w:r>
    </w:p>
    <w:p w14:paraId="164DF405" w14:textId="77777777" w:rsidR="00421159" w:rsidRPr="00C9454D" w:rsidRDefault="00421159" w:rsidP="00C9454D">
      <w:pPr>
        <w:rPr>
          <w:sz w:val="24"/>
          <w:szCs w:val="24"/>
        </w:rPr>
      </w:pPr>
      <w:r w:rsidRPr="00C9454D">
        <w:rPr>
          <w:i/>
          <w:iCs/>
          <w:sz w:val="24"/>
          <w:szCs w:val="24"/>
        </w:rPr>
        <w:t>Always yours,</w:t>
      </w:r>
      <w:r w:rsidRPr="00C9454D">
        <w:rPr>
          <w:sz w:val="24"/>
          <w:szCs w:val="24"/>
        </w:rPr>
        <w:br/>
      </w:r>
      <w:r w:rsidRPr="00C9454D">
        <w:rPr>
          <w:i/>
          <w:iCs/>
          <w:sz w:val="24"/>
          <w:szCs w:val="24"/>
        </w:rPr>
        <w:t>The man you couldn’t keep—but who kept you anyway,</w:t>
      </w:r>
      <w:r w:rsidRPr="00C9454D">
        <w:rPr>
          <w:sz w:val="24"/>
          <w:szCs w:val="24"/>
        </w:rPr>
        <w:br/>
        <w:t>Guy</w:t>
      </w:r>
    </w:p>
    <w:p w14:paraId="479718CA" w14:textId="77777777" w:rsidR="00421159" w:rsidRPr="00C9454D" w:rsidRDefault="00FE197F" w:rsidP="00C9454D">
      <w:pPr>
        <w:rPr>
          <w:sz w:val="24"/>
          <w:szCs w:val="24"/>
        </w:rPr>
      </w:pPr>
      <w:r>
        <w:rPr>
          <w:noProof/>
          <w:sz w:val="24"/>
          <w:szCs w:val="24"/>
        </w:rPr>
      </w:r>
      <w:r w:rsidR="00FE197F">
        <w:rPr>
          <w:noProof/>
          <w:sz w:val="24"/>
          <w:szCs w:val="24"/>
        </w:rPr>
        <w:pict w14:anchorId="19FB14C4">
          <v:rect id="_x0000_i1212" style="width:0;height:1.5pt" o:hralign="center" o:hrstd="t" o:hr="t" fillcolor="#a0a0a0" stroked="f"/>
        </w:pict>
      </w:r>
    </w:p>
    <w:p w14:paraId="0A9EE756" w14:textId="77777777" w:rsidR="00421159" w:rsidRPr="00C9454D" w:rsidRDefault="00421159" w:rsidP="00C9454D">
      <w:pPr>
        <w:rPr>
          <w:sz w:val="24"/>
          <w:szCs w:val="24"/>
        </w:rPr>
      </w:pPr>
      <w:r w:rsidRPr="00C9454D">
        <w:rPr>
          <w:sz w:val="24"/>
          <w:szCs w:val="24"/>
        </w:rPr>
        <w:t>Vivienne folded the scroll slowly, like a relic.</w:t>
      </w:r>
    </w:p>
    <w:p w14:paraId="0D1D7B94" w14:textId="77777777" w:rsidR="00421159" w:rsidRPr="00C9454D" w:rsidRDefault="00421159" w:rsidP="00C9454D">
      <w:pPr>
        <w:rPr>
          <w:sz w:val="24"/>
          <w:szCs w:val="24"/>
        </w:rPr>
      </w:pPr>
      <w:r w:rsidRPr="00C9454D">
        <w:rPr>
          <w:sz w:val="24"/>
          <w:szCs w:val="24"/>
        </w:rPr>
        <w:t>She placed it back in the box—</w:t>
      </w:r>
      <w:r w:rsidRPr="00C9454D">
        <w:rPr>
          <w:sz w:val="24"/>
          <w:szCs w:val="24"/>
        </w:rPr>
        <w:br/>
        <w:t>not with sorrow,</w:t>
      </w:r>
      <w:r w:rsidRPr="00C9454D">
        <w:rPr>
          <w:sz w:val="24"/>
          <w:szCs w:val="24"/>
        </w:rPr>
        <w:br/>
        <w:t>but with reverence.</w:t>
      </w:r>
    </w:p>
    <w:p w14:paraId="3F1A8C1F" w14:textId="77777777" w:rsidR="00421159" w:rsidRPr="00C9454D" w:rsidRDefault="00421159" w:rsidP="00C9454D">
      <w:pPr>
        <w:rPr>
          <w:sz w:val="24"/>
          <w:szCs w:val="24"/>
        </w:rPr>
      </w:pPr>
      <w:r w:rsidRPr="00C9454D">
        <w:rPr>
          <w:sz w:val="24"/>
          <w:szCs w:val="24"/>
        </w:rPr>
        <w:t>And when she stood, she was already packing her trunk.</w:t>
      </w:r>
    </w:p>
    <w:p w14:paraId="787E534E" w14:textId="77777777" w:rsidR="00421159" w:rsidRPr="00C9454D" w:rsidRDefault="00421159" w:rsidP="00C9454D">
      <w:pPr>
        <w:rPr>
          <w:sz w:val="24"/>
          <w:szCs w:val="24"/>
        </w:rPr>
      </w:pPr>
      <w:r w:rsidRPr="00C9454D">
        <w:rPr>
          <w:sz w:val="24"/>
          <w:szCs w:val="24"/>
        </w:rPr>
        <w:t>“If this is the end of my story,” she said to the wind,</w:t>
      </w:r>
      <w:r w:rsidRPr="00C9454D">
        <w:rPr>
          <w:sz w:val="24"/>
          <w:szCs w:val="24"/>
        </w:rPr>
        <w:br/>
        <w:t>“then let it end where he loved.”</w:t>
      </w:r>
    </w:p>
    <w:p w14:paraId="5B3BC9C2" w14:textId="7B3BE905" w:rsidR="00287AD1" w:rsidRPr="00C9454D" w:rsidRDefault="00421159" w:rsidP="00C9454D">
      <w:pPr>
        <w:rPr>
          <w:sz w:val="24"/>
          <w:szCs w:val="24"/>
        </w:rPr>
      </w:pPr>
      <w:r w:rsidRPr="00C9454D">
        <w:rPr>
          <w:sz w:val="24"/>
          <w:szCs w:val="24"/>
        </w:rPr>
        <w:br w:type="page"/>
      </w:r>
      <w:r w:rsidR="00287AD1" w:rsidRPr="00C9454D">
        <w:rPr>
          <w:rStyle w:val="Heading2Char"/>
          <w:sz w:val="24"/>
          <w:szCs w:val="24"/>
        </w:rPr>
        <w:t>Welcome, Lady Vivienne”</w:t>
      </w:r>
    </w:p>
    <w:p w14:paraId="1FB7F849" w14:textId="77777777" w:rsidR="00287AD1" w:rsidRPr="00C9454D" w:rsidRDefault="00287AD1" w:rsidP="00C9454D">
      <w:pPr>
        <w:rPr>
          <w:sz w:val="24"/>
          <w:szCs w:val="24"/>
        </w:rPr>
      </w:pPr>
      <w:r w:rsidRPr="00C9454D">
        <w:rPr>
          <w:sz w:val="24"/>
          <w:szCs w:val="24"/>
        </w:rPr>
        <w:t>Abilene stood in the washroom, gripping the sides of the basin as if the porcelain might save her.</w:t>
      </w:r>
    </w:p>
    <w:p w14:paraId="6FBCD611" w14:textId="77777777" w:rsidR="00287AD1" w:rsidRPr="00C9454D" w:rsidRDefault="00287AD1" w:rsidP="00C9454D">
      <w:pPr>
        <w:rPr>
          <w:sz w:val="24"/>
          <w:szCs w:val="24"/>
        </w:rPr>
      </w:pPr>
      <w:r w:rsidRPr="00C9454D">
        <w:rPr>
          <w:i/>
          <w:iCs/>
          <w:sz w:val="24"/>
          <w:szCs w:val="24"/>
        </w:rPr>
        <w:t>“I’m going to vomit,”</w:t>
      </w:r>
      <w:r w:rsidRPr="00C9454D">
        <w:rPr>
          <w:sz w:val="24"/>
          <w:szCs w:val="24"/>
        </w:rPr>
        <w:t xml:space="preserve"> she thought.</w:t>
      </w:r>
      <w:r w:rsidRPr="00C9454D">
        <w:rPr>
          <w:sz w:val="24"/>
          <w:szCs w:val="24"/>
        </w:rPr>
        <w:br/>
      </w:r>
      <w:r w:rsidRPr="00C9454D">
        <w:rPr>
          <w:i/>
          <w:iCs/>
          <w:sz w:val="24"/>
          <w:szCs w:val="24"/>
        </w:rPr>
        <w:t>“I am going to vomit.”</w:t>
      </w:r>
    </w:p>
    <w:p w14:paraId="3A6D4A4E" w14:textId="77777777" w:rsidR="00287AD1" w:rsidRPr="00C9454D" w:rsidRDefault="00287AD1" w:rsidP="00C9454D">
      <w:pPr>
        <w:rPr>
          <w:sz w:val="24"/>
          <w:szCs w:val="24"/>
        </w:rPr>
      </w:pPr>
      <w:r w:rsidRPr="00C9454D">
        <w:rPr>
          <w:sz w:val="24"/>
          <w:szCs w:val="24"/>
        </w:rPr>
        <w:t>Her heart hadn’t beat like this since her wedding day—maybe not even then.</w:t>
      </w:r>
    </w:p>
    <w:p w14:paraId="0DC85D31" w14:textId="77777777" w:rsidR="00287AD1" w:rsidRPr="00C9454D" w:rsidRDefault="00287AD1" w:rsidP="00C9454D">
      <w:pPr>
        <w:rPr>
          <w:sz w:val="24"/>
          <w:szCs w:val="24"/>
        </w:rPr>
      </w:pPr>
      <w:r w:rsidRPr="00C9454D">
        <w:rPr>
          <w:i/>
          <w:iCs/>
          <w:sz w:val="24"/>
          <w:szCs w:val="24"/>
        </w:rPr>
        <w:t>“I could just stay here. I don’t have to come out.</w:t>
      </w:r>
      <w:r w:rsidRPr="00C9454D">
        <w:rPr>
          <w:i/>
          <w:iCs/>
          <w:sz w:val="24"/>
          <w:szCs w:val="24"/>
        </w:rPr>
        <w:br/>
        <w:t>This doesn’t have to happen.”</w:t>
      </w:r>
    </w:p>
    <w:p w14:paraId="5AABE5E2" w14:textId="77777777" w:rsidR="00287AD1" w:rsidRPr="00C9454D" w:rsidRDefault="00287AD1" w:rsidP="00C9454D">
      <w:pPr>
        <w:rPr>
          <w:sz w:val="24"/>
          <w:szCs w:val="24"/>
        </w:rPr>
      </w:pPr>
      <w:r w:rsidRPr="00C9454D">
        <w:rPr>
          <w:sz w:val="24"/>
          <w:szCs w:val="24"/>
        </w:rPr>
        <w:t>That thought gave her a few fleeting seconds of comfort.</w:t>
      </w:r>
    </w:p>
    <w:p w14:paraId="0F9EFB14" w14:textId="77777777" w:rsidR="00287AD1" w:rsidRPr="00C9454D" w:rsidRDefault="00287AD1" w:rsidP="00C9454D">
      <w:pPr>
        <w:rPr>
          <w:sz w:val="24"/>
          <w:szCs w:val="24"/>
        </w:rPr>
      </w:pPr>
      <w:r w:rsidRPr="00C9454D">
        <w:rPr>
          <w:sz w:val="24"/>
          <w:szCs w:val="24"/>
        </w:rPr>
        <w:t>Until she remembered—she was sixty-three years old.</w:t>
      </w:r>
      <w:r w:rsidRPr="00C9454D">
        <w:rPr>
          <w:sz w:val="24"/>
          <w:szCs w:val="24"/>
        </w:rPr>
        <w:br/>
        <w:t xml:space="preserve">And hiding in the washroom… </w:t>
      </w:r>
      <w:r w:rsidRPr="00C9454D">
        <w:rPr>
          <w:i/>
          <w:iCs/>
          <w:sz w:val="24"/>
          <w:szCs w:val="24"/>
        </w:rPr>
        <w:t>from a seventy-year-old woman</w:t>
      </w:r>
      <w:r w:rsidRPr="00C9454D">
        <w:rPr>
          <w:sz w:val="24"/>
          <w:szCs w:val="24"/>
        </w:rPr>
        <w:t>.</w:t>
      </w:r>
    </w:p>
    <w:p w14:paraId="6112D7ED" w14:textId="77777777" w:rsidR="00287AD1" w:rsidRPr="00C9454D" w:rsidRDefault="00287AD1" w:rsidP="00C9454D">
      <w:pPr>
        <w:rPr>
          <w:sz w:val="24"/>
          <w:szCs w:val="24"/>
        </w:rPr>
      </w:pPr>
      <w:r w:rsidRPr="00C9454D">
        <w:rPr>
          <w:i/>
          <w:iCs/>
          <w:sz w:val="24"/>
          <w:szCs w:val="24"/>
        </w:rPr>
        <w:t>“Ridiculous,”</w:t>
      </w:r>
      <w:r w:rsidRPr="00C9454D">
        <w:rPr>
          <w:sz w:val="24"/>
          <w:szCs w:val="24"/>
        </w:rPr>
        <w:t xml:space="preserve"> she muttered.</w:t>
      </w:r>
      <w:r w:rsidRPr="00C9454D">
        <w:rPr>
          <w:sz w:val="24"/>
          <w:szCs w:val="24"/>
        </w:rPr>
        <w:br/>
        <w:t>She splashed her face.</w:t>
      </w:r>
      <w:r w:rsidRPr="00C9454D">
        <w:rPr>
          <w:sz w:val="24"/>
          <w:szCs w:val="24"/>
        </w:rPr>
        <w:br/>
        <w:t>Straightened her back.</w:t>
      </w:r>
      <w:r w:rsidRPr="00C9454D">
        <w:rPr>
          <w:sz w:val="24"/>
          <w:szCs w:val="24"/>
        </w:rPr>
        <w:br/>
        <w:t>And forced something like a smile onto her lips.</w:t>
      </w:r>
    </w:p>
    <w:p w14:paraId="2AF278A3" w14:textId="77777777" w:rsidR="00287AD1" w:rsidRPr="00C9454D" w:rsidRDefault="00287AD1" w:rsidP="00C9454D">
      <w:pPr>
        <w:rPr>
          <w:sz w:val="24"/>
          <w:szCs w:val="24"/>
        </w:rPr>
      </w:pPr>
      <w:r w:rsidRPr="00C9454D">
        <w:rPr>
          <w:sz w:val="24"/>
          <w:szCs w:val="24"/>
        </w:rPr>
        <w:t>Or at the very least… not the look of complete fear.</w:t>
      </w:r>
    </w:p>
    <w:p w14:paraId="330AE161" w14:textId="77777777" w:rsidR="00287AD1" w:rsidRPr="00C9454D" w:rsidRDefault="00FE197F" w:rsidP="00C9454D">
      <w:pPr>
        <w:rPr>
          <w:sz w:val="24"/>
          <w:szCs w:val="24"/>
        </w:rPr>
      </w:pPr>
      <w:r>
        <w:rPr>
          <w:noProof/>
          <w:sz w:val="24"/>
          <w:szCs w:val="24"/>
        </w:rPr>
      </w:r>
      <w:r w:rsidR="00FE197F">
        <w:rPr>
          <w:noProof/>
          <w:sz w:val="24"/>
          <w:szCs w:val="24"/>
        </w:rPr>
        <w:pict w14:anchorId="38C42625">
          <v:rect id="_x0000_i1213" style="width:0;height:1.5pt" o:hralign="center" o:hrstd="t" o:hr="t" fillcolor="#a0a0a0" stroked="f"/>
        </w:pict>
      </w:r>
    </w:p>
    <w:p w14:paraId="437509C0" w14:textId="77777777" w:rsidR="00287AD1" w:rsidRPr="00C9454D" w:rsidRDefault="00287AD1" w:rsidP="00C9454D">
      <w:pPr>
        <w:rPr>
          <w:sz w:val="24"/>
          <w:szCs w:val="24"/>
        </w:rPr>
      </w:pPr>
      <w:r w:rsidRPr="00C9454D">
        <w:rPr>
          <w:sz w:val="24"/>
          <w:szCs w:val="24"/>
        </w:rPr>
        <w:t>Vivienne had already been received in the library.</w:t>
      </w:r>
    </w:p>
    <w:p w14:paraId="7C03D779" w14:textId="77777777" w:rsidR="00287AD1" w:rsidRPr="00C9454D" w:rsidRDefault="00287AD1" w:rsidP="00C9454D">
      <w:pPr>
        <w:rPr>
          <w:sz w:val="24"/>
          <w:szCs w:val="24"/>
        </w:rPr>
      </w:pPr>
      <w:r w:rsidRPr="00C9454D">
        <w:rPr>
          <w:sz w:val="24"/>
          <w:szCs w:val="24"/>
        </w:rPr>
        <w:t>Abilene walked slowly.</w:t>
      </w:r>
      <w:r w:rsidRPr="00C9454D">
        <w:rPr>
          <w:sz w:val="24"/>
          <w:szCs w:val="24"/>
        </w:rPr>
        <w:br/>
        <w:t>Each step felt like a scroll unrolling beneath her feet.</w:t>
      </w:r>
      <w:r w:rsidRPr="00C9454D">
        <w:rPr>
          <w:sz w:val="24"/>
          <w:szCs w:val="24"/>
        </w:rPr>
        <w:br/>
        <w:t>Around the corner…</w:t>
      </w:r>
      <w:r w:rsidRPr="00C9454D">
        <w:rPr>
          <w:sz w:val="24"/>
          <w:szCs w:val="24"/>
        </w:rPr>
        <w:br/>
        <w:t>And there she was.</w:t>
      </w:r>
    </w:p>
    <w:p w14:paraId="3A6E3D29" w14:textId="77777777" w:rsidR="00287AD1" w:rsidRPr="00C9454D" w:rsidRDefault="00287AD1" w:rsidP="00C9454D">
      <w:pPr>
        <w:rPr>
          <w:sz w:val="24"/>
          <w:szCs w:val="24"/>
        </w:rPr>
      </w:pPr>
      <w:r w:rsidRPr="00C9454D">
        <w:rPr>
          <w:sz w:val="24"/>
          <w:szCs w:val="24"/>
        </w:rPr>
        <w:t>Lady Vivienne.</w:t>
      </w:r>
    </w:p>
    <w:p w14:paraId="322D1FA4" w14:textId="77777777" w:rsidR="00287AD1" w:rsidRPr="00C9454D" w:rsidRDefault="00287AD1" w:rsidP="00C9454D">
      <w:pPr>
        <w:rPr>
          <w:sz w:val="24"/>
          <w:szCs w:val="24"/>
        </w:rPr>
      </w:pPr>
      <w:r w:rsidRPr="00C9454D">
        <w:rPr>
          <w:sz w:val="24"/>
          <w:szCs w:val="24"/>
        </w:rPr>
        <w:t>Guy’s past.</w:t>
      </w:r>
      <w:r w:rsidRPr="00C9454D">
        <w:rPr>
          <w:sz w:val="24"/>
          <w:szCs w:val="24"/>
        </w:rPr>
        <w:br/>
        <w:t>Guy’s secret.</w:t>
      </w:r>
      <w:r w:rsidRPr="00C9454D">
        <w:rPr>
          <w:sz w:val="24"/>
          <w:szCs w:val="24"/>
        </w:rPr>
        <w:br/>
        <w:t>Guy’s beloved.</w:t>
      </w:r>
    </w:p>
    <w:p w14:paraId="0823B6F1" w14:textId="77777777" w:rsidR="00287AD1" w:rsidRPr="00C9454D" w:rsidRDefault="00287AD1" w:rsidP="00C9454D">
      <w:pPr>
        <w:rPr>
          <w:sz w:val="24"/>
          <w:szCs w:val="24"/>
        </w:rPr>
      </w:pPr>
      <w:r w:rsidRPr="00C9454D">
        <w:rPr>
          <w:sz w:val="24"/>
          <w:szCs w:val="24"/>
        </w:rPr>
        <w:t>Abilene's knees wanted to fold.</w:t>
      </w:r>
      <w:r w:rsidRPr="00C9454D">
        <w:rPr>
          <w:sz w:val="24"/>
          <w:szCs w:val="24"/>
        </w:rPr>
        <w:br/>
        <w:t>But her heart? Her heart remembered who she was.</w:t>
      </w:r>
    </w:p>
    <w:p w14:paraId="5D2DDF4A" w14:textId="77777777" w:rsidR="00287AD1" w:rsidRPr="00C9454D" w:rsidRDefault="00287AD1" w:rsidP="00C9454D">
      <w:pPr>
        <w:rPr>
          <w:sz w:val="24"/>
          <w:szCs w:val="24"/>
        </w:rPr>
      </w:pPr>
      <w:r w:rsidRPr="00C9454D">
        <w:rPr>
          <w:sz w:val="24"/>
          <w:szCs w:val="24"/>
        </w:rPr>
        <w:t>She walked in. She embraced her.</w:t>
      </w:r>
    </w:p>
    <w:p w14:paraId="43DC0C60" w14:textId="77777777" w:rsidR="00287AD1" w:rsidRPr="00C9454D" w:rsidRDefault="00287AD1" w:rsidP="00C9454D">
      <w:pPr>
        <w:rPr>
          <w:sz w:val="24"/>
          <w:szCs w:val="24"/>
        </w:rPr>
      </w:pPr>
      <w:r w:rsidRPr="00C9454D">
        <w:rPr>
          <w:sz w:val="24"/>
          <w:szCs w:val="24"/>
        </w:rPr>
        <w:t>“My lady,” she said, voice warm, eyes wet.</w:t>
      </w:r>
      <w:r w:rsidRPr="00C9454D">
        <w:rPr>
          <w:sz w:val="24"/>
          <w:szCs w:val="24"/>
        </w:rPr>
        <w:br/>
        <w:t>“It’s been too long.</w:t>
      </w:r>
      <w:r w:rsidRPr="00C9454D">
        <w:rPr>
          <w:sz w:val="24"/>
          <w:szCs w:val="24"/>
        </w:rPr>
        <w:br/>
        <w:t>I’m sorry.</w:t>
      </w:r>
      <w:r w:rsidRPr="00C9454D">
        <w:rPr>
          <w:sz w:val="24"/>
          <w:szCs w:val="24"/>
        </w:rPr>
        <w:br/>
      </w:r>
      <w:r w:rsidRPr="00C9454D">
        <w:rPr>
          <w:i/>
          <w:iCs/>
          <w:sz w:val="24"/>
          <w:szCs w:val="24"/>
        </w:rPr>
        <w:t>We’re</w:t>
      </w:r>
      <w:r w:rsidRPr="00C9454D">
        <w:rPr>
          <w:sz w:val="24"/>
          <w:szCs w:val="24"/>
        </w:rPr>
        <w:t xml:space="preserve"> sorry.”</w:t>
      </w:r>
    </w:p>
    <w:p w14:paraId="6BD38754" w14:textId="77777777" w:rsidR="00287AD1" w:rsidRPr="00C9454D" w:rsidRDefault="00287AD1" w:rsidP="00C9454D">
      <w:pPr>
        <w:rPr>
          <w:sz w:val="24"/>
          <w:szCs w:val="24"/>
        </w:rPr>
      </w:pPr>
      <w:r w:rsidRPr="00C9454D">
        <w:rPr>
          <w:sz w:val="24"/>
          <w:szCs w:val="24"/>
        </w:rPr>
        <w:t>And Vivienne—Vivienne, the woman of red silk and perfect posture—</w:t>
      </w:r>
      <w:r w:rsidRPr="00C9454D">
        <w:rPr>
          <w:sz w:val="24"/>
          <w:szCs w:val="24"/>
        </w:rPr>
        <w:br/>
        <w:t>melted.</w:t>
      </w:r>
    </w:p>
    <w:p w14:paraId="2CFB9428" w14:textId="77777777" w:rsidR="00287AD1" w:rsidRPr="00C9454D" w:rsidRDefault="00287AD1" w:rsidP="00C9454D">
      <w:pPr>
        <w:rPr>
          <w:sz w:val="24"/>
          <w:szCs w:val="24"/>
        </w:rPr>
      </w:pPr>
      <w:r w:rsidRPr="00C9454D">
        <w:rPr>
          <w:sz w:val="24"/>
          <w:szCs w:val="24"/>
        </w:rPr>
        <w:t>She collapsed into that embrace like a child raised from the grave.</w:t>
      </w:r>
    </w:p>
    <w:p w14:paraId="4A6F9913" w14:textId="77777777" w:rsidR="00287AD1" w:rsidRPr="00C9454D" w:rsidRDefault="00FE197F" w:rsidP="00C9454D">
      <w:pPr>
        <w:rPr>
          <w:sz w:val="24"/>
          <w:szCs w:val="24"/>
        </w:rPr>
      </w:pPr>
      <w:r>
        <w:rPr>
          <w:noProof/>
          <w:sz w:val="24"/>
          <w:szCs w:val="24"/>
        </w:rPr>
      </w:r>
      <w:r w:rsidR="00FE197F">
        <w:rPr>
          <w:noProof/>
          <w:sz w:val="24"/>
          <w:szCs w:val="24"/>
        </w:rPr>
        <w:pict w14:anchorId="57F819F4">
          <v:rect id="_x0000_i1214" style="width:0;height:1.5pt" o:hralign="center" o:hrstd="t" o:hr="t" fillcolor="#a0a0a0" stroked="f"/>
        </w:pict>
      </w:r>
    </w:p>
    <w:p w14:paraId="36503FE0" w14:textId="6293011B" w:rsidR="00287AD1" w:rsidRPr="00C9454D" w:rsidRDefault="00287AD1" w:rsidP="00C9454D">
      <w:pPr>
        <w:rPr>
          <w:sz w:val="24"/>
          <w:szCs w:val="24"/>
        </w:rPr>
      </w:pPr>
      <w:r w:rsidRPr="00C9454D">
        <w:rPr>
          <w:sz w:val="24"/>
          <w:szCs w:val="24"/>
        </w:rPr>
        <w:t>In that moment, Abilene ma</w:t>
      </w:r>
      <w:r w:rsidR="00DD1FF5" w:rsidRPr="00C9454D">
        <w:rPr>
          <w:sz w:val="24"/>
          <w:szCs w:val="24"/>
        </w:rPr>
        <w:t xml:space="preserve">de </w:t>
      </w:r>
      <w:r w:rsidRPr="00C9454D">
        <w:rPr>
          <w:sz w:val="24"/>
          <w:szCs w:val="24"/>
        </w:rPr>
        <w:t>a vow.</w:t>
      </w:r>
      <w:r w:rsidRPr="00C9454D">
        <w:rPr>
          <w:sz w:val="24"/>
          <w:szCs w:val="24"/>
        </w:rPr>
        <w:br/>
        <w:t xml:space="preserve">She would </w:t>
      </w:r>
      <w:r w:rsidRPr="00C9454D">
        <w:rPr>
          <w:i/>
          <w:iCs/>
          <w:sz w:val="24"/>
          <w:szCs w:val="24"/>
        </w:rPr>
        <w:t>make up for every lost year</w:t>
      </w:r>
      <w:r w:rsidRPr="00C9454D">
        <w:rPr>
          <w:sz w:val="24"/>
          <w:szCs w:val="24"/>
        </w:rPr>
        <w:t>.</w:t>
      </w:r>
      <w:r w:rsidRPr="00C9454D">
        <w:rPr>
          <w:sz w:val="24"/>
          <w:szCs w:val="24"/>
        </w:rPr>
        <w:br/>
        <w:t>She would honor Guy’s heart, even the parts that hadn’t been hers.</w:t>
      </w:r>
    </w:p>
    <w:p w14:paraId="3FAF4346" w14:textId="77777777" w:rsidR="00287AD1" w:rsidRPr="00C9454D" w:rsidRDefault="00287AD1" w:rsidP="00C9454D">
      <w:pPr>
        <w:rPr>
          <w:sz w:val="24"/>
          <w:szCs w:val="24"/>
        </w:rPr>
      </w:pPr>
      <w:r w:rsidRPr="00C9454D">
        <w:rPr>
          <w:sz w:val="24"/>
          <w:szCs w:val="24"/>
        </w:rPr>
        <w:t>And so… she did.</w:t>
      </w:r>
    </w:p>
    <w:p w14:paraId="41B4B889" w14:textId="77777777" w:rsidR="00287AD1" w:rsidRPr="00C9454D" w:rsidRDefault="00FE197F" w:rsidP="00C9454D">
      <w:pPr>
        <w:rPr>
          <w:sz w:val="24"/>
          <w:szCs w:val="24"/>
        </w:rPr>
      </w:pPr>
      <w:r>
        <w:rPr>
          <w:noProof/>
          <w:sz w:val="24"/>
          <w:szCs w:val="24"/>
        </w:rPr>
      </w:r>
      <w:r w:rsidR="00FE197F">
        <w:rPr>
          <w:noProof/>
          <w:sz w:val="24"/>
          <w:szCs w:val="24"/>
        </w:rPr>
        <w:pict w14:anchorId="64088E8A">
          <v:rect id="_x0000_i1215" style="width:0;height:1.5pt" o:hralign="center" o:hrstd="t" o:hr="t" fillcolor="#a0a0a0" stroked="f"/>
        </w:pict>
      </w:r>
    </w:p>
    <w:p w14:paraId="4D182D05" w14:textId="29BC119C" w:rsidR="00287AD1" w:rsidRPr="00C9454D" w:rsidRDefault="00287AD1" w:rsidP="00C9454D">
      <w:pPr>
        <w:rPr>
          <w:sz w:val="24"/>
          <w:szCs w:val="24"/>
        </w:rPr>
      </w:pPr>
      <w:r w:rsidRPr="00C9454D">
        <w:rPr>
          <w:sz w:val="24"/>
          <w:szCs w:val="24"/>
        </w:rPr>
        <w:t>Over Months at High Haven…</w:t>
      </w:r>
    </w:p>
    <w:p w14:paraId="3383FD12" w14:textId="77777777" w:rsidR="00287AD1" w:rsidRPr="00C9454D" w:rsidRDefault="00287AD1" w:rsidP="00C9454D">
      <w:pPr>
        <w:rPr>
          <w:sz w:val="24"/>
          <w:szCs w:val="24"/>
        </w:rPr>
      </w:pPr>
      <w:r w:rsidRPr="00C9454D">
        <w:rPr>
          <w:sz w:val="24"/>
          <w:szCs w:val="24"/>
        </w:rPr>
        <w:t xml:space="preserve">She invited Vivienne </w:t>
      </w:r>
      <w:r w:rsidRPr="00C9454D">
        <w:rPr>
          <w:i/>
          <w:iCs/>
          <w:sz w:val="24"/>
          <w:szCs w:val="24"/>
        </w:rPr>
        <w:t>for a weekend.</w:t>
      </w:r>
      <w:r w:rsidRPr="00C9454D">
        <w:rPr>
          <w:sz w:val="24"/>
          <w:szCs w:val="24"/>
        </w:rPr>
        <w:br/>
        <w:t>Then brought the grandchildren by.</w:t>
      </w:r>
    </w:p>
    <w:p w14:paraId="699076B9" w14:textId="77777777" w:rsidR="00287AD1" w:rsidRPr="00C9454D" w:rsidRDefault="00287AD1" w:rsidP="00C9454D">
      <w:pPr>
        <w:rPr>
          <w:sz w:val="24"/>
          <w:szCs w:val="24"/>
        </w:rPr>
      </w:pPr>
      <w:r w:rsidRPr="00C9454D">
        <w:rPr>
          <w:sz w:val="24"/>
          <w:szCs w:val="24"/>
        </w:rPr>
        <w:t>Who could resist?</w:t>
      </w:r>
    </w:p>
    <w:p w14:paraId="66279995" w14:textId="77777777" w:rsidR="00287AD1" w:rsidRPr="00C9454D" w:rsidRDefault="00287AD1" w:rsidP="00C9454D">
      <w:pPr>
        <w:rPr>
          <w:sz w:val="24"/>
          <w:szCs w:val="24"/>
        </w:rPr>
      </w:pPr>
      <w:r w:rsidRPr="00C9454D">
        <w:rPr>
          <w:sz w:val="24"/>
          <w:szCs w:val="24"/>
        </w:rPr>
        <w:t>A week.</w:t>
      </w:r>
      <w:r w:rsidRPr="00C9454D">
        <w:rPr>
          <w:sz w:val="24"/>
          <w:szCs w:val="24"/>
        </w:rPr>
        <w:br/>
        <w:t>Then two.</w:t>
      </w:r>
    </w:p>
    <w:p w14:paraId="183BC512" w14:textId="77777777" w:rsidR="00287AD1" w:rsidRPr="00C9454D" w:rsidRDefault="00287AD1" w:rsidP="00C9454D">
      <w:pPr>
        <w:rPr>
          <w:sz w:val="24"/>
          <w:szCs w:val="24"/>
        </w:rPr>
      </w:pPr>
      <w:r w:rsidRPr="00C9454D">
        <w:rPr>
          <w:sz w:val="24"/>
          <w:szCs w:val="24"/>
        </w:rPr>
        <w:t>And then?</w:t>
      </w:r>
    </w:p>
    <w:p w14:paraId="4803F225" w14:textId="77777777" w:rsidR="00287AD1" w:rsidRPr="00C9454D" w:rsidRDefault="00287AD1" w:rsidP="00C9454D">
      <w:pPr>
        <w:rPr>
          <w:sz w:val="24"/>
          <w:szCs w:val="24"/>
        </w:rPr>
      </w:pPr>
      <w:r w:rsidRPr="00C9454D">
        <w:rPr>
          <w:sz w:val="24"/>
          <w:szCs w:val="24"/>
        </w:rPr>
        <w:t>Lady Vivienne never left.</w:t>
      </w:r>
    </w:p>
    <w:p w14:paraId="5A6D4E88" w14:textId="77777777" w:rsidR="00287AD1" w:rsidRPr="00C9454D" w:rsidRDefault="00287AD1" w:rsidP="00C9454D">
      <w:pPr>
        <w:rPr>
          <w:sz w:val="24"/>
          <w:szCs w:val="24"/>
        </w:rPr>
      </w:pPr>
      <w:r w:rsidRPr="00C9454D">
        <w:rPr>
          <w:sz w:val="24"/>
          <w:szCs w:val="24"/>
        </w:rPr>
        <w:t>The villagers gossiped, of course.</w:t>
      </w:r>
      <w:r w:rsidRPr="00C9454D">
        <w:rPr>
          <w:sz w:val="24"/>
          <w:szCs w:val="24"/>
        </w:rPr>
        <w:br/>
        <w:t xml:space="preserve">But </w:t>
      </w:r>
      <w:r w:rsidRPr="00C9454D">
        <w:rPr>
          <w:i/>
          <w:iCs/>
          <w:sz w:val="24"/>
          <w:szCs w:val="24"/>
        </w:rPr>
        <w:t>no one dared speak ill</w:t>
      </w:r>
      <w:r w:rsidRPr="00C9454D">
        <w:rPr>
          <w:sz w:val="24"/>
          <w:szCs w:val="24"/>
        </w:rPr>
        <w:t>—not when Lady Abilene herself treated her as equal mistress of High Haven.</w:t>
      </w:r>
    </w:p>
    <w:p w14:paraId="2E6A901F" w14:textId="77777777" w:rsidR="00287AD1" w:rsidRPr="00C9454D" w:rsidRDefault="00FE197F" w:rsidP="00C9454D">
      <w:pPr>
        <w:rPr>
          <w:sz w:val="24"/>
          <w:szCs w:val="24"/>
        </w:rPr>
      </w:pPr>
      <w:r>
        <w:rPr>
          <w:noProof/>
          <w:sz w:val="24"/>
          <w:szCs w:val="24"/>
        </w:rPr>
      </w:r>
      <w:r w:rsidR="00FE197F">
        <w:rPr>
          <w:noProof/>
          <w:sz w:val="24"/>
          <w:szCs w:val="24"/>
        </w:rPr>
        <w:pict w14:anchorId="3751295D">
          <v:rect id="_x0000_i1216" style="width:0;height:1.5pt" o:hralign="center" o:hrstd="t" o:hr="t" fillcolor="#a0a0a0" stroked="f"/>
        </w:pict>
      </w:r>
    </w:p>
    <w:p w14:paraId="4927D180" w14:textId="77777777" w:rsidR="00287AD1" w:rsidRPr="00C9454D" w:rsidRDefault="00287AD1" w:rsidP="00C9454D">
      <w:pPr>
        <w:rPr>
          <w:sz w:val="24"/>
          <w:szCs w:val="24"/>
        </w:rPr>
      </w:pPr>
      <w:r w:rsidRPr="00C9454D">
        <w:rPr>
          <w:sz w:val="24"/>
          <w:szCs w:val="24"/>
        </w:rPr>
        <w:t>They shared stories.</w:t>
      </w:r>
      <w:r w:rsidRPr="00C9454D">
        <w:rPr>
          <w:sz w:val="24"/>
          <w:szCs w:val="24"/>
        </w:rPr>
        <w:br/>
        <w:t>They shared secrets.</w:t>
      </w:r>
      <w:r w:rsidRPr="00C9454D">
        <w:rPr>
          <w:sz w:val="24"/>
          <w:szCs w:val="24"/>
        </w:rPr>
        <w:br/>
        <w:t>Abilene handed over memories like Vivienne had always been the wife, too.</w:t>
      </w:r>
    </w:p>
    <w:p w14:paraId="179CE5FB" w14:textId="77777777" w:rsidR="00287AD1" w:rsidRPr="00C9454D" w:rsidRDefault="00287AD1" w:rsidP="00C9454D">
      <w:pPr>
        <w:rPr>
          <w:sz w:val="24"/>
          <w:szCs w:val="24"/>
        </w:rPr>
      </w:pPr>
      <w:r w:rsidRPr="00C9454D">
        <w:rPr>
          <w:sz w:val="24"/>
          <w:szCs w:val="24"/>
        </w:rPr>
        <w:t>And then… came the moment.</w:t>
      </w:r>
    </w:p>
    <w:p w14:paraId="792F96C9" w14:textId="77777777" w:rsidR="00287AD1" w:rsidRPr="00C9454D" w:rsidRDefault="00FE197F" w:rsidP="00C9454D">
      <w:pPr>
        <w:rPr>
          <w:sz w:val="24"/>
          <w:szCs w:val="24"/>
        </w:rPr>
      </w:pPr>
      <w:r>
        <w:rPr>
          <w:noProof/>
          <w:sz w:val="24"/>
          <w:szCs w:val="24"/>
        </w:rPr>
      </w:r>
      <w:r w:rsidR="00FE197F">
        <w:rPr>
          <w:noProof/>
          <w:sz w:val="24"/>
          <w:szCs w:val="24"/>
        </w:rPr>
        <w:pict w14:anchorId="3FAC9779">
          <v:rect id="_x0000_i1217" style="width:0;height:1.5pt" o:hralign="center" o:hrstd="t" o:hr="t" fillcolor="#a0a0a0" stroked="f"/>
        </w:pict>
      </w:r>
    </w:p>
    <w:p w14:paraId="31B89D99" w14:textId="1131E9FF" w:rsidR="00287AD1" w:rsidRPr="00C9454D" w:rsidRDefault="00287AD1" w:rsidP="00C9454D">
      <w:pPr>
        <w:rPr>
          <w:sz w:val="24"/>
          <w:szCs w:val="24"/>
        </w:rPr>
      </w:pPr>
      <w:r w:rsidRPr="00C9454D">
        <w:rPr>
          <w:sz w:val="24"/>
          <w:szCs w:val="24"/>
        </w:rPr>
        <w:t xml:space="preserve"> The Truth Spoken in Firelight</w:t>
      </w:r>
    </w:p>
    <w:p w14:paraId="1282C4BC" w14:textId="77777777" w:rsidR="00287AD1" w:rsidRPr="00C9454D" w:rsidRDefault="00287AD1" w:rsidP="00C9454D">
      <w:pPr>
        <w:rPr>
          <w:sz w:val="24"/>
          <w:szCs w:val="24"/>
        </w:rPr>
      </w:pPr>
      <w:r w:rsidRPr="00C9454D">
        <w:rPr>
          <w:sz w:val="24"/>
          <w:szCs w:val="24"/>
        </w:rPr>
        <w:t>They sat by the hearth—Guy’s chair between them, empty, yet full.</w:t>
      </w:r>
    </w:p>
    <w:p w14:paraId="3DC22515" w14:textId="77777777" w:rsidR="00287AD1" w:rsidRPr="00C9454D" w:rsidRDefault="00287AD1" w:rsidP="00C9454D">
      <w:pPr>
        <w:rPr>
          <w:sz w:val="24"/>
          <w:szCs w:val="24"/>
        </w:rPr>
      </w:pPr>
      <w:r w:rsidRPr="00C9454D">
        <w:rPr>
          <w:sz w:val="24"/>
          <w:szCs w:val="24"/>
        </w:rPr>
        <w:t>Abilene looked into the flames and spoke softly:</w:t>
      </w:r>
    </w:p>
    <w:p w14:paraId="5C1566BA" w14:textId="77777777" w:rsidR="00287AD1" w:rsidRPr="00C9454D" w:rsidRDefault="00287AD1" w:rsidP="00C9454D">
      <w:pPr>
        <w:rPr>
          <w:sz w:val="24"/>
          <w:szCs w:val="24"/>
        </w:rPr>
      </w:pPr>
      <w:r w:rsidRPr="00C9454D">
        <w:rPr>
          <w:i/>
          <w:iCs/>
          <w:sz w:val="24"/>
          <w:szCs w:val="24"/>
        </w:rPr>
        <w:t>“He would’ve chosen you.”</w:t>
      </w:r>
    </w:p>
    <w:p w14:paraId="3C12CE14" w14:textId="77777777" w:rsidR="00287AD1" w:rsidRPr="00C9454D" w:rsidRDefault="00287AD1" w:rsidP="00C9454D">
      <w:pPr>
        <w:rPr>
          <w:sz w:val="24"/>
          <w:szCs w:val="24"/>
        </w:rPr>
      </w:pPr>
      <w:r w:rsidRPr="00C9454D">
        <w:rPr>
          <w:sz w:val="24"/>
          <w:szCs w:val="24"/>
        </w:rPr>
        <w:t>Vivienne blinked. Her breath caught.</w:t>
      </w:r>
    </w:p>
    <w:p w14:paraId="3878AD4F" w14:textId="77777777" w:rsidR="00287AD1" w:rsidRPr="00C9454D" w:rsidRDefault="00287AD1" w:rsidP="00C9454D">
      <w:pPr>
        <w:rPr>
          <w:sz w:val="24"/>
          <w:szCs w:val="24"/>
        </w:rPr>
      </w:pPr>
      <w:r w:rsidRPr="00C9454D">
        <w:rPr>
          <w:sz w:val="24"/>
          <w:szCs w:val="24"/>
        </w:rPr>
        <w:t>Abilene continued, quieter still:</w:t>
      </w:r>
    </w:p>
    <w:p w14:paraId="089D7397" w14:textId="77777777" w:rsidR="00287AD1" w:rsidRPr="00C9454D" w:rsidRDefault="00287AD1" w:rsidP="00C9454D">
      <w:pPr>
        <w:rPr>
          <w:sz w:val="24"/>
          <w:szCs w:val="24"/>
        </w:rPr>
      </w:pPr>
      <w:r w:rsidRPr="00C9454D">
        <w:rPr>
          <w:sz w:val="24"/>
          <w:szCs w:val="24"/>
        </w:rPr>
        <w:t>“This I know.”</w:t>
      </w:r>
    </w:p>
    <w:p w14:paraId="1B680AB3" w14:textId="77777777" w:rsidR="00287AD1" w:rsidRPr="00C9454D" w:rsidRDefault="00287AD1" w:rsidP="00C9454D">
      <w:pPr>
        <w:rPr>
          <w:sz w:val="24"/>
          <w:szCs w:val="24"/>
        </w:rPr>
      </w:pPr>
      <w:r w:rsidRPr="00C9454D">
        <w:rPr>
          <w:sz w:val="24"/>
          <w:szCs w:val="24"/>
        </w:rPr>
        <w:t>Vivienne, ever sharp, always listening—heard every syllable.</w:t>
      </w:r>
    </w:p>
    <w:p w14:paraId="016F3A44" w14:textId="77777777" w:rsidR="00287AD1" w:rsidRPr="00C9454D" w:rsidRDefault="00287AD1" w:rsidP="00C9454D">
      <w:pPr>
        <w:rPr>
          <w:sz w:val="24"/>
          <w:szCs w:val="24"/>
        </w:rPr>
      </w:pPr>
      <w:r w:rsidRPr="00C9454D">
        <w:rPr>
          <w:sz w:val="24"/>
          <w:szCs w:val="24"/>
        </w:rPr>
        <w:t>“But he didn’t choose me,” she replied, voice tender.</w:t>
      </w:r>
      <w:r w:rsidRPr="00C9454D">
        <w:rPr>
          <w:sz w:val="24"/>
          <w:szCs w:val="24"/>
        </w:rPr>
        <w:br/>
        <w:t>“He chose you. He married you.”</w:t>
      </w:r>
    </w:p>
    <w:p w14:paraId="231AEFE3" w14:textId="77777777" w:rsidR="00287AD1" w:rsidRPr="00C9454D" w:rsidRDefault="00287AD1" w:rsidP="00C9454D">
      <w:pPr>
        <w:rPr>
          <w:sz w:val="24"/>
          <w:szCs w:val="24"/>
        </w:rPr>
      </w:pPr>
      <w:r w:rsidRPr="00C9454D">
        <w:rPr>
          <w:sz w:val="24"/>
          <w:szCs w:val="24"/>
        </w:rPr>
        <w:t>Abilene smiled sadly.</w:t>
      </w:r>
    </w:p>
    <w:p w14:paraId="5B719F3F" w14:textId="77777777" w:rsidR="00287AD1" w:rsidRPr="00C9454D" w:rsidRDefault="00287AD1" w:rsidP="00C9454D">
      <w:pPr>
        <w:rPr>
          <w:sz w:val="24"/>
          <w:szCs w:val="24"/>
        </w:rPr>
      </w:pPr>
      <w:r w:rsidRPr="00C9454D">
        <w:rPr>
          <w:sz w:val="24"/>
          <w:szCs w:val="24"/>
        </w:rPr>
        <w:t>“Yes… he did. And we were happy.</w:t>
      </w:r>
      <w:r w:rsidRPr="00C9454D">
        <w:rPr>
          <w:sz w:val="24"/>
          <w:szCs w:val="24"/>
        </w:rPr>
        <w:br/>
        <w:t>But you—</w:t>
      </w:r>
      <w:r w:rsidRPr="00C9454D">
        <w:rPr>
          <w:i/>
          <w:iCs/>
          <w:sz w:val="24"/>
          <w:szCs w:val="24"/>
        </w:rPr>
        <w:t>you ignited him.</w:t>
      </w:r>
      <w:r w:rsidRPr="00C9454D">
        <w:rPr>
          <w:sz w:val="24"/>
          <w:szCs w:val="24"/>
        </w:rPr>
        <w:br/>
        <w:t>You knew the man I only read about in his letters.”</w:t>
      </w:r>
    </w:p>
    <w:p w14:paraId="30F719AE" w14:textId="77777777" w:rsidR="00287AD1" w:rsidRPr="00C9454D" w:rsidRDefault="00287AD1" w:rsidP="00C9454D">
      <w:pPr>
        <w:rPr>
          <w:sz w:val="24"/>
          <w:szCs w:val="24"/>
        </w:rPr>
      </w:pPr>
      <w:r w:rsidRPr="00C9454D">
        <w:rPr>
          <w:sz w:val="24"/>
          <w:szCs w:val="24"/>
        </w:rPr>
        <w:t>She paused.</w:t>
      </w:r>
    </w:p>
    <w:p w14:paraId="12A0E5A8" w14:textId="77777777" w:rsidR="00287AD1" w:rsidRPr="00C9454D" w:rsidRDefault="00287AD1" w:rsidP="00C9454D">
      <w:pPr>
        <w:rPr>
          <w:sz w:val="24"/>
          <w:szCs w:val="24"/>
        </w:rPr>
      </w:pPr>
      <w:r w:rsidRPr="00C9454D">
        <w:rPr>
          <w:sz w:val="24"/>
          <w:szCs w:val="24"/>
        </w:rPr>
        <w:t>“If the world had turned differently…</w:t>
      </w:r>
      <w:r w:rsidRPr="00C9454D">
        <w:rPr>
          <w:sz w:val="24"/>
          <w:szCs w:val="24"/>
        </w:rPr>
        <w:br/>
        <w:t>I know what would’ve happened.”</w:t>
      </w:r>
    </w:p>
    <w:p w14:paraId="41970F69" w14:textId="77777777" w:rsidR="00287AD1" w:rsidRPr="00C9454D" w:rsidRDefault="00287AD1" w:rsidP="00C9454D">
      <w:pPr>
        <w:rPr>
          <w:sz w:val="24"/>
          <w:szCs w:val="24"/>
        </w:rPr>
      </w:pPr>
      <w:r w:rsidRPr="00C9454D">
        <w:rPr>
          <w:sz w:val="24"/>
          <w:szCs w:val="24"/>
        </w:rPr>
        <w:t>Vivienne’s eyes brimmed—but she said nothing.</w:t>
      </w:r>
    </w:p>
    <w:p w14:paraId="5B36FD85" w14:textId="77777777" w:rsidR="00287AD1" w:rsidRPr="00C9454D" w:rsidRDefault="00287AD1" w:rsidP="00C9454D">
      <w:pPr>
        <w:rPr>
          <w:sz w:val="24"/>
          <w:szCs w:val="24"/>
        </w:rPr>
      </w:pPr>
      <w:r w:rsidRPr="00C9454D">
        <w:rPr>
          <w:sz w:val="24"/>
          <w:szCs w:val="24"/>
        </w:rPr>
        <w:t>“You shouldn’t say such things, my lady,” she whispered.</w:t>
      </w:r>
    </w:p>
    <w:p w14:paraId="67A8B101" w14:textId="77777777" w:rsidR="00287AD1" w:rsidRPr="00C9454D" w:rsidRDefault="00287AD1" w:rsidP="00C9454D">
      <w:pPr>
        <w:rPr>
          <w:sz w:val="24"/>
          <w:szCs w:val="24"/>
        </w:rPr>
      </w:pPr>
      <w:r w:rsidRPr="00C9454D">
        <w:rPr>
          <w:sz w:val="24"/>
          <w:szCs w:val="24"/>
        </w:rPr>
        <w:t>But she drank in every word like water in a desert.</w:t>
      </w:r>
    </w:p>
    <w:p w14:paraId="4D9B5D76" w14:textId="77777777" w:rsidR="00287AD1" w:rsidRPr="00C9454D" w:rsidRDefault="00287AD1" w:rsidP="00C9454D">
      <w:pPr>
        <w:rPr>
          <w:sz w:val="24"/>
          <w:szCs w:val="24"/>
        </w:rPr>
      </w:pPr>
      <w:r w:rsidRPr="00C9454D">
        <w:rPr>
          <w:sz w:val="24"/>
          <w:szCs w:val="24"/>
        </w:rPr>
        <w:t>Abilene reached across, placed a hand gently over hers.</w:t>
      </w:r>
    </w:p>
    <w:p w14:paraId="5C5D597F" w14:textId="77777777" w:rsidR="00287AD1" w:rsidRPr="00C9454D" w:rsidRDefault="00287AD1" w:rsidP="00C9454D">
      <w:pPr>
        <w:rPr>
          <w:sz w:val="24"/>
          <w:szCs w:val="24"/>
        </w:rPr>
      </w:pPr>
      <w:r w:rsidRPr="00C9454D">
        <w:rPr>
          <w:sz w:val="24"/>
          <w:szCs w:val="24"/>
        </w:rPr>
        <w:t>“I speak truth.</w:t>
      </w:r>
      <w:r w:rsidRPr="00C9454D">
        <w:rPr>
          <w:sz w:val="24"/>
          <w:szCs w:val="24"/>
        </w:rPr>
        <w:br/>
        <w:t xml:space="preserve">And after fifty years with a man… you </w:t>
      </w:r>
      <w:r w:rsidRPr="00C9454D">
        <w:rPr>
          <w:i/>
          <w:iCs/>
          <w:sz w:val="24"/>
          <w:szCs w:val="24"/>
        </w:rPr>
        <w:t>know</w:t>
      </w:r>
      <w:r w:rsidRPr="00C9454D">
        <w:rPr>
          <w:sz w:val="24"/>
          <w:szCs w:val="24"/>
        </w:rPr>
        <w:t xml:space="preserve"> them.</w:t>
      </w:r>
      <w:r w:rsidRPr="00C9454D">
        <w:rPr>
          <w:sz w:val="24"/>
          <w:szCs w:val="24"/>
        </w:rPr>
        <w:br/>
        <w:t>So take my word, Vivienne.</w:t>
      </w:r>
      <w:r w:rsidRPr="00C9454D">
        <w:rPr>
          <w:sz w:val="24"/>
          <w:szCs w:val="24"/>
        </w:rPr>
        <w:br/>
        <w:t>Because I can’t speak it again.”</w:t>
      </w:r>
    </w:p>
    <w:p w14:paraId="043F50FB" w14:textId="77777777" w:rsidR="00287AD1" w:rsidRPr="00C9454D" w:rsidRDefault="00287AD1" w:rsidP="00C9454D">
      <w:pPr>
        <w:rPr>
          <w:sz w:val="24"/>
          <w:szCs w:val="24"/>
        </w:rPr>
      </w:pPr>
      <w:r w:rsidRPr="00C9454D">
        <w:rPr>
          <w:sz w:val="24"/>
          <w:szCs w:val="24"/>
        </w:rPr>
        <w:t>Vivienne nodded.</w:t>
      </w:r>
      <w:r w:rsidRPr="00C9454D">
        <w:rPr>
          <w:sz w:val="24"/>
          <w:szCs w:val="24"/>
        </w:rPr>
        <w:br/>
        <w:t>And whispered, barely audible:</w:t>
      </w:r>
    </w:p>
    <w:p w14:paraId="0C12599F" w14:textId="77777777" w:rsidR="00287AD1" w:rsidRPr="00C9454D" w:rsidRDefault="00287AD1" w:rsidP="00C9454D">
      <w:pPr>
        <w:rPr>
          <w:sz w:val="24"/>
          <w:szCs w:val="24"/>
        </w:rPr>
      </w:pPr>
      <w:r w:rsidRPr="00C9454D">
        <w:rPr>
          <w:sz w:val="24"/>
          <w:szCs w:val="24"/>
        </w:rPr>
        <w:t>“Thank you… my lady.”</w:t>
      </w:r>
    </w:p>
    <w:p w14:paraId="3704D139" w14:textId="77777777" w:rsidR="00287AD1" w:rsidRPr="00C9454D" w:rsidRDefault="00287AD1" w:rsidP="00C9454D">
      <w:pPr>
        <w:rPr>
          <w:sz w:val="24"/>
          <w:szCs w:val="24"/>
        </w:rPr>
      </w:pPr>
      <w:r w:rsidRPr="00C9454D">
        <w:rPr>
          <w:sz w:val="24"/>
          <w:szCs w:val="24"/>
        </w:rPr>
        <w:t>Abilene gave a faint smile.</w:t>
      </w:r>
    </w:p>
    <w:p w14:paraId="4EDB54D8" w14:textId="77777777" w:rsidR="00287AD1" w:rsidRPr="00C9454D" w:rsidRDefault="00287AD1" w:rsidP="00C9454D">
      <w:pPr>
        <w:rPr>
          <w:sz w:val="24"/>
          <w:szCs w:val="24"/>
        </w:rPr>
      </w:pPr>
      <w:r w:rsidRPr="00C9454D">
        <w:rPr>
          <w:sz w:val="24"/>
          <w:szCs w:val="24"/>
        </w:rPr>
        <w:t xml:space="preserve">“And thank </w:t>
      </w:r>
      <w:r w:rsidRPr="00C9454D">
        <w:rPr>
          <w:i/>
          <w:iCs/>
          <w:sz w:val="24"/>
          <w:szCs w:val="24"/>
        </w:rPr>
        <w:t>you</w:t>
      </w:r>
      <w:r w:rsidRPr="00C9454D">
        <w:rPr>
          <w:sz w:val="24"/>
          <w:szCs w:val="24"/>
        </w:rPr>
        <w:t>, Lady Vivienne…</w:t>
      </w:r>
      <w:r w:rsidRPr="00C9454D">
        <w:rPr>
          <w:sz w:val="24"/>
          <w:szCs w:val="24"/>
        </w:rPr>
        <w:br/>
        <w:t>for never claiming what was yours.”</w:t>
      </w:r>
    </w:p>
    <w:p w14:paraId="4F52B3D7" w14:textId="77777777" w:rsidR="00287AD1" w:rsidRPr="00C9454D" w:rsidRDefault="00287AD1" w:rsidP="00C9454D">
      <w:pPr>
        <w:rPr>
          <w:sz w:val="24"/>
          <w:szCs w:val="24"/>
        </w:rPr>
      </w:pPr>
      <w:r w:rsidRPr="00C9454D">
        <w:rPr>
          <w:sz w:val="24"/>
          <w:szCs w:val="24"/>
        </w:rPr>
        <w:t>She looked into her eyes.</w:t>
      </w:r>
    </w:p>
    <w:p w14:paraId="66F90975" w14:textId="67E7523A" w:rsidR="00F4241F" w:rsidRPr="00C9454D" w:rsidRDefault="00287AD1" w:rsidP="00C9454D">
      <w:pPr>
        <w:rPr>
          <w:sz w:val="24"/>
          <w:szCs w:val="24"/>
        </w:rPr>
      </w:pPr>
      <w:r w:rsidRPr="00C9454D">
        <w:rPr>
          <w:sz w:val="24"/>
          <w:szCs w:val="24"/>
        </w:rPr>
        <w:t>“You wielded more power than either of us knew</w:t>
      </w:r>
      <w:r w:rsidR="00732670" w:rsidRPr="00C9454D">
        <w:rPr>
          <w:sz w:val="24"/>
          <w:szCs w:val="24"/>
        </w:rPr>
        <w:t>”</w:t>
      </w:r>
    </w:p>
    <w:p w14:paraId="7AECC2C3" w14:textId="7B0114E3" w:rsidR="00F4241F" w:rsidRPr="00C9454D" w:rsidRDefault="00B67E1E" w:rsidP="00C9454D">
      <w:pPr>
        <w:rPr>
          <w:sz w:val="24"/>
          <w:szCs w:val="24"/>
        </w:rPr>
      </w:pPr>
      <w:r w:rsidRPr="00C9454D">
        <w:rPr>
          <w:sz w:val="24"/>
          <w:szCs w:val="24"/>
        </w:rPr>
        <w:t>Confessions</w:t>
      </w:r>
      <w:r w:rsidR="008041CC" w:rsidRPr="00C9454D">
        <w:rPr>
          <w:sz w:val="24"/>
          <w:szCs w:val="24"/>
        </w:rPr>
        <w:t>…</w:t>
      </w:r>
    </w:p>
    <w:p w14:paraId="67F8BD4E" w14:textId="77777777" w:rsidR="00F4241F" w:rsidRPr="00C9454D" w:rsidRDefault="00F4241F" w:rsidP="00C9454D">
      <w:pPr>
        <w:rPr>
          <w:sz w:val="24"/>
          <w:szCs w:val="24"/>
        </w:rPr>
      </w:pPr>
      <w:r w:rsidRPr="00C9454D">
        <w:rPr>
          <w:sz w:val="24"/>
          <w:szCs w:val="24"/>
        </w:rPr>
        <w:t>The moon was heavy and gold.</w:t>
      </w:r>
      <w:r w:rsidRPr="00C9454D">
        <w:rPr>
          <w:sz w:val="24"/>
          <w:szCs w:val="24"/>
        </w:rPr>
        <w:br/>
        <w:t>The kind of moon that sees everything.</w:t>
      </w:r>
    </w:p>
    <w:p w14:paraId="4C834CF3" w14:textId="77777777" w:rsidR="00F4241F" w:rsidRPr="00C9454D" w:rsidRDefault="00F4241F" w:rsidP="00C9454D">
      <w:pPr>
        <w:rPr>
          <w:sz w:val="24"/>
          <w:szCs w:val="24"/>
        </w:rPr>
      </w:pPr>
      <w:r w:rsidRPr="00C9454D">
        <w:rPr>
          <w:sz w:val="24"/>
          <w:szCs w:val="24"/>
        </w:rPr>
        <w:t>Abilene sat on the terrace, shawl wrapped around her shoulders, sipping a slow glass of spiced wine. She hadn't heard the footsteps behind her—but she felt the presence.</w:t>
      </w:r>
    </w:p>
    <w:p w14:paraId="642BEA88" w14:textId="77777777" w:rsidR="00F4241F" w:rsidRPr="00C9454D" w:rsidRDefault="00F4241F" w:rsidP="00C9454D">
      <w:pPr>
        <w:rPr>
          <w:sz w:val="24"/>
          <w:szCs w:val="24"/>
        </w:rPr>
      </w:pPr>
      <w:r w:rsidRPr="00C9454D">
        <w:rPr>
          <w:sz w:val="24"/>
          <w:szCs w:val="24"/>
        </w:rPr>
        <w:t>Vivienne stood for a moment in the doorway.</w:t>
      </w:r>
      <w:r w:rsidRPr="00C9454D">
        <w:rPr>
          <w:sz w:val="24"/>
          <w:szCs w:val="24"/>
        </w:rPr>
        <w:br/>
        <w:t>Then crossed over, quiet as a memory.</w:t>
      </w:r>
    </w:p>
    <w:p w14:paraId="03D13E99" w14:textId="77777777" w:rsidR="00F4241F" w:rsidRPr="00C9454D" w:rsidRDefault="00F4241F" w:rsidP="00C9454D">
      <w:pPr>
        <w:rPr>
          <w:sz w:val="24"/>
          <w:szCs w:val="24"/>
        </w:rPr>
      </w:pPr>
      <w:r w:rsidRPr="00C9454D">
        <w:rPr>
          <w:sz w:val="24"/>
          <w:szCs w:val="24"/>
        </w:rPr>
        <w:t>She didn’t ask permission.</w:t>
      </w:r>
      <w:r w:rsidRPr="00C9454D">
        <w:rPr>
          <w:sz w:val="24"/>
          <w:szCs w:val="24"/>
        </w:rPr>
        <w:br/>
        <w:t>She just sat.</w:t>
      </w:r>
    </w:p>
    <w:p w14:paraId="0D5B293C" w14:textId="77777777" w:rsidR="00F4241F" w:rsidRPr="00C9454D" w:rsidRDefault="00F4241F" w:rsidP="00C9454D">
      <w:pPr>
        <w:rPr>
          <w:sz w:val="24"/>
          <w:szCs w:val="24"/>
        </w:rPr>
      </w:pPr>
      <w:r w:rsidRPr="00C9454D">
        <w:rPr>
          <w:sz w:val="24"/>
          <w:szCs w:val="24"/>
        </w:rPr>
        <w:t>A long pause passed between them.</w:t>
      </w:r>
      <w:r w:rsidRPr="00C9454D">
        <w:rPr>
          <w:sz w:val="24"/>
          <w:szCs w:val="24"/>
        </w:rPr>
        <w:br/>
        <w:t>The kind only women who’ve lived enough can hold without discomfort.</w:t>
      </w:r>
    </w:p>
    <w:p w14:paraId="7D49985E" w14:textId="77777777" w:rsidR="00F4241F" w:rsidRPr="00C9454D" w:rsidRDefault="00F4241F" w:rsidP="00C9454D">
      <w:pPr>
        <w:rPr>
          <w:sz w:val="24"/>
          <w:szCs w:val="24"/>
        </w:rPr>
      </w:pPr>
      <w:r w:rsidRPr="00C9454D">
        <w:rPr>
          <w:sz w:val="24"/>
          <w:szCs w:val="24"/>
        </w:rPr>
        <w:t>And then—</w:t>
      </w:r>
    </w:p>
    <w:p w14:paraId="0B67497C" w14:textId="77777777" w:rsidR="00F4241F" w:rsidRPr="00C9454D" w:rsidRDefault="00F4241F" w:rsidP="00C9454D">
      <w:pPr>
        <w:rPr>
          <w:sz w:val="24"/>
          <w:szCs w:val="24"/>
        </w:rPr>
      </w:pPr>
      <w:r w:rsidRPr="00C9454D">
        <w:rPr>
          <w:sz w:val="24"/>
          <w:szCs w:val="24"/>
        </w:rPr>
        <w:t>“I thought ill of you.”</w:t>
      </w:r>
    </w:p>
    <w:p w14:paraId="147ACCED" w14:textId="77777777" w:rsidR="00F4241F" w:rsidRPr="00C9454D" w:rsidRDefault="00F4241F" w:rsidP="00C9454D">
      <w:pPr>
        <w:rPr>
          <w:sz w:val="24"/>
          <w:szCs w:val="24"/>
        </w:rPr>
      </w:pPr>
      <w:r w:rsidRPr="00C9454D">
        <w:rPr>
          <w:sz w:val="24"/>
          <w:szCs w:val="24"/>
        </w:rPr>
        <w:t>Abilene turned, slowly.</w:t>
      </w:r>
    </w:p>
    <w:p w14:paraId="46146063" w14:textId="77777777" w:rsidR="00F4241F" w:rsidRPr="00C9454D" w:rsidRDefault="00F4241F" w:rsidP="00C9454D">
      <w:pPr>
        <w:rPr>
          <w:sz w:val="24"/>
          <w:szCs w:val="24"/>
        </w:rPr>
      </w:pPr>
      <w:r w:rsidRPr="00C9454D">
        <w:rPr>
          <w:sz w:val="24"/>
          <w:szCs w:val="24"/>
        </w:rPr>
        <w:t>Vivienne’s eyes didn’t meet hers.</w:t>
      </w:r>
    </w:p>
    <w:p w14:paraId="16C289F6" w14:textId="77777777" w:rsidR="00F4241F" w:rsidRPr="00C9454D" w:rsidRDefault="00F4241F" w:rsidP="00C9454D">
      <w:pPr>
        <w:rPr>
          <w:sz w:val="24"/>
          <w:szCs w:val="24"/>
        </w:rPr>
      </w:pPr>
      <w:r w:rsidRPr="00C9454D">
        <w:rPr>
          <w:sz w:val="24"/>
          <w:szCs w:val="24"/>
        </w:rPr>
        <w:t>“Many times,” she said. “Hundreds.</w:t>
      </w:r>
      <w:r w:rsidRPr="00C9454D">
        <w:rPr>
          <w:sz w:val="24"/>
          <w:szCs w:val="24"/>
        </w:rPr>
        <w:br/>
        <w:t>I wished you gone.</w:t>
      </w:r>
      <w:r w:rsidRPr="00C9454D">
        <w:rPr>
          <w:sz w:val="24"/>
          <w:szCs w:val="24"/>
        </w:rPr>
        <w:br/>
        <w:t>I dreamed of you vanishing.</w:t>
      </w:r>
      <w:r w:rsidRPr="00C9454D">
        <w:rPr>
          <w:sz w:val="24"/>
          <w:szCs w:val="24"/>
        </w:rPr>
        <w:br/>
        <w:t>Once, I imagined you... sick. And I hated myself the second after.”</w:t>
      </w:r>
    </w:p>
    <w:p w14:paraId="40336D98" w14:textId="77777777" w:rsidR="00F4241F" w:rsidRPr="00C9454D" w:rsidRDefault="00F4241F" w:rsidP="00C9454D">
      <w:pPr>
        <w:rPr>
          <w:sz w:val="24"/>
          <w:szCs w:val="24"/>
        </w:rPr>
      </w:pPr>
      <w:r w:rsidRPr="00C9454D">
        <w:rPr>
          <w:sz w:val="24"/>
          <w:szCs w:val="24"/>
        </w:rPr>
        <w:t>Abilene’s breath caught, but she didn’t flinch.</w:t>
      </w:r>
    </w:p>
    <w:p w14:paraId="10004826" w14:textId="77777777" w:rsidR="00F4241F" w:rsidRPr="00C9454D" w:rsidRDefault="00F4241F" w:rsidP="00C9454D">
      <w:pPr>
        <w:rPr>
          <w:sz w:val="24"/>
          <w:szCs w:val="24"/>
        </w:rPr>
      </w:pPr>
      <w:r w:rsidRPr="00C9454D">
        <w:rPr>
          <w:sz w:val="24"/>
          <w:szCs w:val="24"/>
        </w:rPr>
        <w:t>Vivienne continued, voice hoarse:</w:t>
      </w:r>
    </w:p>
    <w:p w14:paraId="75DC8ACE" w14:textId="77777777" w:rsidR="00F4241F" w:rsidRPr="00C9454D" w:rsidRDefault="00F4241F" w:rsidP="00C9454D">
      <w:pPr>
        <w:rPr>
          <w:sz w:val="24"/>
          <w:szCs w:val="24"/>
        </w:rPr>
      </w:pPr>
      <w:r w:rsidRPr="00C9454D">
        <w:rPr>
          <w:sz w:val="24"/>
          <w:szCs w:val="24"/>
        </w:rPr>
        <w:t>“I prayed for forgiveness every time.</w:t>
      </w:r>
      <w:r w:rsidRPr="00C9454D">
        <w:rPr>
          <w:sz w:val="24"/>
          <w:szCs w:val="24"/>
        </w:rPr>
        <w:br/>
        <w:t>I would write to God with the same quill I wrote to Guy.</w:t>
      </w:r>
      <w:r w:rsidRPr="00C9454D">
        <w:rPr>
          <w:sz w:val="24"/>
          <w:szCs w:val="24"/>
        </w:rPr>
        <w:br/>
        <w:t>And sometimes, I couldn’t tell which name I wept over harder.”</w:t>
      </w:r>
    </w:p>
    <w:p w14:paraId="28C5F919" w14:textId="77777777" w:rsidR="00F4241F" w:rsidRPr="00C9454D" w:rsidRDefault="00FE197F" w:rsidP="00C9454D">
      <w:pPr>
        <w:rPr>
          <w:sz w:val="24"/>
          <w:szCs w:val="24"/>
        </w:rPr>
      </w:pPr>
      <w:r>
        <w:rPr>
          <w:noProof/>
          <w:sz w:val="24"/>
          <w:szCs w:val="24"/>
        </w:rPr>
      </w:r>
      <w:r w:rsidR="00FE197F">
        <w:rPr>
          <w:noProof/>
          <w:sz w:val="24"/>
          <w:szCs w:val="24"/>
        </w:rPr>
        <w:pict w14:anchorId="2C86B942">
          <v:rect id="_x0000_i1218" style="width:0;height:1.5pt" o:hralign="center" o:hrstd="t" o:hr="t" fillcolor="#a0a0a0" stroked="f"/>
        </w:pict>
      </w:r>
    </w:p>
    <w:p w14:paraId="4DF1FC16" w14:textId="77777777" w:rsidR="00F4241F" w:rsidRPr="00C9454D" w:rsidRDefault="00F4241F" w:rsidP="00C9454D">
      <w:pPr>
        <w:rPr>
          <w:sz w:val="24"/>
          <w:szCs w:val="24"/>
        </w:rPr>
      </w:pPr>
      <w:r w:rsidRPr="00C9454D">
        <w:rPr>
          <w:sz w:val="24"/>
          <w:szCs w:val="24"/>
        </w:rPr>
        <w:t>Silence.</w:t>
      </w:r>
    </w:p>
    <w:p w14:paraId="5760C72F" w14:textId="77777777" w:rsidR="00F4241F" w:rsidRPr="00C9454D" w:rsidRDefault="00F4241F" w:rsidP="00C9454D">
      <w:pPr>
        <w:rPr>
          <w:sz w:val="24"/>
          <w:szCs w:val="24"/>
        </w:rPr>
      </w:pPr>
      <w:r w:rsidRPr="00C9454D">
        <w:rPr>
          <w:sz w:val="24"/>
          <w:szCs w:val="24"/>
        </w:rPr>
        <w:t>Then Abilene reached for the wine.</w:t>
      </w:r>
      <w:r w:rsidRPr="00C9454D">
        <w:rPr>
          <w:sz w:val="24"/>
          <w:szCs w:val="24"/>
        </w:rPr>
        <w:br/>
        <w:t>Poured another cup.</w:t>
      </w:r>
    </w:p>
    <w:p w14:paraId="36C64532" w14:textId="77777777" w:rsidR="00F4241F" w:rsidRPr="00C9454D" w:rsidRDefault="00F4241F" w:rsidP="00C9454D">
      <w:pPr>
        <w:rPr>
          <w:sz w:val="24"/>
          <w:szCs w:val="24"/>
        </w:rPr>
      </w:pPr>
      <w:r w:rsidRPr="00C9454D">
        <w:rPr>
          <w:sz w:val="24"/>
          <w:szCs w:val="24"/>
        </w:rPr>
        <w:t>“You loved him like I did,” she said simply.</w:t>
      </w:r>
    </w:p>
    <w:p w14:paraId="6F5950F3" w14:textId="77777777" w:rsidR="00F4241F" w:rsidRPr="00C9454D" w:rsidRDefault="00F4241F" w:rsidP="00C9454D">
      <w:pPr>
        <w:rPr>
          <w:sz w:val="24"/>
          <w:szCs w:val="24"/>
        </w:rPr>
      </w:pPr>
      <w:r w:rsidRPr="00C9454D">
        <w:rPr>
          <w:sz w:val="24"/>
          <w:szCs w:val="24"/>
        </w:rPr>
        <w:t>Vivienne laughed.</w:t>
      </w:r>
      <w:r w:rsidRPr="00C9454D">
        <w:rPr>
          <w:sz w:val="24"/>
          <w:szCs w:val="24"/>
        </w:rPr>
        <w:br/>
        <w:t>A sharp sound. But not unkind.</w:t>
      </w:r>
    </w:p>
    <w:p w14:paraId="5083668C" w14:textId="72444676" w:rsidR="00F4241F" w:rsidRPr="00C9454D" w:rsidRDefault="00F4241F" w:rsidP="00C9454D">
      <w:pPr>
        <w:rPr>
          <w:sz w:val="24"/>
          <w:szCs w:val="24"/>
        </w:rPr>
      </w:pPr>
      <w:r w:rsidRPr="00C9454D">
        <w:rPr>
          <w:sz w:val="24"/>
          <w:szCs w:val="24"/>
        </w:rPr>
        <w:t>“No,” she said.</w:t>
      </w:r>
      <w:r w:rsidRPr="00C9454D">
        <w:rPr>
          <w:sz w:val="24"/>
          <w:szCs w:val="24"/>
        </w:rPr>
        <w:br/>
        <w:t>“I loved him differently</w:t>
      </w:r>
      <w:r w:rsidR="00783987" w:rsidRPr="00C9454D">
        <w:rPr>
          <w:sz w:val="24"/>
          <w:szCs w:val="24"/>
        </w:rPr>
        <w:t xml:space="preserve">. Trust </w:t>
      </w:r>
      <w:r w:rsidR="00A7163C" w:rsidRPr="00C9454D">
        <w:rPr>
          <w:sz w:val="24"/>
          <w:szCs w:val="24"/>
        </w:rPr>
        <w:t>me</w:t>
      </w:r>
      <w:r w:rsidRPr="00C9454D">
        <w:rPr>
          <w:sz w:val="24"/>
          <w:szCs w:val="24"/>
        </w:rPr>
        <w:t>.”</w:t>
      </w:r>
    </w:p>
    <w:p w14:paraId="2F1A2B52" w14:textId="1D676A79" w:rsidR="00901BC5" w:rsidRPr="00C9454D" w:rsidRDefault="00901BC5" w:rsidP="00C9454D">
      <w:pPr>
        <w:rPr>
          <w:sz w:val="24"/>
          <w:szCs w:val="24"/>
        </w:rPr>
      </w:pPr>
      <w:r w:rsidRPr="00C9454D">
        <w:rPr>
          <w:sz w:val="24"/>
          <w:szCs w:val="24"/>
        </w:rPr>
        <w:t>Abilene’s heart caught that with deadly precision.</w:t>
      </w:r>
    </w:p>
    <w:p w14:paraId="5C01F4D4" w14:textId="2C581089" w:rsidR="00F4241F" w:rsidRPr="00C9454D" w:rsidRDefault="00670FE4" w:rsidP="00C9454D">
      <w:pPr>
        <w:rPr>
          <w:sz w:val="24"/>
          <w:szCs w:val="24"/>
        </w:rPr>
      </w:pPr>
      <w:r w:rsidRPr="00C9454D">
        <w:rPr>
          <w:sz w:val="24"/>
          <w:szCs w:val="24"/>
        </w:rPr>
        <w:t xml:space="preserve">Vivienne </w:t>
      </w:r>
      <w:r w:rsidR="00F4241F" w:rsidRPr="00C9454D">
        <w:rPr>
          <w:sz w:val="24"/>
          <w:szCs w:val="24"/>
        </w:rPr>
        <w:t>looked out over the orchard.</w:t>
      </w:r>
    </w:p>
    <w:p w14:paraId="610DB8C9" w14:textId="77777777" w:rsidR="008F3800" w:rsidRPr="00C9454D" w:rsidRDefault="00F4241F" w:rsidP="00C9454D">
      <w:pPr>
        <w:rPr>
          <w:sz w:val="24"/>
          <w:szCs w:val="24"/>
        </w:rPr>
      </w:pPr>
      <w:r w:rsidRPr="00C9454D">
        <w:rPr>
          <w:sz w:val="24"/>
          <w:szCs w:val="24"/>
        </w:rPr>
        <w:t>“I planned a hundred times to come here. To High Haven.</w:t>
      </w:r>
      <w:r w:rsidRPr="00C9454D">
        <w:rPr>
          <w:sz w:val="24"/>
          <w:szCs w:val="24"/>
        </w:rPr>
        <w:br/>
        <w:t xml:space="preserve">To walk in and </w:t>
      </w:r>
      <w:r w:rsidRPr="00C9454D">
        <w:rPr>
          <w:i/>
          <w:iCs/>
          <w:sz w:val="24"/>
          <w:szCs w:val="24"/>
        </w:rPr>
        <w:t>take</w:t>
      </w:r>
      <w:r w:rsidRPr="00C9454D">
        <w:rPr>
          <w:sz w:val="24"/>
          <w:szCs w:val="24"/>
        </w:rPr>
        <w:t xml:space="preserve"> what I thought was mine.”</w:t>
      </w:r>
    </w:p>
    <w:p w14:paraId="58CACBF5" w14:textId="44330C88" w:rsidR="00F4241F" w:rsidRPr="00C9454D" w:rsidRDefault="00F4241F" w:rsidP="00C9454D">
      <w:pPr>
        <w:rPr>
          <w:sz w:val="24"/>
          <w:szCs w:val="24"/>
        </w:rPr>
      </w:pPr>
      <w:r w:rsidRPr="00C9454D">
        <w:rPr>
          <w:sz w:val="24"/>
          <w:szCs w:val="24"/>
        </w:rPr>
        <w:t>“I could’ve done it.</w:t>
      </w:r>
      <w:r w:rsidRPr="00C9454D">
        <w:rPr>
          <w:sz w:val="24"/>
          <w:szCs w:val="24"/>
        </w:rPr>
        <w:br/>
        <w:t>I know what you know.</w:t>
      </w:r>
      <w:r w:rsidRPr="00C9454D">
        <w:rPr>
          <w:sz w:val="24"/>
          <w:szCs w:val="24"/>
        </w:rPr>
        <w:br/>
        <w:t>With one letter, one cry, I could’ve forced his hand.</w:t>
      </w:r>
      <w:r w:rsidRPr="00C9454D">
        <w:rPr>
          <w:sz w:val="24"/>
          <w:szCs w:val="24"/>
        </w:rPr>
        <w:br/>
        <w:t>Played on his honor.</w:t>
      </w:r>
      <w:r w:rsidR="00EA61C5" w:rsidRPr="00C9454D">
        <w:rPr>
          <w:sz w:val="24"/>
          <w:szCs w:val="24"/>
        </w:rPr>
        <w:t xml:space="preserve"> </w:t>
      </w:r>
      <w:r w:rsidRPr="00C9454D">
        <w:rPr>
          <w:sz w:val="24"/>
          <w:szCs w:val="24"/>
        </w:rPr>
        <w:br/>
        <w:t>Reminded him of that night… of the vows before God.”</w:t>
      </w:r>
    </w:p>
    <w:p w14:paraId="76FF522A" w14:textId="77777777" w:rsidR="00F4241F" w:rsidRPr="00C9454D" w:rsidRDefault="00F4241F" w:rsidP="00C9454D">
      <w:pPr>
        <w:rPr>
          <w:sz w:val="24"/>
          <w:szCs w:val="24"/>
        </w:rPr>
      </w:pPr>
      <w:r w:rsidRPr="00C9454D">
        <w:rPr>
          <w:sz w:val="24"/>
          <w:szCs w:val="24"/>
        </w:rPr>
        <w:t>She turned her face then.</w:t>
      </w:r>
      <w:r w:rsidRPr="00C9454D">
        <w:rPr>
          <w:sz w:val="24"/>
          <w:szCs w:val="24"/>
        </w:rPr>
        <w:br/>
        <w:t>And finally looked at Abilene.</w:t>
      </w:r>
    </w:p>
    <w:p w14:paraId="3BFFFF22" w14:textId="77777777" w:rsidR="00F4241F" w:rsidRPr="00C9454D" w:rsidRDefault="00F4241F" w:rsidP="00C9454D">
      <w:pPr>
        <w:rPr>
          <w:sz w:val="24"/>
          <w:szCs w:val="24"/>
        </w:rPr>
      </w:pPr>
      <w:r w:rsidRPr="00C9454D">
        <w:rPr>
          <w:sz w:val="24"/>
          <w:szCs w:val="24"/>
        </w:rPr>
        <w:t>“But I didn’t.</w:t>
      </w:r>
      <w:r w:rsidRPr="00C9454D">
        <w:rPr>
          <w:sz w:val="24"/>
          <w:szCs w:val="24"/>
        </w:rPr>
        <w:br/>
        <w:t>Because he was already yours.</w:t>
      </w:r>
      <w:r w:rsidRPr="00C9454D">
        <w:rPr>
          <w:sz w:val="24"/>
          <w:szCs w:val="24"/>
        </w:rPr>
        <w:br/>
        <w:t>And I would not undo him like that.”</w:t>
      </w:r>
    </w:p>
    <w:p w14:paraId="66EB8827" w14:textId="77777777" w:rsidR="00F4241F" w:rsidRPr="00C9454D" w:rsidRDefault="00FE197F" w:rsidP="00C9454D">
      <w:pPr>
        <w:rPr>
          <w:sz w:val="24"/>
          <w:szCs w:val="24"/>
        </w:rPr>
      </w:pPr>
      <w:r>
        <w:rPr>
          <w:noProof/>
          <w:sz w:val="24"/>
          <w:szCs w:val="24"/>
        </w:rPr>
      </w:r>
      <w:r w:rsidR="00FE197F">
        <w:rPr>
          <w:noProof/>
          <w:sz w:val="24"/>
          <w:szCs w:val="24"/>
        </w:rPr>
        <w:pict w14:anchorId="477DE567">
          <v:rect id="_x0000_i1219" style="width:0;height:1.5pt" o:hralign="center" o:hrstd="t" o:hr="t" fillcolor="#a0a0a0" stroked="f"/>
        </w:pict>
      </w:r>
    </w:p>
    <w:p w14:paraId="74D320F9" w14:textId="77777777" w:rsidR="00F4241F" w:rsidRPr="00C9454D" w:rsidRDefault="00F4241F" w:rsidP="00C9454D">
      <w:pPr>
        <w:rPr>
          <w:sz w:val="24"/>
          <w:szCs w:val="24"/>
        </w:rPr>
      </w:pPr>
      <w:r w:rsidRPr="00C9454D">
        <w:rPr>
          <w:sz w:val="24"/>
          <w:szCs w:val="24"/>
        </w:rPr>
        <w:t>Abilene’s throat was tight.</w:t>
      </w:r>
    </w:p>
    <w:p w14:paraId="62A4E45F" w14:textId="77777777" w:rsidR="00F4241F" w:rsidRPr="00C9454D" w:rsidRDefault="00F4241F" w:rsidP="00C9454D">
      <w:pPr>
        <w:rPr>
          <w:sz w:val="24"/>
          <w:szCs w:val="24"/>
        </w:rPr>
      </w:pPr>
      <w:r w:rsidRPr="00C9454D">
        <w:rPr>
          <w:sz w:val="24"/>
          <w:szCs w:val="24"/>
        </w:rPr>
        <w:t>Vivienne looked back at the moon.</w:t>
      </w:r>
    </w:p>
    <w:p w14:paraId="6AD9EA59" w14:textId="77777777" w:rsidR="00F4241F" w:rsidRPr="00C9454D" w:rsidRDefault="00F4241F" w:rsidP="00C9454D">
      <w:pPr>
        <w:rPr>
          <w:sz w:val="24"/>
          <w:szCs w:val="24"/>
        </w:rPr>
      </w:pPr>
      <w:r w:rsidRPr="00C9454D">
        <w:rPr>
          <w:sz w:val="24"/>
          <w:szCs w:val="24"/>
        </w:rPr>
        <w:t>“I saw you once.</w:t>
      </w:r>
      <w:r w:rsidRPr="00C9454D">
        <w:rPr>
          <w:sz w:val="24"/>
          <w:szCs w:val="24"/>
        </w:rPr>
        <w:br/>
        <w:t>You didn’t know.</w:t>
      </w:r>
      <w:r w:rsidRPr="00C9454D">
        <w:rPr>
          <w:sz w:val="24"/>
          <w:szCs w:val="24"/>
        </w:rPr>
        <w:br/>
        <w:t xml:space="preserve">It was at that festival. The one in </w:t>
      </w:r>
      <w:proofErr w:type="spellStart"/>
      <w:r w:rsidRPr="00C9454D">
        <w:rPr>
          <w:sz w:val="24"/>
          <w:szCs w:val="24"/>
        </w:rPr>
        <w:t>Merrow</w:t>
      </w:r>
      <w:proofErr w:type="spellEnd"/>
      <w:r w:rsidRPr="00C9454D">
        <w:rPr>
          <w:sz w:val="24"/>
          <w:szCs w:val="24"/>
        </w:rPr>
        <w:t>.”</w:t>
      </w:r>
    </w:p>
    <w:p w14:paraId="4500505E" w14:textId="154AD2F9" w:rsidR="00F4241F" w:rsidRPr="00C9454D" w:rsidRDefault="00F4241F" w:rsidP="00C9454D">
      <w:pPr>
        <w:rPr>
          <w:sz w:val="24"/>
          <w:szCs w:val="24"/>
        </w:rPr>
      </w:pPr>
      <w:r w:rsidRPr="00C9454D">
        <w:rPr>
          <w:sz w:val="24"/>
          <w:szCs w:val="24"/>
        </w:rPr>
        <w:t>Abilene blinked. Slowly.</w:t>
      </w:r>
      <w:r w:rsidR="003A430F" w:rsidRPr="00C9454D">
        <w:rPr>
          <w:sz w:val="24"/>
          <w:szCs w:val="24"/>
        </w:rPr>
        <w:t xml:space="preserve"> </w:t>
      </w:r>
      <w:r w:rsidR="00341A27" w:rsidRPr="00C9454D">
        <w:rPr>
          <w:sz w:val="24"/>
          <w:szCs w:val="24"/>
        </w:rPr>
        <w:t>She remembered well.</w:t>
      </w:r>
    </w:p>
    <w:p w14:paraId="3817FFB0" w14:textId="77777777" w:rsidR="00F4241F" w:rsidRPr="00C9454D" w:rsidRDefault="00F4241F" w:rsidP="00C9454D">
      <w:pPr>
        <w:rPr>
          <w:sz w:val="24"/>
          <w:szCs w:val="24"/>
        </w:rPr>
      </w:pPr>
      <w:r w:rsidRPr="00C9454D">
        <w:rPr>
          <w:sz w:val="24"/>
          <w:szCs w:val="24"/>
        </w:rPr>
        <w:t>“You were building a water system nearby.</w:t>
      </w:r>
      <w:r w:rsidRPr="00C9454D">
        <w:rPr>
          <w:sz w:val="24"/>
          <w:szCs w:val="24"/>
        </w:rPr>
        <w:br/>
        <w:t>I was the royal sponsor. You never noticed.”</w:t>
      </w:r>
    </w:p>
    <w:p w14:paraId="0BB8DF1A" w14:textId="77777777" w:rsidR="00F4241F" w:rsidRPr="00C9454D" w:rsidRDefault="00F4241F" w:rsidP="00C9454D">
      <w:pPr>
        <w:rPr>
          <w:sz w:val="24"/>
          <w:szCs w:val="24"/>
        </w:rPr>
      </w:pPr>
      <w:r w:rsidRPr="00C9454D">
        <w:rPr>
          <w:sz w:val="24"/>
          <w:szCs w:val="24"/>
        </w:rPr>
        <w:t>Vivienne smiled faintly. Sad. Resigned.</w:t>
      </w:r>
    </w:p>
    <w:p w14:paraId="4E53ABF5" w14:textId="77777777" w:rsidR="00F4241F" w:rsidRPr="00C9454D" w:rsidRDefault="00F4241F" w:rsidP="00C9454D">
      <w:pPr>
        <w:rPr>
          <w:sz w:val="24"/>
          <w:szCs w:val="24"/>
        </w:rPr>
      </w:pPr>
      <w:r w:rsidRPr="00C9454D">
        <w:rPr>
          <w:sz w:val="24"/>
          <w:szCs w:val="24"/>
        </w:rPr>
        <w:t>“But I felt him before I saw him.</w:t>
      </w:r>
      <w:r w:rsidRPr="00C9454D">
        <w:rPr>
          <w:sz w:val="24"/>
          <w:szCs w:val="24"/>
        </w:rPr>
        <w:br/>
        <w:t>And then I heard it—his voice.</w:t>
      </w:r>
      <w:r w:rsidRPr="00C9454D">
        <w:rPr>
          <w:sz w:val="24"/>
          <w:szCs w:val="24"/>
        </w:rPr>
        <w:br/>
      </w:r>
      <w:r w:rsidRPr="00C9454D">
        <w:rPr>
          <w:i/>
          <w:iCs/>
          <w:sz w:val="24"/>
          <w:szCs w:val="24"/>
        </w:rPr>
        <w:t>‘Abilene, where are the children?’</w:t>
      </w:r>
      <w:r w:rsidRPr="00C9454D">
        <w:rPr>
          <w:sz w:val="24"/>
          <w:szCs w:val="24"/>
        </w:rPr>
        <w:t>”</w:t>
      </w:r>
    </w:p>
    <w:p w14:paraId="7AF8A2BA" w14:textId="77777777" w:rsidR="00F4241F" w:rsidRPr="00C9454D" w:rsidRDefault="00F4241F" w:rsidP="00C9454D">
      <w:pPr>
        <w:rPr>
          <w:sz w:val="24"/>
          <w:szCs w:val="24"/>
        </w:rPr>
      </w:pPr>
      <w:r w:rsidRPr="00C9454D">
        <w:rPr>
          <w:sz w:val="24"/>
          <w:szCs w:val="24"/>
        </w:rPr>
        <w:t>She exhaled. Closed her eyes.</w:t>
      </w:r>
    </w:p>
    <w:p w14:paraId="2F87B9C6" w14:textId="77777777" w:rsidR="00F4241F" w:rsidRPr="00C9454D" w:rsidRDefault="00F4241F" w:rsidP="00C9454D">
      <w:pPr>
        <w:rPr>
          <w:sz w:val="24"/>
          <w:szCs w:val="24"/>
        </w:rPr>
      </w:pPr>
      <w:r w:rsidRPr="00C9454D">
        <w:rPr>
          <w:sz w:val="24"/>
          <w:szCs w:val="24"/>
        </w:rPr>
        <w:t>“I hid. I dove for cover like a criminal.</w:t>
      </w:r>
      <w:r w:rsidRPr="00C9454D">
        <w:rPr>
          <w:sz w:val="24"/>
          <w:szCs w:val="24"/>
        </w:rPr>
        <w:br/>
        <w:t>I spent the whole night trailing you like a ghost.</w:t>
      </w:r>
      <w:r w:rsidRPr="00C9454D">
        <w:rPr>
          <w:sz w:val="24"/>
          <w:szCs w:val="24"/>
        </w:rPr>
        <w:br/>
        <w:t>Behind booths. Trees. Even a jester.”</w:t>
      </w:r>
    </w:p>
    <w:p w14:paraId="04EEB2AE" w14:textId="77777777" w:rsidR="00F4241F" w:rsidRPr="00C9454D" w:rsidRDefault="00F4241F" w:rsidP="00C9454D">
      <w:pPr>
        <w:rPr>
          <w:sz w:val="24"/>
          <w:szCs w:val="24"/>
        </w:rPr>
      </w:pPr>
      <w:r w:rsidRPr="00C9454D">
        <w:rPr>
          <w:sz w:val="24"/>
          <w:szCs w:val="24"/>
        </w:rPr>
        <w:t>“I watched him laugh.</w:t>
      </w:r>
      <w:r w:rsidRPr="00C9454D">
        <w:rPr>
          <w:sz w:val="24"/>
          <w:szCs w:val="24"/>
        </w:rPr>
        <w:br/>
        <w:t>Watched him lift Helena.</w:t>
      </w:r>
      <w:r w:rsidRPr="00C9454D">
        <w:rPr>
          <w:sz w:val="24"/>
          <w:szCs w:val="24"/>
        </w:rPr>
        <w:br/>
        <w:t>Watched him… be happy.”</w:t>
      </w:r>
    </w:p>
    <w:p w14:paraId="54497734" w14:textId="77777777" w:rsidR="00F4241F" w:rsidRPr="00C9454D" w:rsidRDefault="00F4241F" w:rsidP="00C9454D">
      <w:pPr>
        <w:rPr>
          <w:sz w:val="24"/>
          <w:szCs w:val="24"/>
        </w:rPr>
      </w:pPr>
      <w:r w:rsidRPr="00C9454D">
        <w:rPr>
          <w:sz w:val="24"/>
          <w:szCs w:val="24"/>
        </w:rPr>
        <w:t>Her voice cracked.</w:t>
      </w:r>
    </w:p>
    <w:p w14:paraId="216EF65C" w14:textId="77777777" w:rsidR="00F4241F" w:rsidRPr="00C9454D" w:rsidRDefault="00F4241F" w:rsidP="00C9454D">
      <w:pPr>
        <w:rPr>
          <w:sz w:val="24"/>
          <w:szCs w:val="24"/>
        </w:rPr>
      </w:pPr>
      <w:r w:rsidRPr="00C9454D">
        <w:rPr>
          <w:sz w:val="24"/>
          <w:szCs w:val="24"/>
        </w:rPr>
        <w:t>“And I realized…</w:t>
      </w:r>
      <w:r w:rsidRPr="00C9454D">
        <w:rPr>
          <w:sz w:val="24"/>
          <w:szCs w:val="24"/>
        </w:rPr>
        <w:br/>
        <w:t>I’d only ever seen that version of him once.</w:t>
      </w:r>
      <w:r w:rsidRPr="00C9454D">
        <w:rPr>
          <w:sz w:val="24"/>
          <w:szCs w:val="24"/>
        </w:rPr>
        <w:br/>
        <w:t>The night he was mine.”</w:t>
      </w:r>
    </w:p>
    <w:p w14:paraId="38EDF38D" w14:textId="77777777" w:rsidR="00F4241F" w:rsidRPr="00C9454D" w:rsidRDefault="00FE197F" w:rsidP="00C9454D">
      <w:pPr>
        <w:rPr>
          <w:sz w:val="24"/>
          <w:szCs w:val="24"/>
        </w:rPr>
      </w:pPr>
      <w:r>
        <w:rPr>
          <w:noProof/>
          <w:sz w:val="24"/>
          <w:szCs w:val="24"/>
        </w:rPr>
      </w:r>
      <w:r w:rsidR="00FE197F">
        <w:rPr>
          <w:noProof/>
          <w:sz w:val="24"/>
          <w:szCs w:val="24"/>
        </w:rPr>
        <w:pict w14:anchorId="43D684BF">
          <v:rect id="_x0000_i1220" style="width:0;height:1.5pt" o:hralign="center" o:hrstd="t" o:hr="t" fillcolor="#a0a0a0" stroked="f"/>
        </w:pict>
      </w:r>
    </w:p>
    <w:p w14:paraId="1BA530AE" w14:textId="77777777" w:rsidR="00F4241F" w:rsidRPr="00C9454D" w:rsidRDefault="00F4241F" w:rsidP="00C9454D">
      <w:pPr>
        <w:rPr>
          <w:sz w:val="24"/>
          <w:szCs w:val="24"/>
        </w:rPr>
      </w:pPr>
      <w:r w:rsidRPr="00C9454D">
        <w:rPr>
          <w:sz w:val="24"/>
          <w:szCs w:val="24"/>
        </w:rPr>
        <w:t>Abilene reached out. Took her hand.</w:t>
      </w:r>
    </w:p>
    <w:p w14:paraId="2B494F7D" w14:textId="77777777" w:rsidR="00F4241F" w:rsidRPr="00C9454D" w:rsidRDefault="00F4241F" w:rsidP="00C9454D">
      <w:pPr>
        <w:rPr>
          <w:sz w:val="24"/>
          <w:szCs w:val="24"/>
        </w:rPr>
      </w:pPr>
      <w:r w:rsidRPr="00C9454D">
        <w:rPr>
          <w:sz w:val="24"/>
          <w:szCs w:val="24"/>
        </w:rPr>
        <w:t>Vivienne didn’t pull away.</w:t>
      </w:r>
    </w:p>
    <w:p w14:paraId="367B44CE" w14:textId="77777777" w:rsidR="00F4241F" w:rsidRPr="00C9454D" w:rsidRDefault="00F4241F" w:rsidP="00C9454D">
      <w:pPr>
        <w:rPr>
          <w:sz w:val="24"/>
          <w:szCs w:val="24"/>
        </w:rPr>
      </w:pPr>
      <w:r w:rsidRPr="00C9454D">
        <w:rPr>
          <w:sz w:val="24"/>
          <w:szCs w:val="24"/>
        </w:rPr>
        <w:t>“He lost happiness for years, Abilene.</w:t>
      </w:r>
      <w:r w:rsidRPr="00C9454D">
        <w:rPr>
          <w:sz w:val="24"/>
          <w:szCs w:val="24"/>
        </w:rPr>
        <w:br/>
        <w:t>In the service. In the court. In the masks.”</w:t>
      </w:r>
    </w:p>
    <w:p w14:paraId="320B56DF" w14:textId="77777777" w:rsidR="00F4241F" w:rsidRPr="00C9454D" w:rsidRDefault="00F4241F" w:rsidP="00C9454D">
      <w:pPr>
        <w:rPr>
          <w:sz w:val="24"/>
          <w:szCs w:val="24"/>
        </w:rPr>
      </w:pPr>
      <w:r w:rsidRPr="00C9454D">
        <w:rPr>
          <w:sz w:val="24"/>
          <w:szCs w:val="24"/>
        </w:rPr>
        <w:t>She looked at her now. Fully.</w:t>
      </w:r>
    </w:p>
    <w:p w14:paraId="78108026" w14:textId="77777777" w:rsidR="00F4241F" w:rsidRPr="00C9454D" w:rsidRDefault="00F4241F" w:rsidP="00C9454D">
      <w:pPr>
        <w:rPr>
          <w:sz w:val="24"/>
          <w:szCs w:val="24"/>
        </w:rPr>
      </w:pPr>
      <w:r w:rsidRPr="00C9454D">
        <w:rPr>
          <w:sz w:val="24"/>
          <w:szCs w:val="24"/>
        </w:rPr>
        <w:t>“But you gave it back to him.</w:t>
      </w:r>
      <w:r w:rsidRPr="00C9454D">
        <w:rPr>
          <w:sz w:val="24"/>
          <w:szCs w:val="24"/>
        </w:rPr>
        <w:br/>
        <w:t>And I could never hate that.”</w:t>
      </w:r>
    </w:p>
    <w:p w14:paraId="2C113B86" w14:textId="77777777" w:rsidR="00F4241F" w:rsidRPr="00C9454D" w:rsidRDefault="00FE197F" w:rsidP="00C9454D">
      <w:pPr>
        <w:rPr>
          <w:sz w:val="24"/>
          <w:szCs w:val="24"/>
        </w:rPr>
      </w:pPr>
      <w:r>
        <w:rPr>
          <w:noProof/>
          <w:sz w:val="24"/>
          <w:szCs w:val="24"/>
        </w:rPr>
      </w:r>
      <w:r w:rsidR="00FE197F">
        <w:rPr>
          <w:noProof/>
          <w:sz w:val="24"/>
          <w:szCs w:val="24"/>
        </w:rPr>
        <w:pict w14:anchorId="17AF758C">
          <v:rect id="_x0000_i1221" style="width:0;height:1.5pt" o:hralign="center" o:hrstd="t" o:hr="t" fillcolor="#a0a0a0" stroked="f"/>
        </w:pict>
      </w:r>
    </w:p>
    <w:p w14:paraId="2C255820" w14:textId="77777777" w:rsidR="00F4241F" w:rsidRPr="00C9454D" w:rsidRDefault="00F4241F" w:rsidP="00C9454D">
      <w:pPr>
        <w:rPr>
          <w:sz w:val="24"/>
          <w:szCs w:val="24"/>
        </w:rPr>
      </w:pPr>
      <w:r w:rsidRPr="00C9454D">
        <w:rPr>
          <w:sz w:val="24"/>
          <w:szCs w:val="24"/>
        </w:rPr>
        <w:t>Silence.</w:t>
      </w:r>
    </w:p>
    <w:p w14:paraId="2FB2924D" w14:textId="77777777" w:rsidR="00F4241F" w:rsidRPr="00C9454D" w:rsidRDefault="00F4241F" w:rsidP="00C9454D">
      <w:pPr>
        <w:rPr>
          <w:sz w:val="24"/>
          <w:szCs w:val="24"/>
        </w:rPr>
      </w:pPr>
      <w:r w:rsidRPr="00C9454D">
        <w:rPr>
          <w:sz w:val="24"/>
          <w:szCs w:val="24"/>
        </w:rPr>
        <w:t>Then, from Abilene:</w:t>
      </w:r>
    </w:p>
    <w:p w14:paraId="70A3632B" w14:textId="77777777" w:rsidR="00F4241F" w:rsidRPr="00C9454D" w:rsidRDefault="00F4241F" w:rsidP="00C9454D">
      <w:pPr>
        <w:rPr>
          <w:sz w:val="24"/>
          <w:szCs w:val="24"/>
        </w:rPr>
      </w:pPr>
      <w:r w:rsidRPr="00C9454D">
        <w:rPr>
          <w:sz w:val="24"/>
          <w:szCs w:val="24"/>
        </w:rPr>
        <w:t>“I was terrified of you.”</w:t>
      </w:r>
    </w:p>
    <w:p w14:paraId="47206899" w14:textId="77777777" w:rsidR="00F4241F" w:rsidRPr="00C9454D" w:rsidRDefault="00F4241F" w:rsidP="00C9454D">
      <w:pPr>
        <w:rPr>
          <w:sz w:val="24"/>
          <w:szCs w:val="24"/>
        </w:rPr>
      </w:pPr>
      <w:r w:rsidRPr="00C9454D">
        <w:rPr>
          <w:sz w:val="24"/>
          <w:szCs w:val="24"/>
        </w:rPr>
        <w:t>Vivienne blinked.</w:t>
      </w:r>
    </w:p>
    <w:p w14:paraId="415998B6" w14:textId="77777777" w:rsidR="00F4241F" w:rsidRPr="00C9454D" w:rsidRDefault="00F4241F" w:rsidP="00C9454D">
      <w:pPr>
        <w:rPr>
          <w:sz w:val="24"/>
          <w:szCs w:val="24"/>
        </w:rPr>
      </w:pPr>
      <w:r w:rsidRPr="00C9454D">
        <w:rPr>
          <w:sz w:val="24"/>
          <w:szCs w:val="24"/>
        </w:rPr>
        <w:t>Abilene smiled sadly.</w:t>
      </w:r>
    </w:p>
    <w:p w14:paraId="254463DF" w14:textId="77777777" w:rsidR="00F4241F" w:rsidRPr="00C9454D" w:rsidRDefault="00F4241F" w:rsidP="00C9454D">
      <w:pPr>
        <w:rPr>
          <w:sz w:val="24"/>
          <w:szCs w:val="24"/>
        </w:rPr>
      </w:pPr>
      <w:r w:rsidRPr="00C9454D">
        <w:rPr>
          <w:sz w:val="24"/>
          <w:szCs w:val="24"/>
        </w:rPr>
        <w:t>“I’d imagined you a thousand ways.</w:t>
      </w:r>
      <w:r w:rsidRPr="00C9454D">
        <w:rPr>
          <w:sz w:val="24"/>
          <w:szCs w:val="24"/>
        </w:rPr>
        <w:br/>
        <w:t>Too beautiful. Too perfect.</w:t>
      </w:r>
      <w:r w:rsidRPr="00C9454D">
        <w:rPr>
          <w:sz w:val="24"/>
          <w:szCs w:val="24"/>
        </w:rPr>
        <w:br/>
        <w:t>Too loved by him to ever match.</w:t>
      </w:r>
      <w:r w:rsidRPr="00C9454D">
        <w:rPr>
          <w:sz w:val="24"/>
          <w:szCs w:val="24"/>
        </w:rPr>
        <w:br/>
        <w:t>And now you’re here.</w:t>
      </w:r>
      <w:r w:rsidRPr="00C9454D">
        <w:rPr>
          <w:sz w:val="24"/>
          <w:szCs w:val="24"/>
        </w:rPr>
        <w:br/>
        <w:t>And I see… you were all those things.”</w:t>
      </w:r>
    </w:p>
    <w:p w14:paraId="4BB82F1D" w14:textId="77777777" w:rsidR="00F4241F" w:rsidRPr="00C9454D" w:rsidRDefault="00F4241F" w:rsidP="00C9454D">
      <w:pPr>
        <w:rPr>
          <w:sz w:val="24"/>
          <w:szCs w:val="24"/>
        </w:rPr>
      </w:pPr>
      <w:r w:rsidRPr="00C9454D">
        <w:rPr>
          <w:sz w:val="24"/>
          <w:szCs w:val="24"/>
        </w:rPr>
        <w:t>She tightened her grip.</w:t>
      </w:r>
    </w:p>
    <w:p w14:paraId="73F441DA" w14:textId="77777777" w:rsidR="00F4241F" w:rsidRPr="00C9454D" w:rsidRDefault="00F4241F" w:rsidP="00C9454D">
      <w:pPr>
        <w:rPr>
          <w:sz w:val="24"/>
          <w:szCs w:val="24"/>
        </w:rPr>
      </w:pPr>
      <w:r w:rsidRPr="00C9454D">
        <w:rPr>
          <w:sz w:val="24"/>
          <w:szCs w:val="24"/>
        </w:rPr>
        <w:t>“And still, you never took him.”</w:t>
      </w:r>
    </w:p>
    <w:p w14:paraId="7C8F2B9F" w14:textId="77777777" w:rsidR="00F4241F" w:rsidRPr="00C9454D" w:rsidRDefault="00FE197F" w:rsidP="00C9454D">
      <w:pPr>
        <w:rPr>
          <w:sz w:val="24"/>
          <w:szCs w:val="24"/>
        </w:rPr>
      </w:pPr>
      <w:r>
        <w:rPr>
          <w:noProof/>
          <w:sz w:val="24"/>
          <w:szCs w:val="24"/>
        </w:rPr>
      </w:r>
      <w:r w:rsidR="00FE197F">
        <w:rPr>
          <w:noProof/>
          <w:sz w:val="24"/>
          <w:szCs w:val="24"/>
        </w:rPr>
        <w:pict w14:anchorId="413D2D63">
          <v:rect id="_x0000_i1222" style="width:0;height:1.5pt" o:hralign="center" o:hrstd="t" o:hr="t" fillcolor="#a0a0a0" stroked="f"/>
        </w:pict>
      </w:r>
    </w:p>
    <w:p w14:paraId="1B897477" w14:textId="77777777" w:rsidR="00F4241F" w:rsidRPr="00C9454D" w:rsidRDefault="00F4241F" w:rsidP="00C9454D">
      <w:pPr>
        <w:rPr>
          <w:sz w:val="24"/>
          <w:szCs w:val="24"/>
        </w:rPr>
      </w:pPr>
      <w:r w:rsidRPr="00C9454D">
        <w:rPr>
          <w:sz w:val="24"/>
          <w:szCs w:val="24"/>
        </w:rPr>
        <w:t>Vivienne’s eyes shimmered.</w:t>
      </w:r>
    </w:p>
    <w:p w14:paraId="0345BCE5" w14:textId="77777777" w:rsidR="00F4241F" w:rsidRPr="00C9454D" w:rsidRDefault="00F4241F" w:rsidP="00C9454D">
      <w:pPr>
        <w:rPr>
          <w:sz w:val="24"/>
          <w:szCs w:val="24"/>
        </w:rPr>
      </w:pPr>
      <w:r w:rsidRPr="00C9454D">
        <w:rPr>
          <w:sz w:val="24"/>
          <w:szCs w:val="24"/>
        </w:rPr>
        <w:t>“I took nothing.</w:t>
      </w:r>
      <w:r w:rsidRPr="00C9454D">
        <w:rPr>
          <w:sz w:val="24"/>
          <w:szCs w:val="24"/>
        </w:rPr>
        <w:br/>
        <w:t>But I carried everything.”</w:t>
      </w:r>
    </w:p>
    <w:p w14:paraId="256C517E" w14:textId="77777777" w:rsidR="00F4241F" w:rsidRPr="00C9454D" w:rsidRDefault="00F4241F" w:rsidP="00C9454D">
      <w:pPr>
        <w:rPr>
          <w:sz w:val="24"/>
          <w:szCs w:val="24"/>
        </w:rPr>
      </w:pPr>
      <w:r w:rsidRPr="00C9454D">
        <w:rPr>
          <w:sz w:val="24"/>
          <w:szCs w:val="24"/>
        </w:rPr>
        <w:t>Abilene nodded.</w:t>
      </w:r>
    </w:p>
    <w:p w14:paraId="477F205F" w14:textId="77777777" w:rsidR="00F4241F" w:rsidRPr="00C9454D" w:rsidRDefault="00F4241F" w:rsidP="00C9454D">
      <w:pPr>
        <w:rPr>
          <w:sz w:val="24"/>
          <w:szCs w:val="24"/>
        </w:rPr>
      </w:pPr>
      <w:r w:rsidRPr="00C9454D">
        <w:rPr>
          <w:sz w:val="24"/>
          <w:szCs w:val="24"/>
        </w:rPr>
        <w:t>And then, through tears, she whispered:</w:t>
      </w:r>
    </w:p>
    <w:p w14:paraId="7309C5EF" w14:textId="77777777" w:rsidR="00F4241F" w:rsidRPr="00C9454D" w:rsidRDefault="00F4241F" w:rsidP="00C9454D">
      <w:pPr>
        <w:rPr>
          <w:sz w:val="24"/>
          <w:szCs w:val="24"/>
        </w:rPr>
      </w:pPr>
      <w:r w:rsidRPr="00C9454D">
        <w:rPr>
          <w:sz w:val="24"/>
          <w:szCs w:val="24"/>
        </w:rPr>
        <w:t>“I think I love you for it.”</w:t>
      </w:r>
    </w:p>
    <w:p w14:paraId="58FB5177" w14:textId="77777777" w:rsidR="00F4241F" w:rsidRPr="00C9454D" w:rsidRDefault="00FE197F" w:rsidP="00C9454D">
      <w:pPr>
        <w:rPr>
          <w:sz w:val="24"/>
          <w:szCs w:val="24"/>
        </w:rPr>
      </w:pPr>
      <w:r>
        <w:rPr>
          <w:noProof/>
          <w:sz w:val="24"/>
          <w:szCs w:val="24"/>
        </w:rPr>
      </w:r>
      <w:r w:rsidR="00FE197F">
        <w:rPr>
          <w:noProof/>
          <w:sz w:val="24"/>
          <w:szCs w:val="24"/>
        </w:rPr>
        <w:pict w14:anchorId="63030B46">
          <v:rect id="_x0000_i1223" style="width:0;height:1.5pt" o:hralign="center" o:hrstd="t" o:hr="t" fillcolor="#a0a0a0" stroked="f"/>
        </w:pict>
      </w:r>
    </w:p>
    <w:p w14:paraId="3C7134F2" w14:textId="39B98217" w:rsidR="00F4241F" w:rsidRPr="00C9454D" w:rsidRDefault="00F4241F" w:rsidP="00C9454D">
      <w:pPr>
        <w:rPr>
          <w:sz w:val="24"/>
          <w:szCs w:val="24"/>
        </w:rPr>
      </w:pPr>
      <w:r w:rsidRPr="00C9454D">
        <w:rPr>
          <w:sz w:val="24"/>
          <w:szCs w:val="24"/>
        </w:rPr>
        <w:t>And in that moment,</w:t>
      </w:r>
      <w:r w:rsidRPr="00C9454D">
        <w:rPr>
          <w:sz w:val="24"/>
          <w:szCs w:val="24"/>
        </w:rPr>
        <w:br/>
        <w:t>two women</w:t>
      </w:r>
      <w:r w:rsidR="00082C03" w:rsidRPr="00C9454D">
        <w:rPr>
          <w:sz w:val="24"/>
          <w:szCs w:val="24"/>
        </w:rPr>
        <w:t xml:space="preserve"> understood</w:t>
      </w:r>
      <w:r w:rsidR="0009564F" w:rsidRPr="00C9454D">
        <w:rPr>
          <w:sz w:val="24"/>
          <w:szCs w:val="24"/>
        </w:rPr>
        <w:t>,</w:t>
      </w:r>
      <w:r w:rsidRPr="00C9454D">
        <w:rPr>
          <w:sz w:val="24"/>
          <w:szCs w:val="24"/>
        </w:rPr>
        <w:br/>
      </w:r>
      <w:r w:rsidR="005E2CA0" w:rsidRPr="00C9454D">
        <w:rPr>
          <w:sz w:val="24"/>
          <w:szCs w:val="24"/>
        </w:rPr>
        <w:t xml:space="preserve">they </w:t>
      </w:r>
      <w:r w:rsidRPr="00C9454D">
        <w:rPr>
          <w:sz w:val="24"/>
          <w:szCs w:val="24"/>
        </w:rPr>
        <w:t>had loved the same man</w:t>
      </w:r>
      <w:r w:rsidRPr="00C9454D">
        <w:rPr>
          <w:sz w:val="24"/>
          <w:szCs w:val="24"/>
        </w:rPr>
        <w:br/>
        <w:t>for two different reasons</w:t>
      </w:r>
      <w:r w:rsidRPr="00C9454D">
        <w:rPr>
          <w:sz w:val="24"/>
          <w:szCs w:val="24"/>
        </w:rPr>
        <w:br/>
        <w:t>at two different</w:t>
      </w:r>
      <w:r w:rsidR="00DD4C26" w:rsidRPr="00C9454D">
        <w:rPr>
          <w:sz w:val="24"/>
          <w:szCs w:val="24"/>
        </w:rPr>
        <w:t xml:space="preserve"> </w:t>
      </w:r>
      <w:r w:rsidR="00E00EA3" w:rsidRPr="00C9454D">
        <w:rPr>
          <w:sz w:val="24"/>
          <w:szCs w:val="24"/>
        </w:rPr>
        <w:t>times.</w:t>
      </w:r>
    </w:p>
    <w:p w14:paraId="5E55EE84" w14:textId="77777777" w:rsidR="005E2CA0" w:rsidRPr="00C9454D" w:rsidRDefault="005E2CA0" w:rsidP="00C9454D">
      <w:pPr>
        <w:rPr>
          <w:sz w:val="24"/>
          <w:szCs w:val="24"/>
        </w:rPr>
      </w:pPr>
    </w:p>
    <w:p w14:paraId="17BC205A" w14:textId="2EBCA8E6" w:rsidR="00F9023B" w:rsidRPr="00C9454D" w:rsidRDefault="0082653F" w:rsidP="00C9454D">
      <w:pPr>
        <w:rPr>
          <w:sz w:val="24"/>
          <w:szCs w:val="24"/>
        </w:rPr>
      </w:pPr>
      <w:r w:rsidRPr="00C9454D">
        <w:rPr>
          <w:sz w:val="24"/>
          <w:szCs w:val="24"/>
        </w:rPr>
        <w:t>That night</w:t>
      </w:r>
      <w:r w:rsidR="00AB3DAA" w:rsidRPr="00C9454D">
        <w:rPr>
          <w:sz w:val="24"/>
          <w:szCs w:val="24"/>
        </w:rPr>
        <w:t xml:space="preserve">.  </w:t>
      </w:r>
      <w:r w:rsidR="00F9023B" w:rsidRPr="00C9454D">
        <w:rPr>
          <w:sz w:val="24"/>
          <w:szCs w:val="24"/>
        </w:rPr>
        <w:t>The fire crackled low.</w:t>
      </w:r>
    </w:p>
    <w:p w14:paraId="2731DCE9" w14:textId="77777777" w:rsidR="00F9023B" w:rsidRPr="00C9454D" w:rsidRDefault="00F9023B" w:rsidP="00C9454D">
      <w:pPr>
        <w:rPr>
          <w:sz w:val="24"/>
          <w:szCs w:val="24"/>
        </w:rPr>
      </w:pPr>
      <w:r w:rsidRPr="00C9454D">
        <w:rPr>
          <w:sz w:val="24"/>
          <w:szCs w:val="24"/>
        </w:rPr>
        <w:t>It was late—later than two women their age had any business being awake, let alone drinking.</w:t>
      </w:r>
    </w:p>
    <w:p w14:paraId="3EF4A3AC" w14:textId="77777777" w:rsidR="00F9023B" w:rsidRPr="00C9454D" w:rsidRDefault="00F9023B" w:rsidP="00C9454D">
      <w:pPr>
        <w:rPr>
          <w:sz w:val="24"/>
          <w:szCs w:val="24"/>
        </w:rPr>
      </w:pPr>
      <w:r w:rsidRPr="00C9454D">
        <w:rPr>
          <w:sz w:val="24"/>
          <w:szCs w:val="24"/>
        </w:rPr>
        <w:t>The jug of spiced apple wine had been a gift. Forgotten in the cellar. A small miracle unearthed while they rearranged Guy’s old journals.</w:t>
      </w:r>
    </w:p>
    <w:p w14:paraId="4A37CCD5" w14:textId="77777777" w:rsidR="00F9023B" w:rsidRPr="00C9454D" w:rsidRDefault="00F9023B" w:rsidP="00C9454D">
      <w:pPr>
        <w:rPr>
          <w:sz w:val="24"/>
          <w:szCs w:val="24"/>
        </w:rPr>
      </w:pPr>
      <w:r w:rsidRPr="00C9454D">
        <w:rPr>
          <w:sz w:val="24"/>
          <w:szCs w:val="24"/>
        </w:rPr>
        <w:t>“He hid everything,” Abilene muttered.</w:t>
      </w:r>
    </w:p>
    <w:p w14:paraId="59B9EEEE" w14:textId="77777777" w:rsidR="00F9023B" w:rsidRPr="00C9454D" w:rsidRDefault="00F9023B" w:rsidP="00C9454D">
      <w:pPr>
        <w:rPr>
          <w:sz w:val="24"/>
          <w:szCs w:val="24"/>
        </w:rPr>
      </w:pPr>
      <w:r w:rsidRPr="00C9454D">
        <w:rPr>
          <w:sz w:val="24"/>
          <w:szCs w:val="24"/>
        </w:rPr>
        <w:t>Vivienne chuckled. “He thought silence was the same as honor.”</w:t>
      </w:r>
    </w:p>
    <w:p w14:paraId="4D0FFB59" w14:textId="77777777" w:rsidR="00F9023B" w:rsidRPr="00C9454D" w:rsidRDefault="00F9023B" w:rsidP="00C9454D">
      <w:pPr>
        <w:rPr>
          <w:sz w:val="24"/>
          <w:szCs w:val="24"/>
        </w:rPr>
      </w:pPr>
      <w:r w:rsidRPr="00C9454D">
        <w:rPr>
          <w:sz w:val="24"/>
          <w:szCs w:val="24"/>
        </w:rPr>
        <w:t>“He thought wrong.”</w:t>
      </w:r>
    </w:p>
    <w:p w14:paraId="792A6BD5" w14:textId="77777777" w:rsidR="00F9023B" w:rsidRPr="00C9454D" w:rsidRDefault="00F9023B" w:rsidP="00C9454D">
      <w:pPr>
        <w:rPr>
          <w:sz w:val="24"/>
          <w:szCs w:val="24"/>
        </w:rPr>
      </w:pPr>
      <w:r w:rsidRPr="00C9454D">
        <w:rPr>
          <w:sz w:val="24"/>
          <w:szCs w:val="24"/>
        </w:rPr>
        <w:t>Abilene raised the jug. Studied its weight. Then, eyes glinting with something between reverence and rebellion, she stood.</w:t>
      </w:r>
    </w:p>
    <w:p w14:paraId="6B77B6CC" w14:textId="77777777" w:rsidR="00F9023B" w:rsidRPr="00C9454D" w:rsidRDefault="00FE197F" w:rsidP="00C9454D">
      <w:pPr>
        <w:rPr>
          <w:sz w:val="24"/>
          <w:szCs w:val="24"/>
        </w:rPr>
      </w:pPr>
      <w:r>
        <w:rPr>
          <w:noProof/>
          <w:sz w:val="24"/>
          <w:szCs w:val="24"/>
        </w:rPr>
      </w:r>
      <w:r w:rsidR="00FE197F">
        <w:rPr>
          <w:noProof/>
          <w:sz w:val="24"/>
          <w:szCs w:val="24"/>
        </w:rPr>
        <w:pict w14:anchorId="2AF349AC">
          <v:rect id="_x0000_i1224" style="width:0;height:1.5pt" o:hralign="center" o:hrstd="t" o:hr="t" fillcolor="#a0a0a0" stroked="f"/>
        </w:pict>
      </w:r>
    </w:p>
    <w:p w14:paraId="6AACAA04" w14:textId="6960A596" w:rsidR="00F9023B" w:rsidRPr="00C9454D" w:rsidRDefault="00F9023B" w:rsidP="00C9454D">
      <w:pPr>
        <w:rPr>
          <w:sz w:val="24"/>
          <w:szCs w:val="24"/>
        </w:rPr>
      </w:pPr>
      <w:r w:rsidRPr="00C9454D">
        <w:rPr>
          <w:sz w:val="24"/>
          <w:szCs w:val="24"/>
        </w:rPr>
        <w:t xml:space="preserve">“On behalf of Sir Knight Guy </w:t>
      </w:r>
      <w:r w:rsidR="00DD1FF5" w:rsidRPr="00C9454D">
        <w:rPr>
          <w:sz w:val="24"/>
          <w:szCs w:val="24"/>
        </w:rPr>
        <w:t xml:space="preserve">de </w:t>
      </w:r>
      <w:proofErr w:type="spellStart"/>
      <w:r w:rsidRPr="00C9454D">
        <w:rPr>
          <w:sz w:val="24"/>
          <w:szCs w:val="24"/>
        </w:rPr>
        <w:t>Peine</w:t>
      </w:r>
      <w:proofErr w:type="spellEnd"/>
      <w:r w:rsidR="00150C84" w:rsidRPr="00C9454D">
        <w:rPr>
          <w:sz w:val="24"/>
          <w:szCs w:val="24"/>
        </w:rPr>
        <w:t xml:space="preserve"> and the women he loved</w:t>
      </w:r>
      <w:r w:rsidRPr="00C9454D">
        <w:rPr>
          <w:sz w:val="24"/>
          <w:szCs w:val="24"/>
        </w:rPr>
        <w:t>,” she said</w:t>
      </w:r>
      <w:r w:rsidR="00941E38" w:rsidRPr="00C9454D">
        <w:rPr>
          <w:sz w:val="24"/>
          <w:szCs w:val="24"/>
        </w:rPr>
        <w:t xml:space="preserve"> </w:t>
      </w:r>
      <w:r w:rsidR="00F45027" w:rsidRPr="00C9454D">
        <w:rPr>
          <w:sz w:val="24"/>
          <w:szCs w:val="24"/>
        </w:rPr>
        <w:t xml:space="preserve">mischievously </w:t>
      </w:r>
      <w:r w:rsidRPr="00C9454D">
        <w:rPr>
          <w:sz w:val="24"/>
          <w:szCs w:val="24"/>
        </w:rPr>
        <w:t>, voice clear.</w:t>
      </w:r>
    </w:p>
    <w:p w14:paraId="7D0349AB" w14:textId="77777777" w:rsidR="00F9023B" w:rsidRPr="00C9454D" w:rsidRDefault="00F9023B" w:rsidP="00C9454D">
      <w:pPr>
        <w:rPr>
          <w:sz w:val="24"/>
          <w:szCs w:val="24"/>
        </w:rPr>
      </w:pPr>
      <w:r w:rsidRPr="00C9454D">
        <w:rPr>
          <w:sz w:val="24"/>
          <w:szCs w:val="24"/>
        </w:rPr>
        <w:t>Vivienne looked up, smiling into her cup.</w:t>
      </w:r>
    </w:p>
    <w:p w14:paraId="022E2CBF" w14:textId="539D72B1" w:rsidR="00F9023B" w:rsidRPr="00C9454D" w:rsidRDefault="00F9023B" w:rsidP="00C9454D">
      <w:pPr>
        <w:rPr>
          <w:sz w:val="24"/>
          <w:szCs w:val="24"/>
        </w:rPr>
      </w:pPr>
      <w:r w:rsidRPr="00C9454D">
        <w:rPr>
          <w:sz w:val="24"/>
          <w:szCs w:val="24"/>
        </w:rPr>
        <w:t>“</w:t>
      </w:r>
      <w:r w:rsidR="00260BA1" w:rsidRPr="00C9454D">
        <w:rPr>
          <w:sz w:val="24"/>
          <w:szCs w:val="24"/>
        </w:rPr>
        <w:t>And to</w:t>
      </w:r>
      <w:r w:rsidRPr="00C9454D">
        <w:rPr>
          <w:sz w:val="24"/>
          <w:szCs w:val="24"/>
        </w:rPr>
        <w:t xml:space="preserve"> two old dames who loved him—no more, no less than the other.”</w:t>
      </w:r>
    </w:p>
    <w:p w14:paraId="4077462C" w14:textId="77777777" w:rsidR="00F9023B" w:rsidRPr="00C9454D" w:rsidRDefault="00F9023B" w:rsidP="00C9454D">
      <w:pPr>
        <w:rPr>
          <w:sz w:val="24"/>
          <w:szCs w:val="24"/>
        </w:rPr>
      </w:pPr>
      <w:r w:rsidRPr="00C9454D">
        <w:rPr>
          <w:sz w:val="24"/>
          <w:szCs w:val="24"/>
        </w:rPr>
        <w:t>Abilene’s eyes welled, but her voice didn’t falter.</w:t>
      </w:r>
    </w:p>
    <w:p w14:paraId="089B212F" w14:textId="77777777" w:rsidR="006B1158" w:rsidRPr="00C9454D" w:rsidRDefault="00F9023B" w:rsidP="00C9454D">
      <w:pPr>
        <w:rPr>
          <w:sz w:val="24"/>
          <w:szCs w:val="24"/>
        </w:rPr>
      </w:pPr>
      <w:r w:rsidRPr="00C9454D">
        <w:rPr>
          <w:sz w:val="24"/>
          <w:szCs w:val="24"/>
        </w:rPr>
        <w:t xml:space="preserve">“To </w:t>
      </w:r>
      <w:r w:rsidRPr="00C9454D">
        <w:rPr>
          <w:i/>
          <w:iCs/>
          <w:sz w:val="24"/>
          <w:szCs w:val="24"/>
        </w:rPr>
        <w:t>our</w:t>
      </w:r>
      <w:r w:rsidRPr="00C9454D">
        <w:rPr>
          <w:sz w:val="24"/>
          <w:szCs w:val="24"/>
        </w:rPr>
        <w:t xml:space="preserve"> Guy.</w:t>
      </w:r>
      <w:r w:rsidRPr="00C9454D">
        <w:rPr>
          <w:sz w:val="24"/>
          <w:szCs w:val="24"/>
        </w:rPr>
        <w:br/>
        <w:t>We know the truth. And we’re okay.</w:t>
      </w:r>
      <w:r w:rsidRPr="00C9454D">
        <w:rPr>
          <w:sz w:val="24"/>
          <w:szCs w:val="24"/>
        </w:rPr>
        <w:br/>
        <w:t>You loved us each in our way.</w:t>
      </w:r>
      <w:r w:rsidRPr="00C9454D">
        <w:rPr>
          <w:sz w:val="24"/>
          <w:szCs w:val="24"/>
        </w:rPr>
        <w:br/>
      </w:r>
      <w:r w:rsidR="006B1158" w:rsidRPr="00C9454D">
        <w:rPr>
          <w:sz w:val="24"/>
          <w:szCs w:val="24"/>
        </w:rPr>
        <w:t>True.</w:t>
      </w:r>
    </w:p>
    <w:p w14:paraId="3ACBD4F6" w14:textId="2B8AD85D" w:rsidR="00F9023B" w:rsidRPr="00C9454D" w:rsidRDefault="00F9023B" w:rsidP="00C9454D">
      <w:pPr>
        <w:rPr>
          <w:sz w:val="24"/>
          <w:szCs w:val="24"/>
        </w:rPr>
      </w:pPr>
      <w:r w:rsidRPr="00C9454D">
        <w:rPr>
          <w:sz w:val="24"/>
          <w:szCs w:val="24"/>
        </w:rPr>
        <w:t>And we?</w:t>
      </w:r>
      <w:r w:rsidRPr="00C9454D">
        <w:rPr>
          <w:sz w:val="24"/>
          <w:szCs w:val="24"/>
        </w:rPr>
        <w:br/>
        <w:t>We were better for it.”</w:t>
      </w:r>
    </w:p>
    <w:p w14:paraId="38B5BD15" w14:textId="77777777" w:rsidR="00F9023B" w:rsidRPr="00C9454D" w:rsidRDefault="00F9023B" w:rsidP="00C9454D">
      <w:pPr>
        <w:rPr>
          <w:sz w:val="24"/>
          <w:szCs w:val="24"/>
        </w:rPr>
      </w:pPr>
      <w:r w:rsidRPr="00C9454D">
        <w:rPr>
          <w:sz w:val="24"/>
          <w:szCs w:val="24"/>
        </w:rPr>
        <w:t>She raised the jug.</w:t>
      </w:r>
    </w:p>
    <w:p w14:paraId="2F238EB2" w14:textId="77777777" w:rsidR="00F9023B" w:rsidRPr="00C9454D" w:rsidRDefault="00F9023B" w:rsidP="00C9454D">
      <w:pPr>
        <w:rPr>
          <w:sz w:val="24"/>
          <w:szCs w:val="24"/>
        </w:rPr>
      </w:pPr>
      <w:r w:rsidRPr="00C9454D">
        <w:rPr>
          <w:sz w:val="24"/>
          <w:szCs w:val="24"/>
        </w:rPr>
        <w:t>“We will finish this bottle before first light.”</w:t>
      </w:r>
    </w:p>
    <w:p w14:paraId="022601C2" w14:textId="77777777" w:rsidR="00F9023B" w:rsidRPr="00C9454D" w:rsidRDefault="00F9023B" w:rsidP="00C9454D">
      <w:pPr>
        <w:rPr>
          <w:sz w:val="24"/>
          <w:szCs w:val="24"/>
        </w:rPr>
      </w:pPr>
      <w:r w:rsidRPr="00C9454D">
        <w:rPr>
          <w:sz w:val="24"/>
          <w:szCs w:val="24"/>
        </w:rPr>
        <w:t>Vivienne clinked her cup to it.</w:t>
      </w:r>
    </w:p>
    <w:p w14:paraId="071E20B5" w14:textId="77777777" w:rsidR="00F9023B" w:rsidRPr="00C9454D" w:rsidRDefault="00F9023B" w:rsidP="00C9454D">
      <w:pPr>
        <w:rPr>
          <w:sz w:val="24"/>
          <w:szCs w:val="24"/>
        </w:rPr>
      </w:pPr>
      <w:r w:rsidRPr="00C9454D">
        <w:rPr>
          <w:sz w:val="24"/>
          <w:szCs w:val="24"/>
        </w:rPr>
        <w:t>“Amen,” she said.</w:t>
      </w:r>
      <w:r w:rsidRPr="00C9454D">
        <w:rPr>
          <w:sz w:val="24"/>
          <w:szCs w:val="24"/>
        </w:rPr>
        <w:br/>
        <w:t>“This is exactly the occasion for such a vow.”</w:t>
      </w:r>
    </w:p>
    <w:p w14:paraId="29D98032" w14:textId="77777777" w:rsidR="00F9023B" w:rsidRPr="00C9454D" w:rsidRDefault="00FE197F" w:rsidP="00C9454D">
      <w:pPr>
        <w:rPr>
          <w:sz w:val="24"/>
          <w:szCs w:val="24"/>
        </w:rPr>
      </w:pPr>
      <w:r>
        <w:rPr>
          <w:noProof/>
          <w:sz w:val="24"/>
          <w:szCs w:val="24"/>
        </w:rPr>
      </w:r>
      <w:r w:rsidR="00FE197F">
        <w:rPr>
          <w:noProof/>
          <w:sz w:val="24"/>
          <w:szCs w:val="24"/>
        </w:rPr>
        <w:pict w14:anchorId="525E1AD5">
          <v:rect id="_x0000_i1225" style="width:0;height:1.5pt" o:hralign="center" o:hrstd="t" o:hr="t" fillcolor="#a0a0a0" stroked="f"/>
        </w:pict>
      </w:r>
    </w:p>
    <w:p w14:paraId="1817D0BA" w14:textId="77777777" w:rsidR="00F9023B" w:rsidRPr="00C9454D" w:rsidRDefault="00F9023B" w:rsidP="00C9454D">
      <w:pPr>
        <w:rPr>
          <w:sz w:val="24"/>
          <w:szCs w:val="24"/>
        </w:rPr>
      </w:pPr>
      <w:r w:rsidRPr="00C9454D">
        <w:rPr>
          <w:sz w:val="24"/>
          <w:szCs w:val="24"/>
        </w:rPr>
        <w:t>They did finish it.</w:t>
      </w:r>
    </w:p>
    <w:p w14:paraId="64AF409A" w14:textId="77777777" w:rsidR="00F9023B" w:rsidRPr="00C9454D" w:rsidRDefault="00F9023B" w:rsidP="00C9454D">
      <w:pPr>
        <w:rPr>
          <w:sz w:val="24"/>
          <w:szCs w:val="24"/>
        </w:rPr>
      </w:pPr>
      <w:r w:rsidRPr="00C9454D">
        <w:rPr>
          <w:sz w:val="24"/>
          <w:szCs w:val="24"/>
        </w:rPr>
        <w:t>They laughed so hard they cried.</w:t>
      </w:r>
      <w:r w:rsidRPr="00C9454D">
        <w:rPr>
          <w:sz w:val="24"/>
          <w:szCs w:val="24"/>
        </w:rPr>
        <w:br/>
        <w:t xml:space="preserve">They shared every story, every suspicion, every scandalous scrap Guy had </w:t>
      </w:r>
      <w:r w:rsidRPr="00C9454D">
        <w:rPr>
          <w:i/>
          <w:iCs/>
          <w:sz w:val="24"/>
          <w:szCs w:val="24"/>
        </w:rPr>
        <w:t>never</w:t>
      </w:r>
      <w:r w:rsidRPr="00C9454D">
        <w:rPr>
          <w:sz w:val="24"/>
          <w:szCs w:val="24"/>
        </w:rPr>
        <w:t xml:space="preserve"> meant them to compare notes on.</w:t>
      </w:r>
    </w:p>
    <w:p w14:paraId="324E5203" w14:textId="77777777" w:rsidR="00F9023B" w:rsidRPr="00C9454D" w:rsidRDefault="00F9023B" w:rsidP="00C9454D">
      <w:pPr>
        <w:rPr>
          <w:sz w:val="24"/>
          <w:szCs w:val="24"/>
        </w:rPr>
      </w:pPr>
      <w:r w:rsidRPr="00C9454D">
        <w:rPr>
          <w:sz w:val="24"/>
          <w:szCs w:val="24"/>
        </w:rPr>
        <w:t xml:space="preserve">“Wait, </w:t>
      </w:r>
      <w:r w:rsidRPr="00C9454D">
        <w:rPr>
          <w:i/>
          <w:iCs/>
          <w:sz w:val="24"/>
          <w:szCs w:val="24"/>
        </w:rPr>
        <w:t>you</w:t>
      </w:r>
      <w:r w:rsidRPr="00C9454D">
        <w:rPr>
          <w:sz w:val="24"/>
          <w:szCs w:val="24"/>
        </w:rPr>
        <w:t xml:space="preserve"> got poems? He sent me Proverbs!”</w:t>
      </w:r>
    </w:p>
    <w:p w14:paraId="01AD1B34" w14:textId="77777777" w:rsidR="00F9023B" w:rsidRPr="00C9454D" w:rsidRDefault="00F9023B" w:rsidP="00C9454D">
      <w:pPr>
        <w:rPr>
          <w:sz w:val="24"/>
          <w:szCs w:val="24"/>
        </w:rPr>
      </w:pPr>
      <w:r w:rsidRPr="00C9454D">
        <w:rPr>
          <w:sz w:val="24"/>
          <w:szCs w:val="24"/>
        </w:rPr>
        <w:t xml:space="preserve">“Well </w:t>
      </w:r>
      <w:r w:rsidRPr="00C9454D">
        <w:rPr>
          <w:i/>
          <w:iCs/>
          <w:sz w:val="24"/>
          <w:szCs w:val="24"/>
        </w:rPr>
        <w:t>you</w:t>
      </w:r>
      <w:r w:rsidRPr="00C9454D">
        <w:rPr>
          <w:sz w:val="24"/>
          <w:szCs w:val="24"/>
        </w:rPr>
        <w:t xml:space="preserve"> got Psalms and silence. I got sonnets and scandal!”</w:t>
      </w:r>
    </w:p>
    <w:p w14:paraId="68F952C2" w14:textId="77777777" w:rsidR="00F9023B" w:rsidRPr="00C9454D" w:rsidRDefault="00F9023B" w:rsidP="00C9454D">
      <w:pPr>
        <w:rPr>
          <w:sz w:val="24"/>
          <w:szCs w:val="24"/>
        </w:rPr>
      </w:pPr>
      <w:r w:rsidRPr="00C9454D">
        <w:rPr>
          <w:sz w:val="24"/>
          <w:szCs w:val="24"/>
        </w:rPr>
        <w:t>At one point, Abilene collapsed into a fit of laughter so violent she began to sob.</w:t>
      </w:r>
    </w:p>
    <w:p w14:paraId="3FE8D783" w14:textId="77777777" w:rsidR="00F9023B" w:rsidRPr="00C9454D" w:rsidRDefault="00F9023B" w:rsidP="00C9454D">
      <w:pPr>
        <w:rPr>
          <w:sz w:val="24"/>
          <w:szCs w:val="24"/>
        </w:rPr>
      </w:pPr>
      <w:r w:rsidRPr="00C9454D">
        <w:rPr>
          <w:sz w:val="24"/>
          <w:szCs w:val="24"/>
        </w:rPr>
        <w:t>Vivienne rushed to her, arms outstretched, but it was no use.</w:t>
      </w:r>
    </w:p>
    <w:p w14:paraId="62A090CF" w14:textId="77777777" w:rsidR="00F9023B" w:rsidRPr="00C9454D" w:rsidRDefault="00F9023B" w:rsidP="00C9454D">
      <w:pPr>
        <w:rPr>
          <w:sz w:val="24"/>
          <w:szCs w:val="24"/>
        </w:rPr>
      </w:pPr>
      <w:r w:rsidRPr="00C9454D">
        <w:rPr>
          <w:sz w:val="24"/>
          <w:szCs w:val="24"/>
        </w:rPr>
        <w:t>Abilene curled over, clutching her chest, the grief clawing its way out of her ribs.</w:t>
      </w:r>
    </w:p>
    <w:p w14:paraId="44E03555" w14:textId="76EA7C89" w:rsidR="00F9023B" w:rsidRPr="00C9454D" w:rsidRDefault="00F9023B" w:rsidP="00C9454D">
      <w:pPr>
        <w:rPr>
          <w:sz w:val="24"/>
          <w:szCs w:val="24"/>
        </w:rPr>
      </w:pPr>
      <w:r w:rsidRPr="00C9454D">
        <w:rPr>
          <w:sz w:val="24"/>
          <w:szCs w:val="24"/>
        </w:rPr>
        <w:t>“I can’t—I can’t stop—oh God, Vivienne—he’s gone. He’s really gone</w:t>
      </w:r>
      <w:r w:rsidR="00BD731F" w:rsidRPr="00C9454D">
        <w:rPr>
          <w:sz w:val="24"/>
          <w:szCs w:val="24"/>
        </w:rPr>
        <w:t xml:space="preserve"> and </w:t>
      </w:r>
      <w:r w:rsidR="00FC3871" w:rsidRPr="00C9454D">
        <w:rPr>
          <w:sz w:val="24"/>
          <w:szCs w:val="24"/>
        </w:rPr>
        <w:t>the woman he lov</w:t>
      </w:r>
      <w:r w:rsidR="001364CF" w:rsidRPr="00C9454D">
        <w:rPr>
          <w:sz w:val="24"/>
          <w:szCs w:val="24"/>
        </w:rPr>
        <w:t>ed better than me is</w:t>
      </w:r>
      <w:r w:rsidR="00DE1875" w:rsidRPr="00C9454D">
        <w:rPr>
          <w:sz w:val="24"/>
          <w:szCs w:val="24"/>
        </w:rPr>
        <w:t>..</w:t>
      </w:r>
      <w:r w:rsidRPr="00C9454D">
        <w:rPr>
          <w:sz w:val="24"/>
          <w:szCs w:val="24"/>
        </w:rPr>
        <w:t>…”</w:t>
      </w:r>
    </w:p>
    <w:p w14:paraId="686AD970" w14:textId="151F766B" w:rsidR="00F9023B" w:rsidRPr="00C9454D" w:rsidRDefault="00F9023B" w:rsidP="00C9454D">
      <w:pPr>
        <w:rPr>
          <w:sz w:val="24"/>
          <w:szCs w:val="24"/>
        </w:rPr>
      </w:pPr>
      <w:r w:rsidRPr="00C9454D">
        <w:rPr>
          <w:sz w:val="24"/>
          <w:szCs w:val="24"/>
        </w:rPr>
        <w:t xml:space="preserve">Vivienne tried to console her, </w:t>
      </w:r>
      <w:r w:rsidR="00DE1875" w:rsidRPr="00C9454D">
        <w:rPr>
          <w:sz w:val="24"/>
          <w:szCs w:val="24"/>
        </w:rPr>
        <w:t>“I’m so sorry</w:t>
      </w:r>
      <w:r w:rsidR="000C7222" w:rsidRPr="00C9454D">
        <w:rPr>
          <w:sz w:val="24"/>
          <w:szCs w:val="24"/>
        </w:rPr>
        <w:t xml:space="preserve">” </w:t>
      </w:r>
      <w:r w:rsidRPr="00C9454D">
        <w:rPr>
          <w:sz w:val="24"/>
          <w:szCs w:val="24"/>
        </w:rPr>
        <w:t>but her own sobs crept in before she could help it.</w:t>
      </w:r>
    </w:p>
    <w:p w14:paraId="66249C8A" w14:textId="77777777" w:rsidR="00F9023B" w:rsidRPr="00C9454D" w:rsidRDefault="00F9023B" w:rsidP="00C9454D">
      <w:pPr>
        <w:rPr>
          <w:sz w:val="24"/>
          <w:szCs w:val="24"/>
        </w:rPr>
      </w:pPr>
      <w:r w:rsidRPr="00C9454D">
        <w:rPr>
          <w:sz w:val="24"/>
          <w:szCs w:val="24"/>
        </w:rPr>
        <w:t>And there they were.</w:t>
      </w:r>
    </w:p>
    <w:p w14:paraId="259647D4" w14:textId="77777777" w:rsidR="00F9023B" w:rsidRPr="00C9454D" w:rsidRDefault="00F9023B" w:rsidP="00C9454D">
      <w:pPr>
        <w:rPr>
          <w:sz w:val="24"/>
          <w:szCs w:val="24"/>
        </w:rPr>
      </w:pPr>
      <w:r w:rsidRPr="00C9454D">
        <w:rPr>
          <w:sz w:val="24"/>
          <w:szCs w:val="24"/>
        </w:rPr>
        <w:t>Two old women, drunk on memories and spiced wine, sobbing on the floor of the library like orphans.</w:t>
      </w:r>
    </w:p>
    <w:p w14:paraId="114E66DC" w14:textId="77777777" w:rsidR="00F9023B" w:rsidRPr="00C9454D" w:rsidRDefault="00FE197F" w:rsidP="00C9454D">
      <w:pPr>
        <w:rPr>
          <w:sz w:val="24"/>
          <w:szCs w:val="24"/>
        </w:rPr>
      </w:pPr>
      <w:r>
        <w:rPr>
          <w:noProof/>
          <w:sz w:val="24"/>
          <w:szCs w:val="24"/>
        </w:rPr>
      </w:r>
      <w:r w:rsidR="00FE197F">
        <w:rPr>
          <w:noProof/>
          <w:sz w:val="24"/>
          <w:szCs w:val="24"/>
        </w:rPr>
        <w:pict w14:anchorId="7F3844ED">
          <v:rect id="_x0000_i1226" style="width:0;height:1.5pt" o:hralign="center" o:hrstd="t" o:hr="t" fillcolor="#a0a0a0" stroked="f"/>
        </w:pict>
      </w:r>
    </w:p>
    <w:p w14:paraId="07CCCD68" w14:textId="77777777" w:rsidR="00F9023B" w:rsidRPr="00C9454D" w:rsidRDefault="00F9023B" w:rsidP="00C9454D">
      <w:pPr>
        <w:rPr>
          <w:sz w:val="24"/>
          <w:szCs w:val="24"/>
        </w:rPr>
      </w:pPr>
      <w:r w:rsidRPr="00C9454D">
        <w:rPr>
          <w:sz w:val="24"/>
          <w:szCs w:val="24"/>
        </w:rPr>
        <w:t>It was theatrical.</w:t>
      </w:r>
    </w:p>
    <w:p w14:paraId="56F0CD32" w14:textId="77777777" w:rsidR="00F9023B" w:rsidRPr="00C9454D" w:rsidRDefault="00F9023B" w:rsidP="00C9454D">
      <w:pPr>
        <w:rPr>
          <w:sz w:val="24"/>
          <w:szCs w:val="24"/>
        </w:rPr>
      </w:pPr>
      <w:r w:rsidRPr="00C9454D">
        <w:rPr>
          <w:sz w:val="24"/>
          <w:szCs w:val="24"/>
        </w:rPr>
        <w:t>It was unforgivable.</w:t>
      </w:r>
    </w:p>
    <w:p w14:paraId="6EFCDCC4" w14:textId="77777777" w:rsidR="00F9023B" w:rsidRPr="00C9454D" w:rsidRDefault="00F9023B" w:rsidP="00C9454D">
      <w:pPr>
        <w:rPr>
          <w:sz w:val="24"/>
          <w:szCs w:val="24"/>
        </w:rPr>
      </w:pPr>
      <w:r w:rsidRPr="00C9454D">
        <w:rPr>
          <w:sz w:val="24"/>
          <w:szCs w:val="24"/>
        </w:rPr>
        <w:t>It was exactly what they needed.</w:t>
      </w:r>
    </w:p>
    <w:p w14:paraId="75AE30BA" w14:textId="77777777" w:rsidR="00F9023B" w:rsidRPr="00C9454D" w:rsidRDefault="00FE197F" w:rsidP="00C9454D">
      <w:pPr>
        <w:rPr>
          <w:sz w:val="24"/>
          <w:szCs w:val="24"/>
        </w:rPr>
      </w:pPr>
      <w:r>
        <w:rPr>
          <w:noProof/>
          <w:sz w:val="24"/>
          <w:szCs w:val="24"/>
        </w:rPr>
      </w:r>
      <w:r w:rsidR="00FE197F">
        <w:rPr>
          <w:noProof/>
          <w:sz w:val="24"/>
          <w:szCs w:val="24"/>
        </w:rPr>
        <w:pict w14:anchorId="2CB9395A">
          <v:rect id="_x0000_i1227" style="width:0;height:1.5pt" o:hralign="center" o:hrstd="t" o:hr="t" fillcolor="#a0a0a0" stroked="f"/>
        </w:pict>
      </w:r>
    </w:p>
    <w:p w14:paraId="36905492" w14:textId="77777777" w:rsidR="00F9023B" w:rsidRPr="00C9454D" w:rsidRDefault="00F9023B" w:rsidP="00C9454D">
      <w:pPr>
        <w:rPr>
          <w:sz w:val="24"/>
          <w:szCs w:val="24"/>
        </w:rPr>
      </w:pPr>
      <w:r w:rsidRPr="00C9454D">
        <w:rPr>
          <w:sz w:val="24"/>
          <w:szCs w:val="24"/>
        </w:rPr>
        <w:t>After what felt like hours, Vivienne wiped her eyes and looked around.</w:t>
      </w:r>
    </w:p>
    <w:p w14:paraId="5A092866" w14:textId="77777777" w:rsidR="00F9023B" w:rsidRPr="00C9454D" w:rsidRDefault="00F9023B" w:rsidP="00C9454D">
      <w:pPr>
        <w:rPr>
          <w:sz w:val="24"/>
          <w:szCs w:val="24"/>
        </w:rPr>
      </w:pPr>
      <w:r w:rsidRPr="00C9454D">
        <w:rPr>
          <w:sz w:val="24"/>
          <w:szCs w:val="24"/>
        </w:rPr>
        <w:t>She saw them—fine rugs, velvet chairs, a fire burning low—and two collapsed bodies on the floor like girls too tired to rise.</w:t>
      </w:r>
    </w:p>
    <w:p w14:paraId="2C5FB636" w14:textId="77777777" w:rsidR="00F9023B" w:rsidRPr="00C9454D" w:rsidRDefault="00F9023B" w:rsidP="00C9454D">
      <w:pPr>
        <w:rPr>
          <w:sz w:val="24"/>
          <w:szCs w:val="24"/>
        </w:rPr>
      </w:pPr>
      <w:r w:rsidRPr="00C9454D">
        <w:rPr>
          <w:sz w:val="24"/>
          <w:szCs w:val="24"/>
        </w:rPr>
        <w:t>She laughed.</w:t>
      </w:r>
    </w:p>
    <w:p w14:paraId="6EDDF155" w14:textId="77777777" w:rsidR="00F9023B" w:rsidRPr="00C9454D" w:rsidRDefault="00F9023B" w:rsidP="00C9454D">
      <w:pPr>
        <w:rPr>
          <w:sz w:val="24"/>
          <w:szCs w:val="24"/>
        </w:rPr>
      </w:pPr>
      <w:r w:rsidRPr="00C9454D">
        <w:rPr>
          <w:sz w:val="24"/>
          <w:szCs w:val="24"/>
        </w:rPr>
        <w:t>It started small.</w:t>
      </w:r>
    </w:p>
    <w:p w14:paraId="5380412A" w14:textId="77777777" w:rsidR="00F9023B" w:rsidRPr="00C9454D" w:rsidRDefault="00F9023B" w:rsidP="00C9454D">
      <w:pPr>
        <w:rPr>
          <w:sz w:val="24"/>
          <w:szCs w:val="24"/>
        </w:rPr>
      </w:pPr>
      <w:r w:rsidRPr="00C9454D">
        <w:rPr>
          <w:sz w:val="24"/>
          <w:szCs w:val="24"/>
        </w:rPr>
        <w:t xml:space="preserve">Then it </w:t>
      </w:r>
      <w:r w:rsidRPr="00C9454D">
        <w:rPr>
          <w:i/>
          <w:iCs/>
          <w:sz w:val="24"/>
          <w:szCs w:val="24"/>
        </w:rPr>
        <w:t>exploded</w:t>
      </w:r>
      <w:r w:rsidRPr="00C9454D">
        <w:rPr>
          <w:sz w:val="24"/>
          <w:szCs w:val="24"/>
        </w:rPr>
        <w:t xml:space="preserve"> from her mouth, bubbling up from the grief like </w:t>
      </w:r>
      <w:r w:rsidRPr="00C9454D">
        <w:rPr>
          <w:i/>
          <w:iCs/>
          <w:sz w:val="24"/>
          <w:szCs w:val="24"/>
        </w:rPr>
        <w:t>release.</w:t>
      </w:r>
    </w:p>
    <w:p w14:paraId="7A50C8B0" w14:textId="77777777" w:rsidR="00F9023B" w:rsidRPr="00C9454D" w:rsidRDefault="00F9023B" w:rsidP="00C9454D">
      <w:pPr>
        <w:rPr>
          <w:sz w:val="24"/>
          <w:szCs w:val="24"/>
        </w:rPr>
      </w:pPr>
      <w:r w:rsidRPr="00C9454D">
        <w:rPr>
          <w:sz w:val="24"/>
          <w:szCs w:val="24"/>
        </w:rPr>
        <w:t>Abilene, still mid-sob, paused.</w:t>
      </w:r>
    </w:p>
    <w:p w14:paraId="082FFF60" w14:textId="77777777" w:rsidR="00F9023B" w:rsidRPr="00C9454D" w:rsidRDefault="00F9023B" w:rsidP="00C9454D">
      <w:pPr>
        <w:rPr>
          <w:sz w:val="24"/>
          <w:szCs w:val="24"/>
        </w:rPr>
      </w:pPr>
      <w:r w:rsidRPr="00C9454D">
        <w:rPr>
          <w:sz w:val="24"/>
          <w:szCs w:val="24"/>
        </w:rPr>
        <w:t>“I didn’t realize we were laughing yet,” she said, tears and snot dripping.</w:t>
      </w:r>
    </w:p>
    <w:p w14:paraId="3464CE08" w14:textId="77777777" w:rsidR="00F9023B" w:rsidRPr="00C9454D" w:rsidRDefault="00F9023B" w:rsidP="00C9454D">
      <w:pPr>
        <w:rPr>
          <w:sz w:val="24"/>
          <w:szCs w:val="24"/>
        </w:rPr>
      </w:pPr>
      <w:r w:rsidRPr="00C9454D">
        <w:rPr>
          <w:sz w:val="24"/>
          <w:szCs w:val="24"/>
        </w:rPr>
        <w:t>Vivienne doubled over. “Look at us.”</w:t>
      </w:r>
    </w:p>
    <w:p w14:paraId="1A40DFAD" w14:textId="77777777" w:rsidR="00F9023B" w:rsidRPr="00C9454D" w:rsidRDefault="00F9023B" w:rsidP="00C9454D">
      <w:pPr>
        <w:rPr>
          <w:sz w:val="24"/>
          <w:szCs w:val="24"/>
        </w:rPr>
      </w:pPr>
      <w:r w:rsidRPr="00C9454D">
        <w:rPr>
          <w:sz w:val="24"/>
          <w:szCs w:val="24"/>
        </w:rPr>
        <w:t>Abilene blinked, then smiled through the mess.</w:t>
      </w:r>
    </w:p>
    <w:p w14:paraId="45D1B05C" w14:textId="77777777" w:rsidR="00F9023B" w:rsidRPr="00C9454D" w:rsidRDefault="00F9023B" w:rsidP="00C9454D">
      <w:pPr>
        <w:rPr>
          <w:sz w:val="24"/>
          <w:szCs w:val="24"/>
        </w:rPr>
      </w:pPr>
      <w:r w:rsidRPr="00C9454D">
        <w:rPr>
          <w:sz w:val="24"/>
          <w:szCs w:val="24"/>
        </w:rPr>
        <w:t>“Wouldn’t Guy be proud of his girls?”</w:t>
      </w:r>
    </w:p>
    <w:p w14:paraId="1867A253" w14:textId="77777777" w:rsidR="00F9023B" w:rsidRPr="00C9454D" w:rsidRDefault="00F9023B" w:rsidP="00C9454D">
      <w:pPr>
        <w:rPr>
          <w:sz w:val="24"/>
          <w:szCs w:val="24"/>
        </w:rPr>
      </w:pPr>
      <w:r w:rsidRPr="00C9454D">
        <w:rPr>
          <w:sz w:val="24"/>
          <w:szCs w:val="24"/>
        </w:rPr>
        <w:t>Vivienne raised her glass, what little was left sloshing at the bottom.</w:t>
      </w:r>
    </w:p>
    <w:p w14:paraId="5ACB0904" w14:textId="77777777" w:rsidR="00F9023B" w:rsidRPr="00C9454D" w:rsidRDefault="00F9023B" w:rsidP="00C9454D">
      <w:pPr>
        <w:rPr>
          <w:sz w:val="24"/>
          <w:szCs w:val="24"/>
        </w:rPr>
      </w:pPr>
      <w:r w:rsidRPr="00C9454D">
        <w:rPr>
          <w:sz w:val="24"/>
          <w:szCs w:val="24"/>
        </w:rPr>
        <w:t xml:space="preserve">“He’d say we were </w:t>
      </w:r>
      <w:r w:rsidRPr="00C9454D">
        <w:rPr>
          <w:i/>
          <w:iCs/>
          <w:sz w:val="24"/>
          <w:szCs w:val="24"/>
        </w:rPr>
        <w:t>scandalous</w:t>
      </w:r>
      <w:r w:rsidRPr="00C9454D">
        <w:rPr>
          <w:sz w:val="24"/>
          <w:szCs w:val="24"/>
        </w:rPr>
        <w:t>,” she smirked.</w:t>
      </w:r>
    </w:p>
    <w:p w14:paraId="3A25C781" w14:textId="77777777" w:rsidR="00F9023B" w:rsidRPr="00C9454D" w:rsidRDefault="00F9023B" w:rsidP="00C9454D">
      <w:pPr>
        <w:rPr>
          <w:sz w:val="24"/>
          <w:szCs w:val="24"/>
        </w:rPr>
      </w:pPr>
      <w:r w:rsidRPr="00C9454D">
        <w:rPr>
          <w:sz w:val="24"/>
          <w:szCs w:val="24"/>
        </w:rPr>
        <w:t xml:space="preserve">“He’d say we were </w:t>
      </w:r>
      <w:r w:rsidRPr="00C9454D">
        <w:rPr>
          <w:i/>
          <w:iCs/>
          <w:sz w:val="24"/>
          <w:szCs w:val="24"/>
        </w:rPr>
        <w:t>improper</w:t>
      </w:r>
      <w:r w:rsidRPr="00C9454D">
        <w:rPr>
          <w:sz w:val="24"/>
          <w:szCs w:val="24"/>
        </w:rPr>
        <w:t>,” Abilene agreed.</w:t>
      </w:r>
    </w:p>
    <w:p w14:paraId="56636CAA" w14:textId="77777777" w:rsidR="00F9023B" w:rsidRPr="00C9454D" w:rsidRDefault="00F9023B" w:rsidP="00C9454D">
      <w:pPr>
        <w:rPr>
          <w:sz w:val="24"/>
          <w:szCs w:val="24"/>
        </w:rPr>
      </w:pPr>
      <w:r w:rsidRPr="00C9454D">
        <w:rPr>
          <w:sz w:val="24"/>
          <w:szCs w:val="24"/>
        </w:rPr>
        <w:t>“And then,” Vivienne added, “he’d kiss our hands and tell us we were beautiful.”</w:t>
      </w:r>
    </w:p>
    <w:p w14:paraId="3F4C9691" w14:textId="77777777" w:rsidR="00F9023B" w:rsidRPr="00C9454D" w:rsidRDefault="00FE197F" w:rsidP="00C9454D">
      <w:pPr>
        <w:rPr>
          <w:sz w:val="24"/>
          <w:szCs w:val="24"/>
        </w:rPr>
      </w:pPr>
      <w:r>
        <w:rPr>
          <w:noProof/>
          <w:sz w:val="24"/>
          <w:szCs w:val="24"/>
        </w:rPr>
      </w:r>
      <w:r w:rsidR="00FE197F">
        <w:rPr>
          <w:noProof/>
          <w:sz w:val="24"/>
          <w:szCs w:val="24"/>
        </w:rPr>
        <w:pict w14:anchorId="58D9F1E8">
          <v:rect id="_x0000_i1228" style="width:0;height:1.5pt" o:hralign="center" o:hrstd="t" o:hr="t" fillcolor="#a0a0a0" stroked="f"/>
        </w:pict>
      </w:r>
    </w:p>
    <w:p w14:paraId="78390639" w14:textId="77777777" w:rsidR="00F9023B" w:rsidRPr="00C9454D" w:rsidRDefault="00F9023B" w:rsidP="00C9454D">
      <w:pPr>
        <w:rPr>
          <w:sz w:val="24"/>
          <w:szCs w:val="24"/>
        </w:rPr>
      </w:pPr>
      <w:r w:rsidRPr="00C9454D">
        <w:rPr>
          <w:sz w:val="24"/>
          <w:szCs w:val="24"/>
        </w:rPr>
        <w:t>And in that moment—</w:t>
      </w:r>
      <w:proofErr w:type="spellStart"/>
      <w:r w:rsidRPr="00C9454D">
        <w:rPr>
          <w:sz w:val="24"/>
          <w:szCs w:val="24"/>
        </w:rPr>
        <w:t>floorbound</w:t>
      </w:r>
      <w:proofErr w:type="spellEnd"/>
      <w:r w:rsidRPr="00C9454D">
        <w:rPr>
          <w:sz w:val="24"/>
          <w:szCs w:val="24"/>
        </w:rPr>
        <w:t>, tear-stained, wine-soaked—they were.</w:t>
      </w:r>
    </w:p>
    <w:p w14:paraId="3EB0B8D6" w14:textId="77777777" w:rsidR="00F9023B" w:rsidRPr="00C9454D" w:rsidRDefault="00F9023B" w:rsidP="00C9454D">
      <w:pPr>
        <w:rPr>
          <w:sz w:val="24"/>
          <w:szCs w:val="24"/>
        </w:rPr>
      </w:pPr>
      <w:r w:rsidRPr="00C9454D">
        <w:rPr>
          <w:sz w:val="24"/>
          <w:szCs w:val="24"/>
        </w:rPr>
        <w:t>They had shared a man.</w:t>
      </w:r>
    </w:p>
    <w:p w14:paraId="1CAFB499" w14:textId="77777777" w:rsidR="00F9023B" w:rsidRPr="00C9454D" w:rsidRDefault="00F9023B" w:rsidP="00C9454D">
      <w:pPr>
        <w:rPr>
          <w:sz w:val="24"/>
          <w:szCs w:val="24"/>
        </w:rPr>
      </w:pPr>
      <w:r w:rsidRPr="00C9454D">
        <w:rPr>
          <w:sz w:val="24"/>
          <w:szCs w:val="24"/>
        </w:rPr>
        <w:t>Now they shared his stories.</w:t>
      </w:r>
    </w:p>
    <w:p w14:paraId="1BB016AB" w14:textId="77777777" w:rsidR="00F9023B" w:rsidRPr="00C9454D" w:rsidRDefault="00F9023B" w:rsidP="00C9454D">
      <w:pPr>
        <w:rPr>
          <w:sz w:val="24"/>
          <w:szCs w:val="24"/>
        </w:rPr>
      </w:pPr>
      <w:r w:rsidRPr="00C9454D">
        <w:rPr>
          <w:sz w:val="24"/>
          <w:szCs w:val="24"/>
        </w:rPr>
        <w:t>And at last… they shared peace.</w:t>
      </w:r>
    </w:p>
    <w:p w14:paraId="595DC6F5" w14:textId="77777777" w:rsidR="00145433" w:rsidRPr="00C9454D" w:rsidRDefault="00145433" w:rsidP="00C9454D">
      <w:pPr>
        <w:rPr>
          <w:sz w:val="24"/>
          <w:szCs w:val="24"/>
        </w:rPr>
      </w:pPr>
    </w:p>
    <w:p w14:paraId="0DE1B410" w14:textId="77777777" w:rsidR="005061FE" w:rsidRPr="00C9454D" w:rsidRDefault="005061FE" w:rsidP="00C9454D">
      <w:pPr>
        <w:rPr>
          <w:sz w:val="24"/>
          <w:szCs w:val="24"/>
        </w:rPr>
      </w:pPr>
      <w:r w:rsidRPr="00C9454D">
        <w:rPr>
          <w:sz w:val="24"/>
          <w:szCs w:val="24"/>
        </w:rPr>
        <w:br w:type="page"/>
      </w:r>
    </w:p>
    <w:p w14:paraId="767ACFBD" w14:textId="6068DE56" w:rsidR="00821FAF" w:rsidRPr="00C9454D" w:rsidRDefault="00821FAF" w:rsidP="00C9454D">
      <w:pPr>
        <w:rPr>
          <w:sz w:val="24"/>
          <w:szCs w:val="24"/>
        </w:rPr>
      </w:pPr>
    </w:p>
    <w:p w14:paraId="76FE7493" w14:textId="77777777" w:rsidR="00B409D2" w:rsidRPr="00C9454D" w:rsidRDefault="00B409D2" w:rsidP="00C9454D">
      <w:pPr>
        <w:rPr>
          <w:sz w:val="24"/>
          <w:szCs w:val="24"/>
        </w:rPr>
      </w:pPr>
    </w:p>
    <w:p w14:paraId="5D55EA3A" w14:textId="77777777" w:rsidR="00F14380" w:rsidRPr="00C9454D" w:rsidRDefault="00B409D2" w:rsidP="00C9454D">
      <w:pPr>
        <w:pStyle w:val="Heading2"/>
        <w:rPr>
          <w:sz w:val="24"/>
          <w:szCs w:val="24"/>
        </w:rPr>
      </w:pPr>
      <w:r w:rsidRPr="00C9454D">
        <w:rPr>
          <w:sz w:val="24"/>
          <w:szCs w:val="24"/>
        </w:rPr>
        <w:t>The Weight of Loss</w:t>
      </w:r>
      <w:r w:rsidR="00AF13E9" w:rsidRPr="00C9454D">
        <w:rPr>
          <w:sz w:val="24"/>
          <w:szCs w:val="24"/>
        </w:rPr>
        <w:t xml:space="preserve"> </w:t>
      </w:r>
    </w:p>
    <w:p w14:paraId="34C7E5F9" w14:textId="4E8EF4E6" w:rsidR="00B409D2" w:rsidRPr="00C9454D" w:rsidRDefault="00AF13E9" w:rsidP="00C9454D">
      <w:pPr>
        <w:pStyle w:val="Heading2"/>
        <w:rPr>
          <w:sz w:val="24"/>
          <w:szCs w:val="24"/>
        </w:rPr>
      </w:pPr>
      <w:r w:rsidRPr="00C9454D">
        <w:rPr>
          <w:sz w:val="24"/>
          <w:szCs w:val="24"/>
        </w:rPr>
        <w:t>1240</w:t>
      </w:r>
    </w:p>
    <w:p w14:paraId="7A49BF20" w14:textId="77777777" w:rsidR="008820DC" w:rsidRPr="00C9454D" w:rsidRDefault="008820DC" w:rsidP="00C9454D">
      <w:pPr>
        <w:rPr>
          <w:sz w:val="24"/>
          <w:szCs w:val="24"/>
        </w:rPr>
      </w:pPr>
    </w:p>
    <w:p w14:paraId="73CE4244" w14:textId="689A4CDE" w:rsidR="00B409D2" w:rsidRPr="00C9454D" w:rsidRDefault="00522C4D" w:rsidP="00C9454D">
      <w:pPr>
        <w:rPr>
          <w:sz w:val="24"/>
          <w:szCs w:val="24"/>
        </w:rPr>
      </w:pPr>
      <w:r w:rsidRPr="00C9454D">
        <w:rPr>
          <w:sz w:val="24"/>
          <w:szCs w:val="24"/>
        </w:rPr>
        <w:t>High Haven</w:t>
      </w:r>
      <w:r w:rsidR="00B409D2" w:rsidRPr="00C9454D">
        <w:rPr>
          <w:sz w:val="24"/>
          <w:szCs w:val="24"/>
        </w:rPr>
        <w:t xml:space="preserve"> had never been so quiet.</w:t>
      </w:r>
    </w:p>
    <w:p w14:paraId="4AD12F7A" w14:textId="77777777" w:rsidR="00B409D2" w:rsidRPr="00C9454D" w:rsidRDefault="00B409D2" w:rsidP="00C9454D">
      <w:pPr>
        <w:rPr>
          <w:sz w:val="24"/>
          <w:szCs w:val="24"/>
        </w:rPr>
      </w:pPr>
      <w:r w:rsidRPr="00C9454D">
        <w:rPr>
          <w:sz w:val="24"/>
          <w:szCs w:val="24"/>
        </w:rPr>
        <w:t>The halls, once alive with laughter, with the steady echo of Guy’s boots, with the warmth of a love that had lasted a lifetime, now stood still.</w:t>
      </w:r>
    </w:p>
    <w:p w14:paraId="56173010" w14:textId="73C6E165" w:rsidR="00B409D2" w:rsidRPr="00C9454D" w:rsidRDefault="00B409D2" w:rsidP="00C9454D">
      <w:pPr>
        <w:rPr>
          <w:sz w:val="24"/>
          <w:szCs w:val="24"/>
        </w:rPr>
      </w:pPr>
      <w:r w:rsidRPr="00C9454D">
        <w:rPr>
          <w:sz w:val="24"/>
          <w:szCs w:val="24"/>
        </w:rPr>
        <w:t>Abilene barely left her chamber in the weeks after his passing. The bed was too big, the nights too long, the world too empty without him. She lay awake, staring at the ceiling, expecting to hear his voice murmuring besi</w:t>
      </w:r>
      <w:r w:rsidR="00DD1FF5" w:rsidRPr="00C9454D">
        <w:rPr>
          <w:sz w:val="24"/>
          <w:szCs w:val="24"/>
        </w:rPr>
        <w:t xml:space="preserve">de </w:t>
      </w:r>
      <w:r w:rsidRPr="00C9454D">
        <w:rPr>
          <w:sz w:val="24"/>
          <w:szCs w:val="24"/>
        </w:rPr>
        <w:t>her, feel his warmth at her back. But there was only silence.</w:t>
      </w:r>
    </w:p>
    <w:p w14:paraId="529BC05C" w14:textId="77777777" w:rsidR="00B409D2" w:rsidRPr="00C9454D" w:rsidRDefault="00B409D2" w:rsidP="00C9454D">
      <w:pPr>
        <w:rPr>
          <w:sz w:val="24"/>
          <w:szCs w:val="24"/>
        </w:rPr>
      </w:pPr>
      <w:r w:rsidRPr="00C9454D">
        <w:rPr>
          <w:sz w:val="24"/>
          <w:szCs w:val="24"/>
        </w:rPr>
        <w:t>She did not cry at first—not because there was no grief, but because it was too vast to escape, too consuming to even be expressed. It pressed into her ribs, into her lungs, making each breath an effort, each morning an impossible mountain to climb.</w:t>
      </w:r>
    </w:p>
    <w:p w14:paraId="3C2F6E80" w14:textId="77777777" w:rsidR="00B409D2" w:rsidRPr="00C9454D" w:rsidRDefault="00B409D2" w:rsidP="00C9454D">
      <w:pPr>
        <w:rPr>
          <w:sz w:val="24"/>
          <w:szCs w:val="24"/>
        </w:rPr>
      </w:pPr>
      <w:r w:rsidRPr="00C9454D">
        <w:rPr>
          <w:sz w:val="24"/>
          <w:szCs w:val="24"/>
        </w:rPr>
        <w:t>Her children tried. Oh, how they tried.</w:t>
      </w:r>
    </w:p>
    <w:p w14:paraId="02AEFF9E" w14:textId="77777777" w:rsidR="00B409D2" w:rsidRPr="00C9454D" w:rsidRDefault="00B409D2" w:rsidP="00C9454D">
      <w:pPr>
        <w:rPr>
          <w:sz w:val="24"/>
          <w:szCs w:val="24"/>
        </w:rPr>
      </w:pPr>
      <w:r w:rsidRPr="00C9454D">
        <w:rPr>
          <w:sz w:val="24"/>
          <w:szCs w:val="24"/>
        </w:rPr>
        <w:t>John Marshall came to sit with her, bringing news from court, waiting patiently for her to respond. Some days, she would nod. Other days, she wouldn’t even acknowledge his presence.</w:t>
      </w:r>
    </w:p>
    <w:p w14:paraId="0E90FF15" w14:textId="77777777" w:rsidR="00B409D2" w:rsidRPr="00C9454D" w:rsidRDefault="00B409D2" w:rsidP="00C9454D">
      <w:pPr>
        <w:rPr>
          <w:sz w:val="24"/>
          <w:szCs w:val="24"/>
        </w:rPr>
      </w:pPr>
      <w:r w:rsidRPr="00C9454D">
        <w:rPr>
          <w:sz w:val="24"/>
          <w:szCs w:val="24"/>
        </w:rPr>
        <w:t>Helena brought her children, hoping their laughter would stir something in her. The little ones would climb onto her lap, clutching her hands, asking her to tell them stories of when she was young.</w:t>
      </w:r>
    </w:p>
    <w:p w14:paraId="6B968253" w14:textId="77777777" w:rsidR="00B409D2" w:rsidRPr="00C9454D" w:rsidRDefault="00B409D2" w:rsidP="00C9454D">
      <w:pPr>
        <w:rPr>
          <w:sz w:val="24"/>
          <w:szCs w:val="24"/>
        </w:rPr>
      </w:pPr>
      <w:r w:rsidRPr="00C9454D">
        <w:rPr>
          <w:sz w:val="24"/>
          <w:szCs w:val="24"/>
        </w:rPr>
        <w:t>Abilene would smile—just barely—but the stories never came.</w:t>
      </w:r>
    </w:p>
    <w:p w14:paraId="081295C1" w14:textId="77777777" w:rsidR="00B409D2" w:rsidRPr="00C9454D" w:rsidRDefault="00B409D2" w:rsidP="00C9454D">
      <w:pPr>
        <w:rPr>
          <w:sz w:val="24"/>
          <w:szCs w:val="24"/>
        </w:rPr>
      </w:pPr>
      <w:r w:rsidRPr="00C9454D">
        <w:rPr>
          <w:sz w:val="24"/>
          <w:szCs w:val="24"/>
        </w:rPr>
        <w:t>She ate little. Slept often. The world moved on around her, but she remained frozen in time.</w:t>
      </w:r>
    </w:p>
    <w:p w14:paraId="4C07BA4B" w14:textId="77777777" w:rsidR="00B409D2" w:rsidRPr="00C9454D" w:rsidRDefault="00B409D2" w:rsidP="00C9454D">
      <w:pPr>
        <w:rPr>
          <w:sz w:val="24"/>
          <w:szCs w:val="24"/>
        </w:rPr>
      </w:pPr>
      <w:r w:rsidRPr="00C9454D">
        <w:rPr>
          <w:sz w:val="24"/>
          <w:szCs w:val="24"/>
        </w:rPr>
        <w:t>The first winter without Guy was unbearable.</w:t>
      </w:r>
    </w:p>
    <w:p w14:paraId="5F82BD64" w14:textId="77777777" w:rsidR="00B409D2" w:rsidRPr="00C9454D" w:rsidRDefault="00B409D2" w:rsidP="00C9454D">
      <w:pPr>
        <w:rPr>
          <w:sz w:val="24"/>
          <w:szCs w:val="24"/>
        </w:rPr>
      </w:pPr>
      <w:r w:rsidRPr="00C9454D">
        <w:rPr>
          <w:sz w:val="24"/>
          <w:szCs w:val="24"/>
        </w:rPr>
        <w:t>She sat by the fire, staring at the flickering flames, remembering how he used to grumble about the cold, how he would pull her close beneath the furs.</w:t>
      </w:r>
    </w:p>
    <w:p w14:paraId="35A87F9E" w14:textId="77777777" w:rsidR="00B409D2" w:rsidRPr="00C9454D" w:rsidRDefault="00B409D2" w:rsidP="00C9454D">
      <w:pPr>
        <w:rPr>
          <w:sz w:val="24"/>
          <w:szCs w:val="24"/>
        </w:rPr>
      </w:pPr>
      <w:r w:rsidRPr="00C9454D">
        <w:rPr>
          <w:sz w:val="24"/>
          <w:szCs w:val="24"/>
        </w:rPr>
        <w:t>"You always smell like lavender," he used to say, burying his face into her hair.</w:t>
      </w:r>
    </w:p>
    <w:p w14:paraId="1C34A585" w14:textId="77777777" w:rsidR="00B409D2" w:rsidRPr="00C9454D" w:rsidRDefault="00B409D2" w:rsidP="00C9454D">
      <w:pPr>
        <w:rPr>
          <w:sz w:val="24"/>
          <w:szCs w:val="24"/>
        </w:rPr>
      </w:pPr>
      <w:r w:rsidRPr="00C9454D">
        <w:rPr>
          <w:sz w:val="24"/>
          <w:szCs w:val="24"/>
        </w:rPr>
        <w:t>Now, she smelled only emptiness.</w:t>
      </w:r>
    </w:p>
    <w:p w14:paraId="2ABE9FFB" w14:textId="77777777" w:rsidR="00B409D2" w:rsidRPr="00C9454D" w:rsidRDefault="00FE197F" w:rsidP="00C9454D">
      <w:pPr>
        <w:rPr>
          <w:sz w:val="24"/>
          <w:szCs w:val="24"/>
        </w:rPr>
      </w:pPr>
      <w:r>
        <w:rPr>
          <w:noProof/>
          <w:sz w:val="24"/>
          <w:szCs w:val="24"/>
        </w:rPr>
      </w:r>
      <w:r w:rsidR="00FE197F">
        <w:rPr>
          <w:noProof/>
          <w:sz w:val="24"/>
          <w:szCs w:val="24"/>
        </w:rPr>
        <w:pict w14:anchorId="3D2E101A">
          <v:rect id="_x0000_i1229" style="width:0;height:1.5pt" o:hralign="center" o:hrstd="t" o:hr="t" fillcolor="#a0a0a0" stroked="f"/>
        </w:pict>
      </w:r>
    </w:p>
    <w:p w14:paraId="6E0C30A7" w14:textId="77777777" w:rsidR="00B409D2" w:rsidRPr="00C9454D" w:rsidRDefault="00B409D2" w:rsidP="00C9454D">
      <w:pPr>
        <w:pStyle w:val="Heading2"/>
        <w:rPr>
          <w:sz w:val="24"/>
          <w:szCs w:val="24"/>
        </w:rPr>
      </w:pPr>
      <w:r w:rsidRPr="00C9454D">
        <w:rPr>
          <w:sz w:val="24"/>
          <w:szCs w:val="24"/>
        </w:rPr>
        <w:t>A Year in the Shadows</w:t>
      </w:r>
    </w:p>
    <w:p w14:paraId="0CFCEE76" w14:textId="77777777" w:rsidR="008820DC" w:rsidRPr="00C9454D" w:rsidRDefault="008820DC" w:rsidP="00C9454D">
      <w:pPr>
        <w:rPr>
          <w:sz w:val="24"/>
          <w:szCs w:val="24"/>
        </w:rPr>
      </w:pPr>
    </w:p>
    <w:p w14:paraId="64B37A04" w14:textId="77777777" w:rsidR="00B409D2" w:rsidRPr="00C9454D" w:rsidRDefault="00B409D2" w:rsidP="00C9454D">
      <w:pPr>
        <w:rPr>
          <w:sz w:val="24"/>
          <w:szCs w:val="24"/>
        </w:rPr>
      </w:pPr>
      <w:r w:rsidRPr="00C9454D">
        <w:rPr>
          <w:sz w:val="24"/>
          <w:szCs w:val="24"/>
        </w:rPr>
        <w:t>Time passed in a blur.</w:t>
      </w:r>
    </w:p>
    <w:p w14:paraId="545CD553" w14:textId="77777777" w:rsidR="00B409D2" w:rsidRPr="00C9454D" w:rsidRDefault="00B409D2" w:rsidP="00C9454D">
      <w:pPr>
        <w:rPr>
          <w:sz w:val="24"/>
          <w:szCs w:val="24"/>
        </w:rPr>
      </w:pPr>
      <w:r w:rsidRPr="00C9454D">
        <w:rPr>
          <w:sz w:val="24"/>
          <w:szCs w:val="24"/>
        </w:rPr>
        <w:t>Seasons changed, but she did not.</w:t>
      </w:r>
    </w:p>
    <w:p w14:paraId="0870C43F" w14:textId="17B2043E" w:rsidR="00B409D2" w:rsidRPr="00C9454D" w:rsidRDefault="00B409D2" w:rsidP="00C9454D">
      <w:pPr>
        <w:rPr>
          <w:sz w:val="24"/>
          <w:szCs w:val="24"/>
        </w:rPr>
      </w:pPr>
      <w:r w:rsidRPr="00C9454D">
        <w:rPr>
          <w:sz w:val="24"/>
          <w:szCs w:val="24"/>
        </w:rPr>
        <w:t xml:space="preserve">Spring came, bringing the scent of fresh blossoms to the windows of </w:t>
      </w:r>
      <w:r w:rsidR="00522C4D" w:rsidRPr="00C9454D">
        <w:rPr>
          <w:sz w:val="24"/>
          <w:szCs w:val="24"/>
        </w:rPr>
        <w:t>High Haven</w:t>
      </w:r>
      <w:r w:rsidRPr="00C9454D">
        <w:rPr>
          <w:sz w:val="24"/>
          <w:szCs w:val="24"/>
        </w:rPr>
        <w:t>, but Abilene remained behind the heavy curtains.</w:t>
      </w:r>
    </w:p>
    <w:p w14:paraId="6925585C" w14:textId="77777777" w:rsidR="00B409D2" w:rsidRPr="00C9454D" w:rsidRDefault="00B409D2" w:rsidP="00C9454D">
      <w:pPr>
        <w:rPr>
          <w:sz w:val="24"/>
          <w:szCs w:val="24"/>
        </w:rPr>
      </w:pPr>
      <w:r w:rsidRPr="00C9454D">
        <w:rPr>
          <w:sz w:val="24"/>
          <w:szCs w:val="24"/>
        </w:rPr>
        <w:t>Summer arrived, the warmth seeping through the stone walls, the courtyards filling with activity, but she stayed in the cool confines of her chamber.</w:t>
      </w:r>
    </w:p>
    <w:p w14:paraId="58BBB975" w14:textId="77777777" w:rsidR="00B409D2" w:rsidRPr="00C9454D" w:rsidRDefault="00B409D2" w:rsidP="00C9454D">
      <w:pPr>
        <w:rPr>
          <w:sz w:val="24"/>
          <w:szCs w:val="24"/>
        </w:rPr>
      </w:pPr>
      <w:r w:rsidRPr="00C9454D">
        <w:rPr>
          <w:sz w:val="24"/>
          <w:szCs w:val="24"/>
        </w:rPr>
        <w:t>Autumn leaves painted the land gold and crimson, but she did not walk the orchard as she once had.</w:t>
      </w:r>
    </w:p>
    <w:p w14:paraId="34C696E5" w14:textId="77777777" w:rsidR="00B409D2" w:rsidRPr="00C9454D" w:rsidRDefault="00B409D2" w:rsidP="00C9454D">
      <w:pPr>
        <w:rPr>
          <w:sz w:val="24"/>
          <w:szCs w:val="24"/>
        </w:rPr>
      </w:pPr>
      <w:r w:rsidRPr="00C9454D">
        <w:rPr>
          <w:sz w:val="24"/>
          <w:szCs w:val="24"/>
        </w:rPr>
        <w:t>Winter returned, and with it, a realization.</w:t>
      </w:r>
    </w:p>
    <w:p w14:paraId="41979D6B" w14:textId="77777777" w:rsidR="00B409D2" w:rsidRPr="00C9454D" w:rsidRDefault="00B409D2" w:rsidP="00C9454D">
      <w:pPr>
        <w:rPr>
          <w:sz w:val="24"/>
          <w:szCs w:val="24"/>
        </w:rPr>
      </w:pPr>
      <w:r w:rsidRPr="00C9454D">
        <w:rPr>
          <w:sz w:val="24"/>
          <w:szCs w:val="24"/>
        </w:rPr>
        <w:t>She had survived.</w:t>
      </w:r>
    </w:p>
    <w:p w14:paraId="707EDD9F" w14:textId="77777777" w:rsidR="00B409D2" w:rsidRPr="00C9454D" w:rsidRDefault="00B409D2" w:rsidP="00C9454D">
      <w:pPr>
        <w:rPr>
          <w:sz w:val="24"/>
          <w:szCs w:val="24"/>
        </w:rPr>
      </w:pPr>
      <w:r w:rsidRPr="00C9454D">
        <w:rPr>
          <w:sz w:val="24"/>
          <w:szCs w:val="24"/>
        </w:rPr>
        <w:t>A whole year had come and gone, and yet, she was still here. And that was the hardest part—realizing that life had continued without him, that the world had not ended when he had.</w:t>
      </w:r>
    </w:p>
    <w:p w14:paraId="4E090F1A" w14:textId="77777777" w:rsidR="00B409D2" w:rsidRPr="00C9454D" w:rsidRDefault="00B409D2" w:rsidP="00C9454D">
      <w:pPr>
        <w:rPr>
          <w:sz w:val="24"/>
          <w:szCs w:val="24"/>
        </w:rPr>
      </w:pPr>
      <w:r w:rsidRPr="00C9454D">
        <w:rPr>
          <w:sz w:val="24"/>
          <w:szCs w:val="24"/>
        </w:rPr>
        <w:t>It should have.</w:t>
      </w:r>
    </w:p>
    <w:p w14:paraId="4C95397A" w14:textId="77777777" w:rsidR="00B409D2" w:rsidRPr="00C9454D" w:rsidRDefault="00B409D2" w:rsidP="00C9454D">
      <w:pPr>
        <w:rPr>
          <w:sz w:val="24"/>
          <w:szCs w:val="24"/>
        </w:rPr>
      </w:pPr>
      <w:r w:rsidRPr="00C9454D">
        <w:rPr>
          <w:sz w:val="24"/>
          <w:szCs w:val="24"/>
        </w:rPr>
        <w:t>And yet, it had not.</w:t>
      </w:r>
    </w:p>
    <w:p w14:paraId="13CADFC7" w14:textId="77777777" w:rsidR="00B409D2" w:rsidRPr="00C9454D" w:rsidRDefault="00FE197F" w:rsidP="00C9454D">
      <w:pPr>
        <w:rPr>
          <w:sz w:val="24"/>
          <w:szCs w:val="24"/>
        </w:rPr>
      </w:pPr>
      <w:r>
        <w:rPr>
          <w:noProof/>
          <w:sz w:val="24"/>
          <w:szCs w:val="24"/>
        </w:rPr>
      </w:r>
      <w:r w:rsidR="00FE197F">
        <w:rPr>
          <w:noProof/>
          <w:sz w:val="24"/>
          <w:szCs w:val="24"/>
        </w:rPr>
        <w:pict w14:anchorId="2B2C97FA">
          <v:rect id="_x0000_i1230" style="width:0;height:1.5pt" o:hralign="center" o:hrstd="t" o:hr="t" fillcolor="#a0a0a0" stroked="f"/>
        </w:pict>
      </w:r>
    </w:p>
    <w:p w14:paraId="68F7A2B1" w14:textId="77777777" w:rsidR="00B409D2" w:rsidRPr="00C9454D" w:rsidRDefault="00B409D2" w:rsidP="00C9454D">
      <w:pPr>
        <w:pStyle w:val="Heading2"/>
        <w:rPr>
          <w:sz w:val="24"/>
          <w:szCs w:val="24"/>
        </w:rPr>
      </w:pPr>
      <w:r w:rsidRPr="00C9454D">
        <w:rPr>
          <w:sz w:val="24"/>
          <w:szCs w:val="24"/>
        </w:rPr>
        <w:t>The Decision to Live Again</w:t>
      </w:r>
    </w:p>
    <w:p w14:paraId="542C69B2" w14:textId="77777777" w:rsidR="008820DC" w:rsidRPr="00C9454D" w:rsidRDefault="008820DC" w:rsidP="00C9454D">
      <w:pPr>
        <w:rPr>
          <w:sz w:val="24"/>
          <w:szCs w:val="24"/>
        </w:rPr>
      </w:pPr>
    </w:p>
    <w:p w14:paraId="7F29527D" w14:textId="77777777" w:rsidR="00B409D2" w:rsidRPr="00C9454D" w:rsidRDefault="00B409D2" w:rsidP="00C9454D">
      <w:pPr>
        <w:rPr>
          <w:sz w:val="24"/>
          <w:szCs w:val="24"/>
        </w:rPr>
      </w:pPr>
      <w:r w:rsidRPr="00C9454D">
        <w:rPr>
          <w:sz w:val="24"/>
          <w:szCs w:val="24"/>
        </w:rPr>
        <w:t>One evening, as she sat in the quiet of her room, she reached for the old tin—the one that had held the note she had first given Guy.</w:t>
      </w:r>
    </w:p>
    <w:p w14:paraId="6F4E7EB7" w14:textId="77777777" w:rsidR="00B409D2" w:rsidRPr="00C9454D" w:rsidRDefault="00B409D2" w:rsidP="00C9454D">
      <w:pPr>
        <w:rPr>
          <w:sz w:val="24"/>
          <w:szCs w:val="24"/>
        </w:rPr>
      </w:pPr>
      <w:r w:rsidRPr="00C9454D">
        <w:rPr>
          <w:sz w:val="24"/>
          <w:szCs w:val="24"/>
        </w:rPr>
        <w:t>She ran her fingers over the metal, tracing the edges, feeling the weight of its history, of everything it had carried.</w:t>
      </w:r>
    </w:p>
    <w:p w14:paraId="316035AE" w14:textId="77777777" w:rsidR="00B409D2" w:rsidRPr="00C9454D" w:rsidRDefault="00B409D2" w:rsidP="00C9454D">
      <w:pPr>
        <w:rPr>
          <w:sz w:val="24"/>
          <w:szCs w:val="24"/>
        </w:rPr>
      </w:pPr>
      <w:r w:rsidRPr="00C9454D">
        <w:rPr>
          <w:sz w:val="24"/>
          <w:szCs w:val="24"/>
        </w:rPr>
        <w:t>Slowly, she opened it.</w:t>
      </w:r>
    </w:p>
    <w:p w14:paraId="52F83026" w14:textId="3789D60C" w:rsidR="00B409D2" w:rsidRPr="00C9454D" w:rsidRDefault="00B409D2" w:rsidP="00C9454D">
      <w:pPr>
        <w:rPr>
          <w:sz w:val="24"/>
          <w:szCs w:val="24"/>
        </w:rPr>
      </w:pPr>
      <w:r w:rsidRPr="00C9454D">
        <w:rPr>
          <w:sz w:val="24"/>
          <w:szCs w:val="24"/>
        </w:rPr>
        <w:t>Inside, besi</w:t>
      </w:r>
      <w:r w:rsidR="00DD1FF5" w:rsidRPr="00C9454D">
        <w:rPr>
          <w:sz w:val="24"/>
          <w:szCs w:val="24"/>
        </w:rPr>
        <w:t xml:space="preserve">de </w:t>
      </w:r>
      <w:r w:rsidRPr="00C9454D">
        <w:rPr>
          <w:sz w:val="24"/>
          <w:szCs w:val="24"/>
        </w:rPr>
        <w:t>the faded note, was a small piece of parchment—one she had never seen before.</w:t>
      </w:r>
    </w:p>
    <w:p w14:paraId="165BF6C7" w14:textId="77777777" w:rsidR="00B409D2" w:rsidRPr="00C9454D" w:rsidRDefault="00B409D2" w:rsidP="00C9454D">
      <w:pPr>
        <w:rPr>
          <w:sz w:val="24"/>
          <w:szCs w:val="24"/>
        </w:rPr>
      </w:pPr>
      <w:r w:rsidRPr="00C9454D">
        <w:rPr>
          <w:sz w:val="24"/>
          <w:szCs w:val="24"/>
        </w:rPr>
        <w:t>She unfolded it with trembling hands.</w:t>
      </w:r>
    </w:p>
    <w:p w14:paraId="6116E305" w14:textId="3A1B2B4E" w:rsidR="00B409D2" w:rsidRPr="00C9454D" w:rsidRDefault="00B409D2" w:rsidP="00C9454D">
      <w:pPr>
        <w:rPr>
          <w:sz w:val="24"/>
          <w:szCs w:val="24"/>
        </w:rPr>
      </w:pPr>
      <w:r w:rsidRPr="00C9454D">
        <w:rPr>
          <w:sz w:val="24"/>
          <w:szCs w:val="24"/>
        </w:rPr>
        <w:t xml:space="preserve">“My love, if you are reading this, it means I am gone. But do not let my absence take you with me. You have always been the heart of </w:t>
      </w:r>
      <w:r w:rsidR="00522C4D" w:rsidRPr="00C9454D">
        <w:rPr>
          <w:sz w:val="24"/>
          <w:szCs w:val="24"/>
        </w:rPr>
        <w:t>High Haven</w:t>
      </w:r>
      <w:r w:rsidRPr="00C9454D">
        <w:rPr>
          <w:sz w:val="24"/>
          <w:szCs w:val="24"/>
        </w:rPr>
        <w:t>, the light of our family. The world still needs your brilliance, your ideas, your fire. Do not let grief steal that from you. Live, Abilene. For me, for them—for yourself.”</w:t>
      </w:r>
    </w:p>
    <w:p w14:paraId="46100F88" w14:textId="77777777" w:rsidR="00B409D2" w:rsidRPr="00C9454D" w:rsidRDefault="00B409D2" w:rsidP="00C9454D">
      <w:pPr>
        <w:rPr>
          <w:sz w:val="24"/>
          <w:szCs w:val="24"/>
        </w:rPr>
      </w:pPr>
      <w:r w:rsidRPr="00C9454D">
        <w:rPr>
          <w:sz w:val="24"/>
          <w:szCs w:val="24"/>
        </w:rPr>
        <w:t>She gasped, pressing the note to her chest, her tears falling freely for the first time in a year.</w:t>
      </w:r>
    </w:p>
    <w:p w14:paraId="7130B0A4" w14:textId="77777777" w:rsidR="00B409D2" w:rsidRPr="00C9454D" w:rsidRDefault="00B409D2" w:rsidP="00C9454D">
      <w:pPr>
        <w:rPr>
          <w:sz w:val="24"/>
          <w:szCs w:val="24"/>
        </w:rPr>
      </w:pPr>
      <w:r w:rsidRPr="00C9454D">
        <w:rPr>
          <w:sz w:val="24"/>
          <w:szCs w:val="24"/>
        </w:rPr>
        <w:t xml:space="preserve">And then, for the first time since his death, she </w:t>
      </w:r>
      <w:r w:rsidRPr="00C9454D">
        <w:rPr>
          <w:i/>
          <w:iCs/>
          <w:sz w:val="24"/>
          <w:szCs w:val="24"/>
        </w:rPr>
        <w:t>breathed</w:t>
      </w:r>
      <w:r w:rsidRPr="00C9454D">
        <w:rPr>
          <w:sz w:val="24"/>
          <w:szCs w:val="24"/>
        </w:rPr>
        <w:t>.</w:t>
      </w:r>
    </w:p>
    <w:p w14:paraId="73F5746B" w14:textId="77777777" w:rsidR="00B409D2" w:rsidRPr="00C9454D" w:rsidRDefault="00B409D2" w:rsidP="00C9454D">
      <w:pPr>
        <w:rPr>
          <w:sz w:val="24"/>
          <w:szCs w:val="24"/>
        </w:rPr>
      </w:pPr>
      <w:r w:rsidRPr="00C9454D">
        <w:rPr>
          <w:sz w:val="24"/>
          <w:szCs w:val="24"/>
        </w:rPr>
        <w:t>A full, deep breath that did not feel like a struggle.</w:t>
      </w:r>
    </w:p>
    <w:p w14:paraId="2A801BFE" w14:textId="77777777" w:rsidR="00B409D2" w:rsidRPr="00C9454D" w:rsidRDefault="00B409D2" w:rsidP="00C9454D">
      <w:pPr>
        <w:rPr>
          <w:sz w:val="24"/>
          <w:szCs w:val="24"/>
        </w:rPr>
      </w:pPr>
      <w:r w:rsidRPr="00C9454D">
        <w:rPr>
          <w:sz w:val="24"/>
          <w:szCs w:val="24"/>
        </w:rPr>
        <w:t>A breath that carried something new.</w:t>
      </w:r>
    </w:p>
    <w:p w14:paraId="0FBEA124" w14:textId="77777777" w:rsidR="00B409D2" w:rsidRPr="00C9454D" w:rsidRDefault="00B409D2" w:rsidP="00C9454D">
      <w:pPr>
        <w:rPr>
          <w:sz w:val="24"/>
          <w:szCs w:val="24"/>
        </w:rPr>
      </w:pPr>
      <w:r w:rsidRPr="00C9454D">
        <w:rPr>
          <w:sz w:val="24"/>
          <w:szCs w:val="24"/>
        </w:rPr>
        <w:t>Resolve.</w:t>
      </w:r>
    </w:p>
    <w:p w14:paraId="1F388898" w14:textId="77777777" w:rsidR="00B409D2" w:rsidRPr="00C9454D" w:rsidRDefault="00FE197F" w:rsidP="00C9454D">
      <w:pPr>
        <w:rPr>
          <w:sz w:val="24"/>
          <w:szCs w:val="24"/>
        </w:rPr>
      </w:pPr>
      <w:r>
        <w:rPr>
          <w:noProof/>
          <w:sz w:val="24"/>
          <w:szCs w:val="24"/>
        </w:rPr>
      </w:r>
      <w:r w:rsidR="00FE197F">
        <w:rPr>
          <w:noProof/>
          <w:sz w:val="24"/>
          <w:szCs w:val="24"/>
        </w:rPr>
        <w:pict w14:anchorId="68CF2630">
          <v:rect id="_x0000_i1231" style="width:0;height:1.5pt" o:hralign="center" o:hrstd="t" o:hr="t" fillcolor="#a0a0a0" stroked="f"/>
        </w:pict>
      </w:r>
    </w:p>
    <w:p w14:paraId="281126A1" w14:textId="77777777" w:rsidR="00680576" w:rsidRPr="00C9454D" w:rsidRDefault="00B409D2" w:rsidP="00C9454D">
      <w:pPr>
        <w:pStyle w:val="Heading2"/>
        <w:rPr>
          <w:sz w:val="24"/>
          <w:szCs w:val="24"/>
        </w:rPr>
      </w:pPr>
      <w:r w:rsidRPr="00C9454D">
        <w:rPr>
          <w:sz w:val="24"/>
          <w:szCs w:val="24"/>
        </w:rPr>
        <w:t>The Return of Lady Abilene</w:t>
      </w:r>
      <w:r w:rsidR="00F14380" w:rsidRPr="00C9454D">
        <w:rPr>
          <w:sz w:val="24"/>
          <w:szCs w:val="24"/>
        </w:rPr>
        <w:t xml:space="preserve"> </w:t>
      </w:r>
    </w:p>
    <w:p w14:paraId="56DCF0A1" w14:textId="0C8D6966" w:rsidR="00B409D2" w:rsidRPr="00C9454D" w:rsidRDefault="00F14380" w:rsidP="00C9454D">
      <w:pPr>
        <w:pStyle w:val="Heading2"/>
        <w:rPr>
          <w:sz w:val="24"/>
          <w:szCs w:val="24"/>
        </w:rPr>
      </w:pPr>
      <w:r w:rsidRPr="00C9454D">
        <w:rPr>
          <w:sz w:val="24"/>
          <w:szCs w:val="24"/>
        </w:rPr>
        <w:t>1</w:t>
      </w:r>
      <w:r w:rsidR="00680576" w:rsidRPr="00C9454D">
        <w:rPr>
          <w:sz w:val="24"/>
          <w:szCs w:val="24"/>
        </w:rPr>
        <w:t>242</w:t>
      </w:r>
    </w:p>
    <w:p w14:paraId="70B48C0A" w14:textId="77777777" w:rsidR="008820DC" w:rsidRPr="00C9454D" w:rsidRDefault="008820DC" w:rsidP="00C9454D">
      <w:pPr>
        <w:rPr>
          <w:sz w:val="24"/>
          <w:szCs w:val="24"/>
        </w:rPr>
      </w:pPr>
    </w:p>
    <w:p w14:paraId="75084047" w14:textId="77777777" w:rsidR="00B409D2" w:rsidRPr="00C9454D" w:rsidRDefault="00B409D2" w:rsidP="00C9454D">
      <w:pPr>
        <w:rPr>
          <w:sz w:val="24"/>
          <w:szCs w:val="24"/>
        </w:rPr>
      </w:pPr>
      <w:r w:rsidRPr="00C9454D">
        <w:rPr>
          <w:sz w:val="24"/>
          <w:szCs w:val="24"/>
        </w:rPr>
        <w:t>The next morning, the household was stunned to find Abilene dressed, standing in the main hall, speaking with the steward about the state of the estate.</w:t>
      </w:r>
    </w:p>
    <w:p w14:paraId="5896E44B" w14:textId="586B4D97" w:rsidR="00B409D2" w:rsidRPr="00C9454D" w:rsidRDefault="00B409D2" w:rsidP="00C9454D">
      <w:pPr>
        <w:rPr>
          <w:sz w:val="24"/>
          <w:szCs w:val="24"/>
        </w:rPr>
      </w:pPr>
      <w:r w:rsidRPr="00C9454D">
        <w:rPr>
          <w:sz w:val="24"/>
          <w:szCs w:val="24"/>
        </w:rPr>
        <w:t xml:space="preserve">She walked through </w:t>
      </w:r>
      <w:r w:rsidR="00522C4D" w:rsidRPr="00C9454D">
        <w:rPr>
          <w:sz w:val="24"/>
          <w:szCs w:val="24"/>
        </w:rPr>
        <w:t>High Haven</w:t>
      </w:r>
      <w:r w:rsidRPr="00C9454D">
        <w:rPr>
          <w:sz w:val="24"/>
          <w:szCs w:val="24"/>
        </w:rPr>
        <w:t xml:space="preserve"> with purpose, inspecting the land, speaking with the workers, asking questions about new developments.</w:t>
      </w:r>
    </w:p>
    <w:p w14:paraId="2FC0FEDE" w14:textId="77777777" w:rsidR="00B409D2" w:rsidRPr="00C9454D" w:rsidRDefault="00B409D2" w:rsidP="00C9454D">
      <w:pPr>
        <w:rPr>
          <w:sz w:val="24"/>
          <w:szCs w:val="24"/>
        </w:rPr>
      </w:pPr>
      <w:r w:rsidRPr="00C9454D">
        <w:rPr>
          <w:sz w:val="24"/>
          <w:szCs w:val="24"/>
        </w:rPr>
        <w:t>By midday, she was in her old workshop, dusting off plans, old sketches, unfinished projects.</w:t>
      </w:r>
    </w:p>
    <w:p w14:paraId="19FE5A86" w14:textId="77777777" w:rsidR="00B409D2" w:rsidRPr="00C9454D" w:rsidRDefault="00B409D2" w:rsidP="00C9454D">
      <w:pPr>
        <w:rPr>
          <w:sz w:val="24"/>
          <w:szCs w:val="24"/>
        </w:rPr>
      </w:pPr>
      <w:r w:rsidRPr="00C9454D">
        <w:rPr>
          <w:sz w:val="24"/>
          <w:szCs w:val="24"/>
        </w:rPr>
        <w:t>By evening, she was sitting with John Marshall and Helena, outlining her next endeavor.</w:t>
      </w:r>
    </w:p>
    <w:p w14:paraId="4DE39248" w14:textId="77777777" w:rsidR="00B409D2" w:rsidRPr="00C9454D" w:rsidRDefault="00B409D2" w:rsidP="00C9454D">
      <w:pPr>
        <w:rPr>
          <w:sz w:val="24"/>
          <w:szCs w:val="24"/>
        </w:rPr>
      </w:pPr>
      <w:r w:rsidRPr="00C9454D">
        <w:rPr>
          <w:sz w:val="24"/>
          <w:szCs w:val="24"/>
        </w:rPr>
        <w:t>"I have ideas," she said simply.</w:t>
      </w:r>
    </w:p>
    <w:p w14:paraId="2E6FB890" w14:textId="77777777" w:rsidR="00B409D2" w:rsidRPr="00C9454D" w:rsidRDefault="00B409D2" w:rsidP="00C9454D">
      <w:pPr>
        <w:rPr>
          <w:sz w:val="24"/>
          <w:szCs w:val="24"/>
        </w:rPr>
      </w:pPr>
      <w:r w:rsidRPr="00C9454D">
        <w:rPr>
          <w:sz w:val="24"/>
          <w:szCs w:val="24"/>
        </w:rPr>
        <w:t>They exchanged glances—part hope, part disbelief.</w:t>
      </w:r>
    </w:p>
    <w:p w14:paraId="0F082F14" w14:textId="77777777" w:rsidR="00B409D2" w:rsidRPr="00C9454D" w:rsidRDefault="00B409D2" w:rsidP="00C9454D">
      <w:pPr>
        <w:rPr>
          <w:sz w:val="24"/>
          <w:szCs w:val="24"/>
        </w:rPr>
      </w:pPr>
      <w:r w:rsidRPr="00C9454D">
        <w:rPr>
          <w:sz w:val="24"/>
          <w:szCs w:val="24"/>
        </w:rPr>
        <w:t>Helena reached for her hand. "Mother, are you certain? You don’t have to—"</w:t>
      </w:r>
    </w:p>
    <w:p w14:paraId="4802BFAC" w14:textId="77777777" w:rsidR="00B409D2" w:rsidRPr="00C9454D" w:rsidRDefault="00B409D2" w:rsidP="00C9454D">
      <w:pPr>
        <w:rPr>
          <w:sz w:val="24"/>
          <w:szCs w:val="24"/>
        </w:rPr>
      </w:pPr>
      <w:r w:rsidRPr="00C9454D">
        <w:rPr>
          <w:sz w:val="24"/>
          <w:szCs w:val="24"/>
        </w:rPr>
        <w:t>"I do," Abilene interrupted gently. "Because if I do not, then I have already died with him."</w:t>
      </w:r>
    </w:p>
    <w:p w14:paraId="2C80062C" w14:textId="77777777" w:rsidR="00B409D2" w:rsidRPr="00C9454D" w:rsidRDefault="00B409D2" w:rsidP="00C9454D">
      <w:pPr>
        <w:rPr>
          <w:sz w:val="24"/>
          <w:szCs w:val="24"/>
        </w:rPr>
      </w:pPr>
      <w:r w:rsidRPr="00C9454D">
        <w:rPr>
          <w:sz w:val="24"/>
          <w:szCs w:val="24"/>
        </w:rPr>
        <w:t>John Marshall exhaled slowly, nodding. "Then tell us, Mother. What shall we build next?"</w:t>
      </w:r>
    </w:p>
    <w:p w14:paraId="467993E9" w14:textId="5489AAF4" w:rsidR="00B409D2" w:rsidRPr="00C9454D" w:rsidRDefault="00B409D2" w:rsidP="00C9454D">
      <w:pPr>
        <w:rPr>
          <w:sz w:val="24"/>
          <w:szCs w:val="24"/>
        </w:rPr>
      </w:pPr>
      <w:r w:rsidRPr="00C9454D">
        <w:rPr>
          <w:sz w:val="24"/>
          <w:szCs w:val="24"/>
        </w:rPr>
        <w:t xml:space="preserve">And as she spread out the parchments before them, detailing new methods for irrigation, new designs for </w:t>
      </w:r>
      <w:r w:rsidR="00522C4D" w:rsidRPr="00C9454D">
        <w:rPr>
          <w:sz w:val="24"/>
          <w:szCs w:val="24"/>
        </w:rPr>
        <w:t>High Haven</w:t>
      </w:r>
      <w:r w:rsidRPr="00C9454D">
        <w:rPr>
          <w:sz w:val="24"/>
          <w:szCs w:val="24"/>
        </w:rPr>
        <w:t>’s defenses, new ways to make the land thrive—there was no doubt.</w:t>
      </w:r>
    </w:p>
    <w:p w14:paraId="412C27E3" w14:textId="37B5E70F" w:rsidR="00B409D2" w:rsidRPr="00C9454D" w:rsidRDefault="00B409D2" w:rsidP="00C9454D">
      <w:pPr>
        <w:rPr>
          <w:sz w:val="24"/>
          <w:szCs w:val="24"/>
        </w:rPr>
      </w:pPr>
      <w:r w:rsidRPr="00C9454D">
        <w:rPr>
          <w:sz w:val="24"/>
          <w:szCs w:val="24"/>
        </w:rPr>
        <w:t xml:space="preserve">Lady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had returned.</w:t>
      </w:r>
    </w:p>
    <w:p w14:paraId="56030BED" w14:textId="77777777" w:rsidR="00B409D2" w:rsidRPr="00C9454D" w:rsidRDefault="00B409D2" w:rsidP="00C9454D">
      <w:pPr>
        <w:rPr>
          <w:sz w:val="24"/>
          <w:szCs w:val="24"/>
        </w:rPr>
      </w:pPr>
      <w:r w:rsidRPr="00C9454D">
        <w:rPr>
          <w:sz w:val="24"/>
          <w:szCs w:val="24"/>
        </w:rPr>
        <w:t>Not as the woman she was before.</w:t>
      </w:r>
    </w:p>
    <w:p w14:paraId="4DED627B" w14:textId="77777777" w:rsidR="00B409D2" w:rsidRPr="00C9454D" w:rsidRDefault="00B409D2" w:rsidP="00C9454D">
      <w:pPr>
        <w:rPr>
          <w:sz w:val="24"/>
          <w:szCs w:val="24"/>
        </w:rPr>
      </w:pPr>
      <w:r w:rsidRPr="00C9454D">
        <w:rPr>
          <w:sz w:val="24"/>
          <w:szCs w:val="24"/>
        </w:rPr>
        <w:t>But as the woman she was always meant to be.</w:t>
      </w:r>
    </w:p>
    <w:p w14:paraId="5151805C" w14:textId="1E2834C2" w:rsidR="00607D04" w:rsidRPr="00C9454D" w:rsidRDefault="00607D04" w:rsidP="00C9454D">
      <w:pPr>
        <w:rPr>
          <w:sz w:val="24"/>
          <w:szCs w:val="24"/>
        </w:rPr>
      </w:pPr>
    </w:p>
    <w:p w14:paraId="60F06A99" w14:textId="23E0E9BD" w:rsidR="000333DB" w:rsidRPr="00C9454D" w:rsidRDefault="000333DB" w:rsidP="00C9454D">
      <w:pPr>
        <w:rPr>
          <w:sz w:val="24"/>
          <w:szCs w:val="24"/>
        </w:rPr>
      </w:pPr>
      <w:r w:rsidRPr="00C9454D">
        <w:rPr>
          <w:sz w:val="24"/>
          <w:szCs w:val="24"/>
        </w:rPr>
        <w:t>The Portrait &amp; The Breaking</w:t>
      </w:r>
    </w:p>
    <w:p w14:paraId="02364EAC" w14:textId="18F2062F" w:rsidR="000333DB" w:rsidRPr="00C9454D" w:rsidRDefault="000333DB" w:rsidP="00C9454D">
      <w:pPr>
        <w:rPr>
          <w:sz w:val="24"/>
          <w:szCs w:val="24"/>
        </w:rPr>
      </w:pPr>
      <w:r w:rsidRPr="00C9454D">
        <w:rPr>
          <w:sz w:val="24"/>
          <w:szCs w:val="24"/>
        </w:rPr>
        <w:t xml:space="preserve">High Haven was always quiet this time of year. The orchard whispered. The stones remembered. The servants spoke in softened tones. It was the week no one dared say aloud: the anniversary of Sir Guy </w:t>
      </w:r>
      <w:r w:rsidR="00DD1FF5" w:rsidRPr="00C9454D">
        <w:rPr>
          <w:sz w:val="24"/>
          <w:szCs w:val="24"/>
        </w:rPr>
        <w:t xml:space="preserve">de </w:t>
      </w:r>
      <w:proofErr w:type="spellStart"/>
      <w:r w:rsidRPr="00C9454D">
        <w:rPr>
          <w:sz w:val="24"/>
          <w:szCs w:val="24"/>
        </w:rPr>
        <w:t>Peine’s</w:t>
      </w:r>
      <w:proofErr w:type="spellEnd"/>
      <w:r w:rsidRPr="00C9454D">
        <w:rPr>
          <w:sz w:val="24"/>
          <w:szCs w:val="24"/>
        </w:rPr>
        <w:t xml:space="preserve"> death.</w:t>
      </w:r>
    </w:p>
    <w:p w14:paraId="7874BCDA" w14:textId="77777777" w:rsidR="000333DB" w:rsidRPr="00C9454D" w:rsidRDefault="000333DB" w:rsidP="00C9454D">
      <w:pPr>
        <w:rPr>
          <w:sz w:val="24"/>
          <w:szCs w:val="24"/>
        </w:rPr>
      </w:pPr>
      <w:r w:rsidRPr="00C9454D">
        <w:rPr>
          <w:sz w:val="24"/>
          <w:szCs w:val="24"/>
        </w:rPr>
        <w:t>Vivienne had lived at High Haven for just over a year. And Abilene—with the grace only a woman who had weathered deep storms could muster—had received her. Loved her, even. Until today.</w:t>
      </w:r>
    </w:p>
    <w:p w14:paraId="317DE305" w14:textId="77777777" w:rsidR="000333DB" w:rsidRPr="00C9454D" w:rsidRDefault="000333DB" w:rsidP="00C9454D">
      <w:pPr>
        <w:rPr>
          <w:sz w:val="24"/>
          <w:szCs w:val="24"/>
        </w:rPr>
      </w:pPr>
      <w:r w:rsidRPr="00C9454D">
        <w:rPr>
          <w:sz w:val="24"/>
          <w:szCs w:val="24"/>
        </w:rPr>
        <w:t>Until the portrait.</w:t>
      </w:r>
    </w:p>
    <w:p w14:paraId="457B0FE8" w14:textId="77777777" w:rsidR="000333DB" w:rsidRPr="00C9454D" w:rsidRDefault="000333DB" w:rsidP="00C9454D">
      <w:pPr>
        <w:rPr>
          <w:sz w:val="24"/>
          <w:szCs w:val="24"/>
        </w:rPr>
      </w:pPr>
      <w:r w:rsidRPr="00C9454D">
        <w:rPr>
          <w:sz w:val="24"/>
          <w:szCs w:val="24"/>
        </w:rPr>
        <w:t>Abilene was halfway through her morning rounds when she entered the Grand Hall—and stopped dead.</w:t>
      </w:r>
    </w:p>
    <w:p w14:paraId="1D1E1000" w14:textId="77777777" w:rsidR="000333DB" w:rsidRPr="00C9454D" w:rsidRDefault="000333DB" w:rsidP="00C9454D">
      <w:pPr>
        <w:rPr>
          <w:sz w:val="24"/>
          <w:szCs w:val="24"/>
        </w:rPr>
      </w:pPr>
      <w:r w:rsidRPr="00C9454D">
        <w:rPr>
          <w:sz w:val="24"/>
          <w:szCs w:val="24"/>
        </w:rPr>
        <w:t>There, above the hearth, larger than life and lit by dawn light—was a painting.</w:t>
      </w:r>
    </w:p>
    <w:p w14:paraId="255885E0" w14:textId="77777777" w:rsidR="000333DB" w:rsidRPr="00C9454D" w:rsidRDefault="000333DB" w:rsidP="00C9454D">
      <w:pPr>
        <w:rPr>
          <w:sz w:val="24"/>
          <w:szCs w:val="24"/>
        </w:rPr>
      </w:pPr>
      <w:r w:rsidRPr="00C9454D">
        <w:rPr>
          <w:sz w:val="24"/>
          <w:szCs w:val="24"/>
        </w:rPr>
        <w:t>A portrait.</w:t>
      </w:r>
    </w:p>
    <w:p w14:paraId="5014ACDA" w14:textId="77777777" w:rsidR="000333DB" w:rsidRPr="00C9454D" w:rsidRDefault="000333DB" w:rsidP="00C9454D">
      <w:pPr>
        <w:rPr>
          <w:sz w:val="24"/>
          <w:szCs w:val="24"/>
        </w:rPr>
      </w:pPr>
      <w:r w:rsidRPr="00C9454D">
        <w:rPr>
          <w:sz w:val="24"/>
          <w:szCs w:val="24"/>
        </w:rPr>
        <w:t>Vivienne and Guy, in court attire. Younger. Radiant. In love?</w:t>
      </w:r>
    </w:p>
    <w:p w14:paraId="4438162A" w14:textId="5C908142" w:rsidR="000333DB" w:rsidRPr="00C9454D" w:rsidRDefault="000333DB" w:rsidP="00C9454D">
      <w:pPr>
        <w:rPr>
          <w:sz w:val="24"/>
          <w:szCs w:val="24"/>
        </w:rPr>
      </w:pPr>
      <w:r w:rsidRPr="00C9454D">
        <w:rPr>
          <w:sz w:val="24"/>
          <w:szCs w:val="24"/>
        </w:rPr>
        <w:t xml:space="preserve">Guy looked no older than thirty—a smile, a poise, a softness in the eyes Abilene had never seen in life. And Vivienne—gowned in deep violet, her hair </w:t>
      </w:r>
      <w:r w:rsidR="00E346EB" w:rsidRPr="00C9454D">
        <w:rPr>
          <w:sz w:val="24"/>
          <w:szCs w:val="24"/>
        </w:rPr>
        <w:t>black as night</w:t>
      </w:r>
      <w:r w:rsidRPr="00C9454D">
        <w:rPr>
          <w:sz w:val="24"/>
          <w:szCs w:val="24"/>
        </w:rPr>
        <w:t xml:space="preserve"> and crowned in braids—was breathtaking. Ethereal. A vision.</w:t>
      </w:r>
    </w:p>
    <w:p w14:paraId="36B72379" w14:textId="77777777" w:rsidR="000333DB" w:rsidRPr="00C9454D" w:rsidRDefault="000333DB" w:rsidP="00C9454D">
      <w:pPr>
        <w:rPr>
          <w:sz w:val="24"/>
          <w:szCs w:val="24"/>
        </w:rPr>
      </w:pPr>
      <w:r w:rsidRPr="00C9454D">
        <w:rPr>
          <w:sz w:val="24"/>
          <w:szCs w:val="24"/>
        </w:rPr>
        <w:t>Abilene did not know this version of her husband. But she knew what this meant.</w:t>
      </w:r>
    </w:p>
    <w:p w14:paraId="2AD8A71C" w14:textId="77777777" w:rsidR="000333DB" w:rsidRPr="00C9454D" w:rsidRDefault="000333DB" w:rsidP="00C9454D">
      <w:pPr>
        <w:rPr>
          <w:sz w:val="24"/>
          <w:szCs w:val="24"/>
        </w:rPr>
      </w:pPr>
      <w:r w:rsidRPr="00C9454D">
        <w:rPr>
          <w:sz w:val="24"/>
          <w:szCs w:val="24"/>
        </w:rPr>
        <w:t>She stared up at it, unmoving.</w:t>
      </w:r>
    </w:p>
    <w:p w14:paraId="548FA1F5" w14:textId="77777777" w:rsidR="000333DB" w:rsidRPr="00C9454D" w:rsidRDefault="000333DB" w:rsidP="00C9454D">
      <w:pPr>
        <w:rPr>
          <w:sz w:val="24"/>
          <w:szCs w:val="24"/>
        </w:rPr>
      </w:pPr>
      <w:r w:rsidRPr="00C9454D">
        <w:rPr>
          <w:sz w:val="24"/>
          <w:szCs w:val="24"/>
        </w:rPr>
        <w:t>Then, with a voice that shook the very beams of the hall:</w:t>
      </w:r>
    </w:p>
    <w:p w14:paraId="2545041B" w14:textId="77777777" w:rsidR="000333DB" w:rsidRPr="00C9454D" w:rsidRDefault="000333DB" w:rsidP="00C9454D">
      <w:pPr>
        <w:rPr>
          <w:sz w:val="24"/>
          <w:szCs w:val="24"/>
        </w:rPr>
      </w:pPr>
      <w:r w:rsidRPr="00C9454D">
        <w:rPr>
          <w:sz w:val="24"/>
          <w:szCs w:val="24"/>
        </w:rPr>
        <w:t>"VIVIENNE! COME. NOW."</w:t>
      </w:r>
    </w:p>
    <w:p w14:paraId="63BB39F3" w14:textId="77777777" w:rsidR="000333DB" w:rsidRPr="00C9454D" w:rsidRDefault="000333DB" w:rsidP="00C9454D">
      <w:pPr>
        <w:rPr>
          <w:sz w:val="24"/>
          <w:szCs w:val="24"/>
        </w:rPr>
      </w:pPr>
      <w:r w:rsidRPr="00C9454D">
        <w:rPr>
          <w:sz w:val="24"/>
          <w:szCs w:val="24"/>
        </w:rPr>
        <w:t>Footsteps. Soft, measured. Vivienne entered the hall with the expression of a woman who’d already written her response.</w:t>
      </w:r>
    </w:p>
    <w:p w14:paraId="20AB1DAF" w14:textId="77777777" w:rsidR="000333DB" w:rsidRPr="00C9454D" w:rsidRDefault="000333DB" w:rsidP="00C9454D">
      <w:pPr>
        <w:rPr>
          <w:sz w:val="24"/>
          <w:szCs w:val="24"/>
        </w:rPr>
      </w:pPr>
      <w:r w:rsidRPr="00C9454D">
        <w:rPr>
          <w:sz w:val="24"/>
          <w:szCs w:val="24"/>
        </w:rPr>
        <w:t>"Is there a problem, my lady?" she asked, voice smooth.</w:t>
      </w:r>
    </w:p>
    <w:p w14:paraId="5F9E8675" w14:textId="77777777" w:rsidR="000333DB" w:rsidRPr="00C9454D" w:rsidRDefault="000333DB" w:rsidP="00C9454D">
      <w:pPr>
        <w:rPr>
          <w:sz w:val="24"/>
          <w:szCs w:val="24"/>
        </w:rPr>
      </w:pPr>
      <w:r w:rsidRPr="00C9454D">
        <w:rPr>
          <w:sz w:val="24"/>
          <w:szCs w:val="24"/>
        </w:rPr>
        <w:t>Abilene turned, eyes wet, voice breaking. "What is the meaning of this? And today of all days? I let you into my home. My children. My marriage. Why would you do this?"</w:t>
      </w:r>
    </w:p>
    <w:p w14:paraId="5F992612" w14:textId="77777777" w:rsidR="000333DB" w:rsidRPr="00C9454D" w:rsidRDefault="000333DB" w:rsidP="00C9454D">
      <w:pPr>
        <w:rPr>
          <w:sz w:val="24"/>
          <w:szCs w:val="24"/>
        </w:rPr>
      </w:pPr>
      <w:r w:rsidRPr="00C9454D">
        <w:rPr>
          <w:sz w:val="24"/>
          <w:szCs w:val="24"/>
        </w:rPr>
        <w:t>Vivienne held her ground. She, too, was trembling.</w:t>
      </w:r>
    </w:p>
    <w:p w14:paraId="11566C24" w14:textId="12C9A500" w:rsidR="000333DB" w:rsidRPr="00C9454D" w:rsidRDefault="000333DB" w:rsidP="00C9454D">
      <w:pPr>
        <w:rPr>
          <w:sz w:val="24"/>
          <w:szCs w:val="24"/>
        </w:rPr>
      </w:pPr>
      <w:r w:rsidRPr="00C9454D">
        <w:rPr>
          <w:sz w:val="24"/>
          <w:szCs w:val="24"/>
        </w:rPr>
        <w:t>"I very well know the feeling you feel now," she said. "To see a life in front of you that was meant to be yours. I wished I had come for Guy. Ma</w:t>
      </w:r>
      <w:r w:rsidR="00DD1FF5" w:rsidRPr="00C9454D">
        <w:rPr>
          <w:sz w:val="24"/>
          <w:szCs w:val="24"/>
        </w:rPr>
        <w:t xml:space="preserve">de </w:t>
      </w:r>
      <w:r w:rsidRPr="00C9454D">
        <w:rPr>
          <w:sz w:val="24"/>
          <w:szCs w:val="24"/>
        </w:rPr>
        <w:t xml:space="preserve">him be true. My deepest regret. </w:t>
      </w:r>
      <w:r w:rsidR="008C02E6" w:rsidRPr="00C9454D">
        <w:rPr>
          <w:sz w:val="24"/>
          <w:szCs w:val="24"/>
        </w:rPr>
        <w:t>He</w:t>
      </w:r>
      <w:r w:rsidRPr="00C9454D">
        <w:rPr>
          <w:sz w:val="24"/>
          <w:szCs w:val="24"/>
        </w:rPr>
        <w:t xml:space="preserve"> ma</w:t>
      </w:r>
      <w:r w:rsidR="00DD1FF5" w:rsidRPr="00C9454D">
        <w:rPr>
          <w:sz w:val="24"/>
          <w:szCs w:val="24"/>
        </w:rPr>
        <w:t xml:space="preserve">de </w:t>
      </w:r>
      <w:r w:rsidRPr="00C9454D">
        <w:rPr>
          <w:sz w:val="24"/>
          <w:szCs w:val="24"/>
        </w:rPr>
        <w:t>a vow before God concerning me too. He was mine, as I was his."</w:t>
      </w:r>
    </w:p>
    <w:p w14:paraId="3B7F4E43" w14:textId="77777777" w:rsidR="000333DB" w:rsidRPr="00C9454D" w:rsidRDefault="000333DB" w:rsidP="00C9454D">
      <w:pPr>
        <w:rPr>
          <w:sz w:val="24"/>
          <w:szCs w:val="24"/>
        </w:rPr>
      </w:pPr>
      <w:r w:rsidRPr="00C9454D">
        <w:rPr>
          <w:sz w:val="24"/>
          <w:szCs w:val="24"/>
        </w:rPr>
        <w:t>She stepped closer, voice firm.</w:t>
      </w:r>
    </w:p>
    <w:p w14:paraId="1DEA2820" w14:textId="77777777" w:rsidR="000333DB" w:rsidRPr="00C9454D" w:rsidRDefault="000333DB" w:rsidP="00C9454D">
      <w:pPr>
        <w:rPr>
          <w:sz w:val="24"/>
          <w:szCs w:val="24"/>
        </w:rPr>
      </w:pPr>
      <w:r w:rsidRPr="00C9454D">
        <w:rPr>
          <w:sz w:val="24"/>
          <w:szCs w:val="24"/>
        </w:rPr>
        <w:t>"He looked after me even after death. I always counted him as my lord, my husband. That—that cannot be rewritten."</w:t>
      </w:r>
    </w:p>
    <w:p w14:paraId="3B12078D" w14:textId="77777777" w:rsidR="000333DB" w:rsidRPr="00C9454D" w:rsidRDefault="000333DB" w:rsidP="00C9454D">
      <w:pPr>
        <w:rPr>
          <w:sz w:val="24"/>
          <w:szCs w:val="24"/>
        </w:rPr>
      </w:pPr>
      <w:r w:rsidRPr="00C9454D">
        <w:rPr>
          <w:sz w:val="24"/>
          <w:szCs w:val="24"/>
        </w:rPr>
        <w:t>Abilene saw red.</w:t>
      </w:r>
    </w:p>
    <w:p w14:paraId="3DB88157" w14:textId="77777777" w:rsidR="000333DB" w:rsidRPr="00C9454D" w:rsidRDefault="000333DB" w:rsidP="00C9454D">
      <w:pPr>
        <w:rPr>
          <w:sz w:val="24"/>
          <w:szCs w:val="24"/>
        </w:rPr>
      </w:pPr>
      <w:r w:rsidRPr="00C9454D">
        <w:rPr>
          <w:sz w:val="24"/>
          <w:szCs w:val="24"/>
        </w:rPr>
        <w:t>A wave of heat washed over her. Something primal overtook her grief. With a slow, deliberate motion, she stepped forward and grabbed Vivienne by the hair.</w:t>
      </w:r>
    </w:p>
    <w:p w14:paraId="6A46CDA1" w14:textId="77777777" w:rsidR="000333DB" w:rsidRPr="00C9454D" w:rsidRDefault="000333DB" w:rsidP="00C9454D">
      <w:pPr>
        <w:rPr>
          <w:sz w:val="24"/>
          <w:szCs w:val="24"/>
        </w:rPr>
      </w:pPr>
      <w:r w:rsidRPr="00C9454D">
        <w:rPr>
          <w:sz w:val="24"/>
          <w:szCs w:val="24"/>
        </w:rPr>
        <w:t>"I shall never see that painting again."</w:t>
      </w:r>
    </w:p>
    <w:p w14:paraId="394B9053" w14:textId="77777777" w:rsidR="000333DB" w:rsidRPr="00C9454D" w:rsidRDefault="000333DB" w:rsidP="00C9454D">
      <w:pPr>
        <w:rPr>
          <w:sz w:val="24"/>
          <w:szCs w:val="24"/>
        </w:rPr>
      </w:pPr>
      <w:r w:rsidRPr="00C9454D">
        <w:rPr>
          <w:sz w:val="24"/>
          <w:szCs w:val="24"/>
        </w:rPr>
        <w:t>Vivienne, wide-eyed, grabbed back.</w:t>
      </w:r>
    </w:p>
    <w:p w14:paraId="22EC9D24" w14:textId="77777777" w:rsidR="000333DB" w:rsidRPr="00C9454D" w:rsidRDefault="000333DB" w:rsidP="00C9454D">
      <w:pPr>
        <w:rPr>
          <w:sz w:val="24"/>
          <w:szCs w:val="24"/>
        </w:rPr>
      </w:pPr>
      <w:r w:rsidRPr="00C9454D">
        <w:rPr>
          <w:sz w:val="24"/>
          <w:szCs w:val="24"/>
        </w:rPr>
        <w:t>And there it was: an old-lady fight.</w:t>
      </w:r>
    </w:p>
    <w:p w14:paraId="6A553183" w14:textId="77777777" w:rsidR="000333DB" w:rsidRPr="00C9454D" w:rsidRDefault="000333DB" w:rsidP="00C9454D">
      <w:pPr>
        <w:rPr>
          <w:sz w:val="24"/>
          <w:szCs w:val="24"/>
        </w:rPr>
      </w:pPr>
      <w:r w:rsidRPr="00C9454D">
        <w:rPr>
          <w:sz w:val="24"/>
          <w:szCs w:val="24"/>
        </w:rPr>
        <w:t>Hair in fists. Elbows careful. Wrists locked.</w:t>
      </w:r>
    </w:p>
    <w:p w14:paraId="61595AB6" w14:textId="77777777" w:rsidR="000333DB" w:rsidRPr="00C9454D" w:rsidRDefault="000333DB" w:rsidP="00C9454D">
      <w:pPr>
        <w:rPr>
          <w:sz w:val="24"/>
          <w:szCs w:val="24"/>
        </w:rPr>
      </w:pPr>
      <w:r w:rsidRPr="00C9454D">
        <w:rPr>
          <w:sz w:val="24"/>
          <w:szCs w:val="24"/>
        </w:rPr>
        <w:t>Two grieving queens in a silent war over a ghost.</w:t>
      </w:r>
    </w:p>
    <w:p w14:paraId="3BF9D614" w14:textId="77777777" w:rsidR="000333DB" w:rsidRPr="00C9454D" w:rsidRDefault="000333DB" w:rsidP="00C9454D">
      <w:pPr>
        <w:rPr>
          <w:sz w:val="24"/>
          <w:szCs w:val="24"/>
        </w:rPr>
      </w:pPr>
      <w:r w:rsidRPr="00C9454D">
        <w:rPr>
          <w:sz w:val="24"/>
          <w:szCs w:val="24"/>
        </w:rPr>
        <w:t>Neither willing to be the first to yield.</w:t>
      </w:r>
    </w:p>
    <w:p w14:paraId="7A968E8F" w14:textId="77777777" w:rsidR="000333DB" w:rsidRPr="00C9454D" w:rsidRDefault="000333DB" w:rsidP="00C9454D">
      <w:pPr>
        <w:rPr>
          <w:sz w:val="24"/>
          <w:szCs w:val="24"/>
        </w:rPr>
      </w:pPr>
      <w:r w:rsidRPr="00C9454D">
        <w:rPr>
          <w:sz w:val="24"/>
          <w:szCs w:val="24"/>
        </w:rPr>
        <w:t>They stumbled to the ground in a tight knot of fury and dignity, refusing to loosen their hold.</w:t>
      </w:r>
    </w:p>
    <w:p w14:paraId="7CE80738" w14:textId="77777777" w:rsidR="000333DB" w:rsidRPr="00C9454D" w:rsidRDefault="000333DB" w:rsidP="00C9454D">
      <w:pPr>
        <w:rPr>
          <w:sz w:val="24"/>
          <w:szCs w:val="24"/>
        </w:rPr>
      </w:pPr>
      <w:r w:rsidRPr="00C9454D">
        <w:rPr>
          <w:sz w:val="24"/>
          <w:szCs w:val="24"/>
        </w:rPr>
        <w:t>"Let go, Vivienne!"</w:t>
      </w:r>
    </w:p>
    <w:p w14:paraId="6C69F889" w14:textId="77777777" w:rsidR="000333DB" w:rsidRPr="00C9454D" w:rsidRDefault="000333DB" w:rsidP="00C9454D">
      <w:pPr>
        <w:rPr>
          <w:sz w:val="24"/>
          <w:szCs w:val="24"/>
        </w:rPr>
      </w:pPr>
      <w:r w:rsidRPr="00C9454D">
        <w:rPr>
          <w:sz w:val="24"/>
          <w:szCs w:val="24"/>
        </w:rPr>
        <w:t>"Not until you do first," she snapped back.</w:t>
      </w:r>
    </w:p>
    <w:p w14:paraId="38709016" w14:textId="77777777" w:rsidR="000333DB" w:rsidRPr="00C9454D" w:rsidRDefault="000333DB" w:rsidP="00C9454D">
      <w:pPr>
        <w:rPr>
          <w:sz w:val="24"/>
          <w:szCs w:val="24"/>
        </w:rPr>
      </w:pPr>
      <w:r w:rsidRPr="00C9454D">
        <w:rPr>
          <w:sz w:val="24"/>
          <w:szCs w:val="24"/>
        </w:rPr>
        <w:t>Their skirts tangled. Their shawls undone. Their hair wild. Their hearts breaking.</w:t>
      </w:r>
    </w:p>
    <w:p w14:paraId="5154809F" w14:textId="77777777" w:rsidR="000333DB" w:rsidRPr="00C9454D" w:rsidRDefault="000333DB" w:rsidP="00C9454D">
      <w:pPr>
        <w:rPr>
          <w:sz w:val="24"/>
          <w:szCs w:val="24"/>
        </w:rPr>
      </w:pPr>
      <w:r w:rsidRPr="00C9454D">
        <w:rPr>
          <w:sz w:val="24"/>
          <w:szCs w:val="24"/>
        </w:rPr>
        <w:t>John Marshall entered.</w:t>
      </w:r>
    </w:p>
    <w:p w14:paraId="31D72B6E" w14:textId="77777777" w:rsidR="000333DB" w:rsidRPr="00C9454D" w:rsidRDefault="000333DB" w:rsidP="00C9454D">
      <w:pPr>
        <w:rPr>
          <w:sz w:val="24"/>
          <w:szCs w:val="24"/>
        </w:rPr>
      </w:pPr>
      <w:r w:rsidRPr="00C9454D">
        <w:rPr>
          <w:sz w:val="24"/>
          <w:szCs w:val="24"/>
        </w:rPr>
        <w:t>And paused.</w:t>
      </w:r>
    </w:p>
    <w:p w14:paraId="26A9E25F" w14:textId="77777777" w:rsidR="000333DB" w:rsidRPr="00C9454D" w:rsidRDefault="000333DB" w:rsidP="00C9454D">
      <w:pPr>
        <w:rPr>
          <w:sz w:val="24"/>
          <w:szCs w:val="24"/>
        </w:rPr>
      </w:pPr>
      <w:r w:rsidRPr="00C9454D">
        <w:rPr>
          <w:sz w:val="24"/>
          <w:szCs w:val="24"/>
        </w:rPr>
        <w:t>The sight before him might have been comical had it not been so tragic.</w:t>
      </w:r>
    </w:p>
    <w:p w14:paraId="5E5E0DF5" w14:textId="77777777" w:rsidR="000333DB" w:rsidRPr="00C9454D" w:rsidRDefault="000333DB" w:rsidP="00C9454D">
      <w:pPr>
        <w:rPr>
          <w:sz w:val="24"/>
          <w:szCs w:val="24"/>
        </w:rPr>
      </w:pPr>
      <w:r w:rsidRPr="00C9454D">
        <w:rPr>
          <w:sz w:val="24"/>
          <w:szCs w:val="24"/>
        </w:rPr>
        <w:t>Two matriarchs. Locked in silent warfare. Over one man. One love. One wound that never healed.</w:t>
      </w:r>
    </w:p>
    <w:p w14:paraId="594A59BA" w14:textId="77777777" w:rsidR="000333DB" w:rsidRPr="00C9454D" w:rsidRDefault="000333DB" w:rsidP="00C9454D">
      <w:pPr>
        <w:rPr>
          <w:sz w:val="24"/>
          <w:szCs w:val="24"/>
        </w:rPr>
      </w:pPr>
      <w:r w:rsidRPr="00C9454D">
        <w:rPr>
          <w:sz w:val="24"/>
          <w:szCs w:val="24"/>
        </w:rPr>
        <w:t>"My ladies..." he said, stunned. "What is to become of this? You will hurt yourselves. And then what? What’s proven?"</w:t>
      </w:r>
    </w:p>
    <w:p w14:paraId="146119BA" w14:textId="77777777" w:rsidR="000333DB" w:rsidRPr="00C9454D" w:rsidRDefault="000333DB" w:rsidP="00C9454D">
      <w:pPr>
        <w:rPr>
          <w:sz w:val="24"/>
          <w:szCs w:val="24"/>
        </w:rPr>
      </w:pPr>
      <w:r w:rsidRPr="00C9454D">
        <w:rPr>
          <w:sz w:val="24"/>
          <w:szCs w:val="24"/>
        </w:rPr>
        <w:t>Abilene, still breathless, pointed one trembling hand at the wall.</w:t>
      </w:r>
    </w:p>
    <w:p w14:paraId="6C24B049" w14:textId="77777777" w:rsidR="000333DB" w:rsidRPr="00C9454D" w:rsidRDefault="000333DB" w:rsidP="00C9454D">
      <w:pPr>
        <w:rPr>
          <w:sz w:val="24"/>
          <w:szCs w:val="24"/>
        </w:rPr>
      </w:pPr>
      <w:r w:rsidRPr="00C9454D">
        <w:rPr>
          <w:sz w:val="24"/>
          <w:szCs w:val="24"/>
        </w:rPr>
        <w:t>"Look. At. That."</w:t>
      </w:r>
    </w:p>
    <w:p w14:paraId="568BD7CE" w14:textId="77777777" w:rsidR="000333DB" w:rsidRPr="00C9454D" w:rsidRDefault="000333DB" w:rsidP="00C9454D">
      <w:pPr>
        <w:rPr>
          <w:sz w:val="24"/>
          <w:szCs w:val="24"/>
        </w:rPr>
      </w:pPr>
      <w:r w:rsidRPr="00C9454D">
        <w:rPr>
          <w:sz w:val="24"/>
          <w:szCs w:val="24"/>
        </w:rPr>
        <w:t>John looked. And understood.</w:t>
      </w:r>
    </w:p>
    <w:p w14:paraId="4DE2DA45" w14:textId="77777777" w:rsidR="000333DB" w:rsidRPr="00C9454D" w:rsidRDefault="000333DB" w:rsidP="00C9454D">
      <w:pPr>
        <w:rPr>
          <w:sz w:val="24"/>
          <w:szCs w:val="24"/>
        </w:rPr>
      </w:pPr>
      <w:r w:rsidRPr="00C9454D">
        <w:rPr>
          <w:sz w:val="24"/>
          <w:szCs w:val="24"/>
        </w:rPr>
        <w:t>He stepped between them, kneeling.</w:t>
      </w:r>
    </w:p>
    <w:p w14:paraId="12DC5A24" w14:textId="77777777" w:rsidR="000333DB" w:rsidRPr="00C9454D" w:rsidRDefault="000333DB" w:rsidP="00C9454D">
      <w:pPr>
        <w:rPr>
          <w:sz w:val="24"/>
          <w:szCs w:val="24"/>
        </w:rPr>
      </w:pPr>
      <w:r w:rsidRPr="00C9454D">
        <w:rPr>
          <w:sz w:val="24"/>
          <w:szCs w:val="24"/>
        </w:rPr>
        <w:t>"Mother... please have mercy. And Lady Vivienne... please, grace. Both are wanting. Now surrender."</w:t>
      </w:r>
    </w:p>
    <w:p w14:paraId="2A7ADF16" w14:textId="77777777" w:rsidR="000333DB" w:rsidRPr="00C9454D" w:rsidRDefault="000333DB" w:rsidP="00C9454D">
      <w:pPr>
        <w:rPr>
          <w:sz w:val="24"/>
          <w:szCs w:val="24"/>
        </w:rPr>
      </w:pPr>
      <w:r w:rsidRPr="00C9454D">
        <w:rPr>
          <w:sz w:val="24"/>
          <w:szCs w:val="24"/>
        </w:rPr>
        <w:t>They released.</w:t>
      </w:r>
    </w:p>
    <w:p w14:paraId="46CD17D3" w14:textId="77777777" w:rsidR="000333DB" w:rsidRPr="00C9454D" w:rsidRDefault="000333DB" w:rsidP="00C9454D">
      <w:pPr>
        <w:rPr>
          <w:sz w:val="24"/>
          <w:szCs w:val="24"/>
        </w:rPr>
      </w:pPr>
      <w:r w:rsidRPr="00C9454D">
        <w:rPr>
          <w:sz w:val="24"/>
          <w:szCs w:val="24"/>
        </w:rPr>
        <w:t>And collapsed.</w:t>
      </w:r>
    </w:p>
    <w:p w14:paraId="4517C268" w14:textId="77777777" w:rsidR="000333DB" w:rsidRPr="00C9454D" w:rsidRDefault="000333DB" w:rsidP="00C9454D">
      <w:pPr>
        <w:rPr>
          <w:sz w:val="24"/>
          <w:szCs w:val="24"/>
        </w:rPr>
      </w:pPr>
      <w:r w:rsidRPr="00C9454D">
        <w:rPr>
          <w:sz w:val="24"/>
          <w:szCs w:val="24"/>
        </w:rPr>
        <w:t>There, on the cold stone floor of High Haven, two women wept.</w:t>
      </w:r>
    </w:p>
    <w:p w14:paraId="3B89F7EF" w14:textId="77777777" w:rsidR="000333DB" w:rsidRPr="00C9454D" w:rsidRDefault="000333DB" w:rsidP="00C9454D">
      <w:pPr>
        <w:rPr>
          <w:sz w:val="24"/>
          <w:szCs w:val="24"/>
        </w:rPr>
      </w:pPr>
      <w:r w:rsidRPr="00C9454D">
        <w:rPr>
          <w:sz w:val="24"/>
          <w:szCs w:val="24"/>
        </w:rPr>
        <w:t>And in the silence that followed, something holy passed between them.</w:t>
      </w:r>
    </w:p>
    <w:p w14:paraId="36F951BC" w14:textId="77777777" w:rsidR="000333DB" w:rsidRPr="00C9454D" w:rsidRDefault="000333DB" w:rsidP="00C9454D">
      <w:pPr>
        <w:rPr>
          <w:sz w:val="24"/>
          <w:szCs w:val="24"/>
        </w:rPr>
      </w:pPr>
      <w:r w:rsidRPr="00C9454D">
        <w:rPr>
          <w:sz w:val="24"/>
          <w:szCs w:val="24"/>
        </w:rPr>
        <w:t>It wasn’t forgiveness. Not yet.</w:t>
      </w:r>
    </w:p>
    <w:p w14:paraId="15C15ED5" w14:textId="77777777" w:rsidR="000333DB" w:rsidRPr="00C9454D" w:rsidRDefault="000333DB" w:rsidP="00C9454D">
      <w:pPr>
        <w:rPr>
          <w:sz w:val="24"/>
          <w:szCs w:val="24"/>
        </w:rPr>
      </w:pPr>
      <w:r w:rsidRPr="00C9454D">
        <w:rPr>
          <w:sz w:val="24"/>
          <w:szCs w:val="24"/>
        </w:rPr>
        <w:t>But it was truth.</w:t>
      </w:r>
    </w:p>
    <w:p w14:paraId="365FDA6F" w14:textId="77777777" w:rsidR="000333DB" w:rsidRPr="00C9454D" w:rsidRDefault="000333DB" w:rsidP="00C9454D">
      <w:pPr>
        <w:rPr>
          <w:sz w:val="24"/>
          <w:szCs w:val="24"/>
        </w:rPr>
      </w:pPr>
      <w:r w:rsidRPr="00C9454D">
        <w:rPr>
          <w:sz w:val="24"/>
          <w:szCs w:val="24"/>
        </w:rPr>
        <w:t>And it was shared.</w:t>
      </w:r>
    </w:p>
    <w:p w14:paraId="5BAA29EB" w14:textId="77777777" w:rsidR="00607D04" w:rsidRPr="00C9454D" w:rsidRDefault="00607D04" w:rsidP="00C9454D">
      <w:pPr>
        <w:rPr>
          <w:rFonts w:asciiTheme="majorHAnsi" w:eastAsiaTheme="majorEastAsia" w:hAnsiTheme="majorHAnsi" w:cstheme="majorBidi"/>
          <w:color w:val="61721F" w:themeColor="accent1" w:themeShade="BF"/>
          <w:sz w:val="24"/>
          <w:szCs w:val="24"/>
        </w:rPr>
      </w:pPr>
      <w:r w:rsidRPr="00C9454D">
        <w:rPr>
          <w:sz w:val="24"/>
          <w:szCs w:val="24"/>
        </w:rPr>
        <w:br w:type="page"/>
      </w:r>
    </w:p>
    <w:p w14:paraId="20C86BAE" w14:textId="536EC5E1" w:rsidR="000612CD" w:rsidRPr="00C9454D" w:rsidRDefault="000612CD" w:rsidP="00C9454D">
      <w:pPr>
        <w:pStyle w:val="Heading2"/>
        <w:rPr>
          <w:sz w:val="24"/>
          <w:szCs w:val="24"/>
        </w:rPr>
      </w:pPr>
      <w:r w:rsidRPr="00C9454D">
        <w:rPr>
          <w:sz w:val="24"/>
          <w:szCs w:val="24"/>
        </w:rPr>
        <w:t>The Journey to London – New Beginnings &amp; Old Shadows</w:t>
      </w:r>
    </w:p>
    <w:p w14:paraId="68356938" w14:textId="2940559A" w:rsidR="00680576" w:rsidRPr="00C9454D" w:rsidRDefault="00592D0F" w:rsidP="00C9454D">
      <w:pPr>
        <w:pStyle w:val="Heading2"/>
        <w:rPr>
          <w:sz w:val="24"/>
          <w:szCs w:val="24"/>
        </w:rPr>
      </w:pPr>
      <w:r w:rsidRPr="00C9454D">
        <w:rPr>
          <w:sz w:val="24"/>
          <w:szCs w:val="24"/>
        </w:rPr>
        <w:t>1243</w:t>
      </w:r>
    </w:p>
    <w:p w14:paraId="43D7AA42" w14:textId="77777777" w:rsidR="000612CD" w:rsidRPr="00C9454D" w:rsidRDefault="00FE197F" w:rsidP="00C9454D">
      <w:pPr>
        <w:pStyle w:val="Heading2"/>
        <w:rPr>
          <w:sz w:val="24"/>
          <w:szCs w:val="24"/>
        </w:rPr>
      </w:pPr>
      <w:r>
        <w:rPr>
          <w:noProof/>
          <w:sz w:val="24"/>
          <w:szCs w:val="24"/>
        </w:rPr>
      </w:r>
      <w:r w:rsidR="00FE197F">
        <w:rPr>
          <w:noProof/>
          <w:sz w:val="24"/>
          <w:szCs w:val="24"/>
        </w:rPr>
        <w:pict w14:anchorId="3820A946">
          <v:rect id="_x0000_i1232" style="width:0;height:1.5pt" o:hralign="center" o:hrstd="t" o:hr="t" fillcolor="#a0a0a0" stroked="f"/>
        </w:pict>
      </w:r>
    </w:p>
    <w:p w14:paraId="43AB7AB8" w14:textId="77777777" w:rsidR="000612CD" w:rsidRPr="00C9454D" w:rsidRDefault="000612CD" w:rsidP="00C9454D">
      <w:pPr>
        <w:pStyle w:val="Heading2"/>
        <w:rPr>
          <w:sz w:val="24"/>
          <w:szCs w:val="24"/>
        </w:rPr>
      </w:pPr>
      <w:r w:rsidRPr="00C9454D">
        <w:rPr>
          <w:sz w:val="24"/>
          <w:szCs w:val="24"/>
        </w:rPr>
        <w:t>London.</w:t>
      </w:r>
    </w:p>
    <w:p w14:paraId="49317951" w14:textId="77777777" w:rsidR="008820DC" w:rsidRPr="00C9454D" w:rsidRDefault="008820DC" w:rsidP="00C9454D">
      <w:pPr>
        <w:rPr>
          <w:sz w:val="24"/>
          <w:szCs w:val="24"/>
        </w:rPr>
      </w:pPr>
    </w:p>
    <w:p w14:paraId="248FCF65" w14:textId="4C9618EF" w:rsidR="000612CD" w:rsidRPr="00C9454D" w:rsidRDefault="000612CD" w:rsidP="00C9454D">
      <w:pPr>
        <w:rPr>
          <w:sz w:val="24"/>
          <w:szCs w:val="24"/>
        </w:rPr>
      </w:pPr>
      <w:r w:rsidRPr="00C9454D">
        <w:rPr>
          <w:sz w:val="24"/>
          <w:szCs w:val="24"/>
        </w:rPr>
        <w:t>A city of gold and filth, of opportunity and deception, where dreams were ma</w:t>
      </w:r>
      <w:r w:rsidR="00DD1FF5" w:rsidRPr="00C9454D">
        <w:rPr>
          <w:sz w:val="24"/>
          <w:szCs w:val="24"/>
        </w:rPr>
        <w:t xml:space="preserve">de </w:t>
      </w:r>
      <w:r w:rsidRPr="00C9454D">
        <w:rPr>
          <w:sz w:val="24"/>
          <w:szCs w:val="24"/>
        </w:rPr>
        <w:t>and ruined in the same breath.</w:t>
      </w:r>
    </w:p>
    <w:p w14:paraId="3C141468" w14:textId="77777777" w:rsidR="000612CD" w:rsidRPr="00C9454D" w:rsidRDefault="000612CD" w:rsidP="00C9454D">
      <w:pPr>
        <w:rPr>
          <w:sz w:val="24"/>
          <w:szCs w:val="24"/>
        </w:rPr>
      </w:pPr>
      <w:r w:rsidRPr="00C9454D">
        <w:rPr>
          <w:sz w:val="24"/>
          <w:szCs w:val="24"/>
        </w:rPr>
        <w:t xml:space="preserve">For Abilene, this journey was her first great venture without Guy. For </w:t>
      </w:r>
      <w:proofErr w:type="spellStart"/>
      <w:r w:rsidRPr="00C9454D">
        <w:rPr>
          <w:sz w:val="24"/>
          <w:szCs w:val="24"/>
        </w:rPr>
        <w:t>Alara</w:t>
      </w:r>
      <w:proofErr w:type="spellEnd"/>
      <w:r w:rsidRPr="00C9454D">
        <w:rPr>
          <w:sz w:val="24"/>
          <w:szCs w:val="24"/>
        </w:rPr>
        <w:t>, it was the beginning of an empire. For Helena and John, it was a collision of past and present, where their family’s name would brush against the very edges of scandal and redemption.</w:t>
      </w:r>
    </w:p>
    <w:p w14:paraId="695FB4E4" w14:textId="77777777" w:rsidR="000612CD" w:rsidRPr="00C9454D" w:rsidRDefault="00FE197F" w:rsidP="00C9454D">
      <w:pPr>
        <w:rPr>
          <w:sz w:val="24"/>
          <w:szCs w:val="24"/>
        </w:rPr>
      </w:pPr>
      <w:r>
        <w:rPr>
          <w:noProof/>
          <w:sz w:val="24"/>
          <w:szCs w:val="24"/>
        </w:rPr>
      </w:r>
      <w:r w:rsidR="00FE197F">
        <w:rPr>
          <w:noProof/>
          <w:sz w:val="24"/>
          <w:szCs w:val="24"/>
        </w:rPr>
        <w:pict w14:anchorId="580AA6B0">
          <v:rect id="_x0000_i1233" style="width:0;height:1.5pt" o:hralign="center" o:hrstd="t" o:hr="t" fillcolor="#a0a0a0" stroked="f"/>
        </w:pict>
      </w:r>
    </w:p>
    <w:p w14:paraId="17AB8A3D" w14:textId="77777777" w:rsidR="000612CD" w:rsidRPr="00C9454D" w:rsidRDefault="000612CD" w:rsidP="00C9454D">
      <w:pPr>
        <w:pStyle w:val="Heading2"/>
        <w:rPr>
          <w:sz w:val="24"/>
          <w:szCs w:val="24"/>
        </w:rPr>
      </w:pPr>
      <w:r w:rsidRPr="00C9454D">
        <w:rPr>
          <w:sz w:val="24"/>
          <w:szCs w:val="24"/>
        </w:rPr>
        <w:t>The Road to London</w:t>
      </w:r>
    </w:p>
    <w:p w14:paraId="6EA425F7" w14:textId="77777777" w:rsidR="0041092C" w:rsidRPr="00C9454D" w:rsidRDefault="0041092C" w:rsidP="00C9454D">
      <w:pPr>
        <w:rPr>
          <w:sz w:val="24"/>
          <w:szCs w:val="24"/>
        </w:rPr>
      </w:pPr>
    </w:p>
    <w:p w14:paraId="2AE2FFDB" w14:textId="77777777" w:rsidR="000612CD" w:rsidRPr="00C9454D" w:rsidRDefault="000612CD" w:rsidP="00C9454D">
      <w:pPr>
        <w:rPr>
          <w:sz w:val="24"/>
          <w:szCs w:val="24"/>
        </w:rPr>
      </w:pPr>
      <w:r w:rsidRPr="00C9454D">
        <w:rPr>
          <w:sz w:val="24"/>
          <w:szCs w:val="24"/>
        </w:rPr>
        <w:t>They set out in early spring, when the air was thick with the scent of damp earth and fresh blooms.</w:t>
      </w:r>
    </w:p>
    <w:p w14:paraId="617E4927" w14:textId="77777777" w:rsidR="000612CD" w:rsidRPr="00C9454D" w:rsidRDefault="000612CD" w:rsidP="00C9454D">
      <w:pPr>
        <w:rPr>
          <w:sz w:val="24"/>
          <w:szCs w:val="24"/>
        </w:rPr>
      </w:pPr>
      <w:r w:rsidRPr="00C9454D">
        <w:rPr>
          <w:sz w:val="24"/>
          <w:szCs w:val="24"/>
        </w:rPr>
        <w:t>Their party was a sight to behold—an entourage of wealth, wisdom, and quiet power.</w:t>
      </w:r>
    </w:p>
    <w:p w14:paraId="44C939C8" w14:textId="0C7BDE22" w:rsidR="000612CD" w:rsidRPr="00C9454D" w:rsidRDefault="000612CD" w:rsidP="00C9454D">
      <w:pPr>
        <w:rPr>
          <w:sz w:val="24"/>
          <w:szCs w:val="24"/>
        </w:rPr>
      </w:pPr>
      <w:r w:rsidRPr="00C9454D">
        <w:rPr>
          <w:sz w:val="24"/>
          <w:szCs w:val="24"/>
        </w:rPr>
        <w:t>John Marshall ro</w:t>
      </w:r>
      <w:r w:rsidR="00DD1FF5" w:rsidRPr="00C9454D">
        <w:rPr>
          <w:sz w:val="24"/>
          <w:szCs w:val="24"/>
        </w:rPr>
        <w:t xml:space="preserve">de </w:t>
      </w:r>
      <w:r w:rsidRPr="00C9454D">
        <w:rPr>
          <w:sz w:val="24"/>
          <w:szCs w:val="24"/>
        </w:rPr>
        <w:t>at the head, his presence commanding but relaxed, his easy grip on the reins giving the impression of a man who could strike in an instant but chose not to.</w:t>
      </w:r>
    </w:p>
    <w:p w14:paraId="76BA749C" w14:textId="79D52230" w:rsidR="000612CD" w:rsidRPr="00C9454D" w:rsidRDefault="000612CD" w:rsidP="00C9454D">
      <w:pPr>
        <w:rPr>
          <w:sz w:val="24"/>
          <w:szCs w:val="24"/>
        </w:rPr>
      </w:pPr>
      <w:r w:rsidRPr="00C9454D">
        <w:rPr>
          <w:sz w:val="24"/>
          <w:szCs w:val="24"/>
        </w:rPr>
        <w:t>Besi</w:t>
      </w:r>
      <w:r w:rsidR="00DD1FF5" w:rsidRPr="00C9454D">
        <w:rPr>
          <w:sz w:val="24"/>
          <w:szCs w:val="24"/>
        </w:rPr>
        <w:t xml:space="preserve">de </w:t>
      </w:r>
      <w:r w:rsidRPr="00C9454D">
        <w:rPr>
          <w:sz w:val="24"/>
          <w:szCs w:val="24"/>
        </w:rPr>
        <w:t xml:space="preserve">him, </w:t>
      </w:r>
      <w:proofErr w:type="spellStart"/>
      <w:r w:rsidRPr="00C9454D">
        <w:rPr>
          <w:sz w:val="24"/>
          <w:szCs w:val="24"/>
        </w:rPr>
        <w:t>Alara</w:t>
      </w:r>
      <w:proofErr w:type="spellEnd"/>
      <w:r w:rsidRPr="00C9454D">
        <w:rPr>
          <w:sz w:val="24"/>
          <w:szCs w:val="24"/>
        </w:rPr>
        <w:t xml:space="preserve"> sat in a fine carriage, though it was clear she hated the confinement. She poked her head out often, commenting on everything—the colors of the sky, the shape of the trees, the potential for new medicinal plants along the roadside.</w:t>
      </w:r>
    </w:p>
    <w:p w14:paraId="6A188565" w14:textId="4E8BC280" w:rsidR="000612CD" w:rsidRPr="00C9454D" w:rsidRDefault="000612CD" w:rsidP="00C9454D">
      <w:pPr>
        <w:rPr>
          <w:sz w:val="24"/>
          <w:szCs w:val="24"/>
        </w:rPr>
      </w:pPr>
      <w:r w:rsidRPr="00C9454D">
        <w:rPr>
          <w:sz w:val="24"/>
          <w:szCs w:val="24"/>
        </w:rPr>
        <w:t>Helena and Étienne ro</w:t>
      </w:r>
      <w:r w:rsidR="00DD1FF5" w:rsidRPr="00C9454D">
        <w:rPr>
          <w:sz w:val="24"/>
          <w:szCs w:val="24"/>
        </w:rPr>
        <w:t xml:space="preserve">de </w:t>
      </w:r>
      <w:r w:rsidRPr="00C9454D">
        <w:rPr>
          <w:sz w:val="24"/>
          <w:szCs w:val="24"/>
        </w:rPr>
        <w:t>together, her golden curls catching the light as they passed through the dappled sha</w:t>
      </w:r>
      <w:r w:rsidR="00DD1FF5" w:rsidRPr="00C9454D">
        <w:rPr>
          <w:sz w:val="24"/>
          <w:szCs w:val="24"/>
        </w:rPr>
        <w:t xml:space="preserve">de </w:t>
      </w:r>
      <w:r w:rsidRPr="00C9454D">
        <w:rPr>
          <w:sz w:val="24"/>
          <w:szCs w:val="24"/>
        </w:rPr>
        <w:t>of the woodlands. Though now a mother, she carried herself with the same ethereal presence she had since girlhood.</w:t>
      </w:r>
    </w:p>
    <w:p w14:paraId="49C2764B" w14:textId="77777777" w:rsidR="000612CD" w:rsidRPr="00C9454D" w:rsidRDefault="000612CD" w:rsidP="00C9454D">
      <w:pPr>
        <w:rPr>
          <w:sz w:val="24"/>
          <w:szCs w:val="24"/>
        </w:rPr>
      </w:pPr>
      <w:r w:rsidRPr="00C9454D">
        <w:rPr>
          <w:sz w:val="24"/>
          <w:szCs w:val="24"/>
        </w:rPr>
        <w:t>And then there was Abilene, watching it all.</w:t>
      </w:r>
    </w:p>
    <w:p w14:paraId="4440E5BA" w14:textId="2AD47771" w:rsidR="000612CD" w:rsidRPr="00C9454D" w:rsidRDefault="000612CD" w:rsidP="00C9454D">
      <w:pPr>
        <w:rPr>
          <w:sz w:val="24"/>
          <w:szCs w:val="24"/>
        </w:rPr>
      </w:pPr>
      <w:r w:rsidRPr="00C9454D">
        <w:rPr>
          <w:sz w:val="24"/>
          <w:szCs w:val="24"/>
        </w:rPr>
        <w:t xml:space="preserve">She had not left </w:t>
      </w:r>
      <w:r w:rsidR="00522C4D" w:rsidRPr="00C9454D">
        <w:rPr>
          <w:sz w:val="24"/>
          <w:szCs w:val="24"/>
        </w:rPr>
        <w:t>High Haven</w:t>
      </w:r>
      <w:r w:rsidRPr="00C9454D">
        <w:rPr>
          <w:sz w:val="24"/>
          <w:szCs w:val="24"/>
        </w:rPr>
        <w:t xml:space="preserve"> since Guy’s passing. Not truly. But now, with the weight of mourning behind her and the taste of life returning, she found herself </w:t>
      </w:r>
      <w:r w:rsidRPr="00C9454D">
        <w:rPr>
          <w:i/>
          <w:iCs/>
          <w:sz w:val="24"/>
          <w:szCs w:val="24"/>
        </w:rPr>
        <w:t>almost</w:t>
      </w:r>
      <w:r w:rsidRPr="00C9454D">
        <w:rPr>
          <w:sz w:val="24"/>
          <w:szCs w:val="24"/>
        </w:rPr>
        <w:t xml:space="preserve"> excited for what lay ahead.</w:t>
      </w:r>
    </w:p>
    <w:p w14:paraId="08B9D92E" w14:textId="77777777" w:rsidR="000612CD" w:rsidRPr="00C9454D" w:rsidRDefault="000612CD" w:rsidP="00C9454D">
      <w:pPr>
        <w:rPr>
          <w:sz w:val="24"/>
          <w:szCs w:val="24"/>
        </w:rPr>
      </w:pPr>
      <w:r w:rsidRPr="00C9454D">
        <w:rPr>
          <w:sz w:val="24"/>
          <w:szCs w:val="24"/>
        </w:rPr>
        <w:t>And London—the grand, sprawling beast of a city—awaited them.</w:t>
      </w:r>
    </w:p>
    <w:p w14:paraId="5CCD6D8F" w14:textId="77777777" w:rsidR="000612CD" w:rsidRPr="00C9454D" w:rsidRDefault="00FE197F" w:rsidP="00C9454D">
      <w:pPr>
        <w:rPr>
          <w:sz w:val="24"/>
          <w:szCs w:val="24"/>
        </w:rPr>
      </w:pPr>
      <w:r>
        <w:rPr>
          <w:noProof/>
          <w:sz w:val="24"/>
          <w:szCs w:val="24"/>
        </w:rPr>
      </w:r>
      <w:r w:rsidR="00FE197F">
        <w:rPr>
          <w:noProof/>
          <w:sz w:val="24"/>
          <w:szCs w:val="24"/>
        </w:rPr>
        <w:pict w14:anchorId="2BA999FC">
          <v:rect id="_x0000_i1234" style="width:0;height:1.5pt" o:hralign="center" o:hrstd="t" o:hr="t" fillcolor="#a0a0a0" stroked="f"/>
        </w:pict>
      </w:r>
    </w:p>
    <w:p w14:paraId="4FF0FB76" w14:textId="77777777" w:rsidR="000612CD" w:rsidRPr="00C9454D" w:rsidRDefault="000612CD" w:rsidP="00C9454D">
      <w:pPr>
        <w:pStyle w:val="Heading2"/>
        <w:rPr>
          <w:sz w:val="24"/>
          <w:szCs w:val="24"/>
        </w:rPr>
      </w:pPr>
      <w:r w:rsidRPr="00C9454D">
        <w:rPr>
          <w:sz w:val="24"/>
          <w:szCs w:val="24"/>
        </w:rPr>
        <w:t>Moments on the Journey</w:t>
      </w:r>
    </w:p>
    <w:p w14:paraId="75B3741C" w14:textId="77777777" w:rsidR="0041092C" w:rsidRPr="00C9454D" w:rsidRDefault="0041092C" w:rsidP="00C9454D">
      <w:pPr>
        <w:rPr>
          <w:sz w:val="24"/>
          <w:szCs w:val="24"/>
        </w:rPr>
      </w:pPr>
    </w:p>
    <w:p w14:paraId="6AEBC903" w14:textId="77777777" w:rsidR="000612CD" w:rsidRPr="00C9454D" w:rsidRDefault="000612CD" w:rsidP="00C9454D">
      <w:pPr>
        <w:rPr>
          <w:sz w:val="24"/>
          <w:szCs w:val="24"/>
        </w:rPr>
      </w:pPr>
      <w:r w:rsidRPr="00C9454D">
        <w:rPr>
          <w:sz w:val="24"/>
          <w:szCs w:val="24"/>
        </w:rPr>
        <w:t>The road was long, giving them time to talk, to reflect, to dream.</w:t>
      </w:r>
    </w:p>
    <w:p w14:paraId="728B6E8C" w14:textId="77777777" w:rsidR="000612CD" w:rsidRPr="00C9454D" w:rsidRDefault="000612CD" w:rsidP="00C9454D">
      <w:pPr>
        <w:rPr>
          <w:b/>
          <w:bCs/>
          <w:sz w:val="24"/>
          <w:szCs w:val="24"/>
        </w:rPr>
      </w:pPr>
      <w:r w:rsidRPr="00C9454D">
        <w:rPr>
          <w:sz w:val="24"/>
          <w:szCs w:val="24"/>
        </w:rPr>
        <w:t>A Conversation Between Abilene &amp; Helena</w:t>
      </w:r>
    </w:p>
    <w:p w14:paraId="6A1CF7CE" w14:textId="52742C27" w:rsidR="000612CD" w:rsidRPr="00C9454D" w:rsidRDefault="000612CD" w:rsidP="00C9454D">
      <w:pPr>
        <w:rPr>
          <w:sz w:val="24"/>
          <w:szCs w:val="24"/>
        </w:rPr>
      </w:pPr>
      <w:r w:rsidRPr="00C9454D">
        <w:rPr>
          <w:sz w:val="24"/>
          <w:szCs w:val="24"/>
        </w:rPr>
        <w:t>As the carriages rumbled along a narrow country lane, Helena climbed up besi</w:t>
      </w:r>
      <w:r w:rsidR="00DD1FF5" w:rsidRPr="00C9454D">
        <w:rPr>
          <w:sz w:val="24"/>
          <w:szCs w:val="24"/>
        </w:rPr>
        <w:t xml:space="preserve">de </w:t>
      </w:r>
      <w:r w:rsidRPr="00C9454D">
        <w:rPr>
          <w:sz w:val="24"/>
          <w:szCs w:val="24"/>
        </w:rPr>
        <w:t>her mother, resting her head on her shoulder.</w:t>
      </w:r>
    </w:p>
    <w:p w14:paraId="745B78EB" w14:textId="77777777" w:rsidR="000612CD" w:rsidRPr="00C9454D" w:rsidRDefault="000612CD" w:rsidP="00C9454D">
      <w:pPr>
        <w:rPr>
          <w:sz w:val="24"/>
          <w:szCs w:val="24"/>
        </w:rPr>
      </w:pPr>
      <w:r w:rsidRPr="00C9454D">
        <w:rPr>
          <w:sz w:val="24"/>
          <w:szCs w:val="24"/>
        </w:rPr>
        <w:t>"I wasn’t sure you’d come," she murmured.</w:t>
      </w:r>
    </w:p>
    <w:p w14:paraId="743ABC77" w14:textId="77777777" w:rsidR="000612CD" w:rsidRPr="00C9454D" w:rsidRDefault="000612CD" w:rsidP="00C9454D">
      <w:pPr>
        <w:rPr>
          <w:sz w:val="24"/>
          <w:szCs w:val="24"/>
        </w:rPr>
      </w:pPr>
      <w:r w:rsidRPr="00C9454D">
        <w:rPr>
          <w:sz w:val="24"/>
          <w:szCs w:val="24"/>
        </w:rPr>
        <w:t>Abilene smiled softly, brushing a stray curl from Helena’s face. "Neither was I."</w:t>
      </w:r>
    </w:p>
    <w:p w14:paraId="0C5D0D0E" w14:textId="77777777" w:rsidR="000612CD" w:rsidRPr="00C9454D" w:rsidRDefault="000612CD" w:rsidP="00C9454D">
      <w:pPr>
        <w:rPr>
          <w:sz w:val="24"/>
          <w:szCs w:val="24"/>
        </w:rPr>
      </w:pPr>
      <w:r w:rsidRPr="00C9454D">
        <w:rPr>
          <w:sz w:val="24"/>
          <w:szCs w:val="24"/>
        </w:rPr>
        <w:t>Helena exhaled, wrapping her arm around her mother’s. "Father would have loved this—all of us together, venturing into something new."</w:t>
      </w:r>
    </w:p>
    <w:p w14:paraId="68CA943F" w14:textId="77777777" w:rsidR="000612CD" w:rsidRPr="00C9454D" w:rsidRDefault="000612CD" w:rsidP="00C9454D">
      <w:pPr>
        <w:rPr>
          <w:sz w:val="24"/>
          <w:szCs w:val="24"/>
        </w:rPr>
      </w:pPr>
      <w:r w:rsidRPr="00C9454D">
        <w:rPr>
          <w:sz w:val="24"/>
          <w:szCs w:val="24"/>
        </w:rPr>
        <w:t>Abilene nodded, her heart aching with the truth of it. "He would have grumbled about the road being too long and the inns being too drafty."</w:t>
      </w:r>
    </w:p>
    <w:p w14:paraId="3EA61DA3" w14:textId="77777777" w:rsidR="000612CD" w:rsidRPr="00C9454D" w:rsidRDefault="000612CD" w:rsidP="00C9454D">
      <w:pPr>
        <w:rPr>
          <w:sz w:val="24"/>
          <w:szCs w:val="24"/>
        </w:rPr>
      </w:pPr>
      <w:r w:rsidRPr="00C9454D">
        <w:rPr>
          <w:sz w:val="24"/>
          <w:szCs w:val="24"/>
        </w:rPr>
        <w:t>Helena laughed, the sound light, but tinged with memory. "And then he would have spoiled the children with pastries the moment we arrived."</w:t>
      </w:r>
    </w:p>
    <w:p w14:paraId="05CBCD83" w14:textId="77777777" w:rsidR="000612CD" w:rsidRPr="00C9454D" w:rsidRDefault="000612CD" w:rsidP="00C9454D">
      <w:pPr>
        <w:rPr>
          <w:sz w:val="24"/>
          <w:szCs w:val="24"/>
        </w:rPr>
      </w:pPr>
      <w:r w:rsidRPr="00C9454D">
        <w:rPr>
          <w:sz w:val="24"/>
          <w:szCs w:val="24"/>
        </w:rPr>
        <w:t>Abilene squeezed her hand. "I see so much of him in you."</w:t>
      </w:r>
    </w:p>
    <w:p w14:paraId="7697BF27" w14:textId="77777777" w:rsidR="000612CD" w:rsidRPr="00C9454D" w:rsidRDefault="000612CD" w:rsidP="00C9454D">
      <w:pPr>
        <w:rPr>
          <w:sz w:val="24"/>
          <w:szCs w:val="24"/>
        </w:rPr>
      </w:pPr>
      <w:r w:rsidRPr="00C9454D">
        <w:rPr>
          <w:sz w:val="24"/>
          <w:szCs w:val="24"/>
        </w:rPr>
        <w:t>Helena tilted her head, looking at her mother. "And I see you in me. The fire. The mind always thinking one step ahead. The part that loves too deeply to let go."</w:t>
      </w:r>
    </w:p>
    <w:p w14:paraId="368D2D96" w14:textId="77777777" w:rsidR="000612CD" w:rsidRPr="00C9454D" w:rsidRDefault="000612CD" w:rsidP="00C9454D">
      <w:pPr>
        <w:rPr>
          <w:sz w:val="24"/>
          <w:szCs w:val="24"/>
        </w:rPr>
      </w:pPr>
      <w:r w:rsidRPr="00C9454D">
        <w:rPr>
          <w:sz w:val="24"/>
          <w:szCs w:val="24"/>
        </w:rPr>
        <w:t>Tears burned at the edges of Abilene’s vision, but she blinked them away and kissed her daughter’s forehead. "Then you will do well in this world, my love."</w:t>
      </w:r>
    </w:p>
    <w:p w14:paraId="611A950E" w14:textId="77777777" w:rsidR="000612CD" w:rsidRPr="00C9454D" w:rsidRDefault="00FE197F" w:rsidP="00C9454D">
      <w:pPr>
        <w:rPr>
          <w:sz w:val="24"/>
          <w:szCs w:val="24"/>
        </w:rPr>
      </w:pPr>
      <w:r>
        <w:rPr>
          <w:noProof/>
          <w:sz w:val="24"/>
          <w:szCs w:val="24"/>
        </w:rPr>
      </w:r>
      <w:r w:rsidR="00FE197F">
        <w:rPr>
          <w:noProof/>
          <w:sz w:val="24"/>
          <w:szCs w:val="24"/>
        </w:rPr>
        <w:pict w14:anchorId="24852F8A">
          <v:rect id="_x0000_i1235" style="width:0;height:1.5pt" o:hralign="center" o:hrstd="t" o:hr="t" fillcolor="#a0a0a0" stroked="f"/>
        </w:pict>
      </w:r>
    </w:p>
    <w:p w14:paraId="53D51174" w14:textId="77777777" w:rsidR="000612CD" w:rsidRPr="00C9454D" w:rsidRDefault="000612CD" w:rsidP="00C9454D">
      <w:pPr>
        <w:pStyle w:val="Heading2"/>
        <w:rPr>
          <w:sz w:val="24"/>
          <w:szCs w:val="24"/>
        </w:rPr>
      </w:pPr>
      <w:r w:rsidRPr="00C9454D">
        <w:rPr>
          <w:sz w:val="24"/>
          <w:szCs w:val="24"/>
        </w:rPr>
        <w:t xml:space="preserve">John &amp; </w:t>
      </w:r>
      <w:proofErr w:type="spellStart"/>
      <w:r w:rsidRPr="00C9454D">
        <w:rPr>
          <w:sz w:val="24"/>
          <w:szCs w:val="24"/>
        </w:rPr>
        <w:t>Alara</w:t>
      </w:r>
      <w:proofErr w:type="spellEnd"/>
      <w:r w:rsidRPr="00C9454D">
        <w:rPr>
          <w:sz w:val="24"/>
          <w:szCs w:val="24"/>
        </w:rPr>
        <w:t>: The Fortune &amp; The Risk</w:t>
      </w:r>
    </w:p>
    <w:p w14:paraId="070ED89B" w14:textId="77777777" w:rsidR="0041092C" w:rsidRPr="00C9454D" w:rsidRDefault="0041092C" w:rsidP="00C9454D">
      <w:pPr>
        <w:rPr>
          <w:sz w:val="24"/>
          <w:szCs w:val="24"/>
        </w:rPr>
      </w:pPr>
    </w:p>
    <w:p w14:paraId="300B610A" w14:textId="77777777" w:rsidR="000612CD" w:rsidRPr="00C9454D" w:rsidRDefault="000612CD" w:rsidP="00C9454D">
      <w:pPr>
        <w:rPr>
          <w:sz w:val="24"/>
          <w:szCs w:val="24"/>
        </w:rPr>
      </w:pPr>
      <w:r w:rsidRPr="00C9454D">
        <w:rPr>
          <w:sz w:val="24"/>
          <w:szCs w:val="24"/>
        </w:rPr>
        <w:t xml:space="preserve">One night, as they camped under a stretch of quiet, open sky, John and </w:t>
      </w:r>
      <w:proofErr w:type="spellStart"/>
      <w:r w:rsidRPr="00C9454D">
        <w:rPr>
          <w:sz w:val="24"/>
          <w:szCs w:val="24"/>
        </w:rPr>
        <w:t>Alara</w:t>
      </w:r>
      <w:proofErr w:type="spellEnd"/>
      <w:r w:rsidRPr="00C9454D">
        <w:rPr>
          <w:sz w:val="24"/>
          <w:szCs w:val="24"/>
        </w:rPr>
        <w:t xml:space="preserve"> sat by the fire.</w:t>
      </w:r>
    </w:p>
    <w:p w14:paraId="3F968490" w14:textId="77777777" w:rsidR="000612CD" w:rsidRPr="00C9454D" w:rsidRDefault="000612CD" w:rsidP="00C9454D">
      <w:pPr>
        <w:rPr>
          <w:sz w:val="24"/>
          <w:szCs w:val="24"/>
        </w:rPr>
      </w:pPr>
      <w:proofErr w:type="spellStart"/>
      <w:r w:rsidRPr="00C9454D">
        <w:rPr>
          <w:sz w:val="24"/>
          <w:szCs w:val="24"/>
        </w:rPr>
        <w:t>Alara</w:t>
      </w:r>
      <w:proofErr w:type="spellEnd"/>
      <w:r w:rsidRPr="00C9454D">
        <w:rPr>
          <w:sz w:val="24"/>
          <w:szCs w:val="24"/>
        </w:rPr>
        <w:t xml:space="preserve"> leaned back against his chest, his arms around her, their children sleeping in the tent nearby.</w:t>
      </w:r>
    </w:p>
    <w:p w14:paraId="0C68708B" w14:textId="77777777" w:rsidR="000612CD" w:rsidRPr="00C9454D" w:rsidRDefault="000612CD" w:rsidP="00C9454D">
      <w:pPr>
        <w:rPr>
          <w:sz w:val="24"/>
          <w:szCs w:val="24"/>
        </w:rPr>
      </w:pPr>
      <w:r w:rsidRPr="00C9454D">
        <w:rPr>
          <w:sz w:val="24"/>
          <w:szCs w:val="24"/>
        </w:rPr>
        <w:t>"You know," she murmured, staring at the flames, "if this works, we will be untouchable."</w:t>
      </w:r>
    </w:p>
    <w:p w14:paraId="1DB22B03" w14:textId="77777777" w:rsidR="000612CD" w:rsidRPr="00C9454D" w:rsidRDefault="000612CD" w:rsidP="00C9454D">
      <w:pPr>
        <w:rPr>
          <w:sz w:val="24"/>
          <w:szCs w:val="24"/>
        </w:rPr>
      </w:pPr>
      <w:r w:rsidRPr="00C9454D">
        <w:rPr>
          <w:sz w:val="24"/>
          <w:szCs w:val="24"/>
        </w:rPr>
        <w:t>John smirked, pressing a kiss to her temple. "And if it doesn’t?"</w:t>
      </w:r>
    </w:p>
    <w:p w14:paraId="5728D380" w14:textId="77777777" w:rsidR="000612CD" w:rsidRPr="00C9454D" w:rsidRDefault="000612CD" w:rsidP="00C9454D">
      <w:pPr>
        <w:rPr>
          <w:sz w:val="24"/>
          <w:szCs w:val="24"/>
        </w:rPr>
      </w:pPr>
      <w:r w:rsidRPr="00C9454D">
        <w:rPr>
          <w:sz w:val="24"/>
          <w:szCs w:val="24"/>
        </w:rPr>
        <w:t>She tilted her head back, looking up at him with a grin. "Then we’ll become outlaws selling wrinkle cream from the shadows."</w:t>
      </w:r>
    </w:p>
    <w:p w14:paraId="5446C54B" w14:textId="77777777" w:rsidR="000612CD" w:rsidRPr="00C9454D" w:rsidRDefault="000612CD" w:rsidP="00C9454D">
      <w:pPr>
        <w:rPr>
          <w:sz w:val="24"/>
          <w:szCs w:val="24"/>
        </w:rPr>
      </w:pPr>
      <w:r w:rsidRPr="00C9454D">
        <w:rPr>
          <w:sz w:val="24"/>
          <w:szCs w:val="24"/>
        </w:rPr>
        <w:t xml:space="preserve">He laughed, shaking his head. "You are the only woman alive who could turn </w:t>
      </w:r>
      <w:r w:rsidRPr="00C9454D">
        <w:rPr>
          <w:i/>
          <w:iCs/>
          <w:sz w:val="24"/>
          <w:szCs w:val="24"/>
        </w:rPr>
        <w:t>skincare</w:t>
      </w:r>
      <w:r w:rsidRPr="00C9454D">
        <w:rPr>
          <w:sz w:val="24"/>
          <w:szCs w:val="24"/>
        </w:rPr>
        <w:t xml:space="preserve"> into a scandal."</w:t>
      </w:r>
    </w:p>
    <w:p w14:paraId="3A0BA863" w14:textId="77777777" w:rsidR="000612CD" w:rsidRPr="00C9454D" w:rsidRDefault="000612CD" w:rsidP="00C9454D">
      <w:pPr>
        <w:rPr>
          <w:sz w:val="24"/>
          <w:szCs w:val="24"/>
        </w:rPr>
      </w:pPr>
      <w:proofErr w:type="spellStart"/>
      <w:r w:rsidRPr="00C9454D">
        <w:rPr>
          <w:sz w:val="24"/>
          <w:szCs w:val="24"/>
        </w:rPr>
        <w:t>Alara’s</w:t>
      </w:r>
      <w:proofErr w:type="spellEnd"/>
      <w:r w:rsidRPr="00C9454D">
        <w:rPr>
          <w:sz w:val="24"/>
          <w:szCs w:val="24"/>
        </w:rPr>
        <w:t xml:space="preserve"> smile softened. "You believe in this, don’t you?"</w:t>
      </w:r>
    </w:p>
    <w:p w14:paraId="6C47A525" w14:textId="77777777" w:rsidR="000612CD" w:rsidRPr="00C9454D" w:rsidRDefault="000612CD" w:rsidP="00C9454D">
      <w:pPr>
        <w:rPr>
          <w:sz w:val="24"/>
          <w:szCs w:val="24"/>
        </w:rPr>
      </w:pPr>
      <w:r w:rsidRPr="00C9454D">
        <w:rPr>
          <w:sz w:val="24"/>
          <w:szCs w:val="24"/>
        </w:rPr>
        <w:t>He tucked a loose strand of her dark hair behind her ear. "I believe in you."</w:t>
      </w:r>
    </w:p>
    <w:p w14:paraId="13976BB7" w14:textId="77777777" w:rsidR="000612CD" w:rsidRPr="00C9454D" w:rsidRDefault="000612CD" w:rsidP="00C9454D">
      <w:pPr>
        <w:rPr>
          <w:sz w:val="24"/>
          <w:szCs w:val="24"/>
        </w:rPr>
      </w:pPr>
      <w:r w:rsidRPr="00C9454D">
        <w:rPr>
          <w:sz w:val="24"/>
          <w:szCs w:val="24"/>
        </w:rPr>
        <w:t>She sighed, content. "Then let’s go change the world."</w:t>
      </w:r>
    </w:p>
    <w:p w14:paraId="330BF4EB" w14:textId="77777777" w:rsidR="000612CD" w:rsidRPr="00C9454D" w:rsidRDefault="00FE197F" w:rsidP="00C9454D">
      <w:pPr>
        <w:rPr>
          <w:sz w:val="24"/>
          <w:szCs w:val="24"/>
        </w:rPr>
      </w:pPr>
      <w:r>
        <w:rPr>
          <w:noProof/>
          <w:sz w:val="24"/>
          <w:szCs w:val="24"/>
        </w:rPr>
      </w:r>
      <w:r w:rsidR="00FE197F">
        <w:rPr>
          <w:noProof/>
          <w:sz w:val="24"/>
          <w:szCs w:val="24"/>
        </w:rPr>
        <w:pict w14:anchorId="247D968E">
          <v:rect id="_x0000_i1236" style="width:0;height:1.5pt" o:hralign="center" o:hrstd="t" o:hr="t" fillcolor="#a0a0a0" stroked="f"/>
        </w:pict>
      </w:r>
    </w:p>
    <w:p w14:paraId="6CBFA001" w14:textId="77777777" w:rsidR="000612CD" w:rsidRPr="00C9454D" w:rsidRDefault="000612CD" w:rsidP="00C9454D">
      <w:pPr>
        <w:pStyle w:val="Heading2"/>
        <w:rPr>
          <w:sz w:val="24"/>
          <w:szCs w:val="24"/>
        </w:rPr>
      </w:pPr>
      <w:r w:rsidRPr="00C9454D">
        <w:rPr>
          <w:sz w:val="24"/>
          <w:szCs w:val="24"/>
        </w:rPr>
        <w:t>Arrival in London</w:t>
      </w:r>
    </w:p>
    <w:p w14:paraId="0E5CEF00" w14:textId="77777777" w:rsidR="0041092C" w:rsidRPr="00C9454D" w:rsidRDefault="0041092C" w:rsidP="00C9454D">
      <w:pPr>
        <w:rPr>
          <w:sz w:val="24"/>
          <w:szCs w:val="24"/>
        </w:rPr>
      </w:pPr>
    </w:p>
    <w:p w14:paraId="0E6A2EE4" w14:textId="77777777" w:rsidR="000612CD" w:rsidRPr="00C9454D" w:rsidRDefault="000612CD" w:rsidP="00C9454D">
      <w:pPr>
        <w:rPr>
          <w:sz w:val="24"/>
          <w:szCs w:val="24"/>
        </w:rPr>
      </w:pPr>
      <w:r w:rsidRPr="00C9454D">
        <w:rPr>
          <w:sz w:val="24"/>
          <w:szCs w:val="24"/>
        </w:rPr>
        <w:t>By the time they reached the city gates, London was alive with its usual chaos—merchants shouting, beggars pleading, the scent of freshly baked bread mixing with the filth of the streets.</w:t>
      </w:r>
    </w:p>
    <w:p w14:paraId="1A95A34B" w14:textId="0BF95FC8" w:rsidR="000612CD" w:rsidRPr="00C9454D" w:rsidRDefault="000612CD" w:rsidP="00C9454D">
      <w:pPr>
        <w:rPr>
          <w:sz w:val="24"/>
          <w:szCs w:val="24"/>
        </w:rPr>
      </w:pPr>
      <w:r w:rsidRPr="00C9454D">
        <w:rPr>
          <w:sz w:val="24"/>
          <w:szCs w:val="24"/>
        </w:rPr>
        <w:t>They had arranged to stay in a townhouse just outsi</w:t>
      </w:r>
      <w:r w:rsidR="00DD1FF5" w:rsidRPr="00C9454D">
        <w:rPr>
          <w:sz w:val="24"/>
          <w:szCs w:val="24"/>
        </w:rPr>
        <w:t xml:space="preserve">de </w:t>
      </w:r>
      <w:r w:rsidRPr="00C9454D">
        <w:rPr>
          <w:sz w:val="24"/>
          <w:szCs w:val="24"/>
        </w:rPr>
        <w:t>the royal court, a residence that reflected both power and discretion.</w:t>
      </w:r>
    </w:p>
    <w:p w14:paraId="79A62C24" w14:textId="77777777" w:rsidR="000612CD" w:rsidRPr="00C9454D" w:rsidRDefault="000612CD" w:rsidP="00C9454D">
      <w:pPr>
        <w:rPr>
          <w:sz w:val="24"/>
          <w:szCs w:val="24"/>
        </w:rPr>
      </w:pPr>
      <w:r w:rsidRPr="00C9454D">
        <w:rPr>
          <w:sz w:val="24"/>
          <w:szCs w:val="24"/>
        </w:rPr>
        <w:t>John ensured their security. Helena marveled at the city’s grandeur.</w:t>
      </w:r>
    </w:p>
    <w:p w14:paraId="76F84E3F" w14:textId="77777777" w:rsidR="000612CD" w:rsidRPr="00C9454D" w:rsidRDefault="000612CD" w:rsidP="00C9454D">
      <w:pPr>
        <w:rPr>
          <w:sz w:val="24"/>
          <w:szCs w:val="24"/>
        </w:rPr>
      </w:pPr>
      <w:r w:rsidRPr="00C9454D">
        <w:rPr>
          <w:sz w:val="24"/>
          <w:szCs w:val="24"/>
        </w:rPr>
        <w:t xml:space="preserve">And </w:t>
      </w:r>
      <w:proofErr w:type="spellStart"/>
      <w:r w:rsidRPr="00C9454D">
        <w:rPr>
          <w:sz w:val="24"/>
          <w:szCs w:val="24"/>
        </w:rPr>
        <w:t>Alara</w:t>
      </w:r>
      <w:proofErr w:type="spellEnd"/>
      <w:r w:rsidRPr="00C9454D">
        <w:rPr>
          <w:sz w:val="24"/>
          <w:szCs w:val="24"/>
        </w:rPr>
        <w:t>?</w:t>
      </w:r>
    </w:p>
    <w:p w14:paraId="2EDEB9C1" w14:textId="77777777" w:rsidR="000612CD" w:rsidRPr="00C9454D" w:rsidRDefault="000612CD" w:rsidP="00C9454D">
      <w:pPr>
        <w:rPr>
          <w:sz w:val="24"/>
          <w:szCs w:val="24"/>
        </w:rPr>
      </w:pPr>
      <w:r w:rsidRPr="00C9454D">
        <w:rPr>
          <w:sz w:val="24"/>
          <w:szCs w:val="24"/>
        </w:rPr>
        <w:t>She was ready to begin.</w:t>
      </w:r>
    </w:p>
    <w:p w14:paraId="3188E620" w14:textId="77777777" w:rsidR="000612CD" w:rsidRPr="00C9454D" w:rsidRDefault="000612CD" w:rsidP="00C9454D">
      <w:pPr>
        <w:rPr>
          <w:sz w:val="24"/>
          <w:szCs w:val="24"/>
        </w:rPr>
      </w:pPr>
      <w:r w:rsidRPr="00C9454D">
        <w:rPr>
          <w:sz w:val="24"/>
          <w:szCs w:val="24"/>
        </w:rPr>
        <w:t xml:space="preserve">Word had spread fast. </w:t>
      </w:r>
      <w:proofErr w:type="spellStart"/>
      <w:r w:rsidRPr="00C9454D">
        <w:rPr>
          <w:sz w:val="24"/>
          <w:szCs w:val="24"/>
        </w:rPr>
        <w:t>Alara’s</w:t>
      </w:r>
      <w:proofErr w:type="spellEnd"/>
      <w:r w:rsidRPr="00C9454D">
        <w:rPr>
          <w:sz w:val="24"/>
          <w:szCs w:val="24"/>
        </w:rPr>
        <w:t xml:space="preserve"> creams had already created a frenzy among noblewomen in the countryside, and now, the </w:t>
      </w:r>
      <w:r w:rsidRPr="00C9454D">
        <w:rPr>
          <w:i/>
          <w:iCs/>
          <w:sz w:val="24"/>
          <w:szCs w:val="24"/>
        </w:rPr>
        <w:t>House of Silk</w:t>
      </w:r>
      <w:r w:rsidRPr="00C9454D">
        <w:rPr>
          <w:sz w:val="24"/>
          <w:szCs w:val="24"/>
        </w:rPr>
        <w:t>—London’s most exclusive dress shop—had requested a private audience.</w:t>
      </w:r>
    </w:p>
    <w:p w14:paraId="6BF11843" w14:textId="4842AF77" w:rsidR="000612CD" w:rsidRPr="00C9454D" w:rsidRDefault="000612CD" w:rsidP="00C9454D">
      <w:pPr>
        <w:rPr>
          <w:sz w:val="24"/>
          <w:szCs w:val="24"/>
        </w:rPr>
      </w:pPr>
      <w:r w:rsidRPr="00C9454D">
        <w:rPr>
          <w:sz w:val="24"/>
          <w:szCs w:val="24"/>
        </w:rPr>
        <w:t xml:space="preserve">And thus, they </w:t>
      </w:r>
      <w:r w:rsidR="005270CD" w:rsidRPr="00C9454D">
        <w:rPr>
          <w:sz w:val="24"/>
          <w:szCs w:val="24"/>
        </w:rPr>
        <w:t>met</w:t>
      </w:r>
      <w:r w:rsidRPr="00C9454D">
        <w:rPr>
          <w:sz w:val="24"/>
          <w:szCs w:val="24"/>
        </w:rPr>
        <w:t xml:space="preserve"> Isol</w:t>
      </w:r>
      <w:r w:rsidR="00DD1FF5" w:rsidRPr="00C9454D">
        <w:rPr>
          <w:sz w:val="24"/>
          <w:szCs w:val="24"/>
        </w:rPr>
        <w:t xml:space="preserve">de </w:t>
      </w:r>
      <w:proofErr w:type="spellStart"/>
      <w:r w:rsidRPr="00C9454D">
        <w:rPr>
          <w:sz w:val="24"/>
          <w:szCs w:val="24"/>
        </w:rPr>
        <w:t>Devereaux</w:t>
      </w:r>
      <w:proofErr w:type="spellEnd"/>
      <w:r w:rsidRPr="00C9454D">
        <w:rPr>
          <w:sz w:val="24"/>
          <w:szCs w:val="24"/>
        </w:rPr>
        <w:t>.</w:t>
      </w:r>
    </w:p>
    <w:p w14:paraId="1B3CBCDA" w14:textId="77777777" w:rsidR="000612CD" w:rsidRPr="00C9454D" w:rsidRDefault="00FE197F" w:rsidP="00C9454D">
      <w:pPr>
        <w:rPr>
          <w:sz w:val="24"/>
          <w:szCs w:val="24"/>
        </w:rPr>
      </w:pPr>
      <w:r>
        <w:rPr>
          <w:noProof/>
          <w:sz w:val="24"/>
          <w:szCs w:val="24"/>
        </w:rPr>
      </w:r>
      <w:r w:rsidR="00FE197F">
        <w:rPr>
          <w:noProof/>
          <w:sz w:val="24"/>
          <w:szCs w:val="24"/>
        </w:rPr>
        <w:pict w14:anchorId="01057BC3">
          <v:rect id="_x0000_i1237" style="width:0;height:1.5pt" o:hralign="center" o:hrstd="t" o:hr="t" fillcolor="#a0a0a0" stroked="f"/>
        </w:pict>
      </w:r>
    </w:p>
    <w:p w14:paraId="6060E3A6" w14:textId="11B18518" w:rsidR="006142F6" w:rsidRPr="00C9454D" w:rsidRDefault="000612CD" w:rsidP="00C9454D">
      <w:pPr>
        <w:pStyle w:val="Heading2"/>
        <w:rPr>
          <w:sz w:val="24"/>
          <w:szCs w:val="24"/>
        </w:rPr>
      </w:pPr>
      <w:r w:rsidRPr="00C9454D">
        <w:rPr>
          <w:sz w:val="24"/>
          <w:szCs w:val="24"/>
        </w:rPr>
        <w:t>House of Silk – The Meeting with Isol</w:t>
      </w:r>
      <w:r w:rsidR="00DD1FF5" w:rsidRPr="00C9454D">
        <w:rPr>
          <w:sz w:val="24"/>
          <w:szCs w:val="24"/>
        </w:rPr>
        <w:t xml:space="preserve">de </w:t>
      </w:r>
    </w:p>
    <w:p w14:paraId="0425AA13" w14:textId="462A508C" w:rsidR="000612CD" w:rsidRPr="00C9454D" w:rsidRDefault="006142F6" w:rsidP="00C9454D">
      <w:pPr>
        <w:pStyle w:val="Heading2"/>
        <w:rPr>
          <w:sz w:val="24"/>
          <w:szCs w:val="24"/>
        </w:rPr>
      </w:pPr>
      <w:r w:rsidRPr="00C9454D">
        <w:rPr>
          <w:sz w:val="24"/>
          <w:szCs w:val="24"/>
        </w:rPr>
        <w:t>1242</w:t>
      </w:r>
    </w:p>
    <w:p w14:paraId="1D9E5D34" w14:textId="77777777" w:rsidR="0041092C" w:rsidRPr="00C9454D" w:rsidRDefault="0041092C" w:rsidP="00C9454D">
      <w:pPr>
        <w:rPr>
          <w:sz w:val="24"/>
          <w:szCs w:val="24"/>
        </w:rPr>
      </w:pPr>
    </w:p>
    <w:p w14:paraId="33FA5B31" w14:textId="77777777" w:rsidR="000612CD" w:rsidRPr="00C9454D" w:rsidRDefault="000612CD" w:rsidP="00C9454D">
      <w:pPr>
        <w:rPr>
          <w:sz w:val="24"/>
          <w:szCs w:val="24"/>
        </w:rPr>
      </w:pPr>
      <w:r w:rsidRPr="00C9454D">
        <w:rPr>
          <w:sz w:val="24"/>
          <w:szCs w:val="24"/>
        </w:rPr>
        <w:t xml:space="preserve">The </w:t>
      </w:r>
      <w:r w:rsidRPr="00C9454D">
        <w:rPr>
          <w:i/>
          <w:iCs/>
          <w:sz w:val="24"/>
          <w:szCs w:val="24"/>
        </w:rPr>
        <w:t>House of Silk</w:t>
      </w:r>
      <w:r w:rsidRPr="00C9454D">
        <w:rPr>
          <w:sz w:val="24"/>
          <w:szCs w:val="24"/>
        </w:rPr>
        <w:t xml:space="preserve"> was not merely a dress shop.</w:t>
      </w:r>
    </w:p>
    <w:p w14:paraId="26893ACC" w14:textId="77777777" w:rsidR="000612CD" w:rsidRPr="00C9454D" w:rsidRDefault="000612CD" w:rsidP="00C9454D">
      <w:pPr>
        <w:rPr>
          <w:sz w:val="24"/>
          <w:szCs w:val="24"/>
        </w:rPr>
      </w:pPr>
      <w:r w:rsidRPr="00C9454D">
        <w:rPr>
          <w:sz w:val="24"/>
          <w:szCs w:val="24"/>
        </w:rPr>
        <w:t>It was a palace of temptation, a place where noblewomen came for gowns and secrets, where whispers of affairs and power plays wove through the walls like the fabrics themselves.</w:t>
      </w:r>
    </w:p>
    <w:p w14:paraId="2AB6B980" w14:textId="09396015" w:rsidR="0078294E" w:rsidRPr="00C9454D" w:rsidRDefault="000612CD" w:rsidP="00C9454D">
      <w:pPr>
        <w:rPr>
          <w:sz w:val="24"/>
          <w:szCs w:val="24"/>
        </w:rPr>
      </w:pPr>
      <w:r w:rsidRPr="00C9454D">
        <w:rPr>
          <w:sz w:val="24"/>
          <w:szCs w:val="24"/>
        </w:rPr>
        <w:t>And at its center was Isol</w:t>
      </w:r>
      <w:r w:rsidR="00DD1FF5" w:rsidRPr="00C9454D">
        <w:rPr>
          <w:sz w:val="24"/>
          <w:szCs w:val="24"/>
        </w:rPr>
        <w:t xml:space="preserve">de </w:t>
      </w:r>
      <w:proofErr w:type="spellStart"/>
      <w:r w:rsidRPr="00C9454D">
        <w:rPr>
          <w:sz w:val="24"/>
          <w:szCs w:val="24"/>
        </w:rPr>
        <w:t>Devereaux</w:t>
      </w:r>
      <w:proofErr w:type="spellEnd"/>
      <w:r w:rsidRPr="00C9454D">
        <w:rPr>
          <w:sz w:val="24"/>
          <w:szCs w:val="24"/>
        </w:rPr>
        <w:t>.</w:t>
      </w:r>
    </w:p>
    <w:p w14:paraId="3EF7394B" w14:textId="03FAD23A" w:rsidR="0078294E" w:rsidRPr="00C9454D" w:rsidRDefault="0078294E" w:rsidP="00C9454D">
      <w:pPr>
        <w:rPr>
          <w:sz w:val="24"/>
          <w:szCs w:val="24"/>
        </w:rPr>
      </w:pPr>
      <w:r w:rsidRPr="00C9454D">
        <w:rPr>
          <w:sz w:val="24"/>
          <w:szCs w:val="24"/>
        </w:rPr>
        <w:t>By the time Isol</w:t>
      </w:r>
      <w:r w:rsidR="00DD1FF5" w:rsidRPr="00C9454D">
        <w:rPr>
          <w:sz w:val="24"/>
          <w:szCs w:val="24"/>
        </w:rPr>
        <w:t xml:space="preserve">de </w:t>
      </w:r>
      <w:r w:rsidRPr="00C9454D">
        <w:rPr>
          <w:sz w:val="24"/>
          <w:szCs w:val="24"/>
        </w:rPr>
        <w:t>reached her early twenties, she was no longer a beautiful woman in noble courts. She was a name</w:t>
      </w:r>
      <w:r w:rsidR="003775F2" w:rsidRPr="00C9454D">
        <w:rPr>
          <w:sz w:val="24"/>
          <w:szCs w:val="24"/>
        </w:rPr>
        <w:t xml:space="preserve"> not to be mentioned</w:t>
      </w:r>
      <w:r w:rsidRPr="00C9454D">
        <w:rPr>
          <w:sz w:val="24"/>
          <w:szCs w:val="24"/>
        </w:rPr>
        <w:t>. A whisper</w:t>
      </w:r>
      <w:r w:rsidR="00D11EE6" w:rsidRPr="00C9454D">
        <w:rPr>
          <w:sz w:val="24"/>
          <w:szCs w:val="24"/>
        </w:rPr>
        <w:t xml:space="preserve"> in the shadows</w:t>
      </w:r>
      <w:r w:rsidRPr="00C9454D">
        <w:rPr>
          <w:sz w:val="24"/>
          <w:szCs w:val="24"/>
        </w:rPr>
        <w:t xml:space="preserve">. A </w:t>
      </w:r>
      <w:r w:rsidR="003775F2" w:rsidRPr="00C9454D">
        <w:rPr>
          <w:sz w:val="24"/>
          <w:szCs w:val="24"/>
        </w:rPr>
        <w:t xml:space="preserve">presence of the night </w:t>
      </w:r>
      <w:r w:rsidRPr="00C9454D">
        <w:rPr>
          <w:sz w:val="24"/>
          <w:szCs w:val="24"/>
        </w:rPr>
        <w:t>.</w:t>
      </w:r>
    </w:p>
    <w:p w14:paraId="2D5DCB43" w14:textId="24F149AF" w:rsidR="0078294E" w:rsidRPr="00C9454D" w:rsidRDefault="0078294E" w:rsidP="00C9454D">
      <w:pPr>
        <w:rPr>
          <w:sz w:val="24"/>
          <w:szCs w:val="24"/>
        </w:rPr>
      </w:pPr>
      <w:r w:rsidRPr="00C9454D">
        <w:rPr>
          <w:sz w:val="24"/>
          <w:szCs w:val="24"/>
        </w:rPr>
        <w:t xml:space="preserve">She had learned from the </w:t>
      </w:r>
      <w:r w:rsidR="00831F67" w:rsidRPr="00C9454D">
        <w:rPr>
          <w:sz w:val="24"/>
          <w:szCs w:val="24"/>
        </w:rPr>
        <w:t>courtesan</w:t>
      </w:r>
      <w:r w:rsidRPr="00C9454D">
        <w:rPr>
          <w:sz w:val="24"/>
          <w:szCs w:val="24"/>
        </w:rPr>
        <w:t xml:space="preserve"> around her—those who spent their lives draped in silks they could not afford, those who clung to men for survival, and those who knew that a sharp mind could be more dangerous than a blade.</w:t>
      </w:r>
    </w:p>
    <w:p w14:paraId="024B9B17" w14:textId="77777777" w:rsidR="0078294E" w:rsidRPr="00C9454D" w:rsidRDefault="0078294E" w:rsidP="00C9454D">
      <w:pPr>
        <w:rPr>
          <w:sz w:val="24"/>
          <w:szCs w:val="24"/>
        </w:rPr>
      </w:pPr>
      <w:r w:rsidRPr="00C9454D">
        <w:rPr>
          <w:sz w:val="24"/>
          <w:szCs w:val="24"/>
        </w:rPr>
        <w:t>It was in the merchant halls of London that she found her true path.</w:t>
      </w:r>
    </w:p>
    <w:p w14:paraId="29897B5A" w14:textId="77777777" w:rsidR="0078294E" w:rsidRPr="00C9454D" w:rsidRDefault="0078294E" w:rsidP="00C9454D">
      <w:pPr>
        <w:rPr>
          <w:sz w:val="24"/>
          <w:szCs w:val="24"/>
        </w:rPr>
      </w:pPr>
      <w:r w:rsidRPr="00C9454D">
        <w:rPr>
          <w:sz w:val="24"/>
          <w:szCs w:val="24"/>
        </w:rPr>
        <w:t>Silk.</w:t>
      </w:r>
    </w:p>
    <w:p w14:paraId="1A4DF5CE" w14:textId="77777777" w:rsidR="0078294E" w:rsidRPr="00C9454D" w:rsidRDefault="0078294E" w:rsidP="00C9454D">
      <w:pPr>
        <w:rPr>
          <w:sz w:val="24"/>
          <w:szCs w:val="24"/>
        </w:rPr>
      </w:pPr>
      <w:r w:rsidRPr="00C9454D">
        <w:rPr>
          <w:sz w:val="24"/>
          <w:szCs w:val="24"/>
        </w:rPr>
        <w:t>It was coveted, unattainable for most, and yet the world hungered for it. Nobles paid exorbitant prices for imported fabric, waiting months—sometimes years—for shipments from the East.</w:t>
      </w:r>
    </w:p>
    <w:p w14:paraId="3BDB9C9A" w14:textId="6F38ACD0" w:rsidR="0078294E" w:rsidRPr="00C9454D" w:rsidRDefault="0078294E" w:rsidP="00C9454D">
      <w:pPr>
        <w:rPr>
          <w:sz w:val="24"/>
          <w:szCs w:val="24"/>
        </w:rPr>
      </w:pPr>
      <w:r w:rsidRPr="00C9454D">
        <w:rPr>
          <w:sz w:val="24"/>
          <w:szCs w:val="24"/>
        </w:rPr>
        <w:t>So Isol</w:t>
      </w:r>
      <w:r w:rsidR="00DD1FF5" w:rsidRPr="00C9454D">
        <w:rPr>
          <w:sz w:val="24"/>
          <w:szCs w:val="24"/>
        </w:rPr>
        <w:t xml:space="preserve">de </w:t>
      </w:r>
      <w:r w:rsidRPr="00C9454D">
        <w:rPr>
          <w:sz w:val="24"/>
          <w:szCs w:val="24"/>
        </w:rPr>
        <w:t>ma</w:t>
      </w:r>
      <w:r w:rsidR="00DD1FF5" w:rsidRPr="00C9454D">
        <w:rPr>
          <w:sz w:val="24"/>
          <w:szCs w:val="24"/>
        </w:rPr>
        <w:t xml:space="preserve">de </w:t>
      </w:r>
      <w:r w:rsidRPr="00C9454D">
        <w:rPr>
          <w:sz w:val="24"/>
          <w:szCs w:val="24"/>
        </w:rPr>
        <w:t>herself the source.</w:t>
      </w:r>
    </w:p>
    <w:p w14:paraId="7313A5B2" w14:textId="2796CAB4" w:rsidR="0078294E" w:rsidRPr="00C9454D" w:rsidRDefault="0078294E" w:rsidP="00C9454D">
      <w:pPr>
        <w:rPr>
          <w:sz w:val="24"/>
          <w:szCs w:val="24"/>
        </w:rPr>
      </w:pPr>
      <w:r w:rsidRPr="00C9454D">
        <w:rPr>
          <w:sz w:val="24"/>
          <w:szCs w:val="24"/>
        </w:rPr>
        <w:t xml:space="preserve">She did not buy silk. She controlled it. She established connections with merchants, formed alliances with traders, and secured her own supply routes. By the time others realized what she was doing, it was too late. The House of </w:t>
      </w:r>
      <w:r w:rsidR="001D1F97" w:rsidRPr="00C9454D">
        <w:rPr>
          <w:sz w:val="24"/>
          <w:szCs w:val="24"/>
        </w:rPr>
        <w:t>Silk</w:t>
      </w:r>
      <w:r w:rsidRPr="00C9454D">
        <w:rPr>
          <w:sz w:val="24"/>
          <w:szCs w:val="24"/>
        </w:rPr>
        <w:t xml:space="preserve"> became synonymous with luxury,</w:t>
      </w:r>
      <w:r w:rsidR="00EA0A37" w:rsidRPr="00C9454D">
        <w:rPr>
          <w:sz w:val="24"/>
          <w:szCs w:val="24"/>
        </w:rPr>
        <w:t xml:space="preserve"> temptation,</w:t>
      </w:r>
      <w:r w:rsidRPr="00C9454D">
        <w:rPr>
          <w:sz w:val="24"/>
          <w:szCs w:val="24"/>
        </w:rPr>
        <w:t xml:space="preserve"> exclusivity, and power.</w:t>
      </w:r>
    </w:p>
    <w:p w14:paraId="53C89121" w14:textId="02F10B8C" w:rsidR="0078294E" w:rsidRPr="00C9454D" w:rsidRDefault="0078294E" w:rsidP="00C9454D">
      <w:pPr>
        <w:rPr>
          <w:sz w:val="24"/>
          <w:szCs w:val="24"/>
        </w:rPr>
      </w:pPr>
      <w:r w:rsidRPr="00C9454D">
        <w:rPr>
          <w:sz w:val="24"/>
          <w:szCs w:val="24"/>
        </w:rPr>
        <w:t xml:space="preserve">If a noblewoman wanted the finest silk in England, she would buy it from </w:t>
      </w:r>
      <w:r w:rsidR="00FE5F60" w:rsidRPr="00C9454D">
        <w:rPr>
          <w:sz w:val="24"/>
          <w:szCs w:val="24"/>
        </w:rPr>
        <w:t xml:space="preserve">Lady </w:t>
      </w:r>
      <w:r w:rsidRPr="00C9454D">
        <w:rPr>
          <w:sz w:val="24"/>
          <w:szCs w:val="24"/>
        </w:rPr>
        <w:t>Isol</w:t>
      </w:r>
      <w:r w:rsidR="00DD1FF5" w:rsidRPr="00C9454D">
        <w:rPr>
          <w:sz w:val="24"/>
          <w:szCs w:val="24"/>
        </w:rPr>
        <w:t xml:space="preserve">de </w:t>
      </w:r>
      <w:r w:rsidRPr="00C9454D">
        <w:rPr>
          <w:sz w:val="24"/>
          <w:szCs w:val="24"/>
        </w:rPr>
        <w:t>or she would not have it at all.</w:t>
      </w:r>
    </w:p>
    <w:p w14:paraId="50747561" w14:textId="77777777" w:rsidR="0078294E" w:rsidRPr="00C9454D" w:rsidRDefault="0078294E" w:rsidP="00C9454D">
      <w:pPr>
        <w:rPr>
          <w:sz w:val="24"/>
          <w:szCs w:val="24"/>
        </w:rPr>
      </w:pPr>
      <w:r w:rsidRPr="00C9454D">
        <w:rPr>
          <w:sz w:val="24"/>
          <w:szCs w:val="24"/>
        </w:rPr>
        <w:t>Her House of Silk was more than a business—it was an empire.</w:t>
      </w:r>
    </w:p>
    <w:p w14:paraId="1EC7F4A4" w14:textId="58B80D55" w:rsidR="0078294E" w:rsidRPr="00C9454D" w:rsidRDefault="0078294E" w:rsidP="00C9454D">
      <w:pPr>
        <w:rPr>
          <w:sz w:val="24"/>
          <w:szCs w:val="24"/>
        </w:rPr>
      </w:pPr>
      <w:r w:rsidRPr="00C9454D">
        <w:rPr>
          <w:sz w:val="24"/>
          <w:szCs w:val="24"/>
        </w:rPr>
        <w:t>And Isolde? She was no longer a</w:t>
      </w:r>
      <w:r w:rsidR="00384AB7" w:rsidRPr="00C9454D">
        <w:rPr>
          <w:sz w:val="24"/>
          <w:szCs w:val="24"/>
        </w:rPr>
        <w:t xml:space="preserve"> </w:t>
      </w:r>
      <w:r w:rsidR="00FE38CF" w:rsidRPr="00C9454D">
        <w:rPr>
          <w:sz w:val="24"/>
          <w:szCs w:val="24"/>
        </w:rPr>
        <w:t>disgraced woman of high birth</w:t>
      </w:r>
      <w:r w:rsidRPr="00C9454D">
        <w:rPr>
          <w:sz w:val="24"/>
          <w:szCs w:val="24"/>
        </w:rPr>
        <w:t>.</w:t>
      </w:r>
    </w:p>
    <w:p w14:paraId="7800E85A" w14:textId="77777777" w:rsidR="0078294E" w:rsidRPr="00C9454D" w:rsidRDefault="0078294E" w:rsidP="00C9454D">
      <w:pPr>
        <w:rPr>
          <w:sz w:val="24"/>
          <w:szCs w:val="24"/>
        </w:rPr>
      </w:pPr>
      <w:r w:rsidRPr="00C9454D">
        <w:rPr>
          <w:sz w:val="24"/>
          <w:szCs w:val="24"/>
        </w:rPr>
        <w:t>She was a ruler in her own right.</w:t>
      </w:r>
    </w:p>
    <w:p w14:paraId="55DECE6A" w14:textId="77777777" w:rsidR="0078294E" w:rsidRPr="00C9454D" w:rsidRDefault="00FE197F" w:rsidP="00C9454D">
      <w:pPr>
        <w:rPr>
          <w:sz w:val="24"/>
          <w:szCs w:val="24"/>
        </w:rPr>
      </w:pPr>
      <w:r>
        <w:rPr>
          <w:noProof/>
          <w:sz w:val="24"/>
          <w:szCs w:val="24"/>
        </w:rPr>
      </w:r>
      <w:r w:rsidR="00FE197F">
        <w:rPr>
          <w:noProof/>
          <w:sz w:val="24"/>
          <w:szCs w:val="24"/>
        </w:rPr>
        <w:pict w14:anchorId="6C03E8E0">
          <v:rect id="_x0000_i1238" style="width:0;height:1.5pt" o:hralign="center" o:hrstd="t" o:hr="t" fillcolor="#a0a0a0" stroked="f"/>
        </w:pict>
      </w:r>
    </w:p>
    <w:p w14:paraId="4457FC14" w14:textId="41523EEC" w:rsidR="000612CD" w:rsidRPr="00C9454D" w:rsidRDefault="000612CD" w:rsidP="00C9454D">
      <w:pPr>
        <w:rPr>
          <w:sz w:val="24"/>
          <w:szCs w:val="24"/>
        </w:rPr>
      </w:pPr>
    </w:p>
    <w:p w14:paraId="7E6E7609" w14:textId="77777777" w:rsidR="000612CD" w:rsidRPr="00C9454D" w:rsidRDefault="000612CD" w:rsidP="00C9454D">
      <w:pPr>
        <w:pStyle w:val="Heading2"/>
        <w:rPr>
          <w:sz w:val="24"/>
          <w:szCs w:val="24"/>
        </w:rPr>
      </w:pPr>
      <w:r w:rsidRPr="00C9454D">
        <w:rPr>
          <w:sz w:val="24"/>
          <w:szCs w:val="24"/>
        </w:rPr>
        <w:t>The Subtle Battle of Power &amp; Mercy</w:t>
      </w:r>
    </w:p>
    <w:p w14:paraId="4FDCB2C1" w14:textId="77777777" w:rsidR="0041092C" w:rsidRPr="00C9454D" w:rsidRDefault="0041092C" w:rsidP="00C9454D">
      <w:pPr>
        <w:rPr>
          <w:sz w:val="24"/>
          <w:szCs w:val="24"/>
        </w:rPr>
      </w:pPr>
    </w:p>
    <w:p w14:paraId="6EB33140" w14:textId="77777777" w:rsidR="000612CD" w:rsidRPr="00C9454D" w:rsidRDefault="000612CD" w:rsidP="00C9454D">
      <w:pPr>
        <w:rPr>
          <w:sz w:val="24"/>
          <w:szCs w:val="24"/>
        </w:rPr>
      </w:pPr>
      <w:r w:rsidRPr="00C9454D">
        <w:rPr>
          <w:sz w:val="24"/>
          <w:szCs w:val="24"/>
        </w:rPr>
        <w:t>As they sat, the tension was a living thing in the air.</w:t>
      </w:r>
    </w:p>
    <w:p w14:paraId="6B75595C" w14:textId="6DD5A192" w:rsidR="000612CD" w:rsidRPr="00C9454D" w:rsidRDefault="000612CD" w:rsidP="00C9454D">
      <w:pPr>
        <w:rPr>
          <w:sz w:val="24"/>
          <w:szCs w:val="24"/>
        </w:rPr>
      </w:pPr>
      <w:r w:rsidRPr="00C9454D">
        <w:rPr>
          <w:sz w:val="24"/>
          <w:szCs w:val="24"/>
        </w:rPr>
        <w:t>Isol</w:t>
      </w:r>
      <w:r w:rsidR="00DD1FF5" w:rsidRPr="00C9454D">
        <w:rPr>
          <w:sz w:val="24"/>
          <w:szCs w:val="24"/>
        </w:rPr>
        <w:t xml:space="preserve">de </w:t>
      </w:r>
      <w:r w:rsidRPr="00C9454D">
        <w:rPr>
          <w:sz w:val="24"/>
          <w:szCs w:val="24"/>
        </w:rPr>
        <w:t>played her part well—aloof, unimpressed—but Abilene saw past it all.</w:t>
      </w:r>
    </w:p>
    <w:p w14:paraId="0FF21B08" w14:textId="77777777" w:rsidR="000612CD" w:rsidRPr="00C9454D" w:rsidRDefault="000612CD" w:rsidP="00C9454D">
      <w:pPr>
        <w:rPr>
          <w:sz w:val="24"/>
          <w:szCs w:val="24"/>
        </w:rPr>
      </w:pPr>
      <w:r w:rsidRPr="00C9454D">
        <w:rPr>
          <w:sz w:val="24"/>
          <w:szCs w:val="24"/>
        </w:rPr>
        <w:t>She saw a woman trying to hold together an empire built on survival.</w:t>
      </w:r>
    </w:p>
    <w:p w14:paraId="5603B814" w14:textId="77777777" w:rsidR="000612CD" w:rsidRPr="00C9454D" w:rsidRDefault="000612CD" w:rsidP="00C9454D">
      <w:pPr>
        <w:rPr>
          <w:sz w:val="24"/>
          <w:szCs w:val="24"/>
        </w:rPr>
      </w:pPr>
      <w:r w:rsidRPr="00C9454D">
        <w:rPr>
          <w:sz w:val="24"/>
          <w:szCs w:val="24"/>
        </w:rPr>
        <w:t>A woman who had learned to wield beauty as a weapon because power had never been freely given to her.</w:t>
      </w:r>
    </w:p>
    <w:p w14:paraId="67B9BD9E" w14:textId="25D319B6" w:rsidR="000612CD" w:rsidRPr="00C9454D" w:rsidRDefault="000612CD" w:rsidP="00C9454D">
      <w:pPr>
        <w:rPr>
          <w:sz w:val="24"/>
          <w:szCs w:val="24"/>
        </w:rPr>
      </w:pPr>
      <w:r w:rsidRPr="00C9454D">
        <w:rPr>
          <w:sz w:val="24"/>
          <w:szCs w:val="24"/>
        </w:rPr>
        <w:t xml:space="preserve">She saw the girl she once had been, before Guy, before </w:t>
      </w:r>
      <w:r w:rsidR="00522C4D" w:rsidRPr="00C9454D">
        <w:rPr>
          <w:sz w:val="24"/>
          <w:szCs w:val="24"/>
        </w:rPr>
        <w:t>High Haven</w:t>
      </w:r>
      <w:r w:rsidRPr="00C9454D">
        <w:rPr>
          <w:sz w:val="24"/>
          <w:szCs w:val="24"/>
        </w:rPr>
        <w:t>, before love had given her a place to rest.</w:t>
      </w:r>
    </w:p>
    <w:p w14:paraId="5BAC34E2" w14:textId="77777777" w:rsidR="000612CD" w:rsidRPr="00C9454D" w:rsidRDefault="000612CD" w:rsidP="00C9454D">
      <w:pPr>
        <w:rPr>
          <w:sz w:val="24"/>
          <w:szCs w:val="24"/>
        </w:rPr>
      </w:pPr>
      <w:r w:rsidRPr="00C9454D">
        <w:rPr>
          <w:sz w:val="24"/>
          <w:szCs w:val="24"/>
        </w:rPr>
        <w:t>And so, Abilene did not meet her with hostility.</w:t>
      </w:r>
    </w:p>
    <w:p w14:paraId="78759DD0" w14:textId="77777777" w:rsidR="000612CD" w:rsidRPr="00C9454D" w:rsidRDefault="000612CD" w:rsidP="00C9454D">
      <w:pPr>
        <w:rPr>
          <w:sz w:val="24"/>
          <w:szCs w:val="24"/>
        </w:rPr>
      </w:pPr>
      <w:r w:rsidRPr="00C9454D">
        <w:rPr>
          <w:sz w:val="24"/>
          <w:szCs w:val="24"/>
        </w:rPr>
        <w:t>She met her with kindness.</w:t>
      </w:r>
    </w:p>
    <w:p w14:paraId="53341AFD" w14:textId="77777777" w:rsidR="000612CD" w:rsidRPr="00C9454D" w:rsidRDefault="000612CD" w:rsidP="00C9454D">
      <w:pPr>
        <w:rPr>
          <w:sz w:val="24"/>
          <w:szCs w:val="24"/>
        </w:rPr>
      </w:pPr>
      <w:r w:rsidRPr="00C9454D">
        <w:rPr>
          <w:sz w:val="24"/>
          <w:szCs w:val="24"/>
        </w:rPr>
        <w:t>"You have built something impressive here," Abilene said, her voice genuine.</w:t>
      </w:r>
    </w:p>
    <w:p w14:paraId="10FC4171" w14:textId="77777777" w:rsidR="000612CD" w:rsidRPr="00C9454D" w:rsidRDefault="000612CD" w:rsidP="00C9454D">
      <w:pPr>
        <w:rPr>
          <w:sz w:val="24"/>
          <w:szCs w:val="24"/>
        </w:rPr>
      </w:pPr>
      <w:r w:rsidRPr="00C9454D">
        <w:rPr>
          <w:sz w:val="24"/>
          <w:szCs w:val="24"/>
        </w:rPr>
        <w:t>Isolde’s eyes flickered, caught off guard. "I… thank you."</w:t>
      </w:r>
    </w:p>
    <w:p w14:paraId="3867443F" w14:textId="77777777" w:rsidR="000612CD" w:rsidRPr="00C9454D" w:rsidRDefault="000612CD" w:rsidP="00C9454D">
      <w:pPr>
        <w:rPr>
          <w:sz w:val="24"/>
          <w:szCs w:val="24"/>
        </w:rPr>
      </w:pPr>
      <w:r w:rsidRPr="00C9454D">
        <w:rPr>
          <w:sz w:val="24"/>
          <w:szCs w:val="24"/>
        </w:rPr>
        <w:t>"You survived."</w:t>
      </w:r>
    </w:p>
    <w:p w14:paraId="6CB20791" w14:textId="77777777" w:rsidR="000612CD" w:rsidRPr="00C9454D" w:rsidRDefault="000612CD" w:rsidP="00C9454D">
      <w:pPr>
        <w:rPr>
          <w:sz w:val="24"/>
          <w:szCs w:val="24"/>
        </w:rPr>
      </w:pPr>
      <w:r w:rsidRPr="00C9454D">
        <w:rPr>
          <w:sz w:val="24"/>
          <w:szCs w:val="24"/>
        </w:rPr>
        <w:t>Isolde’s mask slipped—for a fraction of a second, but it was enough.</w:t>
      </w:r>
    </w:p>
    <w:p w14:paraId="04D927FC" w14:textId="77777777" w:rsidR="000612CD" w:rsidRPr="00C9454D" w:rsidRDefault="000612CD" w:rsidP="00C9454D">
      <w:pPr>
        <w:rPr>
          <w:sz w:val="24"/>
          <w:szCs w:val="24"/>
        </w:rPr>
      </w:pPr>
      <w:r w:rsidRPr="00C9454D">
        <w:rPr>
          <w:sz w:val="24"/>
          <w:szCs w:val="24"/>
        </w:rPr>
        <w:t>Then, she exhaled. "I did what I had to do."</w:t>
      </w:r>
    </w:p>
    <w:p w14:paraId="19DFAE04" w14:textId="77777777" w:rsidR="000612CD" w:rsidRPr="00C9454D" w:rsidRDefault="000612CD" w:rsidP="00C9454D">
      <w:pPr>
        <w:rPr>
          <w:sz w:val="24"/>
          <w:szCs w:val="24"/>
        </w:rPr>
      </w:pPr>
      <w:r w:rsidRPr="00C9454D">
        <w:rPr>
          <w:sz w:val="24"/>
          <w:szCs w:val="24"/>
        </w:rPr>
        <w:t>Abilene nodded. "So did I."</w:t>
      </w:r>
    </w:p>
    <w:p w14:paraId="35237D29" w14:textId="77777777" w:rsidR="000612CD" w:rsidRPr="00C9454D" w:rsidRDefault="000612CD" w:rsidP="00C9454D">
      <w:pPr>
        <w:rPr>
          <w:sz w:val="24"/>
          <w:szCs w:val="24"/>
        </w:rPr>
      </w:pPr>
      <w:r w:rsidRPr="00C9454D">
        <w:rPr>
          <w:sz w:val="24"/>
          <w:szCs w:val="24"/>
        </w:rPr>
        <w:t>And in that moment, the battle between them was no longer one of enemies, but of understanding.</w:t>
      </w:r>
    </w:p>
    <w:p w14:paraId="2D856018" w14:textId="77777777" w:rsidR="000612CD" w:rsidRPr="00C9454D" w:rsidRDefault="000612CD" w:rsidP="00C9454D">
      <w:pPr>
        <w:rPr>
          <w:sz w:val="24"/>
          <w:szCs w:val="24"/>
        </w:rPr>
      </w:pPr>
      <w:r w:rsidRPr="00C9454D">
        <w:rPr>
          <w:sz w:val="24"/>
          <w:szCs w:val="24"/>
        </w:rPr>
        <w:t>Mercy, where there had been none before.</w:t>
      </w:r>
    </w:p>
    <w:p w14:paraId="70C43628" w14:textId="77777777" w:rsidR="000612CD" w:rsidRPr="00C9454D" w:rsidRDefault="000612CD" w:rsidP="00C9454D">
      <w:pPr>
        <w:rPr>
          <w:sz w:val="24"/>
          <w:szCs w:val="24"/>
        </w:rPr>
      </w:pPr>
      <w:r w:rsidRPr="00C9454D">
        <w:rPr>
          <w:sz w:val="24"/>
          <w:szCs w:val="24"/>
        </w:rPr>
        <w:t>Grace, where others would have given scorn.</w:t>
      </w:r>
    </w:p>
    <w:p w14:paraId="325E9AA3" w14:textId="77777777" w:rsidR="000612CD" w:rsidRPr="00C9454D" w:rsidRDefault="000612CD" w:rsidP="00C9454D">
      <w:pPr>
        <w:rPr>
          <w:sz w:val="24"/>
          <w:szCs w:val="24"/>
        </w:rPr>
      </w:pPr>
      <w:r w:rsidRPr="00C9454D">
        <w:rPr>
          <w:sz w:val="24"/>
          <w:szCs w:val="24"/>
        </w:rPr>
        <w:t>And perhaps, the beginning of something neither of them expected.</w:t>
      </w:r>
    </w:p>
    <w:p w14:paraId="725F2DA9" w14:textId="77777777" w:rsidR="000612CD" w:rsidRPr="00C9454D" w:rsidRDefault="00FE197F" w:rsidP="00C9454D">
      <w:pPr>
        <w:rPr>
          <w:sz w:val="24"/>
          <w:szCs w:val="24"/>
        </w:rPr>
      </w:pPr>
      <w:r>
        <w:rPr>
          <w:noProof/>
          <w:sz w:val="24"/>
          <w:szCs w:val="24"/>
        </w:rPr>
      </w:r>
      <w:r w:rsidR="00FE197F">
        <w:rPr>
          <w:noProof/>
          <w:sz w:val="24"/>
          <w:szCs w:val="24"/>
        </w:rPr>
        <w:pict w14:anchorId="52584E80">
          <v:rect id="_x0000_i1239" style="width:0;height:1.5pt" o:hralign="center" o:hrstd="t" o:hr="t" fillcolor="#a0a0a0" stroked="f"/>
        </w:pict>
      </w:r>
    </w:p>
    <w:p w14:paraId="4867B36A" w14:textId="77777777" w:rsidR="000612CD" w:rsidRPr="00C9454D" w:rsidRDefault="000612CD" w:rsidP="00C9454D">
      <w:pPr>
        <w:pStyle w:val="Heading2"/>
        <w:rPr>
          <w:sz w:val="24"/>
          <w:szCs w:val="24"/>
        </w:rPr>
      </w:pPr>
      <w:r w:rsidRPr="00C9454D">
        <w:rPr>
          <w:sz w:val="24"/>
          <w:szCs w:val="24"/>
        </w:rPr>
        <w:t>The Journey Continues…</w:t>
      </w:r>
    </w:p>
    <w:p w14:paraId="652D44C3" w14:textId="77777777" w:rsidR="0041092C" w:rsidRPr="00C9454D" w:rsidRDefault="0041092C" w:rsidP="00C9454D">
      <w:pPr>
        <w:rPr>
          <w:sz w:val="24"/>
          <w:szCs w:val="24"/>
        </w:rPr>
      </w:pPr>
    </w:p>
    <w:p w14:paraId="4D5ACFA2" w14:textId="77777777" w:rsidR="000612CD" w:rsidRPr="00C9454D" w:rsidRDefault="000612CD" w:rsidP="00C9454D">
      <w:pPr>
        <w:rPr>
          <w:sz w:val="24"/>
          <w:szCs w:val="24"/>
        </w:rPr>
      </w:pPr>
      <w:r w:rsidRPr="00C9454D">
        <w:rPr>
          <w:sz w:val="24"/>
          <w:szCs w:val="24"/>
        </w:rPr>
        <w:t>As the meeting ended, Isolde’s expression was unreadable.</w:t>
      </w:r>
    </w:p>
    <w:p w14:paraId="2FDC69CC" w14:textId="77777777" w:rsidR="000612CD" w:rsidRPr="00C9454D" w:rsidRDefault="000612CD" w:rsidP="00C9454D">
      <w:pPr>
        <w:rPr>
          <w:sz w:val="24"/>
          <w:szCs w:val="24"/>
        </w:rPr>
      </w:pPr>
      <w:r w:rsidRPr="00C9454D">
        <w:rPr>
          <w:sz w:val="24"/>
          <w:szCs w:val="24"/>
        </w:rPr>
        <w:t>But when they left, Abilene could not help but feel that something had shifted—not only for Isolde, but for all of them.</w:t>
      </w:r>
    </w:p>
    <w:p w14:paraId="35D378D3" w14:textId="374787B4" w:rsidR="000612CD" w:rsidRPr="00C9454D" w:rsidRDefault="000612CD" w:rsidP="00C9454D">
      <w:pPr>
        <w:rPr>
          <w:sz w:val="24"/>
          <w:szCs w:val="24"/>
        </w:rPr>
      </w:pPr>
      <w:r w:rsidRPr="00C9454D">
        <w:rPr>
          <w:sz w:val="24"/>
          <w:szCs w:val="24"/>
        </w:rPr>
        <w:t>Because London was a place where fortunes were ma</w:t>
      </w:r>
      <w:r w:rsidR="00DD1FF5" w:rsidRPr="00C9454D">
        <w:rPr>
          <w:sz w:val="24"/>
          <w:szCs w:val="24"/>
        </w:rPr>
        <w:t xml:space="preserve">de </w:t>
      </w:r>
      <w:r w:rsidRPr="00C9454D">
        <w:rPr>
          <w:sz w:val="24"/>
          <w:szCs w:val="24"/>
        </w:rPr>
        <w:t>and fates were changed.</w:t>
      </w:r>
    </w:p>
    <w:p w14:paraId="0CCEF598" w14:textId="77777777" w:rsidR="000612CD" w:rsidRPr="00C9454D" w:rsidRDefault="000612CD" w:rsidP="00C9454D">
      <w:pPr>
        <w:rPr>
          <w:sz w:val="24"/>
          <w:szCs w:val="24"/>
        </w:rPr>
      </w:pPr>
      <w:r w:rsidRPr="00C9454D">
        <w:rPr>
          <w:sz w:val="24"/>
          <w:szCs w:val="24"/>
        </w:rPr>
        <w:t>And their story?</w:t>
      </w:r>
    </w:p>
    <w:p w14:paraId="7AB091DF" w14:textId="77777777" w:rsidR="000612CD" w:rsidRPr="00C9454D" w:rsidRDefault="000612CD" w:rsidP="00C9454D">
      <w:pPr>
        <w:rPr>
          <w:sz w:val="24"/>
          <w:szCs w:val="24"/>
        </w:rPr>
      </w:pPr>
      <w:r w:rsidRPr="00C9454D">
        <w:rPr>
          <w:sz w:val="24"/>
          <w:szCs w:val="24"/>
        </w:rPr>
        <w:t>It was only just beginning.</w:t>
      </w:r>
    </w:p>
    <w:p w14:paraId="133CE716" w14:textId="77777777" w:rsidR="000A30E7" w:rsidRPr="00C9454D" w:rsidRDefault="000A30E7" w:rsidP="00C9454D">
      <w:pPr>
        <w:rPr>
          <w:sz w:val="24"/>
          <w:szCs w:val="24"/>
        </w:rPr>
      </w:pPr>
    </w:p>
    <w:p w14:paraId="52B07927" w14:textId="3E778437" w:rsidR="00A06E85" w:rsidRPr="00C9454D" w:rsidRDefault="00F06287" w:rsidP="00C9454D">
      <w:pPr>
        <w:pStyle w:val="Heading2"/>
        <w:rPr>
          <w:sz w:val="24"/>
          <w:szCs w:val="24"/>
        </w:rPr>
      </w:pPr>
      <w:r w:rsidRPr="00C9454D">
        <w:rPr>
          <w:sz w:val="24"/>
          <w:szCs w:val="24"/>
        </w:rPr>
        <w:t>Lady Isolde is Born</w:t>
      </w:r>
    </w:p>
    <w:p w14:paraId="76CC6620" w14:textId="204A2EB1" w:rsidR="006C364D" w:rsidRPr="00C9454D" w:rsidRDefault="00A4300C" w:rsidP="00C9454D">
      <w:pPr>
        <w:pStyle w:val="Heading2"/>
        <w:rPr>
          <w:sz w:val="24"/>
          <w:szCs w:val="24"/>
        </w:rPr>
      </w:pPr>
      <w:r w:rsidRPr="00C9454D">
        <w:rPr>
          <w:sz w:val="24"/>
          <w:szCs w:val="24"/>
        </w:rPr>
        <w:t>1205</w:t>
      </w:r>
    </w:p>
    <w:p w14:paraId="24EC0B7F" w14:textId="77777777" w:rsidR="00F06287" w:rsidRPr="00C9454D" w:rsidRDefault="00F06287" w:rsidP="00C9454D">
      <w:pPr>
        <w:rPr>
          <w:sz w:val="24"/>
          <w:szCs w:val="24"/>
        </w:rPr>
      </w:pPr>
    </w:p>
    <w:p w14:paraId="57249E9D" w14:textId="26CD16AF" w:rsidR="00A06E85" w:rsidRPr="00C9454D" w:rsidRDefault="00A06E85" w:rsidP="00C9454D">
      <w:pPr>
        <w:rPr>
          <w:sz w:val="24"/>
          <w:szCs w:val="24"/>
        </w:rPr>
      </w:pPr>
      <w:r w:rsidRPr="00C9454D">
        <w:rPr>
          <w:sz w:val="24"/>
          <w:szCs w:val="24"/>
        </w:rPr>
        <w:t xml:space="preserve">It began in the brothel where she had sought refuge after her family’s fall. At first, she was just another girl, working under the harsh rule of a cruel madam. But </w:t>
      </w:r>
      <w:r w:rsidR="00C31B5E" w:rsidRPr="00C9454D">
        <w:rPr>
          <w:sz w:val="24"/>
          <w:szCs w:val="24"/>
        </w:rPr>
        <w:t>Isol</w:t>
      </w:r>
      <w:r w:rsidR="00DD1FF5" w:rsidRPr="00C9454D">
        <w:rPr>
          <w:sz w:val="24"/>
          <w:szCs w:val="24"/>
        </w:rPr>
        <w:t xml:space="preserve">de </w:t>
      </w:r>
      <w:r w:rsidRPr="00C9454D">
        <w:rPr>
          <w:sz w:val="24"/>
          <w:szCs w:val="24"/>
        </w:rPr>
        <w:t>was not like the others. Her beauty drew clients, but it was her intelligence that set her apart. She listened, learned, and adapted, gaining the trust of both clients and the power brokers of the underworld.</w:t>
      </w:r>
    </w:p>
    <w:p w14:paraId="32E5D7E2" w14:textId="07BA99B5" w:rsidR="00A06E85" w:rsidRPr="00C9454D" w:rsidRDefault="00A06E85" w:rsidP="00C9454D">
      <w:pPr>
        <w:rPr>
          <w:sz w:val="24"/>
          <w:szCs w:val="24"/>
        </w:rPr>
      </w:pPr>
      <w:r w:rsidRPr="00C9454D">
        <w:rPr>
          <w:sz w:val="24"/>
          <w:szCs w:val="24"/>
        </w:rPr>
        <w:t xml:space="preserve">One evening, after overhearing a fight between the madam and her enforcers, </w:t>
      </w:r>
      <w:r w:rsidR="00C31B5E" w:rsidRPr="00C9454D">
        <w:rPr>
          <w:sz w:val="24"/>
          <w:szCs w:val="24"/>
        </w:rPr>
        <w:t>Isol</w:t>
      </w:r>
      <w:r w:rsidR="00DD1FF5" w:rsidRPr="00C9454D">
        <w:rPr>
          <w:sz w:val="24"/>
          <w:szCs w:val="24"/>
        </w:rPr>
        <w:t xml:space="preserve">de </w:t>
      </w:r>
      <w:r w:rsidRPr="00C9454D">
        <w:rPr>
          <w:sz w:val="24"/>
          <w:szCs w:val="24"/>
        </w:rPr>
        <w:t>saw her chance. She approached the madam with a proposition.</w:t>
      </w:r>
    </w:p>
    <w:p w14:paraId="3697D3B1" w14:textId="77777777" w:rsidR="00A06E85" w:rsidRPr="00C9454D" w:rsidRDefault="00A06E85" w:rsidP="00C9454D">
      <w:pPr>
        <w:rPr>
          <w:sz w:val="24"/>
          <w:szCs w:val="24"/>
        </w:rPr>
      </w:pPr>
      <w:r w:rsidRPr="00C9454D">
        <w:rPr>
          <w:sz w:val="24"/>
          <w:szCs w:val="24"/>
        </w:rPr>
        <w:t>“You’re losing control,” she said bluntly, her voice low but firm. “Let me handle the finances and the clients. You can keep your power, but I’ll make you rich.”</w:t>
      </w:r>
    </w:p>
    <w:p w14:paraId="79A0F7ED" w14:textId="5B036BE0" w:rsidR="00A06E85" w:rsidRPr="00C9454D" w:rsidRDefault="00A06E85" w:rsidP="00C9454D">
      <w:pPr>
        <w:rPr>
          <w:sz w:val="24"/>
          <w:szCs w:val="24"/>
        </w:rPr>
      </w:pPr>
      <w:r w:rsidRPr="00C9454D">
        <w:rPr>
          <w:sz w:val="24"/>
          <w:szCs w:val="24"/>
        </w:rPr>
        <w:t xml:space="preserve">It was a gamble, but the madam, desperate and impressed by </w:t>
      </w:r>
      <w:r w:rsidR="00C31B5E" w:rsidRPr="00C9454D">
        <w:rPr>
          <w:sz w:val="24"/>
          <w:szCs w:val="24"/>
        </w:rPr>
        <w:t>Isolde</w:t>
      </w:r>
      <w:r w:rsidRPr="00C9454D">
        <w:rPr>
          <w:sz w:val="24"/>
          <w:szCs w:val="24"/>
        </w:rPr>
        <w:t xml:space="preserve">’s audacity, agreed. Within months, </w:t>
      </w:r>
      <w:r w:rsidR="00C31B5E" w:rsidRPr="00C9454D">
        <w:rPr>
          <w:sz w:val="24"/>
          <w:szCs w:val="24"/>
        </w:rPr>
        <w:t>Isol</w:t>
      </w:r>
      <w:r w:rsidR="00DD1FF5" w:rsidRPr="00C9454D">
        <w:rPr>
          <w:sz w:val="24"/>
          <w:szCs w:val="24"/>
        </w:rPr>
        <w:t xml:space="preserve">de </w:t>
      </w:r>
      <w:r w:rsidRPr="00C9454D">
        <w:rPr>
          <w:sz w:val="24"/>
          <w:szCs w:val="24"/>
        </w:rPr>
        <w:t>had doubled the brothel’s earnings, managing its affairs with a cunning efficiency that no one had seen before.</w:t>
      </w:r>
    </w:p>
    <w:p w14:paraId="2F543C01" w14:textId="30CC82C8" w:rsidR="00A06E85" w:rsidRPr="00C9454D" w:rsidRDefault="00A06E85" w:rsidP="00C9454D">
      <w:pPr>
        <w:rPr>
          <w:sz w:val="24"/>
          <w:szCs w:val="24"/>
        </w:rPr>
      </w:pPr>
      <w:r w:rsidRPr="00C9454D">
        <w:rPr>
          <w:sz w:val="24"/>
          <w:szCs w:val="24"/>
        </w:rPr>
        <w:t xml:space="preserve">The madam’s death, whether from illness or something more deliberate, left a vacuum that </w:t>
      </w:r>
      <w:r w:rsidR="00C31B5E" w:rsidRPr="00C9454D">
        <w:rPr>
          <w:sz w:val="24"/>
          <w:szCs w:val="24"/>
        </w:rPr>
        <w:t>Isol</w:t>
      </w:r>
      <w:r w:rsidR="00DD1FF5" w:rsidRPr="00C9454D">
        <w:rPr>
          <w:sz w:val="24"/>
          <w:szCs w:val="24"/>
        </w:rPr>
        <w:t xml:space="preserve">de </w:t>
      </w:r>
      <w:r w:rsidRPr="00C9454D">
        <w:rPr>
          <w:sz w:val="24"/>
          <w:szCs w:val="24"/>
        </w:rPr>
        <w:t>was quick to fill. By the end of the second year, she had rebranded the establishment as The House of Silk. It became not just a brothel but an empire of influence, a place where secrets flowed as freely as wine.</w:t>
      </w:r>
    </w:p>
    <w:p w14:paraId="4D8EC469" w14:textId="77777777" w:rsidR="00A06E85" w:rsidRPr="00C9454D" w:rsidRDefault="00A06E85" w:rsidP="00C9454D">
      <w:pPr>
        <w:rPr>
          <w:sz w:val="24"/>
          <w:szCs w:val="24"/>
        </w:rPr>
      </w:pPr>
    </w:p>
    <w:p w14:paraId="7911C602" w14:textId="77777777" w:rsidR="00A06E85" w:rsidRPr="00C9454D" w:rsidRDefault="00A06E85" w:rsidP="00C9454D">
      <w:pPr>
        <w:pStyle w:val="Heading2"/>
        <w:rPr>
          <w:sz w:val="24"/>
          <w:szCs w:val="24"/>
        </w:rPr>
      </w:pPr>
      <w:r w:rsidRPr="00C9454D">
        <w:rPr>
          <w:sz w:val="24"/>
          <w:szCs w:val="24"/>
        </w:rPr>
        <w:t>A New Identity</w:t>
      </w:r>
    </w:p>
    <w:p w14:paraId="3C4231DA" w14:textId="77777777" w:rsidR="00397276" w:rsidRPr="00C9454D" w:rsidRDefault="00397276" w:rsidP="00C9454D">
      <w:pPr>
        <w:rPr>
          <w:sz w:val="24"/>
          <w:szCs w:val="24"/>
        </w:rPr>
      </w:pPr>
    </w:p>
    <w:p w14:paraId="39E64113" w14:textId="1D4CADFF"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 xml:space="preserve">stripped the </w:t>
      </w:r>
      <w:proofErr w:type="spellStart"/>
      <w:r w:rsidR="00A06E85" w:rsidRPr="00C9454D">
        <w:rPr>
          <w:sz w:val="24"/>
          <w:szCs w:val="24"/>
        </w:rPr>
        <w:t>Devereaux</w:t>
      </w:r>
      <w:proofErr w:type="spellEnd"/>
      <w:r w:rsidR="00A06E85" w:rsidRPr="00C9454D">
        <w:rPr>
          <w:sz w:val="24"/>
          <w:szCs w:val="24"/>
        </w:rPr>
        <w:t xml:space="preserve"> name from her identity, introducing herself only as Lady </w:t>
      </w:r>
      <w:r w:rsidRPr="00C9454D">
        <w:rPr>
          <w:sz w:val="24"/>
          <w:szCs w:val="24"/>
        </w:rPr>
        <w:t>Isolde</w:t>
      </w:r>
      <w:r w:rsidR="00A06E85" w:rsidRPr="00C9454D">
        <w:rPr>
          <w:sz w:val="24"/>
          <w:szCs w:val="24"/>
        </w:rPr>
        <w:t>. To her, the name “</w:t>
      </w:r>
      <w:proofErr w:type="spellStart"/>
      <w:r w:rsidR="00A06E85" w:rsidRPr="00C9454D">
        <w:rPr>
          <w:sz w:val="24"/>
          <w:szCs w:val="24"/>
        </w:rPr>
        <w:t>Devereaux</w:t>
      </w:r>
      <w:proofErr w:type="spellEnd"/>
      <w:r w:rsidR="00A06E85" w:rsidRPr="00C9454D">
        <w:rPr>
          <w:sz w:val="24"/>
          <w:szCs w:val="24"/>
        </w:rPr>
        <w:t>” was a stain, one that she would never allow to mar her rise to power. She began crafting a reputation for sophistication and discretion, transforming The House of Silk into a haven for the city’s most powerful men—nobles, merchants, and even clergy.</w:t>
      </w:r>
    </w:p>
    <w:p w14:paraId="515B439A" w14:textId="3BA91C2A" w:rsidR="00A06E85" w:rsidRPr="00C9454D" w:rsidRDefault="00A06E85" w:rsidP="00C9454D">
      <w:pPr>
        <w:rPr>
          <w:sz w:val="24"/>
          <w:szCs w:val="24"/>
        </w:rPr>
      </w:pPr>
      <w:r w:rsidRPr="00C9454D">
        <w:rPr>
          <w:sz w:val="24"/>
          <w:szCs w:val="24"/>
        </w:rPr>
        <w:t xml:space="preserve">With every whispered confession and illicit deal, </w:t>
      </w:r>
      <w:r w:rsidR="00C31B5E" w:rsidRPr="00C9454D">
        <w:rPr>
          <w:sz w:val="24"/>
          <w:szCs w:val="24"/>
        </w:rPr>
        <w:t>Isol</w:t>
      </w:r>
      <w:r w:rsidR="00DD1FF5" w:rsidRPr="00C9454D">
        <w:rPr>
          <w:sz w:val="24"/>
          <w:szCs w:val="24"/>
        </w:rPr>
        <w:t xml:space="preserve">de </w:t>
      </w:r>
      <w:r w:rsidRPr="00C9454D">
        <w:rPr>
          <w:sz w:val="24"/>
          <w:szCs w:val="24"/>
        </w:rPr>
        <w:t>grew more powerful. She kept meticulous records of every transaction, knowing that information was the true currency of power. “Secrets are leverage,” she often said to her inner circle. “And leverage is the foundation of any empire.”</w:t>
      </w:r>
    </w:p>
    <w:p w14:paraId="353D52A6" w14:textId="77777777" w:rsidR="00A06E85" w:rsidRPr="00C9454D" w:rsidRDefault="00A06E85" w:rsidP="00C9454D">
      <w:pPr>
        <w:rPr>
          <w:sz w:val="24"/>
          <w:szCs w:val="24"/>
        </w:rPr>
      </w:pPr>
    </w:p>
    <w:p w14:paraId="0C986CC5" w14:textId="77777777" w:rsidR="00A06E85" w:rsidRPr="00C9454D" w:rsidRDefault="00A06E85" w:rsidP="00C9454D">
      <w:pPr>
        <w:pStyle w:val="Heading2"/>
        <w:rPr>
          <w:sz w:val="24"/>
          <w:szCs w:val="24"/>
        </w:rPr>
      </w:pPr>
      <w:r w:rsidRPr="00C9454D">
        <w:rPr>
          <w:sz w:val="24"/>
          <w:szCs w:val="24"/>
        </w:rPr>
        <w:t>The Rise to Power</w:t>
      </w:r>
    </w:p>
    <w:p w14:paraId="20BF80C0" w14:textId="77777777" w:rsidR="00397276" w:rsidRPr="00C9454D" w:rsidRDefault="00397276" w:rsidP="00C9454D">
      <w:pPr>
        <w:rPr>
          <w:sz w:val="24"/>
          <w:szCs w:val="24"/>
        </w:rPr>
      </w:pPr>
    </w:p>
    <w:p w14:paraId="4E917976" w14:textId="5CCDEB13" w:rsidR="00A06E85" w:rsidRPr="00C9454D" w:rsidRDefault="00A06E85" w:rsidP="00C9454D">
      <w:pPr>
        <w:rPr>
          <w:sz w:val="24"/>
          <w:szCs w:val="24"/>
        </w:rPr>
      </w:pPr>
      <w:r w:rsidRPr="00C9454D">
        <w:rPr>
          <w:sz w:val="24"/>
          <w:szCs w:val="24"/>
        </w:rPr>
        <w:t xml:space="preserve">By the end of the third year, </w:t>
      </w:r>
      <w:r w:rsidR="00C31B5E" w:rsidRPr="00C9454D">
        <w:rPr>
          <w:sz w:val="24"/>
          <w:szCs w:val="24"/>
        </w:rPr>
        <w:t>Isol</w:t>
      </w:r>
      <w:r w:rsidR="00DD1FF5" w:rsidRPr="00C9454D">
        <w:rPr>
          <w:sz w:val="24"/>
          <w:szCs w:val="24"/>
        </w:rPr>
        <w:t xml:space="preserve">de </w:t>
      </w:r>
      <w:r w:rsidRPr="00C9454D">
        <w:rPr>
          <w:sz w:val="24"/>
          <w:szCs w:val="24"/>
        </w:rPr>
        <w:t>had become more than a madam—she was a queen of the underworld. She surrounded herself with loyal and capable allies, each playing a role in her ascent:</w:t>
      </w:r>
    </w:p>
    <w:p w14:paraId="3DED910A" w14:textId="7DC31433" w:rsidR="00A06E85" w:rsidRPr="00C9454D" w:rsidRDefault="00A06E85" w:rsidP="00C9454D">
      <w:pPr>
        <w:rPr>
          <w:sz w:val="24"/>
          <w:szCs w:val="24"/>
        </w:rPr>
      </w:pPr>
      <w:r w:rsidRPr="00C9454D">
        <w:rPr>
          <w:sz w:val="24"/>
          <w:szCs w:val="24"/>
        </w:rPr>
        <w:t xml:space="preserve">Lucian: A former knight turned enforcer. Ruthless and efficient, he ensured that no harm came to </w:t>
      </w:r>
      <w:r w:rsidR="00C31B5E" w:rsidRPr="00C9454D">
        <w:rPr>
          <w:sz w:val="24"/>
          <w:szCs w:val="24"/>
        </w:rPr>
        <w:t>Isol</w:t>
      </w:r>
      <w:r w:rsidR="00DD1FF5" w:rsidRPr="00C9454D">
        <w:rPr>
          <w:sz w:val="24"/>
          <w:szCs w:val="24"/>
        </w:rPr>
        <w:t xml:space="preserve">de </w:t>
      </w:r>
      <w:r w:rsidRPr="00C9454D">
        <w:rPr>
          <w:sz w:val="24"/>
          <w:szCs w:val="24"/>
        </w:rPr>
        <w:t>or her business.</w:t>
      </w:r>
    </w:p>
    <w:p w14:paraId="5DE1F90F" w14:textId="65B45CDA" w:rsidR="00A06E85" w:rsidRPr="00C9454D" w:rsidRDefault="00A06E85" w:rsidP="00C9454D">
      <w:pPr>
        <w:rPr>
          <w:sz w:val="24"/>
          <w:szCs w:val="24"/>
        </w:rPr>
      </w:pPr>
      <w:proofErr w:type="spellStart"/>
      <w:r w:rsidRPr="00C9454D">
        <w:rPr>
          <w:sz w:val="24"/>
          <w:szCs w:val="24"/>
        </w:rPr>
        <w:t>Elara</w:t>
      </w:r>
      <w:proofErr w:type="spellEnd"/>
      <w:r w:rsidRPr="00C9454D">
        <w:rPr>
          <w:sz w:val="24"/>
          <w:szCs w:val="24"/>
        </w:rPr>
        <w:t xml:space="preserve">: A gifted seamstress who crafted the luxurious gowns that became the hallmark of The House of Silk. She was also </w:t>
      </w:r>
      <w:r w:rsidR="00C31B5E" w:rsidRPr="00C9454D">
        <w:rPr>
          <w:sz w:val="24"/>
          <w:szCs w:val="24"/>
        </w:rPr>
        <w:t>Isolde</w:t>
      </w:r>
      <w:r w:rsidRPr="00C9454D">
        <w:rPr>
          <w:sz w:val="24"/>
          <w:szCs w:val="24"/>
        </w:rPr>
        <w:t>’s closest confidante.</w:t>
      </w:r>
    </w:p>
    <w:p w14:paraId="411C98C7" w14:textId="64A9A33F" w:rsidR="00A06E85" w:rsidRPr="00C9454D" w:rsidRDefault="00A06E85" w:rsidP="00C9454D">
      <w:pPr>
        <w:rPr>
          <w:sz w:val="24"/>
          <w:szCs w:val="24"/>
        </w:rPr>
      </w:pPr>
      <w:r w:rsidRPr="00C9454D">
        <w:rPr>
          <w:sz w:val="24"/>
          <w:szCs w:val="24"/>
        </w:rPr>
        <w:t xml:space="preserve">Matteo: A smuggler with connections across the kingdom. He supplied the House with rare goods and often acted as </w:t>
      </w:r>
      <w:r w:rsidR="00C31B5E" w:rsidRPr="00C9454D">
        <w:rPr>
          <w:sz w:val="24"/>
          <w:szCs w:val="24"/>
        </w:rPr>
        <w:t>Isolde</w:t>
      </w:r>
      <w:r w:rsidRPr="00C9454D">
        <w:rPr>
          <w:sz w:val="24"/>
          <w:szCs w:val="24"/>
        </w:rPr>
        <w:t>’s eyes and ears in the city.</w:t>
      </w:r>
    </w:p>
    <w:p w14:paraId="011DEC74" w14:textId="29601938" w:rsidR="00A06E85" w:rsidRPr="00C9454D" w:rsidRDefault="00A06E85" w:rsidP="00C9454D">
      <w:pPr>
        <w:rPr>
          <w:sz w:val="24"/>
          <w:szCs w:val="24"/>
        </w:rPr>
      </w:pPr>
      <w:r w:rsidRPr="00C9454D">
        <w:rPr>
          <w:sz w:val="24"/>
          <w:szCs w:val="24"/>
        </w:rPr>
        <w:t xml:space="preserve">Together, they created a network that extended beyond the brothel, infiltrating markets, guilds, and even the courts. </w:t>
      </w:r>
      <w:r w:rsidR="00C31B5E" w:rsidRPr="00C9454D">
        <w:rPr>
          <w:sz w:val="24"/>
          <w:szCs w:val="24"/>
        </w:rPr>
        <w:t>Isolde</w:t>
      </w:r>
      <w:r w:rsidRPr="00C9454D">
        <w:rPr>
          <w:sz w:val="24"/>
          <w:szCs w:val="24"/>
        </w:rPr>
        <w:t>’s influence seeped into every corner of the city, making her untouchable.</w:t>
      </w:r>
    </w:p>
    <w:p w14:paraId="7404CFAA" w14:textId="77777777" w:rsidR="00A06E85" w:rsidRPr="00C9454D" w:rsidRDefault="00A06E85" w:rsidP="00C9454D">
      <w:pPr>
        <w:rPr>
          <w:sz w:val="24"/>
          <w:szCs w:val="24"/>
        </w:rPr>
      </w:pPr>
    </w:p>
    <w:p w14:paraId="779FAF6E" w14:textId="77777777" w:rsidR="00A06E85" w:rsidRPr="00C9454D" w:rsidRDefault="00A06E85" w:rsidP="00C9454D">
      <w:pPr>
        <w:pStyle w:val="Heading2"/>
        <w:rPr>
          <w:sz w:val="24"/>
          <w:szCs w:val="24"/>
        </w:rPr>
      </w:pPr>
      <w:r w:rsidRPr="00C9454D">
        <w:rPr>
          <w:sz w:val="24"/>
          <w:szCs w:val="24"/>
        </w:rPr>
        <w:t>Experiences That Shaped Her</w:t>
      </w:r>
    </w:p>
    <w:p w14:paraId="4DBC6751" w14:textId="77777777" w:rsidR="00397276" w:rsidRPr="00C9454D" w:rsidRDefault="00397276" w:rsidP="00C9454D">
      <w:pPr>
        <w:rPr>
          <w:sz w:val="24"/>
          <w:szCs w:val="24"/>
        </w:rPr>
      </w:pPr>
    </w:p>
    <w:p w14:paraId="441A124F" w14:textId="327079C9" w:rsidR="00A06E85" w:rsidRPr="00C9454D" w:rsidRDefault="00C31B5E" w:rsidP="00C9454D">
      <w:pPr>
        <w:rPr>
          <w:sz w:val="24"/>
          <w:szCs w:val="24"/>
        </w:rPr>
      </w:pPr>
      <w:r w:rsidRPr="00C9454D">
        <w:rPr>
          <w:sz w:val="24"/>
          <w:szCs w:val="24"/>
        </w:rPr>
        <w:t>Isolde</w:t>
      </w:r>
      <w:r w:rsidR="00A06E85" w:rsidRPr="00C9454D">
        <w:rPr>
          <w:sz w:val="24"/>
          <w:szCs w:val="24"/>
        </w:rPr>
        <w:t xml:space="preserve">’s rise was not without challenges. A rival madam attempted to discredit her, spreading rumors about her connections to the disgraced </w:t>
      </w:r>
      <w:proofErr w:type="spellStart"/>
      <w:r w:rsidR="00A06E85" w:rsidRPr="00C9454D">
        <w:rPr>
          <w:sz w:val="24"/>
          <w:szCs w:val="24"/>
        </w:rPr>
        <w:t>Devereaux</w:t>
      </w:r>
      <w:proofErr w:type="spellEnd"/>
      <w:r w:rsidR="00A06E85" w:rsidRPr="00C9454D">
        <w:rPr>
          <w:sz w:val="24"/>
          <w:szCs w:val="24"/>
        </w:rPr>
        <w:t xml:space="preserve"> family. </w:t>
      </w:r>
      <w:r w:rsidRPr="00C9454D">
        <w:rPr>
          <w:sz w:val="24"/>
          <w:szCs w:val="24"/>
        </w:rPr>
        <w:t>Isol</w:t>
      </w:r>
      <w:r w:rsidR="00DD1FF5" w:rsidRPr="00C9454D">
        <w:rPr>
          <w:sz w:val="24"/>
          <w:szCs w:val="24"/>
        </w:rPr>
        <w:t xml:space="preserve">de </w:t>
      </w:r>
      <w:r w:rsidR="00A06E85" w:rsidRPr="00C9454D">
        <w:rPr>
          <w:sz w:val="24"/>
          <w:szCs w:val="24"/>
        </w:rPr>
        <w:t>responded with precision, exposing the rival’s dealings with a notorious smuggler and ensuring her arrest.</w:t>
      </w:r>
    </w:p>
    <w:p w14:paraId="373D4A93" w14:textId="4620F860" w:rsidR="00A06E85" w:rsidRPr="00C9454D" w:rsidRDefault="00A06E85" w:rsidP="00C9454D">
      <w:pPr>
        <w:rPr>
          <w:sz w:val="24"/>
          <w:szCs w:val="24"/>
        </w:rPr>
      </w:pPr>
      <w:r w:rsidRPr="00C9454D">
        <w:rPr>
          <w:sz w:val="24"/>
          <w:szCs w:val="24"/>
        </w:rPr>
        <w:t xml:space="preserve">Another pivotal moment came when a young nobleman sought refuge at The House of Silk, desperate to escape accusations of treason. </w:t>
      </w:r>
      <w:r w:rsidR="00C31B5E" w:rsidRPr="00C9454D">
        <w:rPr>
          <w:sz w:val="24"/>
          <w:szCs w:val="24"/>
        </w:rPr>
        <w:t>Isol</w:t>
      </w:r>
      <w:r w:rsidR="00DD1FF5" w:rsidRPr="00C9454D">
        <w:rPr>
          <w:sz w:val="24"/>
          <w:szCs w:val="24"/>
        </w:rPr>
        <w:t xml:space="preserve">de </w:t>
      </w:r>
      <w:r w:rsidRPr="00C9454D">
        <w:rPr>
          <w:sz w:val="24"/>
          <w:szCs w:val="24"/>
        </w:rPr>
        <w:t>hid him, not out of kindness, but because she saw an opportunity. In exchange for her protection, the nobleman became a loyal ally, granting her access to circles she had only dreamed of entering.</w:t>
      </w:r>
    </w:p>
    <w:p w14:paraId="4562B621" w14:textId="77777777" w:rsidR="00A06E85" w:rsidRPr="00C9454D" w:rsidRDefault="00A06E85" w:rsidP="00C9454D">
      <w:pPr>
        <w:rPr>
          <w:sz w:val="24"/>
          <w:szCs w:val="24"/>
        </w:rPr>
      </w:pPr>
    </w:p>
    <w:p w14:paraId="76F1E9D3" w14:textId="77777777" w:rsidR="00A06E85" w:rsidRPr="00C9454D" w:rsidRDefault="00A06E85" w:rsidP="00C9454D">
      <w:pPr>
        <w:pStyle w:val="Heading2"/>
        <w:rPr>
          <w:sz w:val="24"/>
          <w:szCs w:val="24"/>
        </w:rPr>
      </w:pPr>
      <w:r w:rsidRPr="00C9454D">
        <w:rPr>
          <w:sz w:val="24"/>
          <w:szCs w:val="24"/>
        </w:rPr>
        <w:t>A New Ambition</w:t>
      </w:r>
    </w:p>
    <w:p w14:paraId="731C973A" w14:textId="77777777" w:rsidR="00397276" w:rsidRPr="00C9454D" w:rsidRDefault="00397276" w:rsidP="00C9454D">
      <w:pPr>
        <w:rPr>
          <w:sz w:val="24"/>
          <w:szCs w:val="24"/>
        </w:rPr>
      </w:pPr>
    </w:p>
    <w:p w14:paraId="39A43BB0" w14:textId="552F977D" w:rsidR="00A06E85" w:rsidRPr="00C9454D" w:rsidRDefault="00A06E85" w:rsidP="00C9454D">
      <w:pPr>
        <w:rPr>
          <w:sz w:val="24"/>
          <w:szCs w:val="24"/>
        </w:rPr>
      </w:pPr>
      <w:r w:rsidRPr="00C9454D">
        <w:rPr>
          <w:sz w:val="24"/>
          <w:szCs w:val="24"/>
        </w:rPr>
        <w:t xml:space="preserve">Despite her power, </w:t>
      </w:r>
      <w:r w:rsidR="00C31B5E" w:rsidRPr="00C9454D">
        <w:rPr>
          <w:sz w:val="24"/>
          <w:szCs w:val="24"/>
        </w:rPr>
        <w:t>Isolde</w:t>
      </w:r>
      <w:r w:rsidRPr="00C9454D">
        <w:rPr>
          <w:sz w:val="24"/>
          <w:szCs w:val="24"/>
        </w:rPr>
        <w:t>’s ambitions stretched further. She knew that true respect and security could only come with a noble title. To marry into nobility was not just a goal—it was her destiny.</w:t>
      </w:r>
    </w:p>
    <w:p w14:paraId="6C92A879" w14:textId="184B3F3C" w:rsidR="00A06E85" w:rsidRPr="00C9454D" w:rsidRDefault="00A06E85" w:rsidP="00C9454D">
      <w:pPr>
        <w:rPr>
          <w:sz w:val="24"/>
          <w:szCs w:val="24"/>
        </w:rPr>
      </w:pPr>
      <w:r w:rsidRPr="00C9454D">
        <w:rPr>
          <w:sz w:val="24"/>
          <w:szCs w:val="24"/>
        </w:rPr>
        <w:t>Her beauty, charm, and intelligence ma</w:t>
      </w:r>
      <w:r w:rsidR="00DD1FF5" w:rsidRPr="00C9454D">
        <w:rPr>
          <w:sz w:val="24"/>
          <w:szCs w:val="24"/>
        </w:rPr>
        <w:t xml:space="preserve">de </w:t>
      </w:r>
      <w:r w:rsidRPr="00C9454D">
        <w:rPr>
          <w:sz w:val="24"/>
          <w:szCs w:val="24"/>
        </w:rPr>
        <w:t xml:space="preserve">her a desirable match for the sons of lesser lords, but </w:t>
      </w:r>
      <w:r w:rsidR="00C31B5E" w:rsidRPr="00C9454D">
        <w:rPr>
          <w:sz w:val="24"/>
          <w:szCs w:val="24"/>
        </w:rPr>
        <w:t>Isol</w:t>
      </w:r>
      <w:r w:rsidR="00DD1FF5" w:rsidRPr="00C9454D">
        <w:rPr>
          <w:sz w:val="24"/>
          <w:szCs w:val="24"/>
        </w:rPr>
        <w:t xml:space="preserve">de </w:t>
      </w:r>
      <w:r w:rsidRPr="00C9454D">
        <w:rPr>
          <w:sz w:val="24"/>
          <w:szCs w:val="24"/>
        </w:rPr>
        <w:t>had her sights set higher. She attended masked balls and exclusive gatherings, always under a veil of mystery, slowly weaving her way into noble society.</w:t>
      </w:r>
    </w:p>
    <w:p w14:paraId="51562C7B" w14:textId="77777777" w:rsidR="00A06E85" w:rsidRPr="00C9454D" w:rsidRDefault="00A06E85" w:rsidP="00C9454D">
      <w:pPr>
        <w:rPr>
          <w:sz w:val="24"/>
          <w:szCs w:val="24"/>
        </w:rPr>
      </w:pPr>
    </w:p>
    <w:p w14:paraId="71F554B4" w14:textId="77777777" w:rsidR="00A06E85" w:rsidRPr="00C9454D" w:rsidRDefault="00A06E85" w:rsidP="00C9454D">
      <w:pPr>
        <w:pStyle w:val="Heading2"/>
        <w:rPr>
          <w:sz w:val="24"/>
          <w:szCs w:val="24"/>
        </w:rPr>
      </w:pPr>
      <w:r w:rsidRPr="00C9454D">
        <w:rPr>
          <w:sz w:val="24"/>
          <w:szCs w:val="24"/>
        </w:rPr>
        <w:t>A Quiet Resentment</w:t>
      </w:r>
    </w:p>
    <w:p w14:paraId="7F909570" w14:textId="77777777" w:rsidR="00397276" w:rsidRPr="00C9454D" w:rsidRDefault="00397276" w:rsidP="00C9454D">
      <w:pPr>
        <w:rPr>
          <w:sz w:val="24"/>
          <w:szCs w:val="24"/>
        </w:rPr>
      </w:pPr>
    </w:p>
    <w:p w14:paraId="6BBF7E6A" w14:textId="4C7FAB79" w:rsidR="00A06E85" w:rsidRPr="00C9454D" w:rsidRDefault="00A06E85" w:rsidP="00C9454D">
      <w:pPr>
        <w:rPr>
          <w:sz w:val="24"/>
          <w:szCs w:val="24"/>
        </w:rPr>
      </w:pPr>
      <w:r w:rsidRPr="00C9454D">
        <w:rPr>
          <w:sz w:val="24"/>
          <w:szCs w:val="24"/>
        </w:rPr>
        <w:t xml:space="preserve">Though she had buried her past, the bitterness toward her parents remained. In her quieter moments, </w:t>
      </w:r>
      <w:r w:rsidR="00C31B5E" w:rsidRPr="00C9454D">
        <w:rPr>
          <w:sz w:val="24"/>
          <w:szCs w:val="24"/>
        </w:rPr>
        <w:t>Isol</w:t>
      </w:r>
      <w:r w:rsidR="00DD1FF5" w:rsidRPr="00C9454D">
        <w:rPr>
          <w:sz w:val="24"/>
          <w:szCs w:val="24"/>
        </w:rPr>
        <w:t xml:space="preserve">de </w:t>
      </w:r>
      <w:r w:rsidRPr="00C9454D">
        <w:rPr>
          <w:sz w:val="24"/>
          <w:szCs w:val="24"/>
        </w:rPr>
        <w:t>often blamed them for the choices she had been forced to make.</w:t>
      </w:r>
    </w:p>
    <w:p w14:paraId="2C61A09F" w14:textId="77777777" w:rsidR="00A06E85" w:rsidRPr="00C9454D" w:rsidRDefault="00A06E85" w:rsidP="00C9454D">
      <w:pPr>
        <w:rPr>
          <w:sz w:val="24"/>
          <w:szCs w:val="24"/>
        </w:rPr>
      </w:pPr>
      <w:r w:rsidRPr="00C9454D">
        <w:rPr>
          <w:sz w:val="24"/>
          <w:szCs w:val="24"/>
        </w:rPr>
        <w:t>“If they had been stronger,” she would whisper to herself, “I would not have had to rebuild from nothing.”</w:t>
      </w:r>
    </w:p>
    <w:p w14:paraId="385BADD5" w14:textId="73284CEE" w:rsidR="00A06E85" w:rsidRPr="00C9454D" w:rsidRDefault="00A06E85" w:rsidP="00C9454D">
      <w:pPr>
        <w:rPr>
          <w:sz w:val="24"/>
          <w:szCs w:val="24"/>
        </w:rPr>
      </w:pPr>
      <w:r w:rsidRPr="00C9454D">
        <w:rPr>
          <w:sz w:val="24"/>
          <w:szCs w:val="24"/>
        </w:rPr>
        <w:t xml:space="preserve">But even as she despised the </w:t>
      </w:r>
      <w:proofErr w:type="spellStart"/>
      <w:r w:rsidRPr="00C9454D">
        <w:rPr>
          <w:sz w:val="24"/>
          <w:szCs w:val="24"/>
        </w:rPr>
        <w:t>Devereaux</w:t>
      </w:r>
      <w:proofErr w:type="spellEnd"/>
      <w:r w:rsidRPr="00C9454D">
        <w:rPr>
          <w:sz w:val="24"/>
          <w:szCs w:val="24"/>
        </w:rPr>
        <w:t xml:space="preserve"> name, she used the lessons their downfall had taught her. </w:t>
      </w:r>
      <w:r w:rsidR="00C31B5E" w:rsidRPr="00C9454D">
        <w:rPr>
          <w:sz w:val="24"/>
          <w:szCs w:val="24"/>
        </w:rPr>
        <w:t>Isol</w:t>
      </w:r>
      <w:r w:rsidR="00DD1FF5" w:rsidRPr="00C9454D">
        <w:rPr>
          <w:sz w:val="24"/>
          <w:szCs w:val="24"/>
        </w:rPr>
        <w:t xml:space="preserve">de </w:t>
      </w:r>
      <w:r w:rsidRPr="00C9454D">
        <w:rPr>
          <w:sz w:val="24"/>
          <w:szCs w:val="24"/>
        </w:rPr>
        <w:t>knew how to navigate treachery because she had witnessed it firsthand.</w:t>
      </w:r>
    </w:p>
    <w:p w14:paraId="1FFA4B26" w14:textId="77777777" w:rsidR="00A06E85" w:rsidRPr="00C9454D" w:rsidRDefault="00A06E85" w:rsidP="00C9454D">
      <w:pPr>
        <w:pStyle w:val="Heading2"/>
        <w:rPr>
          <w:sz w:val="24"/>
          <w:szCs w:val="24"/>
        </w:rPr>
      </w:pPr>
      <w:r w:rsidRPr="00C9454D">
        <w:rPr>
          <w:sz w:val="24"/>
          <w:szCs w:val="24"/>
        </w:rPr>
        <w:t>A Legacy in Shadows</w:t>
      </w:r>
    </w:p>
    <w:p w14:paraId="5A1B7926" w14:textId="77777777" w:rsidR="00397276" w:rsidRPr="00C9454D" w:rsidRDefault="00397276" w:rsidP="00C9454D">
      <w:pPr>
        <w:rPr>
          <w:sz w:val="24"/>
          <w:szCs w:val="24"/>
        </w:rPr>
      </w:pPr>
    </w:p>
    <w:p w14:paraId="6021B9A2" w14:textId="625F5A0B" w:rsidR="00A06E85" w:rsidRPr="00C9454D" w:rsidRDefault="00C31B5E" w:rsidP="00C9454D">
      <w:pPr>
        <w:rPr>
          <w:sz w:val="24"/>
          <w:szCs w:val="24"/>
        </w:rPr>
      </w:pPr>
      <w:r w:rsidRPr="00C9454D">
        <w:rPr>
          <w:sz w:val="24"/>
          <w:szCs w:val="24"/>
        </w:rPr>
        <w:t>Isolde</w:t>
      </w:r>
      <w:r w:rsidR="00A06E85" w:rsidRPr="00C9454D">
        <w:rPr>
          <w:sz w:val="24"/>
          <w:szCs w:val="24"/>
        </w:rPr>
        <w:t>’s rise to power was as much about survival as it was about ambition. She had become a master of reinvention, shedding her past and building an empire that thrived in the shadows. Though she no longer actively sought revenge against Abilene, the thought lingered in the back of her mind. If the opportunity ever arose, she would seize it without hesitation.</w:t>
      </w:r>
    </w:p>
    <w:p w14:paraId="40B9AD8B" w14:textId="0F4F0D71" w:rsidR="005E088E" w:rsidRPr="00C9454D" w:rsidRDefault="00A06E85" w:rsidP="00C9454D">
      <w:pPr>
        <w:rPr>
          <w:sz w:val="24"/>
          <w:szCs w:val="24"/>
        </w:rPr>
      </w:pPr>
      <w:r w:rsidRPr="00C9454D">
        <w:rPr>
          <w:sz w:val="24"/>
          <w:szCs w:val="24"/>
        </w:rPr>
        <w:t xml:space="preserve">For now, her focus was on securing her future—a future where she was not just a player in the game, but its master. </w:t>
      </w:r>
      <w:r w:rsidR="00C31B5E" w:rsidRPr="00C9454D">
        <w:rPr>
          <w:sz w:val="24"/>
          <w:szCs w:val="24"/>
        </w:rPr>
        <w:t>Isol</w:t>
      </w:r>
      <w:r w:rsidR="00DD1FF5" w:rsidRPr="00C9454D">
        <w:rPr>
          <w:sz w:val="24"/>
          <w:szCs w:val="24"/>
        </w:rPr>
        <w:t xml:space="preserve">de </w:t>
      </w:r>
      <w:proofErr w:type="spellStart"/>
      <w:r w:rsidRPr="00C9454D">
        <w:rPr>
          <w:sz w:val="24"/>
          <w:szCs w:val="24"/>
        </w:rPr>
        <w:t>Devereaux</w:t>
      </w:r>
      <w:proofErr w:type="spellEnd"/>
      <w:r w:rsidRPr="00C9454D">
        <w:rPr>
          <w:sz w:val="24"/>
          <w:szCs w:val="24"/>
        </w:rPr>
        <w:t xml:space="preserve"> was no more. In her place stood Lady </w:t>
      </w:r>
      <w:r w:rsidR="00C31B5E" w:rsidRPr="00C9454D">
        <w:rPr>
          <w:sz w:val="24"/>
          <w:szCs w:val="24"/>
        </w:rPr>
        <w:t>Isolde</w:t>
      </w:r>
      <w:r w:rsidRPr="00C9454D">
        <w:rPr>
          <w:sz w:val="24"/>
          <w:szCs w:val="24"/>
        </w:rPr>
        <w:t>, a force to be reckoned with, a queen of secrets, and a woman determined to carve her name into history—on her own terms.</w:t>
      </w:r>
    </w:p>
    <w:p w14:paraId="542D3F87" w14:textId="72137F43"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had built her empire from the ashes of her family’s disgrace. She ruled the underworld with an iron will, her beauty and cunning making her both feared and admired. Yet, despite her success, there was an emptiness she couldn’t quite name—a gnawing ache that even her greatest triumphs couldn’t soothe.</w:t>
      </w:r>
    </w:p>
    <w:p w14:paraId="5E657415" w14:textId="77777777" w:rsidR="00A06E85" w:rsidRPr="00C9454D" w:rsidRDefault="00A06E85" w:rsidP="00C9454D">
      <w:pPr>
        <w:rPr>
          <w:sz w:val="24"/>
          <w:szCs w:val="24"/>
        </w:rPr>
      </w:pPr>
    </w:p>
    <w:p w14:paraId="75233F30" w14:textId="77777777" w:rsidR="00A06E85" w:rsidRPr="00C9454D" w:rsidRDefault="00A06E85" w:rsidP="00C9454D">
      <w:pPr>
        <w:pStyle w:val="Heading2"/>
        <w:rPr>
          <w:sz w:val="24"/>
          <w:szCs w:val="24"/>
        </w:rPr>
      </w:pPr>
      <w:r w:rsidRPr="00C9454D">
        <w:rPr>
          <w:sz w:val="24"/>
          <w:szCs w:val="24"/>
        </w:rPr>
        <w:t>The Meeting</w:t>
      </w:r>
    </w:p>
    <w:p w14:paraId="522CA147" w14:textId="77777777" w:rsidR="00DE144B" w:rsidRPr="00C9454D" w:rsidRDefault="00DE144B" w:rsidP="00C9454D">
      <w:pPr>
        <w:rPr>
          <w:sz w:val="24"/>
          <w:szCs w:val="24"/>
        </w:rPr>
      </w:pPr>
    </w:p>
    <w:p w14:paraId="7C31EF79" w14:textId="115969EC" w:rsidR="00802B74" w:rsidRPr="00C9454D" w:rsidRDefault="00802B74" w:rsidP="00C9454D">
      <w:pPr>
        <w:rPr>
          <w:sz w:val="24"/>
          <w:szCs w:val="24"/>
        </w:rPr>
      </w:pPr>
      <w:r w:rsidRPr="00C9454D">
        <w:rPr>
          <w:sz w:val="24"/>
          <w:szCs w:val="24"/>
        </w:rPr>
        <w:t>For years, Isol</w:t>
      </w:r>
      <w:r w:rsidR="00DD1FF5" w:rsidRPr="00C9454D">
        <w:rPr>
          <w:sz w:val="24"/>
          <w:szCs w:val="24"/>
        </w:rPr>
        <w:t xml:space="preserve">de </w:t>
      </w:r>
      <w:r w:rsidRPr="00C9454D">
        <w:rPr>
          <w:sz w:val="24"/>
          <w:szCs w:val="24"/>
        </w:rPr>
        <w:t>had been pursued.</w:t>
      </w:r>
    </w:p>
    <w:p w14:paraId="22BCFE4D" w14:textId="77777777" w:rsidR="00802B74" w:rsidRPr="00C9454D" w:rsidRDefault="00802B74" w:rsidP="00C9454D">
      <w:pPr>
        <w:rPr>
          <w:sz w:val="24"/>
          <w:szCs w:val="24"/>
        </w:rPr>
      </w:pPr>
      <w:r w:rsidRPr="00C9454D">
        <w:rPr>
          <w:sz w:val="24"/>
          <w:szCs w:val="24"/>
        </w:rPr>
        <w:t>Men wanted her—not for love, but for what she had built. A marriage to her meant power, fortune, access to the House of Silk, and a legacy that no man alone could ever claim.</w:t>
      </w:r>
    </w:p>
    <w:p w14:paraId="4774A7DD" w14:textId="77777777" w:rsidR="00802B74" w:rsidRPr="00C9454D" w:rsidRDefault="00802B74" w:rsidP="00C9454D">
      <w:pPr>
        <w:rPr>
          <w:sz w:val="24"/>
          <w:szCs w:val="24"/>
        </w:rPr>
      </w:pPr>
      <w:r w:rsidRPr="00C9454D">
        <w:rPr>
          <w:sz w:val="24"/>
          <w:szCs w:val="24"/>
        </w:rPr>
        <w:t>She refused them all.</w:t>
      </w:r>
    </w:p>
    <w:p w14:paraId="6158A598" w14:textId="77777777" w:rsidR="00802B74" w:rsidRPr="00C9454D" w:rsidRDefault="00802B74" w:rsidP="00C9454D">
      <w:pPr>
        <w:rPr>
          <w:sz w:val="24"/>
          <w:szCs w:val="24"/>
        </w:rPr>
      </w:pPr>
      <w:r w:rsidRPr="00C9454D">
        <w:rPr>
          <w:sz w:val="24"/>
          <w:szCs w:val="24"/>
        </w:rPr>
        <w:t xml:space="preserve">Until Lord Edmond </w:t>
      </w:r>
      <w:proofErr w:type="spellStart"/>
      <w:r w:rsidRPr="00C9454D">
        <w:rPr>
          <w:sz w:val="24"/>
          <w:szCs w:val="24"/>
        </w:rPr>
        <w:t>d’Anjou</w:t>
      </w:r>
      <w:proofErr w:type="spellEnd"/>
      <w:r w:rsidRPr="00C9454D">
        <w:rPr>
          <w:sz w:val="24"/>
          <w:szCs w:val="24"/>
        </w:rPr>
        <w:t>.</w:t>
      </w:r>
    </w:p>
    <w:p w14:paraId="20D5B008" w14:textId="77777777" w:rsidR="00802B74" w:rsidRPr="00C9454D" w:rsidRDefault="00802B74" w:rsidP="00C9454D">
      <w:pPr>
        <w:rPr>
          <w:sz w:val="24"/>
          <w:szCs w:val="24"/>
        </w:rPr>
      </w:pPr>
      <w:r w:rsidRPr="00C9454D">
        <w:rPr>
          <w:sz w:val="24"/>
          <w:szCs w:val="24"/>
        </w:rPr>
        <w:t>He did not pursue her like the others. He did not make promises of power or seek to outwit her in courtly games. Instead, he offered something no man ever had before.</w:t>
      </w:r>
    </w:p>
    <w:p w14:paraId="094DC6E3" w14:textId="77777777" w:rsidR="00570A80" w:rsidRPr="00C9454D" w:rsidRDefault="00E60222" w:rsidP="00C9454D">
      <w:pPr>
        <w:rPr>
          <w:sz w:val="24"/>
          <w:szCs w:val="24"/>
        </w:rPr>
      </w:pPr>
      <w:r w:rsidRPr="00C9454D">
        <w:rPr>
          <w:sz w:val="24"/>
          <w:szCs w:val="24"/>
        </w:rPr>
        <w:t xml:space="preserve">It was during one of her rare public appearances at a masked ball hosted by a noble that she first met Lord Edmond, a knight known for his quiet demeanor and sharp mind. Edmond was not like the other men who sought her favor. He didn’t look at her with hunger or fear; he looked at her as though he saw something no one else </w:t>
      </w:r>
      <w:r w:rsidR="00570A80" w:rsidRPr="00C9454D">
        <w:rPr>
          <w:sz w:val="24"/>
          <w:szCs w:val="24"/>
        </w:rPr>
        <w:t xml:space="preserve">did. </w:t>
      </w:r>
    </w:p>
    <w:p w14:paraId="40CEE764" w14:textId="440184BB" w:rsidR="00802B74" w:rsidRPr="00C9454D" w:rsidRDefault="00570A80" w:rsidP="00C9454D">
      <w:pPr>
        <w:rPr>
          <w:sz w:val="24"/>
          <w:szCs w:val="24"/>
        </w:rPr>
      </w:pPr>
      <w:r w:rsidRPr="00C9454D">
        <w:rPr>
          <w:sz w:val="24"/>
          <w:szCs w:val="24"/>
        </w:rPr>
        <w:t>Respect</w:t>
      </w:r>
      <w:r w:rsidR="00802B74" w:rsidRPr="00C9454D">
        <w:rPr>
          <w:sz w:val="24"/>
          <w:szCs w:val="24"/>
        </w:rPr>
        <w:t>.</w:t>
      </w:r>
    </w:p>
    <w:p w14:paraId="6925198A" w14:textId="1A5B9E2B" w:rsidR="00802B74" w:rsidRPr="00C9454D" w:rsidRDefault="00802B74" w:rsidP="00C9454D">
      <w:pPr>
        <w:rPr>
          <w:sz w:val="24"/>
          <w:szCs w:val="24"/>
        </w:rPr>
      </w:pPr>
      <w:r w:rsidRPr="00C9454D">
        <w:rPr>
          <w:sz w:val="24"/>
          <w:szCs w:val="24"/>
        </w:rPr>
        <w:t>Edmond was a widower, a man of wisdom rather than youth. He had no illusions about taming her, no desire to claim her empire as his own. Instead, he saw her as a woman who had shaped her own destiny and wished only to stand besi</w:t>
      </w:r>
      <w:r w:rsidR="00DD1FF5" w:rsidRPr="00C9454D">
        <w:rPr>
          <w:sz w:val="24"/>
          <w:szCs w:val="24"/>
        </w:rPr>
        <w:t xml:space="preserve">de </w:t>
      </w:r>
      <w:r w:rsidRPr="00C9454D">
        <w:rPr>
          <w:sz w:val="24"/>
          <w:szCs w:val="24"/>
        </w:rPr>
        <w:t>her.</w:t>
      </w:r>
    </w:p>
    <w:p w14:paraId="643C146A" w14:textId="4FCC5D4A" w:rsidR="00A06E85" w:rsidRPr="00C9454D" w:rsidRDefault="005156BF" w:rsidP="00C9454D">
      <w:pPr>
        <w:rPr>
          <w:sz w:val="24"/>
          <w:szCs w:val="24"/>
        </w:rPr>
      </w:pPr>
      <w:r w:rsidRPr="00C9454D">
        <w:rPr>
          <w:sz w:val="24"/>
          <w:szCs w:val="24"/>
        </w:rPr>
        <w:t>Edmond</w:t>
      </w:r>
      <w:r w:rsidR="00A06E85" w:rsidRPr="00C9454D">
        <w:rPr>
          <w:sz w:val="24"/>
          <w:szCs w:val="24"/>
        </w:rPr>
        <w:t xml:space="preserve"> approached her at the edge of the ballroom, where she stood observing the crowd with her usual detachment.</w:t>
      </w:r>
    </w:p>
    <w:p w14:paraId="6FE809A3" w14:textId="276BECBC" w:rsidR="00A06E85" w:rsidRPr="00C9454D" w:rsidRDefault="00A06E85" w:rsidP="00C9454D">
      <w:pPr>
        <w:rPr>
          <w:sz w:val="24"/>
          <w:szCs w:val="24"/>
        </w:rPr>
      </w:pPr>
      <w:r w:rsidRPr="00C9454D">
        <w:rPr>
          <w:sz w:val="24"/>
          <w:szCs w:val="24"/>
        </w:rPr>
        <w:t xml:space="preserve">“Lady </w:t>
      </w:r>
      <w:r w:rsidR="00C31B5E" w:rsidRPr="00C9454D">
        <w:rPr>
          <w:sz w:val="24"/>
          <w:szCs w:val="24"/>
        </w:rPr>
        <w:t>Isolde</w:t>
      </w:r>
      <w:r w:rsidRPr="00C9454D">
        <w:rPr>
          <w:sz w:val="24"/>
          <w:szCs w:val="24"/>
        </w:rPr>
        <w:t>,” he said, bowing slightly. “I’ve heard much about you, but I wonder how much of it is true.”</w:t>
      </w:r>
    </w:p>
    <w:p w14:paraId="33C697F8" w14:textId="7F1B1B22"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raised an eyebrow, intrigued by his calm boldness. “That depends on what you’ve heard.”</w:t>
      </w:r>
    </w:p>
    <w:p w14:paraId="64C0D258" w14:textId="77777777" w:rsidR="00A06E85" w:rsidRPr="00C9454D" w:rsidRDefault="00A06E85" w:rsidP="00C9454D">
      <w:pPr>
        <w:rPr>
          <w:sz w:val="24"/>
          <w:szCs w:val="24"/>
        </w:rPr>
      </w:pPr>
      <w:r w:rsidRPr="00C9454D">
        <w:rPr>
          <w:sz w:val="24"/>
          <w:szCs w:val="24"/>
        </w:rPr>
        <w:t>“That you’re as clever as you are beautiful,” he replied, his tone free of the usual flattery. “But also that you’re untouchable, a woman of stone.”</w:t>
      </w:r>
    </w:p>
    <w:p w14:paraId="54525E39" w14:textId="1145E953"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smirked. “And which part do you believe?”</w:t>
      </w:r>
    </w:p>
    <w:p w14:paraId="76F58BE4" w14:textId="77777777" w:rsidR="00A06E85" w:rsidRPr="00C9454D" w:rsidRDefault="00A06E85" w:rsidP="00C9454D">
      <w:pPr>
        <w:rPr>
          <w:sz w:val="24"/>
          <w:szCs w:val="24"/>
        </w:rPr>
      </w:pPr>
      <w:r w:rsidRPr="00C9454D">
        <w:rPr>
          <w:sz w:val="24"/>
          <w:szCs w:val="24"/>
        </w:rPr>
        <w:t>“I believe you’ve built walls so high that even you’ve forgotten what’s behind them.”</w:t>
      </w:r>
    </w:p>
    <w:p w14:paraId="4504AC34" w14:textId="10A0B399" w:rsidR="00A06E85" w:rsidRPr="00C9454D" w:rsidRDefault="00A06E85" w:rsidP="00C9454D">
      <w:pPr>
        <w:rPr>
          <w:sz w:val="24"/>
          <w:szCs w:val="24"/>
        </w:rPr>
      </w:pPr>
      <w:r w:rsidRPr="00C9454D">
        <w:rPr>
          <w:sz w:val="24"/>
          <w:szCs w:val="24"/>
        </w:rPr>
        <w:t xml:space="preserve">For the first time in years, </w:t>
      </w:r>
      <w:r w:rsidR="00C31B5E" w:rsidRPr="00C9454D">
        <w:rPr>
          <w:sz w:val="24"/>
          <w:szCs w:val="24"/>
        </w:rPr>
        <w:t>Isol</w:t>
      </w:r>
      <w:r w:rsidR="00DD1FF5" w:rsidRPr="00C9454D">
        <w:rPr>
          <w:sz w:val="24"/>
          <w:szCs w:val="24"/>
        </w:rPr>
        <w:t xml:space="preserve">de </w:t>
      </w:r>
      <w:r w:rsidRPr="00C9454D">
        <w:rPr>
          <w:sz w:val="24"/>
          <w:szCs w:val="24"/>
        </w:rPr>
        <w:t>was left speechless. There was something in his gaze—an honesty that disarmed her more than any bla</w:t>
      </w:r>
      <w:r w:rsidR="00DD1FF5" w:rsidRPr="00C9454D">
        <w:rPr>
          <w:sz w:val="24"/>
          <w:szCs w:val="24"/>
        </w:rPr>
        <w:t xml:space="preserve">de </w:t>
      </w:r>
      <w:r w:rsidRPr="00C9454D">
        <w:rPr>
          <w:sz w:val="24"/>
          <w:szCs w:val="24"/>
        </w:rPr>
        <w:t>could.</w:t>
      </w:r>
    </w:p>
    <w:p w14:paraId="5F4F22D3" w14:textId="77777777" w:rsidR="00A06E85" w:rsidRPr="00C9454D" w:rsidRDefault="00A06E85" w:rsidP="00C9454D">
      <w:pPr>
        <w:rPr>
          <w:sz w:val="24"/>
          <w:szCs w:val="24"/>
        </w:rPr>
      </w:pPr>
    </w:p>
    <w:p w14:paraId="79F7F3FB" w14:textId="77777777" w:rsidR="00A06E85" w:rsidRPr="00C9454D" w:rsidRDefault="00A06E85" w:rsidP="00C9454D">
      <w:pPr>
        <w:pStyle w:val="Heading2"/>
        <w:rPr>
          <w:sz w:val="24"/>
          <w:szCs w:val="24"/>
        </w:rPr>
      </w:pPr>
      <w:r w:rsidRPr="00C9454D">
        <w:rPr>
          <w:sz w:val="24"/>
          <w:szCs w:val="24"/>
        </w:rPr>
        <w:t>A Growing Connection</w:t>
      </w:r>
    </w:p>
    <w:p w14:paraId="4C6C10B8" w14:textId="77777777" w:rsidR="005E088E" w:rsidRPr="00C9454D" w:rsidRDefault="005E088E" w:rsidP="00C9454D">
      <w:pPr>
        <w:rPr>
          <w:sz w:val="24"/>
          <w:szCs w:val="24"/>
        </w:rPr>
      </w:pPr>
    </w:p>
    <w:p w14:paraId="3857E3A3" w14:textId="7E658E33" w:rsidR="00A06E85" w:rsidRPr="00C9454D" w:rsidRDefault="005156BF" w:rsidP="00C9454D">
      <w:pPr>
        <w:rPr>
          <w:sz w:val="24"/>
          <w:szCs w:val="24"/>
        </w:rPr>
      </w:pPr>
      <w:r w:rsidRPr="00C9454D">
        <w:rPr>
          <w:sz w:val="24"/>
          <w:szCs w:val="24"/>
        </w:rPr>
        <w:t>Edmond</w:t>
      </w:r>
      <w:r w:rsidR="00A06E85" w:rsidRPr="00C9454D">
        <w:rPr>
          <w:sz w:val="24"/>
          <w:szCs w:val="24"/>
        </w:rPr>
        <w:t xml:space="preserve"> became a frequent visitor to The House of Silk, not as a client but as an observer. He claimed to be interested in the underworld’s workings, but </w:t>
      </w:r>
      <w:r w:rsidR="00C31B5E" w:rsidRPr="00C9454D">
        <w:rPr>
          <w:sz w:val="24"/>
          <w:szCs w:val="24"/>
        </w:rPr>
        <w:t>Isol</w:t>
      </w:r>
      <w:r w:rsidR="00DD1FF5" w:rsidRPr="00C9454D">
        <w:rPr>
          <w:sz w:val="24"/>
          <w:szCs w:val="24"/>
        </w:rPr>
        <w:t xml:space="preserve">de </w:t>
      </w:r>
      <w:r w:rsidR="00A06E85" w:rsidRPr="00C9454D">
        <w:rPr>
          <w:sz w:val="24"/>
          <w:szCs w:val="24"/>
        </w:rPr>
        <w:t>suspected his interest lay elsewhere.</w:t>
      </w:r>
    </w:p>
    <w:p w14:paraId="1EC4BD02" w14:textId="77777777" w:rsidR="00A06E85" w:rsidRPr="00C9454D" w:rsidRDefault="00A06E85" w:rsidP="00C9454D">
      <w:pPr>
        <w:rPr>
          <w:sz w:val="24"/>
          <w:szCs w:val="24"/>
        </w:rPr>
      </w:pPr>
      <w:r w:rsidRPr="00C9454D">
        <w:rPr>
          <w:sz w:val="24"/>
          <w:szCs w:val="24"/>
        </w:rPr>
        <w:t>“You’re wasting your time,” she told him one evening as they shared a bottle of wine in her private chambers. “Whatever you think you see in me, it’s an illusion.”</w:t>
      </w:r>
    </w:p>
    <w:p w14:paraId="7C93B291" w14:textId="28B038A1" w:rsidR="00A06E85" w:rsidRPr="00C9454D" w:rsidRDefault="00A06E85" w:rsidP="00C9454D">
      <w:pPr>
        <w:rPr>
          <w:sz w:val="24"/>
          <w:szCs w:val="24"/>
        </w:rPr>
      </w:pPr>
      <w:r w:rsidRPr="00C9454D">
        <w:rPr>
          <w:sz w:val="24"/>
          <w:szCs w:val="24"/>
        </w:rPr>
        <w:t>“I don’t believe that,” he said simply. “I see a woman who has survived horrors and ma</w:t>
      </w:r>
      <w:r w:rsidR="00DD1FF5" w:rsidRPr="00C9454D">
        <w:rPr>
          <w:sz w:val="24"/>
          <w:szCs w:val="24"/>
        </w:rPr>
        <w:t xml:space="preserve">de </w:t>
      </w:r>
      <w:r w:rsidRPr="00C9454D">
        <w:rPr>
          <w:sz w:val="24"/>
          <w:szCs w:val="24"/>
        </w:rPr>
        <w:t>herself strong. But strength isn’t the same as happiness.”</w:t>
      </w:r>
    </w:p>
    <w:p w14:paraId="49365166" w14:textId="48721106"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 xml:space="preserve">laughed bitterly. “Happiness is for fools and children, Sir </w:t>
      </w:r>
      <w:r w:rsidR="005156BF" w:rsidRPr="00C9454D">
        <w:rPr>
          <w:sz w:val="24"/>
          <w:szCs w:val="24"/>
        </w:rPr>
        <w:t>Edmond</w:t>
      </w:r>
      <w:r w:rsidR="00A06E85" w:rsidRPr="00C9454D">
        <w:rPr>
          <w:sz w:val="24"/>
          <w:szCs w:val="24"/>
        </w:rPr>
        <w:t>. I deal in reality.”</w:t>
      </w:r>
    </w:p>
    <w:p w14:paraId="43DD7F1C" w14:textId="77777777" w:rsidR="00A06E85" w:rsidRPr="00C9454D" w:rsidRDefault="00A06E85" w:rsidP="00C9454D">
      <w:pPr>
        <w:rPr>
          <w:sz w:val="24"/>
          <w:szCs w:val="24"/>
        </w:rPr>
      </w:pPr>
      <w:r w:rsidRPr="00C9454D">
        <w:rPr>
          <w:sz w:val="24"/>
          <w:szCs w:val="24"/>
        </w:rPr>
        <w:t>“Then let me show you a different reality,” he replied, his voice soft but firm.</w:t>
      </w:r>
    </w:p>
    <w:p w14:paraId="236232D6" w14:textId="77777777" w:rsidR="00A06E85" w:rsidRPr="00C9454D" w:rsidRDefault="00A06E85" w:rsidP="00C9454D">
      <w:pPr>
        <w:rPr>
          <w:sz w:val="24"/>
          <w:szCs w:val="24"/>
        </w:rPr>
      </w:pPr>
    </w:p>
    <w:p w14:paraId="0944F12B" w14:textId="38DF2C36" w:rsidR="00A06E85" w:rsidRPr="00C9454D" w:rsidRDefault="00A06E85" w:rsidP="00C9454D">
      <w:pPr>
        <w:pStyle w:val="Heading2"/>
        <w:rPr>
          <w:sz w:val="24"/>
          <w:szCs w:val="24"/>
        </w:rPr>
      </w:pPr>
      <w:r w:rsidRPr="00C9454D">
        <w:rPr>
          <w:sz w:val="24"/>
          <w:szCs w:val="24"/>
        </w:rPr>
        <w:t xml:space="preserve">A Cracked </w:t>
      </w:r>
      <w:r w:rsidR="005E088E" w:rsidRPr="00C9454D">
        <w:rPr>
          <w:sz w:val="24"/>
          <w:szCs w:val="24"/>
        </w:rPr>
        <w:t>Façade</w:t>
      </w:r>
    </w:p>
    <w:p w14:paraId="349B2B6D" w14:textId="77777777" w:rsidR="005E088E" w:rsidRPr="00C9454D" w:rsidRDefault="005E088E" w:rsidP="00C9454D">
      <w:pPr>
        <w:rPr>
          <w:sz w:val="24"/>
          <w:szCs w:val="24"/>
        </w:rPr>
      </w:pPr>
    </w:p>
    <w:p w14:paraId="34E4C5A7" w14:textId="7B0D6B38" w:rsidR="00A06E85" w:rsidRPr="00C9454D" w:rsidRDefault="00A06E85" w:rsidP="00C9454D">
      <w:pPr>
        <w:rPr>
          <w:sz w:val="24"/>
          <w:szCs w:val="24"/>
        </w:rPr>
      </w:pPr>
      <w:r w:rsidRPr="00C9454D">
        <w:rPr>
          <w:sz w:val="24"/>
          <w:szCs w:val="24"/>
        </w:rPr>
        <w:t xml:space="preserve">Over the months that followed, </w:t>
      </w:r>
      <w:r w:rsidR="005156BF" w:rsidRPr="00C9454D">
        <w:rPr>
          <w:sz w:val="24"/>
          <w:szCs w:val="24"/>
        </w:rPr>
        <w:t>Edmond</w:t>
      </w:r>
      <w:r w:rsidRPr="00C9454D">
        <w:rPr>
          <w:sz w:val="24"/>
          <w:szCs w:val="24"/>
        </w:rPr>
        <w:t xml:space="preserve">’s persistence began to chip away at </w:t>
      </w:r>
      <w:r w:rsidR="00C31B5E" w:rsidRPr="00C9454D">
        <w:rPr>
          <w:sz w:val="24"/>
          <w:szCs w:val="24"/>
        </w:rPr>
        <w:t>Isolde</w:t>
      </w:r>
      <w:r w:rsidRPr="00C9454D">
        <w:rPr>
          <w:sz w:val="24"/>
          <w:szCs w:val="24"/>
        </w:rPr>
        <w:t>’s carefully constructed walls. He treated her not as a queen of the underworld but as a woman—flawed, human, and worthy of love.</w:t>
      </w:r>
    </w:p>
    <w:p w14:paraId="477F7900" w14:textId="79F67BA4" w:rsidR="00A06E85" w:rsidRPr="00C9454D" w:rsidRDefault="00A06E85" w:rsidP="00C9454D">
      <w:pPr>
        <w:rPr>
          <w:sz w:val="24"/>
          <w:szCs w:val="24"/>
        </w:rPr>
      </w:pPr>
      <w:r w:rsidRPr="00C9454D">
        <w:rPr>
          <w:sz w:val="24"/>
          <w:szCs w:val="24"/>
        </w:rPr>
        <w:t xml:space="preserve">One evening, as they walked through the quiet streets of the city, </w:t>
      </w:r>
      <w:r w:rsidR="005156BF" w:rsidRPr="00C9454D">
        <w:rPr>
          <w:sz w:val="24"/>
          <w:szCs w:val="24"/>
        </w:rPr>
        <w:t>Edmond</w:t>
      </w:r>
      <w:r w:rsidRPr="00C9454D">
        <w:rPr>
          <w:sz w:val="24"/>
          <w:szCs w:val="24"/>
        </w:rPr>
        <w:t xml:space="preserve"> asked her a question that struck her to her core. “If you could leave this life behind, would you?”</w:t>
      </w:r>
    </w:p>
    <w:p w14:paraId="0051CCF8" w14:textId="40C84911"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hesitated, the usual sharpness in her voice replaced by a faint tremor. “I don’t know. I wouldn’t even know where to begin.”</w:t>
      </w:r>
    </w:p>
    <w:p w14:paraId="5D310302" w14:textId="77777777" w:rsidR="00A06E85" w:rsidRPr="00C9454D" w:rsidRDefault="00A06E85" w:rsidP="00C9454D">
      <w:pPr>
        <w:rPr>
          <w:sz w:val="24"/>
          <w:szCs w:val="24"/>
        </w:rPr>
      </w:pPr>
      <w:r w:rsidRPr="00C9454D">
        <w:rPr>
          <w:sz w:val="24"/>
          <w:szCs w:val="24"/>
        </w:rPr>
        <w:t>“With a choice,” he said simply. “To stop being the person you think you have to be and start being the person you want to be.”</w:t>
      </w:r>
    </w:p>
    <w:p w14:paraId="3C4D576B" w14:textId="69D336ED" w:rsidR="00A06E85" w:rsidRPr="00C9454D" w:rsidRDefault="00A06E85" w:rsidP="00C9454D">
      <w:pPr>
        <w:rPr>
          <w:sz w:val="24"/>
          <w:szCs w:val="24"/>
        </w:rPr>
      </w:pPr>
      <w:r w:rsidRPr="00C9454D">
        <w:rPr>
          <w:sz w:val="24"/>
          <w:szCs w:val="24"/>
        </w:rPr>
        <w:t xml:space="preserve">For the first time, </w:t>
      </w:r>
      <w:r w:rsidR="00C31B5E" w:rsidRPr="00C9454D">
        <w:rPr>
          <w:sz w:val="24"/>
          <w:szCs w:val="24"/>
        </w:rPr>
        <w:t>Isol</w:t>
      </w:r>
      <w:r w:rsidR="00DD1FF5" w:rsidRPr="00C9454D">
        <w:rPr>
          <w:sz w:val="24"/>
          <w:szCs w:val="24"/>
        </w:rPr>
        <w:t xml:space="preserve">de </w:t>
      </w:r>
      <w:r w:rsidRPr="00C9454D">
        <w:rPr>
          <w:sz w:val="24"/>
          <w:szCs w:val="24"/>
        </w:rPr>
        <w:t>allowed herself to imagine a life beyond the shadows—a life where she wasn’t defined by her parents’ sins or her own ambition.</w:t>
      </w:r>
    </w:p>
    <w:p w14:paraId="7E1F771D" w14:textId="77777777" w:rsidR="00A06E85" w:rsidRPr="00C9454D" w:rsidRDefault="00A06E85" w:rsidP="00C9454D">
      <w:pPr>
        <w:rPr>
          <w:sz w:val="24"/>
          <w:szCs w:val="24"/>
        </w:rPr>
      </w:pPr>
    </w:p>
    <w:p w14:paraId="18298C2C" w14:textId="77777777" w:rsidR="00A06E85" w:rsidRPr="00C9454D" w:rsidRDefault="00A06E85" w:rsidP="00C9454D">
      <w:pPr>
        <w:pStyle w:val="Heading2"/>
        <w:rPr>
          <w:sz w:val="24"/>
          <w:szCs w:val="24"/>
        </w:rPr>
      </w:pPr>
      <w:r w:rsidRPr="00C9454D">
        <w:rPr>
          <w:sz w:val="24"/>
          <w:szCs w:val="24"/>
        </w:rPr>
        <w:t>The Fall</w:t>
      </w:r>
    </w:p>
    <w:p w14:paraId="3E5D8332" w14:textId="77777777" w:rsidR="005E088E" w:rsidRPr="00C9454D" w:rsidRDefault="005E088E" w:rsidP="00C9454D">
      <w:pPr>
        <w:rPr>
          <w:sz w:val="24"/>
          <w:szCs w:val="24"/>
        </w:rPr>
      </w:pPr>
    </w:p>
    <w:p w14:paraId="0CF3388C" w14:textId="095B81B1" w:rsidR="00A06E85" w:rsidRPr="00C9454D" w:rsidRDefault="00C31B5E" w:rsidP="00C9454D">
      <w:pPr>
        <w:rPr>
          <w:sz w:val="24"/>
          <w:szCs w:val="24"/>
        </w:rPr>
      </w:pPr>
      <w:r w:rsidRPr="00C9454D">
        <w:rPr>
          <w:sz w:val="24"/>
          <w:szCs w:val="24"/>
        </w:rPr>
        <w:t>Isolde</w:t>
      </w:r>
      <w:r w:rsidR="00A06E85" w:rsidRPr="00C9454D">
        <w:rPr>
          <w:sz w:val="24"/>
          <w:szCs w:val="24"/>
        </w:rPr>
        <w:t>’s turning point came when one of her most trusted allies betrayed her, selling secrets from The House of Silk to a rival gang. The betrayal led to a brutal attack on her establishment, leaving several of her girls injured and her carefully constructed empire shaken.</w:t>
      </w:r>
    </w:p>
    <w:p w14:paraId="69CD0E0D" w14:textId="7CD8EE9A" w:rsidR="00A06E85" w:rsidRPr="00C9454D" w:rsidRDefault="005156BF" w:rsidP="00C9454D">
      <w:pPr>
        <w:rPr>
          <w:sz w:val="24"/>
          <w:szCs w:val="24"/>
        </w:rPr>
      </w:pPr>
      <w:r w:rsidRPr="00C9454D">
        <w:rPr>
          <w:sz w:val="24"/>
          <w:szCs w:val="24"/>
        </w:rPr>
        <w:t>Edmond</w:t>
      </w:r>
      <w:r w:rsidR="00A06E85" w:rsidRPr="00C9454D">
        <w:rPr>
          <w:sz w:val="24"/>
          <w:szCs w:val="24"/>
        </w:rPr>
        <w:t xml:space="preserve"> was the one who stood by her si</w:t>
      </w:r>
      <w:r w:rsidR="00DD1FF5" w:rsidRPr="00C9454D">
        <w:rPr>
          <w:sz w:val="24"/>
          <w:szCs w:val="24"/>
        </w:rPr>
        <w:t xml:space="preserve">de </w:t>
      </w:r>
      <w:r w:rsidR="00A06E85" w:rsidRPr="00C9454D">
        <w:rPr>
          <w:sz w:val="24"/>
          <w:szCs w:val="24"/>
        </w:rPr>
        <w:t>in the aftermath, helping her rebuild and reminding her of the humanity she had so often suppressed.</w:t>
      </w:r>
    </w:p>
    <w:p w14:paraId="7AA0F597" w14:textId="77777777" w:rsidR="00A06E85" w:rsidRPr="00C9454D" w:rsidRDefault="00A06E85" w:rsidP="00C9454D">
      <w:pPr>
        <w:rPr>
          <w:sz w:val="24"/>
          <w:szCs w:val="24"/>
        </w:rPr>
      </w:pPr>
      <w:r w:rsidRPr="00C9454D">
        <w:rPr>
          <w:sz w:val="24"/>
          <w:szCs w:val="24"/>
        </w:rPr>
        <w:t>“Why are you still here?” she asked him one night, her voice raw with emotion. “You could walk away and leave me to this mess.”</w:t>
      </w:r>
    </w:p>
    <w:p w14:paraId="0BFA9F24" w14:textId="72AD6E2D" w:rsidR="00A06E85" w:rsidRPr="00C9454D" w:rsidRDefault="00A06E85" w:rsidP="00C9454D">
      <w:pPr>
        <w:rPr>
          <w:sz w:val="24"/>
          <w:szCs w:val="24"/>
        </w:rPr>
      </w:pPr>
      <w:r w:rsidRPr="00C9454D">
        <w:rPr>
          <w:sz w:val="24"/>
          <w:szCs w:val="24"/>
        </w:rPr>
        <w:t xml:space="preserve">“Because I see you, </w:t>
      </w:r>
      <w:r w:rsidR="00C31B5E" w:rsidRPr="00C9454D">
        <w:rPr>
          <w:sz w:val="24"/>
          <w:szCs w:val="24"/>
        </w:rPr>
        <w:t>Isolde</w:t>
      </w:r>
      <w:r w:rsidRPr="00C9454D">
        <w:rPr>
          <w:sz w:val="24"/>
          <w:szCs w:val="24"/>
        </w:rPr>
        <w:t>,” he replied. “Not the madam, not the queen of the underworld. You. And I’m not leaving until you see her too.”</w:t>
      </w:r>
    </w:p>
    <w:p w14:paraId="28B7D02B" w14:textId="77777777" w:rsidR="00A06E85" w:rsidRPr="00C9454D" w:rsidRDefault="00A06E85" w:rsidP="00C9454D">
      <w:pPr>
        <w:rPr>
          <w:sz w:val="24"/>
          <w:szCs w:val="24"/>
        </w:rPr>
      </w:pPr>
    </w:p>
    <w:p w14:paraId="2EB9BBEB" w14:textId="77777777" w:rsidR="00A06E85" w:rsidRPr="00C9454D" w:rsidRDefault="00A06E85" w:rsidP="00C9454D">
      <w:pPr>
        <w:pStyle w:val="Heading2"/>
        <w:rPr>
          <w:sz w:val="24"/>
          <w:szCs w:val="24"/>
        </w:rPr>
      </w:pPr>
      <w:r w:rsidRPr="00C9454D">
        <w:rPr>
          <w:sz w:val="24"/>
          <w:szCs w:val="24"/>
        </w:rPr>
        <w:t>The Spark of Change</w:t>
      </w:r>
    </w:p>
    <w:p w14:paraId="694002F5" w14:textId="77777777" w:rsidR="005E088E" w:rsidRPr="00C9454D" w:rsidRDefault="005E088E" w:rsidP="00C9454D">
      <w:pPr>
        <w:rPr>
          <w:sz w:val="24"/>
          <w:szCs w:val="24"/>
        </w:rPr>
      </w:pPr>
    </w:p>
    <w:p w14:paraId="266AE5FD" w14:textId="109397F9" w:rsidR="00A06E85" w:rsidRPr="00C9454D" w:rsidRDefault="00A06E85" w:rsidP="00C9454D">
      <w:pPr>
        <w:rPr>
          <w:sz w:val="24"/>
          <w:szCs w:val="24"/>
        </w:rPr>
      </w:pPr>
      <w:r w:rsidRPr="00C9454D">
        <w:rPr>
          <w:sz w:val="24"/>
          <w:szCs w:val="24"/>
        </w:rPr>
        <w:t xml:space="preserve">With </w:t>
      </w:r>
      <w:r w:rsidR="005156BF" w:rsidRPr="00C9454D">
        <w:rPr>
          <w:sz w:val="24"/>
          <w:szCs w:val="24"/>
        </w:rPr>
        <w:t>Edmond</w:t>
      </w:r>
      <w:r w:rsidRPr="00C9454D">
        <w:rPr>
          <w:sz w:val="24"/>
          <w:szCs w:val="24"/>
        </w:rPr>
        <w:t xml:space="preserve">’s encouragement, </w:t>
      </w:r>
      <w:r w:rsidR="00C31B5E" w:rsidRPr="00C9454D">
        <w:rPr>
          <w:sz w:val="24"/>
          <w:szCs w:val="24"/>
        </w:rPr>
        <w:t>Isol</w:t>
      </w:r>
      <w:r w:rsidR="00DD1FF5" w:rsidRPr="00C9454D">
        <w:rPr>
          <w:sz w:val="24"/>
          <w:szCs w:val="24"/>
        </w:rPr>
        <w:t xml:space="preserve">de </w:t>
      </w:r>
      <w:r w:rsidRPr="00C9454D">
        <w:rPr>
          <w:sz w:val="24"/>
          <w:szCs w:val="24"/>
        </w:rPr>
        <w:t>began to make small but meaningful changes. She started by treating the women in her care with greater compassion, offering them opportunities to leave the brothel and build new lives. She used her wealth to fund shelters and schools for the poor, slowly shifting her influence from the shadows to the light.</w:t>
      </w:r>
    </w:p>
    <w:p w14:paraId="6E05D68D" w14:textId="0E2CD15A" w:rsidR="00A06E85" w:rsidRPr="00C9454D" w:rsidRDefault="00A06E85" w:rsidP="00C9454D">
      <w:pPr>
        <w:rPr>
          <w:sz w:val="24"/>
          <w:szCs w:val="24"/>
        </w:rPr>
      </w:pPr>
      <w:r w:rsidRPr="00C9454D">
        <w:rPr>
          <w:sz w:val="24"/>
          <w:szCs w:val="24"/>
        </w:rPr>
        <w:t xml:space="preserve">Though the process was slow and often painful, </w:t>
      </w:r>
      <w:r w:rsidR="00C31B5E" w:rsidRPr="00C9454D">
        <w:rPr>
          <w:sz w:val="24"/>
          <w:szCs w:val="24"/>
        </w:rPr>
        <w:t>Isol</w:t>
      </w:r>
      <w:r w:rsidR="00DD1FF5" w:rsidRPr="00C9454D">
        <w:rPr>
          <w:sz w:val="24"/>
          <w:szCs w:val="24"/>
        </w:rPr>
        <w:t xml:space="preserve">de </w:t>
      </w:r>
      <w:r w:rsidRPr="00C9454D">
        <w:rPr>
          <w:sz w:val="24"/>
          <w:szCs w:val="24"/>
        </w:rPr>
        <w:t>found herself feeling something she hadn’t felt in years: hope.</w:t>
      </w:r>
    </w:p>
    <w:p w14:paraId="7104CF8A" w14:textId="77777777" w:rsidR="00A06E85" w:rsidRPr="00C9454D" w:rsidRDefault="00A06E85" w:rsidP="00C9454D">
      <w:pPr>
        <w:rPr>
          <w:sz w:val="24"/>
          <w:szCs w:val="24"/>
        </w:rPr>
      </w:pPr>
    </w:p>
    <w:p w14:paraId="2BB3F18E" w14:textId="3ABB1F24" w:rsidR="00A06E85" w:rsidRPr="00C9454D" w:rsidRDefault="00A20B38" w:rsidP="00C9454D">
      <w:pPr>
        <w:rPr>
          <w:sz w:val="24"/>
          <w:szCs w:val="24"/>
        </w:rPr>
      </w:pPr>
      <w:r w:rsidRPr="00C9454D">
        <w:rPr>
          <w:sz w:val="24"/>
          <w:szCs w:val="24"/>
        </w:rPr>
        <w:t xml:space="preserve">Then as suddenly as Sir </w:t>
      </w:r>
      <w:r w:rsidR="005156BF" w:rsidRPr="00C9454D">
        <w:rPr>
          <w:sz w:val="24"/>
          <w:szCs w:val="24"/>
        </w:rPr>
        <w:t>Edmond</w:t>
      </w:r>
      <w:r w:rsidRPr="00C9454D">
        <w:rPr>
          <w:sz w:val="24"/>
          <w:szCs w:val="24"/>
        </w:rPr>
        <w:t xml:space="preserve"> </w:t>
      </w:r>
      <w:r w:rsidR="00A43276" w:rsidRPr="00C9454D">
        <w:rPr>
          <w:sz w:val="24"/>
          <w:szCs w:val="24"/>
        </w:rPr>
        <w:t xml:space="preserve">had come into Isoldes life he had been beckoned </w:t>
      </w:r>
      <w:r w:rsidR="005B1C6B" w:rsidRPr="00C9454D">
        <w:rPr>
          <w:sz w:val="24"/>
          <w:szCs w:val="24"/>
        </w:rPr>
        <w:t>by the family to return home</w:t>
      </w:r>
      <w:r w:rsidR="00A06E85" w:rsidRPr="00C9454D">
        <w:rPr>
          <w:sz w:val="24"/>
          <w:szCs w:val="24"/>
        </w:rPr>
        <w:t>.</w:t>
      </w:r>
    </w:p>
    <w:p w14:paraId="33C1FE2A" w14:textId="49A20D9A" w:rsidR="008D78AD" w:rsidRPr="00C9454D" w:rsidRDefault="008D78AD" w:rsidP="00C9454D">
      <w:pPr>
        <w:rPr>
          <w:sz w:val="24"/>
          <w:szCs w:val="24"/>
        </w:rPr>
      </w:pPr>
      <w:r w:rsidRPr="00C9454D">
        <w:rPr>
          <w:sz w:val="24"/>
          <w:szCs w:val="24"/>
        </w:rPr>
        <w:t>Days turned to weeks, and weeks to months</w:t>
      </w:r>
      <w:r w:rsidR="00784C7B" w:rsidRPr="00C9454D">
        <w:rPr>
          <w:sz w:val="24"/>
          <w:szCs w:val="24"/>
        </w:rPr>
        <w:t>.</w:t>
      </w:r>
    </w:p>
    <w:p w14:paraId="04615F80" w14:textId="77777777" w:rsidR="007C206D" w:rsidRPr="00C9454D" w:rsidRDefault="007C206D" w:rsidP="00C9454D">
      <w:pPr>
        <w:rPr>
          <w:sz w:val="24"/>
          <w:szCs w:val="24"/>
        </w:rPr>
      </w:pPr>
    </w:p>
    <w:p w14:paraId="15C2D3BC" w14:textId="3196E1CE" w:rsidR="00A06E85" w:rsidRPr="00C9454D" w:rsidRDefault="00A06E85" w:rsidP="00C9454D">
      <w:pPr>
        <w:rPr>
          <w:sz w:val="24"/>
          <w:szCs w:val="24"/>
        </w:rPr>
      </w:pPr>
      <w:r w:rsidRPr="00C9454D">
        <w:rPr>
          <w:sz w:val="24"/>
          <w:szCs w:val="24"/>
        </w:rPr>
        <w:t>A Seed Planted</w:t>
      </w:r>
    </w:p>
    <w:p w14:paraId="6938692B" w14:textId="77777777" w:rsidR="005E088E" w:rsidRPr="00C9454D" w:rsidRDefault="005E088E" w:rsidP="00C9454D">
      <w:pPr>
        <w:rPr>
          <w:sz w:val="24"/>
          <w:szCs w:val="24"/>
        </w:rPr>
      </w:pPr>
    </w:p>
    <w:p w14:paraId="6E4189C4" w14:textId="7BD2628F" w:rsidR="00A06E85" w:rsidRPr="00C9454D" w:rsidRDefault="00784C7B" w:rsidP="00C9454D">
      <w:pPr>
        <w:rPr>
          <w:sz w:val="24"/>
          <w:szCs w:val="24"/>
        </w:rPr>
      </w:pPr>
      <w:r w:rsidRPr="00C9454D">
        <w:rPr>
          <w:sz w:val="24"/>
          <w:szCs w:val="24"/>
        </w:rPr>
        <w:t xml:space="preserve">Time </w:t>
      </w:r>
      <w:r w:rsidR="00A06E85" w:rsidRPr="00C9454D">
        <w:rPr>
          <w:sz w:val="24"/>
          <w:szCs w:val="24"/>
        </w:rPr>
        <w:t xml:space="preserve">passed, but </w:t>
      </w:r>
      <w:r w:rsidR="00C31B5E" w:rsidRPr="00C9454D">
        <w:rPr>
          <w:sz w:val="24"/>
          <w:szCs w:val="24"/>
        </w:rPr>
        <w:t>Isol</w:t>
      </w:r>
      <w:r w:rsidR="00DD1FF5" w:rsidRPr="00C9454D">
        <w:rPr>
          <w:sz w:val="24"/>
          <w:szCs w:val="24"/>
        </w:rPr>
        <w:t xml:space="preserve">de </w:t>
      </w:r>
      <w:r w:rsidR="00A06E85" w:rsidRPr="00C9454D">
        <w:rPr>
          <w:sz w:val="24"/>
          <w:szCs w:val="24"/>
        </w:rPr>
        <w:t xml:space="preserve">found herself unable to shake the memory of Sir </w:t>
      </w:r>
      <w:r w:rsidR="005156BF" w:rsidRPr="00C9454D">
        <w:rPr>
          <w:sz w:val="24"/>
          <w:szCs w:val="24"/>
        </w:rPr>
        <w:t>Edmond</w:t>
      </w:r>
      <w:r w:rsidR="00A06E85" w:rsidRPr="00C9454D">
        <w:rPr>
          <w:sz w:val="24"/>
          <w:szCs w:val="24"/>
        </w:rPr>
        <w:t xml:space="preserve">. His calm confidence and disarming honesty were unlike anything she had encountered. She had spent years mastering the art of reading men—their motives, their desires, their weaknesses—but </w:t>
      </w:r>
      <w:r w:rsidR="005156BF" w:rsidRPr="00C9454D">
        <w:rPr>
          <w:sz w:val="24"/>
          <w:szCs w:val="24"/>
        </w:rPr>
        <w:t>Edmond</w:t>
      </w:r>
      <w:r w:rsidR="00A06E85" w:rsidRPr="00C9454D">
        <w:rPr>
          <w:sz w:val="24"/>
          <w:szCs w:val="24"/>
        </w:rPr>
        <w:t xml:space="preserve"> was different. He wanted nothing from her.</w:t>
      </w:r>
    </w:p>
    <w:p w14:paraId="634F266D" w14:textId="77777777" w:rsidR="00A06E85" w:rsidRPr="00C9454D" w:rsidRDefault="00A06E85" w:rsidP="00C9454D">
      <w:pPr>
        <w:rPr>
          <w:sz w:val="24"/>
          <w:szCs w:val="24"/>
        </w:rPr>
      </w:pPr>
      <w:r w:rsidRPr="00C9454D">
        <w:rPr>
          <w:sz w:val="24"/>
          <w:szCs w:val="24"/>
        </w:rPr>
        <w:t>At least, nothing she could easily understand.</w:t>
      </w:r>
    </w:p>
    <w:p w14:paraId="6E82181C" w14:textId="77777777" w:rsidR="00A06E85" w:rsidRPr="00C9454D" w:rsidRDefault="00A06E85" w:rsidP="00C9454D">
      <w:pPr>
        <w:rPr>
          <w:sz w:val="24"/>
          <w:szCs w:val="24"/>
        </w:rPr>
      </w:pPr>
      <w:r w:rsidRPr="00C9454D">
        <w:rPr>
          <w:sz w:val="24"/>
          <w:szCs w:val="24"/>
        </w:rPr>
        <w:t>She busied herself with the usual demands of her empire. The House of Silk hummed with activity, its halls alive with laughter and whispered secrets. Yet, in the quiet moments, her thoughts drifted back to the knight who had walked away without asking for anything in return.</w:t>
      </w:r>
    </w:p>
    <w:p w14:paraId="0FE3D553" w14:textId="77777777" w:rsidR="00A06E85" w:rsidRPr="00C9454D" w:rsidRDefault="00A06E85" w:rsidP="00C9454D">
      <w:pPr>
        <w:rPr>
          <w:sz w:val="24"/>
          <w:szCs w:val="24"/>
        </w:rPr>
      </w:pPr>
    </w:p>
    <w:p w14:paraId="327B7B0A" w14:textId="77777777" w:rsidR="00A06E85" w:rsidRPr="00C9454D" w:rsidRDefault="00A06E85" w:rsidP="00C9454D">
      <w:pPr>
        <w:pStyle w:val="Heading2"/>
        <w:rPr>
          <w:sz w:val="24"/>
          <w:szCs w:val="24"/>
        </w:rPr>
      </w:pPr>
      <w:r w:rsidRPr="00C9454D">
        <w:rPr>
          <w:sz w:val="24"/>
          <w:szCs w:val="24"/>
        </w:rPr>
        <w:t>An Unexpected Visit</w:t>
      </w:r>
    </w:p>
    <w:p w14:paraId="2B01EF89" w14:textId="77777777" w:rsidR="005E088E" w:rsidRPr="00C9454D" w:rsidRDefault="005E088E" w:rsidP="00C9454D">
      <w:pPr>
        <w:rPr>
          <w:sz w:val="24"/>
          <w:szCs w:val="24"/>
        </w:rPr>
      </w:pPr>
    </w:p>
    <w:p w14:paraId="462BF6B7" w14:textId="3C99A4AB" w:rsidR="00A06E85" w:rsidRPr="00C9454D" w:rsidRDefault="00A06E85" w:rsidP="00C9454D">
      <w:pPr>
        <w:rPr>
          <w:sz w:val="24"/>
          <w:szCs w:val="24"/>
        </w:rPr>
      </w:pPr>
      <w:r w:rsidRPr="00C9454D">
        <w:rPr>
          <w:sz w:val="24"/>
          <w:szCs w:val="24"/>
        </w:rPr>
        <w:t xml:space="preserve">A fortnight later, </w:t>
      </w:r>
      <w:r w:rsidR="00C31B5E" w:rsidRPr="00C9454D">
        <w:rPr>
          <w:sz w:val="24"/>
          <w:szCs w:val="24"/>
        </w:rPr>
        <w:t>Isol</w:t>
      </w:r>
      <w:r w:rsidR="00DD1FF5" w:rsidRPr="00C9454D">
        <w:rPr>
          <w:sz w:val="24"/>
          <w:szCs w:val="24"/>
        </w:rPr>
        <w:t xml:space="preserve">de </w:t>
      </w:r>
      <w:r w:rsidRPr="00C9454D">
        <w:rPr>
          <w:sz w:val="24"/>
          <w:szCs w:val="24"/>
        </w:rPr>
        <w:t>was reviewing the accounts in her chambers when Lucian entered, his expression unreadable. “You’ve got a visitor,” he said.</w:t>
      </w:r>
    </w:p>
    <w:p w14:paraId="1FA49A48" w14:textId="77777777" w:rsidR="00A06E85" w:rsidRPr="00C9454D" w:rsidRDefault="00A06E85" w:rsidP="00C9454D">
      <w:pPr>
        <w:rPr>
          <w:sz w:val="24"/>
          <w:szCs w:val="24"/>
        </w:rPr>
      </w:pPr>
      <w:r w:rsidRPr="00C9454D">
        <w:rPr>
          <w:sz w:val="24"/>
          <w:szCs w:val="24"/>
        </w:rPr>
        <w:t>“Tell them to wait,” she replied without looking up.</w:t>
      </w:r>
    </w:p>
    <w:p w14:paraId="08BF80CB" w14:textId="77777777" w:rsidR="00A06E85" w:rsidRPr="00C9454D" w:rsidRDefault="00A06E85" w:rsidP="00C9454D">
      <w:pPr>
        <w:rPr>
          <w:sz w:val="24"/>
          <w:szCs w:val="24"/>
        </w:rPr>
      </w:pPr>
      <w:r w:rsidRPr="00C9454D">
        <w:rPr>
          <w:sz w:val="24"/>
          <w:szCs w:val="24"/>
        </w:rPr>
        <w:t>“It’s the knight.”</w:t>
      </w:r>
    </w:p>
    <w:p w14:paraId="35BCADE9" w14:textId="410F0068" w:rsidR="00A06E85" w:rsidRPr="00C9454D" w:rsidRDefault="00C31B5E" w:rsidP="00C9454D">
      <w:pPr>
        <w:rPr>
          <w:sz w:val="24"/>
          <w:szCs w:val="24"/>
        </w:rPr>
      </w:pPr>
      <w:r w:rsidRPr="00C9454D">
        <w:rPr>
          <w:sz w:val="24"/>
          <w:szCs w:val="24"/>
        </w:rPr>
        <w:t>Isolde</w:t>
      </w:r>
      <w:r w:rsidR="00A06E85" w:rsidRPr="00C9454D">
        <w:rPr>
          <w:sz w:val="24"/>
          <w:szCs w:val="24"/>
        </w:rPr>
        <w:t>’s pen paused mid-stroke. Slowly, she set it down and smoothed her skirts before rising. “Send him in.”</w:t>
      </w:r>
    </w:p>
    <w:p w14:paraId="22688608" w14:textId="0F784422" w:rsidR="00A06E85" w:rsidRPr="00C9454D" w:rsidRDefault="005156BF" w:rsidP="00C9454D">
      <w:pPr>
        <w:rPr>
          <w:sz w:val="24"/>
          <w:szCs w:val="24"/>
        </w:rPr>
      </w:pPr>
      <w:r w:rsidRPr="00C9454D">
        <w:rPr>
          <w:sz w:val="24"/>
          <w:szCs w:val="24"/>
        </w:rPr>
        <w:t>Edmond</w:t>
      </w:r>
      <w:r w:rsidR="00A06E85" w:rsidRPr="00C9454D">
        <w:rPr>
          <w:sz w:val="24"/>
          <w:szCs w:val="24"/>
        </w:rPr>
        <w:t xml:space="preserve"> entered, his armor gleaming and his expression calm. He carried no sword, only a small bundle wrapped in cloth.</w:t>
      </w:r>
    </w:p>
    <w:p w14:paraId="1EEAB833" w14:textId="40865844" w:rsidR="00A06E85" w:rsidRPr="00C9454D" w:rsidRDefault="00A06E85" w:rsidP="00C9454D">
      <w:pPr>
        <w:rPr>
          <w:sz w:val="24"/>
          <w:szCs w:val="24"/>
        </w:rPr>
      </w:pPr>
      <w:r w:rsidRPr="00C9454D">
        <w:rPr>
          <w:sz w:val="24"/>
          <w:szCs w:val="24"/>
        </w:rPr>
        <w:t xml:space="preserve">“To what do I owe the pleasure, Sir </w:t>
      </w:r>
      <w:r w:rsidR="005156BF" w:rsidRPr="00C9454D">
        <w:rPr>
          <w:sz w:val="24"/>
          <w:szCs w:val="24"/>
        </w:rPr>
        <w:t>Edmond</w:t>
      </w:r>
      <w:r w:rsidRPr="00C9454D">
        <w:rPr>
          <w:sz w:val="24"/>
          <w:szCs w:val="24"/>
        </w:rPr>
        <w:t>?” she asked, her tone guarded.</w:t>
      </w:r>
    </w:p>
    <w:p w14:paraId="2DA94775" w14:textId="77777777" w:rsidR="00A06E85" w:rsidRPr="00C9454D" w:rsidRDefault="00A06E85" w:rsidP="00C9454D">
      <w:pPr>
        <w:rPr>
          <w:sz w:val="24"/>
          <w:szCs w:val="24"/>
        </w:rPr>
      </w:pPr>
      <w:r w:rsidRPr="00C9454D">
        <w:rPr>
          <w:sz w:val="24"/>
          <w:szCs w:val="24"/>
        </w:rPr>
        <w:t>“I thought you might want this,” he said, placing the bundle on her desk.</w:t>
      </w:r>
    </w:p>
    <w:p w14:paraId="52271F8E" w14:textId="2A379F15" w:rsidR="00A06E85" w:rsidRPr="00C9454D" w:rsidRDefault="00A06E85" w:rsidP="00C9454D">
      <w:pPr>
        <w:rPr>
          <w:sz w:val="24"/>
          <w:szCs w:val="24"/>
        </w:rPr>
      </w:pPr>
      <w:r w:rsidRPr="00C9454D">
        <w:rPr>
          <w:sz w:val="24"/>
          <w:szCs w:val="24"/>
        </w:rPr>
        <w:t xml:space="preserve">Curious, </w:t>
      </w:r>
      <w:r w:rsidR="00C31B5E" w:rsidRPr="00C9454D">
        <w:rPr>
          <w:sz w:val="24"/>
          <w:szCs w:val="24"/>
        </w:rPr>
        <w:t>Isol</w:t>
      </w:r>
      <w:r w:rsidR="00DD1FF5" w:rsidRPr="00C9454D">
        <w:rPr>
          <w:sz w:val="24"/>
          <w:szCs w:val="24"/>
        </w:rPr>
        <w:t xml:space="preserve">de </w:t>
      </w:r>
      <w:r w:rsidRPr="00C9454D">
        <w:rPr>
          <w:sz w:val="24"/>
          <w:szCs w:val="24"/>
        </w:rPr>
        <w:t>unwrapped it to reveal a simple yet elegant dagger. Its hilt was inlaid with small gemstones, and the bla</w:t>
      </w:r>
      <w:r w:rsidR="00DD1FF5" w:rsidRPr="00C9454D">
        <w:rPr>
          <w:sz w:val="24"/>
          <w:szCs w:val="24"/>
        </w:rPr>
        <w:t xml:space="preserve">de </w:t>
      </w:r>
      <w:r w:rsidRPr="00C9454D">
        <w:rPr>
          <w:sz w:val="24"/>
          <w:szCs w:val="24"/>
        </w:rPr>
        <w:t>gleamed with craftsmanship.</w:t>
      </w:r>
    </w:p>
    <w:p w14:paraId="41F27270" w14:textId="5D52CCF8" w:rsidR="00A06E85" w:rsidRPr="00C9454D" w:rsidRDefault="00A06E85" w:rsidP="00C9454D">
      <w:pPr>
        <w:rPr>
          <w:sz w:val="24"/>
          <w:szCs w:val="24"/>
        </w:rPr>
      </w:pPr>
      <w:r w:rsidRPr="00C9454D">
        <w:rPr>
          <w:sz w:val="24"/>
          <w:szCs w:val="24"/>
        </w:rPr>
        <w:t xml:space="preserve">“It’s a gift,” </w:t>
      </w:r>
      <w:r w:rsidR="005156BF" w:rsidRPr="00C9454D">
        <w:rPr>
          <w:sz w:val="24"/>
          <w:szCs w:val="24"/>
        </w:rPr>
        <w:t>Edmond</w:t>
      </w:r>
      <w:r w:rsidRPr="00C9454D">
        <w:rPr>
          <w:sz w:val="24"/>
          <w:szCs w:val="24"/>
        </w:rPr>
        <w:t xml:space="preserve"> said. “For protecting yourself. Not that you need much help, but even queens should carry a sword.”</w:t>
      </w:r>
    </w:p>
    <w:p w14:paraId="0D1D0317" w14:textId="27054533"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 xml:space="preserve">raised an eyebrow. “Do you always bring </w:t>
      </w:r>
      <w:r w:rsidR="00B47DFC" w:rsidRPr="00C9454D">
        <w:rPr>
          <w:sz w:val="24"/>
          <w:szCs w:val="24"/>
        </w:rPr>
        <w:t>daggers</w:t>
      </w:r>
      <w:r w:rsidR="00A06E85" w:rsidRPr="00C9454D">
        <w:rPr>
          <w:sz w:val="24"/>
          <w:szCs w:val="24"/>
        </w:rPr>
        <w:t xml:space="preserve"> to women you barely know?”</w:t>
      </w:r>
    </w:p>
    <w:p w14:paraId="6D75054E" w14:textId="77777777" w:rsidR="00A00D4F" w:rsidRPr="00C9454D" w:rsidRDefault="00A06E85" w:rsidP="00C9454D">
      <w:pPr>
        <w:rPr>
          <w:sz w:val="24"/>
          <w:szCs w:val="24"/>
        </w:rPr>
      </w:pPr>
      <w:r w:rsidRPr="00C9454D">
        <w:rPr>
          <w:sz w:val="24"/>
          <w:szCs w:val="24"/>
        </w:rPr>
        <w:t>“Only to the ones I admire,” he replied without hesitation.</w:t>
      </w:r>
    </w:p>
    <w:p w14:paraId="48F3EFA5" w14:textId="392221BC" w:rsidR="00A06E85" w:rsidRPr="00C9454D" w:rsidRDefault="00A06E85" w:rsidP="00C9454D">
      <w:pPr>
        <w:rPr>
          <w:sz w:val="24"/>
          <w:szCs w:val="24"/>
        </w:rPr>
      </w:pPr>
      <w:r w:rsidRPr="00C9454D">
        <w:rPr>
          <w:sz w:val="24"/>
          <w:szCs w:val="24"/>
        </w:rPr>
        <w:t>For a moment, she was at a loss for words. No one had ever spoken to her so plainly, with no ulterior motive lurking beneath their words.</w:t>
      </w:r>
    </w:p>
    <w:p w14:paraId="513D78B0" w14:textId="77777777" w:rsidR="00A06E85" w:rsidRPr="00C9454D" w:rsidRDefault="00A06E85" w:rsidP="00C9454D">
      <w:pPr>
        <w:rPr>
          <w:sz w:val="24"/>
          <w:szCs w:val="24"/>
        </w:rPr>
      </w:pPr>
    </w:p>
    <w:p w14:paraId="3E4BD96B" w14:textId="77777777" w:rsidR="00A06E85" w:rsidRPr="00C9454D" w:rsidRDefault="00A06E85" w:rsidP="00C9454D">
      <w:pPr>
        <w:pStyle w:val="Heading2"/>
        <w:rPr>
          <w:sz w:val="24"/>
          <w:szCs w:val="24"/>
        </w:rPr>
      </w:pPr>
      <w:r w:rsidRPr="00C9454D">
        <w:rPr>
          <w:sz w:val="24"/>
          <w:szCs w:val="24"/>
        </w:rPr>
        <w:t>A Growing Connection</w:t>
      </w:r>
    </w:p>
    <w:p w14:paraId="5103E9F4" w14:textId="77777777" w:rsidR="005E088E" w:rsidRPr="00C9454D" w:rsidRDefault="005E088E" w:rsidP="00C9454D">
      <w:pPr>
        <w:rPr>
          <w:sz w:val="24"/>
          <w:szCs w:val="24"/>
        </w:rPr>
      </w:pPr>
    </w:p>
    <w:p w14:paraId="7EE0C3C5" w14:textId="7A21CB2F" w:rsidR="00A06E85" w:rsidRPr="00C9454D" w:rsidRDefault="00A06E85" w:rsidP="00C9454D">
      <w:pPr>
        <w:rPr>
          <w:sz w:val="24"/>
          <w:szCs w:val="24"/>
        </w:rPr>
      </w:pPr>
      <w:r w:rsidRPr="00C9454D">
        <w:rPr>
          <w:sz w:val="24"/>
          <w:szCs w:val="24"/>
        </w:rPr>
        <w:t xml:space="preserve">Over the weeks that followed, </w:t>
      </w:r>
      <w:r w:rsidR="005156BF" w:rsidRPr="00C9454D">
        <w:rPr>
          <w:sz w:val="24"/>
          <w:szCs w:val="24"/>
        </w:rPr>
        <w:t>Edmond</w:t>
      </w:r>
      <w:r w:rsidRPr="00C9454D">
        <w:rPr>
          <w:sz w:val="24"/>
          <w:szCs w:val="24"/>
        </w:rPr>
        <w:t xml:space="preserve"> became a regular visitor at The House of Silk, though never for the reasons most men came. He spent his time talking with </w:t>
      </w:r>
      <w:r w:rsidR="00C31B5E" w:rsidRPr="00C9454D">
        <w:rPr>
          <w:sz w:val="24"/>
          <w:szCs w:val="24"/>
        </w:rPr>
        <w:t>Isol</w:t>
      </w:r>
      <w:r w:rsidR="00DD1FF5" w:rsidRPr="00C9454D">
        <w:rPr>
          <w:sz w:val="24"/>
          <w:szCs w:val="24"/>
        </w:rPr>
        <w:t xml:space="preserve">de </w:t>
      </w:r>
      <w:r w:rsidRPr="00C9454D">
        <w:rPr>
          <w:sz w:val="24"/>
          <w:szCs w:val="24"/>
        </w:rPr>
        <w:t>in her chambers or playing chess with Lucian in the common room. Slowly, he became part of the fabric of her world, though he remained an enigma to her.</w:t>
      </w:r>
    </w:p>
    <w:p w14:paraId="0FC35DF9" w14:textId="385A4CAD" w:rsidR="00A06E85" w:rsidRPr="00C9454D" w:rsidRDefault="00A06E85" w:rsidP="00C9454D">
      <w:pPr>
        <w:rPr>
          <w:sz w:val="24"/>
          <w:szCs w:val="24"/>
        </w:rPr>
      </w:pPr>
      <w:r w:rsidRPr="00C9454D">
        <w:rPr>
          <w:sz w:val="24"/>
          <w:szCs w:val="24"/>
        </w:rPr>
        <w:t xml:space="preserve">One evening, as they walked through the garden </w:t>
      </w:r>
      <w:r w:rsidR="00C31B5E" w:rsidRPr="00C9454D">
        <w:rPr>
          <w:sz w:val="24"/>
          <w:szCs w:val="24"/>
        </w:rPr>
        <w:t>Isol</w:t>
      </w:r>
      <w:r w:rsidR="00DD1FF5" w:rsidRPr="00C9454D">
        <w:rPr>
          <w:sz w:val="24"/>
          <w:szCs w:val="24"/>
        </w:rPr>
        <w:t xml:space="preserve">de </w:t>
      </w:r>
      <w:r w:rsidRPr="00C9454D">
        <w:rPr>
          <w:sz w:val="24"/>
          <w:szCs w:val="24"/>
        </w:rPr>
        <w:t>had cultivated behind the house, she asked him a question that had been weighing on her mind.</w:t>
      </w:r>
    </w:p>
    <w:p w14:paraId="54F8C13E" w14:textId="0347D428" w:rsidR="00A06E85" w:rsidRPr="00C9454D" w:rsidRDefault="00A06E85" w:rsidP="00C9454D">
      <w:pPr>
        <w:rPr>
          <w:sz w:val="24"/>
          <w:szCs w:val="24"/>
        </w:rPr>
      </w:pPr>
      <w:r w:rsidRPr="00C9454D">
        <w:rPr>
          <w:sz w:val="24"/>
          <w:szCs w:val="24"/>
        </w:rPr>
        <w:t xml:space="preserve">“Why are you here, </w:t>
      </w:r>
      <w:r w:rsidR="005156BF" w:rsidRPr="00C9454D">
        <w:rPr>
          <w:sz w:val="24"/>
          <w:szCs w:val="24"/>
        </w:rPr>
        <w:t>Edmond</w:t>
      </w:r>
      <w:r w:rsidRPr="00C9454D">
        <w:rPr>
          <w:sz w:val="24"/>
          <w:szCs w:val="24"/>
        </w:rPr>
        <w:t>? Truly?”</w:t>
      </w:r>
    </w:p>
    <w:p w14:paraId="661A52AB" w14:textId="577D41C8" w:rsidR="00A06E85" w:rsidRPr="00C9454D" w:rsidRDefault="00A06E85" w:rsidP="00C9454D">
      <w:pPr>
        <w:rPr>
          <w:sz w:val="24"/>
          <w:szCs w:val="24"/>
        </w:rPr>
      </w:pPr>
      <w:r w:rsidRPr="00C9454D">
        <w:rPr>
          <w:sz w:val="24"/>
          <w:szCs w:val="24"/>
        </w:rPr>
        <w:t xml:space="preserve">He stopped, turning to face her. “Because I see you, </w:t>
      </w:r>
      <w:r w:rsidR="00C31B5E" w:rsidRPr="00C9454D">
        <w:rPr>
          <w:sz w:val="24"/>
          <w:szCs w:val="24"/>
        </w:rPr>
        <w:t>Isolde</w:t>
      </w:r>
      <w:r w:rsidRPr="00C9454D">
        <w:rPr>
          <w:sz w:val="24"/>
          <w:szCs w:val="24"/>
        </w:rPr>
        <w:t>. I see the strength, the wit, the kindness you hi</w:t>
      </w:r>
      <w:r w:rsidR="00DD1FF5" w:rsidRPr="00C9454D">
        <w:rPr>
          <w:sz w:val="24"/>
          <w:szCs w:val="24"/>
        </w:rPr>
        <w:t xml:space="preserve">de </w:t>
      </w:r>
      <w:r w:rsidRPr="00C9454D">
        <w:rPr>
          <w:sz w:val="24"/>
          <w:szCs w:val="24"/>
        </w:rPr>
        <w:t>behind that mask. And I think you want more for yourself than this.”</w:t>
      </w:r>
    </w:p>
    <w:p w14:paraId="1AE26096" w14:textId="77777777" w:rsidR="00A06E85" w:rsidRPr="00C9454D" w:rsidRDefault="00A06E85" w:rsidP="00C9454D">
      <w:pPr>
        <w:rPr>
          <w:sz w:val="24"/>
          <w:szCs w:val="24"/>
        </w:rPr>
      </w:pPr>
      <w:r w:rsidRPr="00C9454D">
        <w:rPr>
          <w:sz w:val="24"/>
          <w:szCs w:val="24"/>
        </w:rPr>
        <w:t>Her first instinct was to laugh, to brush him off with a sharp remark. But something in his eyes stopped her. He wasn’t mocking her or trying to manipulate her. He was simply speaking the truth.</w:t>
      </w:r>
    </w:p>
    <w:p w14:paraId="79A014A2" w14:textId="77777777" w:rsidR="00A06E85" w:rsidRPr="00C9454D" w:rsidRDefault="00A06E85" w:rsidP="00C9454D">
      <w:pPr>
        <w:rPr>
          <w:sz w:val="24"/>
          <w:szCs w:val="24"/>
        </w:rPr>
      </w:pPr>
      <w:r w:rsidRPr="00C9454D">
        <w:rPr>
          <w:sz w:val="24"/>
          <w:szCs w:val="24"/>
        </w:rPr>
        <w:t>“And what would you have me do?” she asked softly.</w:t>
      </w:r>
    </w:p>
    <w:p w14:paraId="0D448942" w14:textId="77777777" w:rsidR="00A06E85" w:rsidRPr="00C9454D" w:rsidRDefault="00A06E85" w:rsidP="00C9454D">
      <w:pPr>
        <w:rPr>
          <w:sz w:val="24"/>
          <w:szCs w:val="24"/>
        </w:rPr>
      </w:pPr>
      <w:r w:rsidRPr="00C9454D">
        <w:rPr>
          <w:sz w:val="24"/>
          <w:szCs w:val="24"/>
        </w:rPr>
        <w:t>“Whatever you want,” he replied. “But start by believing you deserve more.”</w:t>
      </w:r>
    </w:p>
    <w:p w14:paraId="19526CF0" w14:textId="77777777" w:rsidR="00A06E85" w:rsidRPr="00C9454D" w:rsidRDefault="00A06E85" w:rsidP="00C9454D">
      <w:pPr>
        <w:rPr>
          <w:sz w:val="24"/>
          <w:szCs w:val="24"/>
        </w:rPr>
      </w:pPr>
    </w:p>
    <w:p w14:paraId="0A2A035D" w14:textId="77777777" w:rsidR="00A06E85" w:rsidRPr="00C9454D" w:rsidRDefault="00A06E85" w:rsidP="00C9454D">
      <w:pPr>
        <w:pStyle w:val="Heading2"/>
        <w:rPr>
          <w:sz w:val="24"/>
          <w:szCs w:val="24"/>
        </w:rPr>
      </w:pPr>
      <w:r w:rsidRPr="00C9454D">
        <w:rPr>
          <w:sz w:val="24"/>
          <w:szCs w:val="24"/>
        </w:rPr>
        <w:t>A Moment of Vulnerability</w:t>
      </w:r>
    </w:p>
    <w:p w14:paraId="0B3825FB" w14:textId="77777777" w:rsidR="005E088E" w:rsidRPr="00C9454D" w:rsidRDefault="005E088E" w:rsidP="00C9454D">
      <w:pPr>
        <w:rPr>
          <w:sz w:val="24"/>
          <w:szCs w:val="24"/>
        </w:rPr>
      </w:pPr>
    </w:p>
    <w:p w14:paraId="08CFC7E7" w14:textId="7D323830" w:rsidR="00A06E85" w:rsidRPr="00C9454D" w:rsidRDefault="00A06E85" w:rsidP="00C9454D">
      <w:pPr>
        <w:rPr>
          <w:sz w:val="24"/>
          <w:szCs w:val="24"/>
        </w:rPr>
      </w:pPr>
      <w:r w:rsidRPr="00C9454D">
        <w:rPr>
          <w:sz w:val="24"/>
          <w:szCs w:val="24"/>
        </w:rPr>
        <w:t xml:space="preserve">That night, </w:t>
      </w:r>
      <w:r w:rsidR="00C31B5E" w:rsidRPr="00C9454D">
        <w:rPr>
          <w:sz w:val="24"/>
          <w:szCs w:val="24"/>
        </w:rPr>
        <w:t>Isol</w:t>
      </w:r>
      <w:r w:rsidR="00DD1FF5" w:rsidRPr="00C9454D">
        <w:rPr>
          <w:sz w:val="24"/>
          <w:szCs w:val="24"/>
        </w:rPr>
        <w:t xml:space="preserve">de </w:t>
      </w:r>
      <w:r w:rsidRPr="00C9454D">
        <w:rPr>
          <w:sz w:val="24"/>
          <w:szCs w:val="24"/>
        </w:rPr>
        <w:t xml:space="preserve">sat alone in her chambers, staring at the dagger </w:t>
      </w:r>
      <w:r w:rsidR="005156BF" w:rsidRPr="00C9454D">
        <w:rPr>
          <w:sz w:val="24"/>
          <w:szCs w:val="24"/>
        </w:rPr>
        <w:t>Edmond</w:t>
      </w:r>
      <w:r w:rsidRPr="00C9454D">
        <w:rPr>
          <w:sz w:val="24"/>
          <w:szCs w:val="24"/>
        </w:rPr>
        <w:t xml:space="preserve"> had given her. His words echoed in her mind, stirring emotions she had buried long ago.</w:t>
      </w:r>
    </w:p>
    <w:p w14:paraId="2634967A" w14:textId="13010CA6" w:rsidR="00A06E85" w:rsidRPr="00C9454D" w:rsidRDefault="00A06E85" w:rsidP="00C9454D">
      <w:pPr>
        <w:rPr>
          <w:sz w:val="24"/>
          <w:szCs w:val="24"/>
        </w:rPr>
      </w:pPr>
      <w:r w:rsidRPr="00C9454D">
        <w:rPr>
          <w:sz w:val="24"/>
          <w:szCs w:val="24"/>
        </w:rPr>
        <w:t xml:space="preserve">For so many years, she had believed she was unworthy of love, of redemption. Her parents’ cruelty, her own choices—they had shaped her into the woman she was. But what if </w:t>
      </w:r>
      <w:r w:rsidR="005156BF" w:rsidRPr="00C9454D">
        <w:rPr>
          <w:sz w:val="24"/>
          <w:szCs w:val="24"/>
        </w:rPr>
        <w:t>Edmond</w:t>
      </w:r>
      <w:r w:rsidRPr="00C9454D">
        <w:rPr>
          <w:sz w:val="24"/>
          <w:szCs w:val="24"/>
        </w:rPr>
        <w:t xml:space="preserve"> was right? What if she could be more?</w:t>
      </w:r>
    </w:p>
    <w:p w14:paraId="4A7D8A94" w14:textId="77777777" w:rsidR="00A06E85" w:rsidRPr="00C9454D" w:rsidRDefault="00A06E85" w:rsidP="00C9454D">
      <w:pPr>
        <w:rPr>
          <w:sz w:val="24"/>
          <w:szCs w:val="24"/>
        </w:rPr>
      </w:pPr>
      <w:r w:rsidRPr="00C9454D">
        <w:rPr>
          <w:sz w:val="24"/>
          <w:szCs w:val="24"/>
        </w:rPr>
        <w:t>The thought both terrified and thrilled her.</w:t>
      </w:r>
    </w:p>
    <w:p w14:paraId="4D3A3BD0" w14:textId="77777777" w:rsidR="00A06E85" w:rsidRPr="00C9454D" w:rsidRDefault="00A06E85" w:rsidP="00C9454D">
      <w:pPr>
        <w:rPr>
          <w:sz w:val="24"/>
          <w:szCs w:val="24"/>
        </w:rPr>
      </w:pPr>
    </w:p>
    <w:p w14:paraId="4E15718E" w14:textId="77777777" w:rsidR="00A06E85" w:rsidRPr="00C9454D" w:rsidRDefault="00A06E85" w:rsidP="00C9454D">
      <w:pPr>
        <w:pStyle w:val="Heading2"/>
        <w:rPr>
          <w:sz w:val="24"/>
          <w:szCs w:val="24"/>
        </w:rPr>
      </w:pPr>
      <w:r w:rsidRPr="00C9454D">
        <w:rPr>
          <w:sz w:val="24"/>
          <w:szCs w:val="24"/>
        </w:rPr>
        <w:t>A Test of Loyalty</w:t>
      </w:r>
    </w:p>
    <w:p w14:paraId="7E1564D5" w14:textId="77777777" w:rsidR="005E088E" w:rsidRPr="00C9454D" w:rsidRDefault="005E088E" w:rsidP="00C9454D">
      <w:pPr>
        <w:rPr>
          <w:sz w:val="24"/>
          <w:szCs w:val="24"/>
        </w:rPr>
      </w:pPr>
    </w:p>
    <w:p w14:paraId="27B22A02" w14:textId="34D554DA" w:rsidR="00A06E85" w:rsidRPr="00C9454D" w:rsidRDefault="00C31B5E" w:rsidP="00C9454D">
      <w:pPr>
        <w:rPr>
          <w:sz w:val="24"/>
          <w:szCs w:val="24"/>
        </w:rPr>
      </w:pPr>
      <w:r w:rsidRPr="00C9454D">
        <w:rPr>
          <w:sz w:val="24"/>
          <w:szCs w:val="24"/>
        </w:rPr>
        <w:t>Isolde</w:t>
      </w:r>
      <w:r w:rsidR="00A06E85" w:rsidRPr="00C9454D">
        <w:rPr>
          <w:sz w:val="24"/>
          <w:szCs w:val="24"/>
        </w:rPr>
        <w:t xml:space="preserve">’s growing bond with </w:t>
      </w:r>
      <w:r w:rsidR="005156BF" w:rsidRPr="00C9454D">
        <w:rPr>
          <w:sz w:val="24"/>
          <w:szCs w:val="24"/>
        </w:rPr>
        <w:t>Edmond</w:t>
      </w:r>
      <w:r w:rsidR="00A06E85" w:rsidRPr="00C9454D">
        <w:rPr>
          <w:sz w:val="24"/>
          <w:szCs w:val="24"/>
        </w:rPr>
        <w:t xml:space="preserve"> was tested when a rival gang attempted to sabotage her business. The attack was swift and brutal, leaving several of her girls injured and the House of Silk in chaos</w:t>
      </w:r>
      <w:r w:rsidR="006D6FF4" w:rsidRPr="00C9454D">
        <w:rPr>
          <w:sz w:val="24"/>
          <w:szCs w:val="24"/>
        </w:rPr>
        <w:t xml:space="preserve"> again.</w:t>
      </w:r>
    </w:p>
    <w:p w14:paraId="790244E6" w14:textId="5F3239F9" w:rsidR="00A06E85" w:rsidRPr="00C9454D" w:rsidRDefault="005156BF" w:rsidP="00C9454D">
      <w:pPr>
        <w:rPr>
          <w:sz w:val="24"/>
          <w:szCs w:val="24"/>
        </w:rPr>
      </w:pPr>
      <w:r w:rsidRPr="00C9454D">
        <w:rPr>
          <w:sz w:val="24"/>
          <w:szCs w:val="24"/>
        </w:rPr>
        <w:t>Edmond</w:t>
      </w:r>
      <w:r w:rsidR="00A06E85" w:rsidRPr="00C9454D">
        <w:rPr>
          <w:sz w:val="24"/>
          <w:szCs w:val="24"/>
        </w:rPr>
        <w:t xml:space="preserve"> arrived in the aftermath, his expression grim. “What can I do?” he asked.</w:t>
      </w:r>
    </w:p>
    <w:p w14:paraId="671A11E8" w14:textId="1556CF0E" w:rsidR="00A06E85" w:rsidRPr="00C9454D" w:rsidRDefault="00A06E85" w:rsidP="00C9454D">
      <w:pPr>
        <w:rPr>
          <w:sz w:val="24"/>
          <w:szCs w:val="24"/>
        </w:rPr>
      </w:pPr>
      <w:r w:rsidRPr="00C9454D">
        <w:rPr>
          <w:sz w:val="24"/>
          <w:szCs w:val="24"/>
        </w:rPr>
        <w:t xml:space="preserve">For the first time, </w:t>
      </w:r>
      <w:r w:rsidR="00C31B5E" w:rsidRPr="00C9454D">
        <w:rPr>
          <w:sz w:val="24"/>
          <w:szCs w:val="24"/>
        </w:rPr>
        <w:t>Isol</w:t>
      </w:r>
      <w:r w:rsidR="00DD1FF5" w:rsidRPr="00C9454D">
        <w:rPr>
          <w:sz w:val="24"/>
          <w:szCs w:val="24"/>
        </w:rPr>
        <w:t xml:space="preserve">de </w:t>
      </w:r>
      <w:r w:rsidRPr="00C9454D">
        <w:rPr>
          <w:sz w:val="24"/>
          <w:szCs w:val="24"/>
        </w:rPr>
        <w:t xml:space="preserve">didn’t push him away. “Help me protect them,” she said, her voice breaking. “I’ve failed them, </w:t>
      </w:r>
      <w:r w:rsidR="005156BF" w:rsidRPr="00C9454D">
        <w:rPr>
          <w:sz w:val="24"/>
          <w:szCs w:val="24"/>
        </w:rPr>
        <w:t>Edmond</w:t>
      </w:r>
      <w:r w:rsidRPr="00C9454D">
        <w:rPr>
          <w:sz w:val="24"/>
          <w:szCs w:val="24"/>
        </w:rPr>
        <w:t>.”</w:t>
      </w:r>
    </w:p>
    <w:p w14:paraId="6E2DCFEA" w14:textId="77777777" w:rsidR="00A06E85" w:rsidRPr="00C9454D" w:rsidRDefault="00A06E85" w:rsidP="00C9454D">
      <w:pPr>
        <w:rPr>
          <w:sz w:val="24"/>
          <w:szCs w:val="24"/>
        </w:rPr>
      </w:pPr>
      <w:r w:rsidRPr="00C9454D">
        <w:rPr>
          <w:sz w:val="24"/>
          <w:szCs w:val="24"/>
        </w:rPr>
        <w:t>“No,” he said firmly. “You’ve given them a place to belong. Now let me help you keep it safe.”</w:t>
      </w:r>
    </w:p>
    <w:p w14:paraId="6E8E2DA7" w14:textId="6EAB7C1B" w:rsidR="00A06E85" w:rsidRPr="00C9454D" w:rsidRDefault="00A06E85" w:rsidP="00C9454D">
      <w:pPr>
        <w:rPr>
          <w:sz w:val="24"/>
          <w:szCs w:val="24"/>
        </w:rPr>
      </w:pPr>
      <w:r w:rsidRPr="00C9454D">
        <w:rPr>
          <w:sz w:val="24"/>
          <w:szCs w:val="24"/>
        </w:rPr>
        <w:t xml:space="preserve">Together, they rallied her allies and fortified her defenses, ensuring that the House of Silk would stand strong. In the process, </w:t>
      </w:r>
      <w:r w:rsidR="00C31B5E" w:rsidRPr="00C9454D">
        <w:rPr>
          <w:sz w:val="24"/>
          <w:szCs w:val="24"/>
        </w:rPr>
        <w:t>Isol</w:t>
      </w:r>
      <w:r w:rsidR="00DD1FF5" w:rsidRPr="00C9454D">
        <w:rPr>
          <w:sz w:val="24"/>
          <w:szCs w:val="24"/>
        </w:rPr>
        <w:t xml:space="preserve">de </w:t>
      </w:r>
      <w:r w:rsidRPr="00C9454D">
        <w:rPr>
          <w:sz w:val="24"/>
          <w:szCs w:val="24"/>
        </w:rPr>
        <w:t xml:space="preserve">began to see herself through </w:t>
      </w:r>
      <w:r w:rsidR="005156BF" w:rsidRPr="00C9454D">
        <w:rPr>
          <w:sz w:val="24"/>
          <w:szCs w:val="24"/>
        </w:rPr>
        <w:t>Edmond</w:t>
      </w:r>
      <w:r w:rsidRPr="00C9454D">
        <w:rPr>
          <w:sz w:val="24"/>
          <w:szCs w:val="24"/>
        </w:rPr>
        <w:t>’s eyes—not as a villain or a victim, but as a leader capable of both strength and compassion.</w:t>
      </w:r>
    </w:p>
    <w:p w14:paraId="5F7A645D" w14:textId="77777777" w:rsidR="00A06E85" w:rsidRPr="00C9454D" w:rsidRDefault="00A06E85" w:rsidP="00C9454D">
      <w:pPr>
        <w:rPr>
          <w:sz w:val="24"/>
          <w:szCs w:val="24"/>
        </w:rPr>
      </w:pPr>
    </w:p>
    <w:p w14:paraId="756937FF" w14:textId="77777777" w:rsidR="00A06E85" w:rsidRPr="00C9454D" w:rsidRDefault="00A06E85" w:rsidP="00C9454D">
      <w:pPr>
        <w:pStyle w:val="Heading2"/>
        <w:rPr>
          <w:sz w:val="24"/>
          <w:szCs w:val="24"/>
        </w:rPr>
      </w:pPr>
      <w:r w:rsidRPr="00C9454D">
        <w:rPr>
          <w:sz w:val="24"/>
          <w:szCs w:val="24"/>
        </w:rPr>
        <w:t>A Turning Point</w:t>
      </w:r>
    </w:p>
    <w:p w14:paraId="6BF1377B" w14:textId="77777777" w:rsidR="005E088E" w:rsidRPr="00C9454D" w:rsidRDefault="005E088E" w:rsidP="00C9454D">
      <w:pPr>
        <w:rPr>
          <w:sz w:val="24"/>
          <w:szCs w:val="24"/>
        </w:rPr>
      </w:pPr>
    </w:p>
    <w:p w14:paraId="60962746" w14:textId="2D6FFE01" w:rsidR="00A06E85" w:rsidRPr="00C9454D" w:rsidRDefault="00A06E85" w:rsidP="00C9454D">
      <w:pPr>
        <w:rPr>
          <w:sz w:val="24"/>
          <w:szCs w:val="24"/>
        </w:rPr>
      </w:pPr>
      <w:r w:rsidRPr="00C9454D">
        <w:rPr>
          <w:sz w:val="24"/>
          <w:szCs w:val="24"/>
        </w:rPr>
        <w:t xml:space="preserve">Weeks later, as the House of Silk returned to its former glory, </w:t>
      </w:r>
      <w:r w:rsidR="00C31B5E" w:rsidRPr="00C9454D">
        <w:rPr>
          <w:sz w:val="24"/>
          <w:szCs w:val="24"/>
        </w:rPr>
        <w:t>Isol</w:t>
      </w:r>
      <w:r w:rsidR="00DD1FF5" w:rsidRPr="00C9454D">
        <w:rPr>
          <w:sz w:val="24"/>
          <w:szCs w:val="24"/>
        </w:rPr>
        <w:t xml:space="preserve">de </w:t>
      </w:r>
      <w:r w:rsidRPr="00C9454D">
        <w:rPr>
          <w:sz w:val="24"/>
          <w:szCs w:val="24"/>
        </w:rPr>
        <w:t>ma</w:t>
      </w:r>
      <w:r w:rsidR="00DD1FF5" w:rsidRPr="00C9454D">
        <w:rPr>
          <w:sz w:val="24"/>
          <w:szCs w:val="24"/>
        </w:rPr>
        <w:t xml:space="preserve">de </w:t>
      </w:r>
      <w:r w:rsidRPr="00C9454D">
        <w:rPr>
          <w:sz w:val="24"/>
          <w:szCs w:val="24"/>
        </w:rPr>
        <w:t xml:space="preserve">a decision that would change everything. She called a meeting of her closest allies, including Lucian, </w:t>
      </w:r>
      <w:proofErr w:type="spellStart"/>
      <w:r w:rsidRPr="00C9454D">
        <w:rPr>
          <w:sz w:val="24"/>
          <w:szCs w:val="24"/>
        </w:rPr>
        <w:t>Elara</w:t>
      </w:r>
      <w:proofErr w:type="spellEnd"/>
      <w:r w:rsidRPr="00C9454D">
        <w:rPr>
          <w:sz w:val="24"/>
          <w:szCs w:val="24"/>
        </w:rPr>
        <w:t>, and Matteo.</w:t>
      </w:r>
    </w:p>
    <w:p w14:paraId="7B6D8929" w14:textId="77777777" w:rsidR="00A06E85" w:rsidRPr="00C9454D" w:rsidRDefault="00A06E85" w:rsidP="00C9454D">
      <w:pPr>
        <w:rPr>
          <w:sz w:val="24"/>
          <w:szCs w:val="24"/>
        </w:rPr>
      </w:pPr>
      <w:r w:rsidRPr="00C9454D">
        <w:rPr>
          <w:sz w:val="24"/>
          <w:szCs w:val="24"/>
        </w:rPr>
        <w:t>“It’s time we used our power for more than survival,” she said. “We’ve spent years thriving in the shadows, but we can do more. We can make this city better—for everyone.”</w:t>
      </w:r>
    </w:p>
    <w:p w14:paraId="3433D6D7" w14:textId="3753CC51" w:rsidR="00A06E85" w:rsidRPr="00C9454D" w:rsidRDefault="00A06E85" w:rsidP="00C9454D">
      <w:pPr>
        <w:rPr>
          <w:sz w:val="24"/>
          <w:szCs w:val="24"/>
        </w:rPr>
      </w:pPr>
      <w:r w:rsidRPr="00C9454D">
        <w:rPr>
          <w:sz w:val="24"/>
          <w:szCs w:val="24"/>
        </w:rPr>
        <w:t xml:space="preserve">Her allies exchanged surprised glances, but none of them argued. They had followed </w:t>
      </w:r>
      <w:r w:rsidR="00C31B5E" w:rsidRPr="00C9454D">
        <w:rPr>
          <w:sz w:val="24"/>
          <w:szCs w:val="24"/>
        </w:rPr>
        <w:t>Isol</w:t>
      </w:r>
      <w:r w:rsidR="00DD1FF5" w:rsidRPr="00C9454D">
        <w:rPr>
          <w:sz w:val="24"/>
          <w:szCs w:val="24"/>
        </w:rPr>
        <w:t xml:space="preserve">de </w:t>
      </w:r>
      <w:r w:rsidRPr="00C9454D">
        <w:rPr>
          <w:sz w:val="24"/>
          <w:szCs w:val="24"/>
        </w:rPr>
        <w:t>through the darkest of times, and they would follow her now.</w:t>
      </w:r>
    </w:p>
    <w:p w14:paraId="43C5D424" w14:textId="00C36D0C" w:rsidR="00A06E85" w:rsidRPr="00C9454D" w:rsidRDefault="005156BF" w:rsidP="00C9454D">
      <w:pPr>
        <w:rPr>
          <w:sz w:val="24"/>
          <w:szCs w:val="24"/>
        </w:rPr>
      </w:pPr>
      <w:r w:rsidRPr="00C9454D">
        <w:rPr>
          <w:sz w:val="24"/>
          <w:szCs w:val="24"/>
        </w:rPr>
        <w:t>Edmond</w:t>
      </w:r>
      <w:r w:rsidR="00A06E85" w:rsidRPr="00C9454D">
        <w:rPr>
          <w:sz w:val="24"/>
          <w:szCs w:val="24"/>
        </w:rPr>
        <w:t>, standing at the edge of the room, caught her gaze and nodded. In that moment, she felt something she hadn’t felt in years: hope.</w:t>
      </w:r>
    </w:p>
    <w:p w14:paraId="17684159" w14:textId="77777777" w:rsidR="00A06E85" w:rsidRPr="00C9454D" w:rsidRDefault="00A06E85" w:rsidP="00C9454D">
      <w:pPr>
        <w:rPr>
          <w:sz w:val="24"/>
          <w:szCs w:val="24"/>
        </w:rPr>
      </w:pPr>
    </w:p>
    <w:p w14:paraId="159FA5C3" w14:textId="77777777" w:rsidR="00A06E85" w:rsidRPr="00C9454D" w:rsidRDefault="00A06E85" w:rsidP="00C9454D">
      <w:pPr>
        <w:pStyle w:val="Heading2"/>
        <w:rPr>
          <w:sz w:val="24"/>
          <w:szCs w:val="24"/>
        </w:rPr>
      </w:pPr>
      <w:r w:rsidRPr="00C9454D">
        <w:rPr>
          <w:sz w:val="24"/>
          <w:szCs w:val="24"/>
        </w:rPr>
        <w:t>The Beginning of Redemption</w:t>
      </w:r>
    </w:p>
    <w:p w14:paraId="17C8A8AF" w14:textId="77777777" w:rsidR="005E088E" w:rsidRPr="00C9454D" w:rsidRDefault="005E088E" w:rsidP="00C9454D">
      <w:pPr>
        <w:rPr>
          <w:sz w:val="24"/>
          <w:szCs w:val="24"/>
        </w:rPr>
      </w:pPr>
    </w:p>
    <w:p w14:paraId="28A6E6AF" w14:textId="2B4575B2" w:rsidR="00A06E85" w:rsidRPr="00C9454D" w:rsidRDefault="00A06E85" w:rsidP="00C9454D">
      <w:pPr>
        <w:rPr>
          <w:sz w:val="24"/>
          <w:szCs w:val="24"/>
        </w:rPr>
      </w:pPr>
      <w:r w:rsidRPr="00C9454D">
        <w:rPr>
          <w:sz w:val="24"/>
          <w:szCs w:val="24"/>
        </w:rPr>
        <w:t xml:space="preserve">With </w:t>
      </w:r>
      <w:r w:rsidR="005156BF" w:rsidRPr="00C9454D">
        <w:rPr>
          <w:sz w:val="24"/>
          <w:szCs w:val="24"/>
        </w:rPr>
        <w:t>Edmond</w:t>
      </w:r>
      <w:r w:rsidRPr="00C9454D">
        <w:rPr>
          <w:sz w:val="24"/>
          <w:szCs w:val="24"/>
        </w:rPr>
        <w:t xml:space="preserve">’s guidance and the loyalty of her allies, </w:t>
      </w:r>
      <w:r w:rsidR="00C31B5E" w:rsidRPr="00C9454D">
        <w:rPr>
          <w:sz w:val="24"/>
          <w:szCs w:val="24"/>
        </w:rPr>
        <w:t>Isol</w:t>
      </w:r>
      <w:r w:rsidR="00DD1FF5" w:rsidRPr="00C9454D">
        <w:rPr>
          <w:sz w:val="24"/>
          <w:szCs w:val="24"/>
        </w:rPr>
        <w:t xml:space="preserve">de </w:t>
      </w:r>
      <w:r w:rsidRPr="00C9454D">
        <w:rPr>
          <w:sz w:val="24"/>
          <w:szCs w:val="24"/>
        </w:rPr>
        <w:t>began transforming her empire. She used her wealth and influence to fund</w:t>
      </w:r>
      <w:r w:rsidR="00760F1C" w:rsidRPr="00C9454D">
        <w:rPr>
          <w:sz w:val="24"/>
          <w:szCs w:val="24"/>
        </w:rPr>
        <w:t xml:space="preserve"> more</w:t>
      </w:r>
      <w:r w:rsidRPr="00C9454D">
        <w:rPr>
          <w:sz w:val="24"/>
          <w:szCs w:val="24"/>
        </w:rPr>
        <w:t xml:space="preserve"> shelters, schools, and clinics, creating a legacy that would outshine the shadows of her past.</w:t>
      </w:r>
    </w:p>
    <w:p w14:paraId="25EC8DEF" w14:textId="5FF0EC90" w:rsidR="00A06E85" w:rsidRPr="00C9454D" w:rsidRDefault="00A06E85" w:rsidP="00C9454D">
      <w:pPr>
        <w:rPr>
          <w:sz w:val="24"/>
          <w:szCs w:val="24"/>
        </w:rPr>
      </w:pPr>
      <w:r w:rsidRPr="00C9454D">
        <w:rPr>
          <w:sz w:val="24"/>
          <w:szCs w:val="24"/>
        </w:rPr>
        <w:t xml:space="preserve">Though the road ahead was uncertain, </w:t>
      </w:r>
      <w:r w:rsidR="00C31B5E" w:rsidRPr="00C9454D">
        <w:rPr>
          <w:sz w:val="24"/>
          <w:szCs w:val="24"/>
        </w:rPr>
        <w:t>Isol</w:t>
      </w:r>
      <w:r w:rsidR="00DD1FF5" w:rsidRPr="00C9454D">
        <w:rPr>
          <w:sz w:val="24"/>
          <w:szCs w:val="24"/>
        </w:rPr>
        <w:t xml:space="preserve">de </w:t>
      </w:r>
      <w:r w:rsidRPr="00C9454D">
        <w:rPr>
          <w:sz w:val="24"/>
          <w:szCs w:val="24"/>
        </w:rPr>
        <w:t>was no longer afraid. For the first time, she believed that she could rise above her name and become something greater.</w:t>
      </w:r>
    </w:p>
    <w:p w14:paraId="7F0DD2CD" w14:textId="457C593A" w:rsidR="00A06E85" w:rsidRPr="00C9454D" w:rsidRDefault="00A06E85" w:rsidP="00C9454D">
      <w:pPr>
        <w:rPr>
          <w:sz w:val="24"/>
          <w:szCs w:val="24"/>
        </w:rPr>
      </w:pPr>
      <w:r w:rsidRPr="00C9454D">
        <w:rPr>
          <w:sz w:val="24"/>
          <w:szCs w:val="24"/>
        </w:rPr>
        <w:t xml:space="preserve">And as she walked through the garden with </w:t>
      </w:r>
      <w:r w:rsidR="005156BF" w:rsidRPr="00C9454D">
        <w:rPr>
          <w:sz w:val="24"/>
          <w:szCs w:val="24"/>
        </w:rPr>
        <w:t>Edmond</w:t>
      </w:r>
      <w:r w:rsidRPr="00C9454D">
        <w:rPr>
          <w:sz w:val="24"/>
          <w:szCs w:val="24"/>
        </w:rPr>
        <w:t xml:space="preserve"> that evening, she allowed herself a small smile.</w:t>
      </w:r>
    </w:p>
    <w:p w14:paraId="505CFF87" w14:textId="77777777" w:rsidR="00A06E85" w:rsidRPr="00C9454D" w:rsidRDefault="00A06E85" w:rsidP="00C9454D">
      <w:pPr>
        <w:rPr>
          <w:sz w:val="24"/>
          <w:szCs w:val="24"/>
        </w:rPr>
      </w:pPr>
      <w:r w:rsidRPr="00C9454D">
        <w:rPr>
          <w:sz w:val="24"/>
          <w:szCs w:val="24"/>
        </w:rPr>
        <w:t>“Thank you,” she said softly.</w:t>
      </w:r>
    </w:p>
    <w:p w14:paraId="1AC3BE07" w14:textId="77777777" w:rsidR="00A06E85" w:rsidRPr="00C9454D" w:rsidRDefault="00A06E85" w:rsidP="00C9454D">
      <w:pPr>
        <w:rPr>
          <w:sz w:val="24"/>
          <w:szCs w:val="24"/>
        </w:rPr>
      </w:pPr>
      <w:r w:rsidRPr="00C9454D">
        <w:rPr>
          <w:sz w:val="24"/>
          <w:szCs w:val="24"/>
        </w:rPr>
        <w:t>“For what?” he asked.</w:t>
      </w:r>
    </w:p>
    <w:p w14:paraId="625DE02B" w14:textId="77777777" w:rsidR="00A06E85" w:rsidRPr="00C9454D" w:rsidRDefault="00A06E85" w:rsidP="00C9454D">
      <w:pPr>
        <w:rPr>
          <w:sz w:val="24"/>
          <w:szCs w:val="24"/>
        </w:rPr>
      </w:pPr>
      <w:r w:rsidRPr="00C9454D">
        <w:rPr>
          <w:sz w:val="24"/>
          <w:szCs w:val="24"/>
        </w:rPr>
        <w:t>“For seeing me,” she replied.</w:t>
      </w:r>
    </w:p>
    <w:p w14:paraId="466DB25A" w14:textId="6452FFAD" w:rsidR="00A06E85" w:rsidRPr="00C9454D" w:rsidRDefault="00A06E85" w:rsidP="00C9454D">
      <w:pPr>
        <w:rPr>
          <w:sz w:val="24"/>
          <w:szCs w:val="24"/>
        </w:rPr>
      </w:pPr>
      <w:r w:rsidRPr="00C9454D">
        <w:rPr>
          <w:sz w:val="24"/>
          <w:szCs w:val="24"/>
        </w:rPr>
        <w:t xml:space="preserve">“You’re worth seeing, </w:t>
      </w:r>
      <w:r w:rsidR="00C31B5E" w:rsidRPr="00C9454D">
        <w:rPr>
          <w:sz w:val="24"/>
          <w:szCs w:val="24"/>
        </w:rPr>
        <w:t>Isolde</w:t>
      </w:r>
      <w:r w:rsidRPr="00C9454D">
        <w:rPr>
          <w:sz w:val="24"/>
          <w:szCs w:val="24"/>
        </w:rPr>
        <w:t>,” he said. “And I’ll keep reminding you until you believe it.”</w:t>
      </w:r>
    </w:p>
    <w:p w14:paraId="460D9963" w14:textId="77777777" w:rsidR="00F1385E" w:rsidRPr="00C9454D" w:rsidRDefault="00F1385E" w:rsidP="00C9454D">
      <w:pPr>
        <w:pStyle w:val="Heading2"/>
        <w:rPr>
          <w:sz w:val="24"/>
          <w:szCs w:val="24"/>
        </w:rPr>
      </w:pPr>
    </w:p>
    <w:p w14:paraId="0BAE5E7A" w14:textId="0C9187A6" w:rsidR="00A06E85" w:rsidRPr="00C9454D" w:rsidRDefault="00A06E85" w:rsidP="00C9454D">
      <w:pPr>
        <w:pStyle w:val="Heading2"/>
        <w:rPr>
          <w:sz w:val="24"/>
          <w:szCs w:val="24"/>
        </w:rPr>
      </w:pPr>
      <w:r w:rsidRPr="00C9454D">
        <w:rPr>
          <w:sz w:val="24"/>
          <w:szCs w:val="24"/>
        </w:rPr>
        <w:t xml:space="preserve"> Crossing Paths</w:t>
      </w:r>
    </w:p>
    <w:p w14:paraId="4142DDEA" w14:textId="77777777" w:rsidR="005E088E" w:rsidRPr="00C9454D" w:rsidRDefault="005E088E" w:rsidP="00C9454D">
      <w:pPr>
        <w:rPr>
          <w:sz w:val="24"/>
          <w:szCs w:val="24"/>
        </w:rPr>
      </w:pPr>
    </w:p>
    <w:p w14:paraId="3B6B2997" w14:textId="0A8F02C1" w:rsidR="00A06E85" w:rsidRPr="00C9454D" w:rsidRDefault="00A06E85" w:rsidP="00C9454D">
      <w:pPr>
        <w:rPr>
          <w:sz w:val="24"/>
          <w:szCs w:val="24"/>
        </w:rPr>
      </w:pPr>
      <w:r w:rsidRPr="00C9454D">
        <w:rPr>
          <w:sz w:val="24"/>
          <w:szCs w:val="24"/>
        </w:rPr>
        <w:t xml:space="preserve">The transformation of </w:t>
      </w:r>
      <w:r w:rsidR="00C31B5E" w:rsidRPr="00C9454D">
        <w:rPr>
          <w:sz w:val="24"/>
          <w:szCs w:val="24"/>
        </w:rPr>
        <w:t>Isolde</w:t>
      </w:r>
      <w:r w:rsidRPr="00C9454D">
        <w:rPr>
          <w:sz w:val="24"/>
          <w:szCs w:val="24"/>
        </w:rPr>
        <w:t>’s empire into a force for good was not without its challenges. Her past lingered like a shadow, and whispers of her name still carried an air of danger. She had begun to rebuild her life, but the deeper she ventured into the light, the more she realized how far she still had to go.</w:t>
      </w:r>
    </w:p>
    <w:p w14:paraId="19275356" w14:textId="77777777" w:rsidR="00A06E85" w:rsidRPr="00C9454D" w:rsidRDefault="00A06E85" w:rsidP="00C9454D">
      <w:pPr>
        <w:rPr>
          <w:sz w:val="24"/>
          <w:szCs w:val="24"/>
        </w:rPr>
      </w:pPr>
      <w:r w:rsidRPr="00C9454D">
        <w:rPr>
          <w:sz w:val="24"/>
          <w:szCs w:val="24"/>
        </w:rPr>
        <w:t>It was Matteo, her smuggler ally, who unknowingly set the next chapter of her life into motion.</w:t>
      </w:r>
    </w:p>
    <w:p w14:paraId="14B4B6AD" w14:textId="5BD4AEBD" w:rsidR="00A06E85" w:rsidRPr="00C9454D" w:rsidRDefault="00A06E85" w:rsidP="00C9454D">
      <w:pPr>
        <w:rPr>
          <w:sz w:val="24"/>
          <w:szCs w:val="24"/>
        </w:rPr>
      </w:pPr>
      <w:r w:rsidRPr="00C9454D">
        <w:rPr>
          <w:sz w:val="24"/>
          <w:szCs w:val="24"/>
        </w:rPr>
        <w:t xml:space="preserve">“I’ve come across something interesting,” Matteo said one evening, laying a worn book on her desk. The leather cover bore a symbol </w:t>
      </w:r>
      <w:r w:rsidR="00C31B5E" w:rsidRPr="00C9454D">
        <w:rPr>
          <w:sz w:val="24"/>
          <w:szCs w:val="24"/>
        </w:rPr>
        <w:t>Isol</w:t>
      </w:r>
      <w:r w:rsidR="00DD1FF5" w:rsidRPr="00C9454D">
        <w:rPr>
          <w:sz w:val="24"/>
          <w:szCs w:val="24"/>
        </w:rPr>
        <w:t xml:space="preserve">de </w:t>
      </w:r>
      <w:r w:rsidRPr="00C9454D">
        <w:rPr>
          <w:sz w:val="24"/>
          <w:szCs w:val="24"/>
        </w:rPr>
        <w:t>didn’t recognize, but the title was clear: The Keeper’s Promise.</w:t>
      </w:r>
    </w:p>
    <w:p w14:paraId="73D0D9AB" w14:textId="0AC403FD"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raised an eyebrow. “Why would this interest me?”</w:t>
      </w:r>
    </w:p>
    <w:p w14:paraId="2E3B789F" w14:textId="66CA6D0F" w:rsidR="00A06E85" w:rsidRPr="00C9454D" w:rsidRDefault="00A06E85" w:rsidP="00C9454D">
      <w:pPr>
        <w:rPr>
          <w:sz w:val="24"/>
          <w:szCs w:val="24"/>
        </w:rPr>
      </w:pPr>
      <w:r w:rsidRPr="00C9454D">
        <w:rPr>
          <w:sz w:val="24"/>
          <w:szCs w:val="24"/>
        </w:rPr>
        <w:t>“It’s written by Lady Abilene,” Matteo explained. “You know, the one tied to your family’s fall. But here’s the thing—it’s more than just a book. People say it’s changed lives, that it’s a gui</w:t>
      </w:r>
      <w:r w:rsidR="00DD1FF5" w:rsidRPr="00C9454D">
        <w:rPr>
          <w:sz w:val="24"/>
          <w:szCs w:val="24"/>
        </w:rPr>
        <w:t xml:space="preserve">de </w:t>
      </w:r>
      <w:r w:rsidRPr="00C9454D">
        <w:rPr>
          <w:sz w:val="24"/>
          <w:szCs w:val="24"/>
        </w:rPr>
        <w:t>to living with purpose and faith. Thought you might want to know.”</w:t>
      </w:r>
    </w:p>
    <w:p w14:paraId="3A8F3D36" w14:textId="28ACA74E" w:rsidR="00A06E85" w:rsidRPr="00C9454D" w:rsidRDefault="00A06E85" w:rsidP="00C9454D">
      <w:pPr>
        <w:rPr>
          <w:sz w:val="24"/>
          <w:szCs w:val="24"/>
        </w:rPr>
      </w:pPr>
      <w:r w:rsidRPr="00C9454D">
        <w:rPr>
          <w:sz w:val="24"/>
          <w:szCs w:val="24"/>
        </w:rPr>
        <w:t xml:space="preserve">For a moment, </w:t>
      </w:r>
      <w:r w:rsidR="00C31B5E" w:rsidRPr="00C9454D">
        <w:rPr>
          <w:sz w:val="24"/>
          <w:szCs w:val="24"/>
        </w:rPr>
        <w:t>Isol</w:t>
      </w:r>
      <w:r w:rsidR="00DD1FF5" w:rsidRPr="00C9454D">
        <w:rPr>
          <w:sz w:val="24"/>
          <w:szCs w:val="24"/>
        </w:rPr>
        <w:t xml:space="preserve">de </w:t>
      </w:r>
      <w:r w:rsidRPr="00C9454D">
        <w:rPr>
          <w:sz w:val="24"/>
          <w:szCs w:val="24"/>
        </w:rPr>
        <w:t xml:space="preserve">said nothing. The name Abilene stirred a mix of emotions she couldn’t quite untangle. She had spent years trying to bury her connection to the </w:t>
      </w:r>
      <w:proofErr w:type="spellStart"/>
      <w:r w:rsidRPr="00C9454D">
        <w:rPr>
          <w:sz w:val="24"/>
          <w:szCs w:val="24"/>
        </w:rPr>
        <w:t>Devereaux</w:t>
      </w:r>
      <w:proofErr w:type="spellEnd"/>
      <w:r w:rsidRPr="00C9454D">
        <w:rPr>
          <w:sz w:val="24"/>
          <w:szCs w:val="24"/>
        </w:rPr>
        <w:t xml:space="preserve"> name, yet here was a remnant of it, staring her in the face.</w:t>
      </w:r>
    </w:p>
    <w:p w14:paraId="242C051B" w14:textId="77777777" w:rsidR="00A06E85" w:rsidRPr="00C9454D" w:rsidRDefault="00A06E85" w:rsidP="00C9454D">
      <w:pPr>
        <w:rPr>
          <w:sz w:val="24"/>
          <w:szCs w:val="24"/>
        </w:rPr>
      </w:pPr>
      <w:r w:rsidRPr="00C9454D">
        <w:rPr>
          <w:sz w:val="24"/>
          <w:szCs w:val="24"/>
        </w:rPr>
        <w:t>“Where did you find this?” she asked.</w:t>
      </w:r>
    </w:p>
    <w:p w14:paraId="47CC9109" w14:textId="77777777" w:rsidR="00A06E85" w:rsidRPr="00C9454D" w:rsidRDefault="00A06E85" w:rsidP="00C9454D">
      <w:pPr>
        <w:rPr>
          <w:sz w:val="24"/>
          <w:szCs w:val="24"/>
        </w:rPr>
      </w:pPr>
      <w:r w:rsidRPr="00C9454D">
        <w:rPr>
          <w:sz w:val="24"/>
          <w:szCs w:val="24"/>
        </w:rPr>
        <w:t>“Merchants in the lower quarter. It’s spreading fast. Seems like half the kingdom has read it.”</w:t>
      </w:r>
    </w:p>
    <w:p w14:paraId="0DE4D0E7" w14:textId="297CE894" w:rsidR="00A06E85" w:rsidRPr="00C9454D" w:rsidRDefault="00C31B5E" w:rsidP="00C9454D">
      <w:pPr>
        <w:rPr>
          <w:sz w:val="24"/>
          <w:szCs w:val="24"/>
        </w:rPr>
      </w:pPr>
      <w:r w:rsidRPr="00C9454D">
        <w:rPr>
          <w:sz w:val="24"/>
          <w:szCs w:val="24"/>
        </w:rPr>
        <w:t>Isolde</w:t>
      </w:r>
      <w:r w:rsidR="00A06E85" w:rsidRPr="00C9454D">
        <w:rPr>
          <w:sz w:val="24"/>
          <w:szCs w:val="24"/>
        </w:rPr>
        <w:t>’s fingers traced the book’s cover. Something about it compelled her, though she didn’t fully understand why. “I’ll keep it,” she said finally.</w:t>
      </w:r>
    </w:p>
    <w:p w14:paraId="1E2EDE19" w14:textId="77777777" w:rsidR="00A06E85" w:rsidRPr="00C9454D" w:rsidRDefault="00A06E85" w:rsidP="00C9454D">
      <w:pPr>
        <w:rPr>
          <w:sz w:val="24"/>
          <w:szCs w:val="24"/>
        </w:rPr>
      </w:pPr>
    </w:p>
    <w:p w14:paraId="070B370F" w14:textId="77777777" w:rsidR="00A06E85" w:rsidRPr="00C9454D" w:rsidRDefault="00A06E85" w:rsidP="00C9454D">
      <w:pPr>
        <w:pStyle w:val="Heading2"/>
        <w:rPr>
          <w:sz w:val="24"/>
          <w:szCs w:val="24"/>
        </w:rPr>
      </w:pPr>
      <w:r w:rsidRPr="00C9454D">
        <w:rPr>
          <w:sz w:val="24"/>
          <w:szCs w:val="24"/>
        </w:rPr>
        <w:t>A Chance Encounter</w:t>
      </w:r>
    </w:p>
    <w:p w14:paraId="729632BD" w14:textId="77777777" w:rsidR="005E088E" w:rsidRPr="00C9454D" w:rsidRDefault="005E088E" w:rsidP="00C9454D">
      <w:pPr>
        <w:rPr>
          <w:sz w:val="24"/>
          <w:szCs w:val="24"/>
        </w:rPr>
      </w:pPr>
    </w:p>
    <w:p w14:paraId="544BE2FC" w14:textId="1548A88F" w:rsidR="00A06E85" w:rsidRPr="00C9454D" w:rsidRDefault="00A06E85" w:rsidP="00C9454D">
      <w:pPr>
        <w:rPr>
          <w:sz w:val="24"/>
          <w:szCs w:val="24"/>
        </w:rPr>
      </w:pPr>
      <w:r w:rsidRPr="00C9454D">
        <w:rPr>
          <w:sz w:val="24"/>
          <w:szCs w:val="24"/>
        </w:rPr>
        <w:t xml:space="preserve">Months later, fate intervened in a way </w:t>
      </w:r>
      <w:r w:rsidR="00C31B5E" w:rsidRPr="00C9454D">
        <w:rPr>
          <w:sz w:val="24"/>
          <w:szCs w:val="24"/>
        </w:rPr>
        <w:t>Isol</w:t>
      </w:r>
      <w:r w:rsidR="00DD1FF5" w:rsidRPr="00C9454D">
        <w:rPr>
          <w:sz w:val="24"/>
          <w:szCs w:val="24"/>
        </w:rPr>
        <w:t xml:space="preserve">de </w:t>
      </w:r>
      <w:r w:rsidRPr="00C9454D">
        <w:rPr>
          <w:sz w:val="24"/>
          <w:szCs w:val="24"/>
        </w:rPr>
        <w:t>couldn’t have foreseen. She had traveled to the outskirts of the city to oversee a new shelter being built for women and children, a project she had poured her heart into. As she walked the grounds, inspecting the progress, she noticed a small gathering near the main square.</w:t>
      </w:r>
    </w:p>
    <w:p w14:paraId="7E4FC1A6" w14:textId="77777777" w:rsidR="00A06E85" w:rsidRPr="00C9454D" w:rsidRDefault="00A06E85" w:rsidP="00C9454D">
      <w:pPr>
        <w:rPr>
          <w:sz w:val="24"/>
          <w:szCs w:val="24"/>
        </w:rPr>
      </w:pPr>
      <w:r w:rsidRPr="00C9454D">
        <w:rPr>
          <w:sz w:val="24"/>
          <w:szCs w:val="24"/>
        </w:rPr>
        <w:t>Curious, she approached, her keen eyes catching sight of a woman standing on a makeshift platform, speaking to the crowd. The woman’s voice was calm yet commanding, her words resonating with a quiet strength.</w:t>
      </w:r>
    </w:p>
    <w:p w14:paraId="54C4F0EB" w14:textId="318686DD" w:rsidR="00A06E85" w:rsidRPr="00C9454D" w:rsidRDefault="00C31B5E" w:rsidP="00C9454D">
      <w:pPr>
        <w:rPr>
          <w:sz w:val="24"/>
          <w:szCs w:val="24"/>
        </w:rPr>
      </w:pPr>
      <w:r w:rsidRPr="00C9454D">
        <w:rPr>
          <w:sz w:val="24"/>
          <w:szCs w:val="24"/>
        </w:rPr>
        <w:t>Isolde</w:t>
      </w:r>
      <w:r w:rsidR="00A06E85" w:rsidRPr="00C9454D">
        <w:rPr>
          <w:sz w:val="24"/>
          <w:szCs w:val="24"/>
        </w:rPr>
        <w:t>’s breath caught as recognition struck her. It was Abilene.</w:t>
      </w:r>
    </w:p>
    <w:p w14:paraId="225B4BB4" w14:textId="3C967F94" w:rsidR="00A06E85" w:rsidRPr="00C9454D" w:rsidRDefault="00A06E85" w:rsidP="00C9454D">
      <w:pPr>
        <w:rPr>
          <w:sz w:val="24"/>
          <w:szCs w:val="24"/>
        </w:rPr>
      </w:pPr>
      <w:r w:rsidRPr="00C9454D">
        <w:rPr>
          <w:sz w:val="24"/>
          <w:szCs w:val="24"/>
        </w:rPr>
        <w:t>She had heard the name countless times but had never expected to see the woman in person</w:t>
      </w:r>
      <w:r w:rsidR="006C4B0C" w:rsidRPr="00C9454D">
        <w:rPr>
          <w:sz w:val="24"/>
          <w:szCs w:val="24"/>
        </w:rPr>
        <w:t xml:space="preserve"> today</w:t>
      </w:r>
      <w:r w:rsidRPr="00C9454D">
        <w:rPr>
          <w:sz w:val="24"/>
          <w:szCs w:val="24"/>
        </w:rPr>
        <w:t xml:space="preserve">. Abilene was everything </w:t>
      </w:r>
      <w:r w:rsidR="00C31B5E" w:rsidRPr="00C9454D">
        <w:rPr>
          <w:sz w:val="24"/>
          <w:szCs w:val="24"/>
        </w:rPr>
        <w:t>Isol</w:t>
      </w:r>
      <w:r w:rsidR="00DD1FF5" w:rsidRPr="00C9454D">
        <w:rPr>
          <w:sz w:val="24"/>
          <w:szCs w:val="24"/>
        </w:rPr>
        <w:t xml:space="preserve">de </w:t>
      </w:r>
      <w:r w:rsidRPr="00C9454D">
        <w:rPr>
          <w:sz w:val="24"/>
          <w:szCs w:val="24"/>
        </w:rPr>
        <w:t>was not—graceful, composed, and seemingly untouched by the darkness of the world.</w:t>
      </w:r>
    </w:p>
    <w:p w14:paraId="2373F42F" w14:textId="196CA721" w:rsidR="00A06E85" w:rsidRPr="00C9454D" w:rsidRDefault="00A06E85" w:rsidP="00C9454D">
      <w:pPr>
        <w:rPr>
          <w:sz w:val="24"/>
          <w:szCs w:val="24"/>
        </w:rPr>
      </w:pPr>
      <w:r w:rsidRPr="00C9454D">
        <w:rPr>
          <w:sz w:val="24"/>
          <w:szCs w:val="24"/>
        </w:rPr>
        <w:t xml:space="preserve">For a moment, </w:t>
      </w:r>
      <w:r w:rsidR="00C31B5E" w:rsidRPr="00C9454D">
        <w:rPr>
          <w:sz w:val="24"/>
          <w:szCs w:val="24"/>
        </w:rPr>
        <w:t>Isol</w:t>
      </w:r>
      <w:r w:rsidR="00DD1FF5" w:rsidRPr="00C9454D">
        <w:rPr>
          <w:sz w:val="24"/>
          <w:szCs w:val="24"/>
        </w:rPr>
        <w:t xml:space="preserve">de </w:t>
      </w:r>
      <w:r w:rsidRPr="00C9454D">
        <w:rPr>
          <w:sz w:val="24"/>
          <w:szCs w:val="24"/>
        </w:rPr>
        <w:t>considered slipping away, but something held her in place. She listened as Abilene spoke about hope, resilience, and the power of faith.</w:t>
      </w:r>
    </w:p>
    <w:p w14:paraId="326B86F7" w14:textId="77777777" w:rsidR="00A06E85" w:rsidRPr="00C9454D" w:rsidRDefault="00A06E85" w:rsidP="00C9454D">
      <w:pPr>
        <w:rPr>
          <w:sz w:val="24"/>
          <w:szCs w:val="24"/>
        </w:rPr>
      </w:pPr>
    </w:p>
    <w:p w14:paraId="62258E0A" w14:textId="77777777" w:rsidR="00A06E85" w:rsidRPr="00C9454D" w:rsidRDefault="00A06E85" w:rsidP="00C9454D">
      <w:pPr>
        <w:pStyle w:val="Heading2"/>
        <w:rPr>
          <w:sz w:val="24"/>
          <w:szCs w:val="24"/>
        </w:rPr>
      </w:pPr>
      <w:r w:rsidRPr="00C9454D">
        <w:rPr>
          <w:sz w:val="24"/>
          <w:szCs w:val="24"/>
        </w:rPr>
        <w:t>An Unlikely Meeting</w:t>
      </w:r>
    </w:p>
    <w:p w14:paraId="555FED82" w14:textId="77777777" w:rsidR="005E088E" w:rsidRPr="00C9454D" w:rsidRDefault="005E088E" w:rsidP="00C9454D">
      <w:pPr>
        <w:rPr>
          <w:sz w:val="24"/>
          <w:szCs w:val="24"/>
        </w:rPr>
      </w:pPr>
    </w:p>
    <w:p w14:paraId="55C70D71" w14:textId="5754A33E" w:rsidR="00A06E85" w:rsidRPr="00C9454D" w:rsidRDefault="00A06E85" w:rsidP="00C9454D">
      <w:pPr>
        <w:rPr>
          <w:sz w:val="24"/>
          <w:szCs w:val="24"/>
        </w:rPr>
      </w:pPr>
      <w:r w:rsidRPr="00C9454D">
        <w:rPr>
          <w:sz w:val="24"/>
          <w:szCs w:val="24"/>
        </w:rPr>
        <w:t xml:space="preserve">When the gathering dispersed, </w:t>
      </w:r>
      <w:r w:rsidR="00C31B5E" w:rsidRPr="00C9454D">
        <w:rPr>
          <w:sz w:val="24"/>
          <w:szCs w:val="24"/>
        </w:rPr>
        <w:t>Isol</w:t>
      </w:r>
      <w:r w:rsidR="00DD1FF5" w:rsidRPr="00C9454D">
        <w:rPr>
          <w:sz w:val="24"/>
          <w:szCs w:val="24"/>
        </w:rPr>
        <w:t xml:space="preserve">de </w:t>
      </w:r>
      <w:r w:rsidRPr="00C9454D">
        <w:rPr>
          <w:sz w:val="24"/>
          <w:szCs w:val="24"/>
        </w:rPr>
        <w:t xml:space="preserve">lingered at the edge of the square, watching as Abilene stepped down from the platform. To her surprise, Abilene approached her directly, her warm gaze meeting </w:t>
      </w:r>
      <w:r w:rsidR="00C31B5E" w:rsidRPr="00C9454D">
        <w:rPr>
          <w:sz w:val="24"/>
          <w:szCs w:val="24"/>
        </w:rPr>
        <w:t>Isolde</w:t>
      </w:r>
      <w:r w:rsidRPr="00C9454D">
        <w:rPr>
          <w:sz w:val="24"/>
          <w:szCs w:val="24"/>
        </w:rPr>
        <w:t>’s guarded one.</w:t>
      </w:r>
    </w:p>
    <w:p w14:paraId="505B92E6" w14:textId="77777777" w:rsidR="00A06E85" w:rsidRPr="00C9454D" w:rsidRDefault="00A06E85" w:rsidP="00C9454D">
      <w:pPr>
        <w:rPr>
          <w:sz w:val="24"/>
          <w:szCs w:val="24"/>
        </w:rPr>
      </w:pPr>
      <w:r w:rsidRPr="00C9454D">
        <w:rPr>
          <w:sz w:val="24"/>
          <w:szCs w:val="24"/>
        </w:rPr>
        <w:t>“You stayed,” Abilene said, her tone gentle.</w:t>
      </w:r>
    </w:p>
    <w:p w14:paraId="641F5C24" w14:textId="6A1A247C" w:rsidR="00A06E85" w:rsidRPr="00C9454D" w:rsidRDefault="00A06E85" w:rsidP="00C9454D">
      <w:pPr>
        <w:rPr>
          <w:sz w:val="24"/>
          <w:szCs w:val="24"/>
        </w:rPr>
      </w:pPr>
      <w:r w:rsidRPr="00C9454D">
        <w:rPr>
          <w:sz w:val="24"/>
          <w:szCs w:val="24"/>
        </w:rPr>
        <w:t xml:space="preserve">“I… didn’t mean to,” </w:t>
      </w:r>
      <w:r w:rsidR="00C31B5E" w:rsidRPr="00C9454D">
        <w:rPr>
          <w:sz w:val="24"/>
          <w:szCs w:val="24"/>
        </w:rPr>
        <w:t>Isol</w:t>
      </w:r>
      <w:r w:rsidR="00DD1FF5" w:rsidRPr="00C9454D">
        <w:rPr>
          <w:sz w:val="24"/>
          <w:szCs w:val="24"/>
        </w:rPr>
        <w:t xml:space="preserve">de </w:t>
      </w:r>
      <w:r w:rsidRPr="00C9454D">
        <w:rPr>
          <w:sz w:val="24"/>
          <w:szCs w:val="24"/>
        </w:rPr>
        <w:t>admitted, uncharacteristically unsure of herself.</w:t>
      </w:r>
    </w:p>
    <w:p w14:paraId="221EC212" w14:textId="77777777" w:rsidR="00A06E85" w:rsidRPr="00C9454D" w:rsidRDefault="00A06E85" w:rsidP="00C9454D">
      <w:pPr>
        <w:rPr>
          <w:sz w:val="24"/>
          <w:szCs w:val="24"/>
        </w:rPr>
      </w:pPr>
      <w:r w:rsidRPr="00C9454D">
        <w:rPr>
          <w:sz w:val="24"/>
          <w:szCs w:val="24"/>
        </w:rPr>
        <w:t>Abilene studied her for a moment, then smiled. “I’m glad you did. I’ve heard of the work you’ve been doing in the city. It’s remarkable.”</w:t>
      </w:r>
    </w:p>
    <w:p w14:paraId="11080316" w14:textId="3009732A" w:rsidR="00A06E85" w:rsidRPr="00C9454D" w:rsidRDefault="00C31B5E" w:rsidP="00C9454D">
      <w:pPr>
        <w:rPr>
          <w:sz w:val="24"/>
          <w:szCs w:val="24"/>
        </w:rPr>
      </w:pPr>
      <w:r w:rsidRPr="00C9454D">
        <w:rPr>
          <w:sz w:val="24"/>
          <w:szCs w:val="24"/>
        </w:rPr>
        <w:t>Isolde</w:t>
      </w:r>
      <w:r w:rsidR="00A06E85" w:rsidRPr="00C9454D">
        <w:rPr>
          <w:sz w:val="24"/>
          <w:szCs w:val="24"/>
        </w:rPr>
        <w:t>’s defenses went up instantly. “And what would you know about me?”</w:t>
      </w:r>
    </w:p>
    <w:p w14:paraId="7B6B0E99" w14:textId="77777777" w:rsidR="00A06E85" w:rsidRPr="00C9454D" w:rsidRDefault="00A06E85" w:rsidP="00C9454D">
      <w:pPr>
        <w:rPr>
          <w:sz w:val="24"/>
          <w:szCs w:val="24"/>
        </w:rPr>
      </w:pPr>
      <w:r w:rsidRPr="00C9454D">
        <w:rPr>
          <w:sz w:val="24"/>
          <w:szCs w:val="24"/>
        </w:rPr>
        <w:t>“More than you think,” Abilene replied, her voice steady. “I know it takes courage to change, to turn your life around. And I know it isn’t easy.”</w:t>
      </w:r>
    </w:p>
    <w:p w14:paraId="551BF8D8" w14:textId="19B4315C" w:rsidR="00A06E85" w:rsidRPr="00C9454D" w:rsidRDefault="00A06E85" w:rsidP="00C9454D">
      <w:pPr>
        <w:rPr>
          <w:sz w:val="24"/>
          <w:szCs w:val="24"/>
        </w:rPr>
      </w:pPr>
      <w:r w:rsidRPr="00C9454D">
        <w:rPr>
          <w:sz w:val="24"/>
          <w:szCs w:val="24"/>
        </w:rPr>
        <w:t xml:space="preserve">The words struck a chord </w:t>
      </w:r>
      <w:r w:rsidR="00C31B5E" w:rsidRPr="00C9454D">
        <w:rPr>
          <w:sz w:val="24"/>
          <w:szCs w:val="24"/>
        </w:rPr>
        <w:t>Isol</w:t>
      </w:r>
      <w:r w:rsidR="00DD1FF5" w:rsidRPr="00C9454D">
        <w:rPr>
          <w:sz w:val="24"/>
          <w:szCs w:val="24"/>
        </w:rPr>
        <w:t xml:space="preserve">de </w:t>
      </w:r>
      <w:r w:rsidRPr="00C9454D">
        <w:rPr>
          <w:sz w:val="24"/>
          <w:szCs w:val="24"/>
        </w:rPr>
        <w:t>didn’t expect. “Why would you care?”</w:t>
      </w:r>
    </w:p>
    <w:p w14:paraId="2D265AA6" w14:textId="77777777" w:rsidR="00A06E85" w:rsidRPr="00C9454D" w:rsidRDefault="00A06E85" w:rsidP="00C9454D">
      <w:pPr>
        <w:rPr>
          <w:sz w:val="24"/>
          <w:szCs w:val="24"/>
        </w:rPr>
      </w:pPr>
      <w:r w:rsidRPr="00C9454D">
        <w:rPr>
          <w:sz w:val="24"/>
          <w:szCs w:val="24"/>
        </w:rPr>
        <w:t>“Because I believe everyone is capable of redemption,” Abilene said simply. “Even those who think they don’t deserve it.”</w:t>
      </w:r>
    </w:p>
    <w:p w14:paraId="33706686" w14:textId="77777777" w:rsidR="00A06E85" w:rsidRPr="00C9454D" w:rsidRDefault="00A06E85" w:rsidP="00C9454D">
      <w:pPr>
        <w:rPr>
          <w:sz w:val="24"/>
          <w:szCs w:val="24"/>
        </w:rPr>
      </w:pPr>
    </w:p>
    <w:p w14:paraId="7A1A02CF" w14:textId="77777777" w:rsidR="00A06E85" w:rsidRPr="00C9454D" w:rsidRDefault="00A06E85" w:rsidP="00C9454D">
      <w:pPr>
        <w:pStyle w:val="Heading2"/>
        <w:rPr>
          <w:sz w:val="24"/>
          <w:szCs w:val="24"/>
        </w:rPr>
      </w:pPr>
      <w:r w:rsidRPr="00C9454D">
        <w:rPr>
          <w:sz w:val="24"/>
          <w:szCs w:val="24"/>
        </w:rPr>
        <w:t>A Shared Purpose</w:t>
      </w:r>
    </w:p>
    <w:p w14:paraId="2C3E2165" w14:textId="77777777" w:rsidR="005E088E" w:rsidRPr="00C9454D" w:rsidRDefault="005E088E" w:rsidP="00C9454D">
      <w:pPr>
        <w:rPr>
          <w:sz w:val="24"/>
          <w:szCs w:val="24"/>
        </w:rPr>
      </w:pPr>
    </w:p>
    <w:p w14:paraId="52EAC120" w14:textId="289FBABA" w:rsidR="00A06E85" w:rsidRPr="00C9454D" w:rsidRDefault="00A06E85" w:rsidP="00C9454D">
      <w:pPr>
        <w:rPr>
          <w:sz w:val="24"/>
          <w:szCs w:val="24"/>
        </w:rPr>
      </w:pPr>
      <w:r w:rsidRPr="00C9454D">
        <w:rPr>
          <w:sz w:val="24"/>
          <w:szCs w:val="24"/>
        </w:rPr>
        <w:t xml:space="preserve">Over the next few weeks, </w:t>
      </w:r>
      <w:r w:rsidR="00C31B5E" w:rsidRPr="00C9454D">
        <w:rPr>
          <w:sz w:val="24"/>
          <w:szCs w:val="24"/>
        </w:rPr>
        <w:t>Isol</w:t>
      </w:r>
      <w:r w:rsidR="00DD1FF5" w:rsidRPr="00C9454D">
        <w:rPr>
          <w:sz w:val="24"/>
          <w:szCs w:val="24"/>
        </w:rPr>
        <w:t xml:space="preserve">de </w:t>
      </w:r>
      <w:r w:rsidRPr="00C9454D">
        <w:rPr>
          <w:sz w:val="24"/>
          <w:szCs w:val="24"/>
        </w:rPr>
        <w:t xml:space="preserve">and Abilene crossed paths several more times. Though their interactions were initially strained, a mutual respect began to form. </w:t>
      </w:r>
      <w:r w:rsidR="00C31B5E" w:rsidRPr="00C9454D">
        <w:rPr>
          <w:sz w:val="24"/>
          <w:szCs w:val="24"/>
        </w:rPr>
        <w:t>Isol</w:t>
      </w:r>
      <w:r w:rsidR="00DD1FF5" w:rsidRPr="00C9454D">
        <w:rPr>
          <w:sz w:val="24"/>
          <w:szCs w:val="24"/>
        </w:rPr>
        <w:t xml:space="preserve">de </w:t>
      </w:r>
      <w:r w:rsidRPr="00C9454D">
        <w:rPr>
          <w:sz w:val="24"/>
          <w:szCs w:val="24"/>
        </w:rPr>
        <w:t xml:space="preserve">found herself drawn to Abilene’s unwavering faith and quiet strength, while Abilene saw in </w:t>
      </w:r>
      <w:r w:rsidR="00C31B5E" w:rsidRPr="00C9454D">
        <w:rPr>
          <w:sz w:val="24"/>
          <w:szCs w:val="24"/>
        </w:rPr>
        <w:t>Isol</w:t>
      </w:r>
      <w:r w:rsidR="00DD1FF5" w:rsidRPr="00C9454D">
        <w:rPr>
          <w:sz w:val="24"/>
          <w:szCs w:val="24"/>
        </w:rPr>
        <w:t xml:space="preserve">de </w:t>
      </w:r>
      <w:r w:rsidRPr="00C9454D">
        <w:rPr>
          <w:sz w:val="24"/>
          <w:szCs w:val="24"/>
        </w:rPr>
        <w:t>a woman struggling to rise above her past.</w:t>
      </w:r>
    </w:p>
    <w:p w14:paraId="52B55CD1" w14:textId="1A8C1EAA"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invited Abilene to her chambers. It was a rare gesture of trust, and Abilene accepted without hesitation.</w:t>
      </w:r>
    </w:p>
    <w:p w14:paraId="12B69C90" w14:textId="537780AB" w:rsidR="00A06E85" w:rsidRPr="00C9454D" w:rsidRDefault="00A06E85" w:rsidP="00C9454D">
      <w:pPr>
        <w:rPr>
          <w:sz w:val="24"/>
          <w:szCs w:val="24"/>
        </w:rPr>
      </w:pPr>
      <w:r w:rsidRPr="00C9454D">
        <w:rPr>
          <w:sz w:val="24"/>
          <w:szCs w:val="24"/>
        </w:rPr>
        <w:t xml:space="preserve">As they sat across from each other, </w:t>
      </w:r>
      <w:r w:rsidR="00C31B5E" w:rsidRPr="00C9454D">
        <w:rPr>
          <w:sz w:val="24"/>
          <w:szCs w:val="24"/>
        </w:rPr>
        <w:t>Isol</w:t>
      </w:r>
      <w:r w:rsidR="00DD1FF5" w:rsidRPr="00C9454D">
        <w:rPr>
          <w:sz w:val="24"/>
          <w:szCs w:val="24"/>
        </w:rPr>
        <w:t xml:space="preserve">de </w:t>
      </w:r>
      <w:r w:rsidRPr="00C9454D">
        <w:rPr>
          <w:sz w:val="24"/>
          <w:szCs w:val="24"/>
        </w:rPr>
        <w:t>spoke quietly. “I’ve spent my whole life running from who I was. I thought I could bury it, but it always finds a way to catch up with me.”</w:t>
      </w:r>
    </w:p>
    <w:p w14:paraId="02A1039A" w14:textId="722FD01F" w:rsidR="00A06E85" w:rsidRPr="00C9454D" w:rsidRDefault="00A06E85" w:rsidP="00C9454D">
      <w:pPr>
        <w:rPr>
          <w:sz w:val="24"/>
          <w:szCs w:val="24"/>
        </w:rPr>
      </w:pPr>
      <w:r w:rsidRPr="00C9454D">
        <w:rPr>
          <w:sz w:val="24"/>
          <w:szCs w:val="24"/>
        </w:rPr>
        <w:t>Abilene nodded, her expression thoughtful. “You can’t change the past, but you can deci</w:t>
      </w:r>
      <w:r w:rsidR="00DD1FF5" w:rsidRPr="00C9454D">
        <w:rPr>
          <w:sz w:val="24"/>
          <w:szCs w:val="24"/>
        </w:rPr>
        <w:t xml:space="preserve">de </w:t>
      </w:r>
      <w:r w:rsidRPr="00C9454D">
        <w:rPr>
          <w:sz w:val="24"/>
          <w:szCs w:val="24"/>
        </w:rPr>
        <w:t>what to do with it. The choices you make now—those are what define you.”</w:t>
      </w:r>
    </w:p>
    <w:p w14:paraId="7613E2C4" w14:textId="2FEF8CB5" w:rsidR="00A06E85" w:rsidRPr="00C9454D" w:rsidRDefault="00C31B5E" w:rsidP="00C9454D">
      <w:pPr>
        <w:rPr>
          <w:sz w:val="24"/>
          <w:szCs w:val="24"/>
        </w:rPr>
      </w:pPr>
      <w:r w:rsidRPr="00C9454D">
        <w:rPr>
          <w:sz w:val="24"/>
          <w:szCs w:val="24"/>
        </w:rPr>
        <w:t>Isol</w:t>
      </w:r>
      <w:r w:rsidR="00DD1FF5" w:rsidRPr="00C9454D">
        <w:rPr>
          <w:sz w:val="24"/>
          <w:szCs w:val="24"/>
        </w:rPr>
        <w:t xml:space="preserve">de </w:t>
      </w:r>
      <w:r w:rsidR="00A06E85" w:rsidRPr="00C9454D">
        <w:rPr>
          <w:sz w:val="24"/>
          <w:szCs w:val="24"/>
        </w:rPr>
        <w:t>hesitated, then reached for the worn copy of The Keeper’s Promise she had kept hidden on her desk. “Your book… it’s not what I expected.”</w:t>
      </w:r>
    </w:p>
    <w:p w14:paraId="73EF5F68" w14:textId="77777777" w:rsidR="00A06E85" w:rsidRPr="00C9454D" w:rsidRDefault="00A06E85" w:rsidP="00C9454D">
      <w:pPr>
        <w:rPr>
          <w:sz w:val="24"/>
          <w:szCs w:val="24"/>
        </w:rPr>
      </w:pPr>
      <w:r w:rsidRPr="00C9454D">
        <w:rPr>
          <w:sz w:val="24"/>
          <w:szCs w:val="24"/>
        </w:rPr>
        <w:t>Abilene smiled. “Books rarely are. What did you think of it?”</w:t>
      </w:r>
    </w:p>
    <w:p w14:paraId="412C0068" w14:textId="54F1761D" w:rsidR="00A06E85" w:rsidRPr="00C9454D" w:rsidRDefault="00A06E85" w:rsidP="00C9454D">
      <w:pPr>
        <w:rPr>
          <w:sz w:val="24"/>
          <w:szCs w:val="24"/>
        </w:rPr>
      </w:pPr>
      <w:r w:rsidRPr="00C9454D">
        <w:rPr>
          <w:sz w:val="24"/>
          <w:szCs w:val="24"/>
        </w:rPr>
        <w:t>“I hated how much it ma</w:t>
      </w:r>
      <w:r w:rsidR="00DD1FF5" w:rsidRPr="00C9454D">
        <w:rPr>
          <w:sz w:val="24"/>
          <w:szCs w:val="24"/>
        </w:rPr>
        <w:t xml:space="preserve">de </w:t>
      </w:r>
      <w:r w:rsidRPr="00C9454D">
        <w:rPr>
          <w:sz w:val="24"/>
          <w:szCs w:val="24"/>
        </w:rPr>
        <w:t xml:space="preserve">me think,” </w:t>
      </w:r>
      <w:r w:rsidR="00C31B5E" w:rsidRPr="00C9454D">
        <w:rPr>
          <w:sz w:val="24"/>
          <w:szCs w:val="24"/>
        </w:rPr>
        <w:t>Isol</w:t>
      </w:r>
      <w:r w:rsidR="00DD1FF5" w:rsidRPr="00C9454D">
        <w:rPr>
          <w:sz w:val="24"/>
          <w:szCs w:val="24"/>
        </w:rPr>
        <w:t xml:space="preserve">de </w:t>
      </w:r>
      <w:r w:rsidRPr="00C9454D">
        <w:rPr>
          <w:sz w:val="24"/>
          <w:szCs w:val="24"/>
        </w:rPr>
        <w:t>admitted. “But I couldn’t stop reading.”</w:t>
      </w:r>
    </w:p>
    <w:p w14:paraId="501877B6" w14:textId="77777777" w:rsidR="00A06E85" w:rsidRPr="00C9454D" w:rsidRDefault="00A06E85" w:rsidP="00C9454D">
      <w:pPr>
        <w:rPr>
          <w:sz w:val="24"/>
          <w:szCs w:val="24"/>
        </w:rPr>
      </w:pPr>
      <w:r w:rsidRPr="00C9454D">
        <w:rPr>
          <w:sz w:val="24"/>
          <w:szCs w:val="24"/>
        </w:rPr>
        <w:t>“That’s a good start,” Abilene said gently.</w:t>
      </w:r>
    </w:p>
    <w:p w14:paraId="55B56A77" w14:textId="77777777" w:rsidR="00A06E85" w:rsidRPr="00C9454D" w:rsidRDefault="00A06E85" w:rsidP="00C9454D">
      <w:pPr>
        <w:rPr>
          <w:sz w:val="24"/>
          <w:szCs w:val="24"/>
        </w:rPr>
      </w:pPr>
    </w:p>
    <w:p w14:paraId="2BC23FE8" w14:textId="77777777" w:rsidR="00A06E85" w:rsidRPr="00C9454D" w:rsidRDefault="00A06E85" w:rsidP="00C9454D">
      <w:pPr>
        <w:pStyle w:val="Heading2"/>
        <w:rPr>
          <w:sz w:val="24"/>
          <w:szCs w:val="24"/>
        </w:rPr>
      </w:pPr>
      <w:r w:rsidRPr="00C9454D">
        <w:rPr>
          <w:sz w:val="24"/>
          <w:szCs w:val="24"/>
        </w:rPr>
        <w:t>A Shared Path</w:t>
      </w:r>
    </w:p>
    <w:p w14:paraId="6945400D" w14:textId="77777777" w:rsidR="005E088E" w:rsidRPr="00C9454D" w:rsidRDefault="005E088E" w:rsidP="00C9454D">
      <w:pPr>
        <w:rPr>
          <w:sz w:val="24"/>
          <w:szCs w:val="24"/>
        </w:rPr>
      </w:pPr>
    </w:p>
    <w:p w14:paraId="561A779A" w14:textId="7C353328" w:rsidR="00A06E85" w:rsidRPr="00C9454D" w:rsidRDefault="00A06E85" w:rsidP="00C9454D">
      <w:pPr>
        <w:rPr>
          <w:sz w:val="24"/>
          <w:szCs w:val="24"/>
        </w:rPr>
      </w:pPr>
      <w:r w:rsidRPr="00C9454D">
        <w:rPr>
          <w:sz w:val="24"/>
          <w:szCs w:val="24"/>
        </w:rPr>
        <w:t xml:space="preserve">In the weeks that followed, </w:t>
      </w:r>
      <w:r w:rsidR="00C31B5E" w:rsidRPr="00C9454D">
        <w:rPr>
          <w:sz w:val="24"/>
          <w:szCs w:val="24"/>
        </w:rPr>
        <w:t>Isol</w:t>
      </w:r>
      <w:r w:rsidR="00DD1FF5" w:rsidRPr="00C9454D">
        <w:rPr>
          <w:sz w:val="24"/>
          <w:szCs w:val="24"/>
        </w:rPr>
        <w:t xml:space="preserve">de </w:t>
      </w:r>
      <w:r w:rsidRPr="00C9454D">
        <w:rPr>
          <w:sz w:val="24"/>
          <w:szCs w:val="24"/>
        </w:rPr>
        <w:t xml:space="preserve">and Abilene began to work together, combining their strengths to expand their efforts in the city. </w:t>
      </w:r>
      <w:r w:rsidR="00C31B5E" w:rsidRPr="00C9454D">
        <w:rPr>
          <w:sz w:val="24"/>
          <w:szCs w:val="24"/>
        </w:rPr>
        <w:t>Isolde</w:t>
      </w:r>
      <w:r w:rsidRPr="00C9454D">
        <w:rPr>
          <w:sz w:val="24"/>
          <w:szCs w:val="24"/>
        </w:rPr>
        <w:t>’s knowledge of the underworld and Abilene’s faith-driven approach created an unlikely but powerful partnership.</w:t>
      </w:r>
    </w:p>
    <w:p w14:paraId="506B445B" w14:textId="69A4A17F" w:rsidR="00A06E85" w:rsidRPr="00C9454D" w:rsidRDefault="00A06E85" w:rsidP="00C9454D">
      <w:pPr>
        <w:rPr>
          <w:sz w:val="24"/>
          <w:szCs w:val="24"/>
        </w:rPr>
      </w:pPr>
      <w:r w:rsidRPr="00C9454D">
        <w:rPr>
          <w:sz w:val="24"/>
          <w:szCs w:val="24"/>
        </w:rPr>
        <w:t xml:space="preserve">Though </w:t>
      </w:r>
      <w:r w:rsidR="00C31B5E" w:rsidRPr="00C9454D">
        <w:rPr>
          <w:sz w:val="24"/>
          <w:szCs w:val="24"/>
        </w:rPr>
        <w:t>Isolde</w:t>
      </w:r>
      <w:r w:rsidRPr="00C9454D">
        <w:rPr>
          <w:sz w:val="24"/>
          <w:szCs w:val="24"/>
        </w:rPr>
        <w:t xml:space="preserve">’s journey was far from over, she no longer faced it alone. With </w:t>
      </w:r>
      <w:r w:rsidR="005156BF" w:rsidRPr="00C9454D">
        <w:rPr>
          <w:sz w:val="24"/>
          <w:szCs w:val="24"/>
        </w:rPr>
        <w:t>Edmond</w:t>
      </w:r>
      <w:r w:rsidRPr="00C9454D">
        <w:rPr>
          <w:sz w:val="24"/>
          <w:szCs w:val="24"/>
        </w:rPr>
        <w:t>’s unwavering support and Abilene’s quiet guidance, she began to see herself not as a woman defined by her past, but as one capable of shaping a brighter future.</w:t>
      </w:r>
    </w:p>
    <w:p w14:paraId="273C78B3" w14:textId="03DCF422" w:rsidR="00E43039" w:rsidRPr="00C9454D" w:rsidRDefault="00A06E85" w:rsidP="00C9454D">
      <w:pPr>
        <w:rPr>
          <w:sz w:val="24"/>
          <w:szCs w:val="24"/>
        </w:rPr>
      </w:pPr>
      <w:r w:rsidRPr="00C9454D">
        <w:rPr>
          <w:sz w:val="24"/>
          <w:szCs w:val="24"/>
        </w:rPr>
        <w:t xml:space="preserve">And as she walked the streets of the city, hand in hand with </w:t>
      </w:r>
      <w:r w:rsidR="005156BF" w:rsidRPr="00C9454D">
        <w:rPr>
          <w:sz w:val="24"/>
          <w:szCs w:val="24"/>
        </w:rPr>
        <w:t>Edmond</w:t>
      </w:r>
      <w:r w:rsidRPr="00C9454D">
        <w:rPr>
          <w:sz w:val="24"/>
          <w:szCs w:val="24"/>
        </w:rPr>
        <w:t xml:space="preserve">, </w:t>
      </w:r>
      <w:r w:rsidR="00C31B5E" w:rsidRPr="00C9454D">
        <w:rPr>
          <w:sz w:val="24"/>
          <w:szCs w:val="24"/>
        </w:rPr>
        <w:t>Isol</w:t>
      </w:r>
      <w:r w:rsidR="00DD1FF5" w:rsidRPr="00C9454D">
        <w:rPr>
          <w:sz w:val="24"/>
          <w:szCs w:val="24"/>
        </w:rPr>
        <w:t xml:space="preserve">de </w:t>
      </w:r>
      <w:r w:rsidRPr="00C9454D">
        <w:rPr>
          <w:sz w:val="24"/>
          <w:szCs w:val="24"/>
        </w:rPr>
        <w:t>allowed herself to believe—for the first time—that redemption was not just a dream, but a reality within her grasp.</w:t>
      </w:r>
    </w:p>
    <w:p w14:paraId="094A1340" w14:textId="77777777" w:rsidR="005E088E" w:rsidRPr="00C9454D" w:rsidRDefault="005E088E" w:rsidP="00C9454D">
      <w:pPr>
        <w:rPr>
          <w:sz w:val="24"/>
          <w:szCs w:val="24"/>
        </w:rPr>
      </w:pPr>
    </w:p>
    <w:p w14:paraId="55EF3475" w14:textId="7C64D0F7" w:rsidR="00E43039" w:rsidRPr="00C9454D" w:rsidRDefault="005156BF" w:rsidP="00C9454D">
      <w:pPr>
        <w:rPr>
          <w:sz w:val="24"/>
          <w:szCs w:val="24"/>
        </w:rPr>
      </w:pPr>
      <w:r w:rsidRPr="00C9454D">
        <w:rPr>
          <w:sz w:val="24"/>
          <w:szCs w:val="24"/>
        </w:rPr>
        <w:t>Edmond</w:t>
      </w:r>
      <w:r w:rsidR="00E43039" w:rsidRPr="00C9454D">
        <w:rPr>
          <w:sz w:val="24"/>
          <w:szCs w:val="24"/>
        </w:rPr>
        <w:t xml:space="preserve"> had never been the sort of man to pursue courtship, and Isol</w:t>
      </w:r>
      <w:r w:rsidR="00DD1FF5" w:rsidRPr="00C9454D">
        <w:rPr>
          <w:sz w:val="24"/>
          <w:szCs w:val="24"/>
        </w:rPr>
        <w:t xml:space="preserve">de </w:t>
      </w:r>
      <w:r w:rsidR="00E43039" w:rsidRPr="00C9454D">
        <w:rPr>
          <w:sz w:val="24"/>
          <w:szCs w:val="24"/>
        </w:rPr>
        <w:t>had never been the sort of woman to believe in it.</w:t>
      </w:r>
    </w:p>
    <w:p w14:paraId="54BC46A4" w14:textId="77777777" w:rsidR="00E43039" w:rsidRPr="00C9454D" w:rsidRDefault="00E43039" w:rsidP="00C9454D">
      <w:pPr>
        <w:rPr>
          <w:sz w:val="24"/>
          <w:szCs w:val="24"/>
        </w:rPr>
      </w:pPr>
      <w:r w:rsidRPr="00C9454D">
        <w:rPr>
          <w:sz w:val="24"/>
          <w:szCs w:val="24"/>
        </w:rPr>
        <w:t>He was a Highlander by birth, a man of few words and iron-clad discipline, with the calloused hands of someone who had worked and fought his entire life.</w:t>
      </w:r>
    </w:p>
    <w:p w14:paraId="55EEEF1F" w14:textId="77777777" w:rsidR="00E43039" w:rsidRPr="00C9454D" w:rsidRDefault="00E43039" w:rsidP="00C9454D">
      <w:pPr>
        <w:rPr>
          <w:sz w:val="24"/>
          <w:szCs w:val="24"/>
        </w:rPr>
      </w:pPr>
      <w:r w:rsidRPr="00C9454D">
        <w:rPr>
          <w:sz w:val="24"/>
          <w:szCs w:val="24"/>
        </w:rPr>
        <w:t xml:space="preserve">She was the mistress of the </w:t>
      </w:r>
      <w:r w:rsidRPr="00C9454D">
        <w:rPr>
          <w:i/>
          <w:iCs/>
          <w:sz w:val="24"/>
          <w:szCs w:val="24"/>
        </w:rPr>
        <w:t>House of Silk</w:t>
      </w:r>
      <w:r w:rsidRPr="00C9454D">
        <w:rPr>
          <w:sz w:val="24"/>
          <w:szCs w:val="24"/>
        </w:rPr>
        <w:t>, a woman polished to perfection, wielding charm as a weapon and beauty as armor.</w:t>
      </w:r>
    </w:p>
    <w:p w14:paraId="4A586788" w14:textId="77777777" w:rsidR="00E43039" w:rsidRPr="00C9454D" w:rsidRDefault="00E43039" w:rsidP="00C9454D">
      <w:pPr>
        <w:rPr>
          <w:sz w:val="24"/>
          <w:szCs w:val="24"/>
        </w:rPr>
      </w:pPr>
      <w:r w:rsidRPr="00C9454D">
        <w:rPr>
          <w:sz w:val="24"/>
          <w:szCs w:val="24"/>
        </w:rPr>
        <w:t>They should have never met, much less fallen into something that resembled love.</w:t>
      </w:r>
    </w:p>
    <w:p w14:paraId="3C889C21" w14:textId="77777777" w:rsidR="00E43039" w:rsidRPr="00C9454D" w:rsidRDefault="00E43039" w:rsidP="00C9454D">
      <w:pPr>
        <w:rPr>
          <w:sz w:val="24"/>
          <w:szCs w:val="24"/>
        </w:rPr>
      </w:pPr>
      <w:r w:rsidRPr="00C9454D">
        <w:rPr>
          <w:sz w:val="24"/>
          <w:szCs w:val="24"/>
        </w:rPr>
        <w:t>But fate was nothing if not persistent.</w:t>
      </w:r>
    </w:p>
    <w:p w14:paraId="0892D438" w14:textId="77777777" w:rsidR="00E43039" w:rsidRPr="00C9454D" w:rsidRDefault="00FE197F" w:rsidP="00C9454D">
      <w:pPr>
        <w:rPr>
          <w:sz w:val="24"/>
          <w:szCs w:val="24"/>
        </w:rPr>
      </w:pPr>
      <w:r>
        <w:rPr>
          <w:noProof/>
          <w:sz w:val="24"/>
          <w:szCs w:val="24"/>
        </w:rPr>
      </w:r>
      <w:r w:rsidR="00FE197F">
        <w:rPr>
          <w:noProof/>
          <w:sz w:val="24"/>
          <w:szCs w:val="24"/>
        </w:rPr>
        <w:pict w14:anchorId="4F7F0D92">
          <v:rect id="_x0000_i1240" style="width:0;height:1.5pt" o:hralign="center" o:hrstd="t" o:hr="t" fillcolor="#a0a0a0" stroked="f"/>
        </w:pict>
      </w:r>
    </w:p>
    <w:p w14:paraId="03E41AB3" w14:textId="77777777" w:rsidR="00E43039" w:rsidRPr="00C9454D" w:rsidRDefault="00E43039" w:rsidP="00C9454D">
      <w:pPr>
        <w:pStyle w:val="Heading2"/>
        <w:rPr>
          <w:sz w:val="24"/>
          <w:szCs w:val="24"/>
        </w:rPr>
      </w:pPr>
      <w:r w:rsidRPr="00C9454D">
        <w:rPr>
          <w:sz w:val="24"/>
          <w:szCs w:val="24"/>
        </w:rPr>
        <w:t>An Unspoken Understanding</w:t>
      </w:r>
    </w:p>
    <w:p w14:paraId="02DB4F86" w14:textId="77777777" w:rsidR="005E088E" w:rsidRPr="00C9454D" w:rsidRDefault="005E088E" w:rsidP="00C9454D">
      <w:pPr>
        <w:rPr>
          <w:sz w:val="24"/>
          <w:szCs w:val="24"/>
        </w:rPr>
      </w:pPr>
    </w:p>
    <w:p w14:paraId="60E0FAE6" w14:textId="2E5C0BFE" w:rsidR="00E43039" w:rsidRPr="00C9454D" w:rsidRDefault="005156BF" w:rsidP="00C9454D">
      <w:pPr>
        <w:rPr>
          <w:sz w:val="24"/>
          <w:szCs w:val="24"/>
        </w:rPr>
      </w:pPr>
      <w:r w:rsidRPr="00C9454D">
        <w:rPr>
          <w:sz w:val="24"/>
          <w:szCs w:val="24"/>
        </w:rPr>
        <w:t>Edmond</w:t>
      </w:r>
      <w:r w:rsidR="00E43039" w:rsidRPr="00C9454D">
        <w:rPr>
          <w:sz w:val="24"/>
          <w:szCs w:val="24"/>
        </w:rPr>
        <w:t xml:space="preserve"> was not like other men.</w:t>
      </w:r>
    </w:p>
    <w:p w14:paraId="32063A66" w14:textId="77777777" w:rsidR="00E43039" w:rsidRPr="00C9454D" w:rsidRDefault="00E43039" w:rsidP="00C9454D">
      <w:pPr>
        <w:rPr>
          <w:sz w:val="24"/>
          <w:szCs w:val="24"/>
        </w:rPr>
      </w:pPr>
      <w:r w:rsidRPr="00C9454D">
        <w:rPr>
          <w:sz w:val="24"/>
          <w:szCs w:val="24"/>
        </w:rPr>
        <w:t>He did not charm her with words. He did not seek to impress.</w:t>
      </w:r>
    </w:p>
    <w:p w14:paraId="33FB23A9" w14:textId="77777777" w:rsidR="00E43039" w:rsidRPr="00C9454D" w:rsidRDefault="00E43039" w:rsidP="00C9454D">
      <w:pPr>
        <w:rPr>
          <w:sz w:val="24"/>
          <w:szCs w:val="24"/>
        </w:rPr>
      </w:pPr>
      <w:r w:rsidRPr="00C9454D">
        <w:rPr>
          <w:sz w:val="24"/>
          <w:szCs w:val="24"/>
        </w:rPr>
        <w:t>Instead, he watched her.</w:t>
      </w:r>
    </w:p>
    <w:p w14:paraId="4493E49C" w14:textId="77777777" w:rsidR="00E43039" w:rsidRPr="00C9454D" w:rsidRDefault="00E43039" w:rsidP="00C9454D">
      <w:pPr>
        <w:rPr>
          <w:sz w:val="24"/>
          <w:szCs w:val="24"/>
        </w:rPr>
      </w:pPr>
      <w:r w:rsidRPr="00C9454D">
        <w:rPr>
          <w:sz w:val="24"/>
          <w:szCs w:val="24"/>
        </w:rPr>
        <w:t>He noticed the way her fingers tightened when she thought too hard. The way she lingered near windows, as if searching for something just beyond her reach.</w:t>
      </w:r>
    </w:p>
    <w:p w14:paraId="78B602D2" w14:textId="77777777" w:rsidR="00E43039" w:rsidRPr="00C9454D" w:rsidRDefault="00E43039" w:rsidP="00C9454D">
      <w:pPr>
        <w:rPr>
          <w:sz w:val="24"/>
          <w:szCs w:val="24"/>
        </w:rPr>
      </w:pPr>
      <w:r w:rsidRPr="00C9454D">
        <w:rPr>
          <w:sz w:val="24"/>
          <w:szCs w:val="24"/>
        </w:rPr>
        <w:t xml:space="preserve">One night, as she sat alone in the dim candlelight of </w:t>
      </w:r>
      <w:r w:rsidRPr="00C9454D">
        <w:rPr>
          <w:i/>
          <w:iCs/>
          <w:sz w:val="24"/>
          <w:szCs w:val="24"/>
        </w:rPr>
        <w:t>House of Silk</w:t>
      </w:r>
      <w:r w:rsidRPr="00C9454D">
        <w:rPr>
          <w:sz w:val="24"/>
          <w:szCs w:val="24"/>
        </w:rPr>
        <w:t>, he brought her a drink without a word.</w:t>
      </w:r>
    </w:p>
    <w:p w14:paraId="79971D6F" w14:textId="77777777" w:rsidR="00E43039" w:rsidRPr="00C9454D" w:rsidRDefault="00E43039" w:rsidP="00C9454D">
      <w:pPr>
        <w:rPr>
          <w:sz w:val="24"/>
          <w:szCs w:val="24"/>
        </w:rPr>
      </w:pPr>
      <w:r w:rsidRPr="00C9454D">
        <w:rPr>
          <w:sz w:val="24"/>
          <w:szCs w:val="24"/>
        </w:rPr>
        <w:t>She looked up at him, surprised. “What is this?”</w:t>
      </w:r>
    </w:p>
    <w:p w14:paraId="355121F0" w14:textId="77777777" w:rsidR="00E43039" w:rsidRPr="00C9454D" w:rsidRDefault="00E43039" w:rsidP="00C9454D">
      <w:pPr>
        <w:rPr>
          <w:sz w:val="24"/>
          <w:szCs w:val="24"/>
        </w:rPr>
      </w:pPr>
      <w:r w:rsidRPr="00C9454D">
        <w:rPr>
          <w:sz w:val="24"/>
          <w:szCs w:val="24"/>
        </w:rPr>
        <w:t>“You haven’t eaten,” he said simply. “And if you’re going to drown yourself in thoughts, might as well have whisky to keep you company.”</w:t>
      </w:r>
    </w:p>
    <w:p w14:paraId="048FBC59" w14:textId="77777777" w:rsidR="00E43039" w:rsidRPr="00C9454D" w:rsidRDefault="00E43039" w:rsidP="00C9454D">
      <w:pPr>
        <w:rPr>
          <w:sz w:val="24"/>
          <w:szCs w:val="24"/>
        </w:rPr>
      </w:pPr>
      <w:r w:rsidRPr="00C9454D">
        <w:rPr>
          <w:sz w:val="24"/>
          <w:szCs w:val="24"/>
        </w:rPr>
        <w:t>She should have been annoyed.</w:t>
      </w:r>
    </w:p>
    <w:p w14:paraId="193952BD" w14:textId="77777777" w:rsidR="00E43039" w:rsidRPr="00C9454D" w:rsidRDefault="00E43039" w:rsidP="00C9454D">
      <w:pPr>
        <w:rPr>
          <w:sz w:val="24"/>
          <w:szCs w:val="24"/>
        </w:rPr>
      </w:pPr>
      <w:r w:rsidRPr="00C9454D">
        <w:rPr>
          <w:sz w:val="24"/>
          <w:szCs w:val="24"/>
        </w:rPr>
        <w:t>Instead, she laughed—a real laugh, not the kind she performed for others.</w:t>
      </w:r>
    </w:p>
    <w:p w14:paraId="5C122FA4" w14:textId="77777777" w:rsidR="00072C15" w:rsidRPr="00C9454D" w:rsidRDefault="00E43039" w:rsidP="00C9454D">
      <w:pPr>
        <w:rPr>
          <w:sz w:val="24"/>
          <w:szCs w:val="24"/>
        </w:rPr>
      </w:pPr>
      <w:r w:rsidRPr="00C9454D">
        <w:rPr>
          <w:sz w:val="24"/>
          <w:szCs w:val="24"/>
        </w:rPr>
        <w:t>That was the moment it began.</w:t>
      </w:r>
    </w:p>
    <w:p w14:paraId="5F5CC9E2" w14:textId="4FBE8C1E" w:rsidR="00E43039" w:rsidRPr="00C9454D" w:rsidRDefault="00E43039" w:rsidP="00C9454D">
      <w:pPr>
        <w:rPr>
          <w:sz w:val="24"/>
          <w:szCs w:val="24"/>
        </w:rPr>
      </w:pPr>
      <w:r w:rsidRPr="00C9454D">
        <w:rPr>
          <w:sz w:val="24"/>
          <w:szCs w:val="24"/>
        </w:rPr>
        <w:t>Not love.</w:t>
      </w:r>
    </w:p>
    <w:p w14:paraId="05B9C855" w14:textId="77777777" w:rsidR="00E43039" w:rsidRPr="00C9454D" w:rsidRDefault="00E43039" w:rsidP="00C9454D">
      <w:pPr>
        <w:rPr>
          <w:sz w:val="24"/>
          <w:szCs w:val="24"/>
        </w:rPr>
      </w:pPr>
      <w:r w:rsidRPr="00C9454D">
        <w:rPr>
          <w:sz w:val="24"/>
          <w:szCs w:val="24"/>
        </w:rPr>
        <w:t>Not yet.</w:t>
      </w:r>
    </w:p>
    <w:p w14:paraId="43472791" w14:textId="77777777" w:rsidR="00E43039" w:rsidRPr="00C9454D" w:rsidRDefault="00E43039" w:rsidP="00C9454D">
      <w:pPr>
        <w:rPr>
          <w:sz w:val="24"/>
          <w:szCs w:val="24"/>
        </w:rPr>
      </w:pPr>
      <w:r w:rsidRPr="00C9454D">
        <w:rPr>
          <w:sz w:val="24"/>
          <w:szCs w:val="24"/>
        </w:rPr>
        <w:t>But something that had the potential to become it.</w:t>
      </w:r>
    </w:p>
    <w:p w14:paraId="1BC5B27B" w14:textId="77777777" w:rsidR="00E43039" w:rsidRPr="00C9454D" w:rsidRDefault="00FE197F" w:rsidP="00C9454D">
      <w:pPr>
        <w:rPr>
          <w:sz w:val="24"/>
          <w:szCs w:val="24"/>
        </w:rPr>
      </w:pPr>
      <w:r>
        <w:rPr>
          <w:noProof/>
          <w:sz w:val="24"/>
          <w:szCs w:val="24"/>
        </w:rPr>
      </w:r>
      <w:r w:rsidR="00FE197F">
        <w:rPr>
          <w:noProof/>
          <w:sz w:val="24"/>
          <w:szCs w:val="24"/>
        </w:rPr>
        <w:pict w14:anchorId="58386E08">
          <v:rect id="_x0000_i1241" style="width:0;height:1.5pt" o:hralign="center" o:hrstd="t" o:hr="t" fillcolor="#a0a0a0" stroked="f"/>
        </w:pict>
      </w:r>
    </w:p>
    <w:p w14:paraId="0A5CD322" w14:textId="77777777" w:rsidR="00E43039" w:rsidRPr="00C9454D" w:rsidRDefault="00E43039" w:rsidP="00C9454D">
      <w:pPr>
        <w:pStyle w:val="Heading2"/>
        <w:rPr>
          <w:sz w:val="24"/>
          <w:szCs w:val="24"/>
        </w:rPr>
      </w:pPr>
      <w:r w:rsidRPr="00C9454D">
        <w:rPr>
          <w:sz w:val="24"/>
          <w:szCs w:val="24"/>
        </w:rPr>
        <w:t>The Courtship That Wasn’t</w:t>
      </w:r>
    </w:p>
    <w:p w14:paraId="0071DD81" w14:textId="77777777" w:rsidR="005E088E" w:rsidRPr="00C9454D" w:rsidRDefault="005E088E" w:rsidP="00C9454D">
      <w:pPr>
        <w:rPr>
          <w:sz w:val="24"/>
          <w:szCs w:val="24"/>
        </w:rPr>
      </w:pPr>
    </w:p>
    <w:p w14:paraId="261C668A" w14:textId="77777777" w:rsidR="00E43039" w:rsidRPr="00C9454D" w:rsidRDefault="00E43039" w:rsidP="00C9454D">
      <w:pPr>
        <w:rPr>
          <w:sz w:val="24"/>
          <w:szCs w:val="24"/>
        </w:rPr>
      </w:pPr>
      <w:r w:rsidRPr="00C9454D">
        <w:rPr>
          <w:sz w:val="24"/>
          <w:szCs w:val="24"/>
        </w:rPr>
        <w:t>He did not court her in the ways men did at court.</w:t>
      </w:r>
    </w:p>
    <w:p w14:paraId="2A9695E6" w14:textId="77777777" w:rsidR="00E43039" w:rsidRPr="00C9454D" w:rsidRDefault="00E43039" w:rsidP="00C9454D">
      <w:pPr>
        <w:rPr>
          <w:sz w:val="24"/>
          <w:szCs w:val="24"/>
        </w:rPr>
      </w:pPr>
      <w:r w:rsidRPr="00C9454D">
        <w:rPr>
          <w:sz w:val="24"/>
          <w:szCs w:val="24"/>
        </w:rPr>
        <w:t>He did not bring her flowers.</w:t>
      </w:r>
    </w:p>
    <w:p w14:paraId="6E016341" w14:textId="77777777" w:rsidR="00E43039" w:rsidRPr="00C9454D" w:rsidRDefault="00E43039" w:rsidP="00C9454D">
      <w:pPr>
        <w:rPr>
          <w:sz w:val="24"/>
          <w:szCs w:val="24"/>
        </w:rPr>
      </w:pPr>
      <w:r w:rsidRPr="00C9454D">
        <w:rPr>
          <w:sz w:val="24"/>
          <w:szCs w:val="24"/>
        </w:rPr>
        <w:t>He did not whisper poetry into her ear.</w:t>
      </w:r>
    </w:p>
    <w:p w14:paraId="4649B87D" w14:textId="77777777" w:rsidR="00E43039" w:rsidRPr="00C9454D" w:rsidRDefault="00E43039" w:rsidP="00C9454D">
      <w:pPr>
        <w:rPr>
          <w:sz w:val="24"/>
          <w:szCs w:val="24"/>
        </w:rPr>
      </w:pPr>
      <w:r w:rsidRPr="00C9454D">
        <w:rPr>
          <w:sz w:val="24"/>
          <w:szCs w:val="24"/>
        </w:rPr>
        <w:t>Instead, he walked her home in silence when she worked late into the night.</w:t>
      </w:r>
    </w:p>
    <w:p w14:paraId="15376143" w14:textId="339311FB" w:rsidR="00E43039" w:rsidRPr="00C9454D" w:rsidRDefault="00E43039" w:rsidP="00C9454D">
      <w:pPr>
        <w:rPr>
          <w:sz w:val="24"/>
          <w:szCs w:val="24"/>
        </w:rPr>
      </w:pPr>
      <w:r w:rsidRPr="00C9454D">
        <w:rPr>
          <w:sz w:val="24"/>
          <w:szCs w:val="24"/>
        </w:rPr>
        <w:t>He stood at her si</w:t>
      </w:r>
      <w:r w:rsidR="00DD1FF5" w:rsidRPr="00C9454D">
        <w:rPr>
          <w:sz w:val="24"/>
          <w:szCs w:val="24"/>
        </w:rPr>
        <w:t xml:space="preserve">de </w:t>
      </w:r>
      <w:r w:rsidRPr="00C9454D">
        <w:rPr>
          <w:sz w:val="24"/>
          <w:szCs w:val="24"/>
        </w:rPr>
        <w:t>when men underestimated her in business dealings.</w:t>
      </w:r>
    </w:p>
    <w:p w14:paraId="089B169E" w14:textId="77777777" w:rsidR="00E43039" w:rsidRPr="00C9454D" w:rsidRDefault="00E43039" w:rsidP="00C9454D">
      <w:pPr>
        <w:rPr>
          <w:sz w:val="24"/>
          <w:szCs w:val="24"/>
        </w:rPr>
      </w:pPr>
      <w:r w:rsidRPr="00C9454D">
        <w:rPr>
          <w:sz w:val="24"/>
          <w:szCs w:val="24"/>
        </w:rPr>
        <w:t>He never asked her to change, never questioned her past, never demanded that she be softer, gentler, or anything other than who she was.</w:t>
      </w:r>
    </w:p>
    <w:p w14:paraId="40BF659E" w14:textId="77777777" w:rsidR="00E43039" w:rsidRPr="00C9454D" w:rsidRDefault="00E43039" w:rsidP="00C9454D">
      <w:pPr>
        <w:rPr>
          <w:sz w:val="24"/>
          <w:szCs w:val="24"/>
        </w:rPr>
      </w:pPr>
      <w:r w:rsidRPr="00C9454D">
        <w:rPr>
          <w:sz w:val="24"/>
          <w:szCs w:val="24"/>
        </w:rPr>
        <w:t>And it was that steady presence, that unshakable trust, that finally undid her.</w:t>
      </w:r>
    </w:p>
    <w:p w14:paraId="09AA3D69" w14:textId="77777777" w:rsidR="00E43039" w:rsidRPr="00C9454D" w:rsidRDefault="00FE197F" w:rsidP="00C9454D">
      <w:pPr>
        <w:rPr>
          <w:sz w:val="24"/>
          <w:szCs w:val="24"/>
        </w:rPr>
      </w:pPr>
      <w:r>
        <w:rPr>
          <w:noProof/>
          <w:sz w:val="24"/>
          <w:szCs w:val="24"/>
        </w:rPr>
      </w:r>
      <w:r w:rsidR="00FE197F">
        <w:rPr>
          <w:noProof/>
          <w:sz w:val="24"/>
          <w:szCs w:val="24"/>
        </w:rPr>
        <w:pict w14:anchorId="07E21A80">
          <v:rect id="_x0000_i1242" style="width:0;height:1.5pt" o:hralign="center" o:hrstd="t" o:hr="t" fillcolor="#a0a0a0" stroked="f"/>
        </w:pict>
      </w:r>
    </w:p>
    <w:p w14:paraId="6302A4E8" w14:textId="77777777" w:rsidR="00E43039" w:rsidRPr="00C9454D" w:rsidRDefault="00E43039" w:rsidP="00C9454D">
      <w:pPr>
        <w:pStyle w:val="Heading2"/>
        <w:rPr>
          <w:sz w:val="24"/>
          <w:szCs w:val="24"/>
        </w:rPr>
      </w:pPr>
      <w:r w:rsidRPr="00C9454D">
        <w:rPr>
          <w:sz w:val="24"/>
          <w:szCs w:val="24"/>
        </w:rPr>
        <w:t>A Proposal Without A Question</w:t>
      </w:r>
    </w:p>
    <w:p w14:paraId="296E505A" w14:textId="77777777" w:rsidR="005E088E" w:rsidRPr="00C9454D" w:rsidRDefault="005E088E" w:rsidP="00C9454D">
      <w:pPr>
        <w:rPr>
          <w:sz w:val="24"/>
          <w:szCs w:val="24"/>
        </w:rPr>
      </w:pPr>
    </w:p>
    <w:p w14:paraId="777D4839" w14:textId="1AA44FBA" w:rsidR="00E43039" w:rsidRPr="00C9454D" w:rsidRDefault="00E43039" w:rsidP="00C9454D">
      <w:pPr>
        <w:rPr>
          <w:sz w:val="24"/>
          <w:szCs w:val="24"/>
        </w:rPr>
      </w:pPr>
      <w:r w:rsidRPr="00C9454D">
        <w:rPr>
          <w:sz w:val="24"/>
          <w:szCs w:val="24"/>
        </w:rPr>
        <w:t xml:space="preserve">One evening, under the flickering light of a lone candle, </w:t>
      </w:r>
      <w:r w:rsidR="005156BF" w:rsidRPr="00C9454D">
        <w:rPr>
          <w:sz w:val="24"/>
          <w:szCs w:val="24"/>
        </w:rPr>
        <w:t>Edmond</w:t>
      </w:r>
      <w:r w:rsidRPr="00C9454D">
        <w:rPr>
          <w:sz w:val="24"/>
          <w:szCs w:val="24"/>
        </w:rPr>
        <w:t xml:space="preserve"> simply handed her a ring.</w:t>
      </w:r>
    </w:p>
    <w:p w14:paraId="1C489AC9" w14:textId="77777777" w:rsidR="00E43039" w:rsidRPr="00C9454D" w:rsidRDefault="00E43039" w:rsidP="00C9454D">
      <w:pPr>
        <w:rPr>
          <w:sz w:val="24"/>
          <w:szCs w:val="24"/>
        </w:rPr>
      </w:pPr>
      <w:r w:rsidRPr="00C9454D">
        <w:rPr>
          <w:sz w:val="24"/>
          <w:szCs w:val="24"/>
        </w:rPr>
        <w:t>She stared at it for a long time before looking up. “Is this your way of asking?”</w:t>
      </w:r>
    </w:p>
    <w:p w14:paraId="2866D009" w14:textId="2B5A305B" w:rsidR="00E43039" w:rsidRPr="00C9454D" w:rsidRDefault="005156BF" w:rsidP="00C9454D">
      <w:pPr>
        <w:rPr>
          <w:sz w:val="24"/>
          <w:szCs w:val="24"/>
        </w:rPr>
      </w:pPr>
      <w:r w:rsidRPr="00C9454D">
        <w:rPr>
          <w:sz w:val="24"/>
          <w:szCs w:val="24"/>
        </w:rPr>
        <w:t>Edmond</w:t>
      </w:r>
      <w:r w:rsidR="00E43039" w:rsidRPr="00C9454D">
        <w:rPr>
          <w:sz w:val="24"/>
          <w:szCs w:val="24"/>
        </w:rPr>
        <w:t xml:space="preserve"> shrugged. “I figured you’d say no if you didn’t want it.”</w:t>
      </w:r>
    </w:p>
    <w:p w14:paraId="0B47B9E5" w14:textId="394F0028" w:rsidR="00E43039" w:rsidRPr="00C9454D" w:rsidRDefault="00E43039" w:rsidP="00C9454D">
      <w:pPr>
        <w:rPr>
          <w:sz w:val="24"/>
          <w:szCs w:val="24"/>
        </w:rPr>
      </w:pPr>
      <w:r w:rsidRPr="00C9454D">
        <w:rPr>
          <w:sz w:val="24"/>
          <w:szCs w:val="24"/>
        </w:rPr>
        <w:t>Isol</w:t>
      </w:r>
      <w:r w:rsidR="00DD1FF5" w:rsidRPr="00C9454D">
        <w:rPr>
          <w:sz w:val="24"/>
          <w:szCs w:val="24"/>
        </w:rPr>
        <w:t xml:space="preserve">de </w:t>
      </w:r>
      <w:r w:rsidRPr="00C9454D">
        <w:rPr>
          <w:sz w:val="24"/>
          <w:szCs w:val="24"/>
        </w:rPr>
        <w:t>smirked, rolling the ring between her fingers. “You assume much.”</w:t>
      </w:r>
    </w:p>
    <w:p w14:paraId="59B34AC0" w14:textId="77777777" w:rsidR="00E43039" w:rsidRPr="00C9454D" w:rsidRDefault="00E43039" w:rsidP="00C9454D">
      <w:pPr>
        <w:rPr>
          <w:sz w:val="24"/>
          <w:szCs w:val="24"/>
        </w:rPr>
      </w:pPr>
      <w:r w:rsidRPr="00C9454D">
        <w:rPr>
          <w:sz w:val="24"/>
          <w:szCs w:val="24"/>
        </w:rPr>
        <w:t>He met her gaze, his blue eyes steady. “Aye. But never about you.”</w:t>
      </w:r>
    </w:p>
    <w:p w14:paraId="4E47894E" w14:textId="77777777" w:rsidR="00E43039" w:rsidRPr="00C9454D" w:rsidRDefault="00E43039" w:rsidP="00C9454D">
      <w:pPr>
        <w:rPr>
          <w:sz w:val="24"/>
          <w:szCs w:val="24"/>
        </w:rPr>
      </w:pPr>
      <w:r w:rsidRPr="00C9454D">
        <w:rPr>
          <w:sz w:val="24"/>
          <w:szCs w:val="24"/>
        </w:rPr>
        <w:t>And she slid the ring onto her finger without another word.</w:t>
      </w:r>
    </w:p>
    <w:p w14:paraId="296B6235" w14:textId="77777777" w:rsidR="00E43039" w:rsidRPr="00C9454D" w:rsidRDefault="00E43039" w:rsidP="00C9454D">
      <w:pPr>
        <w:rPr>
          <w:sz w:val="24"/>
          <w:szCs w:val="24"/>
        </w:rPr>
      </w:pPr>
      <w:r w:rsidRPr="00C9454D">
        <w:rPr>
          <w:sz w:val="24"/>
          <w:szCs w:val="24"/>
        </w:rPr>
        <w:t>Because she knew.</w:t>
      </w:r>
    </w:p>
    <w:p w14:paraId="17A3622C" w14:textId="77777777" w:rsidR="00E43039" w:rsidRPr="00C9454D" w:rsidRDefault="00E43039" w:rsidP="00C9454D">
      <w:pPr>
        <w:rPr>
          <w:sz w:val="24"/>
          <w:szCs w:val="24"/>
        </w:rPr>
      </w:pPr>
      <w:r w:rsidRPr="00C9454D">
        <w:rPr>
          <w:sz w:val="24"/>
          <w:szCs w:val="24"/>
        </w:rPr>
        <w:t>As he had known.</w:t>
      </w:r>
    </w:p>
    <w:p w14:paraId="71FA006E" w14:textId="77777777" w:rsidR="00E43039" w:rsidRPr="00C9454D" w:rsidRDefault="00E43039" w:rsidP="00C9454D">
      <w:pPr>
        <w:rPr>
          <w:sz w:val="24"/>
          <w:szCs w:val="24"/>
        </w:rPr>
      </w:pPr>
      <w:r w:rsidRPr="00C9454D">
        <w:rPr>
          <w:sz w:val="24"/>
          <w:szCs w:val="24"/>
        </w:rPr>
        <w:t>That they belonged to each other in a quiet, unspoken way.</w:t>
      </w:r>
    </w:p>
    <w:p w14:paraId="1EEF82FC" w14:textId="77777777" w:rsidR="00E43039" w:rsidRPr="00C9454D" w:rsidRDefault="00FE197F" w:rsidP="00C9454D">
      <w:pPr>
        <w:rPr>
          <w:sz w:val="24"/>
          <w:szCs w:val="24"/>
        </w:rPr>
      </w:pPr>
      <w:r>
        <w:rPr>
          <w:noProof/>
          <w:sz w:val="24"/>
          <w:szCs w:val="24"/>
        </w:rPr>
      </w:r>
      <w:r w:rsidR="00FE197F">
        <w:rPr>
          <w:noProof/>
          <w:sz w:val="24"/>
          <w:szCs w:val="24"/>
        </w:rPr>
        <w:pict w14:anchorId="081F6211">
          <v:rect id="_x0000_i1243" style="width:0;height:1.5pt" o:hralign="center" o:hrstd="t" o:hr="t" fillcolor="#a0a0a0" stroked="f"/>
        </w:pict>
      </w:r>
    </w:p>
    <w:p w14:paraId="6580BD4F" w14:textId="77777777" w:rsidR="00E43039" w:rsidRPr="00C9454D" w:rsidRDefault="00E43039" w:rsidP="00C9454D">
      <w:pPr>
        <w:pStyle w:val="Heading2"/>
        <w:rPr>
          <w:sz w:val="24"/>
          <w:szCs w:val="24"/>
        </w:rPr>
      </w:pPr>
      <w:r w:rsidRPr="00C9454D">
        <w:rPr>
          <w:sz w:val="24"/>
          <w:szCs w:val="24"/>
        </w:rPr>
        <w:t>The Wedding – Where All Their Journeys Converged</w:t>
      </w:r>
    </w:p>
    <w:p w14:paraId="4D9BFABB" w14:textId="77777777" w:rsidR="005E088E" w:rsidRPr="00C9454D" w:rsidRDefault="005E088E" w:rsidP="00C9454D">
      <w:pPr>
        <w:rPr>
          <w:sz w:val="24"/>
          <w:szCs w:val="24"/>
        </w:rPr>
      </w:pPr>
    </w:p>
    <w:p w14:paraId="16EB6FA5" w14:textId="1BA76553" w:rsidR="00E43039" w:rsidRPr="00C9454D" w:rsidRDefault="00E43039" w:rsidP="00C9454D">
      <w:pPr>
        <w:rPr>
          <w:sz w:val="24"/>
          <w:szCs w:val="24"/>
        </w:rPr>
      </w:pPr>
      <w:r w:rsidRPr="00C9454D">
        <w:rPr>
          <w:sz w:val="24"/>
          <w:szCs w:val="24"/>
        </w:rPr>
        <w:t xml:space="preserve">The halls of </w:t>
      </w:r>
      <w:r w:rsidR="00522C4D" w:rsidRPr="00C9454D">
        <w:rPr>
          <w:sz w:val="24"/>
          <w:szCs w:val="24"/>
        </w:rPr>
        <w:t>High Haven</w:t>
      </w:r>
      <w:r w:rsidRPr="00C9454D">
        <w:rPr>
          <w:sz w:val="24"/>
          <w:szCs w:val="24"/>
        </w:rPr>
        <w:t xml:space="preserve"> had seen many things.</w:t>
      </w:r>
    </w:p>
    <w:p w14:paraId="6126CEA7" w14:textId="77777777" w:rsidR="00E43039" w:rsidRPr="00C9454D" w:rsidRDefault="00E43039" w:rsidP="00C9454D">
      <w:pPr>
        <w:rPr>
          <w:sz w:val="24"/>
          <w:szCs w:val="24"/>
        </w:rPr>
      </w:pPr>
      <w:r w:rsidRPr="00C9454D">
        <w:rPr>
          <w:sz w:val="24"/>
          <w:szCs w:val="24"/>
        </w:rPr>
        <w:t>A flood that nearly destroyed a people.</w:t>
      </w:r>
    </w:p>
    <w:p w14:paraId="28D2C1F9" w14:textId="77777777" w:rsidR="00E43039" w:rsidRPr="00C9454D" w:rsidRDefault="00E43039" w:rsidP="00C9454D">
      <w:pPr>
        <w:rPr>
          <w:sz w:val="24"/>
          <w:szCs w:val="24"/>
        </w:rPr>
      </w:pPr>
      <w:r w:rsidRPr="00C9454D">
        <w:rPr>
          <w:sz w:val="24"/>
          <w:szCs w:val="24"/>
        </w:rPr>
        <w:t>A love story between a warrior and a noblewoman.</w:t>
      </w:r>
    </w:p>
    <w:p w14:paraId="3868371D" w14:textId="77777777" w:rsidR="00E43039" w:rsidRPr="00C9454D" w:rsidRDefault="00E43039" w:rsidP="00C9454D">
      <w:pPr>
        <w:rPr>
          <w:sz w:val="24"/>
          <w:szCs w:val="24"/>
        </w:rPr>
      </w:pPr>
      <w:r w:rsidRPr="00C9454D">
        <w:rPr>
          <w:sz w:val="24"/>
          <w:szCs w:val="24"/>
        </w:rPr>
        <w:t>The birth of children who would change the world.</w:t>
      </w:r>
    </w:p>
    <w:p w14:paraId="11171C38" w14:textId="40190F7A" w:rsidR="00E43039" w:rsidRPr="00C9454D" w:rsidRDefault="00E43039" w:rsidP="00C9454D">
      <w:pPr>
        <w:rPr>
          <w:sz w:val="24"/>
          <w:szCs w:val="24"/>
        </w:rPr>
      </w:pPr>
      <w:r w:rsidRPr="00C9454D">
        <w:rPr>
          <w:sz w:val="24"/>
          <w:szCs w:val="24"/>
        </w:rPr>
        <w:t xml:space="preserve">And now—the marriage of two people who had never believed they would have a </w:t>
      </w:r>
      <w:r w:rsidR="00DC7F9F" w:rsidRPr="00C9454D">
        <w:rPr>
          <w:sz w:val="24"/>
          <w:szCs w:val="24"/>
        </w:rPr>
        <w:t>story</w:t>
      </w:r>
      <w:r w:rsidRPr="00C9454D">
        <w:rPr>
          <w:sz w:val="24"/>
          <w:szCs w:val="24"/>
        </w:rPr>
        <w:t xml:space="preserve"> so grand.</w:t>
      </w:r>
    </w:p>
    <w:p w14:paraId="3EA24B2A" w14:textId="77777777" w:rsidR="00E43039" w:rsidRPr="00C9454D" w:rsidRDefault="00FE197F" w:rsidP="00C9454D">
      <w:pPr>
        <w:rPr>
          <w:sz w:val="24"/>
          <w:szCs w:val="24"/>
        </w:rPr>
      </w:pPr>
      <w:r>
        <w:rPr>
          <w:noProof/>
          <w:sz w:val="24"/>
          <w:szCs w:val="24"/>
        </w:rPr>
      </w:r>
      <w:r w:rsidR="00FE197F">
        <w:rPr>
          <w:noProof/>
          <w:sz w:val="24"/>
          <w:szCs w:val="24"/>
        </w:rPr>
        <w:pict w14:anchorId="3701D72E">
          <v:rect id="_x0000_i1244" style="width:0;height:1.5pt" o:hralign="center" o:hrstd="t" o:hr="t" fillcolor="#a0a0a0" stroked="f"/>
        </w:pict>
      </w:r>
    </w:p>
    <w:p w14:paraId="732A5449" w14:textId="77777777" w:rsidR="00E43039" w:rsidRPr="00C9454D" w:rsidRDefault="00E43039" w:rsidP="00C9454D">
      <w:pPr>
        <w:pStyle w:val="Heading2"/>
        <w:rPr>
          <w:sz w:val="24"/>
          <w:szCs w:val="24"/>
        </w:rPr>
      </w:pPr>
      <w:r w:rsidRPr="00C9454D">
        <w:rPr>
          <w:sz w:val="24"/>
          <w:szCs w:val="24"/>
        </w:rPr>
        <w:t>A Gathering of the Past &amp; Future</w:t>
      </w:r>
    </w:p>
    <w:p w14:paraId="76FEA3DB" w14:textId="77777777" w:rsidR="005E088E" w:rsidRPr="00C9454D" w:rsidRDefault="005E088E" w:rsidP="00C9454D">
      <w:pPr>
        <w:rPr>
          <w:sz w:val="24"/>
          <w:szCs w:val="24"/>
        </w:rPr>
      </w:pPr>
    </w:p>
    <w:p w14:paraId="39F0600B" w14:textId="77777777" w:rsidR="00E43039" w:rsidRPr="00C9454D" w:rsidRDefault="00E43039" w:rsidP="00C9454D">
      <w:pPr>
        <w:rPr>
          <w:sz w:val="24"/>
          <w:szCs w:val="24"/>
        </w:rPr>
      </w:pPr>
      <w:r w:rsidRPr="00C9454D">
        <w:rPr>
          <w:sz w:val="24"/>
          <w:szCs w:val="24"/>
        </w:rPr>
        <w:t>They came from everywhere.</w:t>
      </w:r>
    </w:p>
    <w:p w14:paraId="55A152A6" w14:textId="77777777" w:rsidR="00E43039" w:rsidRPr="00C9454D" w:rsidRDefault="00E43039" w:rsidP="00C9454D">
      <w:pPr>
        <w:rPr>
          <w:sz w:val="24"/>
          <w:szCs w:val="24"/>
        </w:rPr>
      </w:pPr>
      <w:r w:rsidRPr="00C9454D">
        <w:rPr>
          <w:sz w:val="24"/>
          <w:szCs w:val="24"/>
        </w:rPr>
        <w:t xml:space="preserve">John and </w:t>
      </w:r>
      <w:proofErr w:type="spellStart"/>
      <w:r w:rsidRPr="00C9454D">
        <w:rPr>
          <w:sz w:val="24"/>
          <w:szCs w:val="24"/>
        </w:rPr>
        <w:t>Alara</w:t>
      </w:r>
      <w:proofErr w:type="spellEnd"/>
      <w:r w:rsidRPr="00C9454D">
        <w:rPr>
          <w:sz w:val="24"/>
          <w:szCs w:val="24"/>
        </w:rPr>
        <w:t>, who had turned scandal into an empire, bringing their mischievous children with them.</w:t>
      </w:r>
    </w:p>
    <w:p w14:paraId="28EC7D2D" w14:textId="77777777" w:rsidR="00E43039" w:rsidRPr="00C9454D" w:rsidRDefault="00E43039" w:rsidP="00C9454D">
      <w:pPr>
        <w:rPr>
          <w:sz w:val="24"/>
          <w:szCs w:val="24"/>
        </w:rPr>
      </w:pPr>
      <w:r w:rsidRPr="00C9454D">
        <w:rPr>
          <w:sz w:val="24"/>
          <w:szCs w:val="24"/>
        </w:rPr>
        <w:t>Helena and Étienne, whose love had turned into legend, their presence like golden warmth in the halls.</w:t>
      </w:r>
    </w:p>
    <w:p w14:paraId="138AFD25" w14:textId="77777777" w:rsidR="00E43039" w:rsidRPr="00C9454D" w:rsidRDefault="00E43039" w:rsidP="00C9454D">
      <w:pPr>
        <w:rPr>
          <w:sz w:val="24"/>
          <w:szCs w:val="24"/>
        </w:rPr>
      </w:pPr>
      <w:r w:rsidRPr="00C9454D">
        <w:rPr>
          <w:sz w:val="24"/>
          <w:szCs w:val="24"/>
        </w:rPr>
        <w:t>Abilene, standing alone for the first time without Guy, but standing strong nonetheless.</w:t>
      </w:r>
    </w:p>
    <w:p w14:paraId="0E3EC2BE" w14:textId="77777777" w:rsidR="00540330" w:rsidRPr="00C9454D" w:rsidRDefault="00540330" w:rsidP="00C9454D">
      <w:pPr>
        <w:rPr>
          <w:sz w:val="24"/>
          <w:szCs w:val="24"/>
        </w:rPr>
      </w:pPr>
    </w:p>
    <w:p w14:paraId="0104B945" w14:textId="6EAA16EF" w:rsidR="003B334B" w:rsidRPr="00C9454D" w:rsidRDefault="003B334B" w:rsidP="00C9454D">
      <w:pPr>
        <w:pStyle w:val="Heading2"/>
        <w:rPr>
          <w:sz w:val="24"/>
          <w:szCs w:val="24"/>
        </w:rPr>
      </w:pPr>
      <w:r w:rsidRPr="00C9454D">
        <w:rPr>
          <w:sz w:val="24"/>
          <w:szCs w:val="24"/>
        </w:rPr>
        <w:t>The years had been kind to Lady Isolde.</w:t>
      </w:r>
    </w:p>
    <w:p w14:paraId="1B672065" w14:textId="77777777" w:rsidR="0074031E" w:rsidRPr="00C9454D" w:rsidRDefault="0074031E" w:rsidP="00C9454D">
      <w:pPr>
        <w:rPr>
          <w:sz w:val="24"/>
          <w:szCs w:val="24"/>
        </w:rPr>
      </w:pPr>
    </w:p>
    <w:p w14:paraId="2D4441CB" w14:textId="445F69B5" w:rsidR="003B334B" w:rsidRPr="00C9454D" w:rsidRDefault="003B334B" w:rsidP="00C9454D">
      <w:pPr>
        <w:rPr>
          <w:sz w:val="24"/>
          <w:szCs w:val="24"/>
        </w:rPr>
      </w:pPr>
      <w:r w:rsidRPr="00C9454D">
        <w:rPr>
          <w:sz w:val="24"/>
          <w:szCs w:val="24"/>
        </w:rPr>
        <w:t>Time had neither stolen her beauty nor dulled her presence. Though she was nearing forty-seven, her features remained as striking as ever—her raven-black hair untouched by silver, her skin smooth, her blue eyes still sharp with intelligence. But the girl who once played cruel games and sought conquest in men’s hearts was gone. In her place stood a woman of poise, wisdom, and quiet confidence.</w:t>
      </w:r>
    </w:p>
    <w:p w14:paraId="2E9CC54A" w14:textId="77777777" w:rsidR="003B334B" w:rsidRPr="00C9454D" w:rsidRDefault="003B334B" w:rsidP="00C9454D">
      <w:pPr>
        <w:rPr>
          <w:sz w:val="24"/>
          <w:szCs w:val="24"/>
        </w:rPr>
      </w:pPr>
      <w:r w:rsidRPr="00C9454D">
        <w:rPr>
          <w:sz w:val="24"/>
          <w:szCs w:val="24"/>
        </w:rPr>
        <w:t>The villagers still whispered about her—not of scandal, but of marvel. She had not married in her youth, had not been claimed like so many of her peers. And now, at an age when most women had already raised children and settled into their roles, she stood as a woman still untamed, still enigmatic.</w:t>
      </w:r>
    </w:p>
    <w:p w14:paraId="4F49843B" w14:textId="0E32EFE3" w:rsidR="003B334B" w:rsidRPr="00C9454D" w:rsidRDefault="003B334B" w:rsidP="00C9454D">
      <w:pPr>
        <w:rPr>
          <w:sz w:val="24"/>
          <w:szCs w:val="24"/>
        </w:rPr>
      </w:pPr>
      <w:r w:rsidRPr="00C9454D">
        <w:rPr>
          <w:sz w:val="24"/>
          <w:szCs w:val="24"/>
        </w:rPr>
        <w:t>But Isol</w:t>
      </w:r>
      <w:r w:rsidR="00DD1FF5" w:rsidRPr="00C9454D">
        <w:rPr>
          <w:sz w:val="24"/>
          <w:szCs w:val="24"/>
        </w:rPr>
        <w:t xml:space="preserve">de </w:t>
      </w:r>
      <w:r w:rsidRPr="00C9454D">
        <w:rPr>
          <w:sz w:val="24"/>
          <w:szCs w:val="24"/>
        </w:rPr>
        <w:t>had learned one thing over the years: men who sought to own beauty often did not deserve it. And so, she had waited—for a man not entranced by what he could claim, but one who saw beyond the surface.</w:t>
      </w:r>
    </w:p>
    <w:p w14:paraId="5262B38C" w14:textId="07076EF9" w:rsidR="003B334B" w:rsidRPr="00C9454D" w:rsidRDefault="003B334B" w:rsidP="00C9454D">
      <w:pPr>
        <w:rPr>
          <w:sz w:val="24"/>
          <w:szCs w:val="24"/>
        </w:rPr>
      </w:pPr>
      <w:r w:rsidRPr="00C9454D">
        <w:rPr>
          <w:sz w:val="24"/>
          <w:szCs w:val="24"/>
        </w:rPr>
        <w:t>And so, in the spring of 1230, Isol</w:t>
      </w:r>
      <w:r w:rsidR="00DD1FF5" w:rsidRPr="00C9454D">
        <w:rPr>
          <w:sz w:val="24"/>
          <w:szCs w:val="24"/>
        </w:rPr>
        <w:t xml:space="preserve">de </w:t>
      </w:r>
      <w:r w:rsidRPr="00C9454D">
        <w:rPr>
          <w:sz w:val="24"/>
          <w:szCs w:val="24"/>
        </w:rPr>
        <w:t>married a man who did not seek to tame her, but to stand besi</w:t>
      </w:r>
      <w:r w:rsidR="00DD1FF5" w:rsidRPr="00C9454D">
        <w:rPr>
          <w:sz w:val="24"/>
          <w:szCs w:val="24"/>
        </w:rPr>
        <w:t xml:space="preserve">de </w:t>
      </w:r>
      <w:r w:rsidRPr="00C9454D">
        <w:rPr>
          <w:sz w:val="24"/>
          <w:szCs w:val="24"/>
        </w:rPr>
        <w:t>her.</w:t>
      </w:r>
    </w:p>
    <w:p w14:paraId="2F8ED76E" w14:textId="7ED894F6" w:rsidR="003B334B" w:rsidRPr="00C9454D" w:rsidRDefault="003B334B" w:rsidP="00C9454D">
      <w:pPr>
        <w:rPr>
          <w:sz w:val="24"/>
          <w:szCs w:val="24"/>
        </w:rPr>
      </w:pPr>
      <w:r w:rsidRPr="00C9454D">
        <w:rPr>
          <w:sz w:val="24"/>
          <w:szCs w:val="24"/>
        </w:rPr>
        <w:t xml:space="preserve">Lord Edmond </w:t>
      </w:r>
      <w:proofErr w:type="spellStart"/>
      <w:r w:rsidRPr="00C9454D">
        <w:rPr>
          <w:sz w:val="24"/>
          <w:szCs w:val="24"/>
        </w:rPr>
        <w:t>d’Anjou</w:t>
      </w:r>
      <w:proofErr w:type="spellEnd"/>
      <w:r w:rsidRPr="00C9454D">
        <w:rPr>
          <w:sz w:val="24"/>
          <w:szCs w:val="24"/>
        </w:rPr>
        <w:t>, a widower of fifty. He was not a man of reckless passion, nor of foolish youth. He was steady, deliberate, and saw Isol</w:t>
      </w:r>
      <w:r w:rsidR="00DD1FF5" w:rsidRPr="00C9454D">
        <w:rPr>
          <w:sz w:val="24"/>
          <w:szCs w:val="24"/>
        </w:rPr>
        <w:t xml:space="preserve">de </w:t>
      </w:r>
      <w:r w:rsidRPr="00C9454D">
        <w:rPr>
          <w:sz w:val="24"/>
          <w:szCs w:val="24"/>
        </w:rPr>
        <w:t>not as a prize, but as an equal. He was a man who valued conversation as much as he did silence, a man who understood that beauty was more than skin, but wit and mind and soul.</w:t>
      </w:r>
    </w:p>
    <w:p w14:paraId="15EB5B13" w14:textId="20C9A272" w:rsidR="003B334B" w:rsidRPr="00C9454D" w:rsidRDefault="003B334B" w:rsidP="00C9454D">
      <w:pPr>
        <w:rPr>
          <w:sz w:val="24"/>
          <w:szCs w:val="24"/>
        </w:rPr>
      </w:pPr>
      <w:r w:rsidRPr="00C9454D">
        <w:rPr>
          <w:sz w:val="24"/>
          <w:szCs w:val="24"/>
        </w:rPr>
        <w:t xml:space="preserve">Their wedding was quiet, elegant, held at </w:t>
      </w:r>
      <w:r w:rsidR="00287E85" w:rsidRPr="00C9454D">
        <w:rPr>
          <w:sz w:val="24"/>
          <w:szCs w:val="24"/>
        </w:rPr>
        <w:t>High Haven</w:t>
      </w:r>
      <w:r w:rsidRPr="00C9454D">
        <w:rPr>
          <w:sz w:val="24"/>
          <w:szCs w:val="24"/>
        </w:rPr>
        <w:t xml:space="preserve"> beneath the grand oaks that had stood for generations. The vows were spoken with no grand declarations, no foolish poetry—only quiet certainty.</w:t>
      </w:r>
    </w:p>
    <w:p w14:paraId="1C26828B" w14:textId="77777777" w:rsidR="003B334B" w:rsidRPr="00C9454D" w:rsidRDefault="003B334B" w:rsidP="00C9454D">
      <w:pPr>
        <w:rPr>
          <w:sz w:val="24"/>
          <w:szCs w:val="24"/>
        </w:rPr>
      </w:pPr>
      <w:r w:rsidRPr="00C9454D">
        <w:rPr>
          <w:sz w:val="24"/>
          <w:szCs w:val="24"/>
        </w:rPr>
        <w:t>She was not a girl chasing a knight. She was a woman choosing a partner.</w:t>
      </w:r>
    </w:p>
    <w:p w14:paraId="561E2718" w14:textId="4E217B68" w:rsidR="00E43039" w:rsidRPr="00C9454D" w:rsidRDefault="005156BF" w:rsidP="00C9454D">
      <w:pPr>
        <w:rPr>
          <w:sz w:val="24"/>
          <w:szCs w:val="24"/>
        </w:rPr>
      </w:pPr>
      <w:r w:rsidRPr="00C9454D">
        <w:rPr>
          <w:sz w:val="24"/>
          <w:szCs w:val="24"/>
        </w:rPr>
        <w:t>Edmond</w:t>
      </w:r>
      <w:r w:rsidR="00E43039" w:rsidRPr="00C9454D">
        <w:rPr>
          <w:sz w:val="24"/>
          <w:szCs w:val="24"/>
        </w:rPr>
        <w:t xml:space="preserve"> stood at the altar, his broad frame clad in fine but simple attire, watching Isol</w:t>
      </w:r>
      <w:r w:rsidR="00DD1FF5" w:rsidRPr="00C9454D">
        <w:rPr>
          <w:sz w:val="24"/>
          <w:szCs w:val="24"/>
        </w:rPr>
        <w:t xml:space="preserve">de </w:t>
      </w:r>
      <w:r w:rsidR="00E43039" w:rsidRPr="00C9454D">
        <w:rPr>
          <w:sz w:val="24"/>
          <w:szCs w:val="24"/>
        </w:rPr>
        <w:t>as she walked toward him.</w:t>
      </w:r>
    </w:p>
    <w:p w14:paraId="74178597" w14:textId="02C0A34A" w:rsidR="00267B58" w:rsidRPr="00C9454D" w:rsidRDefault="00267B58" w:rsidP="00C9454D">
      <w:pPr>
        <w:rPr>
          <w:sz w:val="24"/>
          <w:szCs w:val="24"/>
        </w:rPr>
      </w:pPr>
      <w:r w:rsidRPr="00C9454D">
        <w:rPr>
          <w:sz w:val="24"/>
          <w:szCs w:val="24"/>
        </w:rPr>
        <w:t>When Isol</w:t>
      </w:r>
      <w:r w:rsidR="00DD1FF5" w:rsidRPr="00C9454D">
        <w:rPr>
          <w:sz w:val="24"/>
          <w:szCs w:val="24"/>
        </w:rPr>
        <w:t xml:space="preserve">de </w:t>
      </w:r>
      <w:r w:rsidRPr="00C9454D">
        <w:rPr>
          <w:sz w:val="24"/>
          <w:szCs w:val="24"/>
        </w:rPr>
        <w:t>took his hand, there was no desperation in it, no need to hold too tightly, no fear of being abandoned.</w:t>
      </w:r>
    </w:p>
    <w:p w14:paraId="5DCE9577" w14:textId="77777777" w:rsidR="00E43039" w:rsidRPr="00C9454D" w:rsidRDefault="00E43039" w:rsidP="00C9454D">
      <w:pPr>
        <w:rPr>
          <w:sz w:val="24"/>
          <w:szCs w:val="24"/>
        </w:rPr>
      </w:pPr>
      <w:r w:rsidRPr="00C9454D">
        <w:rPr>
          <w:sz w:val="24"/>
          <w:szCs w:val="24"/>
        </w:rPr>
        <w:t>She was not the blushing bride.</w:t>
      </w:r>
    </w:p>
    <w:p w14:paraId="5948D696" w14:textId="77777777" w:rsidR="00E43039" w:rsidRPr="00C9454D" w:rsidRDefault="00E43039" w:rsidP="00C9454D">
      <w:pPr>
        <w:rPr>
          <w:sz w:val="24"/>
          <w:szCs w:val="24"/>
        </w:rPr>
      </w:pPr>
      <w:r w:rsidRPr="00C9454D">
        <w:rPr>
          <w:sz w:val="24"/>
          <w:szCs w:val="24"/>
        </w:rPr>
        <w:t>She was stunning, but in a way that carried power—silk draped over steel, elegance sharpened by survival.</w:t>
      </w:r>
    </w:p>
    <w:p w14:paraId="5A5D28F5" w14:textId="77777777" w:rsidR="00E43039" w:rsidRPr="00C9454D" w:rsidRDefault="00E43039" w:rsidP="00C9454D">
      <w:pPr>
        <w:rPr>
          <w:sz w:val="24"/>
          <w:szCs w:val="24"/>
        </w:rPr>
      </w:pPr>
      <w:r w:rsidRPr="00C9454D">
        <w:rPr>
          <w:sz w:val="24"/>
          <w:szCs w:val="24"/>
        </w:rPr>
        <w:t>But for once, there was no armor in her eyes.</w:t>
      </w:r>
    </w:p>
    <w:p w14:paraId="42F9317F" w14:textId="08848276" w:rsidR="00E43039" w:rsidRPr="00C9454D" w:rsidRDefault="00E43039" w:rsidP="00C9454D">
      <w:pPr>
        <w:rPr>
          <w:sz w:val="24"/>
          <w:szCs w:val="24"/>
        </w:rPr>
      </w:pPr>
      <w:r w:rsidRPr="00C9454D">
        <w:rPr>
          <w:sz w:val="24"/>
          <w:szCs w:val="24"/>
        </w:rPr>
        <w:t xml:space="preserve">She was stepping toward him not </w:t>
      </w:r>
      <w:r w:rsidR="00CE241C" w:rsidRPr="00C9454D">
        <w:rPr>
          <w:sz w:val="24"/>
          <w:szCs w:val="24"/>
        </w:rPr>
        <w:t>as Lady</w:t>
      </w:r>
      <w:r w:rsidRPr="00C9454D">
        <w:rPr>
          <w:sz w:val="24"/>
          <w:szCs w:val="24"/>
        </w:rPr>
        <w:t xml:space="preserve"> Isolde, the keeper of the </w:t>
      </w:r>
      <w:r w:rsidRPr="00C9454D">
        <w:rPr>
          <w:i/>
          <w:iCs/>
          <w:sz w:val="24"/>
          <w:szCs w:val="24"/>
        </w:rPr>
        <w:t>House of Silk</w:t>
      </w:r>
      <w:r w:rsidRPr="00C9454D">
        <w:rPr>
          <w:sz w:val="24"/>
          <w:szCs w:val="24"/>
        </w:rPr>
        <w:t>, but simply as a woman who had chosen a man who saw her for all she was.</w:t>
      </w:r>
    </w:p>
    <w:p w14:paraId="6CEC9D97" w14:textId="77777777" w:rsidR="00E43039" w:rsidRPr="00C9454D" w:rsidRDefault="00E43039" w:rsidP="00C9454D">
      <w:pPr>
        <w:rPr>
          <w:sz w:val="24"/>
          <w:szCs w:val="24"/>
        </w:rPr>
      </w:pPr>
      <w:r w:rsidRPr="00C9454D">
        <w:rPr>
          <w:sz w:val="24"/>
          <w:szCs w:val="24"/>
        </w:rPr>
        <w:t>And when she reached him, she whispered, “You assume much, Highlander.”</w:t>
      </w:r>
    </w:p>
    <w:p w14:paraId="4C669C7F" w14:textId="77777777" w:rsidR="00E43039" w:rsidRPr="00C9454D" w:rsidRDefault="00E43039" w:rsidP="00C9454D">
      <w:pPr>
        <w:rPr>
          <w:sz w:val="24"/>
          <w:szCs w:val="24"/>
        </w:rPr>
      </w:pPr>
      <w:r w:rsidRPr="00C9454D">
        <w:rPr>
          <w:sz w:val="24"/>
          <w:szCs w:val="24"/>
        </w:rPr>
        <w:t>He smirked. “Aye. But I was right.”</w:t>
      </w:r>
    </w:p>
    <w:p w14:paraId="178E8AAF" w14:textId="77777777" w:rsidR="00E43039" w:rsidRPr="00C9454D" w:rsidRDefault="00FE197F" w:rsidP="00C9454D">
      <w:pPr>
        <w:rPr>
          <w:sz w:val="24"/>
          <w:szCs w:val="24"/>
        </w:rPr>
      </w:pPr>
      <w:r>
        <w:rPr>
          <w:noProof/>
          <w:sz w:val="24"/>
          <w:szCs w:val="24"/>
        </w:rPr>
      </w:r>
      <w:r w:rsidR="00FE197F">
        <w:rPr>
          <w:noProof/>
          <w:sz w:val="24"/>
          <w:szCs w:val="24"/>
        </w:rPr>
        <w:pict w14:anchorId="5CA8D19B">
          <v:rect id="_x0000_i1245" style="width:0;height:1.5pt" o:hralign="center" o:hrstd="t" o:hr="t" fillcolor="#a0a0a0" stroked="f"/>
        </w:pict>
      </w:r>
    </w:p>
    <w:p w14:paraId="526B072F" w14:textId="77777777" w:rsidR="00E43039" w:rsidRPr="00C9454D" w:rsidRDefault="00E43039" w:rsidP="00C9454D">
      <w:pPr>
        <w:pStyle w:val="Heading2"/>
        <w:rPr>
          <w:sz w:val="24"/>
          <w:szCs w:val="24"/>
        </w:rPr>
      </w:pPr>
      <w:r w:rsidRPr="00C9454D">
        <w:rPr>
          <w:sz w:val="24"/>
          <w:szCs w:val="24"/>
        </w:rPr>
        <w:t>The Final Words – Rowan’s Tribute</w:t>
      </w:r>
    </w:p>
    <w:p w14:paraId="5702F90F" w14:textId="77777777" w:rsidR="005E088E" w:rsidRPr="00C9454D" w:rsidRDefault="005E088E" w:rsidP="00C9454D">
      <w:pPr>
        <w:rPr>
          <w:sz w:val="24"/>
          <w:szCs w:val="24"/>
        </w:rPr>
      </w:pPr>
    </w:p>
    <w:p w14:paraId="6EFF64F9" w14:textId="77777777" w:rsidR="00E43039" w:rsidRPr="00C9454D" w:rsidRDefault="00E43039" w:rsidP="00C9454D">
      <w:pPr>
        <w:rPr>
          <w:sz w:val="24"/>
          <w:szCs w:val="24"/>
        </w:rPr>
      </w:pPr>
      <w:r w:rsidRPr="00C9454D">
        <w:rPr>
          <w:sz w:val="24"/>
          <w:szCs w:val="24"/>
        </w:rPr>
        <w:t>As the night stretched on, filled with celebration, Rowan stood at the head of the great hall.</w:t>
      </w:r>
    </w:p>
    <w:p w14:paraId="56D1888F" w14:textId="77777777" w:rsidR="00E43039" w:rsidRPr="00C9454D" w:rsidRDefault="00E43039" w:rsidP="00C9454D">
      <w:pPr>
        <w:rPr>
          <w:sz w:val="24"/>
          <w:szCs w:val="24"/>
        </w:rPr>
      </w:pPr>
      <w:r w:rsidRPr="00C9454D">
        <w:rPr>
          <w:sz w:val="24"/>
          <w:szCs w:val="24"/>
        </w:rPr>
        <w:t>He raised his glass, and the room quieted.</w:t>
      </w:r>
    </w:p>
    <w:p w14:paraId="3F70C990" w14:textId="77777777" w:rsidR="00E43039" w:rsidRPr="00C9454D" w:rsidRDefault="00E43039" w:rsidP="00C9454D">
      <w:pPr>
        <w:rPr>
          <w:sz w:val="24"/>
          <w:szCs w:val="24"/>
        </w:rPr>
      </w:pPr>
      <w:r w:rsidRPr="00C9454D">
        <w:rPr>
          <w:sz w:val="24"/>
          <w:szCs w:val="24"/>
        </w:rPr>
        <w:t>Then, in the voice that had once comforted a land broken by flood and loss, he spoke:</w:t>
      </w:r>
    </w:p>
    <w:p w14:paraId="64F17D91" w14:textId="77777777" w:rsidR="00E43039" w:rsidRPr="00C9454D" w:rsidRDefault="00E43039" w:rsidP="00C9454D">
      <w:pPr>
        <w:rPr>
          <w:sz w:val="24"/>
          <w:szCs w:val="24"/>
        </w:rPr>
      </w:pPr>
      <w:r w:rsidRPr="00C9454D">
        <w:rPr>
          <w:sz w:val="24"/>
          <w:szCs w:val="24"/>
        </w:rPr>
        <w:t>"We have built from ruin.</w:t>
      </w:r>
      <w:r w:rsidRPr="00C9454D">
        <w:rPr>
          <w:sz w:val="24"/>
          <w:szCs w:val="24"/>
        </w:rPr>
        <w:br/>
        <w:t>We have loved through storms.</w:t>
      </w:r>
      <w:r w:rsidRPr="00C9454D">
        <w:rPr>
          <w:sz w:val="24"/>
          <w:szCs w:val="24"/>
        </w:rPr>
        <w:br/>
        <w:t>We have stood against time itself.</w:t>
      </w:r>
    </w:p>
    <w:p w14:paraId="1F6AFEDE" w14:textId="77777777" w:rsidR="00E43039" w:rsidRPr="00C9454D" w:rsidRDefault="00E43039" w:rsidP="00C9454D">
      <w:pPr>
        <w:rPr>
          <w:sz w:val="24"/>
          <w:szCs w:val="24"/>
        </w:rPr>
      </w:pPr>
      <w:r w:rsidRPr="00C9454D">
        <w:rPr>
          <w:sz w:val="24"/>
          <w:szCs w:val="24"/>
        </w:rPr>
        <w:t>From waters that tried to wash us away—</w:t>
      </w:r>
      <w:r w:rsidRPr="00C9454D">
        <w:rPr>
          <w:sz w:val="24"/>
          <w:szCs w:val="24"/>
        </w:rPr>
        <w:br/>
        <w:t>To fires that tried to break us—</w:t>
      </w:r>
      <w:r w:rsidRPr="00C9454D">
        <w:rPr>
          <w:sz w:val="24"/>
          <w:szCs w:val="24"/>
        </w:rPr>
        <w:br/>
        <w:t>To the moments we thought we would never rise again.</w:t>
      </w:r>
    </w:p>
    <w:p w14:paraId="66C0404C" w14:textId="55B17393" w:rsidR="00E43039" w:rsidRPr="00C9454D" w:rsidRDefault="00E43039" w:rsidP="00C9454D">
      <w:pPr>
        <w:rPr>
          <w:sz w:val="24"/>
          <w:szCs w:val="24"/>
        </w:rPr>
      </w:pPr>
      <w:r w:rsidRPr="00C9454D">
        <w:rPr>
          <w:sz w:val="24"/>
          <w:szCs w:val="24"/>
        </w:rPr>
        <w:t>Yet here we stand.</w:t>
      </w:r>
      <w:r w:rsidRPr="00C9454D">
        <w:rPr>
          <w:sz w:val="24"/>
          <w:szCs w:val="24"/>
        </w:rPr>
        <w:br/>
        <w:t xml:space="preserve">We, the children of </w:t>
      </w:r>
      <w:r w:rsidR="00522C4D" w:rsidRPr="00C9454D">
        <w:rPr>
          <w:sz w:val="24"/>
          <w:szCs w:val="24"/>
        </w:rPr>
        <w:t>High Haven</w:t>
      </w:r>
      <w:r w:rsidRPr="00C9454D">
        <w:rPr>
          <w:sz w:val="24"/>
          <w:szCs w:val="24"/>
        </w:rPr>
        <w:t>.</w:t>
      </w:r>
      <w:r w:rsidRPr="00C9454D">
        <w:rPr>
          <w:sz w:val="24"/>
          <w:szCs w:val="24"/>
        </w:rPr>
        <w:br/>
        <w:t>The warriors, the dreamers, the lovers, the lost, the found.</w:t>
      </w:r>
    </w:p>
    <w:p w14:paraId="786F7F8B" w14:textId="77777777" w:rsidR="00E43039" w:rsidRPr="00C9454D" w:rsidRDefault="00E43039" w:rsidP="00C9454D">
      <w:pPr>
        <w:rPr>
          <w:sz w:val="24"/>
          <w:szCs w:val="24"/>
        </w:rPr>
      </w:pPr>
      <w:r w:rsidRPr="00C9454D">
        <w:rPr>
          <w:sz w:val="24"/>
          <w:szCs w:val="24"/>
        </w:rPr>
        <w:t>Here we stand.</w:t>
      </w:r>
    </w:p>
    <w:p w14:paraId="687CF2D3" w14:textId="77777777" w:rsidR="00E43039" w:rsidRPr="00C9454D" w:rsidRDefault="00E43039" w:rsidP="00C9454D">
      <w:pPr>
        <w:rPr>
          <w:sz w:val="24"/>
          <w:szCs w:val="24"/>
        </w:rPr>
      </w:pPr>
      <w:r w:rsidRPr="00C9454D">
        <w:rPr>
          <w:sz w:val="24"/>
          <w:szCs w:val="24"/>
        </w:rPr>
        <w:t>Not as who we were.</w:t>
      </w:r>
      <w:r w:rsidRPr="00C9454D">
        <w:rPr>
          <w:sz w:val="24"/>
          <w:szCs w:val="24"/>
        </w:rPr>
        <w:br/>
        <w:t>But as who we are—</w:t>
      </w:r>
      <w:r w:rsidRPr="00C9454D">
        <w:rPr>
          <w:sz w:val="24"/>
          <w:szCs w:val="24"/>
        </w:rPr>
        <w:br/>
        <w:t>And who we will become."</w:t>
      </w:r>
    </w:p>
    <w:p w14:paraId="1C7C8842" w14:textId="77777777" w:rsidR="00E43039" w:rsidRPr="00C9454D" w:rsidRDefault="00E43039" w:rsidP="00C9454D">
      <w:pPr>
        <w:rPr>
          <w:sz w:val="24"/>
          <w:szCs w:val="24"/>
        </w:rPr>
      </w:pPr>
      <w:r w:rsidRPr="00C9454D">
        <w:rPr>
          <w:sz w:val="24"/>
          <w:szCs w:val="24"/>
        </w:rPr>
        <w:t>He lifted his goblet.</w:t>
      </w:r>
    </w:p>
    <w:p w14:paraId="70840C43" w14:textId="3A7C2E8B" w:rsidR="00E43039" w:rsidRPr="00C9454D" w:rsidRDefault="00E43039" w:rsidP="00C9454D">
      <w:pPr>
        <w:rPr>
          <w:sz w:val="24"/>
          <w:szCs w:val="24"/>
        </w:rPr>
      </w:pPr>
      <w:r w:rsidRPr="00C9454D">
        <w:rPr>
          <w:sz w:val="24"/>
          <w:szCs w:val="24"/>
        </w:rPr>
        <w:t xml:space="preserve">“To </w:t>
      </w:r>
      <w:r w:rsidR="00522C4D" w:rsidRPr="00C9454D">
        <w:rPr>
          <w:sz w:val="24"/>
          <w:szCs w:val="24"/>
        </w:rPr>
        <w:t>High Haven</w:t>
      </w:r>
      <w:r w:rsidRPr="00C9454D">
        <w:rPr>
          <w:sz w:val="24"/>
          <w:szCs w:val="24"/>
        </w:rPr>
        <w:t>.”</w:t>
      </w:r>
    </w:p>
    <w:p w14:paraId="14D760B3" w14:textId="77777777" w:rsidR="00E43039" w:rsidRPr="00C9454D" w:rsidRDefault="00E43039" w:rsidP="00C9454D">
      <w:pPr>
        <w:rPr>
          <w:sz w:val="24"/>
          <w:szCs w:val="24"/>
        </w:rPr>
      </w:pPr>
      <w:r w:rsidRPr="00C9454D">
        <w:rPr>
          <w:sz w:val="24"/>
          <w:szCs w:val="24"/>
        </w:rPr>
        <w:t>A pause.</w:t>
      </w:r>
    </w:p>
    <w:p w14:paraId="25A57E55" w14:textId="77777777" w:rsidR="00E43039" w:rsidRPr="00C9454D" w:rsidRDefault="00E43039" w:rsidP="00C9454D">
      <w:pPr>
        <w:rPr>
          <w:sz w:val="24"/>
          <w:szCs w:val="24"/>
        </w:rPr>
      </w:pPr>
      <w:r w:rsidRPr="00C9454D">
        <w:rPr>
          <w:sz w:val="24"/>
          <w:szCs w:val="24"/>
        </w:rPr>
        <w:t>“To love.”</w:t>
      </w:r>
    </w:p>
    <w:p w14:paraId="58EC4B69" w14:textId="77777777" w:rsidR="00E43039" w:rsidRPr="00C9454D" w:rsidRDefault="00E43039" w:rsidP="00C9454D">
      <w:pPr>
        <w:rPr>
          <w:sz w:val="24"/>
          <w:szCs w:val="24"/>
        </w:rPr>
      </w:pPr>
      <w:r w:rsidRPr="00C9454D">
        <w:rPr>
          <w:sz w:val="24"/>
          <w:szCs w:val="24"/>
        </w:rPr>
        <w:t>And then, with a voice filled with remembrance, joy, and the weight of every journey they had traveled together—</w:t>
      </w:r>
    </w:p>
    <w:p w14:paraId="7C15CE63" w14:textId="77777777" w:rsidR="00E43039" w:rsidRPr="00C9454D" w:rsidRDefault="00E43039" w:rsidP="00C9454D">
      <w:pPr>
        <w:rPr>
          <w:sz w:val="24"/>
          <w:szCs w:val="24"/>
        </w:rPr>
      </w:pPr>
      <w:r w:rsidRPr="00C9454D">
        <w:rPr>
          <w:sz w:val="24"/>
          <w:szCs w:val="24"/>
        </w:rPr>
        <w:t>“To all that came before, and all that is yet to come.”</w:t>
      </w:r>
    </w:p>
    <w:p w14:paraId="6B9BA499" w14:textId="77777777" w:rsidR="00E43039" w:rsidRPr="00C9454D" w:rsidRDefault="00E43039" w:rsidP="00C9454D">
      <w:pPr>
        <w:rPr>
          <w:sz w:val="24"/>
          <w:szCs w:val="24"/>
        </w:rPr>
      </w:pPr>
      <w:r w:rsidRPr="00C9454D">
        <w:rPr>
          <w:sz w:val="24"/>
          <w:szCs w:val="24"/>
        </w:rPr>
        <w:t>And as the voices of their family, their friends, their legacy echoed in the halls, the book of their story closed—</w:t>
      </w:r>
    </w:p>
    <w:p w14:paraId="4D066C81" w14:textId="77777777" w:rsidR="00E43039" w:rsidRPr="00C9454D" w:rsidRDefault="00E43039" w:rsidP="00C9454D">
      <w:pPr>
        <w:rPr>
          <w:sz w:val="24"/>
          <w:szCs w:val="24"/>
        </w:rPr>
      </w:pPr>
      <w:r w:rsidRPr="00C9454D">
        <w:rPr>
          <w:sz w:val="24"/>
          <w:szCs w:val="24"/>
        </w:rPr>
        <w:t>Not with an ending.</w:t>
      </w:r>
    </w:p>
    <w:p w14:paraId="0A7D7280" w14:textId="77777777" w:rsidR="00E43039" w:rsidRPr="00C9454D" w:rsidRDefault="00E43039" w:rsidP="00C9454D">
      <w:pPr>
        <w:rPr>
          <w:sz w:val="24"/>
          <w:szCs w:val="24"/>
        </w:rPr>
      </w:pPr>
      <w:r w:rsidRPr="00C9454D">
        <w:rPr>
          <w:sz w:val="24"/>
          <w:szCs w:val="24"/>
        </w:rPr>
        <w:t>But with a beginning.</w:t>
      </w:r>
    </w:p>
    <w:p w14:paraId="6546188B" w14:textId="0593B655" w:rsidR="00AE0769" w:rsidRPr="00C9454D" w:rsidRDefault="00AE0769" w:rsidP="00C9454D">
      <w:pPr>
        <w:rPr>
          <w:sz w:val="24"/>
          <w:szCs w:val="24"/>
        </w:rPr>
      </w:pPr>
      <w:r w:rsidRPr="00C9454D">
        <w:rPr>
          <w:sz w:val="24"/>
          <w:szCs w:val="24"/>
        </w:rPr>
        <w:br w:type="page"/>
      </w:r>
    </w:p>
    <w:p w14:paraId="62E2239C" w14:textId="32FD040D" w:rsidR="007648BE" w:rsidRPr="00C9454D" w:rsidRDefault="00000F7E" w:rsidP="00C9454D">
      <w:pPr>
        <w:rPr>
          <w:rStyle w:val="Heading2Char"/>
          <w:sz w:val="24"/>
          <w:szCs w:val="24"/>
        </w:rPr>
      </w:pPr>
      <w:r w:rsidRPr="00C9454D">
        <w:rPr>
          <w:rStyle w:val="Heading2Char"/>
          <w:sz w:val="24"/>
          <w:szCs w:val="24"/>
        </w:rPr>
        <w:t>Ten Years Later</w:t>
      </w:r>
      <w:r w:rsidR="004A3A64" w:rsidRPr="00C9454D">
        <w:rPr>
          <w:rStyle w:val="Heading2Char"/>
          <w:sz w:val="24"/>
          <w:szCs w:val="24"/>
        </w:rPr>
        <w:t xml:space="preserve">                                                                                                                                                               </w:t>
      </w:r>
    </w:p>
    <w:p w14:paraId="1B95ADFD" w14:textId="77777777" w:rsidR="00520CEF" w:rsidRPr="00C9454D" w:rsidRDefault="00520CEF" w:rsidP="00C9454D">
      <w:pPr>
        <w:pStyle w:val="Heading2"/>
        <w:rPr>
          <w:sz w:val="24"/>
          <w:szCs w:val="24"/>
        </w:rPr>
      </w:pPr>
      <w:r w:rsidRPr="00C9454D">
        <w:rPr>
          <w:sz w:val="24"/>
          <w:szCs w:val="24"/>
        </w:rPr>
        <w:t>Reunion</w:t>
      </w:r>
    </w:p>
    <w:p w14:paraId="426A2311" w14:textId="15C44A52" w:rsidR="00000F7E" w:rsidRPr="00C9454D" w:rsidRDefault="00000F7E" w:rsidP="00C9454D">
      <w:pPr>
        <w:rPr>
          <w:sz w:val="24"/>
          <w:szCs w:val="24"/>
        </w:rPr>
      </w:pPr>
      <w:r w:rsidRPr="00C9454D">
        <w:rPr>
          <w:sz w:val="24"/>
          <w:szCs w:val="24"/>
        </w:rPr>
        <w:br/>
      </w:r>
      <w:r w:rsidR="00DD3970" w:rsidRPr="00C9454D">
        <w:rPr>
          <w:sz w:val="24"/>
          <w:szCs w:val="24"/>
        </w:rPr>
        <w:t xml:space="preserve">More than </w:t>
      </w:r>
      <w:r w:rsidR="001A3639" w:rsidRPr="00C9454D">
        <w:rPr>
          <w:sz w:val="24"/>
          <w:szCs w:val="24"/>
        </w:rPr>
        <w:t>a</w:t>
      </w:r>
      <w:r w:rsidRPr="00C9454D">
        <w:rPr>
          <w:sz w:val="24"/>
          <w:szCs w:val="24"/>
        </w:rPr>
        <w:t xml:space="preserve"> deca</w:t>
      </w:r>
      <w:r w:rsidR="00DD1FF5" w:rsidRPr="00C9454D">
        <w:rPr>
          <w:sz w:val="24"/>
          <w:szCs w:val="24"/>
        </w:rPr>
        <w:t xml:space="preserve">de </w:t>
      </w:r>
      <w:r w:rsidRPr="00C9454D">
        <w:rPr>
          <w:sz w:val="24"/>
          <w:szCs w:val="24"/>
        </w:rPr>
        <w:t xml:space="preserve">had come and gone since </w:t>
      </w:r>
      <w:r w:rsidR="00FB23A4" w:rsidRPr="00C9454D">
        <w:rPr>
          <w:sz w:val="24"/>
          <w:szCs w:val="24"/>
        </w:rPr>
        <w:t xml:space="preserve">Guy, </w:t>
      </w:r>
      <w:r w:rsidRPr="00C9454D">
        <w:rPr>
          <w:sz w:val="24"/>
          <w:szCs w:val="24"/>
        </w:rPr>
        <w:t xml:space="preserve">Abilene, Rowan, and Father </w:t>
      </w:r>
      <w:proofErr w:type="spellStart"/>
      <w:r w:rsidRPr="00C9454D">
        <w:rPr>
          <w:sz w:val="24"/>
          <w:szCs w:val="24"/>
        </w:rPr>
        <w:t>Eldric</w:t>
      </w:r>
      <w:proofErr w:type="spellEnd"/>
      <w:r w:rsidRPr="00C9454D">
        <w:rPr>
          <w:sz w:val="24"/>
          <w:szCs w:val="24"/>
        </w:rPr>
        <w:t xml:space="preserve"> took their final breaths. On this cool autumn night, their children gathered under a canopy of stars, circled around a crackling fire. Golden firelight danced across familiar faces now grown—faces etched with maturity but softened by the warmth of reunion. Laughter mingled with the </w:t>
      </w:r>
      <w:proofErr w:type="spellStart"/>
      <w:r w:rsidRPr="00C9454D">
        <w:rPr>
          <w:sz w:val="24"/>
          <w:szCs w:val="24"/>
        </w:rPr>
        <w:t>woodsmoke</w:t>
      </w:r>
      <w:proofErr w:type="spellEnd"/>
      <w:r w:rsidRPr="00C9454D">
        <w:rPr>
          <w:sz w:val="24"/>
          <w:szCs w:val="24"/>
        </w:rPr>
        <w:t xml:space="preserve"> curling into the twilight as they shared the stories of those they had lost, keeping their memories alive with every fond detail and gentle tease. It was a night of remembrance, colored by nostalgia and the bittersweet longing for one more day with those beloved souls.</w:t>
      </w:r>
    </w:p>
    <w:p w14:paraId="7CD01392" w14:textId="29D851F6" w:rsidR="00000F7E" w:rsidRPr="00C9454D" w:rsidRDefault="00000F7E" w:rsidP="00C9454D">
      <w:pPr>
        <w:rPr>
          <w:sz w:val="24"/>
          <w:szCs w:val="24"/>
        </w:rPr>
      </w:pPr>
      <w:r w:rsidRPr="00C9454D">
        <w:rPr>
          <w:sz w:val="24"/>
          <w:szCs w:val="24"/>
        </w:rPr>
        <w:t xml:space="preserve">John poked at the embers, sending a spiral of sparks upward. Now in his </w:t>
      </w:r>
      <w:r w:rsidR="00EC43D0" w:rsidRPr="00C9454D">
        <w:rPr>
          <w:sz w:val="24"/>
          <w:szCs w:val="24"/>
        </w:rPr>
        <w:t>forties</w:t>
      </w:r>
      <w:r w:rsidRPr="00C9454D">
        <w:rPr>
          <w:sz w:val="24"/>
          <w:szCs w:val="24"/>
        </w:rPr>
        <w:t>, he carried himself with the quiet strength that had once defined his mother, Abilene. At his si</w:t>
      </w:r>
      <w:r w:rsidR="00DD1FF5" w:rsidRPr="00C9454D">
        <w:rPr>
          <w:sz w:val="24"/>
          <w:szCs w:val="24"/>
        </w:rPr>
        <w:t xml:space="preserve">de </w:t>
      </w:r>
      <w:r w:rsidRPr="00C9454D">
        <w:rPr>
          <w:sz w:val="24"/>
          <w:szCs w:val="24"/>
        </w:rPr>
        <w:t xml:space="preserve">sat his younger sister, Helena, the fire’s glow illuminating eyes bright with curiosity—eyes so much like Abilene’s had been. Across from them, Bram leaned back against a log, his arms draped comfortably around his knees. The years had turned Rowan’s eldest son into a broad-shouldered man, yet his grin was still as boyish and quick as the father he remembered. They were joined by a few others—children who had once romped together under the gentle watch of Father </w:t>
      </w:r>
      <w:proofErr w:type="spellStart"/>
      <w:r w:rsidRPr="00C9454D">
        <w:rPr>
          <w:sz w:val="24"/>
          <w:szCs w:val="24"/>
        </w:rPr>
        <w:t>Eldric</w:t>
      </w:r>
      <w:proofErr w:type="spellEnd"/>
      <w:r w:rsidRPr="00C9454D">
        <w:rPr>
          <w:sz w:val="24"/>
          <w:szCs w:val="24"/>
        </w:rPr>
        <w:t>—now adults bound by loss and love. For a long moment, they were quiet, listening to the pop of the fire and the distant trill of crickets, each lost in memories.</w:t>
      </w:r>
    </w:p>
    <w:p w14:paraId="558BC46B" w14:textId="3011467B" w:rsidR="00000F7E" w:rsidRPr="00C9454D" w:rsidRDefault="00000F7E" w:rsidP="00C9454D">
      <w:pPr>
        <w:rPr>
          <w:sz w:val="24"/>
          <w:szCs w:val="24"/>
        </w:rPr>
      </w:pPr>
      <w:r w:rsidRPr="00C9454D">
        <w:rPr>
          <w:sz w:val="24"/>
          <w:szCs w:val="24"/>
        </w:rPr>
        <w:t xml:space="preserve">It was Helena who finally broke the silence. “Bram,” she asked softly, tugging a wool shawl closer around her shoulders, “tell me the story about </w:t>
      </w:r>
      <w:r w:rsidR="00AF5D1F" w:rsidRPr="00C9454D">
        <w:rPr>
          <w:sz w:val="24"/>
          <w:szCs w:val="24"/>
        </w:rPr>
        <w:t xml:space="preserve">your </w:t>
      </w:r>
      <w:r w:rsidRPr="00C9454D">
        <w:rPr>
          <w:sz w:val="24"/>
          <w:szCs w:val="24"/>
        </w:rPr>
        <w:t>Papa and the harvest feast. The one where he tricked the baron’s men.” She offered a small, hopeful smile. “I was so young—I only remember bits of it. I want to hear it properly.”</w:t>
      </w:r>
    </w:p>
    <w:p w14:paraId="6DFB2ACA" w14:textId="77777777" w:rsidR="00000F7E" w:rsidRPr="00C9454D" w:rsidRDefault="00000F7E" w:rsidP="00C9454D">
      <w:pPr>
        <w:rPr>
          <w:sz w:val="24"/>
          <w:szCs w:val="24"/>
        </w:rPr>
      </w:pPr>
      <w:r w:rsidRPr="00C9454D">
        <w:rPr>
          <w:sz w:val="24"/>
          <w:szCs w:val="24"/>
        </w:rPr>
        <w:t xml:space="preserve">Bram chuckled, his eyes gleaming. “Oh, that one’s a classic.” He cleared his throat theatrically, already adopting the playful, exaggerated tone his father Rowan had used when spinning tales for the village children. The others shuffled closer, eager for the familiar story. “Well,” Bram began, “it was the autumn after the great floods. Father </w:t>
      </w:r>
      <w:proofErr w:type="spellStart"/>
      <w:r w:rsidRPr="00C9454D">
        <w:rPr>
          <w:sz w:val="24"/>
          <w:szCs w:val="24"/>
        </w:rPr>
        <w:t>Eldric</w:t>
      </w:r>
      <w:proofErr w:type="spellEnd"/>
      <w:r w:rsidRPr="00C9454D">
        <w:rPr>
          <w:sz w:val="24"/>
          <w:szCs w:val="24"/>
        </w:rPr>
        <w:t xml:space="preserve"> had organized a harvest feast for the whole region—remember that, John?—to bring some cheer after hard times. My father, being </w:t>
      </w:r>
      <w:r w:rsidRPr="00C9454D">
        <w:rPr>
          <w:i/>
          <w:iCs/>
          <w:sz w:val="24"/>
          <w:szCs w:val="24"/>
        </w:rPr>
        <w:t>my father</w:t>
      </w:r>
      <w:r w:rsidRPr="00C9454D">
        <w:rPr>
          <w:sz w:val="24"/>
          <w:szCs w:val="24"/>
        </w:rPr>
        <w:t>, couldn’t resist adding a little mischief to the mix…”</w:t>
      </w:r>
    </w:p>
    <w:p w14:paraId="57A57321" w14:textId="77777777" w:rsidR="00000F7E" w:rsidRPr="00C9454D" w:rsidRDefault="00000F7E" w:rsidP="00C9454D">
      <w:pPr>
        <w:rPr>
          <w:sz w:val="24"/>
          <w:szCs w:val="24"/>
        </w:rPr>
      </w:pPr>
      <w:r w:rsidRPr="00C9454D">
        <w:rPr>
          <w:sz w:val="24"/>
          <w:szCs w:val="24"/>
        </w:rPr>
        <w:t xml:space="preserve">John groaned in mock exasperation, a grin tugging at his lips. “This is going to make me miss Rowan even more, isn’t it?” he teased, earning knowing laughs from the group. They all remembered Rowan’s irrepressible humor. Even Father </w:t>
      </w:r>
      <w:proofErr w:type="spellStart"/>
      <w:r w:rsidRPr="00C9454D">
        <w:rPr>
          <w:sz w:val="24"/>
          <w:szCs w:val="24"/>
        </w:rPr>
        <w:t>Eldric</w:t>
      </w:r>
      <w:proofErr w:type="spellEnd"/>
      <w:r w:rsidRPr="00C9454D">
        <w:rPr>
          <w:sz w:val="24"/>
          <w:szCs w:val="24"/>
        </w:rPr>
        <w:t>, stern as he could appear, would struggle to keep a straight face around the boisterous outlaw-turned-hero that was Rowan.</w:t>
      </w:r>
    </w:p>
    <w:p w14:paraId="013E9AA0" w14:textId="77777777" w:rsidR="00000F7E" w:rsidRPr="00C9454D" w:rsidRDefault="00000F7E" w:rsidP="00C9454D">
      <w:pPr>
        <w:rPr>
          <w:sz w:val="24"/>
          <w:szCs w:val="24"/>
        </w:rPr>
      </w:pPr>
      <w:r w:rsidRPr="00C9454D">
        <w:rPr>
          <w:sz w:val="24"/>
          <w:szCs w:val="24"/>
        </w:rPr>
        <w:t>Bram launched into the tale with gusto. He described how Rowan had secretly swapped the baron’s gilded goblet with a battered tin cup just before the feast’s toast. In Bram’s animated retelling, Rowan’s eyes twinkled with mischief as the pompous baron lifted the humble cup, oblivious, and drank deeply amid the crowd of villagers trying to stifle their laughter. By the time the baron realized the switch—his grand cup now in the calloused hands of a wide-eyed stable boy—Rowan was already leading a raucous song to divert attention, strumming a lute he’d “borrowed” from the musicians.</w:t>
      </w:r>
    </w:p>
    <w:p w14:paraId="59BE933D" w14:textId="1435AA26" w:rsidR="00000F7E" w:rsidRPr="00C9454D" w:rsidRDefault="00000F7E" w:rsidP="00C9454D">
      <w:pPr>
        <w:rPr>
          <w:sz w:val="24"/>
          <w:szCs w:val="24"/>
        </w:rPr>
      </w:pPr>
      <w:r w:rsidRPr="00C9454D">
        <w:rPr>
          <w:sz w:val="24"/>
          <w:szCs w:val="24"/>
        </w:rPr>
        <w:t>As Bram spoke, he mimed his father’s sweeping bows and exaggerated innocence (“</w:t>
      </w:r>
      <w:r w:rsidRPr="00C9454D">
        <w:rPr>
          <w:i/>
          <w:iCs/>
          <w:sz w:val="24"/>
          <w:szCs w:val="24"/>
        </w:rPr>
        <w:t>I’m but a simple storyteller, my lord!</w:t>
      </w:r>
      <w:r w:rsidRPr="00C9454D">
        <w:rPr>
          <w:sz w:val="24"/>
          <w:szCs w:val="24"/>
        </w:rPr>
        <w:t xml:space="preserve">”), and Helena and the others dissolved into laughter. The sound was rich and free in the night air, echoing against the dark </w:t>
      </w:r>
      <w:proofErr w:type="spellStart"/>
      <w:r w:rsidRPr="00C9454D">
        <w:rPr>
          <w:sz w:val="24"/>
          <w:szCs w:val="24"/>
        </w:rPr>
        <w:t>treeline</w:t>
      </w:r>
      <w:proofErr w:type="spellEnd"/>
      <w:r w:rsidRPr="00C9454D">
        <w:rPr>
          <w:sz w:val="24"/>
          <w:szCs w:val="24"/>
        </w:rPr>
        <w:t>. Helena clutched her sides, giggling until tears formed in the corners of her eyes. For a moment, she could almost imagine her Papa there besi</w:t>
      </w:r>
      <w:r w:rsidR="00DD1FF5" w:rsidRPr="00C9454D">
        <w:rPr>
          <w:sz w:val="24"/>
          <w:szCs w:val="24"/>
        </w:rPr>
        <w:t xml:space="preserve">de </w:t>
      </w:r>
      <w:r w:rsidRPr="00C9454D">
        <w:rPr>
          <w:sz w:val="24"/>
          <w:szCs w:val="24"/>
        </w:rPr>
        <w:t>Bram, winking at her through the flames. The ache of missing him was still there—would always be there—but sharing this laughter ma</w:t>
      </w:r>
      <w:r w:rsidR="00DD1FF5" w:rsidRPr="00C9454D">
        <w:rPr>
          <w:sz w:val="24"/>
          <w:szCs w:val="24"/>
        </w:rPr>
        <w:t xml:space="preserve">de </w:t>
      </w:r>
      <w:r w:rsidRPr="00C9454D">
        <w:rPr>
          <w:sz w:val="24"/>
          <w:szCs w:val="24"/>
        </w:rPr>
        <w:t>it hurt a little less.</w:t>
      </w:r>
    </w:p>
    <w:p w14:paraId="7F235DF4" w14:textId="77777777" w:rsidR="00000F7E" w:rsidRPr="00C9454D" w:rsidRDefault="00000F7E" w:rsidP="00C9454D">
      <w:pPr>
        <w:rPr>
          <w:sz w:val="24"/>
          <w:szCs w:val="24"/>
        </w:rPr>
      </w:pPr>
      <w:r w:rsidRPr="00C9454D">
        <w:rPr>
          <w:sz w:val="24"/>
          <w:szCs w:val="24"/>
        </w:rPr>
        <w:t xml:space="preserve">When the laughter finally ebbed, </w:t>
      </w:r>
      <w:proofErr w:type="spellStart"/>
      <w:r w:rsidRPr="00C9454D">
        <w:rPr>
          <w:sz w:val="24"/>
          <w:szCs w:val="24"/>
        </w:rPr>
        <w:t>Milla</w:t>
      </w:r>
      <w:proofErr w:type="spellEnd"/>
      <w:r w:rsidRPr="00C9454D">
        <w:rPr>
          <w:sz w:val="24"/>
          <w:szCs w:val="24"/>
        </w:rPr>
        <w:t>—Rowan’s widow and Bram’s mother—reached over to tousle her son’s hair affectionately. She had been sitting quietly at the edge of the circle, content to let the younger ones reminisce, but now she spoke, her voice warm. “Your father would be so proud of how you tell his stories,” she said to Bram. “You have his gift.” Bram smiled at that, a touch of bashfulness crossing his face as he ducked his head. It was true—Rowan’s legacy lived on in his boy. Every hearty laugh Bram elicited tonight felt like a small echo of Rowan’s own hearty laugh from years ago.</w:t>
      </w:r>
    </w:p>
    <w:p w14:paraId="0AD85A4C" w14:textId="006E2F8E" w:rsidR="00000F7E" w:rsidRPr="00C9454D" w:rsidRDefault="00000F7E" w:rsidP="00C9454D">
      <w:pPr>
        <w:rPr>
          <w:sz w:val="24"/>
          <w:szCs w:val="24"/>
        </w:rPr>
      </w:pPr>
      <w:r w:rsidRPr="00C9454D">
        <w:rPr>
          <w:sz w:val="24"/>
          <w:szCs w:val="24"/>
        </w:rPr>
        <w:t>A log shifted in the fire, sending up a bright casca</w:t>
      </w:r>
      <w:r w:rsidR="00DD1FF5" w:rsidRPr="00C9454D">
        <w:rPr>
          <w:sz w:val="24"/>
          <w:szCs w:val="24"/>
        </w:rPr>
        <w:t xml:space="preserve">de </w:t>
      </w:r>
      <w:r w:rsidRPr="00C9454D">
        <w:rPr>
          <w:sz w:val="24"/>
          <w:szCs w:val="24"/>
        </w:rPr>
        <w:t xml:space="preserve">of sparks. As John nudged it back into place, Helena turned toward him, her expression softening. “John,” she murmured, “what about Mama? I…I wish I </w:t>
      </w:r>
      <w:r w:rsidR="002E79E9" w:rsidRPr="00C9454D">
        <w:rPr>
          <w:sz w:val="24"/>
          <w:szCs w:val="24"/>
        </w:rPr>
        <w:t xml:space="preserve">had </w:t>
      </w:r>
      <w:r w:rsidRPr="00C9454D">
        <w:rPr>
          <w:sz w:val="24"/>
          <w:szCs w:val="24"/>
        </w:rPr>
        <w:t xml:space="preserve">more </w:t>
      </w:r>
      <w:r w:rsidR="009B3583" w:rsidRPr="00C9454D">
        <w:rPr>
          <w:sz w:val="24"/>
          <w:szCs w:val="24"/>
        </w:rPr>
        <w:t xml:space="preserve">time with </w:t>
      </w:r>
      <w:r w:rsidRPr="00C9454D">
        <w:rPr>
          <w:sz w:val="24"/>
          <w:szCs w:val="24"/>
        </w:rPr>
        <w:t>her. I have flashes—a gentle hand on my forehead when I was ill, or the sound of her singing a lullaby</w:t>
      </w:r>
      <w:r w:rsidR="00C005AA" w:rsidRPr="00C9454D">
        <w:rPr>
          <w:sz w:val="24"/>
          <w:szCs w:val="24"/>
        </w:rPr>
        <w:t>’</w:t>
      </w:r>
      <w:r w:rsidRPr="00C9454D">
        <w:rPr>
          <w:sz w:val="24"/>
          <w:szCs w:val="24"/>
        </w:rPr>
        <w:t xml:space="preserve">. Helena’s voice trembled and trailed off. </w:t>
      </w:r>
      <w:r w:rsidR="007C7ABA" w:rsidRPr="00C9454D">
        <w:rPr>
          <w:sz w:val="24"/>
          <w:szCs w:val="24"/>
        </w:rPr>
        <w:t>In her thirties</w:t>
      </w:r>
      <w:r w:rsidRPr="00C9454D">
        <w:rPr>
          <w:sz w:val="24"/>
          <w:szCs w:val="24"/>
        </w:rPr>
        <w:t>, she was a young woman of poise, yet the longing in her eyes was that of a child who still yearned for her mother. John reached out and took his sister’s hand, giving it a reassuring squeeze.</w:t>
      </w:r>
    </w:p>
    <w:p w14:paraId="290CC471" w14:textId="5F38E497" w:rsidR="00000F7E" w:rsidRPr="00C9454D" w:rsidRDefault="00000F7E" w:rsidP="00C9454D">
      <w:pPr>
        <w:rPr>
          <w:sz w:val="24"/>
          <w:szCs w:val="24"/>
        </w:rPr>
      </w:pPr>
      <w:r w:rsidRPr="00C9454D">
        <w:rPr>
          <w:sz w:val="24"/>
          <w:szCs w:val="24"/>
        </w:rPr>
        <w:t xml:space="preserve">“I miss her too,” John said, smiling sadly. He gazed into the fire, collecting his thoughts. How to capture Abilene in words? She had been their north star—kind, courageous, endlessly compassionate. He took a breath. “Do you remember how every winter Mama would bring everyone into the great hall at </w:t>
      </w:r>
      <w:r w:rsidR="00522C4D" w:rsidRPr="00C9454D">
        <w:rPr>
          <w:sz w:val="24"/>
          <w:szCs w:val="24"/>
        </w:rPr>
        <w:t>High Haven</w:t>
      </w:r>
      <w:r w:rsidRPr="00C9454D">
        <w:rPr>
          <w:sz w:val="24"/>
          <w:szCs w:val="24"/>
        </w:rPr>
        <w:t xml:space="preserve">? Even the poorest families from the village, anyone who needed warmth or food. She’d seat them by the hearth and serve them herself.” Helena nodded hesitantly; she </w:t>
      </w:r>
      <w:r w:rsidRPr="00C9454D">
        <w:rPr>
          <w:i/>
          <w:iCs/>
          <w:sz w:val="24"/>
          <w:szCs w:val="24"/>
        </w:rPr>
        <w:t>did</w:t>
      </w:r>
      <w:r w:rsidRPr="00C9454D">
        <w:rPr>
          <w:sz w:val="24"/>
          <w:szCs w:val="24"/>
        </w:rPr>
        <w:t xml:space="preserve"> remember the glow of the hearth and her mother moving through the crowd like some graceful angel in homespun.</w:t>
      </w:r>
    </w:p>
    <w:p w14:paraId="69D8EAAE" w14:textId="2ACF1EB8" w:rsidR="00000F7E" w:rsidRPr="00C9454D" w:rsidRDefault="00000F7E" w:rsidP="00C9454D">
      <w:pPr>
        <w:rPr>
          <w:sz w:val="24"/>
          <w:szCs w:val="24"/>
        </w:rPr>
      </w:pPr>
      <w:r w:rsidRPr="00C9454D">
        <w:rPr>
          <w:sz w:val="24"/>
          <w:szCs w:val="24"/>
        </w:rPr>
        <w:t>John continued, his voice growing tender. “There was this one winter, the snows were so heavy that many were starving. I was maybe ten. I’ll never forget—</w:t>
      </w:r>
      <w:r w:rsidR="000A11FB" w:rsidRPr="00C9454D">
        <w:rPr>
          <w:sz w:val="24"/>
          <w:szCs w:val="24"/>
        </w:rPr>
        <w:t>Papa and</w:t>
      </w:r>
      <w:r w:rsidR="00B5787D" w:rsidRPr="00C9454D">
        <w:rPr>
          <w:sz w:val="24"/>
          <w:szCs w:val="24"/>
        </w:rPr>
        <w:t xml:space="preserve"> </w:t>
      </w:r>
      <w:r w:rsidRPr="00C9454D">
        <w:rPr>
          <w:sz w:val="24"/>
          <w:szCs w:val="24"/>
        </w:rPr>
        <w:t xml:space="preserve">Mama sold her embroidered wedding cloak, the one thing of value she had left from her mother, so she could buy more grain to make bread for the village.” He huffed a soft laugh. “I was upset with her for giving it away. It was the most beautiful thing she owned. But she knelt down and told me, ‘John, </w:t>
      </w:r>
      <w:r w:rsidRPr="00C9454D">
        <w:rPr>
          <w:i/>
          <w:iCs/>
          <w:sz w:val="24"/>
          <w:szCs w:val="24"/>
        </w:rPr>
        <w:t>people</w:t>
      </w:r>
      <w:r w:rsidRPr="00C9454D">
        <w:rPr>
          <w:sz w:val="24"/>
          <w:szCs w:val="24"/>
        </w:rPr>
        <w:t xml:space="preserve"> are more important than things. This cloak will keep someone warm tonight, and that is worth every jewel on its hem.’”</w:t>
      </w:r>
    </w:p>
    <w:p w14:paraId="41B007ED" w14:textId="3FDFA481" w:rsidR="00000F7E" w:rsidRPr="00C9454D" w:rsidRDefault="00000F7E" w:rsidP="00C9454D">
      <w:pPr>
        <w:rPr>
          <w:sz w:val="24"/>
          <w:szCs w:val="24"/>
        </w:rPr>
      </w:pPr>
      <w:r w:rsidRPr="00C9454D">
        <w:rPr>
          <w:sz w:val="24"/>
          <w:szCs w:val="24"/>
        </w:rPr>
        <w:t>Helena’s eyes shimmered, and one of the other young men murmured, “Lady Abilene did that?” with awe in his voice. Some stories of Abilene had become almost legend in these parts, but hearing them again now ma</w:t>
      </w:r>
      <w:r w:rsidR="00DD1FF5" w:rsidRPr="00C9454D">
        <w:rPr>
          <w:sz w:val="24"/>
          <w:szCs w:val="24"/>
        </w:rPr>
        <w:t xml:space="preserve">de </w:t>
      </w:r>
      <w:r w:rsidRPr="00C9454D">
        <w:rPr>
          <w:sz w:val="24"/>
          <w:szCs w:val="24"/>
        </w:rPr>
        <w:t>them feel alive and immediate. John nodded. “She did. That was our mother. She had the biggest heart in the world.” A proud, melancholy smile played on his lips. “Mama always believed in helping others, no matter what it cost her. She taught us that—by example.”</w:t>
      </w:r>
    </w:p>
    <w:p w14:paraId="192CEC76" w14:textId="3EB8C09A" w:rsidR="00000F7E" w:rsidRPr="00C9454D" w:rsidRDefault="00000F7E" w:rsidP="00C9454D">
      <w:pPr>
        <w:rPr>
          <w:sz w:val="24"/>
          <w:szCs w:val="24"/>
        </w:rPr>
      </w:pPr>
      <w:r w:rsidRPr="00C9454D">
        <w:rPr>
          <w:sz w:val="24"/>
          <w:szCs w:val="24"/>
        </w:rPr>
        <w:t xml:space="preserve">A comfortable hush fell over the group. Bram stared into the flames, his smile fading to a reflective, wistful look. “Father </w:t>
      </w:r>
      <w:proofErr w:type="spellStart"/>
      <w:r w:rsidRPr="00C9454D">
        <w:rPr>
          <w:sz w:val="24"/>
          <w:szCs w:val="24"/>
        </w:rPr>
        <w:t>Eldric</w:t>
      </w:r>
      <w:proofErr w:type="spellEnd"/>
      <w:r w:rsidRPr="00C9454D">
        <w:rPr>
          <w:sz w:val="24"/>
          <w:szCs w:val="24"/>
        </w:rPr>
        <w:t xml:space="preserve"> used to say your mother had ‘fire in her spirit and love in her bones’,” he said quietly. “He admired her so much. We all did.” Bram’s voice caught slightly; Father </w:t>
      </w:r>
      <w:proofErr w:type="spellStart"/>
      <w:r w:rsidRPr="00C9454D">
        <w:rPr>
          <w:sz w:val="24"/>
          <w:szCs w:val="24"/>
        </w:rPr>
        <w:t>Eldric</w:t>
      </w:r>
      <w:proofErr w:type="spellEnd"/>
      <w:r w:rsidRPr="00C9454D">
        <w:rPr>
          <w:sz w:val="24"/>
          <w:szCs w:val="24"/>
        </w:rPr>
        <w:t xml:space="preserve"> had been a pillar in all their lives.</w:t>
      </w:r>
    </w:p>
    <w:p w14:paraId="6B782AC7" w14:textId="5DB27A01" w:rsidR="00000F7E" w:rsidRPr="00C9454D" w:rsidRDefault="00000F7E" w:rsidP="00C9454D">
      <w:pPr>
        <w:rPr>
          <w:sz w:val="24"/>
          <w:szCs w:val="24"/>
        </w:rPr>
      </w:pPr>
      <w:r w:rsidRPr="00C9454D">
        <w:rPr>
          <w:sz w:val="24"/>
          <w:szCs w:val="24"/>
        </w:rPr>
        <w:t xml:space="preserve">Helena brightened at the mention of the priest. “I remember Father </w:t>
      </w:r>
      <w:proofErr w:type="spellStart"/>
      <w:r w:rsidRPr="00C9454D">
        <w:rPr>
          <w:sz w:val="24"/>
          <w:szCs w:val="24"/>
        </w:rPr>
        <w:t>Eldric</w:t>
      </w:r>
      <w:proofErr w:type="spellEnd"/>
      <w:r w:rsidRPr="00C9454D">
        <w:rPr>
          <w:sz w:val="24"/>
          <w:szCs w:val="24"/>
        </w:rPr>
        <w:t xml:space="preserve"> reading to us by the chapel window,” she said. “His voice was so strong and kind. He always smelled of old books and incense,” she added with a soft laugh. “I didn’t understand half of his lessons at the time, but I just liked being there with him.” Others murmured in agreement. Father </w:t>
      </w:r>
      <w:proofErr w:type="spellStart"/>
      <w:r w:rsidRPr="00C9454D">
        <w:rPr>
          <w:sz w:val="24"/>
          <w:szCs w:val="24"/>
        </w:rPr>
        <w:t>Eldric</w:t>
      </w:r>
      <w:proofErr w:type="spellEnd"/>
      <w:r w:rsidRPr="00C9454D">
        <w:rPr>
          <w:sz w:val="24"/>
          <w:szCs w:val="24"/>
        </w:rPr>
        <w:t xml:space="preserve"> had been stern at times, yes—quick to scold nonsense or doubt—but he had also been the one to tenderly bandage scraped knees, to comfort the grieving, to gui</w:t>
      </w:r>
      <w:r w:rsidR="00DD1FF5" w:rsidRPr="00C9454D">
        <w:rPr>
          <w:sz w:val="24"/>
          <w:szCs w:val="24"/>
        </w:rPr>
        <w:t xml:space="preserve">de </w:t>
      </w:r>
      <w:r w:rsidRPr="00C9454D">
        <w:rPr>
          <w:sz w:val="24"/>
          <w:szCs w:val="24"/>
        </w:rPr>
        <w:t>them all with wisdom and unwavering faith.</w:t>
      </w:r>
    </w:p>
    <w:p w14:paraId="7C0E122B" w14:textId="11B49E51" w:rsidR="00000F7E" w:rsidRPr="00C9454D" w:rsidRDefault="00000F7E" w:rsidP="00C9454D">
      <w:pPr>
        <w:rPr>
          <w:sz w:val="24"/>
          <w:szCs w:val="24"/>
        </w:rPr>
      </w:pPr>
      <w:r w:rsidRPr="00C9454D">
        <w:rPr>
          <w:sz w:val="24"/>
          <w:szCs w:val="24"/>
        </w:rPr>
        <w:t xml:space="preserve">John’s gaze drifted up to the night sky, where a scattering of bright stars winked down. “He baptized me in the </w:t>
      </w:r>
      <w:r w:rsidR="00CA60D8" w:rsidRPr="00C9454D">
        <w:rPr>
          <w:sz w:val="24"/>
          <w:szCs w:val="24"/>
        </w:rPr>
        <w:t xml:space="preserve">creek </w:t>
      </w:r>
      <w:r w:rsidRPr="00C9454D">
        <w:rPr>
          <w:sz w:val="24"/>
          <w:szCs w:val="24"/>
        </w:rPr>
        <w:t xml:space="preserve">when I was a baby,” he said. “Mama used to tell me that story. How Father </w:t>
      </w:r>
      <w:proofErr w:type="spellStart"/>
      <w:r w:rsidRPr="00C9454D">
        <w:rPr>
          <w:sz w:val="24"/>
          <w:szCs w:val="24"/>
        </w:rPr>
        <w:t>Eldric</w:t>
      </w:r>
      <w:proofErr w:type="spellEnd"/>
      <w:r w:rsidRPr="00C9454D">
        <w:rPr>
          <w:sz w:val="24"/>
          <w:szCs w:val="24"/>
        </w:rPr>
        <w:t xml:space="preserve"> waded into the freezing water without hesitation because the church in town was still in ruins. He said the </w:t>
      </w:r>
      <w:r w:rsidR="000204A7" w:rsidRPr="00C9454D">
        <w:rPr>
          <w:sz w:val="24"/>
          <w:szCs w:val="24"/>
        </w:rPr>
        <w:t>creek</w:t>
      </w:r>
      <w:r w:rsidRPr="00C9454D">
        <w:rPr>
          <w:sz w:val="24"/>
          <w:szCs w:val="24"/>
        </w:rPr>
        <w:t xml:space="preserve"> was holy enough for God’s child.” John chuckled softly. “Apparently I nearly squirmed out of his arms and he laughed and said I had a wild spirit.”</w:t>
      </w:r>
    </w:p>
    <w:p w14:paraId="42DC01D1" w14:textId="77777777" w:rsidR="00000F7E" w:rsidRPr="00C9454D" w:rsidRDefault="00000F7E" w:rsidP="00C9454D">
      <w:pPr>
        <w:rPr>
          <w:sz w:val="24"/>
          <w:szCs w:val="24"/>
        </w:rPr>
      </w:pPr>
      <w:r w:rsidRPr="00C9454D">
        <w:rPr>
          <w:sz w:val="24"/>
          <w:szCs w:val="24"/>
        </w:rPr>
        <w:t>“He always did understand us, even as children,” Helena agreed. She drew a long breath, and as she exhaled, it shuddered a little. “I miss him. I miss all of them.” Her words were barely above a whisper. The others nodded, the firelight catching the tears that had begun to slip down more than one cheek.</w:t>
      </w:r>
    </w:p>
    <w:p w14:paraId="0D3E950E" w14:textId="1068E243" w:rsidR="00000F7E" w:rsidRPr="00C9454D" w:rsidRDefault="00000F7E" w:rsidP="00C9454D">
      <w:pPr>
        <w:rPr>
          <w:sz w:val="24"/>
          <w:szCs w:val="24"/>
        </w:rPr>
      </w:pPr>
      <w:proofErr w:type="spellStart"/>
      <w:r w:rsidRPr="00C9454D">
        <w:rPr>
          <w:sz w:val="24"/>
          <w:szCs w:val="24"/>
        </w:rPr>
        <w:t>Milla</w:t>
      </w:r>
      <w:proofErr w:type="spellEnd"/>
      <w:r w:rsidRPr="00C9454D">
        <w:rPr>
          <w:sz w:val="24"/>
          <w:szCs w:val="24"/>
        </w:rPr>
        <w:t xml:space="preserve"> spoke again, her voice gentle as a hymn. “Your father</w:t>
      </w:r>
      <w:r w:rsidR="00624A35" w:rsidRPr="00C9454D">
        <w:rPr>
          <w:sz w:val="24"/>
          <w:szCs w:val="24"/>
        </w:rPr>
        <w:t>s</w:t>
      </w:r>
      <w:r w:rsidRPr="00C9454D">
        <w:rPr>
          <w:sz w:val="24"/>
          <w:szCs w:val="24"/>
        </w:rPr>
        <w:t xml:space="preserve">, your mother, and Father </w:t>
      </w:r>
      <w:proofErr w:type="spellStart"/>
      <w:r w:rsidRPr="00C9454D">
        <w:rPr>
          <w:sz w:val="24"/>
          <w:szCs w:val="24"/>
        </w:rPr>
        <w:t>Eldric</w:t>
      </w:r>
      <w:proofErr w:type="spellEnd"/>
      <w:r w:rsidRPr="00C9454D">
        <w:rPr>
          <w:sz w:val="24"/>
          <w:szCs w:val="24"/>
        </w:rPr>
        <w:t>… they were the best people I’ve ever known.” She glanced around the circle, making eye contact with each young face in turn. “How fortunate we all were—to have been loved by them.” At that, John leaned forward and placed another log on the fire, perhaps to give himself a task as emotion threatened to overwhelm him. Sparks flew upward, dancing briefly among the stars.</w:t>
      </w:r>
    </w:p>
    <w:p w14:paraId="34E903AB" w14:textId="4CDB957F" w:rsidR="00000F7E" w:rsidRPr="00C9454D" w:rsidRDefault="00000F7E" w:rsidP="00C9454D">
      <w:pPr>
        <w:rPr>
          <w:sz w:val="24"/>
          <w:szCs w:val="24"/>
        </w:rPr>
      </w:pPr>
      <w:r w:rsidRPr="00C9454D">
        <w:rPr>
          <w:sz w:val="24"/>
          <w:szCs w:val="24"/>
        </w:rPr>
        <w:t xml:space="preserve">For a while no one spoke. They simply sat together in the comfortable silence that only family and the closest of friends can share—listening to the fire crackle, watching the flames twist and sway. In that quiet, each of them carried on an inner conversation with those who were gone. Bram remembered how his father Rowan would ruffle his hair and call him “little warrior.” Helena pictured her mother’s radiant smile and imagined Abilene wrapping her in one of those warm, enveloping hugs just once more. John recalled the firm clasp of </w:t>
      </w:r>
      <w:r w:rsidR="009E1797" w:rsidRPr="00C9454D">
        <w:rPr>
          <w:sz w:val="24"/>
          <w:szCs w:val="24"/>
        </w:rPr>
        <w:t>Guys</w:t>
      </w:r>
      <w:r w:rsidRPr="00C9454D">
        <w:rPr>
          <w:sz w:val="24"/>
          <w:szCs w:val="24"/>
        </w:rPr>
        <w:t xml:space="preserve"> hand on his shoulder the day he’d been ma</w:t>
      </w:r>
      <w:r w:rsidR="00DD1FF5" w:rsidRPr="00C9454D">
        <w:rPr>
          <w:sz w:val="24"/>
          <w:szCs w:val="24"/>
        </w:rPr>
        <w:t xml:space="preserve">de </w:t>
      </w:r>
      <w:r w:rsidRPr="00C9454D">
        <w:rPr>
          <w:sz w:val="24"/>
          <w:szCs w:val="24"/>
        </w:rPr>
        <w:t xml:space="preserve">a squire—how </w:t>
      </w:r>
      <w:r w:rsidR="006037B1" w:rsidRPr="00C9454D">
        <w:rPr>
          <w:sz w:val="24"/>
          <w:szCs w:val="24"/>
        </w:rPr>
        <w:t xml:space="preserve">his </w:t>
      </w:r>
      <w:r w:rsidRPr="00C9454D">
        <w:rPr>
          <w:sz w:val="24"/>
          <w:szCs w:val="24"/>
        </w:rPr>
        <w:t xml:space="preserve">eyes had shone with pride. The memories hurt and healed all at once. The pain of loss was there, yes, but so was the comfort of having </w:t>
      </w:r>
      <w:r w:rsidRPr="00C9454D">
        <w:rPr>
          <w:i/>
          <w:iCs/>
          <w:sz w:val="24"/>
          <w:szCs w:val="24"/>
        </w:rPr>
        <w:t>had</w:t>
      </w:r>
      <w:r w:rsidRPr="00C9454D">
        <w:rPr>
          <w:sz w:val="24"/>
          <w:szCs w:val="24"/>
        </w:rPr>
        <w:t xml:space="preserve"> these remarkable people in their lives at all. The warmth of the fire seeped into their bones, easing the chill of autumn—and the chill of loneliness that each had carried in their heart. </w:t>
      </w:r>
    </w:p>
    <w:p w14:paraId="6A3E78D5" w14:textId="6FC45BEB" w:rsidR="00000F7E" w:rsidRPr="00C9454D" w:rsidRDefault="00000F7E" w:rsidP="00C9454D">
      <w:pPr>
        <w:rPr>
          <w:sz w:val="24"/>
          <w:szCs w:val="24"/>
        </w:rPr>
      </w:pPr>
      <w:r w:rsidRPr="00C9454D">
        <w:rPr>
          <w:sz w:val="24"/>
          <w:szCs w:val="24"/>
        </w:rPr>
        <w:t xml:space="preserve">Eventually, John cleared his throat. He realized they hadn’t yet spoken of one important thing: the future. He looked around at the faces—at Bram, Helena, and the others who were as close as kin. These were the ones carrying on the work and the love that </w:t>
      </w:r>
      <w:r w:rsidR="0022252B" w:rsidRPr="00C9454D">
        <w:rPr>
          <w:sz w:val="24"/>
          <w:szCs w:val="24"/>
        </w:rPr>
        <w:t xml:space="preserve">Guy, </w:t>
      </w:r>
      <w:r w:rsidRPr="00C9454D">
        <w:rPr>
          <w:sz w:val="24"/>
          <w:szCs w:val="24"/>
        </w:rPr>
        <w:t xml:space="preserve">Abilene, Rowan, and Father </w:t>
      </w:r>
      <w:proofErr w:type="spellStart"/>
      <w:r w:rsidRPr="00C9454D">
        <w:rPr>
          <w:sz w:val="24"/>
          <w:szCs w:val="24"/>
        </w:rPr>
        <w:t>Eldric</w:t>
      </w:r>
      <w:proofErr w:type="spellEnd"/>
      <w:r w:rsidRPr="00C9454D">
        <w:rPr>
          <w:sz w:val="24"/>
          <w:szCs w:val="24"/>
        </w:rPr>
        <w:t xml:space="preserve"> had begun. We are their legacy, he thought, with a swell of both pri</w:t>
      </w:r>
      <w:r w:rsidR="00DD1FF5" w:rsidRPr="00C9454D">
        <w:rPr>
          <w:sz w:val="24"/>
          <w:szCs w:val="24"/>
        </w:rPr>
        <w:t xml:space="preserve">de </w:t>
      </w:r>
      <w:r w:rsidRPr="00C9454D">
        <w:rPr>
          <w:sz w:val="24"/>
          <w:szCs w:val="24"/>
        </w:rPr>
        <w:t xml:space="preserve">and responsibility. Picking up a wooden cup of mulled cider at his feet, John raised it toward the sky. “To </w:t>
      </w:r>
      <w:r w:rsidR="0022252B" w:rsidRPr="00C9454D">
        <w:rPr>
          <w:sz w:val="24"/>
          <w:szCs w:val="24"/>
        </w:rPr>
        <w:t xml:space="preserve">Guy, </w:t>
      </w:r>
      <w:r w:rsidRPr="00C9454D">
        <w:rPr>
          <w:sz w:val="24"/>
          <w:szCs w:val="24"/>
        </w:rPr>
        <w:t xml:space="preserve">Abilene, Rowan, and Father </w:t>
      </w:r>
      <w:proofErr w:type="spellStart"/>
      <w:r w:rsidRPr="00C9454D">
        <w:rPr>
          <w:sz w:val="24"/>
          <w:szCs w:val="24"/>
        </w:rPr>
        <w:t>Eldric</w:t>
      </w:r>
      <w:proofErr w:type="spellEnd"/>
      <w:r w:rsidRPr="00C9454D">
        <w:rPr>
          <w:sz w:val="24"/>
          <w:szCs w:val="24"/>
        </w:rPr>
        <w:t xml:space="preserve">,” he said, voice steady and strong. “We remember you. We will </w:t>
      </w:r>
      <w:r w:rsidRPr="00C9454D">
        <w:rPr>
          <w:i/>
          <w:iCs/>
          <w:sz w:val="24"/>
          <w:szCs w:val="24"/>
        </w:rPr>
        <w:t>always</w:t>
      </w:r>
      <w:r w:rsidRPr="00C9454D">
        <w:rPr>
          <w:sz w:val="24"/>
          <w:szCs w:val="24"/>
        </w:rPr>
        <w:t xml:space="preserve"> remember you.”</w:t>
      </w:r>
    </w:p>
    <w:p w14:paraId="79AE68AE" w14:textId="37DA1EA9" w:rsidR="00000F7E" w:rsidRPr="00C9454D" w:rsidRDefault="00000F7E" w:rsidP="00C9454D">
      <w:pPr>
        <w:rPr>
          <w:sz w:val="24"/>
          <w:szCs w:val="24"/>
        </w:rPr>
      </w:pPr>
      <w:r w:rsidRPr="00C9454D">
        <w:rPr>
          <w:sz w:val="24"/>
          <w:szCs w:val="24"/>
        </w:rPr>
        <w:t xml:space="preserve">Around the fire, the others lifted their cups or simply raised their hands in heartfelt salute. “To their memory,” Bram added, his voice resonant with emotion. “May we live in a way that honors them, always.” A unified </w:t>
      </w:r>
      <w:r w:rsidRPr="00C9454D">
        <w:rPr>
          <w:i/>
          <w:iCs/>
          <w:sz w:val="24"/>
          <w:szCs w:val="24"/>
        </w:rPr>
        <w:t>hear, hear</w:t>
      </w:r>
      <w:r w:rsidRPr="00C9454D">
        <w:rPr>
          <w:sz w:val="24"/>
          <w:szCs w:val="24"/>
        </w:rPr>
        <w:t xml:space="preserve"> murmured through the group. Helena dashed a tear from her cheek and managed a smile as she echoed, “Always.” In that moment, their grief and joy blended into one—a warmth in their chests as steady as the fire before them. They had lost so much, and yet they had so much to hold onto. Each story told, each laugh shared, each tear shed—it was all a testament that </w:t>
      </w:r>
      <w:r w:rsidR="001D7395" w:rsidRPr="00C9454D">
        <w:rPr>
          <w:sz w:val="24"/>
          <w:szCs w:val="24"/>
        </w:rPr>
        <w:t xml:space="preserve">Guy, </w:t>
      </w:r>
      <w:r w:rsidRPr="00C9454D">
        <w:rPr>
          <w:sz w:val="24"/>
          <w:szCs w:val="24"/>
        </w:rPr>
        <w:t xml:space="preserve">Abilene, Rowan, and Father </w:t>
      </w:r>
      <w:proofErr w:type="spellStart"/>
      <w:r w:rsidRPr="00C9454D">
        <w:rPr>
          <w:sz w:val="24"/>
          <w:szCs w:val="24"/>
        </w:rPr>
        <w:t>Eldric</w:t>
      </w:r>
      <w:proofErr w:type="spellEnd"/>
      <w:r w:rsidRPr="00C9454D">
        <w:rPr>
          <w:sz w:val="24"/>
          <w:szCs w:val="24"/>
        </w:rPr>
        <w:t xml:space="preserve"> were still here in spirit, living on through them.</w:t>
      </w:r>
    </w:p>
    <w:p w14:paraId="32F2CB3B" w14:textId="0CE74450" w:rsidR="00000F7E" w:rsidRPr="00C9454D" w:rsidRDefault="00000F7E" w:rsidP="00C9454D">
      <w:pPr>
        <w:rPr>
          <w:sz w:val="24"/>
          <w:szCs w:val="24"/>
        </w:rPr>
      </w:pPr>
      <w:r w:rsidRPr="00C9454D">
        <w:rPr>
          <w:sz w:val="24"/>
          <w:szCs w:val="24"/>
        </w:rPr>
        <w:t>John gently set his cup down and looked at the friends and family gathered close. “I think…” he began softly, “</w:t>
      </w:r>
      <w:r w:rsidR="00CF6C38" w:rsidRPr="00C9454D">
        <w:rPr>
          <w:sz w:val="24"/>
          <w:szCs w:val="24"/>
        </w:rPr>
        <w:t>I</w:t>
      </w:r>
      <w:r w:rsidRPr="00C9454D">
        <w:rPr>
          <w:sz w:val="24"/>
          <w:szCs w:val="24"/>
        </w:rPr>
        <w:t xml:space="preserve"> think they’</w:t>
      </w:r>
      <w:r w:rsidR="008C17B8" w:rsidRPr="00C9454D">
        <w:rPr>
          <w:sz w:val="24"/>
          <w:szCs w:val="24"/>
        </w:rPr>
        <w:t>d be</w:t>
      </w:r>
      <w:r w:rsidRPr="00C9454D">
        <w:rPr>
          <w:sz w:val="24"/>
          <w:szCs w:val="24"/>
        </w:rPr>
        <w:t xml:space="preserve"> glad we’re here together.” Bram reached across and clasped John’s shoulder in agreement, while Helena closed her eyes, sending up a silent prayer of thanks—for the family she still had, for the memories that never faded, and for the guidance of those watching over them.</w:t>
      </w:r>
    </w:p>
    <w:p w14:paraId="7339E446" w14:textId="28457CAD" w:rsidR="008A7F12" w:rsidRPr="00C9454D" w:rsidRDefault="00000F7E" w:rsidP="00C9454D">
      <w:pPr>
        <w:rPr>
          <w:sz w:val="24"/>
          <w:szCs w:val="24"/>
        </w:rPr>
      </w:pPr>
      <w:r w:rsidRPr="00C9454D">
        <w:rPr>
          <w:sz w:val="24"/>
          <w:szCs w:val="24"/>
        </w:rPr>
        <w:t>Under the vast sweep of stars, by the gentle roar of the fire, the next generation ma</w:t>
      </w:r>
      <w:r w:rsidR="00DD1FF5" w:rsidRPr="00C9454D">
        <w:rPr>
          <w:sz w:val="24"/>
          <w:szCs w:val="24"/>
        </w:rPr>
        <w:t xml:space="preserve">de </w:t>
      </w:r>
      <w:r w:rsidRPr="00C9454D">
        <w:rPr>
          <w:sz w:val="24"/>
          <w:szCs w:val="24"/>
        </w:rPr>
        <w:t>a quiet promise to themselves and to the night: We will keep their legacy alive. As long as we draw breath, we will tell their stories—so that our children and their children will know who they were. They didn’t speak these words aloud, but each of them felt it in their hearts. And as if sealing that unspoken vow, a soft breeze stirred the dying flames, causing the fire to flicker bright for one last moment. The</w:t>
      </w:r>
      <w:r w:rsidR="00B458DF" w:rsidRPr="00C9454D">
        <w:rPr>
          <w:sz w:val="24"/>
          <w:szCs w:val="24"/>
        </w:rPr>
        <w:t>y</w:t>
      </w:r>
      <w:r w:rsidRPr="00C9454D">
        <w:rPr>
          <w:sz w:val="24"/>
          <w:szCs w:val="24"/>
        </w:rPr>
        <w:t xml:space="preserve"> sat a while longer, si</w:t>
      </w:r>
      <w:r w:rsidR="00DD1FF5" w:rsidRPr="00C9454D">
        <w:rPr>
          <w:sz w:val="24"/>
          <w:szCs w:val="24"/>
        </w:rPr>
        <w:t xml:space="preserve">de </w:t>
      </w:r>
      <w:r w:rsidRPr="00C9454D">
        <w:rPr>
          <w:sz w:val="24"/>
          <w:szCs w:val="24"/>
        </w:rPr>
        <w:t>by si</w:t>
      </w:r>
      <w:r w:rsidR="00DD1FF5" w:rsidRPr="00C9454D">
        <w:rPr>
          <w:sz w:val="24"/>
          <w:szCs w:val="24"/>
        </w:rPr>
        <w:t xml:space="preserve">de </w:t>
      </w:r>
      <w:r w:rsidRPr="00C9454D">
        <w:rPr>
          <w:sz w:val="24"/>
          <w:szCs w:val="24"/>
        </w:rPr>
        <w:t>in the darkness, comforted by the lingering warmth and the stars above. The legacy was safe with them.</w:t>
      </w:r>
    </w:p>
    <w:p w14:paraId="0EF74F63" w14:textId="23F3CBF0" w:rsidR="008A7F12" w:rsidRPr="00C9454D" w:rsidRDefault="008A7F12" w:rsidP="00C9454D">
      <w:pPr>
        <w:rPr>
          <w:sz w:val="24"/>
          <w:szCs w:val="24"/>
        </w:rPr>
      </w:pPr>
      <w:r w:rsidRPr="00C9454D">
        <w:rPr>
          <w:sz w:val="24"/>
          <w:szCs w:val="24"/>
        </w:rPr>
        <w:t xml:space="preserve">In the years that had followed, </w:t>
      </w:r>
      <w:proofErr w:type="spellStart"/>
      <w:r w:rsidRPr="00C9454D">
        <w:rPr>
          <w:sz w:val="24"/>
          <w:szCs w:val="24"/>
        </w:rPr>
        <w:t>Warine</w:t>
      </w:r>
      <w:proofErr w:type="spellEnd"/>
      <w:r w:rsidRPr="00C9454D">
        <w:rPr>
          <w:sz w:val="24"/>
          <w:szCs w:val="24"/>
        </w:rPr>
        <w:t xml:space="preserve"> became his own legend.</w:t>
      </w:r>
    </w:p>
    <w:p w14:paraId="40AD497A" w14:textId="1B0355E4" w:rsidR="008A7F12" w:rsidRPr="00C9454D" w:rsidRDefault="008A7F12" w:rsidP="00C9454D">
      <w:pPr>
        <w:rPr>
          <w:sz w:val="24"/>
          <w:szCs w:val="24"/>
        </w:rPr>
      </w:pPr>
      <w:r w:rsidRPr="00C9454D">
        <w:rPr>
          <w:sz w:val="24"/>
          <w:szCs w:val="24"/>
        </w:rPr>
        <w:t xml:space="preserve">He did not rule </w:t>
      </w:r>
      <w:r w:rsidR="00522C4D" w:rsidRPr="00C9454D">
        <w:rPr>
          <w:sz w:val="24"/>
          <w:szCs w:val="24"/>
        </w:rPr>
        <w:t>High Haven</w:t>
      </w:r>
      <w:r w:rsidRPr="00C9454D">
        <w:rPr>
          <w:sz w:val="24"/>
          <w:szCs w:val="24"/>
        </w:rPr>
        <w:t>.</w:t>
      </w:r>
    </w:p>
    <w:p w14:paraId="52E8B638" w14:textId="77777777" w:rsidR="008A7F12" w:rsidRPr="00C9454D" w:rsidRDefault="008A7F12" w:rsidP="00C9454D">
      <w:pPr>
        <w:rPr>
          <w:sz w:val="24"/>
          <w:szCs w:val="24"/>
        </w:rPr>
      </w:pPr>
      <w:r w:rsidRPr="00C9454D">
        <w:rPr>
          <w:sz w:val="24"/>
          <w:szCs w:val="24"/>
        </w:rPr>
        <w:t>He did not fight the king’s wars.</w:t>
      </w:r>
    </w:p>
    <w:p w14:paraId="44A36792" w14:textId="77777777" w:rsidR="008A7F12" w:rsidRPr="00C9454D" w:rsidRDefault="008A7F12" w:rsidP="00C9454D">
      <w:pPr>
        <w:rPr>
          <w:sz w:val="24"/>
          <w:szCs w:val="24"/>
        </w:rPr>
      </w:pPr>
      <w:r w:rsidRPr="00C9454D">
        <w:rPr>
          <w:sz w:val="24"/>
          <w:szCs w:val="24"/>
        </w:rPr>
        <w:t>But he became the foundation on which others stood.</w:t>
      </w:r>
    </w:p>
    <w:p w14:paraId="4BC93517" w14:textId="77777777" w:rsidR="008A7F12" w:rsidRPr="00C9454D" w:rsidRDefault="008A7F12" w:rsidP="00C9454D">
      <w:pPr>
        <w:rPr>
          <w:sz w:val="24"/>
          <w:szCs w:val="24"/>
        </w:rPr>
      </w:pPr>
      <w:r w:rsidRPr="00C9454D">
        <w:rPr>
          <w:sz w:val="24"/>
          <w:szCs w:val="24"/>
        </w:rPr>
        <w:t xml:space="preserve">He expanded </w:t>
      </w:r>
      <w:proofErr w:type="spellStart"/>
      <w:r w:rsidRPr="00C9454D">
        <w:rPr>
          <w:sz w:val="24"/>
          <w:szCs w:val="24"/>
        </w:rPr>
        <w:t>Teston</w:t>
      </w:r>
      <w:proofErr w:type="spellEnd"/>
      <w:r w:rsidRPr="00C9454D">
        <w:rPr>
          <w:sz w:val="24"/>
          <w:szCs w:val="24"/>
        </w:rPr>
        <w:t xml:space="preserve"> into a thriving town.</w:t>
      </w:r>
    </w:p>
    <w:p w14:paraId="01068029" w14:textId="77777777" w:rsidR="008A7F12" w:rsidRPr="00C9454D" w:rsidRDefault="008A7F12" w:rsidP="00C9454D">
      <w:pPr>
        <w:rPr>
          <w:sz w:val="24"/>
          <w:szCs w:val="24"/>
        </w:rPr>
      </w:pPr>
      <w:r w:rsidRPr="00C9454D">
        <w:rPr>
          <w:sz w:val="24"/>
          <w:szCs w:val="24"/>
        </w:rPr>
        <w:t>He became a voice in the King’s council, advising on trade, ensuring stability for the region.</w:t>
      </w:r>
    </w:p>
    <w:p w14:paraId="716F5F56" w14:textId="77777777" w:rsidR="008A7F12" w:rsidRPr="00C9454D" w:rsidRDefault="008A7F12" w:rsidP="00C9454D">
      <w:pPr>
        <w:rPr>
          <w:sz w:val="24"/>
          <w:szCs w:val="24"/>
        </w:rPr>
      </w:pPr>
      <w:r w:rsidRPr="00C9454D">
        <w:rPr>
          <w:sz w:val="24"/>
          <w:szCs w:val="24"/>
        </w:rPr>
        <w:t>And though he never told her—</w:t>
      </w:r>
    </w:p>
    <w:p w14:paraId="58A95A28" w14:textId="77777777" w:rsidR="008A7F12" w:rsidRPr="00C9454D" w:rsidRDefault="008A7F12" w:rsidP="00C9454D">
      <w:pPr>
        <w:rPr>
          <w:sz w:val="24"/>
          <w:szCs w:val="24"/>
        </w:rPr>
      </w:pPr>
      <w:r w:rsidRPr="00C9454D">
        <w:rPr>
          <w:sz w:val="24"/>
          <w:szCs w:val="24"/>
        </w:rPr>
        <w:t>Though he never once admitted how much he had always admired her—</w:t>
      </w:r>
    </w:p>
    <w:p w14:paraId="73F495E8" w14:textId="77777777" w:rsidR="008A7F12" w:rsidRPr="00C9454D" w:rsidRDefault="008A7F12" w:rsidP="00C9454D">
      <w:pPr>
        <w:rPr>
          <w:sz w:val="24"/>
          <w:szCs w:val="24"/>
        </w:rPr>
      </w:pPr>
      <w:r w:rsidRPr="00C9454D">
        <w:rPr>
          <w:sz w:val="24"/>
          <w:szCs w:val="24"/>
        </w:rPr>
        <w:t>He knew Abilene was proud of him.</w:t>
      </w:r>
    </w:p>
    <w:p w14:paraId="0927DC45" w14:textId="77777777" w:rsidR="008A7F12" w:rsidRPr="00C9454D" w:rsidRDefault="008A7F12" w:rsidP="00C9454D">
      <w:pPr>
        <w:rPr>
          <w:sz w:val="24"/>
          <w:szCs w:val="24"/>
        </w:rPr>
      </w:pPr>
      <w:r w:rsidRPr="00C9454D">
        <w:rPr>
          <w:sz w:val="24"/>
          <w:szCs w:val="24"/>
        </w:rPr>
        <w:t>And when he stood by her grave years later, hands clasped, the words he could never say burned in his chest.</w:t>
      </w:r>
    </w:p>
    <w:p w14:paraId="593A07A0" w14:textId="48E491B1" w:rsidR="008A7F12" w:rsidRPr="00C9454D" w:rsidRDefault="008A7F12" w:rsidP="00C9454D">
      <w:pPr>
        <w:rPr>
          <w:sz w:val="24"/>
          <w:szCs w:val="24"/>
        </w:rPr>
      </w:pPr>
      <w:r w:rsidRPr="00C9454D">
        <w:rPr>
          <w:sz w:val="24"/>
          <w:szCs w:val="24"/>
        </w:rPr>
        <w:t>Instead, he whispered, “I hope I ma</w:t>
      </w:r>
      <w:r w:rsidR="00DD1FF5" w:rsidRPr="00C9454D">
        <w:rPr>
          <w:sz w:val="24"/>
          <w:szCs w:val="24"/>
        </w:rPr>
        <w:t xml:space="preserve">de </w:t>
      </w:r>
      <w:r w:rsidRPr="00C9454D">
        <w:rPr>
          <w:sz w:val="24"/>
          <w:szCs w:val="24"/>
        </w:rPr>
        <w:t>you proud, sister.”</w:t>
      </w:r>
    </w:p>
    <w:p w14:paraId="224366AF" w14:textId="77777777" w:rsidR="008A7F12" w:rsidRPr="00C9454D" w:rsidRDefault="008A7F12" w:rsidP="00C9454D">
      <w:pPr>
        <w:rPr>
          <w:sz w:val="24"/>
          <w:szCs w:val="24"/>
        </w:rPr>
      </w:pPr>
      <w:r w:rsidRPr="00C9454D">
        <w:rPr>
          <w:sz w:val="24"/>
          <w:szCs w:val="24"/>
        </w:rPr>
        <w:t>And somehow, in the wind through the trees, he swore he heard her say, “You did.”</w:t>
      </w:r>
    </w:p>
    <w:p w14:paraId="0EC70E16" w14:textId="77777777" w:rsidR="008A7F12" w:rsidRPr="00C9454D" w:rsidRDefault="00FE197F" w:rsidP="00C9454D">
      <w:pPr>
        <w:rPr>
          <w:sz w:val="24"/>
          <w:szCs w:val="24"/>
        </w:rPr>
      </w:pPr>
      <w:r>
        <w:rPr>
          <w:noProof/>
          <w:sz w:val="24"/>
          <w:szCs w:val="24"/>
        </w:rPr>
      </w:r>
      <w:r w:rsidR="00FE197F">
        <w:rPr>
          <w:noProof/>
          <w:sz w:val="24"/>
          <w:szCs w:val="24"/>
        </w:rPr>
        <w:pict w14:anchorId="6FFDD804">
          <v:rect id="_x0000_i1246" style="width:0;height:1.5pt" o:hralign="center" o:hrstd="t" o:hr="t" fillcolor="#a0a0a0" stroked="f"/>
        </w:pict>
      </w:r>
    </w:p>
    <w:p w14:paraId="0574128D" w14:textId="77777777" w:rsidR="008A7F12" w:rsidRPr="00C9454D" w:rsidRDefault="008A7F12" w:rsidP="00C9454D">
      <w:pPr>
        <w:rPr>
          <w:sz w:val="24"/>
          <w:szCs w:val="24"/>
        </w:rPr>
      </w:pPr>
      <w:r w:rsidRPr="00C9454D">
        <w:rPr>
          <w:sz w:val="24"/>
          <w:szCs w:val="24"/>
        </w:rPr>
        <w:t xml:space="preserve">In the end, </w:t>
      </w:r>
      <w:proofErr w:type="spellStart"/>
      <w:r w:rsidRPr="00C9454D">
        <w:rPr>
          <w:sz w:val="24"/>
          <w:szCs w:val="24"/>
        </w:rPr>
        <w:t>Warine</w:t>
      </w:r>
      <w:proofErr w:type="spellEnd"/>
      <w:r w:rsidRPr="00C9454D">
        <w:rPr>
          <w:sz w:val="24"/>
          <w:szCs w:val="24"/>
        </w:rPr>
        <w:t xml:space="preserve"> was not just Abilene’s brother.</w:t>
      </w:r>
    </w:p>
    <w:p w14:paraId="50F8534F" w14:textId="77777777" w:rsidR="008A7F12" w:rsidRPr="00C9454D" w:rsidRDefault="008A7F12" w:rsidP="00C9454D">
      <w:pPr>
        <w:rPr>
          <w:sz w:val="24"/>
          <w:szCs w:val="24"/>
        </w:rPr>
      </w:pPr>
      <w:r w:rsidRPr="00C9454D">
        <w:rPr>
          <w:sz w:val="24"/>
          <w:szCs w:val="24"/>
        </w:rPr>
        <w:t>He was the pillar that held up the world she built.</w:t>
      </w:r>
    </w:p>
    <w:p w14:paraId="61A0DE5B" w14:textId="77777777" w:rsidR="008A7F12" w:rsidRPr="00C9454D" w:rsidRDefault="008A7F12" w:rsidP="00C9454D">
      <w:pPr>
        <w:rPr>
          <w:sz w:val="24"/>
          <w:szCs w:val="24"/>
        </w:rPr>
      </w:pPr>
      <w:r w:rsidRPr="00C9454D">
        <w:rPr>
          <w:sz w:val="24"/>
          <w:szCs w:val="24"/>
        </w:rPr>
        <w:br w:type="page"/>
      </w:r>
    </w:p>
    <w:p w14:paraId="5D2F9C96" w14:textId="77777777" w:rsidR="00000F7E" w:rsidRPr="00C9454D" w:rsidRDefault="00FE197F" w:rsidP="00C9454D">
      <w:pPr>
        <w:rPr>
          <w:sz w:val="24"/>
          <w:szCs w:val="24"/>
        </w:rPr>
      </w:pPr>
      <w:r>
        <w:rPr>
          <w:noProof/>
          <w:sz w:val="24"/>
          <w:szCs w:val="24"/>
        </w:rPr>
      </w:r>
      <w:r w:rsidR="00FE197F">
        <w:rPr>
          <w:noProof/>
          <w:sz w:val="24"/>
          <w:szCs w:val="24"/>
        </w:rPr>
        <w:pict w14:anchorId="56DF6D1F">
          <v:rect id="_x0000_i1247" style="width:0;height:1.5pt" o:hralign="center" o:hrstd="t" o:hr="t" fillcolor="#a0a0a0" stroked="f"/>
        </w:pict>
      </w:r>
    </w:p>
    <w:p w14:paraId="7FAC73BD" w14:textId="49CB95C1" w:rsidR="005E088E" w:rsidRPr="00C9454D" w:rsidRDefault="00000F7E" w:rsidP="00C9454D">
      <w:pPr>
        <w:rPr>
          <w:rStyle w:val="Heading2Char"/>
          <w:sz w:val="24"/>
          <w:szCs w:val="24"/>
        </w:rPr>
      </w:pPr>
      <w:r w:rsidRPr="00C9454D">
        <w:rPr>
          <w:rStyle w:val="Heading2Char"/>
          <w:sz w:val="24"/>
          <w:szCs w:val="24"/>
        </w:rPr>
        <w:t>Present Day</w:t>
      </w:r>
      <w:r w:rsidR="00311CFC" w:rsidRPr="00C9454D">
        <w:rPr>
          <w:rStyle w:val="Heading2Char"/>
          <w:sz w:val="24"/>
          <w:szCs w:val="24"/>
        </w:rPr>
        <w:t xml:space="preserve"> 2025</w:t>
      </w:r>
    </w:p>
    <w:p w14:paraId="069712C4" w14:textId="435FB938" w:rsidR="00000F7E" w:rsidRPr="00C9454D" w:rsidRDefault="00000F7E" w:rsidP="00C9454D">
      <w:pPr>
        <w:rPr>
          <w:sz w:val="24"/>
          <w:szCs w:val="24"/>
        </w:rPr>
      </w:pPr>
      <w:r w:rsidRPr="00C9454D">
        <w:rPr>
          <w:rStyle w:val="Heading2Char"/>
          <w:sz w:val="24"/>
          <w:szCs w:val="24"/>
        </w:rPr>
        <w:br/>
      </w:r>
      <w:r w:rsidR="00CE5197" w:rsidRPr="00C9454D">
        <w:rPr>
          <w:sz w:val="24"/>
          <w:szCs w:val="24"/>
        </w:rPr>
        <w:t>I</w:t>
      </w:r>
      <w:r w:rsidRPr="00C9454D">
        <w:rPr>
          <w:sz w:val="24"/>
          <w:szCs w:val="24"/>
        </w:rPr>
        <w:t xml:space="preserve"> drew a long, unsteady breath as </w:t>
      </w:r>
      <w:r w:rsidR="00F4177C" w:rsidRPr="00C9454D">
        <w:rPr>
          <w:sz w:val="24"/>
          <w:szCs w:val="24"/>
        </w:rPr>
        <w:t>I</w:t>
      </w:r>
      <w:r w:rsidRPr="00C9454D">
        <w:rPr>
          <w:sz w:val="24"/>
          <w:szCs w:val="24"/>
        </w:rPr>
        <w:t xml:space="preserve"> lifted </w:t>
      </w:r>
      <w:r w:rsidR="00F4177C" w:rsidRPr="00C9454D">
        <w:rPr>
          <w:sz w:val="24"/>
          <w:szCs w:val="24"/>
        </w:rPr>
        <w:t>my</w:t>
      </w:r>
      <w:r w:rsidRPr="00C9454D">
        <w:rPr>
          <w:sz w:val="24"/>
          <w:szCs w:val="24"/>
        </w:rPr>
        <w:t xml:space="preserve"> eyes from the faded journal in </w:t>
      </w:r>
      <w:r w:rsidR="00F4177C" w:rsidRPr="00C9454D">
        <w:rPr>
          <w:sz w:val="24"/>
          <w:szCs w:val="24"/>
        </w:rPr>
        <w:t>my</w:t>
      </w:r>
      <w:r w:rsidRPr="00C9454D">
        <w:rPr>
          <w:sz w:val="24"/>
          <w:szCs w:val="24"/>
        </w:rPr>
        <w:t xml:space="preserve"> hands. </w:t>
      </w:r>
      <w:r w:rsidR="00F4177C" w:rsidRPr="00C9454D">
        <w:rPr>
          <w:sz w:val="24"/>
          <w:szCs w:val="24"/>
        </w:rPr>
        <w:t>I</w:t>
      </w:r>
      <w:r w:rsidRPr="00C9454D">
        <w:rPr>
          <w:sz w:val="24"/>
          <w:szCs w:val="24"/>
        </w:rPr>
        <w:t xml:space="preserve"> had been so engrossed in reading that final passage—so transported by the vivid description of that night—that for a heartbeat </w:t>
      </w:r>
      <w:r w:rsidR="00F4177C" w:rsidRPr="00C9454D">
        <w:rPr>
          <w:sz w:val="24"/>
          <w:szCs w:val="24"/>
        </w:rPr>
        <w:t xml:space="preserve">I </w:t>
      </w:r>
      <w:r w:rsidRPr="00C9454D">
        <w:rPr>
          <w:sz w:val="24"/>
          <w:szCs w:val="24"/>
        </w:rPr>
        <w:t xml:space="preserve">felt as though </w:t>
      </w:r>
      <w:r w:rsidR="00B9131C" w:rsidRPr="00C9454D">
        <w:rPr>
          <w:sz w:val="24"/>
          <w:szCs w:val="24"/>
        </w:rPr>
        <w:t>I’d</w:t>
      </w:r>
      <w:r w:rsidRPr="00C9454D">
        <w:rPr>
          <w:sz w:val="24"/>
          <w:szCs w:val="24"/>
        </w:rPr>
        <w:t xml:space="preserve"> been sitting there with them around that distant fire. The echoes of laughter and the crackling of flames still seemed to ring in </w:t>
      </w:r>
      <w:r w:rsidR="00B9131C" w:rsidRPr="00C9454D">
        <w:rPr>
          <w:sz w:val="24"/>
          <w:szCs w:val="24"/>
        </w:rPr>
        <w:t>my</w:t>
      </w:r>
      <w:r w:rsidRPr="00C9454D">
        <w:rPr>
          <w:sz w:val="24"/>
          <w:szCs w:val="24"/>
        </w:rPr>
        <w:t xml:space="preserve"> ears. It took </w:t>
      </w:r>
      <w:r w:rsidR="00B9131C" w:rsidRPr="00C9454D">
        <w:rPr>
          <w:sz w:val="24"/>
          <w:szCs w:val="24"/>
        </w:rPr>
        <w:t>me</w:t>
      </w:r>
      <w:r w:rsidRPr="00C9454D">
        <w:rPr>
          <w:sz w:val="24"/>
          <w:szCs w:val="24"/>
        </w:rPr>
        <w:t xml:space="preserve"> a moment to reorient </w:t>
      </w:r>
      <w:r w:rsidR="00B9131C" w:rsidRPr="00C9454D">
        <w:rPr>
          <w:sz w:val="24"/>
          <w:szCs w:val="24"/>
        </w:rPr>
        <w:t>myself</w:t>
      </w:r>
      <w:r w:rsidRPr="00C9454D">
        <w:rPr>
          <w:sz w:val="24"/>
          <w:szCs w:val="24"/>
        </w:rPr>
        <w:t xml:space="preserve">, here and now, in the quiet stillness of </w:t>
      </w:r>
      <w:r w:rsidR="005F2976" w:rsidRPr="00C9454D">
        <w:rPr>
          <w:sz w:val="24"/>
          <w:szCs w:val="24"/>
        </w:rPr>
        <w:t>my</w:t>
      </w:r>
      <w:r w:rsidRPr="00C9454D">
        <w:rPr>
          <w:sz w:val="24"/>
          <w:szCs w:val="24"/>
        </w:rPr>
        <w:t xml:space="preserve"> small home office.</w:t>
      </w:r>
    </w:p>
    <w:p w14:paraId="6CB7AEBC" w14:textId="045C501F" w:rsidR="00000F7E" w:rsidRPr="00C9454D" w:rsidRDefault="00000F7E" w:rsidP="00C9454D">
      <w:pPr>
        <w:rPr>
          <w:sz w:val="24"/>
          <w:szCs w:val="24"/>
        </w:rPr>
      </w:pPr>
      <w:r w:rsidRPr="00C9454D">
        <w:rPr>
          <w:sz w:val="24"/>
          <w:szCs w:val="24"/>
        </w:rPr>
        <w:t xml:space="preserve">A late-afternoon sunbeam slanted through the window, illuminating motes of dust and the genealogy records spread across </w:t>
      </w:r>
      <w:r w:rsidR="005F2976" w:rsidRPr="00C9454D">
        <w:rPr>
          <w:sz w:val="24"/>
          <w:szCs w:val="24"/>
        </w:rPr>
        <w:t>my</w:t>
      </w:r>
      <w:r w:rsidRPr="00C9454D">
        <w:rPr>
          <w:sz w:val="24"/>
          <w:szCs w:val="24"/>
        </w:rPr>
        <w:t xml:space="preserve"> desk. The old leather-bound journal lay open before </w:t>
      </w:r>
      <w:r w:rsidR="005F2976" w:rsidRPr="00C9454D">
        <w:rPr>
          <w:sz w:val="24"/>
          <w:szCs w:val="24"/>
        </w:rPr>
        <w:t>me</w:t>
      </w:r>
      <w:r w:rsidRPr="00C9454D">
        <w:rPr>
          <w:sz w:val="24"/>
          <w:szCs w:val="24"/>
        </w:rPr>
        <w:t xml:space="preserve">, its inked pages trembling slightly in the breeze from the heating vent. </w:t>
      </w:r>
      <w:r w:rsidR="00694804" w:rsidRPr="00C9454D">
        <w:rPr>
          <w:sz w:val="24"/>
          <w:szCs w:val="24"/>
        </w:rPr>
        <w:t>I</w:t>
      </w:r>
      <w:r w:rsidRPr="00C9454D">
        <w:rPr>
          <w:sz w:val="24"/>
          <w:szCs w:val="24"/>
        </w:rPr>
        <w:t xml:space="preserve"> realized</w:t>
      </w:r>
      <w:r w:rsidR="00694804" w:rsidRPr="00C9454D">
        <w:rPr>
          <w:sz w:val="24"/>
          <w:szCs w:val="24"/>
        </w:rPr>
        <w:t xml:space="preserve"> my</w:t>
      </w:r>
      <w:r w:rsidRPr="00C9454D">
        <w:rPr>
          <w:sz w:val="24"/>
          <w:szCs w:val="24"/>
        </w:rPr>
        <w:t xml:space="preserve"> hands were trembling, too. </w:t>
      </w:r>
      <w:r w:rsidR="00694804" w:rsidRPr="00C9454D">
        <w:rPr>
          <w:sz w:val="24"/>
          <w:szCs w:val="24"/>
        </w:rPr>
        <w:t xml:space="preserve">I </w:t>
      </w:r>
      <w:r w:rsidRPr="00C9454D">
        <w:rPr>
          <w:sz w:val="24"/>
          <w:szCs w:val="24"/>
        </w:rPr>
        <w:t xml:space="preserve">pressed </w:t>
      </w:r>
      <w:r w:rsidR="00694804" w:rsidRPr="00C9454D">
        <w:rPr>
          <w:sz w:val="24"/>
          <w:szCs w:val="24"/>
        </w:rPr>
        <w:t>my</w:t>
      </w:r>
      <w:r w:rsidRPr="00C9454D">
        <w:rPr>
          <w:sz w:val="24"/>
          <w:szCs w:val="24"/>
        </w:rPr>
        <w:t xml:space="preserve"> palms against the cool surface of </w:t>
      </w:r>
      <w:r w:rsidR="00694804" w:rsidRPr="00C9454D">
        <w:rPr>
          <w:sz w:val="24"/>
          <w:szCs w:val="24"/>
        </w:rPr>
        <w:t>my</w:t>
      </w:r>
      <w:r w:rsidRPr="00C9454D">
        <w:rPr>
          <w:sz w:val="24"/>
          <w:szCs w:val="24"/>
        </w:rPr>
        <w:t xml:space="preserve"> desk to steady </w:t>
      </w:r>
      <w:r w:rsidR="002F33DE" w:rsidRPr="00C9454D">
        <w:rPr>
          <w:sz w:val="24"/>
          <w:szCs w:val="24"/>
        </w:rPr>
        <w:t>myself</w:t>
      </w:r>
      <w:r w:rsidRPr="00C9454D">
        <w:rPr>
          <w:sz w:val="24"/>
          <w:szCs w:val="24"/>
        </w:rPr>
        <w:t xml:space="preserve">, but </w:t>
      </w:r>
      <w:r w:rsidR="002F33DE" w:rsidRPr="00C9454D">
        <w:rPr>
          <w:sz w:val="24"/>
          <w:szCs w:val="24"/>
        </w:rPr>
        <w:t>my</w:t>
      </w:r>
      <w:r w:rsidRPr="00C9454D">
        <w:rPr>
          <w:sz w:val="24"/>
          <w:szCs w:val="24"/>
        </w:rPr>
        <w:t xml:space="preserve"> heart continued to pound with an indescribable emotion—an awe and ache and joy all at once.</w:t>
      </w:r>
    </w:p>
    <w:p w14:paraId="5DB751B7" w14:textId="404E58C9" w:rsidR="00000F7E" w:rsidRPr="00C9454D" w:rsidRDefault="00000F7E" w:rsidP="00C9454D">
      <w:pPr>
        <w:rPr>
          <w:sz w:val="24"/>
          <w:szCs w:val="24"/>
        </w:rPr>
      </w:pPr>
      <w:r w:rsidRPr="00C9454D">
        <w:rPr>
          <w:sz w:val="24"/>
          <w:szCs w:val="24"/>
        </w:rPr>
        <w:t xml:space="preserve">These weren’t just stories on a page. They were </w:t>
      </w:r>
      <w:r w:rsidR="002F33DE" w:rsidRPr="00C9454D">
        <w:rPr>
          <w:sz w:val="24"/>
          <w:szCs w:val="24"/>
        </w:rPr>
        <w:t>my</w:t>
      </w:r>
      <w:r w:rsidRPr="00C9454D">
        <w:rPr>
          <w:sz w:val="24"/>
          <w:szCs w:val="24"/>
        </w:rPr>
        <w:t xml:space="preserve"> family. Abilene </w:t>
      </w:r>
      <w:r w:rsidR="00BB7416" w:rsidRPr="00C9454D">
        <w:rPr>
          <w:sz w:val="24"/>
          <w:szCs w:val="24"/>
        </w:rPr>
        <w:t xml:space="preserve">de </w:t>
      </w:r>
      <w:proofErr w:type="spellStart"/>
      <w:r w:rsidR="00BB7416" w:rsidRPr="00C9454D">
        <w:rPr>
          <w:sz w:val="24"/>
          <w:szCs w:val="24"/>
        </w:rPr>
        <w:t>Barham</w:t>
      </w:r>
      <w:proofErr w:type="spellEnd"/>
      <w:r w:rsidRPr="00C9454D">
        <w:rPr>
          <w:sz w:val="24"/>
          <w:szCs w:val="24"/>
        </w:rPr>
        <w:t xml:space="preserve">, Rowan of the woods, Father </w:t>
      </w:r>
      <w:proofErr w:type="spellStart"/>
      <w:r w:rsidRPr="00C9454D">
        <w:rPr>
          <w:sz w:val="24"/>
          <w:szCs w:val="24"/>
        </w:rPr>
        <w:t>Eldric</w:t>
      </w:r>
      <w:proofErr w:type="spellEnd"/>
      <w:r w:rsidRPr="00C9454D">
        <w:rPr>
          <w:sz w:val="24"/>
          <w:szCs w:val="24"/>
        </w:rPr>
        <w:t xml:space="preserve">… all of them, all these names that had so long been just mysterious characters in half-remembered tales, were flesh and blood kin. </w:t>
      </w:r>
      <w:r w:rsidR="002F33DE" w:rsidRPr="00C9454D">
        <w:rPr>
          <w:sz w:val="24"/>
          <w:szCs w:val="24"/>
        </w:rPr>
        <w:t>My</w:t>
      </w:r>
      <w:r w:rsidRPr="00C9454D">
        <w:rPr>
          <w:sz w:val="24"/>
          <w:szCs w:val="24"/>
        </w:rPr>
        <w:t xml:space="preserve"> ancestors had </w:t>
      </w:r>
      <w:r w:rsidRPr="00C9454D">
        <w:rPr>
          <w:i/>
          <w:iCs/>
          <w:sz w:val="24"/>
          <w:szCs w:val="24"/>
        </w:rPr>
        <w:t>lived</w:t>
      </w:r>
      <w:r w:rsidRPr="00C9454D">
        <w:rPr>
          <w:sz w:val="24"/>
          <w:szCs w:val="24"/>
        </w:rPr>
        <w:t xml:space="preserve"> these moments. They had laughed and wept under the same stars that now shone over </w:t>
      </w:r>
      <w:r w:rsidR="00B635F4" w:rsidRPr="00C9454D">
        <w:rPr>
          <w:sz w:val="24"/>
          <w:szCs w:val="24"/>
        </w:rPr>
        <w:t>my</w:t>
      </w:r>
      <w:r w:rsidRPr="00C9454D">
        <w:rPr>
          <w:sz w:val="24"/>
          <w:szCs w:val="24"/>
        </w:rPr>
        <w:t xml:space="preserve"> world. They had vowed to remember—and here </w:t>
      </w:r>
      <w:r w:rsidR="00B635F4" w:rsidRPr="00C9454D">
        <w:rPr>
          <w:sz w:val="24"/>
          <w:szCs w:val="24"/>
        </w:rPr>
        <w:t>I</w:t>
      </w:r>
      <w:r w:rsidRPr="00C9454D">
        <w:rPr>
          <w:sz w:val="24"/>
          <w:szCs w:val="24"/>
        </w:rPr>
        <w:t xml:space="preserve"> was, remembering them.</w:t>
      </w:r>
    </w:p>
    <w:p w14:paraId="5CC6B737" w14:textId="4540595E" w:rsidR="00000F7E" w:rsidRPr="00C9454D" w:rsidRDefault="00B635F4" w:rsidP="00C9454D">
      <w:pPr>
        <w:rPr>
          <w:sz w:val="24"/>
          <w:szCs w:val="24"/>
        </w:rPr>
      </w:pPr>
      <w:r w:rsidRPr="00C9454D">
        <w:rPr>
          <w:sz w:val="24"/>
          <w:szCs w:val="24"/>
        </w:rPr>
        <w:t>I</w:t>
      </w:r>
      <w:r w:rsidR="00000F7E" w:rsidRPr="00C9454D">
        <w:rPr>
          <w:sz w:val="24"/>
          <w:szCs w:val="24"/>
        </w:rPr>
        <w:t xml:space="preserve"> gently ran her fingertips over the faded ink of the journal, almost a caress. How many years—centuries—had these words waited quietly for someone to find them? It felt as though history itself had been holding its breath, patient and hopeful, until this very moment. Until </w:t>
      </w:r>
      <w:r w:rsidR="00000F7E" w:rsidRPr="00C9454D">
        <w:rPr>
          <w:i/>
          <w:iCs/>
          <w:sz w:val="24"/>
          <w:szCs w:val="24"/>
        </w:rPr>
        <w:t>her</w:t>
      </w:r>
      <w:r w:rsidR="00000F7E" w:rsidRPr="00C9454D">
        <w:rPr>
          <w:sz w:val="24"/>
          <w:szCs w:val="24"/>
        </w:rPr>
        <w:t xml:space="preserve">. </w:t>
      </w:r>
      <w:r w:rsidR="00930588" w:rsidRPr="00C9454D">
        <w:rPr>
          <w:sz w:val="24"/>
          <w:szCs w:val="24"/>
        </w:rPr>
        <w:t>I</w:t>
      </w:r>
      <w:r w:rsidR="00000F7E" w:rsidRPr="00C9454D">
        <w:rPr>
          <w:sz w:val="24"/>
          <w:szCs w:val="24"/>
        </w:rPr>
        <w:t xml:space="preserve"> closed </w:t>
      </w:r>
      <w:r w:rsidR="00930588" w:rsidRPr="00C9454D">
        <w:rPr>
          <w:sz w:val="24"/>
          <w:szCs w:val="24"/>
        </w:rPr>
        <w:t xml:space="preserve">my </w:t>
      </w:r>
      <w:r w:rsidR="00000F7E" w:rsidRPr="00C9454D">
        <w:rPr>
          <w:sz w:val="24"/>
          <w:szCs w:val="24"/>
        </w:rPr>
        <w:t xml:space="preserve">eyes, and a tear escaped, tracing a warm path down </w:t>
      </w:r>
      <w:r w:rsidR="00954563" w:rsidRPr="00C9454D">
        <w:rPr>
          <w:sz w:val="24"/>
          <w:szCs w:val="24"/>
        </w:rPr>
        <w:t>my</w:t>
      </w:r>
      <w:r w:rsidR="00000F7E" w:rsidRPr="00C9454D">
        <w:rPr>
          <w:sz w:val="24"/>
          <w:szCs w:val="24"/>
        </w:rPr>
        <w:t xml:space="preserve"> cheek. </w:t>
      </w:r>
      <w:r w:rsidR="00000F7E" w:rsidRPr="00C9454D">
        <w:rPr>
          <w:i/>
          <w:iCs/>
          <w:sz w:val="24"/>
          <w:szCs w:val="24"/>
        </w:rPr>
        <w:t>I found you</w:t>
      </w:r>
      <w:r w:rsidR="00000F7E" w:rsidRPr="00C9454D">
        <w:rPr>
          <w:sz w:val="24"/>
          <w:szCs w:val="24"/>
        </w:rPr>
        <w:t xml:space="preserve">, </w:t>
      </w:r>
      <w:r w:rsidR="00954563" w:rsidRPr="00C9454D">
        <w:rPr>
          <w:sz w:val="24"/>
          <w:szCs w:val="24"/>
        </w:rPr>
        <w:t xml:space="preserve">I </w:t>
      </w:r>
      <w:r w:rsidR="00000F7E" w:rsidRPr="00C9454D">
        <w:rPr>
          <w:sz w:val="24"/>
          <w:szCs w:val="24"/>
        </w:rPr>
        <w:t xml:space="preserve">thought, an unspoken message to those long-gone souls. </w:t>
      </w:r>
      <w:r w:rsidR="00000F7E" w:rsidRPr="00C9454D">
        <w:rPr>
          <w:i/>
          <w:iCs/>
          <w:sz w:val="24"/>
          <w:szCs w:val="24"/>
        </w:rPr>
        <w:t>I hear you.</w:t>
      </w:r>
    </w:p>
    <w:p w14:paraId="4E6F9BBC" w14:textId="591709DA" w:rsidR="00000F7E" w:rsidRPr="00C9454D" w:rsidRDefault="00000F7E" w:rsidP="00C9454D">
      <w:pPr>
        <w:rPr>
          <w:sz w:val="24"/>
          <w:szCs w:val="24"/>
        </w:rPr>
      </w:pPr>
      <w:r w:rsidRPr="00C9454D">
        <w:rPr>
          <w:sz w:val="24"/>
          <w:szCs w:val="24"/>
        </w:rPr>
        <w:t xml:space="preserve">In </w:t>
      </w:r>
      <w:r w:rsidR="00954563" w:rsidRPr="00C9454D">
        <w:rPr>
          <w:sz w:val="24"/>
          <w:szCs w:val="24"/>
        </w:rPr>
        <w:t>my</w:t>
      </w:r>
      <w:r w:rsidRPr="00C9454D">
        <w:rPr>
          <w:sz w:val="24"/>
          <w:szCs w:val="24"/>
        </w:rPr>
        <w:t xml:space="preserve"> mind, </w:t>
      </w:r>
      <w:r w:rsidR="00954563" w:rsidRPr="00C9454D">
        <w:rPr>
          <w:sz w:val="24"/>
          <w:szCs w:val="24"/>
        </w:rPr>
        <w:t>I</w:t>
      </w:r>
      <w:r w:rsidRPr="00C9454D">
        <w:rPr>
          <w:sz w:val="24"/>
          <w:szCs w:val="24"/>
        </w:rPr>
        <w:t xml:space="preserve"> could see them: a circle of figures in the firelight—young John with resolve in his eyes; Helena smiling through her tears; Bram raising a cup in salute; others nodding in the glow. The vision was so clear and filled </w:t>
      </w:r>
      <w:r w:rsidR="002A1794" w:rsidRPr="00C9454D">
        <w:rPr>
          <w:sz w:val="24"/>
          <w:szCs w:val="24"/>
        </w:rPr>
        <w:t>me</w:t>
      </w:r>
      <w:r w:rsidRPr="00C9454D">
        <w:rPr>
          <w:sz w:val="24"/>
          <w:szCs w:val="24"/>
        </w:rPr>
        <w:t xml:space="preserve"> with such tenderness that </w:t>
      </w:r>
      <w:r w:rsidR="002A1794" w:rsidRPr="00C9454D">
        <w:rPr>
          <w:sz w:val="24"/>
          <w:szCs w:val="24"/>
        </w:rPr>
        <w:t>I</w:t>
      </w:r>
      <w:r w:rsidRPr="00C9454D">
        <w:rPr>
          <w:sz w:val="24"/>
          <w:szCs w:val="24"/>
        </w:rPr>
        <w:t xml:space="preserve"> let out a soft, trembling laugh, wiping </w:t>
      </w:r>
      <w:r w:rsidR="002A1794" w:rsidRPr="00C9454D">
        <w:rPr>
          <w:sz w:val="24"/>
          <w:szCs w:val="24"/>
        </w:rPr>
        <w:t xml:space="preserve">my </w:t>
      </w:r>
      <w:r w:rsidRPr="00C9454D">
        <w:rPr>
          <w:sz w:val="24"/>
          <w:szCs w:val="24"/>
        </w:rPr>
        <w:t xml:space="preserve">cheeks with the back of </w:t>
      </w:r>
      <w:r w:rsidR="00710BDD" w:rsidRPr="00C9454D">
        <w:rPr>
          <w:sz w:val="24"/>
          <w:szCs w:val="24"/>
        </w:rPr>
        <w:t>my</w:t>
      </w:r>
      <w:r w:rsidRPr="00C9454D">
        <w:rPr>
          <w:sz w:val="24"/>
          <w:szCs w:val="24"/>
        </w:rPr>
        <w:t xml:space="preserve"> hand. “Thank you,” </w:t>
      </w:r>
      <w:r w:rsidR="00710BDD" w:rsidRPr="00C9454D">
        <w:rPr>
          <w:sz w:val="24"/>
          <w:szCs w:val="24"/>
        </w:rPr>
        <w:t>I</w:t>
      </w:r>
      <w:r w:rsidRPr="00C9454D">
        <w:rPr>
          <w:sz w:val="24"/>
          <w:szCs w:val="24"/>
        </w:rPr>
        <w:t xml:space="preserve"> whispered</w:t>
      </w:r>
    </w:p>
    <w:p w14:paraId="2AB66493" w14:textId="6DAEE315" w:rsidR="00000F7E" w:rsidRPr="00C9454D" w:rsidRDefault="00000F7E" w:rsidP="00C9454D">
      <w:pPr>
        <w:rPr>
          <w:sz w:val="24"/>
          <w:szCs w:val="24"/>
        </w:rPr>
      </w:pPr>
      <w:r w:rsidRPr="00C9454D">
        <w:rPr>
          <w:sz w:val="24"/>
          <w:szCs w:val="24"/>
        </w:rPr>
        <w:t xml:space="preserve">The journal entry </w:t>
      </w:r>
      <w:r w:rsidR="00710BDD" w:rsidRPr="00C9454D">
        <w:rPr>
          <w:sz w:val="24"/>
          <w:szCs w:val="24"/>
        </w:rPr>
        <w:t>I</w:t>
      </w:r>
      <w:r w:rsidRPr="00C9454D">
        <w:rPr>
          <w:sz w:val="24"/>
          <w:szCs w:val="24"/>
        </w:rPr>
        <w:t xml:space="preserve"> had just read was dated nearly eight hundred years ago, yet </w:t>
      </w:r>
      <w:r w:rsidR="00710BDD" w:rsidRPr="00C9454D">
        <w:rPr>
          <w:sz w:val="24"/>
          <w:szCs w:val="24"/>
        </w:rPr>
        <w:t>I</w:t>
      </w:r>
      <w:r w:rsidRPr="00C9454D">
        <w:rPr>
          <w:sz w:val="24"/>
          <w:szCs w:val="24"/>
        </w:rPr>
        <w:t xml:space="preserve"> felt no distance at all—time’s gap collapsed into an intimate now. </w:t>
      </w:r>
      <w:r w:rsidR="00710BDD" w:rsidRPr="00C9454D">
        <w:rPr>
          <w:sz w:val="24"/>
          <w:szCs w:val="24"/>
        </w:rPr>
        <w:t>I</w:t>
      </w:r>
      <w:r w:rsidRPr="00C9454D">
        <w:rPr>
          <w:sz w:val="24"/>
          <w:szCs w:val="24"/>
        </w:rPr>
        <w:t xml:space="preserve"> glanced at the detailed family tree pinned to her corkboard, at the multitu</w:t>
      </w:r>
      <w:r w:rsidR="00DD1FF5" w:rsidRPr="00C9454D">
        <w:rPr>
          <w:sz w:val="24"/>
          <w:szCs w:val="24"/>
        </w:rPr>
        <w:t xml:space="preserve">de </w:t>
      </w:r>
      <w:r w:rsidRPr="00C9454D">
        <w:rPr>
          <w:sz w:val="24"/>
          <w:szCs w:val="24"/>
        </w:rPr>
        <w:t xml:space="preserve">of names and dates branching out from one another. </w:t>
      </w:r>
      <w:r w:rsidR="003B5E24" w:rsidRPr="00C9454D">
        <w:rPr>
          <w:sz w:val="24"/>
          <w:szCs w:val="24"/>
        </w:rPr>
        <w:t xml:space="preserve">I </w:t>
      </w:r>
      <w:r w:rsidRPr="00C9454D">
        <w:rPr>
          <w:sz w:val="24"/>
          <w:szCs w:val="24"/>
        </w:rPr>
        <w:t xml:space="preserve">had penciled in the names John Marshall of </w:t>
      </w:r>
      <w:r w:rsidR="00522C4D" w:rsidRPr="00C9454D">
        <w:rPr>
          <w:sz w:val="24"/>
          <w:szCs w:val="24"/>
        </w:rPr>
        <w:t>High Haven</w:t>
      </w:r>
      <w:r w:rsidRPr="00C9454D">
        <w:rPr>
          <w:sz w:val="24"/>
          <w:szCs w:val="24"/>
        </w:rPr>
        <w:t xml:space="preserve"> and Helena just last week, when a local archive in Kent sent </w:t>
      </w:r>
      <w:r w:rsidR="003B5E24" w:rsidRPr="00C9454D">
        <w:rPr>
          <w:sz w:val="24"/>
          <w:szCs w:val="24"/>
        </w:rPr>
        <w:t>me</w:t>
      </w:r>
      <w:r w:rsidRPr="00C9454D">
        <w:rPr>
          <w:sz w:val="24"/>
          <w:szCs w:val="24"/>
        </w:rPr>
        <w:t xml:space="preserve"> this copy of John’s very journal. John had grown up to be the Baron of </w:t>
      </w:r>
      <w:r w:rsidR="00522C4D" w:rsidRPr="00C9454D">
        <w:rPr>
          <w:sz w:val="24"/>
          <w:szCs w:val="24"/>
        </w:rPr>
        <w:t>High Haven</w:t>
      </w:r>
      <w:r w:rsidRPr="00C9454D">
        <w:rPr>
          <w:sz w:val="24"/>
          <w:szCs w:val="24"/>
        </w:rPr>
        <w:t xml:space="preserve"> in his father Guy’s stead, </w:t>
      </w:r>
      <w:r w:rsidR="003B5E24" w:rsidRPr="00C9454D">
        <w:rPr>
          <w:sz w:val="24"/>
          <w:szCs w:val="24"/>
        </w:rPr>
        <w:t>I’d</w:t>
      </w:r>
      <w:r w:rsidRPr="00C9454D">
        <w:rPr>
          <w:sz w:val="24"/>
          <w:szCs w:val="24"/>
        </w:rPr>
        <w:t xml:space="preserve"> learned, and he had carefully recorded the story of his family for posterity. For </w:t>
      </w:r>
      <w:r w:rsidR="00990C71" w:rsidRPr="00C9454D">
        <w:rPr>
          <w:i/>
          <w:iCs/>
          <w:sz w:val="24"/>
          <w:szCs w:val="24"/>
        </w:rPr>
        <w:t>me</w:t>
      </w:r>
      <w:r w:rsidRPr="00C9454D">
        <w:rPr>
          <w:sz w:val="24"/>
          <w:szCs w:val="24"/>
        </w:rPr>
        <w:t xml:space="preserve">. </w:t>
      </w:r>
      <w:r w:rsidR="006B35D0" w:rsidRPr="00C9454D">
        <w:rPr>
          <w:sz w:val="24"/>
          <w:szCs w:val="24"/>
        </w:rPr>
        <w:t>My</w:t>
      </w:r>
      <w:r w:rsidRPr="00C9454D">
        <w:rPr>
          <w:sz w:val="24"/>
          <w:szCs w:val="24"/>
        </w:rPr>
        <w:t xml:space="preserve"> gaze traveled down the lines of descent, from John to his son Thomas, and further down generations until</w:t>
      </w:r>
      <w:r w:rsidR="00291BEF" w:rsidRPr="00C9454D">
        <w:rPr>
          <w:sz w:val="24"/>
          <w:szCs w:val="24"/>
        </w:rPr>
        <w:t xml:space="preserve"> Capt. </w:t>
      </w:r>
      <w:r w:rsidR="00BE0ACA" w:rsidRPr="00C9454D">
        <w:rPr>
          <w:sz w:val="24"/>
          <w:szCs w:val="24"/>
        </w:rPr>
        <w:t xml:space="preserve">Charles </w:t>
      </w:r>
      <w:proofErr w:type="spellStart"/>
      <w:r w:rsidR="00BE0ACA" w:rsidRPr="00C9454D">
        <w:rPr>
          <w:sz w:val="24"/>
          <w:szCs w:val="24"/>
        </w:rPr>
        <w:t>Barham</w:t>
      </w:r>
      <w:proofErr w:type="spellEnd"/>
      <w:r w:rsidR="00BE0ACA" w:rsidRPr="00C9454D">
        <w:rPr>
          <w:sz w:val="24"/>
          <w:szCs w:val="24"/>
        </w:rPr>
        <w:t xml:space="preserve"> </w:t>
      </w:r>
      <w:r w:rsidRPr="00C9454D">
        <w:rPr>
          <w:sz w:val="24"/>
          <w:szCs w:val="24"/>
        </w:rPr>
        <w:t xml:space="preserve">connected to </w:t>
      </w:r>
      <w:r w:rsidR="00C80A99" w:rsidRPr="00C9454D">
        <w:rPr>
          <w:sz w:val="24"/>
          <w:szCs w:val="24"/>
        </w:rPr>
        <w:t>Capt.</w:t>
      </w:r>
      <w:r w:rsidR="00B347AA" w:rsidRPr="00C9454D">
        <w:rPr>
          <w:sz w:val="24"/>
          <w:szCs w:val="24"/>
        </w:rPr>
        <w:t xml:space="preserve"> </w:t>
      </w:r>
      <w:r w:rsidR="0013508C" w:rsidRPr="00C9454D">
        <w:rPr>
          <w:sz w:val="24"/>
          <w:szCs w:val="24"/>
        </w:rPr>
        <w:t xml:space="preserve">John </w:t>
      </w:r>
      <w:r w:rsidR="00B347AA" w:rsidRPr="00C9454D">
        <w:rPr>
          <w:sz w:val="24"/>
          <w:szCs w:val="24"/>
        </w:rPr>
        <w:t xml:space="preserve">M. </w:t>
      </w:r>
      <w:proofErr w:type="spellStart"/>
      <w:r w:rsidR="0013508C" w:rsidRPr="00C9454D">
        <w:rPr>
          <w:sz w:val="24"/>
          <w:szCs w:val="24"/>
        </w:rPr>
        <w:t>Barham</w:t>
      </w:r>
      <w:proofErr w:type="spellEnd"/>
      <w:r w:rsidR="0013508C" w:rsidRPr="00C9454D">
        <w:rPr>
          <w:sz w:val="24"/>
          <w:szCs w:val="24"/>
        </w:rPr>
        <w:t xml:space="preserve"> </w:t>
      </w:r>
      <w:r w:rsidR="00B347AA" w:rsidRPr="00C9454D">
        <w:rPr>
          <w:sz w:val="24"/>
          <w:szCs w:val="24"/>
        </w:rPr>
        <w:t>Jr</w:t>
      </w:r>
      <w:r w:rsidR="00291BEF" w:rsidRPr="00C9454D">
        <w:rPr>
          <w:sz w:val="24"/>
          <w:szCs w:val="24"/>
        </w:rPr>
        <w:t>.</w:t>
      </w:r>
      <w:r w:rsidRPr="00C9454D">
        <w:rPr>
          <w:sz w:val="24"/>
          <w:szCs w:val="24"/>
        </w:rPr>
        <w:t xml:space="preserve">—her father—and to </w:t>
      </w:r>
      <w:proofErr w:type="spellStart"/>
      <w:r w:rsidR="00274C05" w:rsidRPr="00C9454D">
        <w:rPr>
          <w:sz w:val="24"/>
          <w:szCs w:val="24"/>
        </w:rPr>
        <w:t>Carlye</w:t>
      </w:r>
      <w:proofErr w:type="spellEnd"/>
      <w:r w:rsidRPr="00C9454D">
        <w:rPr>
          <w:sz w:val="24"/>
          <w:szCs w:val="24"/>
        </w:rPr>
        <w:t xml:space="preserve"> </w:t>
      </w:r>
      <w:proofErr w:type="spellStart"/>
      <w:r w:rsidR="00291BEF" w:rsidRPr="00C9454D">
        <w:rPr>
          <w:sz w:val="24"/>
          <w:szCs w:val="24"/>
        </w:rPr>
        <w:t>Barham</w:t>
      </w:r>
      <w:proofErr w:type="spellEnd"/>
      <w:r w:rsidRPr="00C9454D">
        <w:rPr>
          <w:sz w:val="24"/>
          <w:szCs w:val="24"/>
        </w:rPr>
        <w:t xml:space="preserve">, </w:t>
      </w:r>
      <w:r w:rsidR="00990C71" w:rsidRPr="00C9454D">
        <w:rPr>
          <w:sz w:val="24"/>
          <w:szCs w:val="24"/>
        </w:rPr>
        <w:t xml:space="preserve">myself. </w:t>
      </w:r>
      <w:r w:rsidRPr="00C9454D">
        <w:rPr>
          <w:sz w:val="24"/>
          <w:szCs w:val="24"/>
        </w:rPr>
        <w:t xml:space="preserve"> The realization hit with full force, as it had many times during this journey but never quite like now: </w:t>
      </w:r>
      <w:r w:rsidRPr="00C9454D">
        <w:rPr>
          <w:i/>
          <w:iCs/>
          <w:sz w:val="24"/>
          <w:szCs w:val="24"/>
        </w:rPr>
        <w:t>I am their continuation. I carry their blood, their stories, their hopes.</w:t>
      </w:r>
      <w:r w:rsidRPr="00C9454D">
        <w:rPr>
          <w:sz w:val="24"/>
          <w:szCs w:val="24"/>
        </w:rPr>
        <w:t xml:space="preserve"> What had once been abstract—names on old parchment—was now profoundly personal. Abilene’s goodness, Rowan’s humor, </w:t>
      </w:r>
      <w:proofErr w:type="spellStart"/>
      <w:r w:rsidRPr="00C9454D">
        <w:rPr>
          <w:sz w:val="24"/>
          <w:szCs w:val="24"/>
        </w:rPr>
        <w:t>Eldric’s</w:t>
      </w:r>
      <w:proofErr w:type="spellEnd"/>
      <w:r w:rsidRPr="00C9454D">
        <w:rPr>
          <w:sz w:val="24"/>
          <w:szCs w:val="24"/>
        </w:rPr>
        <w:t xml:space="preserve"> wisdom… </w:t>
      </w:r>
      <w:r w:rsidR="00034BF4" w:rsidRPr="00C9454D">
        <w:rPr>
          <w:sz w:val="24"/>
          <w:szCs w:val="24"/>
        </w:rPr>
        <w:t xml:space="preserve">I </w:t>
      </w:r>
      <w:r w:rsidRPr="00C9454D">
        <w:rPr>
          <w:sz w:val="24"/>
          <w:szCs w:val="24"/>
        </w:rPr>
        <w:t xml:space="preserve">saw threads of them woven into </w:t>
      </w:r>
      <w:r w:rsidR="00034BF4" w:rsidRPr="00C9454D">
        <w:rPr>
          <w:sz w:val="24"/>
          <w:szCs w:val="24"/>
        </w:rPr>
        <w:t>my</w:t>
      </w:r>
      <w:r w:rsidRPr="00C9454D">
        <w:rPr>
          <w:sz w:val="24"/>
          <w:szCs w:val="24"/>
        </w:rPr>
        <w:t xml:space="preserve"> own family: in </w:t>
      </w:r>
      <w:r w:rsidR="00034BF4" w:rsidRPr="00C9454D">
        <w:rPr>
          <w:sz w:val="24"/>
          <w:szCs w:val="24"/>
        </w:rPr>
        <w:t>my</w:t>
      </w:r>
      <w:r w:rsidRPr="00C9454D">
        <w:rPr>
          <w:sz w:val="24"/>
          <w:szCs w:val="24"/>
        </w:rPr>
        <w:t xml:space="preserve"> grandparents’ teachings, in </w:t>
      </w:r>
      <w:r w:rsidR="00034BF4" w:rsidRPr="00C9454D">
        <w:rPr>
          <w:sz w:val="24"/>
          <w:szCs w:val="24"/>
        </w:rPr>
        <w:t>my</w:t>
      </w:r>
      <w:r w:rsidRPr="00C9454D">
        <w:rPr>
          <w:sz w:val="24"/>
          <w:szCs w:val="24"/>
        </w:rPr>
        <w:t xml:space="preserve"> mother’s fierce </w:t>
      </w:r>
      <w:r w:rsidR="005B40FD" w:rsidRPr="00C9454D">
        <w:rPr>
          <w:sz w:val="24"/>
          <w:szCs w:val="24"/>
        </w:rPr>
        <w:t>determination</w:t>
      </w:r>
      <w:r w:rsidRPr="00C9454D">
        <w:rPr>
          <w:sz w:val="24"/>
          <w:szCs w:val="24"/>
        </w:rPr>
        <w:t xml:space="preserve">, even in </w:t>
      </w:r>
      <w:r w:rsidR="00034BF4" w:rsidRPr="00C9454D">
        <w:rPr>
          <w:sz w:val="24"/>
          <w:szCs w:val="24"/>
        </w:rPr>
        <w:t>my</w:t>
      </w:r>
      <w:r w:rsidRPr="00C9454D">
        <w:rPr>
          <w:sz w:val="24"/>
          <w:szCs w:val="24"/>
        </w:rPr>
        <w:t xml:space="preserve"> own love of stories and faith.</w:t>
      </w:r>
    </w:p>
    <w:p w14:paraId="323D16BF" w14:textId="317489E4" w:rsidR="00000F7E" w:rsidRPr="00C9454D" w:rsidRDefault="008346DA" w:rsidP="00C9454D">
      <w:pPr>
        <w:rPr>
          <w:sz w:val="24"/>
          <w:szCs w:val="24"/>
        </w:rPr>
      </w:pPr>
      <w:r w:rsidRPr="00C9454D">
        <w:rPr>
          <w:sz w:val="24"/>
          <w:szCs w:val="24"/>
        </w:rPr>
        <w:t xml:space="preserve">I </w:t>
      </w:r>
      <w:r w:rsidR="00000F7E" w:rsidRPr="00C9454D">
        <w:rPr>
          <w:sz w:val="24"/>
          <w:szCs w:val="24"/>
        </w:rPr>
        <w:t xml:space="preserve">inhaled shakily and looked back at the journal’s final lines, wanting to etch them into </w:t>
      </w:r>
      <w:r w:rsidRPr="00C9454D">
        <w:rPr>
          <w:sz w:val="24"/>
          <w:szCs w:val="24"/>
        </w:rPr>
        <w:t xml:space="preserve">my </w:t>
      </w:r>
      <w:r w:rsidR="00000F7E" w:rsidRPr="00C9454D">
        <w:rPr>
          <w:sz w:val="24"/>
          <w:szCs w:val="24"/>
        </w:rPr>
        <w:t xml:space="preserve">memory. The script was elegant but clearly aged, penned by John’s steady hand so long ago. </w:t>
      </w:r>
      <w:r w:rsidRPr="00C9454D">
        <w:rPr>
          <w:sz w:val="24"/>
          <w:szCs w:val="24"/>
        </w:rPr>
        <w:t xml:space="preserve">I </w:t>
      </w:r>
      <w:r w:rsidR="00000F7E" w:rsidRPr="00C9454D">
        <w:rPr>
          <w:sz w:val="24"/>
          <w:szCs w:val="24"/>
        </w:rPr>
        <w:t xml:space="preserve">mouthed the words silently as </w:t>
      </w:r>
      <w:r w:rsidRPr="00C9454D">
        <w:rPr>
          <w:sz w:val="24"/>
          <w:szCs w:val="24"/>
        </w:rPr>
        <w:t>I</w:t>
      </w:r>
      <w:r w:rsidR="00000F7E" w:rsidRPr="00C9454D">
        <w:rPr>
          <w:sz w:val="24"/>
          <w:szCs w:val="24"/>
        </w:rPr>
        <w:t xml:space="preserve"> read: </w:t>
      </w:r>
      <w:r w:rsidR="00000F7E" w:rsidRPr="00C9454D">
        <w:rPr>
          <w:i/>
          <w:iCs/>
          <w:sz w:val="24"/>
          <w:szCs w:val="24"/>
        </w:rPr>
        <w:t>“We will keep their legacy alive, always.”</w:t>
      </w:r>
      <w:r w:rsidR="00000F7E" w:rsidRPr="00C9454D">
        <w:rPr>
          <w:sz w:val="24"/>
          <w:szCs w:val="24"/>
        </w:rPr>
        <w:t xml:space="preserve"> The sentence was underlined, as if to emphasize its importance. Below it, in a different ink—perhaps added years later—was a brief note about the very gathering </w:t>
      </w:r>
      <w:r w:rsidR="0019319B" w:rsidRPr="00C9454D">
        <w:rPr>
          <w:sz w:val="24"/>
          <w:szCs w:val="24"/>
        </w:rPr>
        <w:t xml:space="preserve">I </w:t>
      </w:r>
      <w:r w:rsidR="00000F7E" w:rsidRPr="00C9454D">
        <w:rPr>
          <w:sz w:val="24"/>
          <w:szCs w:val="24"/>
        </w:rPr>
        <w:t xml:space="preserve">had just envisioned: </w:t>
      </w:r>
      <w:r w:rsidR="00000F7E" w:rsidRPr="00C9454D">
        <w:rPr>
          <w:i/>
          <w:iCs/>
          <w:sz w:val="24"/>
          <w:szCs w:val="24"/>
        </w:rPr>
        <w:t>Gathered with Bram of the Wood and our families by fire on the tenth anniversary of our loss. Told tales of joy and sorrow. They live on in us.”</w:t>
      </w:r>
    </w:p>
    <w:p w14:paraId="6C9E71D4" w14:textId="64016EF0" w:rsidR="00000F7E" w:rsidRPr="00C9454D" w:rsidRDefault="00000F7E" w:rsidP="00C9454D">
      <w:pPr>
        <w:rPr>
          <w:sz w:val="24"/>
          <w:szCs w:val="24"/>
        </w:rPr>
      </w:pPr>
      <w:r w:rsidRPr="00C9454D">
        <w:rPr>
          <w:sz w:val="24"/>
          <w:szCs w:val="24"/>
        </w:rPr>
        <w:t xml:space="preserve">A small sound escaped </w:t>
      </w:r>
      <w:r w:rsidR="0019319B" w:rsidRPr="00C9454D">
        <w:rPr>
          <w:sz w:val="24"/>
          <w:szCs w:val="24"/>
        </w:rPr>
        <w:t>my</w:t>
      </w:r>
      <w:r w:rsidRPr="00C9454D">
        <w:rPr>
          <w:sz w:val="24"/>
          <w:szCs w:val="24"/>
        </w:rPr>
        <w:t xml:space="preserve"> lips—half sob, half laugh. It amazed</w:t>
      </w:r>
      <w:r w:rsidR="0019319B" w:rsidRPr="00C9454D">
        <w:rPr>
          <w:sz w:val="24"/>
          <w:szCs w:val="24"/>
        </w:rPr>
        <w:t xml:space="preserve"> me</w:t>
      </w:r>
      <w:r w:rsidRPr="00C9454D">
        <w:rPr>
          <w:sz w:val="24"/>
          <w:szCs w:val="24"/>
        </w:rPr>
        <w:t xml:space="preserve"> that </w:t>
      </w:r>
      <w:r w:rsidR="000C08B6" w:rsidRPr="00C9454D">
        <w:rPr>
          <w:sz w:val="24"/>
          <w:szCs w:val="24"/>
        </w:rPr>
        <w:t>I</w:t>
      </w:r>
      <w:r w:rsidRPr="00C9454D">
        <w:rPr>
          <w:sz w:val="24"/>
          <w:szCs w:val="24"/>
        </w:rPr>
        <w:t xml:space="preserve"> could feel such </w:t>
      </w:r>
      <w:r w:rsidRPr="00C9454D">
        <w:rPr>
          <w:i/>
          <w:iCs/>
          <w:sz w:val="24"/>
          <w:szCs w:val="24"/>
        </w:rPr>
        <w:t>grief</w:t>
      </w:r>
      <w:r w:rsidRPr="00C9454D">
        <w:rPr>
          <w:sz w:val="24"/>
          <w:szCs w:val="24"/>
        </w:rPr>
        <w:t xml:space="preserve"> and </w:t>
      </w:r>
      <w:r w:rsidRPr="00C9454D">
        <w:rPr>
          <w:i/>
          <w:iCs/>
          <w:sz w:val="24"/>
          <w:szCs w:val="24"/>
        </w:rPr>
        <w:t>gratitu</w:t>
      </w:r>
      <w:r w:rsidR="00DD1FF5" w:rsidRPr="00C9454D">
        <w:rPr>
          <w:i/>
          <w:iCs/>
          <w:sz w:val="24"/>
          <w:szCs w:val="24"/>
        </w:rPr>
        <w:t xml:space="preserve">de </w:t>
      </w:r>
      <w:r w:rsidRPr="00C9454D">
        <w:rPr>
          <w:sz w:val="24"/>
          <w:szCs w:val="24"/>
        </w:rPr>
        <w:t xml:space="preserve">simultaneously, for people who had been gone for centuries. </w:t>
      </w:r>
      <w:r w:rsidR="000C08B6" w:rsidRPr="00C9454D">
        <w:rPr>
          <w:sz w:val="24"/>
          <w:szCs w:val="24"/>
        </w:rPr>
        <w:t>I</w:t>
      </w:r>
      <w:r w:rsidRPr="00C9454D">
        <w:rPr>
          <w:sz w:val="24"/>
          <w:szCs w:val="24"/>
        </w:rPr>
        <w:t xml:space="preserve"> gently closed the journal, hands lingering on the worn cover. A shaft of sunlight caught the dust motes again, making them sparkle like tiny embers in the air. </w:t>
      </w:r>
      <w:r w:rsidR="000C08B6" w:rsidRPr="00C9454D">
        <w:rPr>
          <w:sz w:val="24"/>
          <w:szCs w:val="24"/>
        </w:rPr>
        <w:t>I</w:t>
      </w:r>
      <w:r w:rsidRPr="00C9454D">
        <w:rPr>
          <w:sz w:val="24"/>
          <w:szCs w:val="24"/>
        </w:rPr>
        <w:t xml:space="preserve"> could almost imagine it was the glow of that ancient fire, still warming </w:t>
      </w:r>
      <w:r w:rsidR="000C08B6" w:rsidRPr="00C9454D">
        <w:rPr>
          <w:sz w:val="24"/>
          <w:szCs w:val="24"/>
        </w:rPr>
        <w:t xml:space="preserve">me </w:t>
      </w:r>
      <w:r w:rsidRPr="00C9454D">
        <w:rPr>
          <w:sz w:val="24"/>
          <w:szCs w:val="24"/>
        </w:rPr>
        <w:t>after all this time.</w:t>
      </w:r>
    </w:p>
    <w:p w14:paraId="1581C70E" w14:textId="16717FF4" w:rsidR="00000F7E" w:rsidRPr="00C9454D" w:rsidRDefault="00D8111D" w:rsidP="00C9454D">
      <w:pPr>
        <w:rPr>
          <w:sz w:val="24"/>
          <w:szCs w:val="24"/>
        </w:rPr>
      </w:pPr>
      <w:r w:rsidRPr="00C9454D">
        <w:rPr>
          <w:sz w:val="24"/>
          <w:szCs w:val="24"/>
        </w:rPr>
        <w:t>I</w:t>
      </w:r>
      <w:r w:rsidR="00000F7E" w:rsidRPr="00C9454D">
        <w:rPr>
          <w:sz w:val="24"/>
          <w:szCs w:val="24"/>
        </w:rPr>
        <w:t xml:space="preserve"> leaned back in </w:t>
      </w:r>
      <w:r w:rsidRPr="00C9454D">
        <w:rPr>
          <w:sz w:val="24"/>
          <w:szCs w:val="24"/>
        </w:rPr>
        <w:t>my</w:t>
      </w:r>
      <w:r w:rsidR="00000F7E" w:rsidRPr="00C9454D">
        <w:rPr>
          <w:sz w:val="24"/>
          <w:szCs w:val="24"/>
        </w:rPr>
        <w:t xml:space="preserve"> chair and let out a long breath </w:t>
      </w:r>
      <w:r w:rsidRPr="00C9454D">
        <w:rPr>
          <w:sz w:val="24"/>
          <w:szCs w:val="24"/>
        </w:rPr>
        <w:t>I</w:t>
      </w:r>
      <w:r w:rsidR="00000F7E" w:rsidRPr="00C9454D">
        <w:rPr>
          <w:sz w:val="24"/>
          <w:szCs w:val="24"/>
        </w:rPr>
        <w:t xml:space="preserve"> hadn’t realized </w:t>
      </w:r>
      <w:r w:rsidRPr="00C9454D">
        <w:rPr>
          <w:sz w:val="24"/>
          <w:szCs w:val="24"/>
        </w:rPr>
        <w:t xml:space="preserve">I </w:t>
      </w:r>
      <w:r w:rsidR="00000F7E" w:rsidRPr="00C9454D">
        <w:rPr>
          <w:sz w:val="24"/>
          <w:szCs w:val="24"/>
        </w:rPr>
        <w:t xml:space="preserve">was holding. In </w:t>
      </w:r>
      <w:r w:rsidRPr="00C9454D">
        <w:rPr>
          <w:sz w:val="24"/>
          <w:szCs w:val="24"/>
        </w:rPr>
        <w:t>my</w:t>
      </w:r>
      <w:r w:rsidR="00000F7E" w:rsidRPr="00C9454D">
        <w:rPr>
          <w:sz w:val="24"/>
          <w:szCs w:val="24"/>
        </w:rPr>
        <w:t xml:space="preserve"> chest, </w:t>
      </w:r>
      <w:r w:rsidRPr="00C9454D">
        <w:rPr>
          <w:sz w:val="24"/>
          <w:szCs w:val="24"/>
        </w:rPr>
        <w:t>my</w:t>
      </w:r>
      <w:r w:rsidR="00000F7E" w:rsidRPr="00C9454D">
        <w:rPr>
          <w:sz w:val="24"/>
          <w:szCs w:val="24"/>
        </w:rPr>
        <w:t xml:space="preserve"> heart swelled with a deep fulfillment. This—</w:t>
      </w:r>
      <w:r w:rsidR="00000F7E" w:rsidRPr="00C9454D">
        <w:rPr>
          <w:i/>
          <w:iCs/>
          <w:sz w:val="24"/>
          <w:szCs w:val="24"/>
        </w:rPr>
        <w:t>this</w:t>
      </w:r>
      <w:r w:rsidR="00000F7E" w:rsidRPr="00C9454D">
        <w:rPr>
          <w:sz w:val="24"/>
          <w:szCs w:val="24"/>
        </w:rPr>
        <w:t xml:space="preserve"> was why </w:t>
      </w:r>
      <w:r w:rsidR="00C65DA7" w:rsidRPr="00C9454D">
        <w:rPr>
          <w:sz w:val="24"/>
          <w:szCs w:val="24"/>
        </w:rPr>
        <w:t>I’d</w:t>
      </w:r>
      <w:r w:rsidR="00000F7E" w:rsidRPr="00C9454D">
        <w:rPr>
          <w:sz w:val="24"/>
          <w:szCs w:val="24"/>
        </w:rPr>
        <w:t xml:space="preserve"> pored over brittle records and illegible parchments for years. Every late night of research, every dead-end and breakthrough, had led </w:t>
      </w:r>
      <w:r w:rsidR="00C65DA7" w:rsidRPr="00C9454D">
        <w:rPr>
          <w:sz w:val="24"/>
          <w:szCs w:val="24"/>
        </w:rPr>
        <w:t>me</w:t>
      </w:r>
      <w:r w:rsidR="00000F7E" w:rsidRPr="00C9454D">
        <w:rPr>
          <w:sz w:val="24"/>
          <w:szCs w:val="24"/>
        </w:rPr>
        <w:t xml:space="preserve"> here. </w:t>
      </w:r>
      <w:r w:rsidR="00C65DA7" w:rsidRPr="00C9454D">
        <w:rPr>
          <w:sz w:val="24"/>
          <w:szCs w:val="24"/>
        </w:rPr>
        <w:t>I</w:t>
      </w:r>
      <w:r w:rsidR="00000F7E" w:rsidRPr="00C9454D">
        <w:rPr>
          <w:sz w:val="24"/>
          <w:szCs w:val="24"/>
        </w:rPr>
        <w:t xml:space="preserve"> now knew where </w:t>
      </w:r>
      <w:r w:rsidR="00C65DA7" w:rsidRPr="00C9454D">
        <w:rPr>
          <w:sz w:val="24"/>
          <w:szCs w:val="24"/>
        </w:rPr>
        <w:t xml:space="preserve">I </w:t>
      </w:r>
      <w:r w:rsidR="00000F7E" w:rsidRPr="00C9454D">
        <w:rPr>
          <w:sz w:val="24"/>
          <w:szCs w:val="24"/>
        </w:rPr>
        <w:t xml:space="preserve">came from. </w:t>
      </w:r>
      <w:r w:rsidR="00C65DA7" w:rsidRPr="00C9454D">
        <w:rPr>
          <w:sz w:val="24"/>
          <w:szCs w:val="24"/>
        </w:rPr>
        <w:t>I</w:t>
      </w:r>
      <w:r w:rsidR="00000F7E" w:rsidRPr="00C9454D">
        <w:rPr>
          <w:sz w:val="24"/>
          <w:szCs w:val="24"/>
        </w:rPr>
        <w:t xml:space="preserve"> could place </w:t>
      </w:r>
      <w:r w:rsidR="008E663F" w:rsidRPr="00C9454D">
        <w:rPr>
          <w:sz w:val="24"/>
          <w:szCs w:val="24"/>
        </w:rPr>
        <w:t>myself</w:t>
      </w:r>
      <w:r w:rsidR="00000F7E" w:rsidRPr="00C9454D">
        <w:rPr>
          <w:sz w:val="24"/>
          <w:szCs w:val="24"/>
        </w:rPr>
        <w:t xml:space="preserve"> in the great, ongoing story of </w:t>
      </w:r>
      <w:r w:rsidR="008E663F" w:rsidRPr="00C9454D">
        <w:rPr>
          <w:sz w:val="24"/>
          <w:szCs w:val="24"/>
        </w:rPr>
        <w:t xml:space="preserve">my </w:t>
      </w:r>
      <w:r w:rsidR="00000F7E" w:rsidRPr="00C9454D">
        <w:rPr>
          <w:sz w:val="24"/>
          <w:szCs w:val="24"/>
        </w:rPr>
        <w:t xml:space="preserve">family, see the tapestry of lives and loves that culminated in </w:t>
      </w:r>
      <w:r w:rsidR="008E663F" w:rsidRPr="00C9454D">
        <w:rPr>
          <w:i/>
          <w:iCs/>
          <w:sz w:val="24"/>
          <w:szCs w:val="24"/>
        </w:rPr>
        <w:t>me</w:t>
      </w:r>
      <w:r w:rsidR="00000F7E" w:rsidRPr="00C9454D">
        <w:rPr>
          <w:sz w:val="24"/>
          <w:szCs w:val="24"/>
        </w:rPr>
        <w:t xml:space="preserve">. It felt destined, in a way that sent a gentle thrill through </w:t>
      </w:r>
      <w:r w:rsidR="008E663F" w:rsidRPr="00C9454D">
        <w:rPr>
          <w:sz w:val="24"/>
          <w:szCs w:val="24"/>
        </w:rPr>
        <w:t>my</w:t>
      </w:r>
      <w:r w:rsidR="00000F7E" w:rsidRPr="00C9454D">
        <w:rPr>
          <w:sz w:val="24"/>
          <w:szCs w:val="24"/>
        </w:rPr>
        <w:t xml:space="preserve"> soul. As if a circle quietly closed, linking past to present in an unbroken line.</w:t>
      </w:r>
    </w:p>
    <w:p w14:paraId="2EBE3370" w14:textId="08856769" w:rsidR="00000F7E" w:rsidRPr="00C9454D" w:rsidRDefault="00C1497D" w:rsidP="00C9454D">
      <w:pPr>
        <w:rPr>
          <w:sz w:val="24"/>
          <w:szCs w:val="24"/>
        </w:rPr>
      </w:pPr>
      <w:r w:rsidRPr="00C9454D">
        <w:rPr>
          <w:sz w:val="24"/>
          <w:szCs w:val="24"/>
        </w:rPr>
        <w:t xml:space="preserve">I </w:t>
      </w:r>
      <w:r w:rsidR="00000F7E" w:rsidRPr="00C9454D">
        <w:rPr>
          <w:sz w:val="24"/>
          <w:szCs w:val="24"/>
        </w:rPr>
        <w:t xml:space="preserve">reached for </w:t>
      </w:r>
      <w:r w:rsidRPr="00C9454D">
        <w:rPr>
          <w:sz w:val="24"/>
          <w:szCs w:val="24"/>
        </w:rPr>
        <w:t>my</w:t>
      </w:r>
      <w:r w:rsidR="00000F7E" w:rsidRPr="00C9454D">
        <w:rPr>
          <w:sz w:val="24"/>
          <w:szCs w:val="24"/>
        </w:rPr>
        <w:t xml:space="preserve"> phone, </w:t>
      </w:r>
      <w:r w:rsidRPr="00C9454D">
        <w:rPr>
          <w:sz w:val="24"/>
          <w:szCs w:val="24"/>
        </w:rPr>
        <w:t xml:space="preserve">my </w:t>
      </w:r>
      <w:r w:rsidR="00000F7E" w:rsidRPr="00C9454D">
        <w:rPr>
          <w:sz w:val="24"/>
          <w:szCs w:val="24"/>
        </w:rPr>
        <w:t xml:space="preserve">fingers still trembling slightly, and dialed a familiar number. As it rang, </w:t>
      </w:r>
      <w:r w:rsidRPr="00C9454D">
        <w:rPr>
          <w:sz w:val="24"/>
          <w:szCs w:val="24"/>
        </w:rPr>
        <w:t>I</w:t>
      </w:r>
      <w:r w:rsidR="00000F7E" w:rsidRPr="00C9454D">
        <w:rPr>
          <w:sz w:val="24"/>
          <w:szCs w:val="24"/>
        </w:rPr>
        <w:t xml:space="preserve"> glanced back at the family tree.</w:t>
      </w:r>
      <w:r w:rsidR="00C9057F" w:rsidRPr="00C9454D">
        <w:rPr>
          <w:sz w:val="24"/>
          <w:szCs w:val="24"/>
        </w:rPr>
        <w:t xml:space="preserve"> </w:t>
      </w:r>
      <w:r w:rsidR="00000F7E" w:rsidRPr="00C9454D">
        <w:rPr>
          <w:sz w:val="24"/>
          <w:szCs w:val="24"/>
        </w:rPr>
        <w:t>Russ’s name was there alongsi</w:t>
      </w:r>
      <w:r w:rsidR="00DD1FF5" w:rsidRPr="00C9454D">
        <w:rPr>
          <w:sz w:val="24"/>
          <w:szCs w:val="24"/>
        </w:rPr>
        <w:t xml:space="preserve">de </w:t>
      </w:r>
      <w:r w:rsidRPr="00C9454D">
        <w:rPr>
          <w:sz w:val="24"/>
          <w:szCs w:val="24"/>
        </w:rPr>
        <w:t>mine</w:t>
      </w:r>
      <w:r w:rsidR="00000F7E" w:rsidRPr="00C9454D">
        <w:rPr>
          <w:sz w:val="24"/>
          <w:szCs w:val="24"/>
        </w:rPr>
        <w:t xml:space="preserve">, the two lineages, </w:t>
      </w:r>
      <w:r w:rsidR="00DD1FF5" w:rsidRPr="00C9454D">
        <w:rPr>
          <w:sz w:val="24"/>
          <w:szCs w:val="24"/>
        </w:rPr>
        <w:t xml:space="preserve">De </w:t>
      </w:r>
      <w:proofErr w:type="spellStart"/>
      <w:r w:rsidR="00000F7E" w:rsidRPr="00C9454D">
        <w:rPr>
          <w:sz w:val="24"/>
          <w:szCs w:val="24"/>
        </w:rPr>
        <w:t>Peine</w:t>
      </w:r>
      <w:proofErr w:type="spellEnd"/>
      <w:r w:rsidR="00000F7E" w:rsidRPr="00C9454D">
        <w:rPr>
          <w:sz w:val="24"/>
          <w:szCs w:val="24"/>
        </w:rPr>
        <w:t xml:space="preserve"> and </w:t>
      </w:r>
      <w:r w:rsidR="00BB7416" w:rsidRPr="00C9454D">
        <w:rPr>
          <w:sz w:val="24"/>
          <w:szCs w:val="24"/>
        </w:rPr>
        <w:t xml:space="preserve">De </w:t>
      </w:r>
      <w:proofErr w:type="spellStart"/>
      <w:r w:rsidR="00BB7416" w:rsidRPr="00C9454D">
        <w:rPr>
          <w:sz w:val="24"/>
          <w:szCs w:val="24"/>
        </w:rPr>
        <w:t>Barham</w:t>
      </w:r>
      <w:proofErr w:type="spellEnd"/>
      <w:r w:rsidR="00000F7E" w:rsidRPr="00C9454D">
        <w:rPr>
          <w:sz w:val="24"/>
          <w:szCs w:val="24"/>
        </w:rPr>
        <w:t xml:space="preserve">, intertwined once more after so many generations. Perhaps it was chance, or perhaps something greater at work, that </w:t>
      </w:r>
      <w:r w:rsidR="003C4499" w:rsidRPr="00C9454D">
        <w:rPr>
          <w:sz w:val="24"/>
          <w:szCs w:val="24"/>
        </w:rPr>
        <w:t>I</w:t>
      </w:r>
      <w:r w:rsidR="00000F7E" w:rsidRPr="00C9454D">
        <w:rPr>
          <w:sz w:val="24"/>
          <w:szCs w:val="24"/>
        </w:rPr>
        <w:t xml:space="preserve"> and Russ had met years ago and eventually discovered </w:t>
      </w:r>
      <w:r w:rsidR="003C4499" w:rsidRPr="00C9454D">
        <w:rPr>
          <w:sz w:val="24"/>
          <w:szCs w:val="24"/>
        </w:rPr>
        <w:t xml:space="preserve">we </w:t>
      </w:r>
      <w:r w:rsidR="00000F7E" w:rsidRPr="00C9454D">
        <w:rPr>
          <w:sz w:val="24"/>
          <w:szCs w:val="24"/>
        </w:rPr>
        <w:t xml:space="preserve">each carried a piece of this shared heritage. The thought gave </w:t>
      </w:r>
      <w:r w:rsidR="003C4499" w:rsidRPr="00C9454D">
        <w:rPr>
          <w:sz w:val="24"/>
          <w:szCs w:val="24"/>
        </w:rPr>
        <w:t xml:space="preserve">me </w:t>
      </w:r>
      <w:r w:rsidR="00000F7E" w:rsidRPr="00C9454D">
        <w:rPr>
          <w:sz w:val="24"/>
          <w:szCs w:val="24"/>
        </w:rPr>
        <w:t xml:space="preserve">comfort and a sense of wonder; maybe Abilene and Guy, the baron and baroness of </w:t>
      </w:r>
      <w:r w:rsidR="00522C4D" w:rsidRPr="00C9454D">
        <w:rPr>
          <w:sz w:val="24"/>
          <w:szCs w:val="24"/>
        </w:rPr>
        <w:t>High Haven</w:t>
      </w:r>
      <w:r w:rsidR="00000F7E" w:rsidRPr="00C9454D">
        <w:rPr>
          <w:sz w:val="24"/>
          <w:szCs w:val="24"/>
        </w:rPr>
        <w:t>, had smiled somewhere to see their bloodlines reunited so far in the future.</w:t>
      </w:r>
    </w:p>
    <w:p w14:paraId="51C810E0" w14:textId="70828408" w:rsidR="00000F7E" w:rsidRPr="00C9454D" w:rsidRDefault="00000F7E" w:rsidP="00C9454D">
      <w:pPr>
        <w:rPr>
          <w:sz w:val="24"/>
          <w:szCs w:val="24"/>
        </w:rPr>
      </w:pPr>
      <w:r w:rsidRPr="00C9454D">
        <w:rPr>
          <w:sz w:val="24"/>
          <w:szCs w:val="24"/>
        </w:rPr>
        <w:t xml:space="preserve">Russ picked up, and before he could even say hello, </w:t>
      </w:r>
      <w:r w:rsidR="00F41F3E" w:rsidRPr="00C9454D">
        <w:rPr>
          <w:sz w:val="24"/>
          <w:szCs w:val="24"/>
        </w:rPr>
        <w:t xml:space="preserve">I </w:t>
      </w:r>
      <w:r w:rsidRPr="00C9454D">
        <w:rPr>
          <w:sz w:val="24"/>
          <w:szCs w:val="24"/>
        </w:rPr>
        <w:t xml:space="preserve">blurted quietly, “I found them, Russ. I found </w:t>
      </w:r>
      <w:r w:rsidRPr="00C9454D">
        <w:rPr>
          <w:i/>
          <w:iCs/>
          <w:sz w:val="24"/>
          <w:szCs w:val="24"/>
        </w:rPr>
        <w:t>everything</w:t>
      </w:r>
      <w:r w:rsidRPr="00C9454D">
        <w:rPr>
          <w:sz w:val="24"/>
          <w:szCs w:val="24"/>
        </w:rPr>
        <w:t xml:space="preserve">.” </w:t>
      </w:r>
      <w:r w:rsidR="00F41F3E" w:rsidRPr="00C9454D">
        <w:rPr>
          <w:sz w:val="24"/>
          <w:szCs w:val="24"/>
        </w:rPr>
        <w:t>My</w:t>
      </w:r>
      <w:r w:rsidRPr="00C9454D">
        <w:rPr>
          <w:sz w:val="24"/>
          <w:szCs w:val="24"/>
        </w:rPr>
        <w:t xml:space="preserve"> voice quivered with emotion. </w:t>
      </w:r>
      <w:r w:rsidR="00DF2CB9" w:rsidRPr="00C9454D">
        <w:rPr>
          <w:sz w:val="24"/>
          <w:szCs w:val="24"/>
        </w:rPr>
        <w:t>I</w:t>
      </w:r>
      <w:r w:rsidRPr="00C9454D">
        <w:rPr>
          <w:sz w:val="24"/>
          <w:szCs w:val="24"/>
        </w:rPr>
        <w:t xml:space="preserve"> pressed the phone tighter to her ear. “Abilene, Rowan, Father </w:t>
      </w:r>
      <w:proofErr w:type="spellStart"/>
      <w:r w:rsidRPr="00C9454D">
        <w:rPr>
          <w:sz w:val="24"/>
          <w:szCs w:val="24"/>
        </w:rPr>
        <w:t>Eldric</w:t>
      </w:r>
      <w:proofErr w:type="spellEnd"/>
      <w:r w:rsidRPr="00C9454D">
        <w:rPr>
          <w:sz w:val="24"/>
          <w:szCs w:val="24"/>
        </w:rPr>
        <w:t>… I know how it all ends now. I have it here.”</w:t>
      </w:r>
    </w:p>
    <w:p w14:paraId="033C3C44" w14:textId="78013989" w:rsidR="00000F7E" w:rsidRPr="00C9454D" w:rsidRDefault="00000F7E" w:rsidP="00C9454D">
      <w:pPr>
        <w:rPr>
          <w:sz w:val="24"/>
          <w:szCs w:val="24"/>
        </w:rPr>
      </w:pPr>
      <w:r w:rsidRPr="00C9454D">
        <w:rPr>
          <w:sz w:val="24"/>
          <w:szCs w:val="24"/>
        </w:rPr>
        <w:t xml:space="preserve">Russ’s intake of breath crackled over the line. He heard the tears in </w:t>
      </w:r>
      <w:r w:rsidR="00DF2CB9" w:rsidRPr="00C9454D">
        <w:rPr>
          <w:sz w:val="24"/>
          <w:szCs w:val="24"/>
        </w:rPr>
        <w:t>my</w:t>
      </w:r>
      <w:r w:rsidRPr="00C9454D">
        <w:rPr>
          <w:sz w:val="24"/>
          <w:szCs w:val="24"/>
        </w:rPr>
        <w:t xml:space="preserve"> voice immediately. “</w:t>
      </w:r>
      <w:proofErr w:type="spellStart"/>
      <w:r w:rsidR="00274C05" w:rsidRPr="00C9454D">
        <w:rPr>
          <w:sz w:val="24"/>
          <w:szCs w:val="24"/>
        </w:rPr>
        <w:t>Carlye</w:t>
      </w:r>
      <w:proofErr w:type="spellEnd"/>
      <w:r w:rsidRPr="00C9454D">
        <w:rPr>
          <w:sz w:val="24"/>
          <w:szCs w:val="24"/>
        </w:rPr>
        <w:t>… that’s incredible,” he breathed.</w:t>
      </w:r>
    </w:p>
    <w:p w14:paraId="38E0BCD8" w14:textId="338B1291" w:rsidR="00000F7E" w:rsidRPr="00C9454D" w:rsidRDefault="00000F7E" w:rsidP="00C9454D">
      <w:pPr>
        <w:rPr>
          <w:sz w:val="24"/>
          <w:szCs w:val="24"/>
        </w:rPr>
      </w:pPr>
      <w:r w:rsidRPr="00C9454D">
        <w:rPr>
          <w:sz w:val="24"/>
          <w:szCs w:val="24"/>
        </w:rPr>
        <w:t xml:space="preserve">“I just… it’s beautiful, Russ. It’s so beautiful. I wish you could see this journal—John wrote about how they all gathered and remembered their parents and Father </w:t>
      </w:r>
      <w:proofErr w:type="spellStart"/>
      <w:r w:rsidRPr="00C9454D">
        <w:rPr>
          <w:sz w:val="24"/>
          <w:szCs w:val="24"/>
        </w:rPr>
        <w:t>Eldric</w:t>
      </w:r>
      <w:proofErr w:type="spellEnd"/>
      <w:r w:rsidRPr="00C9454D">
        <w:rPr>
          <w:sz w:val="24"/>
          <w:szCs w:val="24"/>
        </w:rPr>
        <w:t xml:space="preserve">, ten years later. He wrote about keeping their legacy alive. And they did, Russ. They really did. Because… well, here we are.” Her voice broke on the last three words. Here </w:t>
      </w:r>
      <w:r w:rsidRPr="00C9454D">
        <w:rPr>
          <w:i/>
          <w:iCs/>
          <w:sz w:val="24"/>
          <w:szCs w:val="24"/>
        </w:rPr>
        <w:t>we</w:t>
      </w:r>
      <w:r w:rsidRPr="00C9454D">
        <w:rPr>
          <w:sz w:val="24"/>
          <w:szCs w:val="24"/>
        </w:rPr>
        <w:t xml:space="preserve"> are—alive, remembering, because of them.</w:t>
      </w:r>
    </w:p>
    <w:p w14:paraId="20B97088" w14:textId="15584D15" w:rsidR="00000F7E" w:rsidRPr="00C9454D" w:rsidRDefault="00000F7E" w:rsidP="00C9454D">
      <w:pPr>
        <w:rPr>
          <w:sz w:val="24"/>
          <w:szCs w:val="24"/>
        </w:rPr>
      </w:pPr>
      <w:r w:rsidRPr="00C9454D">
        <w:rPr>
          <w:sz w:val="24"/>
          <w:szCs w:val="24"/>
        </w:rPr>
        <w:t>There was a thick pause on the phone., he said, “They’d be proud of you, you know. For finding them. For telling their story.”</w:t>
      </w:r>
    </w:p>
    <w:p w14:paraId="051ED585" w14:textId="09C4A649" w:rsidR="00000F7E" w:rsidRPr="00C9454D" w:rsidRDefault="006B2FE4" w:rsidP="00C9454D">
      <w:pPr>
        <w:rPr>
          <w:sz w:val="24"/>
          <w:szCs w:val="24"/>
        </w:rPr>
      </w:pPr>
      <w:r w:rsidRPr="00C9454D">
        <w:rPr>
          <w:sz w:val="24"/>
          <w:szCs w:val="24"/>
        </w:rPr>
        <w:t>I</w:t>
      </w:r>
      <w:r w:rsidR="00000F7E" w:rsidRPr="00C9454D">
        <w:rPr>
          <w:sz w:val="24"/>
          <w:szCs w:val="24"/>
        </w:rPr>
        <w:t xml:space="preserve"> closed </w:t>
      </w:r>
      <w:r w:rsidRPr="00C9454D">
        <w:rPr>
          <w:sz w:val="24"/>
          <w:szCs w:val="24"/>
        </w:rPr>
        <w:t>my</w:t>
      </w:r>
      <w:r w:rsidR="00000F7E" w:rsidRPr="00C9454D">
        <w:rPr>
          <w:sz w:val="24"/>
          <w:szCs w:val="24"/>
        </w:rPr>
        <w:t xml:space="preserve"> eyes, letting his words wash over </w:t>
      </w:r>
      <w:r w:rsidRPr="00C9454D">
        <w:rPr>
          <w:sz w:val="24"/>
          <w:szCs w:val="24"/>
        </w:rPr>
        <w:t>me</w:t>
      </w:r>
      <w:r w:rsidR="00000F7E" w:rsidRPr="00C9454D">
        <w:rPr>
          <w:sz w:val="24"/>
          <w:szCs w:val="24"/>
        </w:rPr>
        <w:t xml:space="preserve">. </w:t>
      </w:r>
      <w:r w:rsidRPr="00C9454D">
        <w:rPr>
          <w:sz w:val="24"/>
          <w:szCs w:val="24"/>
        </w:rPr>
        <w:t>I</w:t>
      </w:r>
      <w:r w:rsidR="00000F7E" w:rsidRPr="00C9454D">
        <w:rPr>
          <w:sz w:val="24"/>
          <w:szCs w:val="24"/>
        </w:rPr>
        <w:t xml:space="preserve"> pictured Abilene’s kind eyes, Rowan’s hearty grin, </w:t>
      </w:r>
      <w:proofErr w:type="spellStart"/>
      <w:r w:rsidR="00000F7E" w:rsidRPr="00C9454D">
        <w:rPr>
          <w:sz w:val="24"/>
          <w:szCs w:val="24"/>
        </w:rPr>
        <w:t>Eldric’s</w:t>
      </w:r>
      <w:proofErr w:type="spellEnd"/>
      <w:r w:rsidR="00000F7E" w:rsidRPr="00C9454D">
        <w:rPr>
          <w:sz w:val="24"/>
          <w:szCs w:val="24"/>
        </w:rPr>
        <w:t xml:space="preserve"> wise gaze. In </w:t>
      </w:r>
      <w:r w:rsidR="008F10A3" w:rsidRPr="00C9454D">
        <w:rPr>
          <w:sz w:val="24"/>
          <w:szCs w:val="24"/>
        </w:rPr>
        <w:t>my</w:t>
      </w:r>
      <w:r w:rsidR="00000F7E" w:rsidRPr="00C9454D">
        <w:rPr>
          <w:sz w:val="24"/>
          <w:szCs w:val="24"/>
        </w:rPr>
        <w:t xml:space="preserve"> heart, </w:t>
      </w:r>
      <w:r w:rsidR="008F10A3" w:rsidRPr="00C9454D">
        <w:rPr>
          <w:sz w:val="24"/>
          <w:szCs w:val="24"/>
        </w:rPr>
        <w:t xml:space="preserve">I </w:t>
      </w:r>
      <w:r w:rsidR="00000F7E" w:rsidRPr="00C9454D">
        <w:rPr>
          <w:sz w:val="24"/>
          <w:szCs w:val="24"/>
        </w:rPr>
        <w:t xml:space="preserve">spoke a silent reply: </w:t>
      </w:r>
      <w:r w:rsidR="00000F7E" w:rsidRPr="00C9454D">
        <w:rPr>
          <w:i/>
          <w:iCs/>
          <w:sz w:val="24"/>
          <w:szCs w:val="24"/>
        </w:rPr>
        <w:t>I will make you proud.</w:t>
      </w:r>
      <w:r w:rsidR="00000F7E" w:rsidRPr="00C9454D">
        <w:rPr>
          <w:sz w:val="24"/>
          <w:szCs w:val="24"/>
        </w:rPr>
        <w:t xml:space="preserve"> </w:t>
      </w:r>
      <w:r w:rsidR="008F10A3" w:rsidRPr="00C9454D">
        <w:rPr>
          <w:sz w:val="24"/>
          <w:szCs w:val="24"/>
        </w:rPr>
        <w:t>I</w:t>
      </w:r>
      <w:r w:rsidR="00000F7E" w:rsidRPr="00C9454D">
        <w:rPr>
          <w:sz w:val="24"/>
          <w:szCs w:val="24"/>
        </w:rPr>
        <w:t xml:space="preserve"> would not let their legacy fade; </w:t>
      </w:r>
      <w:r w:rsidR="008F10A3" w:rsidRPr="00C9454D">
        <w:rPr>
          <w:sz w:val="24"/>
          <w:szCs w:val="24"/>
        </w:rPr>
        <w:t>I</w:t>
      </w:r>
      <w:r w:rsidR="00000F7E" w:rsidRPr="00C9454D">
        <w:rPr>
          <w:sz w:val="24"/>
          <w:szCs w:val="24"/>
        </w:rPr>
        <w:t xml:space="preserve"> would pass these stories on to her own children one day, and to nephews and nieces, and anyone who would listen—just as John and Helena and Bram had promised around that fire so long ago. History had been waiting to be remembered, and now it lived again in </w:t>
      </w:r>
      <w:r w:rsidR="008F10A3" w:rsidRPr="00C9454D">
        <w:rPr>
          <w:sz w:val="24"/>
          <w:szCs w:val="24"/>
        </w:rPr>
        <w:t>my</w:t>
      </w:r>
      <w:r w:rsidR="00000F7E" w:rsidRPr="00C9454D">
        <w:rPr>
          <w:sz w:val="24"/>
          <w:szCs w:val="24"/>
        </w:rPr>
        <w:t xml:space="preserve"> voice.</w:t>
      </w:r>
    </w:p>
    <w:p w14:paraId="0AF20711" w14:textId="54847158" w:rsidR="00000F7E" w:rsidRPr="00C9454D" w:rsidRDefault="00000F7E" w:rsidP="00C9454D">
      <w:pPr>
        <w:rPr>
          <w:sz w:val="24"/>
          <w:szCs w:val="24"/>
        </w:rPr>
      </w:pPr>
      <w:r w:rsidRPr="00C9454D">
        <w:rPr>
          <w:sz w:val="24"/>
          <w:szCs w:val="24"/>
        </w:rPr>
        <w:t>“I think… I think they’</w:t>
      </w:r>
      <w:r w:rsidR="00E51995" w:rsidRPr="00C9454D">
        <w:rPr>
          <w:sz w:val="24"/>
          <w:szCs w:val="24"/>
        </w:rPr>
        <w:t xml:space="preserve">d be </w:t>
      </w:r>
      <w:r w:rsidRPr="00C9454D">
        <w:rPr>
          <w:sz w:val="24"/>
          <w:szCs w:val="24"/>
        </w:rPr>
        <w:t xml:space="preserve">happy we’re remembering them,” </w:t>
      </w:r>
      <w:r w:rsidR="00205376" w:rsidRPr="00C9454D">
        <w:rPr>
          <w:sz w:val="24"/>
          <w:szCs w:val="24"/>
        </w:rPr>
        <w:t xml:space="preserve">I </w:t>
      </w:r>
      <w:r w:rsidRPr="00C9454D">
        <w:rPr>
          <w:sz w:val="24"/>
          <w:szCs w:val="24"/>
        </w:rPr>
        <w:t xml:space="preserve">whispered into the phone, echoing John’s sentiment from that night by the fire. </w:t>
      </w:r>
      <w:r w:rsidR="00205376" w:rsidRPr="00C9454D">
        <w:rPr>
          <w:sz w:val="24"/>
          <w:szCs w:val="24"/>
        </w:rPr>
        <w:t>I</w:t>
      </w:r>
      <w:r w:rsidRPr="00C9454D">
        <w:rPr>
          <w:sz w:val="24"/>
          <w:szCs w:val="24"/>
        </w:rPr>
        <w:t xml:space="preserve"> hugged the journal to </w:t>
      </w:r>
      <w:r w:rsidR="00205376" w:rsidRPr="00C9454D">
        <w:rPr>
          <w:sz w:val="24"/>
          <w:szCs w:val="24"/>
        </w:rPr>
        <w:t xml:space="preserve">my </w:t>
      </w:r>
      <w:r w:rsidRPr="00C9454D">
        <w:rPr>
          <w:sz w:val="24"/>
          <w:szCs w:val="24"/>
        </w:rPr>
        <w:t xml:space="preserve">chest with </w:t>
      </w:r>
      <w:r w:rsidR="00205376" w:rsidRPr="00C9454D">
        <w:rPr>
          <w:sz w:val="24"/>
          <w:szCs w:val="24"/>
        </w:rPr>
        <w:t>my</w:t>
      </w:r>
      <w:r w:rsidRPr="00C9454D">
        <w:rPr>
          <w:sz w:val="24"/>
          <w:szCs w:val="24"/>
        </w:rPr>
        <w:t xml:space="preserve"> free arm. Through the window, the late sun dipped lower, casting a gentle orange glow in the room. It felt, for all the world, like a benediction.</w:t>
      </w:r>
    </w:p>
    <w:p w14:paraId="0205D00D" w14:textId="0227E2B1" w:rsidR="00000F7E" w:rsidRPr="00C9454D" w:rsidRDefault="00000F7E" w:rsidP="00C9454D">
      <w:pPr>
        <w:rPr>
          <w:sz w:val="24"/>
          <w:szCs w:val="24"/>
        </w:rPr>
      </w:pPr>
      <w:r w:rsidRPr="00C9454D">
        <w:rPr>
          <w:sz w:val="24"/>
          <w:szCs w:val="24"/>
        </w:rPr>
        <w:t xml:space="preserve">After </w:t>
      </w:r>
      <w:r w:rsidR="00172F58" w:rsidRPr="00C9454D">
        <w:rPr>
          <w:sz w:val="24"/>
          <w:szCs w:val="24"/>
        </w:rPr>
        <w:t>I</w:t>
      </w:r>
      <w:r w:rsidRPr="00C9454D">
        <w:rPr>
          <w:sz w:val="24"/>
          <w:szCs w:val="24"/>
        </w:rPr>
        <w:t xml:space="preserve"> hung up with Russ—after many excited, heartfelt words—</w:t>
      </w:r>
      <w:r w:rsidR="00172F58" w:rsidRPr="00C9454D">
        <w:rPr>
          <w:sz w:val="24"/>
          <w:szCs w:val="24"/>
        </w:rPr>
        <w:t>I</w:t>
      </w:r>
      <w:r w:rsidRPr="00C9454D">
        <w:rPr>
          <w:sz w:val="24"/>
          <w:szCs w:val="24"/>
        </w:rPr>
        <w:t xml:space="preserve"> remained in </w:t>
      </w:r>
      <w:r w:rsidR="00172F58" w:rsidRPr="00C9454D">
        <w:rPr>
          <w:sz w:val="24"/>
          <w:szCs w:val="24"/>
        </w:rPr>
        <w:t xml:space="preserve">my </w:t>
      </w:r>
      <w:r w:rsidRPr="00C9454D">
        <w:rPr>
          <w:sz w:val="24"/>
          <w:szCs w:val="24"/>
        </w:rPr>
        <w:t xml:space="preserve">chair a while, watching the day’s light give way to evening. </w:t>
      </w:r>
      <w:r w:rsidR="00172F58" w:rsidRPr="00C9454D">
        <w:rPr>
          <w:sz w:val="24"/>
          <w:szCs w:val="24"/>
        </w:rPr>
        <w:t>I</w:t>
      </w:r>
      <w:r w:rsidRPr="00C9454D">
        <w:rPr>
          <w:sz w:val="24"/>
          <w:szCs w:val="24"/>
        </w:rPr>
        <w:t xml:space="preserve"> lit a candle on </w:t>
      </w:r>
      <w:r w:rsidR="00172F58" w:rsidRPr="00C9454D">
        <w:rPr>
          <w:sz w:val="24"/>
          <w:szCs w:val="24"/>
        </w:rPr>
        <w:t>my</w:t>
      </w:r>
      <w:r w:rsidRPr="00C9454D">
        <w:rPr>
          <w:sz w:val="24"/>
          <w:szCs w:val="24"/>
        </w:rPr>
        <w:t xml:space="preserve"> desk, and its flame sprang to life, steady and bright. Besi</w:t>
      </w:r>
      <w:r w:rsidR="00DD1FF5" w:rsidRPr="00C9454D">
        <w:rPr>
          <w:sz w:val="24"/>
          <w:szCs w:val="24"/>
        </w:rPr>
        <w:t xml:space="preserve">de </w:t>
      </w:r>
      <w:r w:rsidRPr="00C9454D">
        <w:rPr>
          <w:sz w:val="24"/>
          <w:szCs w:val="24"/>
        </w:rPr>
        <w:t xml:space="preserve">it lay a printed copy of </w:t>
      </w:r>
      <w:r w:rsidRPr="00C9454D">
        <w:rPr>
          <w:i/>
          <w:iCs/>
          <w:sz w:val="24"/>
          <w:szCs w:val="24"/>
        </w:rPr>
        <w:t>The Keeper’s Promise</w:t>
      </w:r>
      <w:r w:rsidRPr="00C9454D">
        <w:rPr>
          <w:sz w:val="24"/>
          <w:szCs w:val="24"/>
        </w:rPr>
        <w:t xml:space="preserve">, the very book Abilene had compiled centuries ago to bring hope to </w:t>
      </w:r>
      <w:r w:rsidR="00B44B07" w:rsidRPr="00C9454D">
        <w:rPr>
          <w:sz w:val="24"/>
          <w:szCs w:val="24"/>
        </w:rPr>
        <w:t>her</w:t>
      </w:r>
      <w:r w:rsidRPr="00C9454D">
        <w:rPr>
          <w:sz w:val="24"/>
          <w:szCs w:val="24"/>
        </w:rPr>
        <w:t xml:space="preserve"> people. </w:t>
      </w:r>
      <w:r w:rsidR="00B44B07" w:rsidRPr="00C9454D">
        <w:rPr>
          <w:sz w:val="24"/>
          <w:szCs w:val="24"/>
        </w:rPr>
        <w:t>I</w:t>
      </w:r>
      <w:r w:rsidRPr="00C9454D">
        <w:rPr>
          <w:sz w:val="24"/>
          <w:szCs w:val="24"/>
        </w:rPr>
        <w:t xml:space="preserve"> had managed to find a translation of it in an old academic journal, and reading Abilene’s compiled verses had always given </w:t>
      </w:r>
      <w:r w:rsidR="00300797" w:rsidRPr="00C9454D">
        <w:rPr>
          <w:sz w:val="24"/>
          <w:szCs w:val="24"/>
        </w:rPr>
        <w:t>me</w:t>
      </w:r>
      <w:r w:rsidRPr="00C9454D">
        <w:rPr>
          <w:sz w:val="24"/>
          <w:szCs w:val="24"/>
        </w:rPr>
        <w:t xml:space="preserve"> comfort on lonely research nights. Now, knowing all she did, that book felt like a direct letter from her ancestress.</w:t>
      </w:r>
    </w:p>
    <w:p w14:paraId="340B3108" w14:textId="164B3870" w:rsidR="00000F7E" w:rsidRPr="00C9454D" w:rsidRDefault="00300797" w:rsidP="00C9454D">
      <w:pPr>
        <w:rPr>
          <w:sz w:val="24"/>
          <w:szCs w:val="24"/>
        </w:rPr>
      </w:pPr>
      <w:r w:rsidRPr="00C9454D">
        <w:rPr>
          <w:sz w:val="24"/>
          <w:szCs w:val="24"/>
        </w:rPr>
        <w:t>I</w:t>
      </w:r>
      <w:r w:rsidR="00000F7E" w:rsidRPr="00C9454D">
        <w:rPr>
          <w:sz w:val="24"/>
          <w:szCs w:val="24"/>
        </w:rPr>
        <w:t xml:space="preserve"> opened it to a ribbon-marked page and, with a serene smile, began to read a passage aloud to the empty room. </w:t>
      </w:r>
      <w:r w:rsidRPr="00C9454D">
        <w:rPr>
          <w:sz w:val="24"/>
          <w:szCs w:val="24"/>
        </w:rPr>
        <w:t xml:space="preserve">My </w:t>
      </w:r>
      <w:r w:rsidR="00000F7E" w:rsidRPr="00C9454D">
        <w:rPr>
          <w:sz w:val="24"/>
          <w:szCs w:val="24"/>
        </w:rPr>
        <w:t xml:space="preserve">voice was soft but clear, every word an homage. They were words of faith and hope—words that Abilene herself had chosen and copied down for future generations. As </w:t>
      </w:r>
      <w:r w:rsidR="003A2737" w:rsidRPr="00C9454D">
        <w:rPr>
          <w:sz w:val="24"/>
          <w:szCs w:val="24"/>
        </w:rPr>
        <w:t>I</w:t>
      </w:r>
      <w:r w:rsidR="00000F7E" w:rsidRPr="00C9454D">
        <w:rPr>
          <w:sz w:val="24"/>
          <w:szCs w:val="24"/>
        </w:rPr>
        <w:t xml:space="preserve"> spoke, the candle flame trembled gently, and </w:t>
      </w:r>
      <w:r w:rsidR="003A2737" w:rsidRPr="00C9454D">
        <w:rPr>
          <w:sz w:val="24"/>
          <w:szCs w:val="24"/>
        </w:rPr>
        <w:t>I</w:t>
      </w:r>
      <w:r w:rsidR="00000F7E" w:rsidRPr="00C9454D">
        <w:rPr>
          <w:sz w:val="24"/>
          <w:szCs w:val="24"/>
        </w:rPr>
        <w:t xml:space="preserve"> felt a familiar warmth, as if unseen ears were listening with fond attention. </w:t>
      </w:r>
      <w:r w:rsidR="003A2737" w:rsidRPr="00C9454D">
        <w:rPr>
          <w:sz w:val="24"/>
          <w:szCs w:val="24"/>
        </w:rPr>
        <w:t>I</w:t>
      </w:r>
      <w:r w:rsidR="00000F7E" w:rsidRPr="00C9454D">
        <w:rPr>
          <w:sz w:val="24"/>
          <w:szCs w:val="24"/>
        </w:rPr>
        <w:t xml:space="preserve"> was reading not just for </w:t>
      </w:r>
      <w:r w:rsidR="00076CCB" w:rsidRPr="00C9454D">
        <w:rPr>
          <w:sz w:val="24"/>
          <w:szCs w:val="24"/>
        </w:rPr>
        <w:t>myself</w:t>
      </w:r>
      <w:r w:rsidR="00000F7E" w:rsidRPr="00C9454D">
        <w:rPr>
          <w:sz w:val="24"/>
          <w:szCs w:val="24"/>
        </w:rPr>
        <w:t xml:space="preserve">, but for the </w:t>
      </w:r>
      <w:r w:rsidR="00F16281" w:rsidRPr="00C9454D">
        <w:rPr>
          <w:sz w:val="24"/>
          <w:szCs w:val="24"/>
        </w:rPr>
        <w:t xml:space="preserve">memory </w:t>
      </w:r>
      <w:r w:rsidR="00000F7E" w:rsidRPr="00C9454D">
        <w:rPr>
          <w:sz w:val="24"/>
          <w:szCs w:val="24"/>
        </w:rPr>
        <w:t xml:space="preserve">of </w:t>
      </w:r>
      <w:r w:rsidR="00522C4D" w:rsidRPr="00C9454D">
        <w:rPr>
          <w:sz w:val="24"/>
          <w:szCs w:val="24"/>
        </w:rPr>
        <w:t>High Haven</w:t>
      </w:r>
      <w:r w:rsidR="00000F7E" w:rsidRPr="00C9454D">
        <w:rPr>
          <w:sz w:val="24"/>
          <w:szCs w:val="24"/>
        </w:rPr>
        <w:t xml:space="preserve">, for the outlaw’s family in the woods, for the kindly priest of </w:t>
      </w:r>
      <w:proofErr w:type="spellStart"/>
      <w:r w:rsidR="00000F7E" w:rsidRPr="00C9454D">
        <w:rPr>
          <w:sz w:val="24"/>
          <w:szCs w:val="24"/>
        </w:rPr>
        <w:t>Teston</w:t>
      </w:r>
      <w:proofErr w:type="spellEnd"/>
      <w:r w:rsidR="00000F7E" w:rsidRPr="00C9454D">
        <w:rPr>
          <w:sz w:val="24"/>
          <w:szCs w:val="24"/>
        </w:rPr>
        <w:t>—for all of them who had been waiting to be heard again.</w:t>
      </w:r>
    </w:p>
    <w:p w14:paraId="2C64BD20" w14:textId="251C561C" w:rsidR="00000F7E" w:rsidRPr="00C9454D" w:rsidRDefault="00000F7E" w:rsidP="00C9454D">
      <w:pPr>
        <w:rPr>
          <w:sz w:val="24"/>
          <w:szCs w:val="24"/>
        </w:rPr>
      </w:pPr>
      <w:r w:rsidRPr="00C9454D">
        <w:rPr>
          <w:sz w:val="24"/>
          <w:szCs w:val="24"/>
        </w:rPr>
        <w:t xml:space="preserve">In that moment, past and present merged in perfect harmony. </w:t>
      </w:r>
      <w:r w:rsidR="00076CCB" w:rsidRPr="00C9454D">
        <w:rPr>
          <w:sz w:val="24"/>
          <w:szCs w:val="24"/>
        </w:rPr>
        <w:t>I</w:t>
      </w:r>
      <w:r w:rsidRPr="00C9454D">
        <w:rPr>
          <w:sz w:val="24"/>
          <w:szCs w:val="24"/>
        </w:rPr>
        <w:t xml:space="preserve"> felt the weight of </w:t>
      </w:r>
      <w:r w:rsidR="00076CCB" w:rsidRPr="00C9454D">
        <w:rPr>
          <w:sz w:val="24"/>
          <w:szCs w:val="24"/>
        </w:rPr>
        <w:t>my</w:t>
      </w:r>
      <w:r w:rsidRPr="00C9454D">
        <w:rPr>
          <w:sz w:val="24"/>
          <w:szCs w:val="24"/>
        </w:rPr>
        <w:t xml:space="preserve"> ancestors’ </w:t>
      </w:r>
      <w:r w:rsidR="00AD7809" w:rsidRPr="00C9454D">
        <w:rPr>
          <w:sz w:val="24"/>
          <w:szCs w:val="24"/>
        </w:rPr>
        <w:t>story</w:t>
      </w:r>
      <w:r w:rsidRPr="00C9454D">
        <w:rPr>
          <w:sz w:val="24"/>
          <w:szCs w:val="24"/>
        </w:rPr>
        <w:t xml:space="preserve">, not as a burden but as a loving embrace. Wonder flooded through </w:t>
      </w:r>
      <w:r w:rsidR="00076CCB" w:rsidRPr="00C9454D">
        <w:rPr>
          <w:sz w:val="24"/>
          <w:szCs w:val="24"/>
        </w:rPr>
        <w:t>me</w:t>
      </w:r>
      <w:r w:rsidRPr="00C9454D">
        <w:rPr>
          <w:sz w:val="24"/>
          <w:szCs w:val="24"/>
        </w:rPr>
        <w:t xml:space="preserve">—wonder at the improbable, magnificent chain of events that led from a </w:t>
      </w:r>
      <w:proofErr w:type="spellStart"/>
      <w:r w:rsidRPr="00C9454D">
        <w:rPr>
          <w:sz w:val="24"/>
          <w:szCs w:val="24"/>
        </w:rPr>
        <w:t>firelit</w:t>
      </w:r>
      <w:proofErr w:type="spellEnd"/>
      <w:r w:rsidRPr="00C9454D">
        <w:rPr>
          <w:sz w:val="24"/>
          <w:szCs w:val="24"/>
        </w:rPr>
        <w:t xml:space="preserve"> gathering in the 13th century to a lone woman reading by candlelight in the 21st. It felt </w:t>
      </w:r>
      <w:r w:rsidRPr="00C9454D">
        <w:rPr>
          <w:i/>
          <w:iCs/>
          <w:sz w:val="24"/>
          <w:szCs w:val="24"/>
        </w:rPr>
        <w:t>destined</w:t>
      </w:r>
      <w:r w:rsidRPr="00C9454D">
        <w:rPr>
          <w:sz w:val="24"/>
          <w:szCs w:val="24"/>
        </w:rPr>
        <w:t xml:space="preserve">, as if some gentle force had guided </w:t>
      </w:r>
      <w:r w:rsidR="00A46B4C" w:rsidRPr="00C9454D">
        <w:rPr>
          <w:sz w:val="24"/>
          <w:szCs w:val="24"/>
        </w:rPr>
        <w:t xml:space="preserve">me </w:t>
      </w:r>
      <w:r w:rsidRPr="00C9454D">
        <w:rPr>
          <w:sz w:val="24"/>
          <w:szCs w:val="24"/>
        </w:rPr>
        <w:t xml:space="preserve">through each discovery, each clue, leading </w:t>
      </w:r>
      <w:r w:rsidR="00A46B4C" w:rsidRPr="00C9454D">
        <w:rPr>
          <w:sz w:val="24"/>
          <w:szCs w:val="24"/>
        </w:rPr>
        <w:t>me</w:t>
      </w:r>
      <w:r w:rsidRPr="00C9454D">
        <w:rPr>
          <w:sz w:val="24"/>
          <w:szCs w:val="24"/>
        </w:rPr>
        <w:t xml:space="preserve"> here. A sense of peace, profound and fulfilling, settled over </w:t>
      </w:r>
      <w:r w:rsidR="00462F47" w:rsidRPr="00C9454D">
        <w:rPr>
          <w:sz w:val="24"/>
          <w:szCs w:val="24"/>
        </w:rPr>
        <w:t>me</w:t>
      </w:r>
      <w:r w:rsidRPr="00C9454D">
        <w:rPr>
          <w:sz w:val="24"/>
          <w:szCs w:val="24"/>
        </w:rPr>
        <w:t xml:space="preserve">. The yearning </w:t>
      </w:r>
      <w:r w:rsidR="00462F47" w:rsidRPr="00C9454D">
        <w:rPr>
          <w:sz w:val="24"/>
          <w:szCs w:val="24"/>
        </w:rPr>
        <w:t>I</w:t>
      </w:r>
      <w:r w:rsidRPr="00C9454D">
        <w:rPr>
          <w:sz w:val="24"/>
          <w:szCs w:val="24"/>
        </w:rPr>
        <w:t xml:space="preserve"> had carried for so long—to </w:t>
      </w:r>
      <w:r w:rsidRPr="00C9454D">
        <w:rPr>
          <w:i/>
          <w:iCs/>
          <w:sz w:val="24"/>
          <w:szCs w:val="24"/>
        </w:rPr>
        <w:t>know</w:t>
      </w:r>
      <w:r w:rsidRPr="00C9454D">
        <w:rPr>
          <w:sz w:val="24"/>
          <w:szCs w:val="24"/>
        </w:rPr>
        <w:t xml:space="preserve"> where </w:t>
      </w:r>
      <w:r w:rsidR="00462F47" w:rsidRPr="00C9454D">
        <w:rPr>
          <w:sz w:val="24"/>
          <w:szCs w:val="24"/>
        </w:rPr>
        <w:t>I</w:t>
      </w:r>
      <w:r w:rsidRPr="00C9454D">
        <w:rPr>
          <w:sz w:val="24"/>
          <w:szCs w:val="24"/>
        </w:rPr>
        <w:t xml:space="preserve"> came from—was finally answered. History’s long silence had been broken, and its voices rang like music in </w:t>
      </w:r>
      <w:r w:rsidR="00462F47" w:rsidRPr="00C9454D">
        <w:rPr>
          <w:sz w:val="24"/>
          <w:szCs w:val="24"/>
        </w:rPr>
        <w:t>my</w:t>
      </w:r>
      <w:r w:rsidRPr="00C9454D">
        <w:rPr>
          <w:sz w:val="24"/>
          <w:szCs w:val="24"/>
        </w:rPr>
        <w:t xml:space="preserve"> ears.</w:t>
      </w:r>
    </w:p>
    <w:p w14:paraId="2FB84E77" w14:textId="3F84EF08" w:rsidR="00000F7E" w:rsidRPr="00C9454D" w:rsidRDefault="0033183E" w:rsidP="00C9454D">
      <w:pPr>
        <w:rPr>
          <w:sz w:val="24"/>
          <w:szCs w:val="24"/>
        </w:rPr>
      </w:pPr>
      <w:r w:rsidRPr="00C9454D">
        <w:rPr>
          <w:sz w:val="24"/>
          <w:szCs w:val="24"/>
        </w:rPr>
        <w:t>I</w:t>
      </w:r>
      <w:r w:rsidR="00000F7E" w:rsidRPr="00C9454D">
        <w:rPr>
          <w:sz w:val="24"/>
          <w:szCs w:val="24"/>
        </w:rPr>
        <w:t xml:space="preserve"> carefully closed </w:t>
      </w:r>
      <w:r w:rsidR="00000F7E" w:rsidRPr="00C9454D">
        <w:rPr>
          <w:i/>
          <w:iCs/>
          <w:sz w:val="24"/>
          <w:szCs w:val="24"/>
        </w:rPr>
        <w:t>The Keeper’s Promise</w:t>
      </w:r>
      <w:r w:rsidR="00000F7E" w:rsidRPr="00C9454D">
        <w:rPr>
          <w:sz w:val="24"/>
          <w:szCs w:val="24"/>
        </w:rPr>
        <w:t xml:space="preserve"> and placed it atop John’s journal and </w:t>
      </w:r>
      <w:r w:rsidRPr="00C9454D">
        <w:rPr>
          <w:sz w:val="24"/>
          <w:szCs w:val="24"/>
        </w:rPr>
        <w:t>my</w:t>
      </w:r>
      <w:r w:rsidR="00000F7E" w:rsidRPr="00C9454D">
        <w:rPr>
          <w:sz w:val="24"/>
          <w:szCs w:val="24"/>
        </w:rPr>
        <w:t xml:space="preserve"> family tree. </w:t>
      </w:r>
      <w:r w:rsidRPr="00C9454D">
        <w:rPr>
          <w:sz w:val="24"/>
          <w:szCs w:val="24"/>
        </w:rPr>
        <w:t>I</w:t>
      </w:r>
      <w:r w:rsidR="00000F7E" w:rsidRPr="00C9454D">
        <w:rPr>
          <w:sz w:val="24"/>
          <w:szCs w:val="24"/>
        </w:rPr>
        <w:t xml:space="preserve"> sat back and let </w:t>
      </w:r>
      <w:r w:rsidRPr="00C9454D">
        <w:rPr>
          <w:sz w:val="24"/>
          <w:szCs w:val="24"/>
        </w:rPr>
        <w:t>my</w:t>
      </w:r>
      <w:r w:rsidR="00000F7E" w:rsidRPr="00C9454D">
        <w:rPr>
          <w:sz w:val="24"/>
          <w:szCs w:val="24"/>
        </w:rPr>
        <w:t xml:space="preserve"> gaze sweep over the assembled pieces of </w:t>
      </w:r>
      <w:r w:rsidRPr="00C9454D">
        <w:rPr>
          <w:sz w:val="24"/>
          <w:szCs w:val="24"/>
        </w:rPr>
        <w:t>my</w:t>
      </w:r>
      <w:r w:rsidR="00000F7E" w:rsidRPr="00C9454D">
        <w:rPr>
          <w:sz w:val="24"/>
          <w:szCs w:val="24"/>
        </w:rPr>
        <w:t xml:space="preserve"> heritage—documents, books, charts—all the puzzle pieces now forming a beautiful, complete picture.</w:t>
      </w:r>
      <w:r w:rsidRPr="00C9454D">
        <w:rPr>
          <w:sz w:val="24"/>
          <w:szCs w:val="24"/>
        </w:rPr>
        <w:t xml:space="preserve"> I</w:t>
      </w:r>
      <w:r w:rsidR="00000F7E" w:rsidRPr="00C9454D">
        <w:rPr>
          <w:sz w:val="24"/>
          <w:szCs w:val="24"/>
        </w:rPr>
        <w:t xml:space="preserve"> thought of John and Helena ending their night by the fire with a promise. </w:t>
      </w:r>
      <w:r w:rsidR="00270F45" w:rsidRPr="00C9454D">
        <w:rPr>
          <w:sz w:val="24"/>
          <w:szCs w:val="24"/>
        </w:rPr>
        <w:t>I</w:t>
      </w:r>
      <w:r w:rsidR="00000F7E" w:rsidRPr="00C9454D">
        <w:rPr>
          <w:sz w:val="24"/>
          <w:szCs w:val="24"/>
        </w:rPr>
        <w:t xml:space="preserve"> thought of how that promise had traveled down through time, safeguarded by each generation. And </w:t>
      </w:r>
      <w:r w:rsidR="00270F45" w:rsidRPr="00C9454D">
        <w:rPr>
          <w:sz w:val="24"/>
          <w:szCs w:val="24"/>
        </w:rPr>
        <w:t>I</w:t>
      </w:r>
      <w:r w:rsidR="00000F7E" w:rsidRPr="00C9454D">
        <w:rPr>
          <w:sz w:val="24"/>
          <w:szCs w:val="24"/>
        </w:rPr>
        <w:t xml:space="preserve"> thought of </w:t>
      </w:r>
      <w:r w:rsidR="00270F45" w:rsidRPr="00C9454D">
        <w:rPr>
          <w:sz w:val="24"/>
          <w:szCs w:val="24"/>
        </w:rPr>
        <w:t>myself,</w:t>
      </w:r>
      <w:r w:rsidR="00000F7E" w:rsidRPr="00C9454D">
        <w:rPr>
          <w:sz w:val="24"/>
          <w:szCs w:val="24"/>
        </w:rPr>
        <w:t xml:space="preserve"> sitting here, the living fulfillment of that promise. A tear of happiness slipped free, and </w:t>
      </w:r>
      <w:r w:rsidR="00270F45" w:rsidRPr="00C9454D">
        <w:rPr>
          <w:sz w:val="24"/>
          <w:szCs w:val="24"/>
        </w:rPr>
        <w:t>I</w:t>
      </w:r>
      <w:r w:rsidR="00000F7E" w:rsidRPr="00C9454D">
        <w:rPr>
          <w:sz w:val="24"/>
          <w:szCs w:val="24"/>
        </w:rPr>
        <w:t xml:space="preserve"> didn’t wipe it away.</w:t>
      </w:r>
    </w:p>
    <w:p w14:paraId="4CA6FCE7" w14:textId="6E4FB068" w:rsidR="00000F7E" w:rsidRPr="00C9454D" w:rsidRDefault="00000F7E" w:rsidP="00C9454D">
      <w:pPr>
        <w:rPr>
          <w:sz w:val="24"/>
          <w:szCs w:val="24"/>
        </w:rPr>
      </w:pPr>
      <w:r w:rsidRPr="00C9454D">
        <w:rPr>
          <w:sz w:val="24"/>
          <w:szCs w:val="24"/>
        </w:rPr>
        <w:t>“Your legacy is safe,”</w:t>
      </w:r>
      <w:r w:rsidR="000130AB" w:rsidRPr="00C9454D">
        <w:rPr>
          <w:sz w:val="24"/>
          <w:szCs w:val="24"/>
        </w:rPr>
        <w:t xml:space="preserve"> I</w:t>
      </w:r>
      <w:r w:rsidRPr="00C9454D">
        <w:rPr>
          <w:sz w:val="24"/>
          <w:szCs w:val="24"/>
        </w:rPr>
        <w:t xml:space="preserve"> whispered into the stillness, voicing the assurance </w:t>
      </w:r>
      <w:r w:rsidR="000130AB" w:rsidRPr="00C9454D">
        <w:rPr>
          <w:sz w:val="24"/>
          <w:szCs w:val="24"/>
        </w:rPr>
        <w:t xml:space="preserve">I </w:t>
      </w:r>
      <w:r w:rsidRPr="00C9454D">
        <w:rPr>
          <w:sz w:val="24"/>
          <w:szCs w:val="24"/>
        </w:rPr>
        <w:t xml:space="preserve">wished </w:t>
      </w:r>
      <w:r w:rsidR="000130AB" w:rsidRPr="00C9454D">
        <w:rPr>
          <w:sz w:val="24"/>
          <w:szCs w:val="24"/>
        </w:rPr>
        <w:t>I</w:t>
      </w:r>
      <w:r w:rsidRPr="00C9454D">
        <w:rPr>
          <w:sz w:val="24"/>
          <w:szCs w:val="24"/>
        </w:rPr>
        <w:t xml:space="preserve"> could give those long-ago loved ones. In </w:t>
      </w:r>
      <w:r w:rsidR="000130AB" w:rsidRPr="00C9454D">
        <w:rPr>
          <w:sz w:val="24"/>
          <w:szCs w:val="24"/>
        </w:rPr>
        <w:t xml:space="preserve">my </w:t>
      </w:r>
      <w:r w:rsidRPr="00C9454D">
        <w:rPr>
          <w:sz w:val="24"/>
          <w:szCs w:val="24"/>
        </w:rPr>
        <w:t xml:space="preserve">voice was both a pledge and a prayer. Their stories were remembered; their lives mattered; their love endured. </w:t>
      </w:r>
    </w:p>
    <w:p w14:paraId="3D41034F" w14:textId="469FA860" w:rsidR="00000F7E" w:rsidRPr="00C9454D" w:rsidRDefault="00000F7E" w:rsidP="00C9454D">
      <w:pPr>
        <w:rPr>
          <w:sz w:val="24"/>
          <w:szCs w:val="24"/>
        </w:rPr>
      </w:pPr>
      <w:r w:rsidRPr="00C9454D">
        <w:rPr>
          <w:sz w:val="24"/>
          <w:szCs w:val="24"/>
        </w:rPr>
        <w:t>Outsi</w:t>
      </w:r>
      <w:r w:rsidR="00DD1FF5" w:rsidRPr="00C9454D">
        <w:rPr>
          <w:sz w:val="24"/>
          <w:szCs w:val="24"/>
        </w:rPr>
        <w:t xml:space="preserve">de </w:t>
      </w:r>
      <w:r w:rsidRPr="00C9454D">
        <w:rPr>
          <w:sz w:val="24"/>
          <w:szCs w:val="24"/>
        </w:rPr>
        <w:t xml:space="preserve">the window, the first stars of evening appeared, the same eternal lights that had watched over a gathering of friends by a fire hundreds of years before. </w:t>
      </w:r>
      <w:r w:rsidR="000D627B" w:rsidRPr="00C9454D">
        <w:rPr>
          <w:sz w:val="24"/>
          <w:szCs w:val="24"/>
        </w:rPr>
        <w:t>I</w:t>
      </w:r>
      <w:r w:rsidRPr="00C9454D">
        <w:rPr>
          <w:sz w:val="24"/>
          <w:szCs w:val="24"/>
        </w:rPr>
        <w:t xml:space="preserve"> rose and stepped to the window, the candle’s glow following </w:t>
      </w:r>
      <w:r w:rsidR="000D627B" w:rsidRPr="00C9454D">
        <w:rPr>
          <w:sz w:val="24"/>
          <w:szCs w:val="24"/>
        </w:rPr>
        <w:t>me</w:t>
      </w:r>
      <w:r w:rsidRPr="00C9454D">
        <w:rPr>
          <w:sz w:val="24"/>
          <w:szCs w:val="24"/>
        </w:rPr>
        <w:t xml:space="preserve"> like a loyal friend. </w:t>
      </w:r>
      <w:r w:rsidR="000D627B" w:rsidRPr="00C9454D">
        <w:rPr>
          <w:sz w:val="24"/>
          <w:szCs w:val="24"/>
        </w:rPr>
        <w:t xml:space="preserve">I </w:t>
      </w:r>
      <w:r w:rsidRPr="00C9454D">
        <w:rPr>
          <w:sz w:val="24"/>
          <w:szCs w:val="24"/>
        </w:rPr>
        <w:t xml:space="preserve">looked up at the night sky and felt a comforting kinship with those stars. </w:t>
      </w:r>
      <w:r w:rsidRPr="00C9454D">
        <w:rPr>
          <w:i/>
          <w:iCs/>
          <w:sz w:val="24"/>
          <w:szCs w:val="24"/>
        </w:rPr>
        <w:t>They</w:t>
      </w:r>
      <w:r w:rsidRPr="00C9454D">
        <w:rPr>
          <w:sz w:val="24"/>
          <w:szCs w:val="24"/>
        </w:rPr>
        <w:t xml:space="preserve"> remembered too; they had seen it all.</w:t>
      </w:r>
    </w:p>
    <w:p w14:paraId="0228BBEE" w14:textId="4EA0C390" w:rsidR="00000F7E" w:rsidRPr="00C9454D" w:rsidRDefault="00000F7E" w:rsidP="00C9454D">
      <w:pPr>
        <w:rPr>
          <w:sz w:val="24"/>
          <w:szCs w:val="24"/>
        </w:rPr>
      </w:pPr>
      <w:r w:rsidRPr="00C9454D">
        <w:rPr>
          <w:sz w:val="24"/>
          <w:szCs w:val="24"/>
        </w:rPr>
        <w:t xml:space="preserve">In the hush of that present-day evening, </w:t>
      </w:r>
      <w:r w:rsidR="00B474CD" w:rsidRPr="00C9454D">
        <w:rPr>
          <w:sz w:val="24"/>
          <w:szCs w:val="24"/>
        </w:rPr>
        <w:t>I</w:t>
      </w:r>
      <w:r w:rsidRPr="00C9454D">
        <w:rPr>
          <w:sz w:val="24"/>
          <w:szCs w:val="24"/>
        </w:rPr>
        <w:t xml:space="preserve"> felt an extraordinary closeness to the past. Wonder and deep gratitu</w:t>
      </w:r>
      <w:r w:rsidR="00DD1FF5" w:rsidRPr="00C9454D">
        <w:rPr>
          <w:sz w:val="24"/>
          <w:szCs w:val="24"/>
        </w:rPr>
        <w:t xml:space="preserve">de </w:t>
      </w:r>
      <w:r w:rsidRPr="00C9454D">
        <w:rPr>
          <w:sz w:val="24"/>
          <w:szCs w:val="24"/>
        </w:rPr>
        <w:t xml:space="preserve">swirled within </w:t>
      </w:r>
      <w:r w:rsidR="00B474CD" w:rsidRPr="00C9454D">
        <w:rPr>
          <w:sz w:val="24"/>
          <w:szCs w:val="24"/>
        </w:rPr>
        <w:t>me</w:t>
      </w:r>
      <w:r w:rsidRPr="00C9454D">
        <w:rPr>
          <w:sz w:val="24"/>
          <w:szCs w:val="24"/>
        </w:rPr>
        <w:t xml:space="preserve">. </w:t>
      </w:r>
      <w:r w:rsidR="00B474CD" w:rsidRPr="00C9454D">
        <w:rPr>
          <w:sz w:val="24"/>
          <w:szCs w:val="24"/>
        </w:rPr>
        <w:t>I</w:t>
      </w:r>
      <w:r w:rsidRPr="00C9454D">
        <w:rPr>
          <w:sz w:val="24"/>
          <w:szCs w:val="24"/>
        </w:rPr>
        <w:t xml:space="preserve"> knew that </w:t>
      </w:r>
      <w:r w:rsidR="00B474CD" w:rsidRPr="00C9454D">
        <w:rPr>
          <w:sz w:val="24"/>
          <w:szCs w:val="24"/>
        </w:rPr>
        <w:t>I</w:t>
      </w:r>
      <w:r w:rsidRPr="00C9454D">
        <w:rPr>
          <w:sz w:val="24"/>
          <w:szCs w:val="24"/>
        </w:rPr>
        <w:t xml:space="preserve"> would never be alone again, not truly—her ancestors </w:t>
      </w:r>
      <w:r w:rsidR="00624925" w:rsidRPr="00C9454D">
        <w:rPr>
          <w:sz w:val="24"/>
          <w:szCs w:val="24"/>
        </w:rPr>
        <w:t xml:space="preserve">memory </w:t>
      </w:r>
      <w:r w:rsidRPr="00C9454D">
        <w:rPr>
          <w:sz w:val="24"/>
          <w:szCs w:val="24"/>
        </w:rPr>
        <w:t xml:space="preserve">walked with </w:t>
      </w:r>
      <w:r w:rsidR="00B474CD" w:rsidRPr="00C9454D">
        <w:rPr>
          <w:sz w:val="24"/>
          <w:szCs w:val="24"/>
        </w:rPr>
        <w:t>me</w:t>
      </w:r>
      <w:r w:rsidRPr="00C9454D">
        <w:rPr>
          <w:sz w:val="24"/>
          <w:szCs w:val="24"/>
        </w:rPr>
        <w:t xml:space="preserve">, their voices alive in the stories </w:t>
      </w:r>
      <w:r w:rsidR="00B474CD" w:rsidRPr="00C9454D">
        <w:rPr>
          <w:sz w:val="24"/>
          <w:szCs w:val="24"/>
        </w:rPr>
        <w:t>I</w:t>
      </w:r>
      <w:r w:rsidRPr="00C9454D">
        <w:rPr>
          <w:sz w:val="24"/>
          <w:szCs w:val="24"/>
        </w:rPr>
        <w:t xml:space="preserve"> now carried. Past and present were bound together, as inexorable as the turning of the earth, and as radiant as the heavens above. It was </w:t>
      </w:r>
      <w:r w:rsidR="00E46B11" w:rsidRPr="00C9454D">
        <w:rPr>
          <w:sz w:val="24"/>
          <w:szCs w:val="24"/>
        </w:rPr>
        <w:t>fate</w:t>
      </w:r>
      <w:r w:rsidRPr="00C9454D">
        <w:rPr>
          <w:sz w:val="24"/>
          <w:szCs w:val="24"/>
        </w:rPr>
        <w:t xml:space="preserve">, </w:t>
      </w:r>
      <w:r w:rsidR="004D4E80" w:rsidRPr="00C9454D">
        <w:rPr>
          <w:sz w:val="24"/>
          <w:szCs w:val="24"/>
        </w:rPr>
        <w:t>I</w:t>
      </w:r>
      <w:r w:rsidRPr="00C9454D">
        <w:rPr>
          <w:sz w:val="24"/>
          <w:szCs w:val="24"/>
        </w:rPr>
        <w:t xml:space="preserve"> thought—pure and simple. </w:t>
      </w:r>
      <w:r w:rsidR="00367C86" w:rsidRPr="00C9454D">
        <w:rPr>
          <w:sz w:val="24"/>
          <w:szCs w:val="24"/>
        </w:rPr>
        <w:t>Love, fate</w:t>
      </w:r>
      <w:r w:rsidRPr="00C9454D">
        <w:rPr>
          <w:sz w:val="24"/>
          <w:szCs w:val="24"/>
        </w:rPr>
        <w:t xml:space="preserve"> and </w:t>
      </w:r>
      <w:r w:rsidR="00367C86" w:rsidRPr="00C9454D">
        <w:rPr>
          <w:sz w:val="24"/>
          <w:szCs w:val="24"/>
        </w:rPr>
        <w:t>God’s Will.</w:t>
      </w:r>
    </w:p>
    <w:p w14:paraId="6FBE3ED9" w14:textId="5A3FD10A" w:rsidR="00000F7E" w:rsidRPr="00C9454D" w:rsidRDefault="00000F7E" w:rsidP="00C9454D">
      <w:pPr>
        <w:rPr>
          <w:sz w:val="24"/>
          <w:szCs w:val="24"/>
        </w:rPr>
      </w:pPr>
      <w:r w:rsidRPr="00C9454D">
        <w:rPr>
          <w:sz w:val="24"/>
          <w:szCs w:val="24"/>
        </w:rPr>
        <w:t xml:space="preserve">Closing </w:t>
      </w:r>
      <w:r w:rsidR="004D4E80" w:rsidRPr="00C9454D">
        <w:rPr>
          <w:sz w:val="24"/>
          <w:szCs w:val="24"/>
        </w:rPr>
        <w:t>my</w:t>
      </w:r>
      <w:r w:rsidRPr="00C9454D">
        <w:rPr>
          <w:sz w:val="24"/>
          <w:szCs w:val="24"/>
        </w:rPr>
        <w:t xml:space="preserve"> eyes, </w:t>
      </w:r>
      <w:r w:rsidR="004D4E80" w:rsidRPr="00C9454D">
        <w:rPr>
          <w:sz w:val="24"/>
          <w:szCs w:val="24"/>
        </w:rPr>
        <w:t xml:space="preserve">I </w:t>
      </w:r>
      <w:r w:rsidRPr="00C9454D">
        <w:rPr>
          <w:sz w:val="24"/>
          <w:szCs w:val="24"/>
        </w:rPr>
        <w:t xml:space="preserve">offered up a silent vow of </w:t>
      </w:r>
      <w:r w:rsidR="005108C0" w:rsidRPr="00C9454D">
        <w:rPr>
          <w:sz w:val="24"/>
          <w:szCs w:val="24"/>
        </w:rPr>
        <w:t>my</w:t>
      </w:r>
      <w:r w:rsidRPr="00C9454D">
        <w:rPr>
          <w:sz w:val="24"/>
          <w:szCs w:val="24"/>
        </w:rPr>
        <w:t xml:space="preserve"> own, echoing the one ma</w:t>
      </w:r>
      <w:r w:rsidR="00DD1FF5" w:rsidRPr="00C9454D">
        <w:rPr>
          <w:sz w:val="24"/>
          <w:szCs w:val="24"/>
        </w:rPr>
        <w:t xml:space="preserve">de </w:t>
      </w:r>
      <w:r w:rsidRPr="00C9454D">
        <w:rPr>
          <w:sz w:val="24"/>
          <w:szCs w:val="24"/>
        </w:rPr>
        <w:t xml:space="preserve">by the fire so long ago. </w:t>
      </w:r>
      <w:r w:rsidRPr="00C9454D">
        <w:rPr>
          <w:i/>
          <w:iCs/>
          <w:sz w:val="24"/>
          <w:szCs w:val="24"/>
        </w:rPr>
        <w:t xml:space="preserve">I will keep </w:t>
      </w:r>
      <w:r w:rsidR="00F355DF" w:rsidRPr="00C9454D">
        <w:rPr>
          <w:i/>
          <w:iCs/>
          <w:sz w:val="24"/>
          <w:szCs w:val="24"/>
        </w:rPr>
        <w:t>their</w:t>
      </w:r>
      <w:r w:rsidRPr="00C9454D">
        <w:rPr>
          <w:i/>
          <w:iCs/>
          <w:sz w:val="24"/>
          <w:szCs w:val="24"/>
        </w:rPr>
        <w:t xml:space="preserve"> legacy alive.</w:t>
      </w:r>
      <w:r w:rsidRPr="00C9454D">
        <w:rPr>
          <w:sz w:val="24"/>
          <w:szCs w:val="24"/>
        </w:rPr>
        <w:t xml:space="preserve"> The words resonated in </w:t>
      </w:r>
      <w:r w:rsidR="004D4E80" w:rsidRPr="00C9454D">
        <w:rPr>
          <w:sz w:val="24"/>
          <w:szCs w:val="24"/>
        </w:rPr>
        <w:t>my</w:t>
      </w:r>
      <w:r w:rsidRPr="00C9454D">
        <w:rPr>
          <w:sz w:val="24"/>
          <w:szCs w:val="24"/>
        </w:rPr>
        <w:t xml:space="preserve"> soul, ringing clear and true, stretching across time. </w:t>
      </w:r>
    </w:p>
    <w:p w14:paraId="707DFD2C" w14:textId="51961B28" w:rsidR="00000F7E" w:rsidRPr="00C9454D" w:rsidRDefault="00000F7E" w:rsidP="00C9454D">
      <w:pPr>
        <w:rPr>
          <w:sz w:val="24"/>
          <w:szCs w:val="24"/>
        </w:rPr>
      </w:pPr>
      <w:r w:rsidRPr="00C9454D">
        <w:rPr>
          <w:sz w:val="24"/>
          <w:szCs w:val="24"/>
        </w:rPr>
        <w:t xml:space="preserve">When </w:t>
      </w:r>
      <w:r w:rsidR="005D486D" w:rsidRPr="00C9454D">
        <w:rPr>
          <w:sz w:val="24"/>
          <w:szCs w:val="24"/>
        </w:rPr>
        <w:t>I</w:t>
      </w:r>
      <w:r w:rsidRPr="00C9454D">
        <w:rPr>
          <w:sz w:val="24"/>
          <w:szCs w:val="24"/>
        </w:rPr>
        <w:t xml:space="preserve"> opened </w:t>
      </w:r>
      <w:r w:rsidR="005D486D" w:rsidRPr="00C9454D">
        <w:rPr>
          <w:sz w:val="24"/>
          <w:szCs w:val="24"/>
        </w:rPr>
        <w:t>my</w:t>
      </w:r>
      <w:r w:rsidRPr="00C9454D">
        <w:rPr>
          <w:sz w:val="24"/>
          <w:szCs w:val="24"/>
        </w:rPr>
        <w:t xml:space="preserve"> eyes, </w:t>
      </w:r>
      <w:r w:rsidR="005D486D" w:rsidRPr="00C9454D">
        <w:rPr>
          <w:sz w:val="24"/>
          <w:szCs w:val="24"/>
        </w:rPr>
        <w:t>I</w:t>
      </w:r>
      <w:r w:rsidRPr="00C9454D">
        <w:rPr>
          <w:sz w:val="24"/>
          <w:szCs w:val="24"/>
        </w:rPr>
        <w:t xml:space="preserve"> felt a peace</w:t>
      </w:r>
      <w:r w:rsidR="00C560E3" w:rsidRPr="00C9454D">
        <w:rPr>
          <w:sz w:val="24"/>
          <w:szCs w:val="24"/>
        </w:rPr>
        <w:t xml:space="preserve"> I’d</w:t>
      </w:r>
      <w:r w:rsidRPr="00C9454D">
        <w:rPr>
          <w:sz w:val="24"/>
          <w:szCs w:val="24"/>
        </w:rPr>
        <w:t xml:space="preserve"> never known before. The past was with </w:t>
      </w:r>
      <w:r w:rsidR="00C560E3" w:rsidRPr="00C9454D">
        <w:rPr>
          <w:sz w:val="24"/>
          <w:szCs w:val="24"/>
        </w:rPr>
        <w:t>me</w:t>
      </w:r>
      <w:r w:rsidRPr="00C9454D">
        <w:rPr>
          <w:sz w:val="24"/>
          <w:szCs w:val="24"/>
        </w:rPr>
        <w:t>, the present was illuminated, and the future—</w:t>
      </w:r>
      <w:r w:rsidR="00C560E3" w:rsidRPr="00C9454D">
        <w:rPr>
          <w:sz w:val="24"/>
          <w:szCs w:val="24"/>
        </w:rPr>
        <w:t>my</w:t>
      </w:r>
      <w:r w:rsidRPr="00C9454D">
        <w:rPr>
          <w:sz w:val="24"/>
          <w:szCs w:val="24"/>
        </w:rPr>
        <w:t xml:space="preserve"> future, and that of the generations to come—felt bright and welcoming. </w:t>
      </w:r>
      <w:r w:rsidR="00C560E3" w:rsidRPr="00C9454D">
        <w:rPr>
          <w:sz w:val="24"/>
          <w:szCs w:val="24"/>
        </w:rPr>
        <w:t>I</w:t>
      </w:r>
      <w:r w:rsidRPr="00C9454D">
        <w:rPr>
          <w:sz w:val="24"/>
          <w:szCs w:val="24"/>
        </w:rPr>
        <w:t xml:space="preserve"> gently closed the window, leaving the stars to their silent vigil, and turned back to her desk to begin writing down her own chapter of the tale, the next link in the chain. As </w:t>
      </w:r>
      <w:r w:rsidR="00C560E3" w:rsidRPr="00C9454D">
        <w:rPr>
          <w:sz w:val="24"/>
          <w:szCs w:val="24"/>
        </w:rPr>
        <w:t>my</w:t>
      </w:r>
      <w:r w:rsidRPr="00C9454D">
        <w:rPr>
          <w:sz w:val="24"/>
          <w:szCs w:val="24"/>
        </w:rPr>
        <w:t xml:space="preserve"> pen touched paper, the candle flame besi</w:t>
      </w:r>
      <w:r w:rsidR="00DD1FF5" w:rsidRPr="00C9454D">
        <w:rPr>
          <w:sz w:val="24"/>
          <w:szCs w:val="24"/>
        </w:rPr>
        <w:t xml:space="preserve">de </w:t>
      </w:r>
      <w:r w:rsidR="003F641D" w:rsidRPr="00C9454D">
        <w:rPr>
          <w:sz w:val="24"/>
          <w:szCs w:val="24"/>
        </w:rPr>
        <w:t>me</w:t>
      </w:r>
      <w:r w:rsidRPr="00C9454D">
        <w:rPr>
          <w:sz w:val="24"/>
          <w:szCs w:val="24"/>
        </w:rPr>
        <w:t xml:space="preserve"> fluttered and glowed, joining past and present in its light.</w:t>
      </w:r>
    </w:p>
    <w:p w14:paraId="2C6678F2" w14:textId="08EFED82" w:rsidR="00000F7E" w:rsidRPr="00C9454D" w:rsidRDefault="00000F7E" w:rsidP="00C9454D">
      <w:pPr>
        <w:rPr>
          <w:sz w:val="24"/>
          <w:szCs w:val="24"/>
        </w:rPr>
      </w:pPr>
      <w:r w:rsidRPr="00C9454D">
        <w:rPr>
          <w:sz w:val="24"/>
          <w:szCs w:val="24"/>
        </w:rPr>
        <w:t xml:space="preserve">History had been waiting to be remembered, and at last, through </w:t>
      </w:r>
      <w:r w:rsidR="003F641D" w:rsidRPr="00C9454D">
        <w:rPr>
          <w:sz w:val="24"/>
          <w:szCs w:val="24"/>
        </w:rPr>
        <w:t>me</w:t>
      </w:r>
      <w:r w:rsidRPr="00C9454D">
        <w:rPr>
          <w:sz w:val="24"/>
          <w:szCs w:val="24"/>
        </w:rPr>
        <w:t xml:space="preserve">, it was. The legacy of Abilene, Rowan, and Father </w:t>
      </w:r>
      <w:proofErr w:type="spellStart"/>
      <w:r w:rsidRPr="00C9454D">
        <w:rPr>
          <w:sz w:val="24"/>
          <w:szCs w:val="24"/>
        </w:rPr>
        <w:t>Eldric</w:t>
      </w:r>
      <w:proofErr w:type="spellEnd"/>
      <w:r w:rsidRPr="00C9454D">
        <w:rPr>
          <w:sz w:val="24"/>
          <w:szCs w:val="24"/>
        </w:rPr>
        <w:t xml:space="preserve"> burned on—steady, guiding, and eternal—like a warm fire on a cold night, like a beacon across the ages, destined to shine forever.</w:t>
      </w:r>
    </w:p>
    <w:p w14:paraId="53A090F9" w14:textId="77773AE3" w:rsidR="00F527F5" w:rsidRPr="00C9454D" w:rsidRDefault="00F527F5" w:rsidP="00C9454D">
      <w:pPr>
        <w:rPr>
          <w:sz w:val="24"/>
          <w:szCs w:val="24"/>
        </w:rPr>
      </w:pPr>
    </w:p>
    <w:p w14:paraId="7B0F8DFE" w14:textId="77777777" w:rsidR="009F69F6" w:rsidRPr="00C9454D" w:rsidRDefault="009F69F6" w:rsidP="00C9454D">
      <w:pPr>
        <w:rPr>
          <w:sz w:val="24"/>
          <w:szCs w:val="24"/>
        </w:rPr>
      </w:pPr>
    </w:p>
    <w:p w14:paraId="30FCEC73" w14:textId="63E9DF85" w:rsidR="009F69F6" w:rsidRPr="00C9454D" w:rsidRDefault="00A73373" w:rsidP="00C9454D">
      <w:pPr>
        <w:pStyle w:val="Heading2"/>
        <w:rPr>
          <w:sz w:val="24"/>
          <w:szCs w:val="24"/>
        </w:rPr>
      </w:pPr>
      <w:r w:rsidRPr="00C9454D">
        <w:rPr>
          <w:sz w:val="24"/>
          <w:szCs w:val="24"/>
        </w:rPr>
        <w:t xml:space="preserve">Lydia’s </w:t>
      </w:r>
      <w:r w:rsidR="00C91D66" w:rsidRPr="00C9454D">
        <w:rPr>
          <w:sz w:val="24"/>
          <w:szCs w:val="24"/>
        </w:rPr>
        <w:t>Secret</w:t>
      </w:r>
    </w:p>
    <w:p w14:paraId="7879EAE8" w14:textId="77777777" w:rsidR="00C91D66" w:rsidRPr="00C9454D" w:rsidRDefault="00C91D66" w:rsidP="00C9454D">
      <w:pPr>
        <w:pStyle w:val="Heading3"/>
        <w:rPr>
          <w:sz w:val="24"/>
          <w:szCs w:val="24"/>
        </w:rPr>
      </w:pPr>
      <w:r w:rsidRPr="00C9454D">
        <w:rPr>
          <w:sz w:val="24"/>
          <w:szCs w:val="24"/>
        </w:rPr>
        <w:t>A Collection of Letters from Lydia to John Marshall</w:t>
      </w:r>
    </w:p>
    <w:p w14:paraId="7835B6D2" w14:textId="48EF1485" w:rsidR="00C91D66" w:rsidRPr="00C9454D" w:rsidRDefault="00C91D66" w:rsidP="00C9454D">
      <w:pPr>
        <w:pStyle w:val="Heading2"/>
        <w:rPr>
          <w:sz w:val="24"/>
          <w:szCs w:val="24"/>
        </w:rPr>
      </w:pPr>
      <w:r w:rsidRPr="00C9454D">
        <w:rPr>
          <w:sz w:val="24"/>
          <w:szCs w:val="24"/>
        </w:rPr>
        <w:t>The First Goodbye</w:t>
      </w:r>
    </w:p>
    <w:p w14:paraId="64260433" w14:textId="77777777" w:rsidR="0056102B" w:rsidRPr="00C9454D" w:rsidRDefault="0056102B" w:rsidP="00C9454D">
      <w:pPr>
        <w:rPr>
          <w:sz w:val="24"/>
          <w:szCs w:val="24"/>
        </w:rPr>
      </w:pPr>
    </w:p>
    <w:p w14:paraId="3FB38FE6" w14:textId="77777777" w:rsidR="00C91D66" w:rsidRPr="00C9454D" w:rsidRDefault="00C91D66" w:rsidP="00C9454D">
      <w:pPr>
        <w:rPr>
          <w:sz w:val="24"/>
          <w:szCs w:val="24"/>
        </w:rPr>
      </w:pPr>
      <w:r w:rsidRPr="00C9454D">
        <w:rPr>
          <w:sz w:val="24"/>
          <w:szCs w:val="24"/>
        </w:rPr>
        <w:t>My Dearest John Marshall,</w:t>
      </w:r>
    </w:p>
    <w:p w14:paraId="66A43CE6" w14:textId="77777777" w:rsidR="00C91D66" w:rsidRPr="00C9454D" w:rsidRDefault="00C91D66" w:rsidP="00C9454D">
      <w:pPr>
        <w:rPr>
          <w:sz w:val="24"/>
          <w:szCs w:val="24"/>
        </w:rPr>
      </w:pPr>
      <w:r w:rsidRPr="00C9454D">
        <w:rPr>
          <w:sz w:val="24"/>
          <w:szCs w:val="24"/>
        </w:rPr>
        <w:t>Not a day passes that I do not think of you. The nights are the hardest, when the house is quiet and the only sound is the whisper of the wind through the shutters. I wonder if you hear the same wind, if it carries my love to wherever you are.</w:t>
      </w:r>
    </w:p>
    <w:p w14:paraId="45C1354C" w14:textId="77777777" w:rsidR="00C91D66" w:rsidRPr="00C9454D" w:rsidRDefault="00C91D66" w:rsidP="00C9454D">
      <w:pPr>
        <w:rPr>
          <w:sz w:val="24"/>
          <w:szCs w:val="24"/>
        </w:rPr>
      </w:pPr>
      <w:r w:rsidRPr="00C9454D">
        <w:rPr>
          <w:sz w:val="24"/>
          <w:szCs w:val="24"/>
        </w:rPr>
        <w:t>I do not know when, or if, I shall see you again, but I hold onto the hope that one day you will understand why I had to leave. Why I had to send you away. A mother should never be absent from her child, but the world is not kind to those of our kind. We are not as other families, John. You are not as other boys.</w:t>
      </w:r>
    </w:p>
    <w:p w14:paraId="2026741C" w14:textId="77777777" w:rsidR="00C91D66" w:rsidRPr="00C9454D" w:rsidRDefault="00C91D66" w:rsidP="00C9454D">
      <w:pPr>
        <w:rPr>
          <w:sz w:val="24"/>
          <w:szCs w:val="24"/>
        </w:rPr>
      </w:pPr>
      <w:r w:rsidRPr="00C9454D">
        <w:rPr>
          <w:sz w:val="24"/>
          <w:szCs w:val="24"/>
        </w:rPr>
        <w:t>You will not understand now, but one day, the truth will find you. And when it does, I pray you will forgive me.</w:t>
      </w:r>
    </w:p>
    <w:p w14:paraId="7E41254B" w14:textId="77777777" w:rsidR="00C91D66" w:rsidRPr="00C9454D" w:rsidRDefault="00C91D66" w:rsidP="00C9454D">
      <w:pPr>
        <w:rPr>
          <w:sz w:val="24"/>
          <w:szCs w:val="24"/>
        </w:rPr>
      </w:pPr>
      <w:r w:rsidRPr="00C9454D">
        <w:rPr>
          <w:sz w:val="24"/>
          <w:szCs w:val="24"/>
        </w:rPr>
        <w:t>Be strong, my son. Be wise. And above all, be careful.</w:t>
      </w:r>
    </w:p>
    <w:p w14:paraId="2440A742" w14:textId="77777777" w:rsidR="00C91D66" w:rsidRPr="00C9454D" w:rsidRDefault="00C91D66" w:rsidP="00C9454D">
      <w:pPr>
        <w:rPr>
          <w:sz w:val="24"/>
          <w:szCs w:val="24"/>
        </w:rPr>
      </w:pPr>
      <w:r w:rsidRPr="00C9454D">
        <w:rPr>
          <w:sz w:val="24"/>
          <w:szCs w:val="24"/>
        </w:rPr>
        <w:t>Forever,</w:t>
      </w:r>
      <w:r w:rsidRPr="00C9454D">
        <w:rPr>
          <w:sz w:val="24"/>
          <w:szCs w:val="24"/>
        </w:rPr>
        <w:br/>
        <w:t>Your Mother, Lydia</w:t>
      </w:r>
    </w:p>
    <w:p w14:paraId="5F5D4FF0" w14:textId="77777777" w:rsidR="00C91D66" w:rsidRPr="00C9454D" w:rsidRDefault="00FE197F" w:rsidP="00C9454D">
      <w:pPr>
        <w:rPr>
          <w:sz w:val="24"/>
          <w:szCs w:val="24"/>
        </w:rPr>
      </w:pPr>
      <w:r>
        <w:rPr>
          <w:noProof/>
          <w:sz w:val="24"/>
          <w:szCs w:val="24"/>
        </w:rPr>
      </w:r>
      <w:r w:rsidR="00FE197F">
        <w:rPr>
          <w:noProof/>
          <w:sz w:val="24"/>
          <w:szCs w:val="24"/>
        </w:rPr>
        <w:pict w14:anchorId="285992C3">
          <v:rect id="_x0000_i1248" style="width:0;height:1.5pt" o:hralign="center" o:hrstd="t" o:hr="t" fillcolor="#a0a0a0" stroked="f"/>
        </w:pict>
      </w:r>
    </w:p>
    <w:p w14:paraId="0F281B46" w14:textId="77777777" w:rsidR="0006585E" w:rsidRPr="00C9454D" w:rsidRDefault="0006585E" w:rsidP="00C9454D">
      <w:pPr>
        <w:rPr>
          <w:sz w:val="24"/>
          <w:szCs w:val="24"/>
        </w:rPr>
      </w:pPr>
    </w:p>
    <w:p w14:paraId="19D09689" w14:textId="53AF8257" w:rsidR="00C91D66" w:rsidRPr="00C9454D" w:rsidRDefault="00C91D66" w:rsidP="00C9454D">
      <w:pPr>
        <w:pStyle w:val="Heading2"/>
        <w:rPr>
          <w:sz w:val="24"/>
          <w:szCs w:val="24"/>
        </w:rPr>
      </w:pPr>
      <w:r w:rsidRPr="00C9454D">
        <w:rPr>
          <w:sz w:val="24"/>
          <w:szCs w:val="24"/>
        </w:rPr>
        <w:t>A Warning in the Dark</w:t>
      </w:r>
    </w:p>
    <w:p w14:paraId="64A85AF8" w14:textId="77777777" w:rsidR="0056102B" w:rsidRPr="00C9454D" w:rsidRDefault="0056102B" w:rsidP="00C9454D">
      <w:pPr>
        <w:rPr>
          <w:sz w:val="24"/>
          <w:szCs w:val="24"/>
        </w:rPr>
      </w:pPr>
    </w:p>
    <w:p w14:paraId="722BD245" w14:textId="77777777" w:rsidR="00C91D66" w:rsidRPr="00C9454D" w:rsidRDefault="00C91D66" w:rsidP="00C9454D">
      <w:pPr>
        <w:rPr>
          <w:sz w:val="24"/>
          <w:szCs w:val="24"/>
        </w:rPr>
      </w:pPr>
      <w:r w:rsidRPr="00C9454D">
        <w:rPr>
          <w:sz w:val="24"/>
          <w:szCs w:val="24"/>
        </w:rPr>
        <w:t>My Dearest Son,</w:t>
      </w:r>
    </w:p>
    <w:p w14:paraId="162E8C5E" w14:textId="77777777" w:rsidR="00C91D66" w:rsidRPr="00C9454D" w:rsidRDefault="00C91D66" w:rsidP="00C9454D">
      <w:pPr>
        <w:rPr>
          <w:sz w:val="24"/>
          <w:szCs w:val="24"/>
        </w:rPr>
      </w:pPr>
      <w:r w:rsidRPr="00C9454D">
        <w:rPr>
          <w:sz w:val="24"/>
          <w:szCs w:val="24"/>
        </w:rPr>
        <w:t>I have just received word that men are asking questions—dangerous men, men who know more than they should. They are looking for something, John, but what they truly seek is you.</w:t>
      </w:r>
    </w:p>
    <w:p w14:paraId="12CBA9D3" w14:textId="77777777" w:rsidR="00C91D66" w:rsidRPr="00C9454D" w:rsidRDefault="00C91D66" w:rsidP="00C9454D">
      <w:pPr>
        <w:rPr>
          <w:sz w:val="24"/>
          <w:szCs w:val="24"/>
        </w:rPr>
      </w:pPr>
      <w:r w:rsidRPr="00C9454D">
        <w:rPr>
          <w:sz w:val="24"/>
          <w:szCs w:val="24"/>
        </w:rPr>
        <w:t>You must never speak of your father’s name. You must never reveal the place of your birth. And if anyone should ask, you tell them nothing of your mother. Do you understand? Nothing.</w:t>
      </w:r>
    </w:p>
    <w:p w14:paraId="2A3EB58E" w14:textId="77777777" w:rsidR="00C91D66" w:rsidRPr="00C9454D" w:rsidRDefault="00C91D66" w:rsidP="00C9454D">
      <w:pPr>
        <w:rPr>
          <w:sz w:val="24"/>
          <w:szCs w:val="24"/>
        </w:rPr>
      </w:pPr>
      <w:r w:rsidRPr="00C9454D">
        <w:rPr>
          <w:sz w:val="24"/>
          <w:szCs w:val="24"/>
        </w:rPr>
        <w:t>I know you are brave, but bravery will not save you from the kind of men who hunt us. Silence will. Caution will. A quiet life lived in the shadow, until it is time to stand in the light.</w:t>
      </w:r>
    </w:p>
    <w:p w14:paraId="42C7E160" w14:textId="77777777" w:rsidR="00C91D66" w:rsidRPr="00C9454D" w:rsidRDefault="00C91D66" w:rsidP="00C9454D">
      <w:pPr>
        <w:rPr>
          <w:sz w:val="24"/>
          <w:szCs w:val="24"/>
        </w:rPr>
      </w:pPr>
      <w:r w:rsidRPr="00C9454D">
        <w:rPr>
          <w:sz w:val="24"/>
          <w:szCs w:val="24"/>
        </w:rPr>
        <w:t>Stay hidden. Stay safe. Stay unseen.</w:t>
      </w:r>
    </w:p>
    <w:p w14:paraId="091E0315" w14:textId="77777777" w:rsidR="00C91D66" w:rsidRPr="00C9454D" w:rsidRDefault="00C91D66" w:rsidP="00C9454D">
      <w:pPr>
        <w:rPr>
          <w:sz w:val="24"/>
          <w:szCs w:val="24"/>
        </w:rPr>
      </w:pPr>
      <w:r w:rsidRPr="00C9454D">
        <w:rPr>
          <w:sz w:val="24"/>
          <w:szCs w:val="24"/>
        </w:rPr>
        <w:t>With love that no distance can sever,</w:t>
      </w:r>
      <w:r w:rsidRPr="00C9454D">
        <w:rPr>
          <w:sz w:val="24"/>
          <w:szCs w:val="24"/>
        </w:rPr>
        <w:br/>
        <w:t>Your Mother</w:t>
      </w:r>
    </w:p>
    <w:p w14:paraId="350C5604" w14:textId="77777777" w:rsidR="00C91D66" w:rsidRPr="00C9454D" w:rsidRDefault="00FE197F" w:rsidP="00C9454D">
      <w:pPr>
        <w:rPr>
          <w:sz w:val="24"/>
          <w:szCs w:val="24"/>
        </w:rPr>
      </w:pPr>
      <w:r>
        <w:rPr>
          <w:noProof/>
          <w:sz w:val="24"/>
          <w:szCs w:val="24"/>
        </w:rPr>
      </w:r>
      <w:r w:rsidR="00FE197F">
        <w:rPr>
          <w:noProof/>
          <w:sz w:val="24"/>
          <w:szCs w:val="24"/>
        </w:rPr>
        <w:pict w14:anchorId="0F6010C5">
          <v:rect id="_x0000_i1249" style="width:0;height:1.5pt" o:hralign="center" o:hrstd="t" o:hr="t" fillcolor="#a0a0a0" stroked="f"/>
        </w:pict>
      </w:r>
    </w:p>
    <w:p w14:paraId="34BD0D2F" w14:textId="77777777" w:rsidR="0006585E" w:rsidRPr="00C9454D" w:rsidRDefault="0006585E" w:rsidP="00C9454D">
      <w:pPr>
        <w:rPr>
          <w:sz w:val="24"/>
          <w:szCs w:val="24"/>
        </w:rPr>
      </w:pPr>
    </w:p>
    <w:p w14:paraId="5AA46CE4" w14:textId="46DD5971" w:rsidR="00C91D66" w:rsidRPr="00C9454D" w:rsidRDefault="00C91D66" w:rsidP="00C9454D">
      <w:pPr>
        <w:pStyle w:val="Heading2"/>
        <w:rPr>
          <w:sz w:val="24"/>
          <w:szCs w:val="24"/>
        </w:rPr>
      </w:pPr>
      <w:r w:rsidRPr="00C9454D">
        <w:rPr>
          <w:sz w:val="24"/>
          <w:szCs w:val="24"/>
        </w:rPr>
        <w:t>A Mother’s Lament</w:t>
      </w:r>
    </w:p>
    <w:p w14:paraId="2CECE9B4" w14:textId="77777777" w:rsidR="0056102B" w:rsidRPr="00C9454D" w:rsidRDefault="0056102B" w:rsidP="00C9454D">
      <w:pPr>
        <w:rPr>
          <w:sz w:val="24"/>
          <w:szCs w:val="24"/>
        </w:rPr>
      </w:pPr>
    </w:p>
    <w:p w14:paraId="70F23D84" w14:textId="77777777" w:rsidR="00C91D66" w:rsidRPr="00C9454D" w:rsidRDefault="00C91D66" w:rsidP="00C9454D">
      <w:pPr>
        <w:rPr>
          <w:sz w:val="24"/>
          <w:szCs w:val="24"/>
        </w:rPr>
      </w:pPr>
      <w:r w:rsidRPr="00C9454D">
        <w:rPr>
          <w:sz w:val="24"/>
          <w:szCs w:val="24"/>
        </w:rPr>
        <w:t>My John,</w:t>
      </w:r>
    </w:p>
    <w:p w14:paraId="182EF73A" w14:textId="77777777" w:rsidR="00C91D66" w:rsidRPr="00C9454D" w:rsidRDefault="00C91D66" w:rsidP="00C9454D">
      <w:pPr>
        <w:rPr>
          <w:sz w:val="24"/>
          <w:szCs w:val="24"/>
        </w:rPr>
      </w:pPr>
      <w:r w:rsidRPr="00C9454D">
        <w:rPr>
          <w:sz w:val="24"/>
          <w:szCs w:val="24"/>
        </w:rPr>
        <w:t>How I long to see you. How I ache to hold you in my arms, to run my fingers through your hair and tell you all the things a mother should tell her son. Did you scrape your knee last spring when you climbed the apple tree? Did you catch fireflies in the summer? Have you grown taller? Has your voice deepened?</w:t>
      </w:r>
    </w:p>
    <w:p w14:paraId="5CCF32BA" w14:textId="77777777" w:rsidR="00C91D66" w:rsidRPr="00C9454D" w:rsidRDefault="00C91D66" w:rsidP="00C9454D">
      <w:pPr>
        <w:rPr>
          <w:sz w:val="24"/>
          <w:szCs w:val="24"/>
        </w:rPr>
      </w:pPr>
      <w:r w:rsidRPr="00C9454D">
        <w:rPr>
          <w:sz w:val="24"/>
          <w:szCs w:val="24"/>
        </w:rPr>
        <w:t>Do you hate me for leaving you?</w:t>
      </w:r>
    </w:p>
    <w:p w14:paraId="13D9EE6D" w14:textId="77777777" w:rsidR="00C91D66" w:rsidRPr="00C9454D" w:rsidRDefault="00C91D66" w:rsidP="00C9454D">
      <w:pPr>
        <w:rPr>
          <w:sz w:val="24"/>
          <w:szCs w:val="24"/>
        </w:rPr>
      </w:pPr>
      <w:r w:rsidRPr="00C9454D">
        <w:rPr>
          <w:sz w:val="24"/>
          <w:szCs w:val="24"/>
        </w:rPr>
        <w:t>If I could change fate, if I could rewrite the stars, I would. But I cannot. The only thing I can do is pray that you will not despise me when you finally understand why I had to disappear.</w:t>
      </w:r>
    </w:p>
    <w:p w14:paraId="2A9C91CF" w14:textId="77777777" w:rsidR="00C91D66" w:rsidRPr="00C9454D" w:rsidRDefault="00C91D66" w:rsidP="00C9454D">
      <w:pPr>
        <w:rPr>
          <w:sz w:val="24"/>
          <w:szCs w:val="24"/>
        </w:rPr>
      </w:pPr>
      <w:r w:rsidRPr="00C9454D">
        <w:rPr>
          <w:sz w:val="24"/>
          <w:szCs w:val="24"/>
        </w:rPr>
        <w:t>One day, you will know. Until then, my love for you remains, as certain as the tide, as unbroken as the blood that runs through your veins.</w:t>
      </w:r>
    </w:p>
    <w:p w14:paraId="53926D3E" w14:textId="77777777" w:rsidR="00C91D66" w:rsidRPr="00C9454D" w:rsidRDefault="00C91D66" w:rsidP="00C9454D">
      <w:pPr>
        <w:rPr>
          <w:sz w:val="24"/>
          <w:szCs w:val="24"/>
        </w:rPr>
      </w:pPr>
      <w:r w:rsidRPr="00C9454D">
        <w:rPr>
          <w:sz w:val="24"/>
          <w:szCs w:val="24"/>
        </w:rPr>
        <w:t>Always,</w:t>
      </w:r>
      <w:r w:rsidRPr="00C9454D">
        <w:rPr>
          <w:sz w:val="24"/>
          <w:szCs w:val="24"/>
        </w:rPr>
        <w:br/>
        <w:t>Your Mother</w:t>
      </w:r>
    </w:p>
    <w:p w14:paraId="7CBF595D" w14:textId="77777777" w:rsidR="00C91D66" w:rsidRPr="00C9454D" w:rsidRDefault="00FE197F" w:rsidP="00C9454D">
      <w:pPr>
        <w:rPr>
          <w:sz w:val="24"/>
          <w:szCs w:val="24"/>
        </w:rPr>
      </w:pPr>
      <w:r>
        <w:rPr>
          <w:noProof/>
          <w:sz w:val="24"/>
          <w:szCs w:val="24"/>
        </w:rPr>
      </w:r>
      <w:r w:rsidR="00FE197F">
        <w:rPr>
          <w:noProof/>
          <w:sz w:val="24"/>
          <w:szCs w:val="24"/>
        </w:rPr>
        <w:pict w14:anchorId="73700571">
          <v:rect id="_x0000_i1250" style="width:0;height:1.5pt" o:hralign="center" o:hrstd="t" o:hr="t" fillcolor="#a0a0a0" stroked="f"/>
        </w:pict>
      </w:r>
    </w:p>
    <w:p w14:paraId="10D7AD90" w14:textId="77777777" w:rsidR="00862553" w:rsidRPr="00C9454D" w:rsidRDefault="00862553" w:rsidP="00C9454D">
      <w:pPr>
        <w:rPr>
          <w:sz w:val="24"/>
          <w:szCs w:val="24"/>
        </w:rPr>
      </w:pPr>
    </w:p>
    <w:p w14:paraId="47B1E1AA" w14:textId="4E864A28" w:rsidR="00C91D66" w:rsidRPr="00C9454D" w:rsidRDefault="00C91D66" w:rsidP="00C9454D">
      <w:pPr>
        <w:pStyle w:val="Heading2"/>
        <w:rPr>
          <w:sz w:val="24"/>
          <w:szCs w:val="24"/>
        </w:rPr>
      </w:pPr>
      <w:r w:rsidRPr="00C9454D">
        <w:rPr>
          <w:sz w:val="24"/>
          <w:szCs w:val="24"/>
        </w:rPr>
        <w:t>The Truth of the Davidic Bloodline</w:t>
      </w:r>
    </w:p>
    <w:p w14:paraId="101F726C" w14:textId="77777777" w:rsidR="0056102B" w:rsidRPr="00C9454D" w:rsidRDefault="0056102B" w:rsidP="00C9454D">
      <w:pPr>
        <w:rPr>
          <w:sz w:val="24"/>
          <w:szCs w:val="24"/>
        </w:rPr>
      </w:pPr>
    </w:p>
    <w:p w14:paraId="0E2B0476" w14:textId="77777777" w:rsidR="00C91D66" w:rsidRPr="00C9454D" w:rsidRDefault="00C91D66" w:rsidP="00C9454D">
      <w:pPr>
        <w:rPr>
          <w:sz w:val="24"/>
          <w:szCs w:val="24"/>
        </w:rPr>
      </w:pPr>
      <w:r w:rsidRPr="00C9454D">
        <w:rPr>
          <w:sz w:val="24"/>
          <w:szCs w:val="24"/>
        </w:rPr>
        <w:t>To My Beloved Son, John Marshall,</w:t>
      </w:r>
    </w:p>
    <w:p w14:paraId="2356E435" w14:textId="77777777" w:rsidR="00C91D66" w:rsidRPr="00C9454D" w:rsidRDefault="00C91D66" w:rsidP="00C9454D">
      <w:pPr>
        <w:rPr>
          <w:sz w:val="24"/>
          <w:szCs w:val="24"/>
        </w:rPr>
      </w:pPr>
      <w:r w:rsidRPr="00C9454D">
        <w:rPr>
          <w:sz w:val="24"/>
          <w:szCs w:val="24"/>
        </w:rPr>
        <w:t>If you are reading this, then the time has come for you to know the truth. Not just of who we are, but of what we are.</w:t>
      </w:r>
    </w:p>
    <w:p w14:paraId="05CC55BE" w14:textId="0272C73E" w:rsidR="00C91D66" w:rsidRPr="00C9454D" w:rsidRDefault="00C91D66" w:rsidP="00C9454D">
      <w:pPr>
        <w:rPr>
          <w:sz w:val="24"/>
          <w:szCs w:val="24"/>
        </w:rPr>
      </w:pPr>
      <w:r w:rsidRPr="00C9454D">
        <w:rPr>
          <w:sz w:val="24"/>
          <w:szCs w:val="24"/>
        </w:rPr>
        <w:t xml:space="preserve">Our blood is not like others. It is ancient. Sacred. It carries a legacy unbroken from the days of King David himself, passed through generations in secret, whispered in shadows, protected at all costs. We are the last. The only line unbroken. The last vestige of a kingdom that the world has long sought to </w:t>
      </w:r>
      <w:r w:rsidR="005B0E60" w:rsidRPr="00C9454D">
        <w:rPr>
          <w:sz w:val="24"/>
          <w:szCs w:val="24"/>
        </w:rPr>
        <w:t>erase. The</w:t>
      </w:r>
      <w:r w:rsidRPr="00C9454D">
        <w:rPr>
          <w:sz w:val="24"/>
          <w:szCs w:val="24"/>
        </w:rPr>
        <w:t xml:space="preserve"> kings of old are dust, their thrones turned to ruin, but the covenant remains—that from David’s line shall come a ruler, a shepherd of men, one who will restore what has been lost. That covenant is not myth, John. It is the reason we have lived in exile, the reason we have been hunted, the reason you have never known a life without fear.</w:t>
      </w:r>
    </w:p>
    <w:p w14:paraId="0B0220D6" w14:textId="77777777" w:rsidR="00C91D66" w:rsidRPr="00C9454D" w:rsidRDefault="00C91D66" w:rsidP="00C9454D">
      <w:pPr>
        <w:rPr>
          <w:sz w:val="24"/>
          <w:szCs w:val="24"/>
        </w:rPr>
      </w:pPr>
      <w:r w:rsidRPr="00C9454D">
        <w:rPr>
          <w:sz w:val="24"/>
          <w:szCs w:val="24"/>
        </w:rPr>
        <w:t>If they knew who you were, what you were, they would take you. They would hold you ransom. They would spill your blood on an altar to their own gods.</w:t>
      </w:r>
    </w:p>
    <w:p w14:paraId="6BB257CE" w14:textId="77777777" w:rsidR="00C91D66" w:rsidRPr="00C9454D" w:rsidRDefault="00C91D66" w:rsidP="00C9454D">
      <w:pPr>
        <w:rPr>
          <w:sz w:val="24"/>
          <w:szCs w:val="24"/>
        </w:rPr>
      </w:pPr>
      <w:r w:rsidRPr="00C9454D">
        <w:rPr>
          <w:sz w:val="24"/>
          <w:szCs w:val="24"/>
        </w:rPr>
        <w:t>You must understand: this is why I left. This is why I hid you. Not for my safety, but for yours.</w:t>
      </w:r>
    </w:p>
    <w:p w14:paraId="33DF5E2A" w14:textId="5A3A0FEE" w:rsidR="00C91D66" w:rsidRPr="00C9454D" w:rsidRDefault="00C91D66" w:rsidP="00C9454D">
      <w:pPr>
        <w:rPr>
          <w:sz w:val="24"/>
          <w:szCs w:val="24"/>
        </w:rPr>
      </w:pPr>
      <w:r w:rsidRPr="00C9454D">
        <w:rPr>
          <w:sz w:val="24"/>
          <w:szCs w:val="24"/>
        </w:rPr>
        <w:t>But you are not meant to hi</w:t>
      </w:r>
      <w:r w:rsidR="00DD1FF5" w:rsidRPr="00C9454D">
        <w:rPr>
          <w:sz w:val="24"/>
          <w:szCs w:val="24"/>
        </w:rPr>
        <w:t xml:space="preserve">de </w:t>
      </w:r>
      <w:r w:rsidRPr="00C9454D">
        <w:rPr>
          <w:sz w:val="24"/>
          <w:szCs w:val="24"/>
        </w:rPr>
        <w:t>forever. One day, the world will know the truth, and when that day comes, you must decide: will you claim your inheritance, or will you let it be forgotten?</w:t>
      </w:r>
    </w:p>
    <w:p w14:paraId="1B2C537E" w14:textId="77777777" w:rsidR="00C91D66" w:rsidRPr="00C9454D" w:rsidRDefault="00C91D66" w:rsidP="00C9454D">
      <w:pPr>
        <w:rPr>
          <w:sz w:val="24"/>
          <w:szCs w:val="24"/>
        </w:rPr>
      </w:pPr>
      <w:r w:rsidRPr="00C9454D">
        <w:rPr>
          <w:sz w:val="24"/>
          <w:szCs w:val="24"/>
        </w:rPr>
        <w:t>I do not know what future you will choose. I only know that my love for you will endure, beyond time, beyond death, beyond the weight of this burden I have placed upon you.</w:t>
      </w:r>
    </w:p>
    <w:p w14:paraId="0E8BC146" w14:textId="77777777" w:rsidR="00C91D66" w:rsidRPr="00C9454D" w:rsidRDefault="00C91D66" w:rsidP="00C9454D">
      <w:pPr>
        <w:rPr>
          <w:sz w:val="24"/>
          <w:szCs w:val="24"/>
        </w:rPr>
      </w:pPr>
      <w:r w:rsidRPr="00C9454D">
        <w:rPr>
          <w:sz w:val="24"/>
          <w:szCs w:val="24"/>
        </w:rPr>
        <w:t>Take this letter and guard it well. One day, someone will come looking for the bloodline. When that day arrives, be ready.</w:t>
      </w:r>
    </w:p>
    <w:p w14:paraId="22824C42" w14:textId="77777777" w:rsidR="00C91D66" w:rsidRPr="00C9454D" w:rsidRDefault="00C91D66" w:rsidP="00C9454D">
      <w:pPr>
        <w:rPr>
          <w:sz w:val="24"/>
          <w:szCs w:val="24"/>
        </w:rPr>
      </w:pPr>
      <w:r w:rsidRPr="00C9454D">
        <w:rPr>
          <w:sz w:val="24"/>
          <w:szCs w:val="24"/>
        </w:rPr>
        <w:t>With all the love in my soul,</w:t>
      </w:r>
      <w:r w:rsidRPr="00C9454D">
        <w:rPr>
          <w:sz w:val="24"/>
          <w:szCs w:val="24"/>
        </w:rPr>
        <w:br/>
        <w:t>Your Mother, Lydia</w:t>
      </w:r>
    </w:p>
    <w:p w14:paraId="147B48AA" w14:textId="27117B16" w:rsidR="0076609D" w:rsidRPr="00C9454D" w:rsidRDefault="00FE197F" w:rsidP="00C9454D">
      <w:pPr>
        <w:rPr>
          <w:sz w:val="24"/>
          <w:szCs w:val="24"/>
        </w:rPr>
      </w:pPr>
      <w:r>
        <w:rPr>
          <w:noProof/>
          <w:sz w:val="24"/>
          <w:szCs w:val="24"/>
        </w:rPr>
      </w:r>
      <w:r w:rsidR="00FE197F">
        <w:rPr>
          <w:noProof/>
          <w:sz w:val="24"/>
          <w:szCs w:val="24"/>
        </w:rPr>
        <w:pict w14:anchorId="2B8DC2E1">
          <v:rect id="_x0000_i1251" style="width:0;height:1.5pt" o:hralign="center" o:hrstd="t" o:hr="t" fillcolor="#a0a0a0" stroked="f"/>
        </w:pict>
      </w:r>
    </w:p>
    <w:p w14:paraId="589F4E7D" w14:textId="77777777" w:rsidR="0076609D" w:rsidRPr="00C9454D" w:rsidRDefault="00FE197F" w:rsidP="00C9454D">
      <w:pPr>
        <w:pStyle w:val="Heading2"/>
        <w:rPr>
          <w:sz w:val="24"/>
          <w:szCs w:val="24"/>
        </w:rPr>
      </w:pPr>
      <w:r>
        <w:rPr>
          <w:noProof/>
          <w:sz w:val="24"/>
          <w:szCs w:val="24"/>
        </w:rPr>
      </w:r>
      <w:r w:rsidR="00FE197F">
        <w:rPr>
          <w:noProof/>
          <w:sz w:val="24"/>
          <w:szCs w:val="24"/>
        </w:rPr>
        <w:pict w14:anchorId="107787AF">
          <v:rect id="_x0000_i1252" style="width:0;height:1.5pt" o:hralign="center" o:hrstd="t" o:hr="t" fillcolor="#a0a0a0" stroked="f"/>
        </w:pict>
      </w:r>
    </w:p>
    <w:p w14:paraId="7292FC1B" w14:textId="77777777" w:rsidR="0076609D" w:rsidRPr="00C9454D" w:rsidRDefault="0076609D" w:rsidP="00C9454D">
      <w:pPr>
        <w:pStyle w:val="Heading2"/>
        <w:rPr>
          <w:sz w:val="24"/>
          <w:szCs w:val="24"/>
        </w:rPr>
      </w:pPr>
      <w:r w:rsidRPr="00C9454D">
        <w:rPr>
          <w:rFonts w:ascii="Segoe UI Emoji" w:hAnsi="Segoe UI Emoji" w:cs="Segoe UI Emoji"/>
          <w:sz w:val="24"/>
          <w:szCs w:val="24"/>
        </w:rPr>
        <w:t>✨</w:t>
      </w:r>
      <w:r w:rsidRPr="00C9454D">
        <w:rPr>
          <w:sz w:val="24"/>
          <w:szCs w:val="24"/>
        </w:rPr>
        <w:t xml:space="preserve"> Epilogue: A Chest of Secrets</w:t>
      </w:r>
    </w:p>
    <w:p w14:paraId="0BDE8AD4" w14:textId="17D335CC" w:rsidR="0076609D" w:rsidRPr="00C9454D" w:rsidRDefault="0076609D" w:rsidP="00C9454D">
      <w:pPr>
        <w:pStyle w:val="Heading2"/>
        <w:rPr>
          <w:sz w:val="24"/>
          <w:szCs w:val="24"/>
        </w:rPr>
      </w:pPr>
      <w:r w:rsidRPr="00C9454D">
        <w:rPr>
          <w:i/>
          <w:iCs/>
          <w:sz w:val="24"/>
          <w:szCs w:val="24"/>
        </w:rPr>
        <w:t xml:space="preserve">Curated by John Marshall </w:t>
      </w:r>
      <w:r w:rsidR="00DD1FF5" w:rsidRPr="00C9454D">
        <w:rPr>
          <w:i/>
          <w:iCs/>
          <w:sz w:val="24"/>
          <w:szCs w:val="24"/>
        </w:rPr>
        <w:t xml:space="preserve">De </w:t>
      </w:r>
      <w:proofErr w:type="spellStart"/>
      <w:r w:rsidRPr="00C9454D">
        <w:rPr>
          <w:i/>
          <w:iCs/>
          <w:sz w:val="24"/>
          <w:szCs w:val="24"/>
        </w:rPr>
        <w:t>Peine-Barham</w:t>
      </w:r>
      <w:proofErr w:type="spellEnd"/>
      <w:r w:rsidRPr="00C9454D">
        <w:rPr>
          <w:i/>
          <w:iCs/>
          <w:sz w:val="24"/>
          <w:szCs w:val="24"/>
        </w:rPr>
        <w:t>, 1</w:t>
      </w:r>
      <w:r w:rsidR="00FA2C63" w:rsidRPr="00C9454D">
        <w:rPr>
          <w:i/>
          <w:iCs/>
          <w:sz w:val="24"/>
          <w:szCs w:val="24"/>
        </w:rPr>
        <w:t>232</w:t>
      </w:r>
    </w:p>
    <w:p w14:paraId="1C78663A" w14:textId="77777777" w:rsidR="001D2103" w:rsidRPr="00C9454D" w:rsidRDefault="001D2103" w:rsidP="00C9454D">
      <w:pPr>
        <w:rPr>
          <w:sz w:val="24"/>
          <w:szCs w:val="24"/>
        </w:rPr>
      </w:pPr>
    </w:p>
    <w:p w14:paraId="73809398" w14:textId="2DB1E3AE" w:rsidR="0076609D" w:rsidRPr="00C9454D" w:rsidRDefault="0076609D" w:rsidP="00C9454D">
      <w:pPr>
        <w:rPr>
          <w:sz w:val="24"/>
          <w:szCs w:val="24"/>
        </w:rPr>
      </w:pPr>
      <w:r w:rsidRPr="00C9454D">
        <w:rPr>
          <w:sz w:val="24"/>
          <w:szCs w:val="24"/>
        </w:rPr>
        <w:t>The discovery was ma</w:t>
      </w:r>
      <w:r w:rsidR="00DD1FF5" w:rsidRPr="00C9454D">
        <w:rPr>
          <w:sz w:val="24"/>
          <w:szCs w:val="24"/>
        </w:rPr>
        <w:t xml:space="preserve">de </w:t>
      </w:r>
      <w:r w:rsidRPr="00C9454D">
        <w:rPr>
          <w:sz w:val="24"/>
          <w:szCs w:val="24"/>
        </w:rPr>
        <w:t>in a forgotten Kentish archive—an aged, iron-bound chest hidden behind crumbling stone and centuries of dust. Its lock was rusted, the wood warped by time, yet the contents within were miraculously preserved: journals, letters, formulas, psalms, parables, proverbs… and secrets.</w:t>
      </w:r>
    </w:p>
    <w:p w14:paraId="26AB3158" w14:textId="77777777" w:rsidR="0076609D" w:rsidRPr="00C9454D" w:rsidRDefault="0076609D" w:rsidP="00C9454D">
      <w:pPr>
        <w:rPr>
          <w:sz w:val="24"/>
          <w:szCs w:val="24"/>
        </w:rPr>
      </w:pPr>
      <w:r w:rsidRPr="00C9454D">
        <w:rPr>
          <w:sz w:val="24"/>
          <w:szCs w:val="24"/>
        </w:rPr>
        <w:t xml:space="preserve">At first glance, it was a trove of relics—an assortment of sentiments long since swallowed by history. But as the scholars unfurled the parchment and turned each brittle page, the story that emerged was not just personal—it was </w:t>
      </w:r>
      <w:r w:rsidRPr="00C9454D">
        <w:rPr>
          <w:i/>
          <w:iCs/>
          <w:sz w:val="24"/>
          <w:szCs w:val="24"/>
        </w:rPr>
        <w:t>divine</w:t>
      </w:r>
      <w:r w:rsidRPr="00C9454D">
        <w:rPr>
          <w:sz w:val="24"/>
          <w:szCs w:val="24"/>
        </w:rPr>
        <w:t>. A multi-generational archive of insight, memory, and testimony.</w:t>
      </w:r>
    </w:p>
    <w:p w14:paraId="1090D204" w14:textId="77777777" w:rsidR="0076609D" w:rsidRPr="00C9454D" w:rsidRDefault="0076609D" w:rsidP="00C9454D">
      <w:pPr>
        <w:rPr>
          <w:sz w:val="24"/>
          <w:szCs w:val="24"/>
        </w:rPr>
      </w:pPr>
      <w:r w:rsidRPr="00C9454D">
        <w:rPr>
          <w:sz w:val="24"/>
          <w:szCs w:val="24"/>
        </w:rPr>
        <w:t>The collection was carefully organized by John Marshall, son of Abilene and Guy, who had grown into a man of deep reflection and royal blood. In his handwritten introduction, he writes:</w:t>
      </w:r>
    </w:p>
    <w:p w14:paraId="1ED59D26" w14:textId="77777777" w:rsidR="0076609D" w:rsidRPr="00C9454D" w:rsidRDefault="0076609D" w:rsidP="00C9454D">
      <w:pPr>
        <w:rPr>
          <w:sz w:val="24"/>
          <w:szCs w:val="24"/>
        </w:rPr>
      </w:pPr>
      <w:r w:rsidRPr="00C9454D">
        <w:rPr>
          <w:i/>
          <w:iCs/>
          <w:sz w:val="24"/>
          <w:szCs w:val="24"/>
        </w:rPr>
        <w:t>"It is not my intention to glorify our family, but to preserve its soul. These writings belong not only to us, but to all who seek light in the dark corners of this world. What you hold is not a record of perfection, but of pursuit—a testimony of faith, folly, love, and legacy. May it awaken something in you."</w:t>
      </w:r>
    </w:p>
    <w:p w14:paraId="03FA8F67" w14:textId="5F4F53BE" w:rsidR="0076609D" w:rsidRPr="00C9454D" w:rsidRDefault="0076609D" w:rsidP="00C9454D">
      <w:pPr>
        <w:rPr>
          <w:sz w:val="24"/>
          <w:szCs w:val="24"/>
        </w:rPr>
      </w:pPr>
      <w:r w:rsidRPr="00C9454D">
        <w:rPr>
          <w:sz w:val="24"/>
          <w:szCs w:val="24"/>
        </w:rPr>
        <w:t>Insi</w:t>
      </w:r>
      <w:r w:rsidR="00DD1FF5" w:rsidRPr="00C9454D">
        <w:rPr>
          <w:sz w:val="24"/>
          <w:szCs w:val="24"/>
        </w:rPr>
        <w:t xml:space="preserve">de </w:t>
      </w:r>
      <w:r w:rsidRPr="00C9454D">
        <w:rPr>
          <w:sz w:val="24"/>
          <w:szCs w:val="24"/>
        </w:rPr>
        <w:t>the chest:</w:t>
      </w:r>
    </w:p>
    <w:p w14:paraId="3E5C18AB" w14:textId="77777777" w:rsidR="0076609D" w:rsidRPr="00C9454D" w:rsidRDefault="0076609D" w:rsidP="00C9454D">
      <w:pPr>
        <w:rPr>
          <w:sz w:val="24"/>
          <w:szCs w:val="24"/>
        </w:rPr>
      </w:pPr>
      <w:r w:rsidRPr="00C9454D">
        <w:rPr>
          <w:sz w:val="24"/>
          <w:szCs w:val="24"/>
        </w:rPr>
        <w:t>Abilene’s Journals – Quiet, courageous, and fiercely intelligent. Her entries reflect the rising and the ruin, the passion and the prophecy, the woman and the world.</w:t>
      </w:r>
    </w:p>
    <w:p w14:paraId="6E2B1F13" w14:textId="77777777" w:rsidR="0076609D" w:rsidRPr="00C9454D" w:rsidRDefault="0076609D" w:rsidP="00C9454D">
      <w:pPr>
        <w:rPr>
          <w:sz w:val="24"/>
          <w:szCs w:val="24"/>
        </w:rPr>
      </w:pPr>
      <w:r w:rsidRPr="00C9454D">
        <w:rPr>
          <w:sz w:val="24"/>
          <w:szCs w:val="24"/>
        </w:rPr>
        <w:t>John Marshall’s Letters &amp; Musings – Philosophical and intimate, revealing the weight of inheritance and the wonder of being part of something greater.</w:t>
      </w:r>
    </w:p>
    <w:p w14:paraId="07541CA2" w14:textId="6E68EF5E" w:rsidR="0076609D" w:rsidRPr="00C9454D" w:rsidRDefault="0076609D" w:rsidP="00C9454D">
      <w:pPr>
        <w:rPr>
          <w:sz w:val="24"/>
          <w:szCs w:val="24"/>
        </w:rPr>
      </w:pPr>
      <w:r w:rsidRPr="00C9454D">
        <w:rPr>
          <w:sz w:val="24"/>
          <w:szCs w:val="24"/>
        </w:rPr>
        <w:t>Rowen’s Folly &amp; Firesi</w:t>
      </w:r>
      <w:r w:rsidR="00DD1FF5" w:rsidRPr="00C9454D">
        <w:rPr>
          <w:sz w:val="24"/>
          <w:szCs w:val="24"/>
        </w:rPr>
        <w:t xml:space="preserve">de </w:t>
      </w:r>
      <w:r w:rsidRPr="00C9454D">
        <w:rPr>
          <w:sz w:val="24"/>
          <w:szCs w:val="24"/>
        </w:rPr>
        <w:t xml:space="preserve">Tales – Stories half-true and fully loved. His humor and humility dance across every page, reminding </w:t>
      </w:r>
      <w:r w:rsidR="00044586" w:rsidRPr="00C9454D">
        <w:rPr>
          <w:sz w:val="24"/>
          <w:szCs w:val="24"/>
        </w:rPr>
        <w:t>us</w:t>
      </w:r>
      <w:r w:rsidR="007227BE" w:rsidRPr="00C9454D">
        <w:rPr>
          <w:sz w:val="24"/>
          <w:szCs w:val="24"/>
        </w:rPr>
        <w:t xml:space="preserve"> </w:t>
      </w:r>
      <w:r w:rsidRPr="00C9454D">
        <w:rPr>
          <w:sz w:val="24"/>
          <w:szCs w:val="24"/>
        </w:rPr>
        <w:t>that legacy also laughs.</w:t>
      </w:r>
    </w:p>
    <w:p w14:paraId="40DB28BA" w14:textId="77777777" w:rsidR="0076609D" w:rsidRPr="00C9454D" w:rsidRDefault="0076609D" w:rsidP="00C9454D">
      <w:pPr>
        <w:rPr>
          <w:sz w:val="24"/>
          <w:szCs w:val="24"/>
        </w:rPr>
      </w:pPr>
      <w:proofErr w:type="spellStart"/>
      <w:r w:rsidRPr="00C9454D">
        <w:rPr>
          <w:sz w:val="24"/>
          <w:szCs w:val="24"/>
        </w:rPr>
        <w:t>Alara’s</w:t>
      </w:r>
      <w:proofErr w:type="spellEnd"/>
      <w:r w:rsidRPr="00C9454D">
        <w:rPr>
          <w:sz w:val="24"/>
          <w:szCs w:val="24"/>
        </w:rPr>
        <w:t xml:space="preserve"> Tinctures, Serums, and Secrets – A master of the natural world, her formulas and teachings offer both beauty and healing. Her journals reflect a budding empire of plant-based medicine and feminine wisdom.</w:t>
      </w:r>
    </w:p>
    <w:p w14:paraId="32B6320D" w14:textId="77777777" w:rsidR="0076609D" w:rsidRPr="00C9454D" w:rsidRDefault="0076609D" w:rsidP="00C9454D">
      <w:pPr>
        <w:rPr>
          <w:sz w:val="24"/>
          <w:szCs w:val="24"/>
        </w:rPr>
      </w:pPr>
      <w:r w:rsidRPr="00C9454D">
        <w:rPr>
          <w:sz w:val="24"/>
          <w:szCs w:val="24"/>
        </w:rPr>
        <w:t xml:space="preserve">Father </w:t>
      </w:r>
      <w:proofErr w:type="spellStart"/>
      <w:r w:rsidRPr="00C9454D">
        <w:rPr>
          <w:sz w:val="24"/>
          <w:szCs w:val="24"/>
        </w:rPr>
        <w:t>Elric’s</w:t>
      </w:r>
      <w:proofErr w:type="spellEnd"/>
      <w:r w:rsidRPr="00C9454D">
        <w:rPr>
          <w:sz w:val="24"/>
          <w:szCs w:val="24"/>
        </w:rPr>
        <w:t xml:space="preserve"> Collected Proverbs &amp; Psalms – Transcribed from his secret writings, </w:t>
      </w:r>
      <w:proofErr w:type="spellStart"/>
      <w:r w:rsidRPr="00C9454D">
        <w:rPr>
          <w:sz w:val="24"/>
          <w:szCs w:val="24"/>
        </w:rPr>
        <w:t>Elric’s</w:t>
      </w:r>
      <w:proofErr w:type="spellEnd"/>
      <w:r w:rsidRPr="00C9454D">
        <w:rPr>
          <w:sz w:val="24"/>
          <w:szCs w:val="24"/>
        </w:rPr>
        <w:t xml:space="preserve"> wisdom still burns with clarity and reverence. Scripture, yes—but layered with insight once feared by the Church.</w:t>
      </w:r>
    </w:p>
    <w:p w14:paraId="12AAE555" w14:textId="6FA2264B" w:rsidR="0076609D" w:rsidRPr="00C9454D" w:rsidRDefault="0076609D" w:rsidP="00C9454D">
      <w:pPr>
        <w:rPr>
          <w:sz w:val="24"/>
          <w:szCs w:val="24"/>
        </w:rPr>
      </w:pPr>
      <w:r w:rsidRPr="00C9454D">
        <w:rPr>
          <w:sz w:val="24"/>
          <w:szCs w:val="24"/>
        </w:rPr>
        <w:t xml:space="preserve">Guy </w:t>
      </w:r>
      <w:r w:rsidR="00DD1FF5" w:rsidRPr="00C9454D">
        <w:rPr>
          <w:sz w:val="24"/>
          <w:szCs w:val="24"/>
        </w:rPr>
        <w:t xml:space="preserve">de </w:t>
      </w:r>
      <w:proofErr w:type="spellStart"/>
      <w:r w:rsidRPr="00C9454D">
        <w:rPr>
          <w:sz w:val="24"/>
          <w:szCs w:val="24"/>
        </w:rPr>
        <w:t>Peine’s</w:t>
      </w:r>
      <w:proofErr w:type="spellEnd"/>
      <w:r w:rsidRPr="00C9454D">
        <w:rPr>
          <w:sz w:val="24"/>
          <w:szCs w:val="24"/>
        </w:rPr>
        <w:t xml:space="preserve"> Silent Chronicle – Though his pen was quiet, his life was etched into the hearts of those who loved him. His legacy lives in Abilene’s words, in John’s philosophy, and in the courage that bore his name forward.</w:t>
      </w:r>
    </w:p>
    <w:p w14:paraId="412CA1BB" w14:textId="77777777" w:rsidR="0076609D" w:rsidRPr="00C9454D" w:rsidRDefault="0076609D" w:rsidP="00C9454D">
      <w:pPr>
        <w:rPr>
          <w:sz w:val="24"/>
          <w:szCs w:val="24"/>
        </w:rPr>
      </w:pPr>
      <w:r w:rsidRPr="00C9454D">
        <w:rPr>
          <w:sz w:val="24"/>
          <w:szCs w:val="24"/>
        </w:rPr>
        <w:t>John’s letter concludes:</w:t>
      </w:r>
    </w:p>
    <w:p w14:paraId="68455115" w14:textId="77777777" w:rsidR="0076609D" w:rsidRPr="00C9454D" w:rsidRDefault="0076609D" w:rsidP="00C9454D">
      <w:pPr>
        <w:rPr>
          <w:sz w:val="24"/>
          <w:szCs w:val="24"/>
        </w:rPr>
      </w:pPr>
      <w:r w:rsidRPr="00C9454D">
        <w:rPr>
          <w:i/>
          <w:iCs/>
          <w:sz w:val="24"/>
          <w:szCs w:val="24"/>
        </w:rPr>
        <w:t>“In time, all things buried shall rise. Not all treasure is gold. Some are tears, ink, and memory. This chest contains the living soul of High Haven and the flame that kept it from fading. Carry it forward. Add your page to the scroll.”</w:t>
      </w:r>
    </w:p>
    <w:p w14:paraId="46447DC7" w14:textId="77777777" w:rsidR="0076609D" w:rsidRPr="00C9454D" w:rsidRDefault="0076609D" w:rsidP="00C9454D">
      <w:pPr>
        <w:rPr>
          <w:sz w:val="24"/>
          <w:szCs w:val="24"/>
        </w:rPr>
      </w:pPr>
      <w:r w:rsidRPr="00C9454D">
        <w:rPr>
          <w:sz w:val="24"/>
          <w:szCs w:val="24"/>
        </w:rPr>
        <w:t xml:space="preserve">And so, </w:t>
      </w:r>
      <w:proofErr w:type="spellStart"/>
      <w:r w:rsidRPr="00C9454D">
        <w:rPr>
          <w:sz w:val="24"/>
          <w:szCs w:val="24"/>
        </w:rPr>
        <w:t>Carlye</w:t>
      </w:r>
      <w:proofErr w:type="spellEnd"/>
      <w:r w:rsidRPr="00C9454D">
        <w:rPr>
          <w:sz w:val="24"/>
          <w:szCs w:val="24"/>
        </w:rPr>
        <w:t xml:space="preserve"> understood—this was not the end of the story.</w:t>
      </w:r>
    </w:p>
    <w:p w14:paraId="4C9A0B64" w14:textId="77777777" w:rsidR="0076609D" w:rsidRPr="00C9454D" w:rsidRDefault="0076609D" w:rsidP="00C9454D">
      <w:pPr>
        <w:rPr>
          <w:sz w:val="24"/>
          <w:szCs w:val="24"/>
        </w:rPr>
      </w:pPr>
      <w:r w:rsidRPr="00C9454D">
        <w:rPr>
          <w:sz w:val="24"/>
          <w:szCs w:val="24"/>
        </w:rPr>
        <w:t>It was the opening of a vault.</w:t>
      </w:r>
    </w:p>
    <w:p w14:paraId="4CB3DBD6" w14:textId="77777777" w:rsidR="0076609D" w:rsidRPr="00C9454D" w:rsidRDefault="0076609D" w:rsidP="00C9454D">
      <w:pPr>
        <w:rPr>
          <w:sz w:val="24"/>
          <w:szCs w:val="24"/>
        </w:rPr>
      </w:pPr>
      <w:r w:rsidRPr="00C9454D">
        <w:rPr>
          <w:sz w:val="24"/>
          <w:szCs w:val="24"/>
        </w:rPr>
        <w:t>A living testimony.</w:t>
      </w:r>
    </w:p>
    <w:p w14:paraId="2B0578C9" w14:textId="77777777" w:rsidR="0076609D" w:rsidRPr="00C9454D" w:rsidRDefault="0076609D" w:rsidP="00C9454D">
      <w:pPr>
        <w:rPr>
          <w:sz w:val="24"/>
          <w:szCs w:val="24"/>
        </w:rPr>
      </w:pPr>
      <w:r w:rsidRPr="00C9454D">
        <w:rPr>
          <w:sz w:val="24"/>
          <w:szCs w:val="24"/>
        </w:rPr>
        <w:t>A legacy waiting to be passed from hand to hand… until the final Promise is fulfilled.</w:t>
      </w:r>
    </w:p>
    <w:p w14:paraId="0BF77AE8" w14:textId="77777777" w:rsidR="0076609D" w:rsidRPr="00C9454D" w:rsidRDefault="0076609D" w:rsidP="00C9454D">
      <w:pPr>
        <w:rPr>
          <w:sz w:val="24"/>
          <w:szCs w:val="24"/>
        </w:rPr>
      </w:pPr>
      <w:r w:rsidRPr="00C9454D">
        <w:rPr>
          <w:sz w:val="24"/>
          <w:szCs w:val="24"/>
        </w:rPr>
        <w:t>The End (for now…)</w:t>
      </w:r>
    </w:p>
    <w:p w14:paraId="6A2B247C" w14:textId="39FEA497" w:rsidR="0076609D" w:rsidRPr="00C9454D" w:rsidRDefault="00FE197F" w:rsidP="00C9454D">
      <w:pPr>
        <w:rPr>
          <w:sz w:val="24"/>
          <w:szCs w:val="24"/>
        </w:rPr>
      </w:pPr>
      <w:r>
        <w:rPr>
          <w:noProof/>
          <w:sz w:val="24"/>
          <w:szCs w:val="24"/>
        </w:rPr>
      </w:r>
      <w:r w:rsidR="00FE197F">
        <w:rPr>
          <w:noProof/>
          <w:sz w:val="24"/>
          <w:szCs w:val="24"/>
        </w:rPr>
        <w:pict w14:anchorId="549CF906">
          <v:rect id="_x0000_i1253" style="width:0;height:1.5pt" o:hralign="center" o:hrstd="t" o:hr="t" fillcolor="#a0a0a0" stroked="f"/>
        </w:pict>
      </w:r>
    </w:p>
    <w:p w14:paraId="2599D885" w14:textId="77777777" w:rsidR="00BC7997" w:rsidRPr="00C9454D" w:rsidRDefault="00BC7997" w:rsidP="00C9454D">
      <w:pPr>
        <w:rPr>
          <w:sz w:val="24"/>
          <w:szCs w:val="24"/>
        </w:rPr>
      </w:pPr>
    </w:p>
    <w:sectPr w:rsidR="00BC7997" w:rsidRPr="00C945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C8D5" w14:textId="77777777" w:rsidR="002D79F8" w:rsidRDefault="002D79F8" w:rsidP="00BB15D1">
      <w:pPr>
        <w:spacing w:after="0" w:line="240" w:lineRule="auto"/>
      </w:pPr>
      <w:r>
        <w:separator/>
      </w:r>
    </w:p>
  </w:endnote>
  <w:endnote w:type="continuationSeparator" w:id="0">
    <w:p w14:paraId="76C45C0F" w14:textId="77777777" w:rsidR="002D79F8" w:rsidRDefault="002D79F8" w:rsidP="00BB1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1E46D" w14:textId="77777777" w:rsidR="002D79F8" w:rsidRDefault="002D79F8" w:rsidP="00BB15D1">
      <w:pPr>
        <w:spacing w:after="0" w:line="240" w:lineRule="auto"/>
      </w:pPr>
      <w:r>
        <w:separator/>
      </w:r>
    </w:p>
  </w:footnote>
  <w:footnote w:type="continuationSeparator" w:id="0">
    <w:p w14:paraId="074A915E" w14:textId="77777777" w:rsidR="002D79F8" w:rsidRDefault="002D79F8" w:rsidP="00BB1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B40442"/>
    <w:multiLevelType w:val="multilevel"/>
    <w:tmpl w:val="FC18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23D37"/>
    <w:multiLevelType w:val="multilevel"/>
    <w:tmpl w:val="3EF0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012E1"/>
    <w:multiLevelType w:val="multilevel"/>
    <w:tmpl w:val="D46C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62681"/>
    <w:multiLevelType w:val="multilevel"/>
    <w:tmpl w:val="9D84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E39D6"/>
    <w:multiLevelType w:val="multilevel"/>
    <w:tmpl w:val="FA80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4C341A"/>
    <w:multiLevelType w:val="multilevel"/>
    <w:tmpl w:val="0C24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172050"/>
    <w:multiLevelType w:val="multilevel"/>
    <w:tmpl w:val="9A3C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334BB0"/>
    <w:multiLevelType w:val="multilevel"/>
    <w:tmpl w:val="E818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FF5B6B"/>
    <w:multiLevelType w:val="multilevel"/>
    <w:tmpl w:val="CF601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C48F3"/>
    <w:multiLevelType w:val="multilevel"/>
    <w:tmpl w:val="95D2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6700896">
    <w:abstractNumId w:val="5"/>
  </w:num>
  <w:num w:numId="2" w16cid:durableId="971325276">
    <w:abstractNumId w:val="3"/>
  </w:num>
  <w:num w:numId="3" w16cid:durableId="634798250">
    <w:abstractNumId w:val="2"/>
  </w:num>
  <w:num w:numId="4" w16cid:durableId="1981499442">
    <w:abstractNumId w:val="4"/>
  </w:num>
  <w:num w:numId="5" w16cid:durableId="1261568623">
    <w:abstractNumId w:val="1"/>
  </w:num>
  <w:num w:numId="6" w16cid:durableId="730883061">
    <w:abstractNumId w:val="0"/>
  </w:num>
  <w:num w:numId="7" w16cid:durableId="1892304724">
    <w:abstractNumId w:val="8"/>
  </w:num>
  <w:num w:numId="8" w16cid:durableId="1694917726">
    <w:abstractNumId w:val="10"/>
  </w:num>
  <w:num w:numId="9" w16cid:durableId="2036930086">
    <w:abstractNumId w:val="9"/>
  </w:num>
  <w:num w:numId="10" w16cid:durableId="615527629">
    <w:abstractNumId w:val="14"/>
  </w:num>
  <w:num w:numId="11" w16cid:durableId="936013837">
    <w:abstractNumId w:val="12"/>
  </w:num>
  <w:num w:numId="12" w16cid:durableId="783421286">
    <w:abstractNumId w:val="13"/>
  </w:num>
  <w:num w:numId="13" w16cid:durableId="878080531">
    <w:abstractNumId w:val="6"/>
  </w:num>
  <w:num w:numId="14" w16cid:durableId="597952565">
    <w:abstractNumId w:val="7"/>
  </w:num>
  <w:num w:numId="15" w16cid:durableId="1062480254">
    <w:abstractNumId w:val="11"/>
  </w:num>
  <w:num w:numId="16" w16cid:durableId="320040498">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revisionView w:inkAnnotations="0"/>
  <w:defaultTabStop w:val="720"/>
  <w:characterSpacingControl w:val="doNotCompress"/>
  <w:hdrShapeDefaults>
    <o:shapedefaults v:ext="edit" spidmax="227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97"/>
    <w:rsid w:val="0000043D"/>
    <w:rsid w:val="00000F7E"/>
    <w:rsid w:val="000026AF"/>
    <w:rsid w:val="000030D8"/>
    <w:rsid w:val="000050B0"/>
    <w:rsid w:val="00006DF0"/>
    <w:rsid w:val="00007767"/>
    <w:rsid w:val="00010BF9"/>
    <w:rsid w:val="00010DAC"/>
    <w:rsid w:val="0001140C"/>
    <w:rsid w:val="000130AB"/>
    <w:rsid w:val="00013C43"/>
    <w:rsid w:val="00013D61"/>
    <w:rsid w:val="00014081"/>
    <w:rsid w:val="00014CC2"/>
    <w:rsid w:val="000164FC"/>
    <w:rsid w:val="00016CD7"/>
    <w:rsid w:val="00017E64"/>
    <w:rsid w:val="000204A7"/>
    <w:rsid w:val="000204B9"/>
    <w:rsid w:val="00022C8E"/>
    <w:rsid w:val="0002303B"/>
    <w:rsid w:val="000237BD"/>
    <w:rsid w:val="000248F2"/>
    <w:rsid w:val="00024CC3"/>
    <w:rsid w:val="00025DFA"/>
    <w:rsid w:val="00025E41"/>
    <w:rsid w:val="00026024"/>
    <w:rsid w:val="000267C3"/>
    <w:rsid w:val="000272EC"/>
    <w:rsid w:val="000279AD"/>
    <w:rsid w:val="00031998"/>
    <w:rsid w:val="000322EF"/>
    <w:rsid w:val="0003251B"/>
    <w:rsid w:val="00032FD9"/>
    <w:rsid w:val="000333DB"/>
    <w:rsid w:val="00033647"/>
    <w:rsid w:val="0003366C"/>
    <w:rsid w:val="00033942"/>
    <w:rsid w:val="000346C2"/>
    <w:rsid w:val="00034BF4"/>
    <w:rsid w:val="0003504D"/>
    <w:rsid w:val="00035102"/>
    <w:rsid w:val="00035CE4"/>
    <w:rsid w:val="00036233"/>
    <w:rsid w:val="00036493"/>
    <w:rsid w:val="000378FF"/>
    <w:rsid w:val="00037B44"/>
    <w:rsid w:val="00041270"/>
    <w:rsid w:val="000427AC"/>
    <w:rsid w:val="00042E93"/>
    <w:rsid w:val="00044586"/>
    <w:rsid w:val="0004471E"/>
    <w:rsid w:val="000447BD"/>
    <w:rsid w:val="000448B1"/>
    <w:rsid w:val="00044946"/>
    <w:rsid w:val="00044B99"/>
    <w:rsid w:val="0004556B"/>
    <w:rsid w:val="0004625E"/>
    <w:rsid w:val="00046366"/>
    <w:rsid w:val="000474A9"/>
    <w:rsid w:val="0004782A"/>
    <w:rsid w:val="0005015E"/>
    <w:rsid w:val="000530B6"/>
    <w:rsid w:val="0005440C"/>
    <w:rsid w:val="000552BF"/>
    <w:rsid w:val="00055317"/>
    <w:rsid w:val="00055E76"/>
    <w:rsid w:val="000578F1"/>
    <w:rsid w:val="000602B0"/>
    <w:rsid w:val="00060970"/>
    <w:rsid w:val="000612CD"/>
    <w:rsid w:val="000615E8"/>
    <w:rsid w:val="0006198A"/>
    <w:rsid w:val="00063895"/>
    <w:rsid w:val="00064552"/>
    <w:rsid w:val="000647BC"/>
    <w:rsid w:val="0006585E"/>
    <w:rsid w:val="00065D2B"/>
    <w:rsid w:val="000703C6"/>
    <w:rsid w:val="000704C9"/>
    <w:rsid w:val="00071197"/>
    <w:rsid w:val="000714F1"/>
    <w:rsid w:val="00072C15"/>
    <w:rsid w:val="0007328D"/>
    <w:rsid w:val="00073798"/>
    <w:rsid w:val="00075C12"/>
    <w:rsid w:val="00076CCB"/>
    <w:rsid w:val="0008002E"/>
    <w:rsid w:val="000819EC"/>
    <w:rsid w:val="00082C03"/>
    <w:rsid w:val="000835CB"/>
    <w:rsid w:val="000836F6"/>
    <w:rsid w:val="000853BE"/>
    <w:rsid w:val="00087E27"/>
    <w:rsid w:val="0009043E"/>
    <w:rsid w:val="00090E63"/>
    <w:rsid w:val="00091BDB"/>
    <w:rsid w:val="0009206D"/>
    <w:rsid w:val="00093FE9"/>
    <w:rsid w:val="000948C7"/>
    <w:rsid w:val="00095026"/>
    <w:rsid w:val="0009507E"/>
    <w:rsid w:val="0009564F"/>
    <w:rsid w:val="00096785"/>
    <w:rsid w:val="000A08B6"/>
    <w:rsid w:val="000A11FB"/>
    <w:rsid w:val="000A131D"/>
    <w:rsid w:val="000A15E1"/>
    <w:rsid w:val="000A1664"/>
    <w:rsid w:val="000A1FEC"/>
    <w:rsid w:val="000A260E"/>
    <w:rsid w:val="000A30E7"/>
    <w:rsid w:val="000A3458"/>
    <w:rsid w:val="000A3806"/>
    <w:rsid w:val="000A3FE0"/>
    <w:rsid w:val="000A4945"/>
    <w:rsid w:val="000A5286"/>
    <w:rsid w:val="000A65D3"/>
    <w:rsid w:val="000A7133"/>
    <w:rsid w:val="000A740B"/>
    <w:rsid w:val="000A7EC1"/>
    <w:rsid w:val="000B072B"/>
    <w:rsid w:val="000B0A9C"/>
    <w:rsid w:val="000B11AC"/>
    <w:rsid w:val="000B1FD3"/>
    <w:rsid w:val="000B3013"/>
    <w:rsid w:val="000B3365"/>
    <w:rsid w:val="000B4844"/>
    <w:rsid w:val="000B49D2"/>
    <w:rsid w:val="000B5FD8"/>
    <w:rsid w:val="000B63E7"/>
    <w:rsid w:val="000B67A0"/>
    <w:rsid w:val="000B712D"/>
    <w:rsid w:val="000B7827"/>
    <w:rsid w:val="000B7872"/>
    <w:rsid w:val="000B79A1"/>
    <w:rsid w:val="000B7E0B"/>
    <w:rsid w:val="000C042A"/>
    <w:rsid w:val="000C08B6"/>
    <w:rsid w:val="000C0C3E"/>
    <w:rsid w:val="000C1BCE"/>
    <w:rsid w:val="000C203F"/>
    <w:rsid w:val="000C37C9"/>
    <w:rsid w:val="000C4040"/>
    <w:rsid w:val="000C4FC6"/>
    <w:rsid w:val="000C6502"/>
    <w:rsid w:val="000C6B3E"/>
    <w:rsid w:val="000C6CAA"/>
    <w:rsid w:val="000C6D15"/>
    <w:rsid w:val="000C6DF1"/>
    <w:rsid w:val="000C7222"/>
    <w:rsid w:val="000C7BD6"/>
    <w:rsid w:val="000D179F"/>
    <w:rsid w:val="000D1851"/>
    <w:rsid w:val="000D1C38"/>
    <w:rsid w:val="000D202A"/>
    <w:rsid w:val="000D30C9"/>
    <w:rsid w:val="000D3214"/>
    <w:rsid w:val="000D341C"/>
    <w:rsid w:val="000D37A7"/>
    <w:rsid w:val="000D38B2"/>
    <w:rsid w:val="000D3D84"/>
    <w:rsid w:val="000D4A44"/>
    <w:rsid w:val="000D627B"/>
    <w:rsid w:val="000D7248"/>
    <w:rsid w:val="000E004B"/>
    <w:rsid w:val="000E1AFA"/>
    <w:rsid w:val="000E26F2"/>
    <w:rsid w:val="000E3FC0"/>
    <w:rsid w:val="000E41C2"/>
    <w:rsid w:val="000E4AD5"/>
    <w:rsid w:val="000E581D"/>
    <w:rsid w:val="000E61A2"/>
    <w:rsid w:val="000E699D"/>
    <w:rsid w:val="000F2558"/>
    <w:rsid w:val="000F2B56"/>
    <w:rsid w:val="000F334F"/>
    <w:rsid w:val="000F406D"/>
    <w:rsid w:val="000F4CE8"/>
    <w:rsid w:val="000F5391"/>
    <w:rsid w:val="000F5D64"/>
    <w:rsid w:val="000F6395"/>
    <w:rsid w:val="000F6FC7"/>
    <w:rsid w:val="000F7A98"/>
    <w:rsid w:val="000F7AEB"/>
    <w:rsid w:val="0010198D"/>
    <w:rsid w:val="00102534"/>
    <w:rsid w:val="0010253A"/>
    <w:rsid w:val="00102810"/>
    <w:rsid w:val="00103279"/>
    <w:rsid w:val="001033C4"/>
    <w:rsid w:val="001039C9"/>
    <w:rsid w:val="00104B22"/>
    <w:rsid w:val="00105407"/>
    <w:rsid w:val="00105F78"/>
    <w:rsid w:val="00107499"/>
    <w:rsid w:val="00110977"/>
    <w:rsid w:val="00110BEA"/>
    <w:rsid w:val="00110F77"/>
    <w:rsid w:val="00111AB6"/>
    <w:rsid w:val="0011279B"/>
    <w:rsid w:val="0011297D"/>
    <w:rsid w:val="00112E2F"/>
    <w:rsid w:val="001150A6"/>
    <w:rsid w:val="001150E0"/>
    <w:rsid w:val="00115329"/>
    <w:rsid w:val="00115A2A"/>
    <w:rsid w:val="00116E0C"/>
    <w:rsid w:val="001174EB"/>
    <w:rsid w:val="00117924"/>
    <w:rsid w:val="0012150F"/>
    <w:rsid w:val="0012154D"/>
    <w:rsid w:val="00121A10"/>
    <w:rsid w:val="00122BC2"/>
    <w:rsid w:val="00123238"/>
    <w:rsid w:val="0012378D"/>
    <w:rsid w:val="00125A68"/>
    <w:rsid w:val="00125BD1"/>
    <w:rsid w:val="00125EA0"/>
    <w:rsid w:val="00126836"/>
    <w:rsid w:val="0012744E"/>
    <w:rsid w:val="00127569"/>
    <w:rsid w:val="001276C8"/>
    <w:rsid w:val="00130352"/>
    <w:rsid w:val="00131F28"/>
    <w:rsid w:val="001348C9"/>
    <w:rsid w:val="0013508C"/>
    <w:rsid w:val="00136216"/>
    <w:rsid w:val="00136414"/>
    <w:rsid w:val="001364CF"/>
    <w:rsid w:val="0013713C"/>
    <w:rsid w:val="0014155A"/>
    <w:rsid w:val="0014181C"/>
    <w:rsid w:val="00143154"/>
    <w:rsid w:val="001437EF"/>
    <w:rsid w:val="00144075"/>
    <w:rsid w:val="00144190"/>
    <w:rsid w:val="001446EB"/>
    <w:rsid w:val="00144DD7"/>
    <w:rsid w:val="001450A1"/>
    <w:rsid w:val="001453B6"/>
    <w:rsid w:val="00145433"/>
    <w:rsid w:val="001467A1"/>
    <w:rsid w:val="0014782F"/>
    <w:rsid w:val="00147921"/>
    <w:rsid w:val="00150029"/>
    <w:rsid w:val="00150C84"/>
    <w:rsid w:val="0015357E"/>
    <w:rsid w:val="00153B30"/>
    <w:rsid w:val="00154A5C"/>
    <w:rsid w:val="00154D7A"/>
    <w:rsid w:val="00156575"/>
    <w:rsid w:val="0015785D"/>
    <w:rsid w:val="001600A6"/>
    <w:rsid w:val="001615A2"/>
    <w:rsid w:val="00162302"/>
    <w:rsid w:val="00164B0C"/>
    <w:rsid w:val="00166704"/>
    <w:rsid w:val="001677B1"/>
    <w:rsid w:val="00167EE7"/>
    <w:rsid w:val="00172445"/>
    <w:rsid w:val="00172CEB"/>
    <w:rsid w:val="00172DA7"/>
    <w:rsid w:val="00172F58"/>
    <w:rsid w:val="00173552"/>
    <w:rsid w:val="00173DAD"/>
    <w:rsid w:val="0017435B"/>
    <w:rsid w:val="001755E1"/>
    <w:rsid w:val="00175C26"/>
    <w:rsid w:val="001767AD"/>
    <w:rsid w:val="00177BFD"/>
    <w:rsid w:val="00177C06"/>
    <w:rsid w:val="00177E29"/>
    <w:rsid w:val="00180E01"/>
    <w:rsid w:val="00181A7A"/>
    <w:rsid w:val="00182902"/>
    <w:rsid w:val="001831EF"/>
    <w:rsid w:val="00183C21"/>
    <w:rsid w:val="00184D50"/>
    <w:rsid w:val="001863F8"/>
    <w:rsid w:val="00186711"/>
    <w:rsid w:val="001869D8"/>
    <w:rsid w:val="00186E5B"/>
    <w:rsid w:val="00187D10"/>
    <w:rsid w:val="00187D62"/>
    <w:rsid w:val="00187EC0"/>
    <w:rsid w:val="00190063"/>
    <w:rsid w:val="00190CCE"/>
    <w:rsid w:val="0019237E"/>
    <w:rsid w:val="0019319B"/>
    <w:rsid w:val="0019414F"/>
    <w:rsid w:val="001968F8"/>
    <w:rsid w:val="0019690B"/>
    <w:rsid w:val="00196E91"/>
    <w:rsid w:val="00197B44"/>
    <w:rsid w:val="001A054C"/>
    <w:rsid w:val="001A062B"/>
    <w:rsid w:val="001A14AF"/>
    <w:rsid w:val="001A29F8"/>
    <w:rsid w:val="001A3639"/>
    <w:rsid w:val="001A39BB"/>
    <w:rsid w:val="001A3D4D"/>
    <w:rsid w:val="001A3FED"/>
    <w:rsid w:val="001A708F"/>
    <w:rsid w:val="001A7A8C"/>
    <w:rsid w:val="001B0D44"/>
    <w:rsid w:val="001B23EE"/>
    <w:rsid w:val="001B3368"/>
    <w:rsid w:val="001B492D"/>
    <w:rsid w:val="001B75BC"/>
    <w:rsid w:val="001B79E4"/>
    <w:rsid w:val="001C11A2"/>
    <w:rsid w:val="001C260C"/>
    <w:rsid w:val="001C3A8C"/>
    <w:rsid w:val="001C44EE"/>
    <w:rsid w:val="001C457B"/>
    <w:rsid w:val="001C5D06"/>
    <w:rsid w:val="001C6A09"/>
    <w:rsid w:val="001C70F0"/>
    <w:rsid w:val="001C73F6"/>
    <w:rsid w:val="001C7D4B"/>
    <w:rsid w:val="001D0171"/>
    <w:rsid w:val="001D0F0F"/>
    <w:rsid w:val="001D1246"/>
    <w:rsid w:val="001D1A92"/>
    <w:rsid w:val="001D1F97"/>
    <w:rsid w:val="001D2103"/>
    <w:rsid w:val="001D22D0"/>
    <w:rsid w:val="001D242D"/>
    <w:rsid w:val="001D3FB3"/>
    <w:rsid w:val="001D442B"/>
    <w:rsid w:val="001D476C"/>
    <w:rsid w:val="001D5846"/>
    <w:rsid w:val="001D59F1"/>
    <w:rsid w:val="001D638F"/>
    <w:rsid w:val="001D69A8"/>
    <w:rsid w:val="001D71E7"/>
    <w:rsid w:val="001D7395"/>
    <w:rsid w:val="001E1116"/>
    <w:rsid w:val="001E1388"/>
    <w:rsid w:val="001E21FE"/>
    <w:rsid w:val="001E22A6"/>
    <w:rsid w:val="001E3462"/>
    <w:rsid w:val="001E35E1"/>
    <w:rsid w:val="001E3734"/>
    <w:rsid w:val="001E3D4C"/>
    <w:rsid w:val="001E4729"/>
    <w:rsid w:val="001E48E2"/>
    <w:rsid w:val="001E623B"/>
    <w:rsid w:val="001E6285"/>
    <w:rsid w:val="001E62B6"/>
    <w:rsid w:val="001E65B3"/>
    <w:rsid w:val="001E79BA"/>
    <w:rsid w:val="001E7E4F"/>
    <w:rsid w:val="001F26BF"/>
    <w:rsid w:val="001F2E2D"/>
    <w:rsid w:val="001F44B2"/>
    <w:rsid w:val="001F4A62"/>
    <w:rsid w:val="001F5136"/>
    <w:rsid w:val="001F66EB"/>
    <w:rsid w:val="002000E2"/>
    <w:rsid w:val="0020093E"/>
    <w:rsid w:val="0020109B"/>
    <w:rsid w:val="00201B1B"/>
    <w:rsid w:val="00201C71"/>
    <w:rsid w:val="00205376"/>
    <w:rsid w:val="00205990"/>
    <w:rsid w:val="00206A7A"/>
    <w:rsid w:val="00206AE7"/>
    <w:rsid w:val="00207905"/>
    <w:rsid w:val="00210600"/>
    <w:rsid w:val="00210ADC"/>
    <w:rsid w:val="002117C0"/>
    <w:rsid w:val="002124DD"/>
    <w:rsid w:val="00212D4C"/>
    <w:rsid w:val="00213587"/>
    <w:rsid w:val="00213CDF"/>
    <w:rsid w:val="0021547C"/>
    <w:rsid w:val="002171A3"/>
    <w:rsid w:val="00220E92"/>
    <w:rsid w:val="0022201B"/>
    <w:rsid w:val="0022252B"/>
    <w:rsid w:val="002237CA"/>
    <w:rsid w:val="002239FE"/>
    <w:rsid w:val="00224BEF"/>
    <w:rsid w:val="00225C65"/>
    <w:rsid w:val="00225D06"/>
    <w:rsid w:val="00225DE3"/>
    <w:rsid w:val="002266AA"/>
    <w:rsid w:val="00227C83"/>
    <w:rsid w:val="00231B39"/>
    <w:rsid w:val="00231BDA"/>
    <w:rsid w:val="00231E31"/>
    <w:rsid w:val="002324E2"/>
    <w:rsid w:val="002325BE"/>
    <w:rsid w:val="00232764"/>
    <w:rsid w:val="00232EFB"/>
    <w:rsid w:val="00233C60"/>
    <w:rsid w:val="00234C60"/>
    <w:rsid w:val="00235A38"/>
    <w:rsid w:val="00236B79"/>
    <w:rsid w:val="00236C47"/>
    <w:rsid w:val="00236CBC"/>
    <w:rsid w:val="00237584"/>
    <w:rsid w:val="002375D2"/>
    <w:rsid w:val="00237E03"/>
    <w:rsid w:val="00240084"/>
    <w:rsid w:val="00240196"/>
    <w:rsid w:val="00240C95"/>
    <w:rsid w:val="0024213F"/>
    <w:rsid w:val="00243635"/>
    <w:rsid w:val="00244317"/>
    <w:rsid w:val="00245B05"/>
    <w:rsid w:val="002466CF"/>
    <w:rsid w:val="00247D49"/>
    <w:rsid w:val="002532D3"/>
    <w:rsid w:val="0025369C"/>
    <w:rsid w:val="00253CF1"/>
    <w:rsid w:val="002547EC"/>
    <w:rsid w:val="00254986"/>
    <w:rsid w:val="002556DF"/>
    <w:rsid w:val="00256A99"/>
    <w:rsid w:val="00256FE2"/>
    <w:rsid w:val="00257464"/>
    <w:rsid w:val="002575F4"/>
    <w:rsid w:val="00257A37"/>
    <w:rsid w:val="00257FE0"/>
    <w:rsid w:val="00260BA1"/>
    <w:rsid w:val="00261E6C"/>
    <w:rsid w:val="0026436F"/>
    <w:rsid w:val="002643C1"/>
    <w:rsid w:val="00264D42"/>
    <w:rsid w:val="002653B5"/>
    <w:rsid w:val="00266099"/>
    <w:rsid w:val="00267594"/>
    <w:rsid w:val="00267B58"/>
    <w:rsid w:val="00267DD0"/>
    <w:rsid w:val="00267F91"/>
    <w:rsid w:val="00270096"/>
    <w:rsid w:val="00270440"/>
    <w:rsid w:val="00270DCB"/>
    <w:rsid w:val="00270F45"/>
    <w:rsid w:val="00274085"/>
    <w:rsid w:val="0027448D"/>
    <w:rsid w:val="002747C4"/>
    <w:rsid w:val="00274841"/>
    <w:rsid w:val="00274C05"/>
    <w:rsid w:val="00274CB0"/>
    <w:rsid w:val="00276CE4"/>
    <w:rsid w:val="002771D3"/>
    <w:rsid w:val="00280694"/>
    <w:rsid w:val="00281318"/>
    <w:rsid w:val="00281AD3"/>
    <w:rsid w:val="00282B81"/>
    <w:rsid w:val="00282DFF"/>
    <w:rsid w:val="0028357F"/>
    <w:rsid w:val="00283A08"/>
    <w:rsid w:val="00284A0E"/>
    <w:rsid w:val="00284EC7"/>
    <w:rsid w:val="00286440"/>
    <w:rsid w:val="00287AD1"/>
    <w:rsid w:val="00287AD3"/>
    <w:rsid w:val="00287E85"/>
    <w:rsid w:val="00290F11"/>
    <w:rsid w:val="0029198C"/>
    <w:rsid w:val="00291BEF"/>
    <w:rsid w:val="002923C2"/>
    <w:rsid w:val="00292CB3"/>
    <w:rsid w:val="002939C3"/>
    <w:rsid w:val="00295865"/>
    <w:rsid w:val="00295C25"/>
    <w:rsid w:val="00296BE7"/>
    <w:rsid w:val="002A12B0"/>
    <w:rsid w:val="002A1794"/>
    <w:rsid w:val="002A187E"/>
    <w:rsid w:val="002A2CE2"/>
    <w:rsid w:val="002A2CF5"/>
    <w:rsid w:val="002A3F77"/>
    <w:rsid w:val="002A4903"/>
    <w:rsid w:val="002A5751"/>
    <w:rsid w:val="002A5E2B"/>
    <w:rsid w:val="002A635D"/>
    <w:rsid w:val="002A69CF"/>
    <w:rsid w:val="002B0562"/>
    <w:rsid w:val="002B0563"/>
    <w:rsid w:val="002B0C62"/>
    <w:rsid w:val="002B0D1D"/>
    <w:rsid w:val="002B1EB4"/>
    <w:rsid w:val="002B3ABC"/>
    <w:rsid w:val="002B4135"/>
    <w:rsid w:val="002B4B4E"/>
    <w:rsid w:val="002B526D"/>
    <w:rsid w:val="002B5E1B"/>
    <w:rsid w:val="002B65F8"/>
    <w:rsid w:val="002B6AF8"/>
    <w:rsid w:val="002B766B"/>
    <w:rsid w:val="002C066C"/>
    <w:rsid w:val="002C0A71"/>
    <w:rsid w:val="002C0CDE"/>
    <w:rsid w:val="002C40BF"/>
    <w:rsid w:val="002C767F"/>
    <w:rsid w:val="002C7F7F"/>
    <w:rsid w:val="002D02EB"/>
    <w:rsid w:val="002D0F28"/>
    <w:rsid w:val="002D15A0"/>
    <w:rsid w:val="002D18E5"/>
    <w:rsid w:val="002D24DE"/>
    <w:rsid w:val="002D28B1"/>
    <w:rsid w:val="002D4092"/>
    <w:rsid w:val="002D53C7"/>
    <w:rsid w:val="002D57B8"/>
    <w:rsid w:val="002D593F"/>
    <w:rsid w:val="002D7564"/>
    <w:rsid w:val="002D79F8"/>
    <w:rsid w:val="002D7FC9"/>
    <w:rsid w:val="002E1C08"/>
    <w:rsid w:val="002E1FAE"/>
    <w:rsid w:val="002E207F"/>
    <w:rsid w:val="002E2211"/>
    <w:rsid w:val="002E24BB"/>
    <w:rsid w:val="002E28A9"/>
    <w:rsid w:val="002E2AD0"/>
    <w:rsid w:val="002E2BF3"/>
    <w:rsid w:val="002E3DC7"/>
    <w:rsid w:val="002E4B5B"/>
    <w:rsid w:val="002E5FD5"/>
    <w:rsid w:val="002E6062"/>
    <w:rsid w:val="002E6B0A"/>
    <w:rsid w:val="002E6D40"/>
    <w:rsid w:val="002E6D5F"/>
    <w:rsid w:val="002E79E9"/>
    <w:rsid w:val="002F1282"/>
    <w:rsid w:val="002F1A50"/>
    <w:rsid w:val="002F25A1"/>
    <w:rsid w:val="002F33DE"/>
    <w:rsid w:val="002F354C"/>
    <w:rsid w:val="002F5327"/>
    <w:rsid w:val="002F7C98"/>
    <w:rsid w:val="00300797"/>
    <w:rsid w:val="00300F7B"/>
    <w:rsid w:val="00301AB0"/>
    <w:rsid w:val="00302556"/>
    <w:rsid w:val="00305538"/>
    <w:rsid w:val="00305BAB"/>
    <w:rsid w:val="00305E61"/>
    <w:rsid w:val="00307822"/>
    <w:rsid w:val="00310027"/>
    <w:rsid w:val="003109B3"/>
    <w:rsid w:val="00310EE6"/>
    <w:rsid w:val="00311476"/>
    <w:rsid w:val="00311A91"/>
    <w:rsid w:val="00311C7A"/>
    <w:rsid w:val="00311CFC"/>
    <w:rsid w:val="00313663"/>
    <w:rsid w:val="00313EAC"/>
    <w:rsid w:val="0031516C"/>
    <w:rsid w:val="003151D1"/>
    <w:rsid w:val="00315728"/>
    <w:rsid w:val="00315855"/>
    <w:rsid w:val="0031619A"/>
    <w:rsid w:val="00320126"/>
    <w:rsid w:val="00320198"/>
    <w:rsid w:val="00320C49"/>
    <w:rsid w:val="00321198"/>
    <w:rsid w:val="003214AA"/>
    <w:rsid w:val="00321A14"/>
    <w:rsid w:val="00322665"/>
    <w:rsid w:val="003229D2"/>
    <w:rsid w:val="00324729"/>
    <w:rsid w:val="00325456"/>
    <w:rsid w:val="00325AED"/>
    <w:rsid w:val="00327B9D"/>
    <w:rsid w:val="00327C42"/>
    <w:rsid w:val="00327DD3"/>
    <w:rsid w:val="0033183E"/>
    <w:rsid w:val="0033258E"/>
    <w:rsid w:val="00332A3D"/>
    <w:rsid w:val="00332B8C"/>
    <w:rsid w:val="0033300C"/>
    <w:rsid w:val="00333070"/>
    <w:rsid w:val="00333AAF"/>
    <w:rsid w:val="00333C24"/>
    <w:rsid w:val="00333D66"/>
    <w:rsid w:val="00334069"/>
    <w:rsid w:val="003344CC"/>
    <w:rsid w:val="003348F3"/>
    <w:rsid w:val="0033564A"/>
    <w:rsid w:val="00336899"/>
    <w:rsid w:val="00340015"/>
    <w:rsid w:val="0034116C"/>
    <w:rsid w:val="00341A27"/>
    <w:rsid w:val="00341E49"/>
    <w:rsid w:val="0034335B"/>
    <w:rsid w:val="003436BF"/>
    <w:rsid w:val="00344219"/>
    <w:rsid w:val="003444DC"/>
    <w:rsid w:val="00345BF0"/>
    <w:rsid w:val="00345E17"/>
    <w:rsid w:val="00346FC2"/>
    <w:rsid w:val="00347254"/>
    <w:rsid w:val="003472B9"/>
    <w:rsid w:val="003472DE"/>
    <w:rsid w:val="0034761E"/>
    <w:rsid w:val="00347B24"/>
    <w:rsid w:val="00350E09"/>
    <w:rsid w:val="00351A15"/>
    <w:rsid w:val="00352C6C"/>
    <w:rsid w:val="00352CC0"/>
    <w:rsid w:val="0035303F"/>
    <w:rsid w:val="00355E62"/>
    <w:rsid w:val="00356885"/>
    <w:rsid w:val="00357A16"/>
    <w:rsid w:val="00360769"/>
    <w:rsid w:val="00361F8D"/>
    <w:rsid w:val="00362E4F"/>
    <w:rsid w:val="003632BB"/>
    <w:rsid w:val="0036348E"/>
    <w:rsid w:val="00363936"/>
    <w:rsid w:val="00364463"/>
    <w:rsid w:val="00364C96"/>
    <w:rsid w:val="003650DB"/>
    <w:rsid w:val="003673F7"/>
    <w:rsid w:val="00367A22"/>
    <w:rsid w:val="00367C86"/>
    <w:rsid w:val="003708AD"/>
    <w:rsid w:val="003723F9"/>
    <w:rsid w:val="00373EC4"/>
    <w:rsid w:val="00374890"/>
    <w:rsid w:val="00374A59"/>
    <w:rsid w:val="003775F2"/>
    <w:rsid w:val="00380503"/>
    <w:rsid w:val="00380524"/>
    <w:rsid w:val="00380807"/>
    <w:rsid w:val="00380880"/>
    <w:rsid w:val="003813A1"/>
    <w:rsid w:val="00382066"/>
    <w:rsid w:val="003842A0"/>
    <w:rsid w:val="00384A9F"/>
    <w:rsid w:val="00384AB7"/>
    <w:rsid w:val="0038538B"/>
    <w:rsid w:val="003854E7"/>
    <w:rsid w:val="00386120"/>
    <w:rsid w:val="00386AC1"/>
    <w:rsid w:val="00386CFE"/>
    <w:rsid w:val="00387D25"/>
    <w:rsid w:val="003917A7"/>
    <w:rsid w:val="003924D0"/>
    <w:rsid w:val="0039281C"/>
    <w:rsid w:val="003946F2"/>
    <w:rsid w:val="00395020"/>
    <w:rsid w:val="00395B74"/>
    <w:rsid w:val="003966B1"/>
    <w:rsid w:val="00397276"/>
    <w:rsid w:val="003A0148"/>
    <w:rsid w:val="003A04E6"/>
    <w:rsid w:val="003A0A4B"/>
    <w:rsid w:val="003A0B4C"/>
    <w:rsid w:val="003A2737"/>
    <w:rsid w:val="003A3D91"/>
    <w:rsid w:val="003A430F"/>
    <w:rsid w:val="003A59EF"/>
    <w:rsid w:val="003A6607"/>
    <w:rsid w:val="003A7175"/>
    <w:rsid w:val="003B0B1F"/>
    <w:rsid w:val="003B2046"/>
    <w:rsid w:val="003B274F"/>
    <w:rsid w:val="003B294E"/>
    <w:rsid w:val="003B2D20"/>
    <w:rsid w:val="003B2DEE"/>
    <w:rsid w:val="003B334B"/>
    <w:rsid w:val="003B349B"/>
    <w:rsid w:val="003B49E8"/>
    <w:rsid w:val="003B4D9D"/>
    <w:rsid w:val="003B53F8"/>
    <w:rsid w:val="003B54CA"/>
    <w:rsid w:val="003B5806"/>
    <w:rsid w:val="003B5E24"/>
    <w:rsid w:val="003B5FC0"/>
    <w:rsid w:val="003B7644"/>
    <w:rsid w:val="003B7F5A"/>
    <w:rsid w:val="003C0C77"/>
    <w:rsid w:val="003C13B8"/>
    <w:rsid w:val="003C24EC"/>
    <w:rsid w:val="003C42AF"/>
    <w:rsid w:val="003C4499"/>
    <w:rsid w:val="003C50D7"/>
    <w:rsid w:val="003C715E"/>
    <w:rsid w:val="003D093E"/>
    <w:rsid w:val="003D16B2"/>
    <w:rsid w:val="003D22B0"/>
    <w:rsid w:val="003D3134"/>
    <w:rsid w:val="003D3886"/>
    <w:rsid w:val="003D3930"/>
    <w:rsid w:val="003D3D07"/>
    <w:rsid w:val="003D3D0C"/>
    <w:rsid w:val="003D5241"/>
    <w:rsid w:val="003D5B52"/>
    <w:rsid w:val="003D5B65"/>
    <w:rsid w:val="003D6B1E"/>
    <w:rsid w:val="003E00EF"/>
    <w:rsid w:val="003E306B"/>
    <w:rsid w:val="003E61F9"/>
    <w:rsid w:val="003E6720"/>
    <w:rsid w:val="003E6ACD"/>
    <w:rsid w:val="003F1BD0"/>
    <w:rsid w:val="003F2BFC"/>
    <w:rsid w:val="003F3542"/>
    <w:rsid w:val="003F5278"/>
    <w:rsid w:val="003F53CE"/>
    <w:rsid w:val="003F58A2"/>
    <w:rsid w:val="003F5970"/>
    <w:rsid w:val="003F5B30"/>
    <w:rsid w:val="003F625D"/>
    <w:rsid w:val="003F641D"/>
    <w:rsid w:val="003F7E18"/>
    <w:rsid w:val="00401573"/>
    <w:rsid w:val="00402502"/>
    <w:rsid w:val="00402E74"/>
    <w:rsid w:val="00403A39"/>
    <w:rsid w:val="004054A7"/>
    <w:rsid w:val="00406942"/>
    <w:rsid w:val="00406E85"/>
    <w:rsid w:val="00410920"/>
    <w:rsid w:val="0041092C"/>
    <w:rsid w:val="00411A89"/>
    <w:rsid w:val="00412E5D"/>
    <w:rsid w:val="00413C7A"/>
    <w:rsid w:val="00414325"/>
    <w:rsid w:val="004150B0"/>
    <w:rsid w:val="00415308"/>
    <w:rsid w:val="0041636B"/>
    <w:rsid w:val="00417AC3"/>
    <w:rsid w:val="00417C86"/>
    <w:rsid w:val="004204B8"/>
    <w:rsid w:val="00420C06"/>
    <w:rsid w:val="00420F13"/>
    <w:rsid w:val="00421159"/>
    <w:rsid w:val="00421636"/>
    <w:rsid w:val="004223BB"/>
    <w:rsid w:val="00422C67"/>
    <w:rsid w:val="0042332D"/>
    <w:rsid w:val="004265F8"/>
    <w:rsid w:val="0042699F"/>
    <w:rsid w:val="00427CAE"/>
    <w:rsid w:val="00430BB2"/>
    <w:rsid w:val="00432785"/>
    <w:rsid w:val="00433DB6"/>
    <w:rsid w:val="00434188"/>
    <w:rsid w:val="0043471A"/>
    <w:rsid w:val="00434947"/>
    <w:rsid w:val="00434D7E"/>
    <w:rsid w:val="004363B8"/>
    <w:rsid w:val="004363DE"/>
    <w:rsid w:val="004377A2"/>
    <w:rsid w:val="00441CA8"/>
    <w:rsid w:val="00441FF7"/>
    <w:rsid w:val="00442D6E"/>
    <w:rsid w:val="00443EF5"/>
    <w:rsid w:val="004457D9"/>
    <w:rsid w:val="00445E42"/>
    <w:rsid w:val="00446433"/>
    <w:rsid w:val="00450D19"/>
    <w:rsid w:val="00451F98"/>
    <w:rsid w:val="00452795"/>
    <w:rsid w:val="00452DC0"/>
    <w:rsid w:val="00453F03"/>
    <w:rsid w:val="004545CE"/>
    <w:rsid w:val="00454FD8"/>
    <w:rsid w:val="00456C1F"/>
    <w:rsid w:val="00457371"/>
    <w:rsid w:val="00460B70"/>
    <w:rsid w:val="00461F6B"/>
    <w:rsid w:val="00462D5F"/>
    <w:rsid w:val="00462E09"/>
    <w:rsid w:val="00462F47"/>
    <w:rsid w:val="00463771"/>
    <w:rsid w:val="00464016"/>
    <w:rsid w:val="00465478"/>
    <w:rsid w:val="004657C3"/>
    <w:rsid w:val="00466888"/>
    <w:rsid w:val="0046695B"/>
    <w:rsid w:val="004706CB"/>
    <w:rsid w:val="0047158F"/>
    <w:rsid w:val="00473CC7"/>
    <w:rsid w:val="00476864"/>
    <w:rsid w:val="00476875"/>
    <w:rsid w:val="004819CA"/>
    <w:rsid w:val="00482DEB"/>
    <w:rsid w:val="004842B4"/>
    <w:rsid w:val="00484672"/>
    <w:rsid w:val="004846F0"/>
    <w:rsid w:val="00484B7A"/>
    <w:rsid w:val="00484CB9"/>
    <w:rsid w:val="0048511C"/>
    <w:rsid w:val="00487220"/>
    <w:rsid w:val="00491263"/>
    <w:rsid w:val="00491D18"/>
    <w:rsid w:val="00491F41"/>
    <w:rsid w:val="004933B2"/>
    <w:rsid w:val="00493C2B"/>
    <w:rsid w:val="00494666"/>
    <w:rsid w:val="0049537E"/>
    <w:rsid w:val="00495B32"/>
    <w:rsid w:val="004961F4"/>
    <w:rsid w:val="00497180"/>
    <w:rsid w:val="00497EAD"/>
    <w:rsid w:val="004A04F2"/>
    <w:rsid w:val="004A0A97"/>
    <w:rsid w:val="004A14D9"/>
    <w:rsid w:val="004A2D96"/>
    <w:rsid w:val="004A33BB"/>
    <w:rsid w:val="004A3A64"/>
    <w:rsid w:val="004A4524"/>
    <w:rsid w:val="004A4884"/>
    <w:rsid w:val="004A6682"/>
    <w:rsid w:val="004A6734"/>
    <w:rsid w:val="004A7A01"/>
    <w:rsid w:val="004B0589"/>
    <w:rsid w:val="004B126F"/>
    <w:rsid w:val="004B1DF6"/>
    <w:rsid w:val="004B26E7"/>
    <w:rsid w:val="004B2B41"/>
    <w:rsid w:val="004B33D2"/>
    <w:rsid w:val="004B3ADF"/>
    <w:rsid w:val="004B509F"/>
    <w:rsid w:val="004B5738"/>
    <w:rsid w:val="004C05C6"/>
    <w:rsid w:val="004C160B"/>
    <w:rsid w:val="004C3314"/>
    <w:rsid w:val="004C39C3"/>
    <w:rsid w:val="004C3AFD"/>
    <w:rsid w:val="004C3E76"/>
    <w:rsid w:val="004C45AC"/>
    <w:rsid w:val="004C4A3C"/>
    <w:rsid w:val="004C696F"/>
    <w:rsid w:val="004C781F"/>
    <w:rsid w:val="004C7EBF"/>
    <w:rsid w:val="004D1461"/>
    <w:rsid w:val="004D2481"/>
    <w:rsid w:val="004D3FFD"/>
    <w:rsid w:val="004D48A7"/>
    <w:rsid w:val="004D4E4B"/>
    <w:rsid w:val="004D4E80"/>
    <w:rsid w:val="004D51FB"/>
    <w:rsid w:val="004D56BD"/>
    <w:rsid w:val="004D5D5D"/>
    <w:rsid w:val="004D6B2F"/>
    <w:rsid w:val="004E0523"/>
    <w:rsid w:val="004E15C9"/>
    <w:rsid w:val="004E180A"/>
    <w:rsid w:val="004E1965"/>
    <w:rsid w:val="004E1C5D"/>
    <w:rsid w:val="004E23FD"/>
    <w:rsid w:val="004E2971"/>
    <w:rsid w:val="004E4583"/>
    <w:rsid w:val="004E520C"/>
    <w:rsid w:val="004E6CA5"/>
    <w:rsid w:val="004E75AE"/>
    <w:rsid w:val="004E7BDB"/>
    <w:rsid w:val="004E7FD6"/>
    <w:rsid w:val="004F159A"/>
    <w:rsid w:val="004F1943"/>
    <w:rsid w:val="004F3C5B"/>
    <w:rsid w:val="004F50AE"/>
    <w:rsid w:val="004F5A97"/>
    <w:rsid w:val="004F69BB"/>
    <w:rsid w:val="004F7CBA"/>
    <w:rsid w:val="005001F4"/>
    <w:rsid w:val="00501035"/>
    <w:rsid w:val="005013C8"/>
    <w:rsid w:val="00501C70"/>
    <w:rsid w:val="00501E55"/>
    <w:rsid w:val="00503CAA"/>
    <w:rsid w:val="00503E50"/>
    <w:rsid w:val="005061FE"/>
    <w:rsid w:val="0050675D"/>
    <w:rsid w:val="00506D4F"/>
    <w:rsid w:val="00506E3C"/>
    <w:rsid w:val="0050706D"/>
    <w:rsid w:val="005078B5"/>
    <w:rsid w:val="00507D24"/>
    <w:rsid w:val="00510219"/>
    <w:rsid w:val="005108C0"/>
    <w:rsid w:val="00510AF1"/>
    <w:rsid w:val="00510D03"/>
    <w:rsid w:val="00511FDA"/>
    <w:rsid w:val="0051292F"/>
    <w:rsid w:val="005156BF"/>
    <w:rsid w:val="00515A9D"/>
    <w:rsid w:val="00516319"/>
    <w:rsid w:val="00516D68"/>
    <w:rsid w:val="0052066E"/>
    <w:rsid w:val="00520A22"/>
    <w:rsid w:val="00520AAC"/>
    <w:rsid w:val="00520CEF"/>
    <w:rsid w:val="00521403"/>
    <w:rsid w:val="00522806"/>
    <w:rsid w:val="00522C4D"/>
    <w:rsid w:val="00522FDD"/>
    <w:rsid w:val="00524709"/>
    <w:rsid w:val="0052515D"/>
    <w:rsid w:val="00525A53"/>
    <w:rsid w:val="0052625B"/>
    <w:rsid w:val="005266C3"/>
    <w:rsid w:val="005270CD"/>
    <w:rsid w:val="005300E7"/>
    <w:rsid w:val="00531800"/>
    <w:rsid w:val="00532381"/>
    <w:rsid w:val="005323CC"/>
    <w:rsid w:val="005344FD"/>
    <w:rsid w:val="00534E1C"/>
    <w:rsid w:val="00535519"/>
    <w:rsid w:val="00536CD8"/>
    <w:rsid w:val="00540330"/>
    <w:rsid w:val="005413F4"/>
    <w:rsid w:val="005419BA"/>
    <w:rsid w:val="00543AA7"/>
    <w:rsid w:val="00544510"/>
    <w:rsid w:val="00546ACA"/>
    <w:rsid w:val="00546B90"/>
    <w:rsid w:val="00547831"/>
    <w:rsid w:val="00547CE6"/>
    <w:rsid w:val="00551BF0"/>
    <w:rsid w:val="00552316"/>
    <w:rsid w:val="005536A5"/>
    <w:rsid w:val="00553932"/>
    <w:rsid w:val="005543AC"/>
    <w:rsid w:val="00554CD6"/>
    <w:rsid w:val="00555742"/>
    <w:rsid w:val="00560451"/>
    <w:rsid w:val="00560554"/>
    <w:rsid w:val="0056102B"/>
    <w:rsid w:val="00561290"/>
    <w:rsid w:val="00561422"/>
    <w:rsid w:val="00561F19"/>
    <w:rsid w:val="00562936"/>
    <w:rsid w:val="00562ECD"/>
    <w:rsid w:val="00565163"/>
    <w:rsid w:val="00565250"/>
    <w:rsid w:val="00565AD6"/>
    <w:rsid w:val="00566459"/>
    <w:rsid w:val="00566E1E"/>
    <w:rsid w:val="00567014"/>
    <w:rsid w:val="00567FE2"/>
    <w:rsid w:val="00570A80"/>
    <w:rsid w:val="00570E89"/>
    <w:rsid w:val="00571031"/>
    <w:rsid w:val="00572753"/>
    <w:rsid w:val="00573889"/>
    <w:rsid w:val="00573914"/>
    <w:rsid w:val="00574377"/>
    <w:rsid w:val="005744D5"/>
    <w:rsid w:val="00574C3D"/>
    <w:rsid w:val="005766A3"/>
    <w:rsid w:val="00577D16"/>
    <w:rsid w:val="005802A3"/>
    <w:rsid w:val="0058198B"/>
    <w:rsid w:val="00582791"/>
    <w:rsid w:val="00582D83"/>
    <w:rsid w:val="00583487"/>
    <w:rsid w:val="00583623"/>
    <w:rsid w:val="00583AA7"/>
    <w:rsid w:val="00583D7D"/>
    <w:rsid w:val="00585139"/>
    <w:rsid w:val="0058522E"/>
    <w:rsid w:val="00585869"/>
    <w:rsid w:val="00585D2E"/>
    <w:rsid w:val="00586E4C"/>
    <w:rsid w:val="00586EC9"/>
    <w:rsid w:val="00586EF9"/>
    <w:rsid w:val="00592D0F"/>
    <w:rsid w:val="00593107"/>
    <w:rsid w:val="0059525A"/>
    <w:rsid w:val="00595B6F"/>
    <w:rsid w:val="00595BDF"/>
    <w:rsid w:val="005A0E68"/>
    <w:rsid w:val="005A1924"/>
    <w:rsid w:val="005A2208"/>
    <w:rsid w:val="005A3CEA"/>
    <w:rsid w:val="005A4704"/>
    <w:rsid w:val="005A51B8"/>
    <w:rsid w:val="005A6659"/>
    <w:rsid w:val="005A68A9"/>
    <w:rsid w:val="005A6A1B"/>
    <w:rsid w:val="005B0E60"/>
    <w:rsid w:val="005B188B"/>
    <w:rsid w:val="005B1969"/>
    <w:rsid w:val="005B1C6B"/>
    <w:rsid w:val="005B2322"/>
    <w:rsid w:val="005B3456"/>
    <w:rsid w:val="005B374F"/>
    <w:rsid w:val="005B40FD"/>
    <w:rsid w:val="005B4F90"/>
    <w:rsid w:val="005B500F"/>
    <w:rsid w:val="005B5F36"/>
    <w:rsid w:val="005B6563"/>
    <w:rsid w:val="005B6B2B"/>
    <w:rsid w:val="005B7693"/>
    <w:rsid w:val="005C0887"/>
    <w:rsid w:val="005C3B3A"/>
    <w:rsid w:val="005C4A0E"/>
    <w:rsid w:val="005C59BA"/>
    <w:rsid w:val="005C7583"/>
    <w:rsid w:val="005C760D"/>
    <w:rsid w:val="005D11F6"/>
    <w:rsid w:val="005D15C5"/>
    <w:rsid w:val="005D325D"/>
    <w:rsid w:val="005D486D"/>
    <w:rsid w:val="005D6691"/>
    <w:rsid w:val="005D6FFD"/>
    <w:rsid w:val="005D7F9B"/>
    <w:rsid w:val="005E088E"/>
    <w:rsid w:val="005E1942"/>
    <w:rsid w:val="005E2056"/>
    <w:rsid w:val="005E2116"/>
    <w:rsid w:val="005E2978"/>
    <w:rsid w:val="005E2CA0"/>
    <w:rsid w:val="005E2F24"/>
    <w:rsid w:val="005E3F2C"/>
    <w:rsid w:val="005E4B08"/>
    <w:rsid w:val="005E5872"/>
    <w:rsid w:val="005E5AB0"/>
    <w:rsid w:val="005E6297"/>
    <w:rsid w:val="005E659A"/>
    <w:rsid w:val="005E6B75"/>
    <w:rsid w:val="005E6CC4"/>
    <w:rsid w:val="005E794F"/>
    <w:rsid w:val="005E7F9B"/>
    <w:rsid w:val="005F008A"/>
    <w:rsid w:val="005F2976"/>
    <w:rsid w:val="005F2F42"/>
    <w:rsid w:val="005F3290"/>
    <w:rsid w:val="005F35C2"/>
    <w:rsid w:val="005F3E2C"/>
    <w:rsid w:val="005F49D8"/>
    <w:rsid w:val="005F4F75"/>
    <w:rsid w:val="005F540A"/>
    <w:rsid w:val="005F58B9"/>
    <w:rsid w:val="005F5C4B"/>
    <w:rsid w:val="005F6485"/>
    <w:rsid w:val="005F650B"/>
    <w:rsid w:val="005F6579"/>
    <w:rsid w:val="005F6D5A"/>
    <w:rsid w:val="005F7694"/>
    <w:rsid w:val="0060035E"/>
    <w:rsid w:val="0060379D"/>
    <w:rsid w:val="006037B1"/>
    <w:rsid w:val="00604208"/>
    <w:rsid w:val="006043F8"/>
    <w:rsid w:val="006058D1"/>
    <w:rsid w:val="00605E79"/>
    <w:rsid w:val="006067B3"/>
    <w:rsid w:val="00607D04"/>
    <w:rsid w:val="006121E3"/>
    <w:rsid w:val="006122B8"/>
    <w:rsid w:val="00612720"/>
    <w:rsid w:val="0061334C"/>
    <w:rsid w:val="00613F9D"/>
    <w:rsid w:val="006142F6"/>
    <w:rsid w:val="006146A5"/>
    <w:rsid w:val="00615586"/>
    <w:rsid w:val="00615E1D"/>
    <w:rsid w:val="00616125"/>
    <w:rsid w:val="00616747"/>
    <w:rsid w:val="00616DF7"/>
    <w:rsid w:val="00617E2B"/>
    <w:rsid w:val="0062085D"/>
    <w:rsid w:val="00620C2E"/>
    <w:rsid w:val="0062267B"/>
    <w:rsid w:val="00622878"/>
    <w:rsid w:val="00624226"/>
    <w:rsid w:val="00624925"/>
    <w:rsid w:val="00624A35"/>
    <w:rsid w:val="00624A8E"/>
    <w:rsid w:val="00624BFD"/>
    <w:rsid w:val="00624E67"/>
    <w:rsid w:val="00624FA6"/>
    <w:rsid w:val="00625206"/>
    <w:rsid w:val="00625308"/>
    <w:rsid w:val="006258F1"/>
    <w:rsid w:val="00627EAB"/>
    <w:rsid w:val="0063000B"/>
    <w:rsid w:val="00630061"/>
    <w:rsid w:val="00631CF7"/>
    <w:rsid w:val="00632217"/>
    <w:rsid w:val="006338F2"/>
    <w:rsid w:val="00633E5D"/>
    <w:rsid w:val="00637186"/>
    <w:rsid w:val="006371B8"/>
    <w:rsid w:val="0063730D"/>
    <w:rsid w:val="00637438"/>
    <w:rsid w:val="00640B81"/>
    <w:rsid w:val="0064154F"/>
    <w:rsid w:val="006424E5"/>
    <w:rsid w:val="00646139"/>
    <w:rsid w:val="00646747"/>
    <w:rsid w:val="0065156B"/>
    <w:rsid w:val="00651B98"/>
    <w:rsid w:val="00651DBD"/>
    <w:rsid w:val="0065204E"/>
    <w:rsid w:val="006520F6"/>
    <w:rsid w:val="00653BAF"/>
    <w:rsid w:val="006555A5"/>
    <w:rsid w:val="0065575E"/>
    <w:rsid w:val="0065592B"/>
    <w:rsid w:val="00655B7C"/>
    <w:rsid w:val="006574D2"/>
    <w:rsid w:val="006578A7"/>
    <w:rsid w:val="00660A19"/>
    <w:rsid w:val="006611DA"/>
    <w:rsid w:val="00662254"/>
    <w:rsid w:val="00662BE9"/>
    <w:rsid w:val="0066300A"/>
    <w:rsid w:val="00664CD3"/>
    <w:rsid w:val="006654F2"/>
    <w:rsid w:val="00665520"/>
    <w:rsid w:val="00665570"/>
    <w:rsid w:val="006665CA"/>
    <w:rsid w:val="0066675C"/>
    <w:rsid w:val="00666B0B"/>
    <w:rsid w:val="00667B30"/>
    <w:rsid w:val="00670FE4"/>
    <w:rsid w:val="0067230D"/>
    <w:rsid w:val="00672A7F"/>
    <w:rsid w:val="00672CDF"/>
    <w:rsid w:val="0067376F"/>
    <w:rsid w:val="00673B7A"/>
    <w:rsid w:val="00675EAD"/>
    <w:rsid w:val="00677F23"/>
    <w:rsid w:val="00677FA9"/>
    <w:rsid w:val="00680576"/>
    <w:rsid w:val="00680BF6"/>
    <w:rsid w:val="00680F19"/>
    <w:rsid w:val="00682256"/>
    <w:rsid w:val="0068385B"/>
    <w:rsid w:val="006843A0"/>
    <w:rsid w:val="00686C3E"/>
    <w:rsid w:val="00687A42"/>
    <w:rsid w:val="00687AF9"/>
    <w:rsid w:val="006909B6"/>
    <w:rsid w:val="00690D9D"/>
    <w:rsid w:val="006911A1"/>
    <w:rsid w:val="00691333"/>
    <w:rsid w:val="006917F8"/>
    <w:rsid w:val="00692700"/>
    <w:rsid w:val="00693ADA"/>
    <w:rsid w:val="00693C22"/>
    <w:rsid w:val="00694613"/>
    <w:rsid w:val="00694804"/>
    <w:rsid w:val="006974E8"/>
    <w:rsid w:val="006A216D"/>
    <w:rsid w:val="006A27AB"/>
    <w:rsid w:val="006A290D"/>
    <w:rsid w:val="006A2D6E"/>
    <w:rsid w:val="006A3B1B"/>
    <w:rsid w:val="006A4EC4"/>
    <w:rsid w:val="006A67E2"/>
    <w:rsid w:val="006A6B3D"/>
    <w:rsid w:val="006A6E5F"/>
    <w:rsid w:val="006B08C0"/>
    <w:rsid w:val="006B0FC5"/>
    <w:rsid w:val="006B1158"/>
    <w:rsid w:val="006B1B14"/>
    <w:rsid w:val="006B21F6"/>
    <w:rsid w:val="006B2FE4"/>
    <w:rsid w:val="006B35D0"/>
    <w:rsid w:val="006B4073"/>
    <w:rsid w:val="006B4F03"/>
    <w:rsid w:val="006B5969"/>
    <w:rsid w:val="006B5B54"/>
    <w:rsid w:val="006B6D75"/>
    <w:rsid w:val="006B6EC1"/>
    <w:rsid w:val="006B6FB7"/>
    <w:rsid w:val="006C2099"/>
    <w:rsid w:val="006C364D"/>
    <w:rsid w:val="006C4B0C"/>
    <w:rsid w:val="006C4FD2"/>
    <w:rsid w:val="006C5003"/>
    <w:rsid w:val="006C5591"/>
    <w:rsid w:val="006C612D"/>
    <w:rsid w:val="006C6C8B"/>
    <w:rsid w:val="006C79CD"/>
    <w:rsid w:val="006D09BF"/>
    <w:rsid w:val="006D1999"/>
    <w:rsid w:val="006D29DE"/>
    <w:rsid w:val="006D3278"/>
    <w:rsid w:val="006D34D8"/>
    <w:rsid w:val="006D5D44"/>
    <w:rsid w:val="006D5DC1"/>
    <w:rsid w:val="006D5FE1"/>
    <w:rsid w:val="006D6FF4"/>
    <w:rsid w:val="006E039A"/>
    <w:rsid w:val="006E03AF"/>
    <w:rsid w:val="006E1728"/>
    <w:rsid w:val="006E2A1F"/>
    <w:rsid w:val="006E2DF1"/>
    <w:rsid w:val="006E359F"/>
    <w:rsid w:val="006E3771"/>
    <w:rsid w:val="006E4371"/>
    <w:rsid w:val="006E53C1"/>
    <w:rsid w:val="006E5A10"/>
    <w:rsid w:val="006E5DC7"/>
    <w:rsid w:val="006E5FFD"/>
    <w:rsid w:val="006E7092"/>
    <w:rsid w:val="006E74C6"/>
    <w:rsid w:val="006E7671"/>
    <w:rsid w:val="006E7BFB"/>
    <w:rsid w:val="006F0284"/>
    <w:rsid w:val="006F135C"/>
    <w:rsid w:val="006F143E"/>
    <w:rsid w:val="006F1B06"/>
    <w:rsid w:val="006F255B"/>
    <w:rsid w:val="006F2580"/>
    <w:rsid w:val="006F3339"/>
    <w:rsid w:val="006F41B1"/>
    <w:rsid w:val="006F43D9"/>
    <w:rsid w:val="006F46A0"/>
    <w:rsid w:val="006F5A85"/>
    <w:rsid w:val="006F5E2C"/>
    <w:rsid w:val="006F66DC"/>
    <w:rsid w:val="006F6970"/>
    <w:rsid w:val="00700F2E"/>
    <w:rsid w:val="0070265B"/>
    <w:rsid w:val="0070334D"/>
    <w:rsid w:val="007033B1"/>
    <w:rsid w:val="0070431C"/>
    <w:rsid w:val="00706F97"/>
    <w:rsid w:val="00707102"/>
    <w:rsid w:val="00710BDD"/>
    <w:rsid w:val="00710C57"/>
    <w:rsid w:val="00711FE1"/>
    <w:rsid w:val="00713C48"/>
    <w:rsid w:val="007146C2"/>
    <w:rsid w:val="00714BA3"/>
    <w:rsid w:val="00715D94"/>
    <w:rsid w:val="00716550"/>
    <w:rsid w:val="007165D7"/>
    <w:rsid w:val="007169DB"/>
    <w:rsid w:val="00716B19"/>
    <w:rsid w:val="00717051"/>
    <w:rsid w:val="007200F6"/>
    <w:rsid w:val="00720342"/>
    <w:rsid w:val="00720D5B"/>
    <w:rsid w:val="007227BE"/>
    <w:rsid w:val="0072321D"/>
    <w:rsid w:val="007241C6"/>
    <w:rsid w:val="007247D1"/>
    <w:rsid w:val="00725468"/>
    <w:rsid w:val="0072575C"/>
    <w:rsid w:val="007259D0"/>
    <w:rsid w:val="00725B1D"/>
    <w:rsid w:val="00726A79"/>
    <w:rsid w:val="00730BE8"/>
    <w:rsid w:val="00731778"/>
    <w:rsid w:val="00732670"/>
    <w:rsid w:val="00732F06"/>
    <w:rsid w:val="007330A2"/>
    <w:rsid w:val="007338D0"/>
    <w:rsid w:val="00733964"/>
    <w:rsid w:val="00733CBB"/>
    <w:rsid w:val="00734258"/>
    <w:rsid w:val="00737438"/>
    <w:rsid w:val="0074031E"/>
    <w:rsid w:val="00741F57"/>
    <w:rsid w:val="00743103"/>
    <w:rsid w:val="00743413"/>
    <w:rsid w:val="0074383A"/>
    <w:rsid w:val="00743B1C"/>
    <w:rsid w:val="00743BBC"/>
    <w:rsid w:val="007454EE"/>
    <w:rsid w:val="00745801"/>
    <w:rsid w:val="0074664A"/>
    <w:rsid w:val="00746BDD"/>
    <w:rsid w:val="00746E97"/>
    <w:rsid w:val="007476F5"/>
    <w:rsid w:val="00750B2A"/>
    <w:rsid w:val="00751A69"/>
    <w:rsid w:val="00753824"/>
    <w:rsid w:val="00753F0B"/>
    <w:rsid w:val="007544D1"/>
    <w:rsid w:val="00755565"/>
    <w:rsid w:val="00755FB1"/>
    <w:rsid w:val="0075627C"/>
    <w:rsid w:val="00760F1C"/>
    <w:rsid w:val="00761C94"/>
    <w:rsid w:val="007628A8"/>
    <w:rsid w:val="00763EEA"/>
    <w:rsid w:val="00764494"/>
    <w:rsid w:val="007648BE"/>
    <w:rsid w:val="00765367"/>
    <w:rsid w:val="0076594A"/>
    <w:rsid w:val="00765C20"/>
    <w:rsid w:val="0076609D"/>
    <w:rsid w:val="007673B4"/>
    <w:rsid w:val="00767C95"/>
    <w:rsid w:val="00770829"/>
    <w:rsid w:val="00771BE9"/>
    <w:rsid w:val="007739C3"/>
    <w:rsid w:val="007742B9"/>
    <w:rsid w:val="00774923"/>
    <w:rsid w:val="00774BF1"/>
    <w:rsid w:val="00774D50"/>
    <w:rsid w:val="00774F23"/>
    <w:rsid w:val="00775C56"/>
    <w:rsid w:val="00776BB7"/>
    <w:rsid w:val="0077718F"/>
    <w:rsid w:val="00777D75"/>
    <w:rsid w:val="0078099B"/>
    <w:rsid w:val="00781DD0"/>
    <w:rsid w:val="0078294E"/>
    <w:rsid w:val="00783987"/>
    <w:rsid w:val="00783B56"/>
    <w:rsid w:val="00783E71"/>
    <w:rsid w:val="007840A5"/>
    <w:rsid w:val="007843C3"/>
    <w:rsid w:val="00784C7B"/>
    <w:rsid w:val="0078608E"/>
    <w:rsid w:val="00786E0D"/>
    <w:rsid w:val="007871C1"/>
    <w:rsid w:val="00787436"/>
    <w:rsid w:val="00791390"/>
    <w:rsid w:val="00791683"/>
    <w:rsid w:val="0079168F"/>
    <w:rsid w:val="007919E7"/>
    <w:rsid w:val="00791E01"/>
    <w:rsid w:val="00791E76"/>
    <w:rsid w:val="00793616"/>
    <w:rsid w:val="0079367C"/>
    <w:rsid w:val="007937E7"/>
    <w:rsid w:val="007950C9"/>
    <w:rsid w:val="007950EC"/>
    <w:rsid w:val="00797337"/>
    <w:rsid w:val="0079790A"/>
    <w:rsid w:val="00797FBA"/>
    <w:rsid w:val="007A0BAF"/>
    <w:rsid w:val="007A348D"/>
    <w:rsid w:val="007A363A"/>
    <w:rsid w:val="007A3CDD"/>
    <w:rsid w:val="007A46F9"/>
    <w:rsid w:val="007A5FB4"/>
    <w:rsid w:val="007A6887"/>
    <w:rsid w:val="007A6A6E"/>
    <w:rsid w:val="007A6B8B"/>
    <w:rsid w:val="007B0CDE"/>
    <w:rsid w:val="007B107C"/>
    <w:rsid w:val="007B291D"/>
    <w:rsid w:val="007B5213"/>
    <w:rsid w:val="007B52E7"/>
    <w:rsid w:val="007B579B"/>
    <w:rsid w:val="007B591A"/>
    <w:rsid w:val="007B6107"/>
    <w:rsid w:val="007B68CA"/>
    <w:rsid w:val="007B6922"/>
    <w:rsid w:val="007B7236"/>
    <w:rsid w:val="007B7680"/>
    <w:rsid w:val="007B7A07"/>
    <w:rsid w:val="007C206D"/>
    <w:rsid w:val="007C44DD"/>
    <w:rsid w:val="007C4D01"/>
    <w:rsid w:val="007C6098"/>
    <w:rsid w:val="007C6D61"/>
    <w:rsid w:val="007C7994"/>
    <w:rsid w:val="007C7ABA"/>
    <w:rsid w:val="007D00F1"/>
    <w:rsid w:val="007D010F"/>
    <w:rsid w:val="007D03CE"/>
    <w:rsid w:val="007D046E"/>
    <w:rsid w:val="007D0B1B"/>
    <w:rsid w:val="007D1EEC"/>
    <w:rsid w:val="007D20AC"/>
    <w:rsid w:val="007D250C"/>
    <w:rsid w:val="007D299F"/>
    <w:rsid w:val="007D390D"/>
    <w:rsid w:val="007D3A32"/>
    <w:rsid w:val="007D5269"/>
    <w:rsid w:val="007D684B"/>
    <w:rsid w:val="007E004A"/>
    <w:rsid w:val="007E0EC1"/>
    <w:rsid w:val="007E1218"/>
    <w:rsid w:val="007E1462"/>
    <w:rsid w:val="007E1E1E"/>
    <w:rsid w:val="007E2266"/>
    <w:rsid w:val="007E2274"/>
    <w:rsid w:val="007E3BB5"/>
    <w:rsid w:val="007E46A8"/>
    <w:rsid w:val="007E48B1"/>
    <w:rsid w:val="007E4B9D"/>
    <w:rsid w:val="007E532B"/>
    <w:rsid w:val="007E58BC"/>
    <w:rsid w:val="007E7820"/>
    <w:rsid w:val="007F04BD"/>
    <w:rsid w:val="007F1C79"/>
    <w:rsid w:val="007F1CBF"/>
    <w:rsid w:val="007F2FE9"/>
    <w:rsid w:val="007F3E86"/>
    <w:rsid w:val="007F70BB"/>
    <w:rsid w:val="007F751A"/>
    <w:rsid w:val="00800EF6"/>
    <w:rsid w:val="00801B45"/>
    <w:rsid w:val="008021EF"/>
    <w:rsid w:val="00802B74"/>
    <w:rsid w:val="00803AD7"/>
    <w:rsid w:val="008041CC"/>
    <w:rsid w:val="008058F2"/>
    <w:rsid w:val="008067CD"/>
    <w:rsid w:val="00806F08"/>
    <w:rsid w:val="0080792A"/>
    <w:rsid w:val="00807C08"/>
    <w:rsid w:val="0081061C"/>
    <w:rsid w:val="00810BA0"/>
    <w:rsid w:val="00810D3D"/>
    <w:rsid w:val="00811568"/>
    <w:rsid w:val="008143A3"/>
    <w:rsid w:val="00814994"/>
    <w:rsid w:val="008165DE"/>
    <w:rsid w:val="00816AE2"/>
    <w:rsid w:val="0081784E"/>
    <w:rsid w:val="0082007A"/>
    <w:rsid w:val="008202D0"/>
    <w:rsid w:val="00821FAF"/>
    <w:rsid w:val="008229B5"/>
    <w:rsid w:val="00823A0C"/>
    <w:rsid w:val="00825371"/>
    <w:rsid w:val="00825C73"/>
    <w:rsid w:val="0082653F"/>
    <w:rsid w:val="00826BF9"/>
    <w:rsid w:val="0082754B"/>
    <w:rsid w:val="00831F67"/>
    <w:rsid w:val="0083311A"/>
    <w:rsid w:val="008346DA"/>
    <w:rsid w:val="008350DA"/>
    <w:rsid w:val="00835253"/>
    <w:rsid w:val="0084153F"/>
    <w:rsid w:val="008445EA"/>
    <w:rsid w:val="00844AFE"/>
    <w:rsid w:val="0084509E"/>
    <w:rsid w:val="008452EF"/>
    <w:rsid w:val="00846024"/>
    <w:rsid w:val="00846233"/>
    <w:rsid w:val="0084640F"/>
    <w:rsid w:val="0085083A"/>
    <w:rsid w:val="00850886"/>
    <w:rsid w:val="00851960"/>
    <w:rsid w:val="0085229E"/>
    <w:rsid w:val="00852334"/>
    <w:rsid w:val="0085236A"/>
    <w:rsid w:val="00853D65"/>
    <w:rsid w:val="00854BAA"/>
    <w:rsid w:val="00854F68"/>
    <w:rsid w:val="00855F1E"/>
    <w:rsid w:val="00856BF2"/>
    <w:rsid w:val="008575E0"/>
    <w:rsid w:val="008579EB"/>
    <w:rsid w:val="00857EC1"/>
    <w:rsid w:val="00861429"/>
    <w:rsid w:val="008620B0"/>
    <w:rsid w:val="0086232B"/>
    <w:rsid w:val="00862553"/>
    <w:rsid w:val="00863C2F"/>
    <w:rsid w:val="00864264"/>
    <w:rsid w:val="00865275"/>
    <w:rsid w:val="008658A2"/>
    <w:rsid w:val="00866B90"/>
    <w:rsid w:val="00866BFB"/>
    <w:rsid w:val="00870579"/>
    <w:rsid w:val="00870C4C"/>
    <w:rsid w:val="00871ECB"/>
    <w:rsid w:val="00873882"/>
    <w:rsid w:val="00873AA5"/>
    <w:rsid w:val="00875B45"/>
    <w:rsid w:val="008778EF"/>
    <w:rsid w:val="00880691"/>
    <w:rsid w:val="008806A6"/>
    <w:rsid w:val="008820DC"/>
    <w:rsid w:val="008829D3"/>
    <w:rsid w:val="00882A0A"/>
    <w:rsid w:val="008838C0"/>
    <w:rsid w:val="00885317"/>
    <w:rsid w:val="008853B4"/>
    <w:rsid w:val="0088573B"/>
    <w:rsid w:val="008857C5"/>
    <w:rsid w:val="00885F16"/>
    <w:rsid w:val="0088621C"/>
    <w:rsid w:val="008868FA"/>
    <w:rsid w:val="008877AC"/>
    <w:rsid w:val="0089085D"/>
    <w:rsid w:val="00891A67"/>
    <w:rsid w:val="00891CDF"/>
    <w:rsid w:val="00893BE2"/>
    <w:rsid w:val="00893E6A"/>
    <w:rsid w:val="00893FAB"/>
    <w:rsid w:val="008944A8"/>
    <w:rsid w:val="008945B6"/>
    <w:rsid w:val="00894859"/>
    <w:rsid w:val="00895168"/>
    <w:rsid w:val="008A03A6"/>
    <w:rsid w:val="008A0DAC"/>
    <w:rsid w:val="008A2572"/>
    <w:rsid w:val="008A2B11"/>
    <w:rsid w:val="008A2B5E"/>
    <w:rsid w:val="008A2C1B"/>
    <w:rsid w:val="008A2DE4"/>
    <w:rsid w:val="008A3159"/>
    <w:rsid w:val="008A338F"/>
    <w:rsid w:val="008A3549"/>
    <w:rsid w:val="008A457E"/>
    <w:rsid w:val="008A59B2"/>
    <w:rsid w:val="008A656A"/>
    <w:rsid w:val="008A7F12"/>
    <w:rsid w:val="008B0040"/>
    <w:rsid w:val="008B0939"/>
    <w:rsid w:val="008B0A51"/>
    <w:rsid w:val="008B1273"/>
    <w:rsid w:val="008B1443"/>
    <w:rsid w:val="008B1A3F"/>
    <w:rsid w:val="008B2A32"/>
    <w:rsid w:val="008B3531"/>
    <w:rsid w:val="008B378C"/>
    <w:rsid w:val="008B3A6E"/>
    <w:rsid w:val="008B4468"/>
    <w:rsid w:val="008B4502"/>
    <w:rsid w:val="008B7081"/>
    <w:rsid w:val="008B776B"/>
    <w:rsid w:val="008C0082"/>
    <w:rsid w:val="008C02E6"/>
    <w:rsid w:val="008C08E4"/>
    <w:rsid w:val="008C14BE"/>
    <w:rsid w:val="008C17B8"/>
    <w:rsid w:val="008C18D8"/>
    <w:rsid w:val="008C23A7"/>
    <w:rsid w:val="008C23E4"/>
    <w:rsid w:val="008C29FC"/>
    <w:rsid w:val="008C4F28"/>
    <w:rsid w:val="008C5731"/>
    <w:rsid w:val="008C64C8"/>
    <w:rsid w:val="008C6692"/>
    <w:rsid w:val="008C68E0"/>
    <w:rsid w:val="008C6EB1"/>
    <w:rsid w:val="008C752D"/>
    <w:rsid w:val="008C7D8D"/>
    <w:rsid w:val="008D2B76"/>
    <w:rsid w:val="008D3770"/>
    <w:rsid w:val="008D44E6"/>
    <w:rsid w:val="008D48E6"/>
    <w:rsid w:val="008D5391"/>
    <w:rsid w:val="008D5EB3"/>
    <w:rsid w:val="008D6577"/>
    <w:rsid w:val="008D697D"/>
    <w:rsid w:val="008D737C"/>
    <w:rsid w:val="008D78AD"/>
    <w:rsid w:val="008E082A"/>
    <w:rsid w:val="008E0E6D"/>
    <w:rsid w:val="008E17B1"/>
    <w:rsid w:val="008E1ACB"/>
    <w:rsid w:val="008E1F5D"/>
    <w:rsid w:val="008E480C"/>
    <w:rsid w:val="008E5E7D"/>
    <w:rsid w:val="008E663F"/>
    <w:rsid w:val="008E69F4"/>
    <w:rsid w:val="008E6E5F"/>
    <w:rsid w:val="008F10A3"/>
    <w:rsid w:val="008F10B0"/>
    <w:rsid w:val="008F1DC2"/>
    <w:rsid w:val="008F35A5"/>
    <w:rsid w:val="008F3800"/>
    <w:rsid w:val="008F3B64"/>
    <w:rsid w:val="008F3E91"/>
    <w:rsid w:val="008F449D"/>
    <w:rsid w:val="008F59FC"/>
    <w:rsid w:val="008F687A"/>
    <w:rsid w:val="008F7EF1"/>
    <w:rsid w:val="00900067"/>
    <w:rsid w:val="0090023E"/>
    <w:rsid w:val="00900BAE"/>
    <w:rsid w:val="009013D3"/>
    <w:rsid w:val="009018AA"/>
    <w:rsid w:val="00901BC5"/>
    <w:rsid w:val="00903134"/>
    <w:rsid w:val="00903C0E"/>
    <w:rsid w:val="00903E28"/>
    <w:rsid w:val="00904168"/>
    <w:rsid w:val="00904616"/>
    <w:rsid w:val="0090508C"/>
    <w:rsid w:val="00905AAA"/>
    <w:rsid w:val="009062C8"/>
    <w:rsid w:val="009102A6"/>
    <w:rsid w:val="009113B6"/>
    <w:rsid w:val="009118CA"/>
    <w:rsid w:val="00911E82"/>
    <w:rsid w:val="00912722"/>
    <w:rsid w:val="00912CBD"/>
    <w:rsid w:val="00914293"/>
    <w:rsid w:val="00915AFC"/>
    <w:rsid w:val="00916934"/>
    <w:rsid w:val="00917573"/>
    <w:rsid w:val="00917B8B"/>
    <w:rsid w:val="00920356"/>
    <w:rsid w:val="00920AC9"/>
    <w:rsid w:val="0092139F"/>
    <w:rsid w:val="00922875"/>
    <w:rsid w:val="00922AD2"/>
    <w:rsid w:val="00922B52"/>
    <w:rsid w:val="00922FAA"/>
    <w:rsid w:val="00923085"/>
    <w:rsid w:val="00923157"/>
    <w:rsid w:val="00923E3F"/>
    <w:rsid w:val="009249EA"/>
    <w:rsid w:val="00925209"/>
    <w:rsid w:val="00925BDF"/>
    <w:rsid w:val="009266AA"/>
    <w:rsid w:val="00930588"/>
    <w:rsid w:val="00930DA8"/>
    <w:rsid w:val="009310E0"/>
    <w:rsid w:val="00931116"/>
    <w:rsid w:val="00931AA2"/>
    <w:rsid w:val="00932A1C"/>
    <w:rsid w:val="00933033"/>
    <w:rsid w:val="00935630"/>
    <w:rsid w:val="0093794E"/>
    <w:rsid w:val="0094023A"/>
    <w:rsid w:val="00940F8D"/>
    <w:rsid w:val="00941B70"/>
    <w:rsid w:val="00941E38"/>
    <w:rsid w:val="0094203A"/>
    <w:rsid w:val="00942AE0"/>
    <w:rsid w:val="00942FB4"/>
    <w:rsid w:val="00943611"/>
    <w:rsid w:val="0094386E"/>
    <w:rsid w:val="00944B2A"/>
    <w:rsid w:val="009452E9"/>
    <w:rsid w:val="00945A2D"/>
    <w:rsid w:val="0094683A"/>
    <w:rsid w:val="0095223F"/>
    <w:rsid w:val="00953148"/>
    <w:rsid w:val="0095381B"/>
    <w:rsid w:val="00953D45"/>
    <w:rsid w:val="00953E64"/>
    <w:rsid w:val="00954563"/>
    <w:rsid w:val="009547BC"/>
    <w:rsid w:val="00956C03"/>
    <w:rsid w:val="009579E2"/>
    <w:rsid w:val="00957A8B"/>
    <w:rsid w:val="00957BDF"/>
    <w:rsid w:val="00960303"/>
    <w:rsid w:val="0096097D"/>
    <w:rsid w:val="009616E5"/>
    <w:rsid w:val="00961948"/>
    <w:rsid w:val="00961F30"/>
    <w:rsid w:val="009630D6"/>
    <w:rsid w:val="00963D11"/>
    <w:rsid w:val="009643AF"/>
    <w:rsid w:val="00964FA7"/>
    <w:rsid w:val="009651FA"/>
    <w:rsid w:val="00965A7F"/>
    <w:rsid w:val="00965B4F"/>
    <w:rsid w:val="00965E2B"/>
    <w:rsid w:val="00966063"/>
    <w:rsid w:val="009666A9"/>
    <w:rsid w:val="00967156"/>
    <w:rsid w:val="00967F8B"/>
    <w:rsid w:val="0097042F"/>
    <w:rsid w:val="009708FF"/>
    <w:rsid w:val="009714EC"/>
    <w:rsid w:val="00972E54"/>
    <w:rsid w:val="009733ED"/>
    <w:rsid w:val="00973C68"/>
    <w:rsid w:val="00974940"/>
    <w:rsid w:val="00976DAE"/>
    <w:rsid w:val="009807AE"/>
    <w:rsid w:val="00980E5E"/>
    <w:rsid w:val="0098129D"/>
    <w:rsid w:val="00982140"/>
    <w:rsid w:val="009825A8"/>
    <w:rsid w:val="00983128"/>
    <w:rsid w:val="00983AEA"/>
    <w:rsid w:val="00984966"/>
    <w:rsid w:val="0098598F"/>
    <w:rsid w:val="00985D0B"/>
    <w:rsid w:val="00986413"/>
    <w:rsid w:val="0098714C"/>
    <w:rsid w:val="00987ED9"/>
    <w:rsid w:val="00990C71"/>
    <w:rsid w:val="009915A6"/>
    <w:rsid w:val="009931AF"/>
    <w:rsid w:val="00993FAD"/>
    <w:rsid w:val="00994071"/>
    <w:rsid w:val="00994780"/>
    <w:rsid w:val="00996F22"/>
    <w:rsid w:val="00997161"/>
    <w:rsid w:val="00997461"/>
    <w:rsid w:val="00997D5D"/>
    <w:rsid w:val="009A020A"/>
    <w:rsid w:val="009A25B5"/>
    <w:rsid w:val="009A2D5A"/>
    <w:rsid w:val="009A49EF"/>
    <w:rsid w:val="009A5B4C"/>
    <w:rsid w:val="009A68E4"/>
    <w:rsid w:val="009A7C3C"/>
    <w:rsid w:val="009B0455"/>
    <w:rsid w:val="009B0618"/>
    <w:rsid w:val="009B129B"/>
    <w:rsid w:val="009B1B02"/>
    <w:rsid w:val="009B223F"/>
    <w:rsid w:val="009B3583"/>
    <w:rsid w:val="009B4184"/>
    <w:rsid w:val="009B4E26"/>
    <w:rsid w:val="009B56BB"/>
    <w:rsid w:val="009B571B"/>
    <w:rsid w:val="009B5999"/>
    <w:rsid w:val="009B6263"/>
    <w:rsid w:val="009B6D76"/>
    <w:rsid w:val="009B7905"/>
    <w:rsid w:val="009B7B73"/>
    <w:rsid w:val="009B7D16"/>
    <w:rsid w:val="009C0C90"/>
    <w:rsid w:val="009C12D7"/>
    <w:rsid w:val="009C3231"/>
    <w:rsid w:val="009C4638"/>
    <w:rsid w:val="009C468A"/>
    <w:rsid w:val="009C5C32"/>
    <w:rsid w:val="009C7AC6"/>
    <w:rsid w:val="009C7E22"/>
    <w:rsid w:val="009D1605"/>
    <w:rsid w:val="009D30D2"/>
    <w:rsid w:val="009D3126"/>
    <w:rsid w:val="009D319B"/>
    <w:rsid w:val="009D3924"/>
    <w:rsid w:val="009D40EA"/>
    <w:rsid w:val="009D4B5D"/>
    <w:rsid w:val="009D58AD"/>
    <w:rsid w:val="009D631E"/>
    <w:rsid w:val="009E01F2"/>
    <w:rsid w:val="009E1797"/>
    <w:rsid w:val="009E17EC"/>
    <w:rsid w:val="009E19C0"/>
    <w:rsid w:val="009E2ADC"/>
    <w:rsid w:val="009E2F4F"/>
    <w:rsid w:val="009E2FB5"/>
    <w:rsid w:val="009E3292"/>
    <w:rsid w:val="009E4B42"/>
    <w:rsid w:val="009E636A"/>
    <w:rsid w:val="009E6E4E"/>
    <w:rsid w:val="009F03A5"/>
    <w:rsid w:val="009F199F"/>
    <w:rsid w:val="009F2FC5"/>
    <w:rsid w:val="009F459F"/>
    <w:rsid w:val="009F4F85"/>
    <w:rsid w:val="009F57D0"/>
    <w:rsid w:val="009F618E"/>
    <w:rsid w:val="009F69F6"/>
    <w:rsid w:val="009F7CD3"/>
    <w:rsid w:val="00A00D4F"/>
    <w:rsid w:val="00A0136A"/>
    <w:rsid w:val="00A02A5A"/>
    <w:rsid w:val="00A03BEC"/>
    <w:rsid w:val="00A04D8A"/>
    <w:rsid w:val="00A055F4"/>
    <w:rsid w:val="00A06BD9"/>
    <w:rsid w:val="00A06E85"/>
    <w:rsid w:val="00A077F9"/>
    <w:rsid w:val="00A07823"/>
    <w:rsid w:val="00A07F49"/>
    <w:rsid w:val="00A101DC"/>
    <w:rsid w:val="00A10359"/>
    <w:rsid w:val="00A103ED"/>
    <w:rsid w:val="00A1043C"/>
    <w:rsid w:val="00A105B9"/>
    <w:rsid w:val="00A105BA"/>
    <w:rsid w:val="00A10DA8"/>
    <w:rsid w:val="00A1229A"/>
    <w:rsid w:val="00A138DE"/>
    <w:rsid w:val="00A14E36"/>
    <w:rsid w:val="00A150B7"/>
    <w:rsid w:val="00A15462"/>
    <w:rsid w:val="00A15754"/>
    <w:rsid w:val="00A1662C"/>
    <w:rsid w:val="00A20B38"/>
    <w:rsid w:val="00A20FF2"/>
    <w:rsid w:val="00A2137C"/>
    <w:rsid w:val="00A214F6"/>
    <w:rsid w:val="00A23528"/>
    <w:rsid w:val="00A23B47"/>
    <w:rsid w:val="00A243D6"/>
    <w:rsid w:val="00A24ADE"/>
    <w:rsid w:val="00A25658"/>
    <w:rsid w:val="00A2568F"/>
    <w:rsid w:val="00A25CB5"/>
    <w:rsid w:val="00A2601F"/>
    <w:rsid w:val="00A27509"/>
    <w:rsid w:val="00A27972"/>
    <w:rsid w:val="00A30C72"/>
    <w:rsid w:val="00A32AB0"/>
    <w:rsid w:val="00A343AA"/>
    <w:rsid w:val="00A349CC"/>
    <w:rsid w:val="00A34BD6"/>
    <w:rsid w:val="00A34D78"/>
    <w:rsid w:val="00A358F8"/>
    <w:rsid w:val="00A363F5"/>
    <w:rsid w:val="00A36489"/>
    <w:rsid w:val="00A3745F"/>
    <w:rsid w:val="00A40B95"/>
    <w:rsid w:val="00A40F90"/>
    <w:rsid w:val="00A42992"/>
    <w:rsid w:val="00A42C84"/>
    <w:rsid w:val="00A4300C"/>
    <w:rsid w:val="00A43276"/>
    <w:rsid w:val="00A434CC"/>
    <w:rsid w:val="00A4410B"/>
    <w:rsid w:val="00A44480"/>
    <w:rsid w:val="00A45554"/>
    <w:rsid w:val="00A46B0A"/>
    <w:rsid w:val="00A46B4C"/>
    <w:rsid w:val="00A501FD"/>
    <w:rsid w:val="00A50602"/>
    <w:rsid w:val="00A50CA7"/>
    <w:rsid w:val="00A51976"/>
    <w:rsid w:val="00A5272F"/>
    <w:rsid w:val="00A53042"/>
    <w:rsid w:val="00A5436D"/>
    <w:rsid w:val="00A54947"/>
    <w:rsid w:val="00A555E4"/>
    <w:rsid w:val="00A55B04"/>
    <w:rsid w:val="00A560BB"/>
    <w:rsid w:val="00A57965"/>
    <w:rsid w:val="00A60837"/>
    <w:rsid w:val="00A61B6B"/>
    <w:rsid w:val="00A635C2"/>
    <w:rsid w:val="00A635FD"/>
    <w:rsid w:val="00A643D5"/>
    <w:rsid w:val="00A64FBD"/>
    <w:rsid w:val="00A65688"/>
    <w:rsid w:val="00A65A68"/>
    <w:rsid w:val="00A65F22"/>
    <w:rsid w:val="00A662C2"/>
    <w:rsid w:val="00A669D1"/>
    <w:rsid w:val="00A6724F"/>
    <w:rsid w:val="00A70A08"/>
    <w:rsid w:val="00A7163C"/>
    <w:rsid w:val="00A71643"/>
    <w:rsid w:val="00A72652"/>
    <w:rsid w:val="00A73373"/>
    <w:rsid w:val="00A74107"/>
    <w:rsid w:val="00A74984"/>
    <w:rsid w:val="00A7794A"/>
    <w:rsid w:val="00A77A7C"/>
    <w:rsid w:val="00A77FB5"/>
    <w:rsid w:val="00A803E2"/>
    <w:rsid w:val="00A8110F"/>
    <w:rsid w:val="00A81C5E"/>
    <w:rsid w:val="00A82D03"/>
    <w:rsid w:val="00A83775"/>
    <w:rsid w:val="00A84179"/>
    <w:rsid w:val="00A8597C"/>
    <w:rsid w:val="00A8678F"/>
    <w:rsid w:val="00A869B8"/>
    <w:rsid w:val="00A86E68"/>
    <w:rsid w:val="00A9055E"/>
    <w:rsid w:val="00A90B7B"/>
    <w:rsid w:val="00A9266B"/>
    <w:rsid w:val="00A92694"/>
    <w:rsid w:val="00A92845"/>
    <w:rsid w:val="00A93B7C"/>
    <w:rsid w:val="00A93CA3"/>
    <w:rsid w:val="00A957DF"/>
    <w:rsid w:val="00A95865"/>
    <w:rsid w:val="00A97142"/>
    <w:rsid w:val="00A97517"/>
    <w:rsid w:val="00A97FA4"/>
    <w:rsid w:val="00AA10CD"/>
    <w:rsid w:val="00AA16AC"/>
    <w:rsid w:val="00AA195E"/>
    <w:rsid w:val="00AA2094"/>
    <w:rsid w:val="00AA440C"/>
    <w:rsid w:val="00AA500F"/>
    <w:rsid w:val="00AA5CF1"/>
    <w:rsid w:val="00AA68B3"/>
    <w:rsid w:val="00AA789D"/>
    <w:rsid w:val="00AB0C25"/>
    <w:rsid w:val="00AB11F8"/>
    <w:rsid w:val="00AB24B4"/>
    <w:rsid w:val="00AB28EB"/>
    <w:rsid w:val="00AB3DAA"/>
    <w:rsid w:val="00AB4400"/>
    <w:rsid w:val="00AB4ADA"/>
    <w:rsid w:val="00AB64A3"/>
    <w:rsid w:val="00AB6B21"/>
    <w:rsid w:val="00AC0B3B"/>
    <w:rsid w:val="00AC0E3C"/>
    <w:rsid w:val="00AC101C"/>
    <w:rsid w:val="00AC27B4"/>
    <w:rsid w:val="00AC3E06"/>
    <w:rsid w:val="00AC48A7"/>
    <w:rsid w:val="00AC5A73"/>
    <w:rsid w:val="00AC6994"/>
    <w:rsid w:val="00AD051C"/>
    <w:rsid w:val="00AD08A3"/>
    <w:rsid w:val="00AD1FA7"/>
    <w:rsid w:val="00AD2888"/>
    <w:rsid w:val="00AD3176"/>
    <w:rsid w:val="00AD38DA"/>
    <w:rsid w:val="00AD4AF6"/>
    <w:rsid w:val="00AD4D4B"/>
    <w:rsid w:val="00AD4FFB"/>
    <w:rsid w:val="00AD61CC"/>
    <w:rsid w:val="00AD6C2B"/>
    <w:rsid w:val="00AD744F"/>
    <w:rsid w:val="00AD777B"/>
    <w:rsid w:val="00AD7809"/>
    <w:rsid w:val="00AD7C0A"/>
    <w:rsid w:val="00AE0769"/>
    <w:rsid w:val="00AE2908"/>
    <w:rsid w:val="00AE532F"/>
    <w:rsid w:val="00AE72DB"/>
    <w:rsid w:val="00AE7745"/>
    <w:rsid w:val="00AE7A46"/>
    <w:rsid w:val="00AF01C8"/>
    <w:rsid w:val="00AF0B95"/>
    <w:rsid w:val="00AF10D8"/>
    <w:rsid w:val="00AF13E9"/>
    <w:rsid w:val="00AF1488"/>
    <w:rsid w:val="00AF1D92"/>
    <w:rsid w:val="00AF2D14"/>
    <w:rsid w:val="00AF3E75"/>
    <w:rsid w:val="00AF3EE4"/>
    <w:rsid w:val="00AF5064"/>
    <w:rsid w:val="00AF5D1F"/>
    <w:rsid w:val="00AF634C"/>
    <w:rsid w:val="00AF7428"/>
    <w:rsid w:val="00B01F00"/>
    <w:rsid w:val="00B030CF"/>
    <w:rsid w:val="00B03F3E"/>
    <w:rsid w:val="00B0442F"/>
    <w:rsid w:val="00B04601"/>
    <w:rsid w:val="00B04CC7"/>
    <w:rsid w:val="00B04FF8"/>
    <w:rsid w:val="00B05E72"/>
    <w:rsid w:val="00B06027"/>
    <w:rsid w:val="00B061FF"/>
    <w:rsid w:val="00B0653E"/>
    <w:rsid w:val="00B06983"/>
    <w:rsid w:val="00B06D0E"/>
    <w:rsid w:val="00B10067"/>
    <w:rsid w:val="00B1175C"/>
    <w:rsid w:val="00B11D11"/>
    <w:rsid w:val="00B146B0"/>
    <w:rsid w:val="00B167F4"/>
    <w:rsid w:val="00B17256"/>
    <w:rsid w:val="00B17913"/>
    <w:rsid w:val="00B17B7A"/>
    <w:rsid w:val="00B2218A"/>
    <w:rsid w:val="00B22B5E"/>
    <w:rsid w:val="00B23C49"/>
    <w:rsid w:val="00B23E85"/>
    <w:rsid w:val="00B247ED"/>
    <w:rsid w:val="00B2549B"/>
    <w:rsid w:val="00B25DE0"/>
    <w:rsid w:val="00B26449"/>
    <w:rsid w:val="00B26628"/>
    <w:rsid w:val="00B3026C"/>
    <w:rsid w:val="00B3074F"/>
    <w:rsid w:val="00B312C6"/>
    <w:rsid w:val="00B31F0A"/>
    <w:rsid w:val="00B33315"/>
    <w:rsid w:val="00B343D9"/>
    <w:rsid w:val="00B347AA"/>
    <w:rsid w:val="00B3669F"/>
    <w:rsid w:val="00B366D5"/>
    <w:rsid w:val="00B36A1F"/>
    <w:rsid w:val="00B36F81"/>
    <w:rsid w:val="00B372C2"/>
    <w:rsid w:val="00B3784C"/>
    <w:rsid w:val="00B404C1"/>
    <w:rsid w:val="00B409D2"/>
    <w:rsid w:val="00B41075"/>
    <w:rsid w:val="00B41C29"/>
    <w:rsid w:val="00B426BE"/>
    <w:rsid w:val="00B43583"/>
    <w:rsid w:val="00B44B07"/>
    <w:rsid w:val="00B458DF"/>
    <w:rsid w:val="00B474CD"/>
    <w:rsid w:val="00B47632"/>
    <w:rsid w:val="00B4787A"/>
    <w:rsid w:val="00B47DFC"/>
    <w:rsid w:val="00B5029C"/>
    <w:rsid w:val="00B50F07"/>
    <w:rsid w:val="00B51B6F"/>
    <w:rsid w:val="00B524FD"/>
    <w:rsid w:val="00B53408"/>
    <w:rsid w:val="00B53AF7"/>
    <w:rsid w:val="00B53BED"/>
    <w:rsid w:val="00B5426C"/>
    <w:rsid w:val="00B552F5"/>
    <w:rsid w:val="00B55363"/>
    <w:rsid w:val="00B55651"/>
    <w:rsid w:val="00B5787D"/>
    <w:rsid w:val="00B57F00"/>
    <w:rsid w:val="00B57F63"/>
    <w:rsid w:val="00B60A3D"/>
    <w:rsid w:val="00B61A7A"/>
    <w:rsid w:val="00B62AAF"/>
    <w:rsid w:val="00B62D32"/>
    <w:rsid w:val="00B635F4"/>
    <w:rsid w:val="00B63CED"/>
    <w:rsid w:val="00B6490C"/>
    <w:rsid w:val="00B65338"/>
    <w:rsid w:val="00B679B0"/>
    <w:rsid w:val="00B67E1E"/>
    <w:rsid w:val="00B706E3"/>
    <w:rsid w:val="00B70B0F"/>
    <w:rsid w:val="00B71E7A"/>
    <w:rsid w:val="00B726A2"/>
    <w:rsid w:val="00B72D71"/>
    <w:rsid w:val="00B733D7"/>
    <w:rsid w:val="00B735FD"/>
    <w:rsid w:val="00B74147"/>
    <w:rsid w:val="00B75CDA"/>
    <w:rsid w:val="00B77E56"/>
    <w:rsid w:val="00B80703"/>
    <w:rsid w:val="00B81B12"/>
    <w:rsid w:val="00B826BD"/>
    <w:rsid w:val="00B8444C"/>
    <w:rsid w:val="00B86CE5"/>
    <w:rsid w:val="00B86EC0"/>
    <w:rsid w:val="00B903CD"/>
    <w:rsid w:val="00B9131C"/>
    <w:rsid w:val="00B916B6"/>
    <w:rsid w:val="00B9239B"/>
    <w:rsid w:val="00B97430"/>
    <w:rsid w:val="00BA13C4"/>
    <w:rsid w:val="00BA2E27"/>
    <w:rsid w:val="00BA2E37"/>
    <w:rsid w:val="00BA3DF0"/>
    <w:rsid w:val="00BA3FE7"/>
    <w:rsid w:val="00BA5F25"/>
    <w:rsid w:val="00BA66F5"/>
    <w:rsid w:val="00BA70ED"/>
    <w:rsid w:val="00BB15D1"/>
    <w:rsid w:val="00BB1880"/>
    <w:rsid w:val="00BB2437"/>
    <w:rsid w:val="00BB4470"/>
    <w:rsid w:val="00BB73F1"/>
    <w:rsid w:val="00BB7416"/>
    <w:rsid w:val="00BB7833"/>
    <w:rsid w:val="00BC0CC9"/>
    <w:rsid w:val="00BC2960"/>
    <w:rsid w:val="00BC2AA7"/>
    <w:rsid w:val="00BC2B70"/>
    <w:rsid w:val="00BC3417"/>
    <w:rsid w:val="00BC403A"/>
    <w:rsid w:val="00BC46D5"/>
    <w:rsid w:val="00BC47AA"/>
    <w:rsid w:val="00BC4A27"/>
    <w:rsid w:val="00BC6907"/>
    <w:rsid w:val="00BC6C75"/>
    <w:rsid w:val="00BC7488"/>
    <w:rsid w:val="00BC7911"/>
    <w:rsid w:val="00BC7997"/>
    <w:rsid w:val="00BD0505"/>
    <w:rsid w:val="00BD0B33"/>
    <w:rsid w:val="00BD110B"/>
    <w:rsid w:val="00BD26C5"/>
    <w:rsid w:val="00BD2788"/>
    <w:rsid w:val="00BD27FB"/>
    <w:rsid w:val="00BD681B"/>
    <w:rsid w:val="00BD699F"/>
    <w:rsid w:val="00BD69FD"/>
    <w:rsid w:val="00BD6D77"/>
    <w:rsid w:val="00BD731F"/>
    <w:rsid w:val="00BD791F"/>
    <w:rsid w:val="00BE02CC"/>
    <w:rsid w:val="00BE037E"/>
    <w:rsid w:val="00BE052E"/>
    <w:rsid w:val="00BE09F9"/>
    <w:rsid w:val="00BE0ACA"/>
    <w:rsid w:val="00BE0B60"/>
    <w:rsid w:val="00BE2B72"/>
    <w:rsid w:val="00BE5204"/>
    <w:rsid w:val="00BE5A32"/>
    <w:rsid w:val="00BE7D0B"/>
    <w:rsid w:val="00BF1BC3"/>
    <w:rsid w:val="00BF282F"/>
    <w:rsid w:val="00BF2DAE"/>
    <w:rsid w:val="00BF2ED8"/>
    <w:rsid w:val="00BF4303"/>
    <w:rsid w:val="00BF54EB"/>
    <w:rsid w:val="00BF5524"/>
    <w:rsid w:val="00BF5597"/>
    <w:rsid w:val="00BF63B6"/>
    <w:rsid w:val="00BF6B15"/>
    <w:rsid w:val="00BF73D5"/>
    <w:rsid w:val="00C005AA"/>
    <w:rsid w:val="00C0098B"/>
    <w:rsid w:val="00C00A51"/>
    <w:rsid w:val="00C01089"/>
    <w:rsid w:val="00C022D2"/>
    <w:rsid w:val="00C02BCB"/>
    <w:rsid w:val="00C04E90"/>
    <w:rsid w:val="00C04EB5"/>
    <w:rsid w:val="00C04FDE"/>
    <w:rsid w:val="00C0572B"/>
    <w:rsid w:val="00C05BC7"/>
    <w:rsid w:val="00C06536"/>
    <w:rsid w:val="00C0700C"/>
    <w:rsid w:val="00C07381"/>
    <w:rsid w:val="00C073F3"/>
    <w:rsid w:val="00C07439"/>
    <w:rsid w:val="00C10D40"/>
    <w:rsid w:val="00C10DFA"/>
    <w:rsid w:val="00C11F00"/>
    <w:rsid w:val="00C143D4"/>
    <w:rsid w:val="00C1497D"/>
    <w:rsid w:val="00C15136"/>
    <w:rsid w:val="00C16D2C"/>
    <w:rsid w:val="00C17169"/>
    <w:rsid w:val="00C176D6"/>
    <w:rsid w:val="00C17857"/>
    <w:rsid w:val="00C179CE"/>
    <w:rsid w:val="00C17BFC"/>
    <w:rsid w:val="00C20928"/>
    <w:rsid w:val="00C21323"/>
    <w:rsid w:val="00C23332"/>
    <w:rsid w:val="00C23EC1"/>
    <w:rsid w:val="00C24598"/>
    <w:rsid w:val="00C24F9E"/>
    <w:rsid w:val="00C25423"/>
    <w:rsid w:val="00C25FE8"/>
    <w:rsid w:val="00C2768C"/>
    <w:rsid w:val="00C30E97"/>
    <w:rsid w:val="00C3110C"/>
    <w:rsid w:val="00C317E2"/>
    <w:rsid w:val="00C319D5"/>
    <w:rsid w:val="00C31A61"/>
    <w:rsid w:val="00C31B5E"/>
    <w:rsid w:val="00C31D9E"/>
    <w:rsid w:val="00C32319"/>
    <w:rsid w:val="00C325DD"/>
    <w:rsid w:val="00C347CD"/>
    <w:rsid w:val="00C351EB"/>
    <w:rsid w:val="00C35518"/>
    <w:rsid w:val="00C35535"/>
    <w:rsid w:val="00C3584F"/>
    <w:rsid w:val="00C369EF"/>
    <w:rsid w:val="00C37357"/>
    <w:rsid w:val="00C40380"/>
    <w:rsid w:val="00C404DF"/>
    <w:rsid w:val="00C410B7"/>
    <w:rsid w:val="00C41D69"/>
    <w:rsid w:val="00C432EF"/>
    <w:rsid w:val="00C43BC8"/>
    <w:rsid w:val="00C43D75"/>
    <w:rsid w:val="00C4401E"/>
    <w:rsid w:val="00C45D3E"/>
    <w:rsid w:val="00C46372"/>
    <w:rsid w:val="00C4679D"/>
    <w:rsid w:val="00C47E50"/>
    <w:rsid w:val="00C5033D"/>
    <w:rsid w:val="00C50564"/>
    <w:rsid w:val="00C53FBD"/>
    <w:rsid w:val="00C5433D"/>
    <w:rsid w:val="00C54A97"/>
    <w:rsid w:val="00C55364"/>
    <w:rsid w:val="00C55868"/>
    <w:rsid w:val="00C560E3"/>
    <w:rsid w:val="00C5647E"/>
    <w:rsid w:val="00C56E68"/>
    <w:rsid w:val="00C57275"/>
    <w:rsid w:val="00C57864"/>
    <w:rsid w:val="00C57F24"/>
    <w:rsid w:val="00C60417"/>
    <w:rsid w:val="00C61B07"/>
    <w:rsid w:val="00C62981"/>
    <w:rsid w:val="00C6403B"/>
    <w:rsid w:val="00C6413B"/>
    <w:rsid w:val="00C64332"/>
    <w:rsid w:val="00C651E3"/>
    <w:rsid w:val="00C65BCA"/>
    <w:rsid w:val="00C65DA7"/>
    <w:rsid w:val="00C670E5"/>
    <w:rsid w:val="00C70155"/>
    <w:rsid w:val="00C705E4"/>
    <w:rsid w:val="00C70FF2"/>
    <w:rsid w:val="00C713FD"/>
    <w:rsid w:val="00C71402"/>
    <w:rsid w:val="00C71649"/>
    <w:rsid w:val="00C71BFE"/>
    <w:rsid w:val="00C7312C"/>
    <w:rsid w:val="00C735E2"/>
    <w:rsid w:val="00C737AE"/>
    <w:rsid w:val="00C754A8"/>
    <w:rsid w:val="00C761A5"/>
    <w:rsid w:val="00C776F4"/>
    <w:rsid w:val="00C80447"/>
    <w:rsid w:val="00C80A99"/>
    <w:rsid w:val="00C80FAB"/>
    <w:rsid w:val="00C8146B"/>
    <w:rsid w:val="00C819C7"/>
    <w:rsid w:val="00C82595"/>
    <w:rsid w:val="00C82AAA"/>
    <w:rsid w:val="00C847AC"/>
    <w:rsid w:val="00C84C03"/>
    <w:rsid w:val="00C866A3"/>
    <w:rsid w:val="00C8685A"/>
    <w:rsid w:val="00C87E32"/>
    <w:rsid w:val="00C90066"/>
    <w:rsid w:val="00C9057F"/>
    <w:rsid w:val="00C91054"/>
    <w:rsid w:val="00C912ED"/>
    <w:rsid w:val="00C91D66"/>
    <w:rsid w:val="00C9213E"/>
    <w:rsid w:val="00C9442D"/>
    <w:rsid w:val="00C9454D"/>
    <w:rsid w:val="00C94A17"/>
    <w:rsid w:val="00C94B0F"/>
    <w:rsid w:val="00C9630A"/>
    <w:rsid w:val="00C96A6E"/>
    <w:rsid w:val="00C97381"/>
    <w:rsid w:val="00C97938"/>
    <w:rsid w:val="00CA0D9E"/>
    <w:rsid w:val="00CA1201"/>
    <w:rsid w:val="00CA1641"/>
    <w:rsid w:val="00CA1A4F"/>
    <w:rsid w:val="00CA3ECF"/>
    <w:rsid w:val="00CA4544"/>
    <w:rsid w:val="00CA472E"/>
    <w:rsid w:val="00CA56E5"/>
    <w:rsid w:val="00CA60D8"/>
    <w:rsid w:val="00CA651A"/>
    <w:rsid w:val="00CA6B13"/>
    <w:rsid w:val="00CA6B2A"/>
    <w:rsid w:val="00CA6CB1"/>
    <w:rsid w:val="00CA6D76"/>
    <w:rsid w:val="00CB0986"/>
    <w:rsid w:val="00CB09BB"/>
    <w:rsid w:val="00CB1015"/>
    <w:rsid w:val="00CB1FFB"/>
    <w:rsid w:val="00CB285C"/>
    <w:rsid w:val="00CB2ABC"/>
    <w:rsid w:val="00CB3A7A"/>
    <w:rsid w:val="00CB3FEE"/>
    <w:rsid w:val="00CB4317"/>
    <w:rsid w:val="00CB43B6"/>
    <w:rsid w:val="00CB4A03"/>
    <w:rsid w:val="00CB5C2C"/>
    <w:rsid w:val="00CB6210"/>
    <w:rsid w:val="00CB74B0"/>
    <w:rsid w:val="00CB79DC"/>
    <w:rsid w:val="00CC03F8"/>
    <w:rsid w:val="00CC06E0"/>
    <w:rsid w:val="00CC34D5"/>
    <w:rsid w:val="00CC37FA"/>
    <w:rsid w:val="00CC4685"/>
    <w:rsid w:val="00CC4970"/>
    <w:rsid w:val="00CC4B9E"/>
    <w:rsid w:val="00CC553C"/>
    <w:rsid w:val="00CC58AF"/>
    <w:rsid w:val="00CC609F"/>
    <w:rsid w:val="00CC611E"/>
    <w:rsid w:val="00CC7321"/>
    <w:rsid w:val="00CC7491"/>
    <w:rsid w:val="00CD0EAE"/>
    <w:rsid w:val="00CD1354"/>
    <w:rsid w:val="00CD170B"/>
    <w:rsid w:val="00CD2CE3"/>
    <w:rsid w:val="00CD3A1C"/>
    <w:rsid w:val="00CD4362"/>
    <w:rsid w:val="00CD4E42"/>
    <w:rsid w:val="00CD4EFC"/>
    <w:rsid w:val="00CD66A4"/>
    <w:rsid w:val="00CD6C84"/>
    <w:rsid w:val="00CE0B18"/>
    <w:rsid w:val="00CE220C"/>
    <w:rsid w:val="00CE22B9"/>
    <w:rsid w:val="00CE241C"/>
    <w:rsid w:val="00CE3460"/>
    <w:rsid w:val="00CE38AA"/>
    <w:rsid w:val="00CE5197"/>
    <w:rsid w:val="00CE5A77"/>
    <w:rsid w:val="00CE5FD0"/>
    <w:rsid w:val="00CE68E3"/>
    <w:rsid w:val="00CE7E17"/>
    <w:rsid w:val="00CF07C8"/>
    <w:rsid w:val="00CF1A9A"/>
    <w:rsid w:val="00CF22CC"/>
    <w:rsid w:val="00CF2D28"/>
    <w:rsid w:val="00CF30BF"/>
    <w:rsid w:val="00CF3499"/>
    <w:rsid w:val="00CF36D7"/>
    <w:rsid w:val="00CF434D"/>
    <w:rsid w:val="00CF43C1"/>
    <w:rsid w:val="00CF4E62"/>
    <w:rsid w:val="00CF4EF3"/>
    <w:rsid w:val="00CF4F36"/>
    <w:rsid w:val="00CF508E"/>
    <w:rsid w:val="00CF6C38"/>
    <w:rsid w:val="00CF6EAE"/>
    <w:rsid w:val="00D00210"/>
    <w:rsid w:val="00D01E82"/>
    <w:rsid w:val="00D027E9"/>
    <w:rsid w:val="00D02A7D"/>
    <w:rsid w:val="00D03572"/>
    <w:rsid w:val="00D06F67"/>
    <w:rsid w:val="00D07303"/>
    <w:rsid w:val="00D07C64"/>
    <w:rsid w:val="00D07DAD"/>
    <w:rsid w:val="00D106E5"/>
    <w:rsid w:val="00D1072C"/>
    <w:rsid w:val="00D11EE6"/>
    <w:rsid w:val="00D12FF8"/>
    <w:rsid w:val="00D137CF"/>
    <w:rsid w:val="00D14C98"/>
    <w:rsid w:val="00D14E5A"/>
    <w:rsid w:val="00D15746"/>
    <w:rsid w:val="00D15FA2"/>
    <w:rsid w:val="00D168F8"/>
    <w:rsid w:val="00D17FAC"/>
    <w:rsid w:val="00D21061"/>
    <w:rsid w:val="00D233F9"/>
    <w:rsid w:val="00D234C8"/>
    <w:rsid w:val="00D244F4"/>
    <w:rsid w:val="00D24A1A"/>
    <w:rsid w:val="00D25169"/>
    <w:rsid w:val="00D25857"/>
    <w:rsid w:val="00D2625D"/>
    <w:rsid w:val="00D27296"/>
    <w:rsid w:val="00D27AFC"/>
    <w:rsid w:val="00D27F0C"/>
    <w:rsid w:val="00D27F94"/>
    <w:rsid w:val="00D31AC3"/>
    <w:rsid w:val="00D31D94"/>
    <w:rsid w:val="00D32C50"/>
    <w:rsid w:val="00D33AF5"/>
    <w:rsid w:val="00D34799"/>
    <w:rsid w:val="00D34A22"/>
    <w:rsid w:val="00D34A24"/>
    <w:rsid w:val="00D34E8B"/>
    <w:rsid w:val="00D356EC"/>
    <w:rsid w:val="00D360FA"/>
    <w:rsid w:val="00D36BA4"/>
    <w:rsid w:val="00D41437"/>
    <w:rsid w:val="00D416AC"/>
    <w:rsid w:val="00D41ADA"/>
    <w:rsid w:val="00D422B3"/>
    <w:rsid w:val="00D42E4A"/>
    <w:rsid w:val="00D43A0F"/>
    <w:rsid w:val="00D43B3A"/>
    <w:rsid w:val="00D43BF5"/>
    <w:rsid w:val="00D43C20"/>
    <w:rsid w:val="00D465D6"/>
    <w:rsid w:val="00D472B7"/>
    <w:rsid w:val="00D47783"/>
    <w:rsid w:val="00D5006F"/>
    <w:rsid w:val="00D514AE"/>
    <w:rsid w:val="00D515CE"/>
    <w:rsid w:val="00D51D98"/>
    <w:rsid w:val="00D51FAD"/>
    <w:rsid w:val="00D5235A"/>
    <w:rsid w:val="00D5246E"/>
    <w:rsid w:val="00D52517"/>
    <w:rsid w:val="00D533BF"/>
    <w:rsid w:val="00D54509"/>
    <w:rsid w:val="00D54D71"/>
    <w:rsid w:val="00D554F1"/>
    <w:rsid w:val="00D55A71"/>
    <w:rsid w:val="00D55DAF"/>
    <w:rsid w:val="00D5607C"/>
    <w:rsid w:val="00D56AA2"/>
    <w:rsid w:val="00D57B25"/>
    <w:rsid w:val="00D57C5A"/>
    <w:rsid w:val="00D606F2"/>
    <w:rsid w:val="00D609F8"/>
    <w:rsid w:val="00D614E1"/>
    <w:rsid w:val="00D616C6"/>
    <w:rsid w:val="00D61D78"/>
    <w:rsid w:val="00D62A1B"/>
    <w:rsid w:val="00D63BA8"/>
    <w:rsid w:val="00D64028"/>
    <w:rsid w:val="00D64538"/>
    <w:rsid w:val="00D65398"/>
    <w:rsid w:val="00D657B4"/>
    <w:rsid w:val="00D66A9B"/>
    <w:rsid w:val="00D66FA4"/>
    <w:rsid w:val="00D71164"/>
    <w:rsid w:val="00D717D5"/>
    <w:rsid w:val="00D71CFD"/>
    <w:rsid w:val="00D72C5E"/>
    <w:rsid w:val="00D731C0"/>
    <w:rsid w:val="00D748D0"/>
    <w:rsid w:val="00D74A82"/>
    <w:rsid w:val="00D754BB"/>
    <w:rsid w:val="00D75855"/>
    <w:rsid w:val="00D75AA0"/>
    <w:rsid w:val="00D76751"/>
    <w:rsid w:val="00D76A5C"/>
    <w:rsid w:val="00D77B09"/>
    <w:rsid w:val="00D80624"/>
    <w:rsid w:val="00D80872"/>
    <w:rsid w:val="00D8111D"/>
    <w:rsid w:val="00D81571"/>
    <w:rsid w:val="00D8162B"/>
    <w:rsid w:val="00D81DE4"/>
    <w:rsid w:val="00D82D48"/>
    <w:rsid w:val="00D837F1"/>
    <w:rsid w:val="00D83E9D"/>
    <w:rsid w:val="00D841EC"/>
    <w:rsid w:val="00D84BE8"/>
    <w:rsid w:val="00D852A4"/>
    <w:rsid w:val="00D85EC4"/>
    <w:rsid w:val="00D86CE5"/>
    <w:rsid w:val="00D86ED2"/>
    <w:rsid w:val="00D87453"/>
    <w:rsid w:val="00D877E3"/>
    <w:rsid w:val="00D90064"/>
    <w:rsid w:val="00D90491"/>
    <w:rsid w:val="00D90D28"/>
    <w:rsid w:val="00D91CE2"/>
    <w:rsid w:val="00D92357"/>
    <w:rsid w:val="00D94D13"/>
    <w:rsid w:val="00D95609"/>
    <w:rsid w:val="00D95943"/>
    <w:rsid w:val="00D96ED4"/>
    <w:rsid w:val="00D97C7A"/>
    <w:rsid w:val="00D97EBC"/>
    <w:rsid w:val="00DA0069"/>
    <w:rsid w:val="00DA063D"/>
    <w:rsid w:val="00DA088D"/>
    <w:rsid w:val="00DA0F95"/>
    <w:rsid w:val="00DA1891"/>
    <w:rsid w:val="00DA1D93"/>
    <w:rsid w:val="00DA20CD"/>
    <w:rsid w:val="00DA27CB"/>
    <w:rsid w:val="00DA3247"/>
    <w:rsid w:val="00DA435D"/>
    <w:rsid w:val="00DA4CF5"/>
    <w:rsid w:val="00DA54BA"/>
    <w:rsid w:val="00DA5ECC"/>
    <w:rsid w:val="00DB12B8"/>
    <w:rsid w:val="00DB3E00"/>
    <w:rsid w:val="00DB4D01"/>
    <w:rsid w:val="00DB58CD"/>
    <w:rsid w:val="00DB5CA0"/>
    <w:rsid w:val="00DB623A"/>
    <w:rsid w:val="00DB64CB"/>
    <w:rsid w:val="00DB6985"/>
    <w:rsid w:val="00DB6D87"/>
    <w:rsid w:val="00DB7B21"/>
    <w:rsid w:val="00DC134F"/>
    <w:rsid w:val="00DC161B"/>
    <w:rsid w:val="00DC161F"/>
    <w:rsid w:val="00DC20D4"/>
    <w:rsid w:val="00DC37D7"/>
    <w:rsid w:val="00DC6725"/>
    <w:rsid w:val="00DC6DD1"/>
    <w:rsid w:val="00DC7015"/>
    <w:rsid w:val="00DC73A0"/>
    <w:rsid w:val="00DC7432"/>
    <w:rsid w:val="00DC7904"/>
    <w:rsid w:val="00DC7E2D"/>
    <w:rsid w:val="00DC7F9F"/>
    <w:rsid w:val="00DD05CA"/>
    <w:rsid w:val="00DD0A69"/>
    <w:rsid w:val="00DD0AB5"/>
    <w:rsid w:val="00DD0E35"/>
    <w:rsid w:val="00DD1078"/>
    <w:rsid w:val="00DD16C6"/>
    <w:rsid w:val="00DD1795"/>
    <w:rsid w:val="00DD1FF5"/>
    <w:rsid w:val="00DD3902"/>
    <w:rsid w:val="00DD3970"/>
    <w:rsid w:val="00DD3A2F"/>
    <w:rsid w:val="00DD4C26"/>
    <w:rsid w:val="00DD547D"/>
    <w:rsid w:val="00DD566D"/>
    <w:rsid w:val="00DD5F58"/>
    <w:rsid w:val="00DD6491"/>
    <w:rsid w:val="00DD7DEB"/>
    <w:rsid w:val="00DE016B"/>
    <w:rsid w:val="00DE0232"/>
    <w:rsid w:val="00DE096B"/>
    <w:rsid w:val="00DE144B"/>
    <w:rsid w:val="00DE16DA"/>
    <w:rsid w:val="00DE1875"/>
    <w:rsid w:val="00DE267E"/>
    <w:rsid w:val="00DE2CD4"/>
    <w:rsid w:val="00DE54A3"/>
    <w:rsid w:val="00DE5E60"/>
    <w:rsid w:val="00DE6673"/>
    <w:rsid w:val="00DE742B"/>
    <w:rsid w:val="00DF0E8B"/>
    <w:rsid w:val="00DF13AF"/>
    <w:rsid w:val="00DF16BA"/>
    <w:rsid w:val="00DF2BF8"/>
    <w:rsid w:val="00DF2CB9"/>
    <w:rsid w:val="00DF330D"/>
    <w:rsid w:val="00DF339D"/>
    <w:rsid w:val="00DF3E35"/>
    <w:rsid w:val="00DF47FB"/>
    <w:rsid w:val="00DF4D1D"/>
    <w:rsid w:val="00DF592E"/>
    <w:rsid w:val="00E0021A"/>
    <w:rsid w:val="00E00EA3"/>
    <w:rsid w:val="00E01051"/>
    <w:rsid w:val="00E01F2F"/>
    <w:rsid w:val="00E020A1"/>
    <w:rsid w:val="00E03496"/>
    <w:rsid w:val="00E03BA1"/>
    <w:rsid w:val="00E03D22"/>
    <w:rsid w:val="00E04EFF"/>
    <w:rsid w:val="00E05442"/>
    <w:rsid w:val="00E061DF"/>
    <w:rsid w:val="00E074BD"/>
    <w:rsid w:val="00E1088E"/>
    <w:rsid w:val="00E10A26"/>
    <w:rsid w:val="00E1113F"/>
    <w:rsid w:val="00E113A9"/>
    <w:rsid w:val="00E11711"/>
    <w:rsid w:val="00E11C7A"/>
    <w:rsid w:val="00E13709"/>
    <w:rsid w:val="00E13998"/>
    <w:rsid w:val="00E14229"/>
    <w:rsid w:val="00E157F8"/>
    <w:rsid w:val="00E16100"/>
    <w:rsid w:val="00E167AF"/>
    <w:rsid w:val="00E16F16"/>
    <w:rsid w:val="00E17A3C"/>
    <w:rsid w:val="00E202BA"/>
    <w:rsid w:val="00E20CC5"/>
    <w:rsid w:val="00E211A2"/>
    <w:rsid w:val="00E21414"/>
    <w:rsid w:val="00E233B1"/>
    <w:rsid w:val="00E235B8"/>
    <w:rsid w:val="00E2436A"/>
    <w:rsid w:val="00E24C47"/>
    <w:rsid w:val="00E24D14"/>
    <w:rsid w:val="00E2509C"/>
    <w:rsid w:val="00E26418"/>
    <w:rsid w:val="00E27120"/>
    <w:rsid w:val="00E3061D"/>
    <w:rsid w:val="00E30F7D"/>
    <w:rsid w:val="00E313B6"/>
    <w:rsid w:val="00E324AF"/>
    <w:rsid w:val="00E32C7C"/>
    <w:rsid w:val="00E346EB"/>
    <w:rsid w:val="00E3547D"/>
    <w:rsid w:val="00E35F01"/>
    <w:rsid w:val="00E4017A"/>
    <w:rsid w:val="00E4102F"/>
    <w:rsid w:val="00E41AFC"/>
    <w:rsid w:val="00E41D03"/>
    <w:rsid w:val="00E42D75"/>
    <w:rsid w:val="00E43019"/>
    <w:rsid w:val="00E43039"/>
    <w:rsid w:val="00E432CC"/>
    <w:rsid w:val="00E435C7"/>
    <w:rsid w:val="00E46864"/>
    <w:rsid w:val="00E46B11"/>
    <w:rsid w:val="00E4703C"/>
    <w:rsid w:val="00E473D8"/>
    <w:rsid w:val="00E50B83"/>
    <w:rsid w:val="00E51995"/>
    <w:rsid w:val="00E52B39"/>
    <w:rsid w:val="00E5489C"/>
    <w:rsid w:val="00E54A70"/>
    <w:rsid w:val="00E54B9B"/>
    <w:rsid w:val="00E5602A"/>
    <w:rsid w:val="00E56119"/>
    <w:rsid w:val="00E5771E"/>
    <w:rsid w:val="00E60222"/>
    <w:rsid w:val="00E60B9C"/>
    <w:rsid w:val="00E60F74"/>
    <w:rsid w:val="00E61399"/>
    <w:rsid w:val="00E62DF0"/>
    <w:rsid w:val="00E64C05"/>
    <w:rsid w:val="00E64E74"/>
    <w:rsid w:val="00E653E2"/>
    <w:rsid w:val="00E662A1"/>
    <w:rsid w:val="00E664B2"/>
    <w:rsid w:val="00E66C0F"/>
    <w:rsid w:val="00E6714E"/>
    <w:rsid w:val="00E673A7"/>
    <w:rsid w:val="00E70540"/>
    <w:rsid w:val="00E718F8"/>
    <w:rsid w:val="00E7191F"/>
    <w:rsid w:val="00E72AAE"/>
    <w:rsid w:val="00E72B22"/>
    <w:rsid w:val="00E73274"/>
    <w:rsid w:val="00E746A8"/>
    <w:rsid w:val="00E77AA9"/>
    <w:rsid w:val="00E80F71"/>
    <w:rsid w:val="00E83C2A"/>
    <w:rsid w:val="00E83F0E"/>
    <w:rsid w:val="00E8434A"/>
    <w:rsid w:val="00E85A0E"/>
    <w:rsid w:val="00E863FC"/>
    <w:rsid w:val="00E87549"/>
    <w:rsid w:val="00E87B77"/>
    <w:rsid w:val="00E91EAB"/>
    <w:rsid w:val="00E92202"/>
    <w:rsid w:val="00E94032"/>
    <w:rsid w:val="00E942AA"/>
    <w:rsid w:val="00E94499"/>
    <w:rsid w:val="00E960F5"/>
    <w:rsid w:val="00E96CD8"/>
    <w:rsid w:val="00EA0317"/>
    <w:rsid w:val="00EA0A37"/>
    <w:rsid w:val="00EA0B1A"/>
    <w:rsid w:val="00EA0C17"/>
    <w:rsid w:val="00EA25A5"/>
    <w:rsid w:val="00EA42E1"/>
    <w:rsid w:val="00EA4DCF"/>
    <w:rsid w:val="00EA51F6"/>
    <w:rsid w:val="00EA561B"/>
    <w:rsid w:val="00EA5DEB"/>
    <w:rsid w:val="00EA61C5"/>
    <w:rsid w:val="00EA7041"/>
    <w:rsid w:val="00EB107E"/>
    <w:rsid w:val="00EB1735"/>
    <w:rsid w:val="00EB1796"/>
    <w:rsid w:val="00EB1A52"/>
    <w:rsid w:val="00EB2A64"/>
    <w:rsid w:val="00EB2C7D"/>
    <w:rsid w:val="00EB33D1"/>
    <w:rsid w:val="00EB3448"/>
    <w:rsid w:val="00EB39E4"/>
    <w:rsid w:val="00EB4136"/>
    <w:rsid w:val="00EB41F8"/>
    <w:rsid w:val="00EB4D4B"/>
    <w:rsid w:val="00EB6C81"/>
    <w:rsid w:val="00EC031B"/>
    <w:rsid w:val="00EC18D0"/>
    <w:rsid w:val="00EC1ABD"/>
    <w:rsid w:val="00EC1C1C"/>
    <w:rsid w:val="00EC2F08"/>
    <w:rsid w:val="00EC3076"/>
    <w:rsid w:val="00EC400F"/>
    <w:rsid w:val="00EC43D0"/>
    <w:rsid w:val="00EC621F"/>
    <w:rsid w:val="00EC6649"/>
    <w:rsid w:val="00EC6C11"/>
    <w:rsid w:val="00EC6C13"/>
    <w:rsid w:val="00EC716D"/>
    <w:rsid w:val="00EC79E8"/>
    <w:rsid w:val="00ED0F85"/>
    <w:rsid w:val="00ED15DC"/>
    <w:rsid w:val="00ED1C9B"/>
    <w:rsid w:val="00ED20FD"/>
    <w:rsid w:val="00ED28D2"/>
    <w:rsid w:val="00ED3400"/>
    <w:rsid w:val="00ED3A8A"/>
    <w:rsid w:val="00ED40F0"/>
    <w:rsid w:val="00ED4763"/>
    <w:rsid w:val="00ED4E7C"/>
    <w:rsid w:val="00ED704B"/>
    <w:rsid w:val="00EE0001"/>
    <w:rsid w:val="00EE0734"/>
    <w:rsid w:val="00EE0FFC"/>
    <w:rsid w:val="00EE10FE"/>
    <w:rsid w:val="00EE1A36"/>
    <w:rsid w:val="00EE1AF3"/>
    <w:rsid w:val="00EE2183"/>
    <w:rsid w:val="00EE26F6"/>
    <w:rsid w:val="00EE307C"/>
    <w:rsid w:val="00EE4608"/>
    <w:rsid w:val="00EE49A7"/>
    <w:rsid w:val="00EE567E"/>
    <w:rsid w:val="00EF0092"/>
    <w:rsid w:val="00EF0ABB"/>
    <w:rsid w:val="00EF1972"/>
    <w:rsid w:val="00EF2567"/>
    <w:rsid w:val="00EF2BC9"/>
    <w:rsid w:val="00EF309F"/>
    <w:rsid w:val="00EF3211"/>
    <w:rsid w:val="00EF3978"/>
    <w:rsid w:val="00EF4D89"/>
    <w:rsid w:val="00EF5162"/>
    <w:rsid w:val="00EF54D9"/>
    <w:rsid w:val="00EF563D"/>
    <w:rsid w:val="00EF63CA"/>
    <w:rsid w:val="00EF65EB"/>
    <w:rsid w:val="00EF7329"/>
    <w:rsid w:val="00F0019E"/>
    <w:rsid w:val="00F008FC"/>
    <w:rsid w:val="00F0131A"/>
    <w:rsid w:val="00F01332"/>
    <w:rsid w:val="00F01F4F"/>
    <w:rsid w:val="00F023A3"/>
    <w:rsid w:val="00F02BB3"/>
    <w:rsid w:val="00F04746"/>
    <w:rsid w:val="00F05476"/>
    <w:rsid w:val="00F06287"/>
    <w:rsid w:val="00F111BE"/>
    <w:rsid w:val="00F118A3"/>
    <w:rsid w:val="00F120B5"/>
    <w:rsid w:val="00F12598"/>
    <w:rsid w:val="00F12DA7"/>
    <w:rsid w:val="00F1385E"/>
    <w:rsid w:val="00F14380"/>
    <w:rsid w:val="00F1510F"/>
    <w:rsid w:val="00F16076"/>
    <w:rsid w:val="00F16099"/>
    <w:rsid w:val="00F16281"/>
    <w:rsid w:val="00F1644A"/>
    <w:rsid w:val="00F178AA"/>
    <w:rsid w:val="00F212DA"/>
    <w:rsid w:val="00F23E8D"/>
    <w:rsid w:val="00F2410D"/>
    <w:rsid w:val="00F25808"/>
    <w:rsid w:val="00F25865"/>
    <w:rsid w:val="00F25A47"/>
    <w:rsid w:val="00F264B6"/>
    <w:rsid w:val="00F265E6"/>
    <w:rsid w:val="00F26E35"/>
    <w:rsid w:val="00F321B4"/>
    <w:rsid w:val="00F32344"/>
    <w:rsid w:val="00F334B0"/>
    <w:rsid w:val="00F33CAB"/>
    <w:rsid w:val="00F352F9"/>
    <w:rsid w:val="00F355DF"/>
    <w:rsid w:val="00F35815"/>
    <w:rsid w:val="00F358FE"/>
    <w:rsid w:val="00F4177C"/>
    <w:rsid w:val="00F41F3E"/>
    <w:rsid w:val="00F4205E"/>
    <w:rsid w:val="00F4241F"/>
    <w:rsid w:val="00F45027"/>
    <w:rsid w:val="00F45D3A"/>
    <w:rsid w:val="00F465D8"/>
    <w:rsid w:val="00F46C86"/>
    <w:rsid w:val="00F47BD8"/>
    <w:rsid w:val="00F47D92"/>
    <w:rsid w:val="00F50536"/>
    <w:rsid w:val="00F50E9C"/>
    <w:rsid w:val="00F5150A"/>
    <w:rsid w:val="00F51A0D"/>
    <w:rsid w:val="00F52006"/>
    <w:rsid w:val="00F527F5"/>
    <w:rsid w:val="00F545CE"/>
    <w:rsid w:val="00F54894"/>
    <w:rsid w:val="00F56245"/>
    <w:rsid w:val="00F5626E"/>
    <w:rsid w:val="00F61D98"/>
    <w:rsid w:val="00F63307"/>
    <w:rsid w:val="00F63A76"/>
    <w:rsid w:val="00F65A5A"/>
    <w:rsid w:val="00F665BA"/>
    <w:rsid w:val="00F66FA0"/>
    <w:rsid w:val="00F67129"/>
    <w:rsid w:val="00F67B25"/>
    <w:rsid w:val="00F703E9"/>
    <w:rsid w:val="00F7216B"/>
    <w:rsid w:val="00F7241D"/>
    <w:rsid w:val="00F73FEB"/>
    <w:rsid w:val="00F74110"/>
    <w:rsid w:val="00F75517"/>
    <w:rsid w:val="00F77231"/>
    <w:rsid w:val="00F81BE5"/>
    <w:rsid w:val="00F82A1E"/>
    <w:rsid w:val="00F83ED2"/>
    <w:rsid w:val="00F84651"/>
    <w:rsid w:val="00F846E6"/>
    <w:rsid w:val="00F85DAA"/>
    <w:rsid w:val="00F8621F"/>
    <w:rsid w:val="00F86584"/>
    <w:rsid w:val="00F87F91"/>
    <w:rsid w:val="00F9023B"/>
    <w:rsid w:val="00F907EF"/>
    <w:rsid w:val="00F91961"/>
    <w:rsid w:val="00F9287D"/>
    <w:rsid w:val="00F93A03"/>
    <w:rsid w:val="00F945AF"/>
    <w:rsid w:val="00F9527A"/>
    <w:rsid w:val="00F96489"/>
    <w:rsid w:val="00F96737"/>
    <w:rsid w:val="00F97455"/>
    <w:rsid w:val="00F9777B"/>
    <w:rsid w:val="00FA023B"/>
    <w:rsid w:val="00FA046D"/>
    <w:rsid w:val="00FA04CB"/>
    <w:rsid w:val="00FA0634"/>
    <w:rsid w:val="00FA17AC"/>
    <w:rsid w:val="00FA1DC0"/>
    <w:rsid w:val="00FA2223"/>
    <w:rsid w:val="00FA2C63"/>
    <w:rsid w:val="00FA46D3"/>
    <w:rsid w:val="00FA48C5"/>
    <w:rsid w:val="00FA4B90"/>
    <w:rsid w:val="00FA570B"/>
    <w:rsid w:val="00FA5B38"/>
    <w:rsid w:val="00FA6775"/>
    <w:rsid w:val="00FA7570"/>
    <w:rsid w:val="00FA7BC2"/>
    <w:rsid w:val="00FB038A"/>
    <w:rsid w:val="00FB0854"/>
    <w:rsid w:val="00FB19C5"/>
    <w:rsid w:val="00FB22D7"/>
    <w:rsid w:val="00FB23A4"/>
    <w:rsid w:val="00FB2A98"/>
    <w:rsid w:val="00FB2B86"/>
    <w:rsid w:val="00FB37CF"/>
    <w:rsid w:val="00FB37FE"/>
    <w:rsid w:val="00FB40BE"/>
    <w:rsid w:val="00FB5214"/>
    <w:rsid w:val="00FB5C19"/>
    <w:rsid w:val="00FB5E8A"/>
    <w:rsid w:val="00FB6FDE"/>
    <w:rsid w:val="00FB7411"/>
    <w:rsid w:val="00FB773D"/>
    <w:rsid w:val="00FB7759"/>
    <w:rsid w:val="00FB7CAE"/>
    <w:rsid w:val="00FC143B"/>
    <w:rsid w:val="00FC246A"/>
    <w:rsid w:val="00FC2905"/>
    <w:rsid w:val="00FC2FAF"/>
    <w:rsid w:val="00FC35F3"/>
    <w:rsid w:val="00FC3871"/>
    <w:rsid w:val="00FC4A54"/>
    <w:rsid w:val="00FC5649"/>
    <w:rsid w:val="00FC6C42"/>
    <w:rsid w:val="00FC72E8"/>
    <w:rsid w:val="00FC758F"/>
    <w:rsid w:val="00FD0D8A"/>
    <w:rsid w:val="00FD1290"/>
    <w:rsid w:val="00FD1A29"/>
    <w:rsid w:val="00FD3662"/>
    <w:rsid w:val="00FD3826"/>
    <w:rsid w:val="00FD461B"/>
    <w:rsid w:val="00FD4FC8"/>
    <w:rsid w:val="00FD5F79"/>
    <w:rsid w:val="00FD653B"/>
    <w:rsid w:val="00FD71BA"/>
    <w:rsid w:val="00FD73EF"/>
    <w:rsid w:val="00FE0043"/>
    <w:rsid w:val="00FE1888"/>
    <w:rsid w:val="00FE197F"/>
    <w:rsid w:val="00FE2424"/>
    <w:rsid w:val="00FE35D4"/>
    <w:rsid w:val="00FE38CF"/>
    <w:rsid w:val="00FE5F60"/>
    <w:rsid w:val="00FE639B"/>
    <w:rsid w:val="00FE761F"/>
    <w:rsid w:val="00FF0D50"/>
    <w:rsid w:val="00FF7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79"/>
    <o:shapelayout v:ext="edit">
      <o:idmap v:ext="edit" data="2"/>
    </o:shapelayout>
  </w:shapeDefaults>
  <w:decimalSymbol w:val="."/>
  <w:listSeparator w:val=","/>
  <w14:docId w14:val="76FB5F5E"/>
  <w15:chartTrackingRefBased/>
  <w15:docId w15:val="{923415EB-108E-4AC8-A2D2-EAEB208B0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B95"/>
  </w:style>
  <w:style w:type="paragraph" w:styleId="Heading1">
    <w:name w:val="heading 1"/>
    <w:basedOn w:val="Normal"/>
    <w:next w:val="Normal"/>
    <w:link w:val="Heading1Char"/>
    <w:uiPriority w:val="9"/>
    <w:qFormat/>
    <w:rsid w:val="00A40B95"/>
    <w:pPr>
      <w:keepNext/>
      <w:keepLines/>
      <w:spacing w:before="400" w:after="40" w:line="240" w:lineRule="auto"/>
      <w:outlineLvl w:val="0"/>
    </w:pPr>
    <w:rPr>
      <w:rFonts w:asciiTheme="majorHAnsi" w:eastAsiaTheme="majorEastAsia" w:hAnsiTheme="majorHAnsi" w:cstheme="majorBidi"/>
      <w:color w:val="414C15" w:themeColor="accent1" w:themeShade="80"/>
      <w:sz w:val="36"/>
      <w:szCs w:val="36"/>
    </w:rPr>
  </w:style>
  <w:style w:type="paragraph" w:styleId="Heading2">
    <w:name w:val="heading 2"/>
    <w:basedOn w:val="Normal"/>
    <w:next w:val="Normal"/>
    <w:link w:val="Heading2Char"/>
    <w:uiPriority w:val="9"/>
    <w:unhideWhenUsed/>
    <w:qFormat/>
    <w:rsid w:val="00A40B95"/>
    <w:pPr>
      <w:keepNext/>
      <w:keepLines/>
      <w:spacing w:before="40" w:after="0" w:line="240" w:lineRule="auto"/>
      <w:outlineLvl w:val="1"/>
    </w:pPr>
    <w:rPr>
      <w:rFonts w:asciiTheme="majorHAnsi" w:eastAsiaTheme="majorEastAsia" w:hAnsiTheme="majorHAnsi" w:cstheme="majorBidi"/>
      <w:color w:val="61721F" w:themeColor="accent1" w:themeShade="BF"/>
      <w:sz w:val="32"/>
      <w:szCs w:val="32"/>
    </w:rPr>
  </w:style>
  <w:style w:type="paragraph" w:styleId="Heading3">
    <w:name w:val="heading 3"/>
    <w:basedOn w:val="Normal"/>
    <w:next w:val="Normal"/>
    <w:link w:val="Heading3Char"/>
    <w:uiPriority w:val="9"/>
    <w:unhideWhenUsed/>
    <w:qFormat/>
    <w:rsid w:val="00A40B95"/>
    <w:pPr>
      <w:keepNext/>
      <w:keepLines/>
      <w:spacing w:before="40" w:after="0" w:line="240" w:lineRule="auto"/>
      <w:outlineLvl w:val="2"/>
    </w:pPr>
    <w:rPr>
      <w:rFonts w:asciiTheme="majorHAnsi" w:eastAsiaTheme="majorEastAsia" w:hAnsiTheme="majorHAnsi" w:cstheme="majorBidi"/>
      <w:color w:val="61721F" w:themeColor="accent1" w:themeShade="BF"/>
      <w:sz w:val="28"/>
      <w:szCs w:val="28"/>
    </w:rPr>
  </w:style>
  <w:style w:type="paragraph" w:styleId="Heading4">
    <w:name w:val="heading 4"/>
    <w:basedOn w:val="Normal"/>
    <w:next w:val="Normal"/>
    <w:link w:val="Heading4Char"/>
    <w:uiPriority w:val="9"/>
    <w:semiHidden/>
    <w:unhideWhenUsed/>
    <w:qFormat/>
    <w:rsid w:val="00A40B95"/>
    <w:pPr>
      <w:keepNext/>
      <w:keepLines/>
      <w:spacing w:before="40" w:after="0"/>
      <w:outlineLvl w:val="3"/>
    </w:pPr>
    <w:rPr>
      <w:rFonts w:asciiTheme="majorHAnsi" w:eastAsiaTheme="majorEastAsia" w:hAnsiTheme="majorHAnsi" w:cstheme="majorBidi"/>
      <w:color w:val="61721F" w:themeColor="accent1" w:themeShade="BF"/>
      <w:sz w:val="24"/>
      <w:szCs w:val="24"/>
    </w:rPr>
  </w:style>
  <w:style w:type="paragraph" w:styleId="Heading5">
    <w:name w:val="heading 5"/>
    <w:basedOn w:val="Normal"/>
    <w:next w:val="Normal"/>
    <w:link w:val="Heading5Char"/>
    <w:uiPriority w:val="9"/>
    <w:semiHidden/>
    <w:unhideWhenUsed/>
    <w:qFormat/>
    <w:rsid w:val="00A40B95"/>
    <w:pPr>
      <w:keepNext/>
      <w:keepLines/>
      <w:spacing w:before="40" w:after="0"/>
      <w:outlineLvl w:val="4"/>
    </w:pPr>
    <w:rPr>
      <w:rFonts w:asciiTheme="majorHAnsi" w:eastAsiaTheme="majorEastAsia" w:hAnsiTheme="majorHAnsi" w:cstheme="majorBidi"/>
      <w:caps/>
      <w:color w:val="61721F" w:themeColor="accent1" w:themeShade="BF"/>
    </w:rPr>
  </w:style>
  <w:style w:type="paragraph" w:styleId="Heading6">
    <w:name w:val="heading 6"/>
    <w:basedOn w:val="Normal"/>
    <w:next w:val="Normal"/>
    <w:link w:val="Heading6Char"/>
    <w:uiPriority w:val="9"/>
    <w:semiHidden/>
    <w:unhideWhenUsed/>
    <w:qFormat/>
    <w:rsid w:val="00A40B95"/>
    <w:pPr>
      <w:keepNext/>
      <w:keepLines/>
      <w:spacing w:before="40" w:after="0"/>
      <w:outlineLvl w:val="5"/>
    </w:pPr>
    <w:rPr>
      <w:rFonts w:asciiTheme="majorHAnsi" w:eastAsiaTheme="majorEastAsia" w:hAnsiTheme="majorHAnsi" w:cstheme="majorBidi"/>
      <w:i/>
      <w:iCs/>
      <w:caps/>
      <w:color w:val="414C15" w:themeColor="accent1" w:themeShade="80"/>
    </w:rPr>
  </w:style>
  <w:style w:type="paragraph" w:styleId="Heading7">
    <w:name w:val="heading 7"/>
    <w:basedOn w:val="Normal"/>
    <w:next w:val="Normal"/>
    <w:link w:val="Heading7Char"/>
    <w:uiPriority w:val="9"/>
    <w:semiHidden/>
    <w:unhideWhenUsed/>
    <w:qFormat/>
    <w:rsid w:val="00A40B95"/>
    <w:pPr>
      <w:keepNext/>
      <w:keepLines/>
      <w:spacing w:before="40" w:after="0"/>
      <w:outlineLvl w:val="6"/>
    </w:pPr>
    <w:rPr>
      <w:rFonts w:asciiTheme="majorHAnsi" w:eastAsiaTheme="majorEastAsia" w:hAnsiTheme="majorHAnsi" w:cstheme="majorBidi"/>
      <w:b/>
      <w:bCs/>
      <w:color w:val="414C15" w:themeColor="accent1" w:themeShade="80"/>
    </w:rPr>
  </w:style>
  <w:style w:type="paragraph" w:styleId="Heading8">
    <w:name w:val="heading 8"/>
    <w:basedOn w:val="Normal"/>
    <w:next w:val="Normal"/>
    <w:link w:val="Heading8Char"/>
    <w:uiPriority w:val="9"/>
    <w:semiHidden/>
    <w:unhideWhenUsed/>
    <w:qFormat/>
    <w:rsid w:val="00A40B95"/>
    <w:pPr>
      <w:keepNext/>
      <w:keepLines/>
      <w:spacing w:before="40" w:after="0"/>
      <w:outlineLvl w:val="7"/>
    </w:pPr>
    <w:rPr>
      <w:rFonts w:asciiTheme="majorHAnsi" w:eastAsiaTheme="majorEastAsia" w:hAnsiTheme="majorHAnsi" w:cstheme="majorBidi"/>
      <w:b/>
      <w:bCs/>
      <w:i/>
      <w:iCs/>
      <w:color w:val="414C15" w:themeColor="accent1" w:themeShade="80"/>
    </w:rPr>
  </w:style>
  <w:style w:type="paragraph" w:styleId="Heading9">
    <w:name w:val="heading 9"/>
    <w:basedOn w:val="Normal"/>
    <w:next w:val="Normal"/>
    <w:link w:val="Heading9Char"/>
    <w:uiPriority w:val="9"/>
    <w:semiHidden/>
    <w:unhideWhenUsed/>
    <w:qFormat/>
    <w:rsid w:val="00A40B95"/>
    <w:pPr>
      <w:keepNext/>
      <w:keepLines/>
      <w:spacing w:before="40" w:after="0"/>
      <w:outlineLvl w:val="8"/>
    </w:pPr>
    <w:rPr>
      <w:rFonts w:asciiTheme="majorHAnsi" w:eastAsiaTheme="majorEastAsia" w:hAnsiTheme="majorHAnsi" w:cstheme="majorBidi"/>
      <w:i/>
      <w:iCs/>
      <w:color w:val="414C15"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B95"/>
    <w:rPr>
      <w:rFonts w:asciiTheme="majorHAnsi" w:eastAsiaTheme="majorEastAsia" w:hAnsiTheme="majorHAnsi" w:cstheme="majorBidi"/>
      <w:color w:val="414C15" w:themeColor="accent1" w:themeShade="80"/>
      <w:sz w:val="36"/>
      <w:szCs w:val="36"/>
    </w:rPr>
  </w:style>
  <w:style w:type="character" w:customStyle="1" w:styleId="Heading2Char">
    <w:name w:val="Heading 2 Char"/>
    <w:basedOn w:val="DefaultParagraphFont"/>
    <w:link w:val="Heading2"/>
    <w:uiPriority w:val="9"/>
    <w:rsid w:val="00A40B95"/>
    <w:rPr>
      <w:rFonts w:asciiTheme="majorHAnsi" w:eastAsiaTheme="majorEastAsia" w:hAnsiTheme="majorHAnsi" w:cstheme="majorBidi"/>
      <w:color w:val="61721F" w:themeColor="accent1" w:themeShade="BF"/>
      <w:sz w:val="32"/>
      <w:szCs w:val="32"/>
    </w:rPr>
  </w:style>
  <w:style w:type="character" w:customStyle="1" w:styleId="Heading3Char">
    <w:name w:val="Heading 3 Char"/>
    <w:basedOn w:val="DefaultParagraphFont"/>
    <w:link w:val="Heading3"/>
    <w:uiPriority w:val="9"/>
    <w:rsid w:val="00A40B95"/>
    <w:rPr>
      <w:rFonts w:asciiTheme="majorHAnsi" w:eastAsiaTheme="majorEastAsia" w:hAnsiTheme="majorHAnsi" w:cstheme="majorBidi"/>
      <w:color w:val="61721F" w:themeColor="accent1" w:themeShade="BF"/>
      <w:sz w:val="28"/>
      <w:szCs w:val="28"/>
    </w:rPr>
  </w:style>
  <w:style w:type="character" w:customStyle="1" w:styleId="Heading4Char">
    <w:name w:val="Heading 4 Char"/>
    <w:basedOn w:val="DefaultParagraphFont"/>
    <w:link w:val="Heading4"/>
    <w:uiPriority w:val="9"/>
    <w:semiHidden/>
    <w:rsid w:val="00A40B95"/>
    <w:rPr>
      <w:rFonts w:asciiTheme="majorHAnsi" w:eastAsiaTheme="majorEastAsia" w:hAnsiTheme="majorHAnsi" w:cstheme="majorBidi"/>
      <w:color w:val="61721F" w:themeColor="accent1" w:themeShade="BF"/>
      <w:sz w:val="24"/>
      <w:szCs w:val="24"/>
    </w:rPr>
  </w:style>
  <w:style w:type="character" w:customStyle="1" w:styleId="Heading5Char">
    <w:name w:val="Heading 5 Char"/>
    <w:basedOn w:val="DefaultParagraphFont"/>
    <w:link w:val="Heading5"/>
    <w:uiPriority w:val="9"/>
    <w:semiHidden/>
    <w:rsid w:val="00A40B95"/>
    <w:rPr>
      <w:rFonts w:asciiTheme="majorHAnsi" w:eastAsiaTheme="majorEastAsia" w:hAnsiTheme="majorHAnsi" w:cstheme="majorBidi"/>
      <w:caps/>
      <w:color w:val="61721F" w:themeColor="accent1" w:themeShade="BF"/>
    </w:rPr>
  </w:style>
  <w:style w:type="character" w:customStyle="1" w:styleId="Heading6Char">
    <w:name w:val="Heading 6 Char"/>
    <w:basedOn w:val="DefaultParagraphFont"/>
    <w:link w:val="Heading6"/>
    <w:uiPriority w:val="9"/>
    <w:semiHidden/>
    <w:rsid w:val="00A40B95"/>
    <w:rPr>
      <w:rFonts w:asciiTheme="majorHAnsi" w:eastAsiaTheme="majorEastAsia" w:hAnsiTheme="majorHAnsi" w:cstheme="majorBidi"/>
      <w:i/>
      <w:iCs/>
      <w:caps/>
      <w:color w:val="414C15" w:themeColor="accent1" w:themeShade="80"/>
    </w:rPr>
  </w:style>
  <w:style w:type="character" w:customStyle="1" w:styleId="Heading7Char">
    <w:name w:val="Heading 7 Char"/>
    <w:basedOn w:val="DefaultParagraphFont"/>
    <w:link w:val="Heading7"/>
    <w:uiPriority w:val="9"/>
    <w:semiHidden/>
    <w:rsid w:val="00A40B95"/>
    <w:rPr>
      <w:rFonts w:asciiTheme="majorHAnsi" w:eastAsiaTheme="majorEastAsia" w:hAnsiTheme="majorHAnsi" w:cstheme="majorBidi"/>
      <w:b/>
      <w:bCs/>
      <w:color w:val="414C15" w:themeColor="accent1" w:themeShade="80"/>
    </w:rPr>
  </w:style>
  <w:style w:type="character" w:customStyle="1" w:styleId="Heading8Char">
    <w:name w:val="Heading 8 Char"/>
    <w:basedOn w:val="DefaultParagraphFont"/>
    <w:link w:val="Heading8"/>
    <w:uiPriority w:val="9"/>
    <w:semiHidden/>
    <w:rsid w:val="00A40B95"/>
    <w:rPr>
      <w:rFonts w:asciiTheme="majorHAnsi" w:eastAsiaTheme="majorEastAsia" w:hAnsiTheme="majorHAnsi" w:cstheme="majorBidi"/>
      <w:b/>
      <w:bCs/>
      <w:i/>
      <w:iCs/>
      <w:color w:val="414C15" w:themeColor="accent1" w:themeShade="80"/>
    </w:rPr>
  </w:style>
  <w:style w:type="character" w:customStyle="1" w:styleId="Heading9Char">
    <w:name w:val="Heading 9 Char"/>
    <w:basedOn w:val="DefaultParagraphFont"/>
    <w:link w:val="Heading9"/>
    <w:uiPriority w:val="9"/>
    <w:semiHidden/>
    <w:rsid w:val="00A40B95"/>
    <w:rPr>
      <w:rFonts w:asciiTheme="majorHAnsi" w:eastAsiaTheme="majorEastAsia" w:hAnsiTheme="majorHAnsi" w:cstheme="majorBidi"/>
      <w:i/>
      <w:iCs/>
      <w:color w:val="414C15" w:themeColor="accent1" w:themeShade="80"/>
    </w:rPr>
  </w:style>
  <w:style w:type="paragraph" w:styleId="Title">
    <w:name w:val="Title"/>
    <w:basedOn w:val="Normal"/>
    <w:next w:val="Normal"/>
    <w:link w:val="TitleChar"/>
    <w:uiPriority w:val="10"/>
    <w:qFormat/>
    <w:rsid w:val="00A40B95"/>
    <w:pPr>
      <w:spacing w:after="0" w:line="204" w:lineRule="auto"/>
      <w:contextualSpacing/>
    </w:pPr>
    <w:rPr>
      <w:rFonts w:asciiTheme="majorHAnsi" w:eastAsiaTheme="majorEastAsia" w:hAnsiTheme="majorHAnsi" w:cstheme="majorBidi"/>
      <w:caps/>
      <w:color w:val="212121" w:themeColor="text2"/>
      <w:spacing w:val="-15"/>
      <w:sz w:val="72"/>
      <w:szCs w:val="72"/>
    </w:rPr>
  </w:style>
  <w:style w:type="character" w:customStyle="1" w:styleId="TitleChar">
    <w:name w:val="Title Char"/>
    <w:basedOn w:val="DefaultParagraphFont"/>
    <w:link w:val="Title"/>
    <w:uiPriority w:val="10"/>
    <w:rsid w:val="00A40B95"/>
    <w:rPr>
      <w:rFonts w:asciiTheme="majorHAnsi" w:eastAsiaTheme="majorEastAsia" w:hAnsiTheme="majorHAnsi" w:cstheme="majorBidi"/>
      <w:caps/>
      <w:color w:val="212121" w:themeColor="text2"/>
      <w:spacing w:val="-15"/>
      <w:sz w:val="72"/>
      <w:szCs w:val="72"/>
    </w:rPr>
  </w:style>
  <w:style w:type="paragraph" w:styleId="Subtitle">
    <w:name w:val="Subtitle"/>
    <w:basedOn w:val="Normal"/>
    <w:next w:val="Normal"/>
    <w:link w:val="SubtitleChar"/>
    <w:uiPriority w:val="11"/>
    <w:qFormat/>
    <w:rsid w:val="00A40B95"/>
    <w:pPr>
      <w:numPr>
        <w:ilvl w:val="1"/>
      </w:numPr>
      <w:spacing w:after="240" w:line="240" w:lineRule="auto"/>
    </w:pPr>
    <w:rPr>
      <w:rFonts w:asciiTheme="majorHAnsi" w:eastAsiaTheme="majorEastAsia" w:hAnsiTheme="majorHAnsi" w:cstheme="majorBidi"/>
      <w:color w:val="83992A" w:themeColor="accent1"/>
      <w:sz w:val="28"/>
      <w:szCs w:val="28"/>
    </w:rPr>
  </w:style>
  <w:style w:type="character" w:customStyle="1" w:styleId="SubtitleChar">
    <w:name w:val="Subtitle Char"/>
    <w:basedOn w:val="DefaultParagraphFont"/>
    <w:link w:val="Subtitle"/>
    <w:uiPriority w:val="11"/>
    <w:rsid w:val="00A40B95"/>
    <w:rPr>
      <w:rFonts w:asciiTheme="majorHAnsi" w:eastAsiaTheme="majorEastAsia" w:hAnsiTheme="majorHAnsi" w:cstheme="majorBidi"/>
      <w:color w:val="83992A" w:themeColor="accent1"/>
      <w:sz w:val="28"/>
      <w:szCs w:val="28"/>
    </w:rPr>
  </w:style>
  <w:style w:type="paragraph" w:styleId="Quote">
    <w:name w:val="Quote"/>
    <w:basedOn w:val="Normal"/>
    <w:next w:val="Normal"/>
    <w:link w:val="QuoteChar"/>
    <w:uiPriority w:val="29"/>
    <w:qFormat/>
    <w:rsid w:val="00A40B95"/>
    <w:pPr>
      <w:spacing w:before="120" w:after="120"/>
      <w:ind w:left="720"/>
    </w:pPr>
    <w:rPr>
      <w:color w:val="212121" w:themeColor="text2"/>
      <w:sz w:val="24"/>
      <w:szCs w:val="24"/>
    </w:rPr>
  </w:style>
  <w:style w:type="character" w:customStyle="1" w:styleId="QuoteChar">
    <w:name w:val="Quote Char"/>
    <w:basedOn w:val="DefaultParagraphFont"/>
    <w:link w:val="Quote"/>
    <w:uiPriority w:val="29"/>
    <w:rsid w:val="00A40B95"/>
    <w:rPr>
      <w:color w:val="212121" w:themeColor="text2"/>
      <w:sz w:val="24"/>
      <w:szCs w:val="24"/>
    </w:rPr>
  </w:style>
  <w:style w:type="paragraph" w:styleId="ListParagraph">
    <w:name w:val="List Paragraph"/>
    <w:basedOn w:val="Normal"/>
    <w:uiPriority w:val="34"/>
    <w:qFormat/>
    <w:rsid w:val="00BC7997"/>
    <w:pPr>
      <w:ind w:left="720"/>
      <w:contextualSpacing/>
    </w:pPr>
  </w:style>
  <w:style w:type="character" w:styleId="IntenseEmphasis">
    <w:name w:val="Intense Emphasis"/>
    <w:basedOn w:val="DefaultParagraphFont"/>
    <w:uiPriority w:val="21"/>
    <w:qFormat/>
    <w:rsid w:val="00A40B95"/>
    <w:rPr>
      <w:b/>
      <w:bCs/>
      <w:i/>
      <w:iCs/>
    </w:rPr>
  </w:style>
  <w:style w:type="paragraph" w:styleId="IntenseQuote">
    <w:name w:val="Intense Quote"/>
    <w:basedOn w:val="Normal"/>
    <w:next w:val="Normal"/>
    <w:link w:val="IntenseQuoteChar"/>
    <w:uiPriority w:val="30"/>
    <w:qFormat/>
    <w:rsid w:val="00A40B95"/>
    <w:pPr>
      <w:spacing w:before="100" w:beforeAutospacing="1" w:after="240" w:line="240" w:lineRule="auto"/>
      <w:ind w:left="720"/>
      <w:jc w:val="center"/>
    </w:pPr>
    <w:rPr>
      <w:rFonts w:asciiTheme="majorHAnsi" w:eastAsiaTheme="majorEastAsia" w:hAnsiTheme="majorHAnsi" w:cstheme="majorBidi"/>
      <w:color w:val="212121" w:themeColor="text2"/>
      <w:spacing w:val="-6"/>
      <w:sz w:val="32"/>
      <w:szCs w:val="32"/>
    </w:rPr>
  </w:style>
  <w:style w:type="character" w:customStyle="1" w:styleId="IntenseQuoteChar">
    <w:name w:val="Intense Quote Char"/>
    <w:basedOn w:val="DefaultParagraphFont"/>
    <w:link w:val="IntenseQuote"/>
    <w:uiPriority w:val="30"/>
    <w:rsid w:val="00A40B95"/>
    <w:rPr>
      <w:rFonts w:asciiTheme="majorHAnsi" w:eastAsiaTheme="majorEastAsia" w:hAnsiTheme="majorHAnsi" w:cstheme="majorBidi"/>
      <w:color w:val="212121" w:themeColor="text2"/>
      <w:spacing w:val="-6"/>
      <w:sz w:val="32"/>
      <w:szCs w:val="32"/>
    </w:rPr>
  </w:style>
  <w:style w:type="character" w:styleId="IntenseReference">
    <w:name w:val="Intense Reference"/>
    <w:basedOn w:val="DefaultParagraphFont"/>
    <w:uiPriority w:val="32"/>
    <w:qFormat/>
    <w:rsid w:val="00A40B95"/>
    <w:rPr>
      <w:b/>
      <w:bCs/>
      <w:smallCaps/>
      <w:color w:val="212121" w:themeColor="text2"/>
      <w:u w:val="single"/>
    </w:rPr>
  </w:style>
  <w:style w:type="paragraph" w:styleId="Header">
    <w:name w:val="header"/>
    <w:basedOn w:val="Normal"/>
    <w:link w:val="HeaderChar"/>
    <w:uiPriority w:val="99"/>
    <w:unhideWhenUsed/>
    <w:rsid w:val="00A06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6E85"/>
    <w:rPr>
      <w:rFonts w:eastAsiaTheme="minorEastAsia"/>
      <w:kern w:val="0"/>
      <w:sz w:val="22"/>
      <w:szCs w:val="22"/>
      <w14:ligatures w14:val="none"/>
    </w:rPr>
  </w:style>
  <w:style w:type="paragraph" w:styleId="Footer">
    <w:name w:val="footer"/>
    <w:basedOn w:val="Normal"/>
    <w:link w:val="FooterChar"/>
    <w:uiPriority w:val="99"/>
    <w:unhideWhenUsed/>
    <w:rsid w:val="00A06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E85"/>
    <w:rPr>
      <w:rFonts w:eastAsiaTheme="minorEastAsia"/>
      <w:kern w:val="0"/>
      <w:sz w:val="22"/>
      <w:szCs w:val="22"/>
      <w14:ligatures w14:val="none"/>
    </w:rPr>
  </w:style>
  <w:style w:type="paragraph" w:styleId="NoSpacing">
    <w:name w:val="No Spacing"/>
    <w:uiPriority w:val="1"/>
    <w:qFormat/>
    <w:rsid w:val="00A40B95"/>
    <w:pPr>
      <w:spacing w:after="0" w:line="240" w:lineRule="auto"/>
    </w:pPr>
  </w:style>
  <w:style w:type="paragraph" w:styleId="BodyText">
    <w:name w:val="Body Text"/>
    <w:basedOn w:val="Normal"/>
    <w:link w:val="BodyTextChar"/>
    <w:uiPriority w:val="99"/>
    <w:unhideWhenUsed/>
    <w:rsid w:val="00A06E85"/>
    <w:pPr>
      <w:spacing w:after="120"/>
    </w:pPr>
  </w:style>
  <w:style w:type="character" w:customStyle="1" w:styleId="BodyTextChar">
    <w:name w:val="Body Text Char"/>
    <w:basedOn w:val="DefaultParagraphFont"/>
    <w:link w:val="BodyText"/>
    <w:uiPriority w:val="99"/>
    <w:rsid w:val="00A06E85"/>
    <w:rPr>
      <w:rFonts w:eastAsiaTheme="minorEastAsia"/>
      <w:kern w:val="0"/>
      <w:sz w:val="22"/>
      <w:szCs w:val="22"/>
      <w14:ligatures w14:val="none"/>
    </w:rPr>
  </w:style>
  <w:style w:type="paragraph" w:styleId="BodyText2">
    <w:name w:val="Body Text 2"/>
    <w:basedOn w:val="Normal"/>
    <w:link w:val="BodyText2Char"/>
    <w:uiPriority w:val="99"/>
    <w:unhideWhenUsed/>
    <w:rsid w:val="00A06E85"/>
    <w:pPr>
      <w:spacing w:after="120"/>
    </w:pPr>
  </w:style>
  <w:style w:type="character" w:customStyle="1" w:styleId="BodyText2Char">
    <w:name w:val="Body Text 2 Char"/>
    <w:basedOn w:val="DefaultParagraphFont"/>
    <w:link w:val="BodyText2"/>
    <w:uiPriority w:val="99"/>
    <w:rsid w:val="00A06E85"/>
    <w:rPr>
      <w:rFonts w:eastAsiaTheme="minorEastAsia"/>
      <w:kern w:val="0"/>
      <w:sz w:val="22"/>
      <w:szCs w:val="22"/>
      <w14:ligatures w14:val="none"/>
    </w:rPr>
  </w:style>
  <w:style w:type="paragraph" w:styleId="BodyText3">
    <w:name w:val="Body Text 3"/>
    <w:basedOn w:val="Normal"/>
    <w:link w:val="BodyText3Char"/>
    <w:uiPriority w:val="99"/>
    <w:unhideWhenUsed/>
    <w:rsid w:val="00A06E85"/>
    <w:pPr>
      <w:spacing w:after="120"/>
    </w:pPr>
    <w:rPr>
      <w:sz w:val="16"/>
      <w:szCs w:val="16"/>
    </w:rPr>
  </w:style>
  <w:style w:type="character" w:customStyle="1" w:styleId="BodyText3Char">
    <w:name w:val="Body Text 3 Char"/>
    <w:basedOn w:val="DefaultParagraphFont"/>
    <w:link w:val="BodyText3"/>
    <w:uiPriority w:val="99"/>
    <w:rsid w:val="00A06E85"/>
    <w:rPr>
      <w:rFonts w:eastAsiaTheme="minorEastAsia"/>
      <w:kern w:val="0"/>
      <w:sz w:val="16"/>
      <w:szCs w:val="16"/>
      <w14:ligatures w14:val="none"/>
    </w:rPr>
  </w:style>
  <w:style w:type="paragraph" w:styleId="List">
    <w:name w:val="List"/>
    <w:basedOn w:val="Normal"/>
    <w:uiPriority w:val="99"/>
    <w:unhideWhenUsed/>
    <w:rsid w:val="00A06E85"/>
    <w:pPr>
      <w:ind w:left="360" w:hanging="360"/>
      <w:contextualSpacing/>
    </w:pPr>
  </w:style>
  <w:style w:type="paragraph" w:styleId="List2">
    <w:name w:val="List 2"/>
    <w:basedOn w:val="Normal"/>
    <w:uiPriority w:val="99"/>
    <w:unhideWhenUsed/>
    <w:rsid w:val="00A06E85"/>
    <w:pPr>
      <w:ind w:left="720" w:hanging="360"/>
      <w:contextualSpacing/>
    </w:pPr>
  </w:style>
  <w:style w:type="paragraph" w:styleId="List3">
    <w:name w:val="List 3"/>
    <w:basedOn w:val="Normal"/>
    <w:uiPriority w:val="99"/>
    <w:unhideWhenUsed/>
    <w:rsid w:val="00A06E85"/>
    <w:pPr>
      <w:ind w:left="1080" w:hanging="360"/>
      <w:contextualSpacing/>
    </w:pPr>
  </w:style>
  <w:style w:type="paragraph" w:styleId="ListBullet">
    <w:name w:val="List Bullet"/>
    <w:basedOn w:val="Normal"/>
    <w:uiPriority w:val="99"/>
    <w:unhideWhenUsed/>
    <w:rsid w:val="00A06E85"/>
    <w:pPr>
      <w:numPr>
        <w:numId w:val="1"/>
      </w:numPr>
      <w:contextualSpacing/>
    </w:pPr>
  </w:style>
  <w:style w:type="paragraph" w:styleId="ListBullet2">
    <w:name w:val="List Bullet 2"/>
    <w:basedOn w:val="Normal"/>
    <w:uiPriority w:val="99"/>
    <w:unhideWhenUsed/>
    <w:rsid w:val="00A06E85"/>
    <w:pPr>
      <w:numPr>
        <w:numId w:val="2"/>
      </w:numPr>
      <w:contextualSpacing/>
    </w:pPr>
  </w:style>
  <w:style w:type="paragraph" w:styleId="ListBullet3">
    <w:name w:val="List Bullet 3"/>
    <w:basedOn w:val="Normal"/>
    <w:uiPriority w:val="99"/>
    <w:unhideWhenUsed/>
    <w:rsid w:val="00A06E85"/>
    <w:pPr>
      <w:numPr>
        <w:numId w:val="3"/>
      </w:numPr>
      <w:contextualSpacing/>
    </w:pPr>
  </w:style>
  <w:style w:type="paragraph" w:styleId="ListNumber">
    <w:name w:val="List Number"/>
    <w:basedOn w:val="Normal"/>
    <w:uiPriority w:val="99"/>
    <w:unhideWhenUsed/>
    <w:rsid w:val="00A06E85"/>
    <w:pPr>
      <w:numPr>
        <w:numId w:val="4"/>
      </w:numPr>
      <w:contextualSpacing/>
    </w:pPr>
  </w:style>
  <w:style w:type="paragraph" w:styleId="ListNumber2">
    <w:name w:val="List Number 2"/>
    <w:basedOn w:val="Normal"/>
    <w:uiPriority w:val="99"/>
    <w:unhideWhenUsed/>
    <w:rsid w:val="00A06E85"/>
    <w:pPr>
      <w:numPr>
        <w:numId w:val="5"/>
      </w:numPr>
      <w:contextualSpacing/>
    </w:pPr>
  </w:style>
  <w:style w:type="paragraph" w:styleId="ListNumber3">
    <w:name w:val="List Number 3"/>
    <w:basedOn w:val="Normal"/>
    <w:uiPriority w:val="99"/>
    <w:unhideWhenUsed/>
    <w:rsid w:val="00A06E85"/>
    <w:pPr>
      <w:numPr>
        <w:numId w:val="6"/>
      </w:numPr>
      <w:contextualSpacing/>
    </w:pPr>
  </w:style>
  <w:style w:type="paragraph" w:styleId="ListContinue">
    <w:name w:val="List Continue"/>
    <w:basedOn w:val="Normal"/>
    <w:uiPriority w:val="99"/>
    <w:unhideWhenUsed/>
    <w:rsid w:val="00A06E85"/>
    <w:pPr>
      <w:spacing w:after="120"/>
      <w:ind w:left="360"/>
      <w:contextualSpacing/>
    </w:pPr>
  </w:style>
  <w:style w:type="paragraph" w:styleId="ListContinue2">
    <w:name w:val="List Continue 2"/>
    <w:basedOn w:val="Normal"/>
    <w:uiPriority w:val="99"/>
    <w:unhideWhenUsed/>
    <w:rsid w:val="00A06E85"/>
    <w:pPr>
      <w:spacing w:after="120"/>
      <w:ind w:left="720"/>
      <w:contextualSpacing/>
    </w:pPr>
  </w:style>
  <w:style w:type="paragraph" w:styleId="ListContinue3">
    <w:name w:val="List Continue 3"/>
    <w:basedOn w:val="Normal"/>
    <w:uiPriority w:val="99"/>
    <w:unhideWhenUsed/>
    <w:rsid w:val="00A06E85"/>
    <w:pPr>
      <w:spacing w:after="120"/>
      <w:ind w:left="1080"/>
      <w:contextualSpacing/>
    </w:pPr>
  </w:style>
  <w:style w:type="paragraph" w:styleId="MacroText">
    <w:name w:val="macro"/>
    <w:link w:val="MacroTextChar"/>
    <w:uiPriority w:val="99"/>
    <w:unhideWhenUsed/>
    <w:rsid w:val="00A06E85"/>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A06E85"/>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A40B95"/>
    <w:pPr>
      <w:spacing w:line="240" w:lineRule="auto"/>
    </w:pPr>
    <w:rPr>
      <w:b/>
      <w:bCs/>
      <w:smallCaps/>
      <w:color w:val="212121" w:themeColor="text2"/>
    </w:rPr>
  </w:style>
  <w:style w:type="character" w:styleId="Strong">
    <w:name w:val="Strong"/>
    <w:basedOn w:val="DefaultParagraphFont"/>
    <w:uiPriority w:val="22"/>
    <w:qFormat/>
    <w:rsid w:val="00A40B95"/>
    <w:rPr>
      <w:b/>
      <w:bCs/>
    </w:rPr>
  </w:style>
  <w:style w:type="character" w:styleId="Emphasis">
    <w:name w:val="Emphasis"/>
    <w:basedOn w:val="DefaultParagraphFont"/>
    <w:uiPriority w:val="20"/>
    <w:qFormat/>
    <w:rsid w:val="00A40B95"/>
    <w:rPr>
      <w:i/>
      <w:iCs/>
    </w:rPr>
  </w:style>
  <w:style w:type="character" w:styleId="SubtleEmphasis">
    <w:name w:val="Subtle Emphasis"/>
    <w:basedOn w:val="DefaultParagraphFont"/>
    <w:uiPriority w:val="19"/>
    <w:qFormat/>
    <w:rsid w:val="00A40B95"/>
    <w:rPr>
      <w:i/>
      <w:iCs/>
      <w:color w:val="595959" w:themeColor="text1" w:themeTint="A6"/>
    </w:rPr>
  </w:style>
  <w:style w:type="character" w:styleId="SubtleReference">
    <w:name w:val="Subtle Reference"/>
    <w:basedOn w:val="DefaultParagraphFont"/>
    <w:uiPriority w:val="31"/>
    <w:qFormat/>
    <w:rsid w:val="00A40B95"/>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40B95"/>
    <w:rPr>
      <w:b/>
      <w:bCs/>
      <w:smallCaps/>
      <w:spacing w:val="10"/>
    </w:rPr>
  </w:style>
  <w:style w:type="paragraph" w:styleId="TOCHeading">
    <w:name w:val="TOC Heading"/>
    <w:basedOn w:val="Heading1"/>
    <w:next w:val="Normal"/>
    <w:uiPriority w:val="39"/>
    <w:semiHidden/>
    <w:unhideWhenUsed/>
    <w:qFormat/>
    <w:rsid w:val="00A40B95"/>
    <w:pPr>
      <w:outlineLvl w:val="9"/>
    </w:pPr>
  </w:style>
  <w:style w:type="table" w:styleId="TableGrid">
    <w:name w:val="Table Grid"/>
    <w:basedOn w:val="TableNormal"/>
    <w:uiPriority w:val="59"/>
    <w:rsid w:val="00A06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A06E8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A06E85"/>
    <w:pPr>
      <w:spacing w:after="0" w:line="240" w:lineRule="auto"/>
    </w:pPr>
    <w:rPr>
      <w:color w:val="61721F" w:themeColor="accent1" w:themeShade="BF"/>
    </w:rPr>
    <w:tblPr>
      <w:tblStyleRowBandSize w:val="1"/>
      <w:tblStyleColBandSize w:val="1"/>
      <w:tblBorders>
        <w:top w:val="single" w:sz="8" w:space="0" w:color="83992A" w:themeColor="accent1"/>
        <w:bottom w:val="single" w:sz="8" w:space="0" w:color="83992A" w:themeColor="accent1"/>
      </w:tblBorders>
    </w:tblPr>
    <w:tblStylePr w:type="firstRow">
      <w:pPr>
        <w:spacing w:before="0" w:after="0" w:line="240" w:lineRule="auto"/>
      </w:pPr>
      <w:rPr>
        <w:b/>
        <w:bCs/>
      </w:rPr>
      <w:tblPr/>
      <w:tcPr>
        <w:tcBorders>
          <w:top w:val="single" w:sz="8" w:space="0" w:color="83992A" w:themeColor="accent1"/>
          <w:left w:val="nil"/>
          <w:bottom w:val="single" w:sz="8" w:space="0" w:color="83992A" w:themeColor="accent1"/>
          <w:right w:val="nil"/>
          <w:insideH w:val="nil"/>
          <w:insideV w:val="nil"/>
        </w:tcBorders>
      </w:tcPr>
    </w:tblStylePr>
    <w:tblStylePr w:type="lastRow">
      <w:pPr>
        <w:spacing w:before="0" w:after="0" w:line="240" w:lineRule="auto"/>
      </w:pPr>
      <w:rPr>
        <w:b/>
        <w:bCs/>
      </w:rPr>
      <w:tblPr/>
      <w:tcPr>
        <w:tcBorders>
          <w:top w:val="single" w:sz="8" w:space="0" w:color="83992A" w:themeColor="accent1"/>
          <w:left w:val="nil"/>
          <w:bottom w:val="single" w:sz="8" w:space="0" w:color="83992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EC1" w:themeFill="accent1" w:themeFillTint="3F"/>
      </w:tcPr>
    </w:tblStylePr>
    <w:tblStylePr w:type="band1Horz">
      <w:tblPr/>
      <w:tcPr>
        <w:tcBorders>
          <w:left w:val="nil"/>
          <w:right w:val="nil"/>
          <w:insideH w:val="nil"/>
          <w:insideV w:val="nil"/>
        </w:tcBorders>
        <w:shd w:val="clear" w:color="auto" w:fill="E5EEC1" w:themeFill="accent1" w:themeFillTint="3F"/>
      </w:tcPr>
    </w:tblStylePr>
  </w:style>
  <w:style w:type="table" w:styleId="LightShading-Accent2">
    <w:name w:val="Light Shading Accent 2"/>
    <w:basedOn w:val="TableNormal"/>
    <w:uiPriority w:val="60"/>
    <w:rsid w:val="00A06E85"/>
    <w:pPr>
      <w:spacing w:after="0" w:line="240" w:lineRule="auto"/>
    </w:pPr>
    <w:rPr>
      <w:color w:val="2D7153" w:themeColor="accent2" w:themeShade="BF"/>
    </w:rPr>
    <w:tblPr>
      <w:tblStyleRowBandSize w:val="1"/>
      <w:tblStyleColBandSize w:val="1"/>
      <w:tblBorders>
        <w:top w:val="single" w:sz="8" w:space="0" w:color="3C9770" w:themeColor="accent2"/>
        <w:bottom w:val="single" w:sz="8" w:space="0" w:color="3C9770" w:themeColor="accent2"/>
      </w:tblBorders>
    </w:tblPr>
    <w:tblStylePr w:type="firstRow">
      <w:pPr>
        <w:spacing w:before="0" w:after="0" w:line="240" w:lineRule="auto"/>
      </w:pPr>
      <w:rPr>
        <w:b/>
        <w:bCs/>
      </w:rPr>
      <w:tblPr/>
      <w:tcPr>
        <w:tcBorders>
          <w:top w:val="single" w:sz="8" w:space="0" w:color="3C9770" w:themeColor="accent2"/>
          <w:left w:val="nil"/>
          <w:bottom w:val="single" w:sz="8" w:space="0" w:color="3C9770" w:themeColor="accent2"/>
          <w:right w:val="nil"/>
          <w:insideH w:val="nil"/>
          <w:insideV w:val="nil"/>
        </w:tcBorders>
      </w:tcPr>
    </w:tblStylePr>
    <w:tblStylePr w:type="lastRow">
      <w:pPr>
        <w:spacing w:before="0" w:after="0" w:line="240" w:lineRule="auto"/>
      </w:pPr>
      <w:rPr>
        <w:b/>
        <w:bCs/>
      </w:rPr>
      <w:tblPr/>
      <w:tcPr>
        <w:tcBorders>
          <w:top w:val="single" w:sz="8" w:space="0" w:color="3C9770" w:themeColor="accent2"/>
          <w:left w:val="nil"/>
          <w:bottom w:val="single" w:sz="8" w:space="0" w:color="3C977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ADC" w:themeFill="accent2" w:themeFillTint="3F"/>
      </w:tcPr>
    </w:tblStylePr>
    <w:tblStylePr w:type="band1Horz">
      <w:tblPr/>
      <w:tcPr>
        <w:tcBorders>
          <w:left w:val="nil"/>
          <w:right w:val="nil"/>
          <w:insideH w:val="nil"/>
          <w:insideV w:val="nil"/>
        </w:tcBorders>
        <w:shd w:val="clear" w:color="auto" w:fill="CAEADC" w:themeFill="accent2" w:themeFillTint="3F"/>
      </w:tcPr>
    </w:tblStylePr>
  </w:style>
  <w:style w:type="table" w:styleId="LightShading-Accent3">
    <w:name w:val="Light Shading Accent 3"/>
    <w:basedOn w:val="TableNormal"/>
    <w:uiPriority w:val="60"/>
    <w:rsid w:val="00A06E85"/>
    <w:pPr>
      <w:spacing w:after="0" w:line="240" w:lineRule="auto"/>
    </w:pPr>
    <w:rPr>
      <w:color w:val="335375" w:themeColor="accent3" w:themeShade="BF"/>
    </w:rPr>
    <w:tblPr>
      <w:tblStyleRowBandSize w:val="1"/>
      <w:tblStyleColBandSize w:val="1"/>
      <w:tblBorders>
        <w:top w:val="single" w:sz="8" w:space="0" w:color="44709D" w:themeColor="accent3"/>
        <w:bottom w:val="single" w:sz="8" w:space="0" w:color="44709D" w:themeColor="accent3"/>
      </w:tblBorders>
    </w:tblPr>
    <w:tblStylePr w:type="firstRow">
      <w:pPr>
        <w:spacing w:before="0" w:after="0" w:line="240" w:lineRule="auto"/>
      </w:pPr>
      <w:rPr>
        <w:b/>
        <w:bCs/>
      </w:rPr>
      <w:tblPr/>
      <w:tcPr>
        <w:tcBorders>
          <w:top w:val="single" w:sz="8" w:space="0" w:color="44709D" w:themeColor="accent3"/>
          <w:left w:val="nil"/>
          <w:bottom w:val="single" w:sz="8" w:space="0" w:color="44709D" w:themeColor="accent3"/>
          <w:right w:val="nil"/>
          <w:insideH w:val="nil"/>
          <w:insideV w:val="nil"/>
        </w:tcBorders>
      </w:tcPr>
    </w:tblStylePr>
    <w:tblStylePr w:type="lastRow">
      <w:pPr>
        <w:spacing w:before="0" w:after="0" w:line="240" w:lineRule="auto"/>
      </w:pPr>
      <w:rPr>
        <w:b/>
        <w:bCs/>
      </w:rPr>
      <w:tblPr/>
      <w:tcPr>
        <w:tcBorders>
          <w:top w:val="single" w:sz="8" w:space="0" w:color="44709D" w:themeColor="accent3"/>
          <w:left w:val="nil"/>
          <w:bottom w:val="single" w:sz="8" w:space="0" w:color="44709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DDBE9" w:themeFill="accent3" w:themeFillTint="3F"/>
      </w:tcPr>
    </w:tblStylePr>
    <w:tblStylePr w:type="band1Horz">
      <w:tblPr/>
      <w:tcPr>
        <w:tcBorders>
          <w:left w:val="nil"/>
          <w:right w:val="nil"/>
          <w:insideH w:val="nil"/>
          <w:insideV w:val="nil"/>
        </w:tcBorders>
        <w:shd w:val="clear" w:color="auto" w:fill="CDDBE9" w:themeFill="accent3" w:themeFillTint="3F"/>
      </w:tcPr>
    </w:tblStylePr>
  </w:style>
  <w:style w:type="table" w:styleId="LightShading-Accent4">
    <w:name w:val="Light Shading Accent 4"/>
    <w:basedOn w:val="TableNormal"/>
    <w:uiPriority w:val="60"/>
    <w:rsid w:val="00A06E85"/>
    <w:pPr>
      <w:spacing w:after="0" w:line="240" w:lineRule="auto"/>
    </w:pPr>
    <w:rPr>
      <w:color w:val="792C26" w:themeColor="accent4" w:themeShade="BF"/>
    </w:rPr>
    <w:tblPr>
      <w:tblStyleRowBandSize w:val="1"/>
      <w:tblStyleColBandSize w:val="1"/>
      <w:tblBorders>
        <w:top w:val="single" w:sz="8" w:space="0" w:color="A23C33" w:themeColor="accent4"/>
        <w:bottom w:val="single" w:sz="8" w:space="0" w:color="A23C33" w:themeColor="accent4"/>
      </w:tblBorders>
    </w:tblPr>
    <w:tblStylePr w:type="firstRow">
      <w:pPr>
        <w:spacing w:before="0" w:after="0" w:line="240" w:lineRule="auto"/>
      </w:pPr>
      <w:rPr>
        <w:b/>
        <w:bCs/>
      </w:rPr>
      <w:tblPr/>
      <w:tcPr>
        <w:tcBorders>
          <w:top w:val="single" w:sz="8" w:space="0" w:color="A23C33" w:themeColor="accent4"/>
          <w:left w:val="nil"/>
          <w:bottom w:val="single" w:sz="8" w:space="0" w:color="A23C33" w:themeColor="accent4"/>
          <w:right w:val="nil"/>
          <w:insideH w:val="nil"/>
          <w:insideV w:val="nil"/>
        </w:tcBorders>
      </w:tcPr>
    </w:tblStylePr>
    <w:tblStylePr w:type="lastRow">
      <w:pPr>
        <w:spacing w:before="0" w:after="0" w:line="240" w:lineRule="auto"/>
      </w:pPr>
      <w:rPr>
        <w:b/>
        <w:bCs/>
      </w:rPr>
      <w:tblPr/>
      <w:tcPr>
        <w:tcBorders>
          <w:top w:val="single" w:sz="8" w:space="0" w:color="A23C33" w:themeColor="accent4"/>
          <w:left w:val="nil"/>
          <w:bottom w:val="single" w:sz="8" w:space="0" w:color="A23C3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C9C6" w:themeFill="accent4" w:themeFillTint="3F"/>
      </w:tcPr>
    </w:tblStylePr>
    <w:tblStylePr w:type="band1Horz">
      <w:tblPr/>
      <w:tcPr>
        <w:tcBorders>
          <w:left w:val="nil"/>
          <w:right w:val="nil"/>
          <w:insideH w:val="nil"/>
          <w:insideV w:val="nil"/>
        </w:tcBorders>
        <w:shd w:val="clear" w:color="auto" w:fill="EDC9C6" w:themeFill="accent4" w:themeFillTint="3F"/>
      </w:tcPr>
    </w:tblStylePr>
  </w:style>
  <w:style w:type="table" w:styleId="LightShading-Accent5">
    <w:name w:val="Light Shading Accent 5"/>
    <w:basedOn w:val="TableNormal"/>
    <w:uiPriority w:val="60"/>
    <w:rsid w:val="00A06E85"/>
    <w:pPr>
      <w:spacing w:after="0" w:line="240" w:lineRule="auto"/>
    </w:pPr>
    <w:rPr>
      <w:color w:val="A3591D" w:themeColor="accent5" w:themeShade="BF"/>
    </w:rPr>
    <w:tblPr>
      <w:tblStyleRowBandSize w:val="1"/>
      <w:tblStyleColBandSize w:val="1"/>
      <w:tblBorders>
        <w:top w:val="single" w:sz="8" w:space="0" w:color="D97828" w:themeColor="accent5"/>
        <w:bottom w:val="single" w:sz="8" w:space="0" w:color="D97828" w:themeColor="accent5"/>
      </w:tblBorders>
    </w:tblPr>
    <w:tblStylePr w:type="firstRow">
      <w:pPr>
        <w:spacing w:before="0" w:after="0" w:line="240" w:lineRule="auto"/>
      </w:pPr>
      <w:rPr>
        <w:b/>
        <w:bCs/>
      </w:rPr>
      <w:tblPr/>
      <w:tcPr>
        <w:tcBorders>
          <w:top w:val="single" w:sz="8" w:space="0" w:color="D97828" w:themeColor="accent5"/>
          <w:left w:val="nil"/>
          <w:bottom w:val="single" w:sz="8" w:space="0" w:color="D97828" w:themeColor="accent5"/>
          <w:right w:val="nil"/>
          <w:insideH w:val="nil"/>
          <w:insideV w:val="nil"/>
        </w:tcBorders>
      </w:tcPr>
    </w:tblStylePr>
    <w:tblStylePr w:type="lastRow">
      <w:pPr>
        <w:spacing w:before="0" w:after="0" w:line="240" w:lineRule="auto"/>
      </w:pPr>
      <w:rPr>
        <w:b/>
        <w:bCs/>
      </w:rPr>
      <w:tblPr/>
      <w:tcPr>
        <w:tcBorders>
          <w:top w:val="single" w:sz="8" w:space="0" w:color="D97828" w:themeColor="accent5"/>
          <w:left w:val="nil"/>
          <w:bottom w:val="single" w:sz="8" w:space="0" w:color="D9782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DC9" w:themeFill="accent5" w:themeFillTint="3F"/>
      </w:tcPr>
    </w:tblStylePr>
    <w:tblStylePr w:type="band1Horz">
      <w:tblPr/>
      <w:tcPr>
        <w:tcBorders>
          <w:left w:val="nil"/>
          <w:right w:val="nil"/>
          <w:insideH w:val="nil"/>
          <w:insideV w:val="nil"/>
        </w:tcBorders>
        <w:shd w:val="clear" w:color="auto" w:fill="F5DDC9" w:themeFill="accent5" w:themeFillTint="3F"/>
      </w:tcPr>
    </w:tblStylePr>
  </w:style>
  <w:style w:type="table" w:styleId="LightShading-Accent6">
    <w:name w:val="Light Shading Accent 6"/>
    <w:basedOn w:val="TableNormal"/>
    <w:uiPriority w:val="60"/>
    <w:rsid w:val="00A06E85"/>
    <w:pPr>
      <w:spacing w:after="0" w:line="240" w:lineRule="auto"/>
    </w:pPr>
    <w:rPr>
      <w:color w:val="B68C1F" w:themeColor="accent6" w:themeShade="BF"/>
    </w:rPr>
    <w:tblPr>
      <w:tblStyleRowBandSize w:val="1"/>
      <w:tblStyleColBandSize w:val="1"/>
      <w:tblBorders>
        <w:top w:val="single" w:sz="8" w:space="0" w:color="DEB340" w:themeColor="accent6"/>
        <w:bottom w:val="single" w:sz="8" w:space="0" w:color="DEB340" w:themeColor="accent6"/>
      </w:tblBorders>
    </w:tblPr>
    <w:tblStylePr w:type="firstRow">
      <w:pPr>
        <w:spacing w:before="0" w:after="0" w:line="240" w:lineRule="auto"/>
      </w:pPr>
      <w:rPr>
        <w:b/>
        <w:bCs/>
      </w:rPr>
      <w:tblPr/>
      <w:tcPr>
        <w:tcBorders>
          <w:top w:val="single" w:sz="8" w:space="0" w:color="DEB340" w:themeColor="accent6"/>
          <w:left w:val="nil"/>
          <w:bottom w:val="single" w:sz="8" w:space="0" w:color="DEB340" w:themeColor="accent6"/>
          <w:right w:val="nil"/>
          <w:insideH w:val="nil"/>
          <w:insideV w:val="nil"/>
        </w:tcBorders>
      </w:tcPr>
    </w:tblStylePr>
    <w:tblStylePr w:type="lastRow">
      <w:pPr>
        <w:spacing w:before="0" w:after="0" w:line="240" w:lineRule="auto"/>
      </w:pPr>
      <w:rPr>
        <w:b/>
        <w:bCs/>
      </w:rPr>
      <w:tblPr/>
      <w:tcPr>
        <w:tcBorders>
          <w:top w:val="single" w:sz="8" w:space="0" w:color="DEB340" w:themeColor="accent6"/>
          <w:left w:val="nil"/>
          <w:bottom w:val="single" w:sz="8" w:space="0" w:color="DEB3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ECCF" w:themeFill="accent6" w:themeFillTint="3F"/>
      </w:tcPr>
    </w:tblStylePr>
    <w:tblStylePr w:type="band1Horz">
      <w:tblPr/>
      <w:tcPr>
        <w:tcBorders>
          <w:left w:val="nil"/>
          <w:right w:val="nil"/>
          <w:insideH w:val="nil"/>
          <w:insideV w:val="nil"/>
        </w:tcBorders>
        <w:shd w:val="clear" w:color="auto" w:fill="F6ECCF" w:themeFill="accent6" w:themeFillTint="3F"/>
      </w:tcPr>
    </w:tblStylePr>
  </w:style>
  <w:style w:type="table" w:styleId="LightList">
    <w:name w:val="Light List"/>
    <w:basedOn w:val="TableNormal"/>
    <w:uiPriority w:val="61"/>
    <w:rsid w:val="00A06E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A06E85"/>
    <w:pPr>
      <w:spacing w:after="0" w:line="240" w:lineRule="auto"/>
    </w:pPr>
    <w:tblPr>
      <w:tblStyleRowBandSize w:val="1"/>
      <w:tblStyleColBandSize w:val="1"/>
      <w:tblBorders>
        <w:top w:val="single" w:sz="8" w:space="0" w:color="83992A" w:themeColor="accent1"/>
        <w:left w:val="single" w:sz="8" w:space="0" w:color="83992A" w:themeColor="accent1"/>
        <w:bottom w:val="single" w:sz="8" w:space="0" w:color="83992A" w:themeColor="accent1"/>
        <w:right w:val="single" w:sz="8" w:space="0" w:color="83992A" w:themeColor="accent1"/>
      </w:tblBorders>
    </w:tblPr>
    <w:tblStylePr w:type="firstRow">
      <w:pPr>
        <w:spacing w:before="0" w:after="0" w:line="240" w:lineRule="auto"/>
      </w:pPr>
      <w:rPr>
        <w:b/>
        <w:bCs/>
        <w:color w:val="FFFFFF" w:themeColor="background1"/>
      </w:rPr>
      <w:tblPr/>
      <w:tcPr>
        <w:shd w:val="clear" w:color="auto" w:fill="83992A" w:themeFill="accent1"/>
      </w:tcPr>
    </w:tblStylePr>
    <w:tblStylePr w:type="lastRow">
      <w:pPr>
        <w:spacing w:before="0" w:after="0" w:line="240" w:lineRule="auto"/>
      </w:pPr>
      <w:rPr>
        <w:b/>
        <w:bCs/>
      </w:rPr>
      <w:tblPr/>
      <w:tcPr>
        <w:tcBorders>
          <w:top w:val="double" w:sz="6" w:space="0" w:color="83992A" w:themeColor="accent1"/>
          <w:left w:val="single" w:sz="8" w:space="0" w:color="83992A" w:themeColor="accent1"/>
          <w:bottom w:val="single" w:sz="8" w:space="0" w:color="83992A" w:themeColor="accent1"/>
          <w:right w:val="single" w:sz="8" w:space="0" w:color="83992A" w:themeColor="accent1"/>
        </w:tcBorders>
      </w:tcPr>
    </w:tblStylePr>
    <w:tblStylePr w:type="firstCol">
      <w:rPr>
        <w:b/>
        <w:bCs/>
      </w:rPr>
    </w:tblStylePr>
    <w:tblStylePr w:type="lastCol">
      <w:rPr>
        <w:b/>
        <w:bCs/>
      </w:rPr>
    </w:tblStylePr>
    <w:tblStylePr w:type="band1Vert">
      <w:tblPr/>
      <w:tcPr>
        <w:tcBorders>
          <w:top w:val="single" w:sz="8" w:space="0" w:color="83992A" w:themeColor="accent1"/>
          <w:left w:val="single" w:sz="8" w:space="0" w:color="83992A" w:themeColor="accent1"/>
          <w:bottom w:val="single" w:sz="8" w:space="0" w:color="83992A" w:themeColor="accent1"/>
          <w:right w:val="single" w:sz="8" w:space="0" w:color="83992A" w:themeColor="accent1"/>
        </w:tcBorders>
      </w:tcPr>
    </w:tblStylePr>
    <w:tblStylePr w:type="band1Horz">
      <w:tblPr/>
      <w:tcPr>
        <w:tcBorders>
          <w:top w:val="single" w:sz="8" w:space="0" w:color="83992A" w:themeColor="accent1"/>
          <w:left w:val="single" w:sz="8" w:space="0" w:color="83992A" w:themeColor="accent1"/>
          <w:bottom w:val="single" w:sz="8" w:space="0" w:color="83992A" w:themeColor="accent1"/>
          <w:right w:val="single" w:sz="8" w:space="0" w:color="83992A" w:themeColor="accent1"/>
        </w:tcBorders>
      </w:tcPr>
    </w:tblStylePr>
  </w:style>
  <w:style w:type="table" w:styleId="LightList-Accent2">
    <w:name w:val="Light List Accent 2"/>
    <w:basedOn w:val="TableNormal"/>
    <w:uiPriority w:val="61"/>
    <w:rsid w:val="00A06E85"/>
    <w:pPr>
      <w:spacing w:after="0" w:line="240" w:lineRule="auto"/>
    </w:pPr>
    <w:tblPr>
      <w:tblStyleRowBandSize w:val="1"/>
      <w:tblStyleColBandSize w:val="1"/>
      <w:tblBorders>
        <w:top w:val="single" w:sz="8" w:space="0" w:color="3C9770" w:themeColor="accent2"/>
        <w:left w:val="single" w:sz="8" w:space="0" w:color="3C9770" w:themeColor="accent2"/>
        <w:bottom w:val="single" w:sz="8" w:space="0" w:color="3C9770" w:themeColor="accent2"/>
        <w:right w:val="single" w:sz="8" w:space="0" w:color="3C9770" w:themeColor="accent2"/>
      </w:tblBorders>
    </w:tblPr>
    <w:tblStylePr w:type="firstRow">
      <w:pPr>
        <w:spacing w:before="0" w:after="0" w:line="240" w:lineRule="auto"/>
      </w:pPr>
      <w:rPr>
        <w:b/>
        <w:bCs/>
        <w:color w:val="FFFFFF" w:themeColor="background1"/>
      </w:rPr>
      <w:tblPr/>
      <w:tcPr>
        <w:shd w:val="clear" w:color="auto" w:fill="3C9770" w:themeFill="accent2"/>
      </w:tcPr>
    </w:tblStylePr>
    <w:tblStylePr w:type="lastRow">
      <w:pPr>
        <w:spacing w:before="0" w:after="0" w:line="240" w:lineRule="auto"/>
      </w:pPr>
      <w:rPr>
        <w:b/>
        <w:bCs/>
      </w:rPr>
      <w:tblPr/>
      <w:tcPr>
        <w:tcBorders>
          <w:top w:val="double" w:sz="6" w:space="0" w:color="3C9770" w:themeColor="accent2"/>
          <w:left w:val="single" w:sz="8" w:space="0" w:color="3C9770" w:themeColor="accent2"/>
          <w:bottom w:val="single" w:sz="8" w:space="0" w:color="3C9770" w:themeColor="accent2"/>
          <w:right w:val="single" w:sz="8" w:space="0" w:color="3C9770" w:themeColor="accent2"/>
        </w:tcBorders>
      </w:tcPr>
    </w:tblStylePr>
    <w:tblStylePr w:type="firstCol">
      <w:rPr>
        <w:b/>
        <w:bCs/>
      </w:rPr>
    </w:tblStylePr>
    <w:tblStylePr w:type="lastCol">
      <w:rPr>
        <w:b/>
        <w:bCs/>
      </w:rPr>
    </w:tblStylePr>
    <w:tblStylePr w:type="band1Vert">
      <w:tblPr/>
      <w:tcPr>
        <w:tcBorders>
          <w:top w:val="single" w:sz="8" w:space="0" w:color="3C9770" w:themeColor="accent2"/>
          <w:left w:val="single" w:sz="8" w:space="0" w:color="3C9770" w:themeColor="accent2"/>
          <w:bottom w:val="single" w:sz="8" w:space="0" w:color="3C9770" w:themeColor="accent2"/>
          <w:right w:val="single" w:sz="8" w:space="0" w:color="3C9770" w:themeColor="accent2"/>
        </w:tcBorders>
      </w:tcPr>
    </w:tblStylePr>
    <w:tblStylePr w:type="band1Horz">
      <w:tblPr/>
      <w:tcPr>
        <w:tcBorders>
          <w:top w:val="single" w:sz="8" w:space="0" w:color="3C9770" w:themeColor="accent2"/>
          <w:left w:val="single" w:sz="8" w:space="0" w:color="3C9770" w:themeColor="accent2"/>
          <w:bottom w:val="single" w:sz="8" w:space="0" w:color="3C9770" w:themeColor="accent2"/>
          <w:right w:val="single" w:sz="8" w:space="0" w:color="3C9770" w:themeColor="accent2"/>
        </w:tcBorders>
      </w:tcPr>
    </w:tblStylePr>
  </w:style>
  <w:style w:type="table" w:styleId="LightList-Accent3">
    <w:name w:val="Light List Accent 3"/>
    <w:basedOn w:val="TableNormal"/>
    <w:uiPriority w:val="61"/>
    <w:rsid w:val="00A06E85"/>
    <w:pPr>
      <w:spacing w:after="0" w:line="240" w:lineRule="auto"/>
    </w:pPr>
    <w:tblPr>
      <w:tblStyleRowBandSize w:val="1"/>
      <w:tblStyleColBandSize w:val="1"/>
      <w:tblBorders>
        <w:top w:val="single" w:sz="8" w:space="0" w:color="44709D" w:themeColor="accent3"/>
        <w:left w:val="single" w:sz="8" w:space="0" w:color="44709D" w:themeColor="accent3"/>
        <w:bottom w:val="single" w:sz="8" w:space="0" w:color="44709D" w:themeColor="accent3"/>
        <w:right w:val="single" w:sz="8" w:space="0" w:color="44709D" w:themeColor="accent3"/>
      </w:tblBorders>
    </w:tblPr>
    <w:tblStylePr w:type="firstRow">
      <w:pPr>
        <w:spacing w:before="0" w:after="0" w:line="240" w:lineRule="auto"/>
      </w:pPr>
      <w:rPr>
        <w:b/>
        <w:bCs/>
        <w:color w:val="FFFFFF" w:themeColor="background1"/>
      </w:rPr>
      <w:tblPr/>
      <w:tcPr>
        <w:shd w:val="clear" w:color="auto" w:fill="44709D" w:themeFill="accent3"/>
      </w:tcPr>
    </w:tblStylePr>
    <w:tblStylePr w:type="lastRow">
      <w:pPr>
        <w:spacing w:before="0" w:after="0" w:line="240" w:lineRule="auto"/>
      </w:pPr>
      <w:rPr>
        <w:b/>
        <w:bCs/>
      </w:rPr>
      <w:tblPr/>
      <w:tcPr>
        <w:tcBorders>
          <w:top w:val="double" w:sz="6" w:space="0" w:color="44709D" w:themeColor="accent3"/>
          <w:left w:val="single" w:sz="8" w:space="0" w:color="44709D" w:themeColor="accent3"/>
          <w:bottom w:val="single" w:sz="8" w:space="0" w:color="44709D" w:themeColor="accent3"/>
          <w:right w:val="single" w:sz="8" w:space="0" w:color="44709D" w:themeColor="accent3"/>
        </w:tcBorders>
      </w:tcPr>
    </w:tblStylePr>
    <w:tblStylePr w:type="firstCol">
      <w:rPr>
        <w:b/>
        <w:bCs/>
      </w:rPr>
    </w:tblStylePr>
    <w:tblStylePr w:type="lastCol">
      <w:rPr>
        <w:b/>
        <w:bCs/>
      </w:rPr>
    </w:tblStylePr>
    <w:tblStylePr w:type="band1Vert">
      <w:tblPr/>
      <w:tcPr>
        <w:tcBorders>
          <w:top w:val="single" w:sz="8" w:space="0" w:color="44709D" w:themeColor="accent3"/>
          <w:left w:val="single" w:sz="8" w:space="0" w:color="44709D" w:themeColor="accent3"/>
          <w:bottom w:val="single" w:sz="8" w:space="0" w:color="44709D" w:themeColor="accent3"/>
          <w:right w:val="single" w:sz="8" w:space="0" w:color="44709D" w:themeColor="accent3"/>
        </w:tcBorders>
      </w:tcPr>
    </w:tblStylePr>
    <w:tblStylePr w:type="band1Horz">
      <w:tblPr/>
      <w:tcPr>
        <w:tcBorders>
          <w:top w:val="single" w:sz="8" w:space="0" w:color="44709D" w:themeColor="accent3"/>
          <w:left w:val="single" w:sz="8" w:space="0" w:color="44709D" w:themeColor="accent3"/>
          <w:bottom w:val="single" w:sz="8" w:space="0" w:color="44709D" w:themeColor="accent3"/>
          <w:right w:val="single" w:sz="8" w:space="0" w:color="44709D" w:themeColor="accent3"/>
        </w:tcBorders>
      </w:tcPr>
    </w:tblStylePr>
  </w:style>
  <w:style w:type="table" w:styleId="LightList-Accent4">
    <w:name w:val="Light List Accent 4"/>
    <w:basedOn w:val="TableNormal"/>
    <w:uiPriority w:val="61"/>
    <w:rsid w:val="00A06E85"/>
    <w:pPr>
      <w:spacing w:after="0" w:line="240" w:lineRule="auto"/>
    </w:pPr>
    <w:tblPr>
      <w:tblStyleRowBandSize w:val="1"/>
      <w:tblStyleColBandSize w:val="1"/>
      <w:tblBorders>
        <w:top w:val="single" w:sz="8" w:space="0" w:color="A23C33" w:themeColor="accent4"/>
        <w:left w:val="single" w:sz="8" w:space="0" w:color="A23C33" w:themeColor="accent4"/>
        <w:bottom w:val="single" w:sz="8" w:space="0" w:color="A23C33" w:themeColor="accent4"/>
        <w:right w:val="single" w:sz="8" w:space="0" w:color="A23C33" w:themeColor="accent4"/>
      </w:tblBorders>
    </w:tblPr>
    <w:tblStylePr w:type="firstRow">
      <w:pPr>
        <w:spacing w:before="0" w:after="0" w:line="240" w:lineRule="auto"/>
      </w:pPr>
      <w:rPr>
        <w:b/>
        <w:bCs/>
        <w:color w:val="FFFFFF" w:themeColor="background1"/>
      </w:rPr>
      <w:tblPr/>
      <w:tcPr>
        <w:shd w:val="clear" w:color="auto" w:fill="A23C33" w:themeFill="accent4"/>
      </w:tcPr>
    </w:tblStylePr>
    <w:tblStylePr w:type="lastRow">
      <w:pPr>
        <w:spacing w:before="0" w:after="0" w:line="240" w:lineRule="auto"/>
      </w:pPr>
      <w:rPr>
        <w:b/>
        <w:bCs/>
      </w:rPr>
      <w:tblPr/>
      <w:tcPr>
        <w:tcBorders>
          <w:top w:val="double" w:sz="6" w:space="0" w:color="A23C33" w:themeColor="accent4"/>
          <w:left w:val="single" w:sz="8" w:space="0" w:color="A23C33" w:themeColor="accent4"/>
          <w:bottom w:val="single" w:sz="8" w:space="0" w:color="A23C33" w:themeColor="accent4"/>
          <w:right w:val="single" w:sz="8" w:space="0" w:color="A23C33" w:themeColor="accent4"/>
        </w:tcBorders>
      </w:tcPr>
    </w:tblStylePr>
    <w:tblStylePr w:type="firstCol">
      <w:rPr>
        <w:b/>
        <w:bCs/>
      </w:rPr>
    </w:tblStylePr>
    <w:tblStylePr w:type="lastCol">
      <w:rPr>
        <w:b/>
        <w:bCs/>
      </w:rPr>
    </w:tblStylePr>
    <w:tblStylePr w:type="band1Vert">
      <w:tblPr/>
      <w:tcPr>
        <w:tcBorders>
          <w:top w:val="single" w:sz="8" w:space="0" w:color="A23C33" w:themeColor="accent4"/>
          <w:left w:val="single" w:sz="8" w:space="0" w:color="A23C33" w:themeColor="accent4"/>
          <w:bottom w:val="single" w:sz="8" w:space="0" w:color="A23C33" w:themeColor="accent4"/>
          <w:right w:val="single" w:sz="8" w:space="0" w:color="A23C33" w:themeColor="accent4"/>
        </w:tcBorders>
      </w:tcPr>
    </w:tblStylePr>
    <w:tblStylePr w:type="band1Horz">
      <w:tblPr/>
      <w:tcPr>
        <w:tcBorders>
          <w:top w:val="single" w:sz="8" w:space="0" w:color="A23C33" w:themeColor="accent4"/>
          <w:left w:val="single" w:sz="8" w:space="0" w:color="A23C33" w:themeColor="accent4"/>
          <w:bottom w:val="single" w:sz="8" w:space="0" w:color="A23C33" w:themeColor="accent4"/>
          <w:right w:val="single" w:sz="8" w:space="0" w:color="A23C33" w:themeColor="accent4"/>
        </w:tcBorders>
      </w:tcPr>
    </w:tblStylePr>
  </w:style>
  <w:style w:type="table" w:styleId="LightList-Accent5">
    <w:name w:val="Light List Accent 5"/>
    <w:basedOn w:val="TableNormal"/>
    <w:uiPriority w:val="61"/>
    <w:rsid w:val="00A06E85"/>
    <w:pPr>
      <w:spacing w:after="0" w:line="240" w:lineRule="auto"/>
    </w:pPr>
    <w:tblPr>
      <w:tblStyleRowBandSize w:val="1"/>
      <w:tblStyleColBandSize w:val="1"/>
      <w:tblBorders>
        <w:top w:val="single" w:sz="8" w:space="0" w:color="D97828" w:themeColor="accent5"/>
        <w:left w:val="single" w:sz="8" w:space="0" w:color="D97828" w:themeColor="accent5"/>
        <w:bottom w:val="single" w:sz="8" w:space="0" w:color="D97828" w:themeColor="accent5"/>
        <w:right w:val="single" w:sz="8" w:space="0" w:color="D97828" w:themeColor="accent5"/>
      </w:tblBorders>
    </w:tblPr>
    <w:tblStylePr w:type="firstRow">
      <w:pPr>
        <w:spacing w:before="0" w:after="0" w:line="240" w:lineRule="auto"/>
      </w:pPr>
      <w:rPr>
        <w:b/>
        <w:bCs/>
        <w:color w:val="FFFFFF" w:themeColor="background1"/>
      </w:rPr>
      <w:tblPr/>
      <w:tcPr>
        <w:shd w:val="clear" w:color="auto" w:fill="D97828" w:themeFill="accent5"/>
      </w:tcPr>
    </w:tblStylePr>
    <w:tblStylePr w:type="lastRow">
      <w:pPr>
        <w:spacing w:before="0" w:after="0" w:line="240" w:lineRule="auto"/>
      </w:pPr>
      <w:rPr>
        <w:b/>
        <w:bCs/>
      </w:rPr>
      <w:tblPr/>
      <w:tcPr>
        <w:tcBorders>
          <w:top w:val="double" w:sz="6" w:space="0" w:color="D97828" w:themeColor="accent5"/>
          <w:left w:val="single" w:sz="8" w:space="0" w:color="D97828" w:themeColor="accent5"/>
          <w:bottom w:val="single" w:sz="8" w:space="0" w:color="D97828" w:themeColor="accent5"/>
          <w:right w:val="single" w:sz="8" w:space="0" w:color="D97828" w:themeColor="accent5"/>
        </w:tcBorders>
      </w:tcPr>
    </w:tblStylePr>
    <w:tblStylePr w:type="firstCol">
      <w:rPr>
        <w:b/>
        <w:bCs/>
      </w:rPr>
    </w:tblStylePr>
    <w:tblStylePr w:type="lastCol">
      <w:rPr>
        <w:b/>
        <w:bCs/>
      </w:rPr>
    </w:tblStylePr>
    <w:tblStylePr w:type="band1Vert">
      <w:tblPr/>
      <w:tcPr>
        <w:tcBorders>
          <w:top w:val="single" w:sz="8" w:space="0" w:color="D97828" w:themeColor="accent5"/>
          <w:left w:val="single" w:sz="8" w:space="0" w:color="D97828" w:themeColor="accent5"/>
          <w:bottom w:val="single" w:sz="8" w:space="0" w:color="D97828" w:themeColor="accent5"/>
          <w:right w:val="single" w:sz="8" w:space="0" w:color="D97828" w:themeColor="accent5"/>
        </w:tcBorders>
      </w:tcPr>
    </w:tblStylePr>
    <w:tblStylePr w:type="band1Horz">
      <w:tblPr/>
      <w:tcPr>
        <w:tcBorders>
          <w:top w:val="single" w:sz="8" w:space="0" w:color="D97828" w:themeColor="accent5"/>
          <w:left w:val="single" w:sz="8" w:space="0" w:color="D97828" w:themeColor="accent5"/>
          <w:bottom w:val="single" w:sz="8" w:space="0" w:color="D97828" w:themeColor="accent5"/>
          <w:right w:val="single" w:sz="8" w:space="0" w:color="D97828" w:themeColor="accent5"/>
        </w:tcBorders>
      </w:tcPr>
    </w:tblStylePr>
  </w:style>
  <w:style w:type="table" w:styleId="LightList-Accent6">
    <w:name w:val="Light List Accent 6"/>
    <w:basedOn w:val="TableNormal"/>
    <w:uiPriority w:val="61"/>
    <w:rsid w:val="00A06E85"/>
    <w:pPr>
      <w:spacing w:after="0" w:line="240" w:lineRule="auto"/>
    </w:pPr>
    <w:tblPr>
      <w:tblStyleRowBandSize w:val="1"/>
      <w:tblStyleColBandSize w:val="1"/>
      <w:tblBorders>
        <w:top w:val="single" w:sz="8" w:space="0" w:color="DEB340" w:themeColor="accent6"/>
        <w:left w:val="single" w:sz="8" w:space="0" w:color="DEB340" w:themeColor="accent6"/>
        <w:bottom w:val="single" w:sz="8" w:space="0" w:color="DEB340" w:themeColor="accent6"/>
        <w:right w:val="single" w:sz="8" w:space="0" w:color="DEB340" w:themeColor="accent6"/>
      </w:tblBorders>
    </w:tblPr>
    <w:tblStylePr w:type="firstRow">
      <w:pPr>
        <w:spacing w:before="0" w:after="0" w:line="240" w:lineRule="auto"/>
      </w:pPr>
      <w:rPr>
        <w:b/>
        <w:bCs/>
        <w:color w:val="FFFFFF" w:themeColor="background1"/>
      </w:rPr>
      <w:tblPr/>
      <w:tcPr>
        <w:shd w:val="clear" w:color="auto" w:fill="DEB340" w:themeFill="accent6"/>
      </w:tcPr>
    </w:tblStylePr>
    <w:tblStylePr w:type="lastRow">
      <w:pPr>
        <w:spacing w:before="0" w:after="0" w:line="240" w:lineRule="auto"/>
      </w:pPr>
      <w:rPr>
        <w:b/>
        <w:bCs/>
      </w:rPr>
      <w:tblPr/>
      <w:tcPr>
        <w:tcBorders>
          <w:top w:val="double" w:sz="6" w:space="0" w:color="DEB340" w:themeColor="accent6"/>
          <w:left w:val="single" w:sz="8" w:space="0" w:color="DEB340" w:themeColor="accent6"/>
          <w:bottom w:val="single" w:sz="8" w:space="0" w:color="DEB340" w:themeColor="accent6"/>
          <w:right w:val="single" w:sz="8" w:space="0" w:color="DEB340" w:themeColor="accent6"/>
        </w:tcBorders>
      </w:tcPr>
    </w:tblStylePr>
    <w:tblStylePr w:type="firstCol">
      <w:rPr>
        <w:b/>
        <w:bCs/>
      </w:rPr>
    </w:tblStylePr>
    <w:tblStylePr w:type="lastCol">
      <w:rPr>
        <w:b/>
        <w:bCs/>
      </w:rPr>
    </w:tblStylePr>
    <w:tblStylePr w:type="band1Vert">
      <w:tblPr/>
      <w:tcPr>
        <w:tcBorders>
          <w:top w:val="single" w:sz="8" w:space="0" w:color="DEB340" w:themeColor="accent6"/>
          <w:left w:val="single" w:sz="8" w:space="0" w:color="DEB340" w:themeColor="accent6"/>
          <w:bottom w:val="single" w:sz="8" w:space="0" w:color="DEB340" w:themeColor="accent6"/>
          <w:right w:val="single" w:sz="8" w:space="0" w:color="DEB340" w:themeColor="accent6"/>
        </w:tcBorders>
      </w:tcPr>
    </w:tblStylePr>
    <w:tblStylePr w:type="band1Horz">
      <w:tblPr/>
      <w:tcPr>
        <w:tcBorders>
          <w:top w:val="single" w:sz="8" w:space="0" w:color="DEB340" w:themeColor="accent6"/>
          <w:left w:val="single" w:sz="8" w:space="0" w:color="DEB340" w:themeColor="accent6"/>
          <w:bottom w:val="single" w:sz="8" w:space="0" w:color="DEB340" w:themeColor="accent6"/>
          <w:right w:val="single" w:sz="8" w:space="0" w:color="DEB340" w:themeColor="accent6"/>
        </w:tcBorders>
      </w:tcPr>
    </w:tblStylePr>
  </w:style>
  <w:style w:type="table" w:styleId="LightGrid">
    <w:name w:val="Light Grid"/>
    <w:basedOn w:val="TableNormal"/>
    <w:uiPriority w:val="62"/>
    <w:rsid w:val="00A06E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A06E85"/>
    <w:pPr>
      <w:spacing w:after="0" w:line="240" w:lineRule="auto"/>
    </w:pPr>
    <w:tblPr>
      <w:tblStyleRowBandSize w:val="1"/>
      <w:tblStyleColBandSize w:val="1"/>
      <w:tblBorders>
        <w:top w:val="single" w:sz="8" w:space="0" w:color="83992A" w:themeColor="accent1"/>
        <w:left w:val="single" w:sz="8" w:space="0" w:color="83992A" w:themeColor="accent1"/>
        <w:bottom w:val="single" w:sz="8" w:space="0" w:color="83992A" w:themeColor="accent1"/>
        <w:right w:val="single" w:sz="8" w:space="0" w:color="83992A" w:themeColor="accent1"/>
        <w:insideH w:val="single" w:sz="8" w:space="0" w:color="83992A" w:themeColor="accent1"/>
        <w:insideV w:val="single" w:sz="8" w:space="0" w:color="83992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3992A" w:themeColor="accent1"/>
          <w:left w:val="single" w:sz="8" w:space="0" w:color="83992A" w:themeColor="accent1"/>
          <w:bottom w:val="single" w:sz="18" w:space="0" w:color="83992A" w:themeColor="accent1"/>
          <w:right w:val="single" w:sz="8" w:space="0" w:color="83992A" w:themeColor="accent1"/>
          <w:insideH w:val="nil"/>
          <w:insideV w:val="single" w:sz="8" w:space="0" w:color="83992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3992A" w:themeColor="accent1"/>
          <w:left w:val="single" w:sz="8" w:space="0" w:color="83992A" w:themeColor="accent1"/>
          <w:bottom w:val="single" w:sz="8" w:space="0" w:color="83992A" w:themeColor="accent1"/>
          <w:right w:val="single" w:sz="8" w:space="0" w:color="83992A" w:themeColor="accent1"/>
          <w:insideH w:val="nil"/>
          <w:insideV w:val="single" w:sz="8" w:space="0" w:color="83992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3992A" w:themeColor="accent1"/>
          <w:left w:val="single" w:sz="8" w:space="0" w:color="83992A" w:themeColor="accent1"/>
          <w:bottom w:val="single" w:sz="8" w:space="0" w:color="83992A" w:themeColor="accent1"/>
          <w:right w:val="single" w:sz="8" w:space="0" w:color="83992A" w:themeColor="accent1"/>
        </w:tcBorders>
      </w:tcPr>
    </w:tblStylePr>
    <w:tblStylePr w:type="band1Vert">
      <w:tblPr/>
      <w:tcPr>
        <w:tcBorders>
          <w:top w:val="single" w:sz="8" w:space="0" w:color="83992A" w:themeColor="accent1"/>
          <w:left w:val="single" w:sz="8" w:space="0" w:color="83992A" w:themeColor="accent1"/>
          <w:bottom w:val="single" w:sz="8" w:space="0" w:color="83992A" w:themeColor="accent1"/>
          <w:right w:val="single" w:sz="8" w:space="0" w:color="83992A" w:themeColor="accent1"/>
        </w:tcBorders>
        <w:shd w:val="clear" w:color="auto" w:fill="E5EEC1" w:themeFill="accent1" w:themeFillTint="3F"/>
      </w:tcPr>
    </w:tblStylePr>
    <w:tblStylePr w:type="band1Horz">
      <w:tblPr/>
      <w:tcPr>
        <w:tcBorders>
          <w:top w:val="single" w:sz="8" w:space="0" w:color="83992A" w:themeColor="accent1"/>
          <w:left w:val="single" w:sz="8" w:space="0" w:color="83992A" w:themeColor="accent1"/>
          <w:bottom w:val="single" w:sz="8" w:space="0" w:color="83992A" w:themeColor="accent1"/>
          <w:right w:val="single" w:sz="8" w:space="0" w:color="83992A" w:themeColor="accent1"/>
          <w:insideV w:val="single" w:sz="8" w:space="0" w:color="83992A" w:themeColor="accent1"/>
        </w:tcBorders>
        <w:shd w:val="clear" w:color="auto" w:fill="E5EEC1" w:themeFill="accent1" w:themeFillTint="3F"/>
      </w:tcPr>
    </w:tblStylePr>
    <w:tblStylePr w:type="band2Horz">
      <w:tblPr/>
      <w:tcPr>
        <w:tcBorders>
          <w:top w:val="single" w:sz="8" w:space="0" w:color="83992A" w:themeColor="accent1"/>
          <w:left w:val="single" w:sz="8" w:space="0" w:color="83992A" w:themeColor="accent1"/>
          <w:bottom w:val="single" w:sz="8" w:space="0" w:color="83992A" w:themeColor="accent1"/>
          <w:right w:val="single" w:sz="8" w:space="0" w:color="83992A" w:themeColor="accent1"/>
          <w:insideV w:val="single" w:sz="8" w:space="0" w:color="83992A" w:themeColor="accent1"/>
        </w:tcBorders>
      </w:tcPr>
    </w:tblStylePr>
  </w:style>
  <w:style w:type="table" w:styleId="LightGrid-Accent2">
    <w:name w:val="Light Grid Accent 2"/>
    <w:basedOn w:val="TableNormal"/>
    <w:uiPriority w:val="62"/>
    <w:rsid w:val="00A06E85"/>
    <w:pPr>
      <w:spacing w:after="0" w:line="240" w:lineRule="auto"/>
    </w:pPr>
    <w:tblPr>
      <w:tblStyleRowBandSize w:val="1"/>
      <w:tblStyleColBandSize w:val="1"/>
      <w:tblBorders>
        <w:top w:val="single" w:sz="8" w:space="0" w:color="3C9770" w:themeColor="accent2"/>
        <w:left w:val="single" w:sz="8" w:space="0" w:color="3C9770" w:themeColor="accent2"/>
        <w:bottom w:val="single" w:sz="8" w:space="0" w:color="3C9770" w:themeColor="accent2"/>
        <w:right w:val="single" w:sz="8" w:space="0" w:color="3C9770" w:themeColor="accent2"/>
        <w:insideH w:val="single" w:sz="8" w:space="0" w:color="3C9770" w:themeColor="accent2"/>
        <w:insideV w:val="single" w:sz="8" w:space="0" w:color="3C977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C9770" w:themeColor="accent2"/>
          <w:left w:val="single" w:sz="8" w:space="0" w:color="3C9770" w:themeColor="accent2"/>
          <w:bottom w:val="single" w:sz="18" w:space="0" w:color="3C9770" w:themeColor="accent2"/>
          <w:right w:val="single" w:sz="8" w:space="0" w:color="3C9770" w:themeColor="accent2"/>
          <w:insideH w:val="nil"/>
          <w:insideV w:val="single" w:sz="8" w:space="0" w:color="3C977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C9770" w:themeColor="accent2"/>
          <w:left w:val="single" w:sz="8" w:space="0" w:color="3C9770" w:themeColor="accent2"/>
          <w:bottom w:val="single" w:sz="8" w:space="0" w:color="3C9770" w:themeColor="accent2"/>
          <w:right w:val="single" w:sz="8" w:space="0" w:color="3C9770" w:themeColor="accent2"/>
          <w:insideH w:val="nil"/>
          <w:insideV w:val="single" w:sz="8" w:space="0" w:color="3C977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C9770" w:themeColor="accent2"/>
          <w:left w:val="single" w:sz="8" w:space="0" w:color="3C9770" w:themeColor="accent2"/>
          <w:bottom w:val="single" w:sz="8" w:space="0" w:color="3C9770" w:themeColor="accent2"/>
          <w:right w:val="single" w:sz="8" w:space="0" w:color="3C9770" w:themeColor="accent2"/>
        </w:tcBorders>
      </w:tcPr>
    </w:tblStylePr>
    <w:tblStylePr w:type="band1Vert">
      <w:tblPr/>
      <w:tcPr>
        <w:tcBorders>
          <w:top w:val="single" w:sz="8" w:space="0" w:color="3C9770" w:themeColor="accent2"/>
          <w:left w:val="single" w:sz="8" w:space="0" w:color="3C9770" w:themeColor="accent2"/>
          <w:bottom w:val="single" w:sz="8" w:space="0" w:color="3C9770" w:themeColor="accent2"/>
          <w:right w:val="single" w:sz="8" w:space="0" w:color="3C9770" w:themeColor="accent2"/>
        </w:tcBorders>
        <w:shd w:val="clear" w:color="auto" w:fill="CAEADC" w:themeFill="accent2" w:themeFillTint="3F"/>
      </w:tcPr>
    </w:tblStylePr>
    <w:tblStylePr w:type="band1Horz">
      <w:tblPr/>
      <w:tcPr>
        <w:tcBorders>
          <w:top w:val="single" w:sz="8" w:space="0" w:color="3C9770" w:themeColor="accent2"/>
          <w:left w:val="single" w:sz="8" w:space="0" w:color="3C9770" w:themeColor="accent2"/>
          <w:bottom w:val="single" w:sz="8" w:space="0" w:color="3C9770" w:themeColor="accent2"/>
          <w:right w:val="single" w:sz="8" w:space="0" w:color="3C9770" w:themeColor="accent2"/>
          <w:insideV w:val="single" w:sz="8" w:space="0" w:color="3C9770" w:themeColor="accent2"/>
        </w:tcBorders>
        <w:shd w:val="clear" w:color="auto" w:fill="CAEADC" w:themeFill="accent2" w:themeFillTint="3F"/>
      </w:tcPr>
    </w:tblStylePr>
    <w:tblStylePr w:type="band2Horz">
      <w:tblPr/>
      <w:tcPr>
        <w:tcBorders>
          <w:top w:val="single" w:sz="8" w:space="0" w:color="3C9770" w:themeColor="accent2"/>
          <w:left w:val="single" w:sz="8" w:space="0" w:color="3C9770" w:themeColor="accent2"/>
          <w:bottom w:val="single" w:sz="8" w:space="0" w:color="3C9770" w:themeColor="accent2"/>
          <w:right w:val="single" w:sz="8" w:space="0" w:color="3C9770" w:themeColor="accent2"/>
          <w:insideV w:val="single" w:sz="8" w:space="0" w:color="3C9770" w:themeColor="accent2"/>
        </w:tcBorders>
      </w:tcPr>
    </w:tblStylePr>
  </w:style>
  <w:style w:type="table" w:styleId="LightGrid-Accent3">
    <w:name w:val="Light Grid Accent 3"/>
    <w:basedOn w:val="TableNormal"/>
    <w:uiPriority w:val="62"/>
    <w:rsid w:val="00A06E85"/>
    <w:pPr>
      <w:spacing w:after="0" w:line="240" w:lineRule="auto"/>
    </w:pPr>
    <w:tblPr>
      <w:tblStyleRowBandSize w:val="1"/>
      <w:tblStyleColBandSize w:val="1"/>
      <w:tblBorders>
        <w:top w:val="single" w:sz="8" w:space="0" w:color="44709D" w:themeColor="accent3"/>
        <w:left w:val="single" w:sz="8" w:space="0" w:color="44709D" w:themeColor="accent3"/>
        <w:bottom w:val="single" w:sz="8" w:space="0" w:color="44709D" w:themeColor="accent3"/>
        <w:right w:val="single" w:sz="8" w:space="0" w:color="44709D" w:themeColor="accent3"/>
        <w:insideH w:val="single" w:sz="8" w:space="0" w:color="44709D" w:themeColor="accent3"/>
        <w:insideV w:val="single" w:sz="8" w:space="0" w:color="44709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09D" w:themeColor="accent3"/>
          <w:left w:val="single" w:sz="8" w:space="0" w:color="44709D" w:themeColor="accent3"/>
          <w:bottom w:val="single" w:sz="18" w:space="0" w:color="44709D" w:themeColor="accent3"/>
          <w:right w:val="single" w:sz="8" w:space="0" w:color="44709D" w:themeColor="accent3"/>
          <w:insideH w:val="nil"/>
          <w:insideV w:val="single" w:sz="8" w:space="0" w:color="44709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09D" w:themeColor="accent3"/>
          <w:left w:val="single" w:sz="8" w:space="0" w:color="44709D" w:themeColor="accent3"/>
          <w:bottom w:val="single" w:sz="8" w:space="0" w:color="44709D" w:themeColor="accent3"/>
          <w:right w:val="single" w:sz="8" w:space="0" w:color="44709D" w:themeColor="accent3"/>
          <w:insideH w:val="nil"/>
          <w:insideV w:val="single" w:sz="8" w:space="0" w:color="44709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09D" w:themeColor="accent3"/>
          <w:left w:val="single" w:sz="8" w:space="0" w:color="44709D" w:themeColor="accent3"/>
          <w:bottom w:val="single" w:sz="8" w:space="0" w:color="44709D" w:themeColor="accent3"/>
          <w:right w:val="single" w:sz="8" w:space="0" w:color="44709D" w:themeColor="accent3"/>
        </w:tcBorders>
      </w:tcPr>
    </w:tblStylePr>
    <w:tblStylePr w:type="band1Vert">
      <w:tblPr/>
      <w:tcPr>
        <w:tcBorders>
          <w:top w:val="single" w:sz="8" w:space="0" w:color="44709D" w:themeColor="accent3"/>
          <w:left w:val="single" w:sz="8" w:space="0" w:color="44709D" w:themeColor="accent3"/>
          <w:bottom w:val="single" w:sz="8" w:space="0" w:color="44709D" w:themeColor="accent3"/>
          <w:right w:val="single" w:sz="8" w:space="0" w:color="44709D" w:themeColor="accent3"/>
        </w:tcBorders>
        <w:shd w:val="clear" w:color="auto" w:fill="CDDBE9" w:themeFill="accent3" w:themeFillTint="3F"/>
      </w:tcPr>
    </w:tblStylePr>
    <w:tblStylePr w:type="band1Horz">
      <w:tblPr/>
      <w:tcPr>
        <w:tcBorders>
          <w:top w:val="single" w:sz="8" w:space="0" w:color="44709D" w:themeColor="accent3"/>
          <w:left w:val="single" w:sz="8" w:space="0" w:color="44709D" w:themeColor="accent3"/>
          <w:bottom w:val="single" w:sz="8" w:space="0" w:color="44709D" w:themeColor="accent3"/>
          <w:right w:val="single" w:sz="8" w:space="0" w:color="44709D" w:themeColor="accent3"/>
          <w:insideV w:val="single" w:sz="8" w:space="0" w:color="44709D" w:themeColor="accent3"/>
        </w:tcBorders>
        <w:shd w:val="clear" w:color="auto" w:fill="CDDBE9" w:themeFill="accent3" w:themeFillTint="3F"/>
      </w:tcPr>
    </w:tblStylePr>
    <w:tblStylePr w:type="band2Horz">
      <w:tblPr/>
      <w:tcPr>
        <w:tcBorders>
          <w:top w:val="single" w:sz="8" w:space="0" w:color="44709D" w:themeColor="accent3"/>
          <w:left w:val="single" w:sz="8" w:space="0" w:color="44709D" w:themeColor="accent3"/>
          <w:bottom w:val="single" w:sz="8" w:space="0" w:color="44709D" w:themeColor="accent3"/>
          <w:right w:val="single" w:sz="8" w:space="0" w:color="44709D" w:themeColor="accent3"/>
          <w:insideV w:val="single" w:sz="8" w:space="0" w:color="44709D" w:themeColor="accent3"/>
        </w:tcBorders>
      </w:tcPr>
    </w:tblStylePr>
  </w:style>
  <w:style w:type="table" w:styleId="LightGrid-Accent4">
    <w:name w:val="Light Grid Accent 4"/>
    <w:basedOn w:val="TableNormal"/>
    <w:uiPriority w:val="62"/>
    <w:rsid w:val="00A06E85"/>
    <w:pPr>
      <w:spacing w:after="0" w:line="240" w:lineRule="auto"/>
    </w:pPr>
    <w:tblPr>
      <w:tblStyleRowBandSize w:val="1"/>
      <w:tblStyleColBandSize w:val="1"/>
      <w:tblBorders>
        <w:top w:val="single" w:sz="8" w:space="0" w:color="A23C33" w:themeColor="accent4"/>
        <w:left w:val="single" w:sz="8" w:space="0" w:color="A23C33" w:themeColor="accent4"/>
        <w:bottom w:val="single" w:sz="8" w:space="0" w:color="A23C33" w:themeColor="accent4"/>
        <w:right w:val="single" w:sz="8" w:space="0" w:color="A23C33" w:themeColor="accent4"/>
        <w:insideH w:val="single" w:sz="8" w:space="0" w:color="A23C33" w:themeColor="accent4"/>
        <w:insideV w:val="single" w:sz="8" w:space="0" w:color="A23C3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23C33" w:themeColor="accent4"/>
          <w:left w:val="single" w:sz="8" w:space="0" w:color="A23C33" w:themeColor="accent4"/>
          <w:bottom w:val="single" w:sz="18" w:space="0" w:color="A23C33" w:themeColor="accent4"/>
          <w:right w:val="single" w:sz="8" w:space="0" w:color="A23C33" w:themeColor="accent4"/>
          <w:insideH w:val="nil"/>
          <w:insideV w:val="single" w:sz="8" w:space="0" w:color="A23C3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23C33" w:themeColor="accent4"/>
          <w:left w:val="single" w:sz="8" w:space="0" w:color="A23C33" w:themeColor="accent4"/>
          <w:bottom w:val="single" w:sz="8" w:space="0" w:color="A23C33" w:themeColor="accent4"/>
          <w:right w:val="single" w:sz="8" w:space="0" w:color="A23C33" w:themeColor="accent4"/>
          <w:insideH w:val="nil"/>
          <w:insideV w:val="single" w:sz="8" w:space="0" w:color="A23C3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23C33" w:themeColor="accent4"/>
          <w:left w:val="single" w:sz="8" w:space="0" w:color="A23C33" w:themeColor="accent4"/>
          <w:bottom w:val="single" w:sz="8" w:space="0" w:color="A23C33" w:themeColor="accent4"/>
          <w:right w:val="single" w:sz="8" w:space="0" w:color="A23C33" w:themeColor="accent4"/>
        </w:tcBorders>
      </w:tcPr>
    </w:tblStylePr>
    <w:tblStylePr w:type="band1Vert">
      <w:tblPr/>
      <w:tcPr>
        <w:tcBorders>
          <w:top w:val="single" w:sz="8" w:space="0" w:color="A23C33" w:themeColor="accent4"/>
          <w:left w:val="single" w:sz="8" w:space="0" w:color="A23C33" w:themeColor="accent4"/>
          <w:bottom w:val="single" w:sz="8" w:space="0" w:color="A23C33" w:themeColor="accent4"/>
          <w:right w:val="single" w:sz="8" w:space="0" w:color="A23C33" w:themeColor="accent4"/>
        </w:tcBorders>
        <w:shd w:val="clear" w:color="auto" w:fill="EDC9C6" w:themeFill="accent4" w:themeFillTint="3F"/>
      </w:tcPr>
    </w:tblStylePr>
    <w:tblStylePr w:type="band1Horz">
      <w:tblPr/>
      <w:tcPr>
        <w:tcBorders>
          <w:top w:val="single" w:sz="8" w:space="0" w:color="A23C33" w:themeColor="accent4"/>
          <w:left w:val="single" w:sz="8" w:space="0" w:color="A23C33" w:themeColor="accent4"/>
          <w:bottom w:val="single" w:sz="8" w:space="0" w:color="A23C33" w:themeColor="accent4"/>
          <w:right w:val="single" w:sz="8" w:space="0" w:color="A23C33" w:themeColor="accent4"/>
          <w:insideV w:val="single" w:sz="8" w:space="0" w:color="A23C33" w:themeColor="accent4"/>
        </w:tcBorders>
        <w:shd w:val="clear" w:color="auto" w:fill="EDC9C6" w:themeFill="accent4" w:themeFillTint="3F"/>
      </w:tcPr>
    </w:tblStylePr>
    <w:tblStylePr w:type="band2Horz">
      <w:tblPr/>
      <w:tcPr>
        <w:tcBorders>
          <w:top w:val="single" w:sz="8" w:space="0" w:color="A23C33" w:themeColor="accent4"/>
          <w:left w:val="single" w:sz="8" w:space="0" w:color="A23C33" w:themeColor="accent4"/>
          <w:bottom w:val="single" w:sz="8" w:space="0" w:color="A23C33" w:themeColor="accent4"/>
          <w:right w:val="single" w:sz="8" w:space="0" w:color="A23C33" w:themeColor="accent4"/>
          <w:insideV w:val="single" w:sz="8" w:space="0" w:color="A23C33" w:themeColor="accent4"/>
        </w:tcBorders>
      </w:tcPr>
    </w:tblStylePr>
  </w:style>
  <w:style w:type="table" w:styleId="LightGrid-Accent5">
    <w:name w:val="Light Grid Accent 5"/>
    <w:basedOn w:val="TableNormal"/>
    <w:uiPriority w:val="62"/>
    <w:rsid w:val="00A06E85"/>
    <w:pPr>
      <w:spacing w:after="0" w:line="240" w:lineRule="auto"/>
    </w:pPr>
    <w:tblPr>
      <w:tblStyleRowBandSize w:val="1"/>
      <w:tblStyleColBandSize w:val="1"/>
      <w:tblBorders>
        <w:top w:val="single" w:sz="8" w:space="0" w:color="D97828" w:themeColor="accent5"/>
        <w:left w:val="single" w:sz="8" w:space="0" w:color="D97828" w:themeColor="accent5"/>
        <w:bottom w:val="single" w:sz="8" w:space="0" w:color="D97828" w:themeColor="accent5"/>
        <w:right w:val="single" w:sz="8" w:space="0" w:color="D97828" w:themeColor="accent5"/>
        <w:insideH w:val="single" w:sz="8" w:space="0" w:color="D97828" w:themeColor="accent5"/>
        <w:insideV w:val="single" w:sz="8" w:space="0" w:color="D9782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97828" w:themeColor="accent5"/>
          <w:left w:val="single" w:sz="8" w:space="0" w:color="D97828" w:themeColor="accent5"/>
          <w:bottom w:val="single" w:sz="18" w:space="0" w:color="D97828" w:themeColor="accent5"/>
          <w:right w:val="single" w:sz="8" w:space="0" w:color="D97828" w:themeColor="accent5"/>
          <w:insideH w:val="nil"/>
          <w:insideV w:val="single" w:sz="8" w:space="0" w:color="D9782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97828" w:themeColor="accent5"/>
          <w:left w:val="single" w:sz="8" w:space="0" w:color="D97828" w:themeColor="accent5"/>
          <w:bottom w:val="single" w:sz="8" w:space="0" w:color="D97828" w:themeColor="accent5"/>
          <w:right w:val="single" w:sz="8" w:space="0" w:color="D97828" w:themeColor="accent5"/>
          <w:insideH w:val="nil"/>
          <w:insideV w:val="single" w:sz="8" w:space="0" w:color="D9782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97828" w:themeColor="accent5"/>
          <w:left w:val="single" w:sz="8" w:space="0" w:color="D97828" w:themeColor="accent5"/>
          <w:bottom w:val="single" w:sz="8" w:space="0" w:color="D97828" w:themeColor="accent5"/>
          <w:right w:val="single" w:sz="8" w:space="0" w:color="D97828" w:themeColor="accent5"/>
        </w:tcBorders>
      </w:tcPr>
    </w:tblStylePr>
    <w:tblStylePr w:type="band1Vert">
      <w:tblPr/>
      <w:tcPr>
        <w:tcBorders>
          <w:top w:val="single" w:sz="8" w:space="0" w:color="D97828" w:themeColor="accent5"/>
          <w:left w:val="single" w:sz="8" w:space="0" w:color="D97828" w:themeColor="accent5"/>
          <w:bottom w:val="single" w:sz="8" w:space="0" w:color="D97828" w:themeColor="accent5"/>
          <w:right w:val="single" w:sz="8" w:space="0" w:color="D97828" w:themeColor="accent5"/>
        </w:tcBorders>
        <w:shd w:val="clear" w:color="auto" w:fill="F5DDC9" w:themeFill="accent5" w:themeFillTint="3F"/>
      </w:tcPr>
    </w:tblStylePr>
    <w:tblStylePr w:type="band1Horz">
      <w:tblPr/>
      <w:tcPr>
        <w:tcBorders>
          <w:top w:val="single" w:sz="8" w:space="0" w:color="D97828" w:themeColor="accent5"/>
          <w:left w:val="single" w:sz="8" w:space="0" w:color="D97828" w:themeColor="accent5"/>
          <w:bottom w:val="single" w:sz="8" w:space="0" w:color="D97828" w:themeColor="accent5"/>
          <w:right w:val="single" w:sz="8" w:space="0" w:color="D97828" w:themeColor="accent5"/>
          <w:insideV w:val="single" w:sz="8" w:space="0" w:color="D97828" w:themeColor="accent5"/>
        </w:tcBorders>
        <w:shd w:val="clear" w:color="auto" w:fill="F5DDC9" w:themeFill="accent5" w:themeFillTint="3F"/>
      </w:tcPr>
    </w:tblStylePr>
    <w:tblStylePr w:type="band2Horz">
      <w:tblPr/>
      <w:tcPr>
        <w:tcBorders>
          <w:top w:val="single" w:sz="8" w:space="0" w:color="D97828" w:themeColor="accent5"/>
          <w:left w:val="single" w:sz="8" w:space="0" w:color="D97828" w:themeColor="accent5"/>
          <w:bottom w:val="single" w:sz="8" w:space="0" w:color="D97828" w:themeColor="accent5"/>
          <w:right w:val="single" w:sz="8" w:space="0" w:color="D97828" w:themeColor="accent5"/>
          <w:insideV w:val="single" w:sz="8" w:space="0" w:color="D97828" w:themeColor="accent5"/>
        </w:tcBorders>
      </w:tcPr>
    </w:tblStylePr>
  </w:style>
  <w:style w:type="table" w:styleId="LightGrid-Accent6">
    <w:name w:val="Light Grid Accent 6"/>
    <w:basedOn w:val="TableNormal"/>
    <w:uiPriority w:val="62"/>
    <w:rsid w:val="00A06E85"/>
    <w:pPr>
      <w:spacing w:after="0" w:line="240" w:lineRule="auto"/>
    </w:pPr>
    <w:tblPr>
      <w:tblStyleRowBandSize w:val="1"/>
      <w:tblStyleColBandSize w:val="1"/>
      <w:tblBorders>
        <w:top w:val="single" w:sz="8" w:space="0" w:color="DEB340" w:themeColor="accent6"/>
        <w:left w:val="single" w:sz="8" w:space="0" w:color="DEB340" w:themeColor="accent6"/>
        <w:bottom w:val="single" w:sz="8" w:space="0" w:color="DEB340" w:themeColor="accent6"/>
        <w:right w:val="single" w:sz="8" w:space="0" w:color="DEB340" w:themeColor="accent6"/>
        <w:insideH w:val="single" w:sz="8" w:space="0" w:color="DEB340" w:themeColor="accent6"/>
        <w:insideV w:val="single" w:sz="8" w:space="0" w:color="DEB3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340" w:themeColor="accent6"/>
          <w:left w:val="single" w:sz="8" w:space="0" w:color="DEB340" w:themeColor="accent6"/>
          <w:bottom w:val="single" w:sz="18" w:space="0" w:color="DEB340" w:themeColor="accent6"/>
          <w:right w:val="single" w:sz="8" w:space="0" w:color="DEB340" w:themeColor="accent6"/>
          <w:insideH w:val="nil"/>
          <w:insideV w:val="single" w:sz="8" w:space="0" w:color="DEB3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340" w:themeColor="accent6"/>
          <w:left w:val="single" w:sz="8" w:space="0" w:color="DEB340" w:themeColor="accent6"/>
          <w:bottom w:val="single" w:sz="8" w:space="0" w:color="DEB340" w:themeColor="accent6"/>
          <w:right w:val="single" w:sz="8" w:space="0" w:color="DEB340" w:themeColor="accent6"/>
          <w:insideH w:val="nil"/>
          <w:insideV w:val="single" w:sz="8" w:space="0" w:color="DEB3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340" w:themeColor="accent6"/>
          <w:left w:val="single" w:sz="8" w:space="0" w:color="DEB340" w:themeColor="accent6"/>
          <w:bottom w:val="single" w:sz="8" w:space="0" w:color="DEB340" w:themeColor="accent6"/>
          <w:right w:val="single" w:sz="8" w:space="0" w:color="DEB340" w:themeColor="accent6"/>
        </w:tcBorders>
      </w:tcPr>
    </w:tblStylePr>
    <w:tblStylePr w:type="band1Vert">
      <w:tblPr/>
      <w:tcPr>
        <w:tcBorders>
          <w:top w:val="single" w:sz="8" w:space="0" w:color="DEB340" w:themeColor="accent6"/>
          <w:left w:val="single" w:sz="8" w:space="0" w:color="DEB340" w:themeColor="accent6"/>
          <w:bottom w:val="single" w:sz="8" w:space="0" w:color="DEB340" w:themeColor="accent6"/>
          <w:right w:val="single" w:sz="8" w:space="0" w:color="DEB340" w:themeColor="accent6"/>
        </w:tcBorders>
        <w:shd w:val="clear" w:color="auto" w:fill="F6ECCF" w:themeFill="accent6" w:themeFillTint="3F"/>
      </w:tcPr>
    </w:tblStylePr>
    <w:tblStylePr w:type="band1Horz">
      <w:tblPr/>
      <w:tcPr>
        <w:tcBorders>
          <w:top w:val="single" w:sz="8" w:space="0" w:color="DEB340" w:themeColor="accent6"/>
          <w:left w:val="single" w:sz="8" w:space="0" w:color="DEB340" w:themeColor="accent6"/>
          <w:bottom w:val="single" w:sz="8" w:space="0" w:color="DEB340" w:themeColor="accent6"/>
          <w:right w:val="single" w:sz="8" w:space="0" w:color="DEB340" w:themeColor="accent6"/>
          <w:insideV w:val="single" w:sz="8" w:space="0" w:color="DEB340" w:themeColor="accent6"/>
        </w:tcBorders>
        <w:shd w:val="clear" w:color="auto" w:fill="F6ECCF" w:themeFill="accent6" w:themeFillTint="3F"/>
      </w:tcPr>
    </w:tblStylePr>
    <w:tblStylePr w:type="band2Horz">
      <w:tblPr/>
      <w:tcPr>
        <w:tcBorders>
          <w:top w:val="single" w:sz="8" w:space="0" w:color="DEB340" w:themeColor="accent6"/>
          <w:left w:val="single" w:sz="8" w:space="0" w:color="DEB340" w:themeColor="accent6"/>
          <w:bottom w:val="single" w:sz="8" w:space="0" w:color="DEB340" w:themeColor="accent6"/>
          <w:right w:val="single" w:sz="8" w:space="0" w:color="DEB340" w:themeColor="accent6"/>
          <w:insideV w:val="single" w:sz="8" w:space="0" w:color="DEB340" w:themeColor="accent6"/>
        </w:tcBorders>
      </w:tcPr>
    </w:tblStylePr>
  </w:style>
  <w:style w:type="table" w:styleId="MediumShading1">
    <w:name w:val="Medium Shading 1"/>
    <w:basedOn w:val="TableNormal"/>
    <w:uiPriority w:val="63"/>
    <w:rsid w:val="00A06E8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A06E85"/>
    <w:pPr>
      <w:spacing w:after="0" w:line="240" w:lineRule="auto"/>
    </w:pPr>
    <w:tblPr>
      <w:tblStyleRowBandSize w:val="1"/>
      <w:tblStyleColBandSize w:val="1"/>
      <w:tblBorders>
        <w:top w:val="single" w:sz="8" w:space="0" w:color="B1CC45" w:themeColor="accent1" w:themeTint="BF"/>
        <w:left w:val="single" w:sz="8" w:space="0" w:color="B1CC45" w:themeColor="accent1" w:themeTint="BF"/>
        <w:bottom w:val="single" w:sz="8" w:space="0" w:color="B1CC45" w:themeColor="accent1" w:themeTint="BF"/>
        <w:right w:val="single" w:sz="8" w:space="0" w:color="B1CC45" w:themeColor="accent1" w:themeTint="BF"/>
        <w:insideH w:val="single" w:sz="8" w:space="0" w:color="B1CC45" w:themeColor="accent1" w:themeTint="BF"/>
      </w:tblBorders>
    </w:tblPr>
    <w:tblStylePr w:type="firstRow">
      <w:pPr>
        <w:spacing w:before="0" w:after="0" w:line="240" w:lineRule="auto"/>
      </w:pPr>
      <w:rPr>
        <w:b/>
        <w:bCs/>
        <w:color w:val="FFFFFF" w:themeColor="background1"/>
      </w:rPr>
      <w:tblPr/>
      <w:tcPr>
        <w:tcBorders>
          <w:top w:val="single" w:sz="8" w:space="0" w:color="B1CC45" w:themeColor="accent1" w:themeTint="BF"/>
          <w:left w:val="single" w:sz="8" w:space="0" w:color="B1CC45" w:themeColor="accent1" w:themeTint="BF"/>
          <w:bottom w:val="single" w:sz="8" w:space="0" w:color="B1CC45" w:themeColor="accent1" w:themeTint="BF"/>
          <w:right w:val="single" w:sz="8" w:space="0" w:color="B1CC45" w:themeColor="accent1" w:themeTint="BF"/>
          <w:insideH w:val="nil"/>
          <w:insideV w:val="nil"/>
        </w:tcBorders>
        <w:shd w:val="clear" w:color="auto" w:fill="83992A" w:themeFill="accent1"/>
      </w:tcPr>
    </w:tblStylePr>
    <w:tblStylePr w:type="lastRow">
      <w:pPr>
        <w:spacing w:before="0" w:after="0" w:line="240" w:lineRule="auto"/>
      </w:pPr>
      <w:rPr>
        <w:b/>
        <w:bCs/>
      </w:rPr>
      <w:tblPr/>
      <w:tcPr>
        <w:tcBorders>
          <w:top w:val="double" w:sz="6" w:space="0" w:color="B1CC45" w:themeColor="accent1" w:themeTint="BF"/>
          <w:left w:val="single" w:sz="8" w:space="0" w:color="B1CC45" w:themeColor="accent1" w:themeTint="BF"/>
          <w:bottom w:val="single" w:sz="8" w:space="0" w:color="B1CC45" w:themeColor="accent1" w:themeTint="BF"/>
          <w:right w:val="single" w:sz="8" w:space="0" w:color="B1CC4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5EEC1" w:themeFill="accent1" w:themeFillTint="3F"/>
      </w:tcPr>
    </w:tblStylePr>
    <w:tblStylePr w:type="band1Horz">
      <w:tblPr/>
      <w:tcPr>
        <w:tcBorders>
          <w:insideH w:val="nil"/>
          <w:insideV w:val="nil"/>
        </w:tcBorders>
        <w:shd w:val="clear" w:color="auto" w:fill="E5EEC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A06E85"/>
    <w:pPr>
      <w:spacing w:after="0" w:line="240" w:lineRule="auto"/>
    </w:pPr>
    <w:tblPr>
      <w:tblStyleRowBandSize w:val="1"/>
      <w:tblStyleColBandSize w:val="1"/>
      <w:tblBorders>
        <w:top w:val="single" w:sz="8" w:space="0" w:color="5EBF95" w:themeColor="accent2" w:themeTint="BF"/>
        <w:left w:val="single" w:sz="8" w:space="0" w:color="5EBF95" w:themeColor="accent2" w:themeTint="BF"/>
        <w:bottom w:val="single" w:sz="8" w:space="0" w:color="5EBF95" w:themeColor="accent2" w:themeTint="BF"/>
        <w:right w:val="single" w:sz="8" w:space="0" w:color="5EBF95" w:themeColor="accent2" w:themeTint="BF"/>
        <w:insideH w:val="single" w:sz="8" w:space="0" w:color="5EBF95" w:themeColor="accent2" w:themeTint="BF"/>
      </w:tblBorders>
    </w:tblPr>
    <w:tblStylePr w:type="firstRow">
      <w:pPr>
        <w:spacing w:before="0" w:after="0" w:line="240" w:lineRule="auto"/>
      </w:pPr>
      <w:rPr>
        <w:b/>
        <w:bCs/>
        <w:color w:val="FFFFFF" w:themeColor="background1"/>
      </w:rPr>
      <w:tblPr/>
      <w:tcPr>
        <w:tcBorders>
          <w:top w:val="single" w:sz="8" w:space="0" w:color="5EBF95" w:themeColor="accent2" w:themeTint="BF"/>
          <w:left w:val="single" w:sz="8" w:space="0" w:color="5EBF95" w:themeColor="accent2" w:themeTint="BF"/>
          <w:bottom w:val="single" w:sz="8" w:space="0" w:color="5EBF95" w:themeColor="accent2" w:themeTint="BF"/>
          <w:right w:val="single" w:sz="8" w:space="0" w:color="5EBF95" w:themeColor="accent2" w:themeTint="BF"/>
          <w:insideH w:val="nil"/>
          <w:insideV w:val="nil"/>
        </w:tcBorders>
        <w:shd w:val="clear" w:color="auto" w:fill="3C9770" w:themeFill="accent2"/>
      </w:tcPr>
    </w:tblStylePr>
    <w:tblStylePr w:type="lastRow">
      <w:pPr>
        <w:spacing w:before="0" w:after="0" w:line="240" w:lineRule="auto"/>
      </w:pPr>
      <w:rPr>
        <w:b/>
        <w:bCs/>
      </w:rPr>
      <w:tblPr/>
      <w:tcPr>
        <w:tcBorders>
          <w:top w:val="double" w:sz="6" w:space="0" w:color="5EBF95" w:themeColor="accent2" w:themeTint="BF"/>
          <w:left w:val="single" w:sz="8" w:space="0" w:color="5EBF95" w:themeColor="accent2" w:themeTint="BF"/>
          <w:bottom w:val="single" w:sz="8" w:space="0" w:color="5EBF95" w:themeColor="accent2" w:themeTint="BF"/>
          <w:right w:val="single" w:sz="8" w:space="0" w:color="5EBF95" w:themeColor="accent2" w:themeTint="BF"/>
          <w:insideH w:val="nil"/>
          <w:insideV w:val="nil"/>
        </w:tcBorders>
      </w:tcPr>
    </w:tblStylePr>
    <w:tblStylePr w:type="firstCol">
      <w:rPr>
        <w:b/>
        <w:bCs/>
      </w:rPr>
    </w:tblStylePr>
    <w:tblStylePr w:type="lastCol">
      <w:rPr>
        <w:b/>
        <w:bCs/>
      </w:rPr>
    </w:tblStylePr>
    <w:tblStylePr w:type="band1Vert">
      <w:tblPr/>
      <w:tcPr>
        <w:shd w:val="clear" w:color="auto" w:fill="CAEADC" w:themeFill="accent2" w:themeFillTint="3F"/>
      </w:tcPr>
    </w:tblStylePr>
    <w:tblStylePr w:type="band1Horz">
      <w:tblPr/>
      <w:tcPr>
        <w:tcBorders>
          <w:insideH w:val="nil"/>
          <w:insideV w:val="nil"/>
        </w:tcBorders>
        <w:shd w:val="clear" w:color="auto" w:fill="CAEAD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A06E85"/>
    <w:pPr>
      <w:spacing w:after="0" w:line="240" w:lineRule="auto"/>
    </w:pPr>
    <w:tblPr>
      <w:tblStyleRowBandSize w:val="1"/>
      <w:tblStyleColBandSize w:val="1"/>
      <w:tblBorders>
        <w:top w:val="single" w:sz="8" w:space="0" w:color="6993BE" w:themeColor="accent3" w:themeTint="BF"/>
        <w:left w:val="single" w:sz="8" w:space="0" w:color="6993BE" w:themeColor="accent3" w:themeTint="BF"/>
        <w:bottom w:val="single" w:sz="8" w:space="0" w:color="6993BE" w:themeColor="accent3" w:themeTint="BF"/>
        <w:right w:val="single" w:sz="8" w:space="0" w:color="6993BE" w:themeColor="accent3" w:themeTint="BF"/>
        <w:insideH w:val="single" w:sz="8" w:space="0" w:color="6993BE" w:themeColor="accent3" w:themeTint="BF"/>
      </w:tblBorders>
    </w:tblPr>
    <w:tblStylePr w:type="firstRow">
      <w:pPr>
        <w:spacing w:before="0" w:after="0" w:line="240" w:lineRule="auto"/>
      </w:pPr>
      <w:rPr>
        <w:b/>
        <w:bCs/>
        <w:color w:val="FFFFFF" w:themeColor="background1"/>
      </w:rPr>
      <w:tblPr/>
      <w:tcPr>
        <w:tcBorders>
          <w:top w:val="single" w:sz="8" w:space="0" w:color="6993BE" w:themeColor="accent3" w:themeTint="BF"/>
          <w:left w:val="single" w:sz="8" w:space="0" w:color="6993BE" w:themeColor="accent3" w:themeTint="BF"/>
          <w:bottom w:val="single" w:sz="8" w:space="0" w:color="6993BE" w:themeColor="accent3" w:themeTint="BF"/>
          <w:right w:val="single" w:sz="8" w:space="0" w:color="6993BE" w:themeColor="accent3" w:themeTint="BF"/>
          <w:insideH w:val="nil"/>
          <w:insideV w:val="nil"/>
        </w:tcBorders>
        <w:shd w:val="clear" w:color="auto" w:fill="44709D" w:themeFill="accent3"/>
      </w:tcPr>
    </w:tblStylePr>
    <w:tblStylePr w:type="lastRow">
      <w:pPr>
        <w:spacing w:before="0" w:after="0" w:line="240" w:lineRule="auto"/>
      </w:pPr>
      <w:rPr>
        <w:b/>
        <w:bCs/>
      </w:rPr>
      <w:tblPr/>
      <w:tcPr>
        <w:tcBorders>
          <w:top w:val="double" w:sz="6" w:space="0" w:color="6993BE" w:themeColor="accent3" w:themeTint="BF"/>
          <w:left w:val="single" w:sz="8" w:space="0" w:color="6993BE" w:themeColor="accent3" w:themeTint="BF"/>
          <w:bottom w:val="single" w:sz="8" w:space="0" w:color="6993BE" w:themeColor="accent3" w:themeTint="BF"/>
          <w:right w:val="single" w:sz="8" w:space="0" w:color="6993BE" w:themeColor="accent3" w:themeTint="BF"/>
          <w:insideH w:val="nil"/>
          <w:insideV w:val="nil"/>
        </w:tcBorders>
      </w:tcPr>
    </w:tblStylePr>
    <w:tblStylePr w:type="firstCol">
      <w:rPr>
        <w:b/>
        <w:bCs/>
      </w:rPr>
    </w:tblStylePr>
    <w:tblStylePr w:type="lastCol">
      <w:rPr>
        <w:b/>
        <w:bCs/>
      </w:rPr>
    </w:tblStylePr>
    <w:tblStylePr w:type="band1Vert">
      <w:tblPr/>
      <w:tcPr>
        <w:shd w:val="clear" w:color="auto" w:fill="CDDBE9" w:themeFill="accent3" w:themeFillTint="3F"/>
      </w:tcPr>
    </w:tblStylePr>
    <w:tblStylePr w:type="band1Horz">
      <w:tblPr/>
      <w:tcPr>
        <w:tcBorders>
          <w:insideH w:val="nil"/>
          <w:insideV w:val="nil"/>
        </w:tcBorders>
        <w:shd w:val="clear" w:color="auto" w:fill="CDDB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A06E85"/>
    <w:pPr>
      <w:spacing w:after="0" w:line="240" w:lineRule="auto"/>
    </w:pPr>
    <w:tblPr>
      <w:tblStyleRowBandSize w:val="1"/>
      <w:tblStyleColBandSize w:val="1"/>
      <w:tblBorders>
        <w:top w:val="single" w:sz="8" w:space="0" w:color="C95E55" w:themeColor="accent4" w:themeTint="BF"/>
        <w:left w:val="single" w:sz="8" w:space="0" w:color="C95E55" w:themeColor="accent4" w:themeTint="BF"/>
        <w:bottom w:val="single" w:sz="8" w:space="0" w:color="C95E55" w:themeColor="accent4" w:themeTint="BF"/>
        <w:right w:val="single" w:sz="8" w:space="0" w:color="C95E55" w:themeColor="accent4" w:themeTint="BF"/>
        <w:insideH w:val="single" w:sz="8" w:space="0" w:color="C95E55" w:themeColor="accent4" w:themeTint="BF"/>
      </w:tblBorders>
    </w:tblPr>
    <w:tblStylePr w:type="firstRow">
      <w:pPr>
        <w:spacing w:before="0" w:after="0" w:line="240" w:lineRule="auto"/>
      </w:pPr>
      <w:rPr>
        <w:b/>
        <w:bCs/>
        <w:color w:val="FFFFFF" w:themeColor="background1"/>
      </w:rPr>
      <w:tblPr/>
      <w:tcPr>
        <w:tcBorders>
          <w:top w:val="single" w:sz="8" w:space="0" w:color="C95E55" w:themeColor="accent4" w:themeTint="BF"/>
          <w:left w:val="single" w:sz="8" w:space="0" w:color="C95E55" w:themeColor="accent4" w:themeTint="BF"/>
          <w:bottom w:val="single" w:sz="8" w:space="0" w:color="C95E55" w:themeColor="accent4" w:themeTint="BF"/>
          <w:right w:val="single" w:sz="8" w:space="0" w:color="C95E55" w:themeColor="accent4" w:themeTint="BF"/>
          <w:insideH w:val="nil"/>
          <w:insideV w:val="nil"/>
        </w:tcBorders>
        <w:shd w:val="clear" w:color="auto" w:fill="A23C33" w:themeFill="accent4"/>
      </w:tcPr>
    </w:tblStylePr>
    <w:tblStylePr w:type="lastRow">
      <w:pPr>
        <w:spacing w:before="0" w:after="0" w:line="240" w:lineRule="auto"/>
      </w:pPr>
      <w:rPr>
        <w:b/>
        <w:bCs/>
      </w:rPr>
      <w:tblPr/>
      <w:tcPr>
        <w:tcBorders>
          <w:top w:val="double" w:sz="6" w:space="0" w:color="C95E55" w:themeColor="accent4" w:themeTint="BF"/>
          <w:left w:val="single" w:sz="8" w:space="0" w:color="C95E55" w:themeColor="accent4" w:themeTint="BF"/>
          <w:bottom w:val="single" w:sz="8" w:space="0" w:color="C95E55" w:themeColor="accent4" w:themeTint="BF"/>
          <w:right w:val="single" w:sz="8" w:space="0" w:color="C95E55"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C9C6" w:themeFill="accent4" w:themeFillTint="3F"/>
      </w:tcPr>
    </w:tblStylePr>
    <w:tblStylePr w:type="band1Horz">
      <w:tblPr/>
      <w:tcPr>
        <w:tcBorders>
          <w:insideH w:val="nil"/>
          <w:insideV w:val="nil"/>
        </w:tcBorders>
        <w:shd w:val="clear" w:color="auto" w:fill="EDC9C6"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A06E85"/>
    <w:pPr>
      <w:spacing w:after="0" w:line="240" w:lineRule="auto"/>
    </w:pPr>
    <w:tblPr>
      <w:tblStyleRowBandSize w:val="1"/>
      <w:tblStyleColBandSize w:val="1"/>
      <w:tblBorders>
        <w:top w:val="single" w:sz="8" w:space="0" w:color="E2995D" w:themeColor="accent5" w:themeTint="BF"/>
        <w:left w:val="single" w:sz="8" w:space="0" w:color="E2995D" w:themeColor="accent5" w:themeTint="BF"/>
        <w:bottom w:val="single" w:sz="8" w:space="0" w:color="E2995D" w:themeColor="accent5" w:themeTint="BF"/>
        <w:right w:val="single" w:sz="8" w:space="0" w:color="E2995D" w:themeColor="accent5" w:themeTint="BF"/>
        <w:insideH w:val="single" w:sz="8" w:space="0" w:color="E2995D" w:themeColor="accent5" w:themeTint="BF"/>
      </w:tblBorders>
    </w:tblPr>
    <w:tblStylePr w:type="firstRow">
      <w:pPr>
        <w:spacing w:before="0" w:after="0" w:line="240" w:lineRule="auto"/>
      </w:pPr>
      <w:rPr>
        <w:b/>
        <w:bCs/>
        <w:color w:val="FFFFFF" w:themeColor="background1"/>
      </w:rPr>
      <w:tblPr/>
      <w:tcPr>
        <w:tcBorders>
          <w:top w:val="single" w:sz="8" w:space="0" w:color="E2995D" w:themeColor="accent5" w:themeTint="BF"/>
          <w:left w:val="single" w:sz="8" w:space="0" w:color="E2995D" w:themeColor="accent5" w:themeTint="BF"/>
          <w:bottom w:val="single" w:sz="8" w:space="0" w:color="E2995D" w:themeColor="accent5" w:themeTint="BF"/>
          <w:right w:val="single" w:sz="8" w:space="0" w:color="E2995D" w:themeColor="accent5" w:themeTint="BF"/>
          <w:insideH w:val="nil"/>
          <w:insideV w:val="nil"/>
        </w:tcBorders>
        <w:shd w:val="clear" w:color="auto" w:fill="D97828" w:themeFill="accent5"/>
      </w:tcPr>
    </w:tblStylePr>
    <w:tblStylePr w:type="lastRow">
      <w:pPr>
        <w:spacing w:before="0" w:after="0" w:line="240" w:lineRule="auto"/>
      </w:pPr>
      <w:rPr>
        <w:b/>
        <w:bCs/>
      </w:rPr>
      <w:tblPr/>
      <w:tcPr>
        <w:tcBorders>
          <w:top w:val="double" w:sz="6" w:space="0" w:color="E2995D" w:themeColor="accent5" w:themeTint="BF"/>
          <w:left w:val="single" w:sz="8" w:space="0" w:color="E2995D" w:themeColor="accent5" w:themeTint="BF"/>
          <w:bottom w:val="single" w:sz="8" w:space="0" w:color="E2995D" w:themeColor="accent5" w:themeTint="BF"/>
          <w:right w:val="single" w:sz="8" w:space="0" w:color="E2995D"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DC9" w:themeFill="accent5" w:themeFillTint="3F"/>
      </w:tcPr>
    </w:tblStylePr>
    <w:tblStylePr w:type="band1Horz">
      <w:tblPr/>
      <w:tcPr>
        <w:tcBorders>
          <w:insideH w:val="nil"/>
          <w:insideV w:val="nil"/>
        </w:tcBorders>
        <w:shd w:val="clear" w:color="auto" w:fill="F5DDC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A06E85"/>
    <w:pPr>
      <w:spacing w:after="0" w:line="240" w:lineRule="auto"/>
    </w:pPr>
    <w:tblPr>
      <w:tblStyleRowBandSize w:val="1"/>
      <w:tblStyleColBandSize w:val="1"/>
      <w:tblBorders>
        <w:top w:val="single" w:sz="8" w:space="0" w:color="E6C56F" w:themeColor="accent6" w:themeTint="BF"/>
        <w:left w:val="single" w:sz="8" w:space="0" w:color="E6C56F" w:themeColor="accent6" w:themeTint="BF"/>
        <w:bottom w:val="single" w:sz="8" w:space="0" w:color="E6C56F" w:themeColor="accent6" w:themeTint="BF"/>
        <w:right w:val="single" w:sz="8" w:space="0" w:color="E6C56F" w:themeColor="accent6" w:themeTint="BF"/>
        <w:insideH w:val="single" w:sz="8" w:space="0" w:color="E6C56F" w:themeColor="accent6" w:themeTint="BF"/>
      </w:tblBorders>
    </w:tblPr>
    <w:tblStylePr w:type="firstRow">
      <w:pPr>
        <w:spacing w:before="0" w:after="0" w:line="240" w:lineRule="auto"/>
      </w:pPr>
      <w:rPr>
        <w:b/>
        <w:bCs/>
        <w:color w:val="FFFFFF" w:themeColor="background1"/>
      </w:rPr>
      <w:tblPr/>
      <w:tcPr>
        <w:tcBorders>
          <w:top w:val="single" w:sz="8" w:space="0" w:color="E6C56F" w:themeColor="accent6" w:themeTint="BF"/>
          <w:left w:val="single" w:sz="8" w:space="0" w:color="E6C56F" w:themeColor="accent6" w:themeTint="BF"/>
          <w:bottom w:val="single" w:sz="8" w:space="0" w:color="E6C56F" w:themeColor="accent6" w:themeTint="BF"/>
          <w:right w:val="single" w:sz="8" w:space="0" w:color="E6C56F" w:themeColor="accent6" w:themeTint="BF"/>
          <w:insideH w:val="nil"/>
          <w:insideV w:val="nil"/>
        </w:tcBorders>
        <w:shd w:val="clear" w:color="auto" w:fill="DEB340" w:themeFill="accent6"/>
      </w:tcPr>
    </w:tblStylePr>
    <w:tblStylePr w:type="lastRow">
      <w:pPr>
        <w:spacing w:before="0" w:after="0" w:line="240" w:lineRule="auto"/>
      </w:pPr>
      <w:rPr>
        <w:b/>
        <w:bCs/>
      </w:rPr>
      <w:tblPr/>
      <w:tcPr>
        <w:tcBorders>
          <w:top w:val="double" w:sz="6" w:space="0" w:color="E6C56F" w:themeColor="accent6" w:themeTint="BF"/>
          <w:left w:val="single" w:sz="8" w:space="0" w:color="E6C56F" w:themeColor="accent6" w:themeTint="BF"/>
          <w:bottom w:val="single" w:sz="8" w:space="0" w:color="E6C56F" w:themeColor="accent6" w:themeTint="BF"/>
          <w:right w:val="single" w:sz="8" w:space="0" w:color="E6C56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6ECCF" w:themeFill="accent6" w:themeFillTint="3F"/>
      </w:tcPr>
    </w:tblStylePr>
    <w:tblStylePr w:type="band1Horz">
      <w:tblPr/>
      <w:tcPr>
        <w:tcBorders>
          <w:insideH w:val="nil"/>
          <w:insideV w:val="nil"/>
        </w:tcBorders>
        <w:shd w:val="clear" w:color="auto" w:fill="F6ECC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3992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3992A" w:themeFill="accent1"/>
      </w:tcPr>
    </w:tblStylePr>
    <w:tblStylePr w:type="lastCol">
      <w:rPr>
        <w:b/>
        <w:bCs/>
        <w:color w:val="FFFFFF" w:themeColor="background1"/>
      </w:rPr>
      <w:tblPr/>
      <w:tcPr>
        <w:tcBorders>
          <w:left w:val="nil"/>
          <w:right w:val="nil"/>
          <w:insideH w:val="nil"/>
          <w:insideV w:val="nil"/>
        </w:tcBorders>
        <w:shd w:val="clear" w:color="auto" w:fill="83992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C977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C9770" w:themeFill="accent2"/>
      </w:tcPr>
    </w:tblStylePr>
    <w:tblStylePr w:type="lastCol">
      <w:rPr>
        <w:b/>
        <w:bCs/>
        <w:color w:val="FFFFFF" w:themeColor="background1"/>
      </w:rPr>
      <w:tblPr/>
      <w:tcPr>
        <w:tcBorders>
          <w:left w:val="nil"/>
          <w:right w:val="nil"/>
          <w:insideH w:val="nil"/>
          <w:insideV w:val="nil"/>
        </w:tcBorders>
        <w:shd w:val="clear" w:color="auto" w:fill="3C977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09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09D" w:themeFill="accent3"/>
      </w:tcPr>
    </w:tblStylePr>
    <w:tblStylePr w:type="lastCol">
      <w:rPr>
        <w:b/>
        <w:bCs/>
        <w:color w:val="FFFFFF" w:themeColor="background1"/>
      </w:rPr>
      <w:tblPr/>
      <w:tcPr>
        <w:tcBorders>
          <w:left w:val="nil"/>
          <w:right w:val="nil"/>
          <w:insideH w:val="nil"/>
          <w:insideV w:val="nil"/>
        </w:tcBorders>
        <w:shd w:val="clear" w:color="auto" w:fill="44709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23C3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23C33" w:themeFill="accent4"/>
      </w:tcPr>
    </w:tblStylePr>
    <w:tblStylePr w:type="lastCol">
      <w:rPr>
        <w:b/>
        <w:bCs/>
        <w:color w:val="FFFFFF" w:themeColor="background1"/>
      </w:rPr>
      <w:tblPr/>
      <w:tcPr>
        <w:tcBorders>
          <w:left w:val="nil"/>
          <w:right w:val="nil"/>
          <w:insideH w:val="nil"/>
          <w:insideV w:val="nil"/>
        </w:tcBorders>
        <w:shd w:val="clear" w:color="auto" w:fill="A23C3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9782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97828" w:themeFill="accent5"/>
      </w:tcPr>
    </w:tblStylePr>
    <w:tblStylePr w:type="lastCol">
      <w:rPr>
        <w:b/>
        <w:bCs/>
        <w:color w:val="FFFFFF" w:themeColor="background1"/>
      </w:rPr>
      <w:tblPr/>
      <w:tcPr>
        <w:tcBorders>
          <w:left w:val="nil"/>
          <w:right w:val="nil"/>
          <w:insideH w:val="nil"/>
          <w:insideV w:val="nil"/>
        </w:tcBorders>
        <w:shd w:val="clear" w:color="auto" w:fill="D9782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A06E8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3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EB340" w:themeFill="accent6"/>
      </w:tcPr>
    </w:tblStylePr>
    <w:tblStylePr w:type="lastCol">
      <w:rPr>
        <w:b/>
        <w:bCs/>
        <w:color w:val="FFFFFF" w:themeColor="background1"/>
      </w:rPr>
      <w:tblPr/>
      <w:tcPr>
        <w:tcBorders>
          <w:left w:val="nil"/>
          <w:right w:val="nil"/>
          <w:insideH w:val="nil"/>
          <w:insideV w:val="nil"/>
        </w:tcBorders>
        <w:shd w:val="clear" w:color="auto" w:fill="DEB3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A06E8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1212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A06E85"/>
    <w:pPr>
      <w:spacing w:after="0" w:line="240" w:lineRule="auto"/>
    </w:pPr>
    <w:rPr>
      <w:color w:val="000000" w:themeColor="text1"/>
    </w:rPr>
    <w:tblPr>
      <w:tblStyleRowBandSize w:val="1"/>
      <w:tblStyleColBandSize w:val="1"/>
      <w:tblBorders>
        <w:top w:val="single" w:sz="8" w:space="0" w:color="83992A" w:themeColor="accent1"/>
        <w:bottom w:val="single" w:sz="8" w:space="0" w:color="83992A" w:themeColor="accent1"/>
      </w:tblBorders>
    </w:tblPr>
    <w:tblStylePr w:type="firstRow">
      <w:rPr>
        <w:rFonts w:asciiTheme="majorHAnsi" w:eastAsiaTheme="majorEastAsia" w:hAnsiTheme="majorHAnsi" w:cstheme="majorBidi"/>
      </w:rPr>
      <w:tblPr/>
      <w:tcPr>
        <w:tcBorders>
          <w:top w:val="nil"/>
          <w:bottom w:val="single" w:sz="8" w:space="0" w:color="83992A" w:themeColor="accent1"/>
        </w:tcBorders>
      </w:tcPr>
    </w:tblStylePr>
    <w:tblStylePr w:type="lastRow">
      <w:rPr>
        <w:b/>
        <w:bCs/>
        <w:color w:val="212121" w:themeColor="text2"/>
      </w:rPr>
      <w:tblPr/>
      <w:tcPr>
        <w:tcBorders>
          <w:top w:val="single" w:sz="8" w:space="0" w:color="83992A" w:themeColor="accent1"/>
          <w:bottom w:val="single" w:sz="8" w:space="0" w:color="83992A" w:themeColor="accent1"/>
        </w:tcBorders>
      </w:tcPr>
    </w:tblStylePr>
    <w:tblStylePr w:type="firstCol">
      <w:rPr>
        <w:b/>
        <w:bCs/>
      </w:rPr>
    </w:tblStylePr>
    <w:tblStylePr w:type="lastCol">
      <w:rPr>
        <w:b/>
        <w:bCs/>
      </w:rPr>
      <w:tblPr/>
      <w:tcPr>
        <w:tcBorders>
          <w:top w:val="single" w:sz="8" w:space="0" w:color="83992A" w:themeColor="accent1"/>
          <w:bottom w:val="single" w:sz="8" w:space="0" w:color="83992A" w:themeColor="accent1"/>
        </w:tcBorders>
      </w:tcPr>
    </w:tblStylePr>
    <w:tblStylePr w:type="band1Vert">
      <w:tblPr/>
      <w:tcPr>
        <w:shd w:val="clear" w:color="auto" w:fill="E5EEC1" w:themeFill="accent1" w:themeFillTint="3F"/>
      </w:tcPr>
    </w:tblStylePr>
    <w:tblStylePr w:type="band1Horz">
      <w:tblPr/>
      <w:tcPr>
        <w:shd w:val="clear" w:color="auto" w:fill="E5EEC1" w:themeFill="accent1" w:themeFillTint="3F"/>
      </w:tcPr>
    </w:tblStylePr>
  </w:style>
  <w:style w:type="table" w:styleId="MediumList1-Accent2">
    <w:name w:val="Medium List 1 Accent 2"/>
    <w:basedOn w:val="TableNormal"/>
    <w:uiPriority w:val="65"/>
    <w:rsid w:val="00A06E85"/>
    <w:pPr>
      <w:spacing w:after="0" w:line="240" w:lineRule="auto"/>
    </w:pPr>
    <w:rPr>
      <w:color w:val="000000" w:themeColor="text1"/>
    </w:rPr>
    <w:tblPr>
      <w:tblStyleRowBandSize w:val="1"/>
      <w:tblStyleColBandSize w:val="1"/>
      <w:tblBorders>
        <w:top w:val="single" w:sz="8" w:space="0" w:color="3C9770" w:themeColor="accent2"/>
        <w:bottom w:val="single" w:sz="8" w:space="0" w:color="3C9770" w:themeColor="accent2"/>
      </w:tblBorders>
    </w:tblPr>
    <w:tblStylePr w:type="firstRow">
      <w:rPr>
        <w:rFonts w:asciiTheme="majorHAnsi" w:eastAsiaTheme="majorEastAsia" w:hAnsiTheme="majorHAnsi" w:cstheme="majorBidi"/>
      </w:rPr>
      <w:tblPr/>
      <w:tcPr>
        <w:tcBorders>
          <w:top w:val="nil"/>
          <w:bottom w:val="single" w:sz="8" w:space="0" w:color="3C9770" w:themeColor="accent2"/>
        </w:tcBorders>
      </w:tcPr>
    </w:tblStylePr>
    <w:tblStylePr w:type="lastRow">
      <w:rPr>
        <w:b/>
        <w:bCs/>
        <w:color w:val="212121" w:themeColor="text2"/>
      </w:rPr>
      <w:tblPr/>
      <w:tcPr>
        <w:tcBorders>
          <w:top w:val="single" w:sz="8" w:space="0" w:color="3C9770" w:themeColor="accent2"/>
          <w:bottom w:val="single" w:sz="8" w:space="0" w:color="3C9770" w:themeColor="accent2"/>
        </w:tcBorders>
      </w:tcPr>
    </w:tblStylePr>
    <w:tblStylePr w:type="firstCol">
      <w:rPr>
        <w:b/>
        <w:bCs/>
      </w:rPr>
    </w:tblStylePr>
    <w:tblStylePr w:type="lastCol">
      <w:rPr>
        <w:b/>
        <w:bCs/>
      </w:rPr>
      <w:tblPr/>
      <w:tcPr>
        <w:tcBorders>
          <w:top w:val="single" w:sz="8" w:space="0" w:color="3C9770" w:themeColor="accent2"/>
          <w:bottom w:val="single" w:sz="8" w:space="0" w:color="3C9770" w:themeColor="accent2"/>
        </w:tcBorders>
      </w:tcPr>
    </w:tblStylePr>
    <w:tblStylePr w:type="band1Vert">
      <w:tblPr/>
      <w:tcPr>
        <w:shd w:val="clear" w:color="auto" w:fill="CAEADC" w:themeFill="accent2" w:themeFillTint="3F"/>
      </w:tcPr>
    </w:tblStylePr>
    <w:tblStylePr w:type="band1Horz">
      <w:tblPr/>
      <w:tcPr>
        <w:shd w:val="clear" w:color="auto" w:fill="CAEADC" w:themeFill="accent2" w:themeFillTint="3F"/>
      </w:tcPr>
    </w:tblStylePr>
  </w:style>
  <w:style w:type="table" w:styleId="MediumList1-Accent3">
    <w:name w:val="Medium List 1 Accent 3"/>
    <w:basedOn w:val="TableNormal"/>
    <w:uiPriority w:val="65"/>
    <w:rsid w:val="00A06E85"/>
    <w:pPr>
      <w:spacing w:after="0" w:line="240" w:lineRule="auto"/>
    </w:pPr>
    <w:rPr>
      <w:color w:val="000000" w:themeColor="text1"/>
    </w:rPr>
    <w:tblPr>
      <w:tblStyleRowBandSize w:val="1"/>
      <w:tblStyleColBandSize w:val="1"/>
      <w:tblBorders>
        <w:top w:val="single" w:sz="8" w:space="0" w:color="44709D" w:themeColor="accent3"/>
        <w:bottom w:val="single" w:sz="8" w:space="0" w:color="44709D" w:themeColor="accent3"/>
      </w:tblBorders>
    </w:tblPr>
    <w:tblStylePr w:type="firstRow">
      <w:rPr>
        <w:rFonts w:asciiTheme="majorHAnsi" w:eastAsiaTheme="majorEastAsia" w:hAnsiTheme="majorHAnsi" w:cstheme="majorBidi"/>
      </w:rPr>
      <w:tblPr/>
      <w:tcPr>
        <w:tcBorders>
          <w:top w:val="nil"/>
          <w:bottom w:val="single" w:sz="8" w:space="0" w:color="44709D" w:themeColor="accent3"/>
        </w:tcBorders>
      </w:tcPr>
    </w:tblStylePr>
    <w:tblStylePr w:type="lastRow">
      <w:rPr>
        <w:b/>
        <w:bCs/>
        <w:color w:val="212121" w:themeColor="text2"/>
      </w:rPr>
      <w:tblPr/>
      <w:tcPr>
        <w:tcBorders>
          <w:top w:val="single" w:sz="8" w:space="0" w:color="44709D" w:themeColor="accent3"/>
          <w:bottom w:val="single" w:sz="8" w:space="0" w:color="44709D" w:themeColor="accent3"/>
        </w:tcBorders>
      </w:tcPr>
    </w:tblStylePr>
    <w:tblStylePr w:type="firstCol">
      <w:rPr>
        <w:b/>
        <w:bCs/>
      </w:rPr>
    </w:tblStylePr>
    <w:tblStylePr w:type="lastCol">
      <w:rPr>
        <w:b/>
        <w:bCs/>
      </w:rPr>
      <w:tblPr/>
      <w:tcPr>
        <w:tcBorders>
          <w:top w:val="single" w:sz="8" w:space="0" w:color="44709D" w:themeColor="accent3"/>
          <w:bottom w:val="single" w:sz="8" w:space="0" w:color="44709D" w:themeColor="accent3"/>
        </w:tcBorders>
      </w:tcPr>
    </w:tblStylePr>
    <w:tblStylePr w:type="band1Vert">
      <w:tblPr/>
      <w:tcPr>
        <w:shd w:val="clear" w:color="auto" w:fill="CDDBE9" w:themeFill="accent3" w:themeFillTint="3F"/>
      </w:tcPr>
    </w:tblStylePr>
    <w:tblStylePr w:type="band1Horz">
      <w:tblPr/>
      <w:tcPr>
        <w:shd w:val="clear" w:color="auto" w:fill="CDDBE9" w:themeFill="accent3" w:themeFillTint="3F"/>
      </w:tcPr>
    </w:tblStylePr>
  </w:style>
  <w:style w:type="table" w:styleId="MediumList1-Accent4">
    <w:name w:val="Medium List 1 Accent 4"/>
    <w:basedOn w:val="TableNormal"/>
    <w:uiPriority w:val="65"/>
    <w:rsid w:val="00A06E85"/>
    <w:pPr>
      <w:spacing w:after="0" w:line="240" w:lineRule="auto"/>
    </w:pPr>
    <w:rPr>
      <w:color w:val="000000" w:themeColor="text1"/>
    </w:rPr>
    <w:tblPr>
      <w:tblStyleRowBandSize w:val="1"/>
      <w:tblStyleColBandSize w:val="1"/>
      <w:tblBorders>
        <w:top w:val="single" w:sz="8" w:space="0" w:color="A23C33" w:themeColor="accent4"/>
        <w:bottom w:val="single" w:sz="8" w:space="0" w:color="A23C33" w:themeColor="accent4"/>
      </w:tblBorders>
    </w:tblPr>
    <w:tblStylePr w:type="firstRow">
      <w:rPr>
        <w:rFonts w:asciiTheme="majorHAnsi" w:eastAsiaTheme="majorEastAsia" w:hAnsiTheme="majorHAnsi" w:cstheme="majorBidi"/>
      </w:rPr>
      <w:tblPr/>
      <w:tcPr>
        <w:tcBorders>
          <w:top w:val="nil"/>
          <w:bottom w:val="single" w:sz="8" w:space="0" w:color="A23C33" w:themeColor="accent4"/>
        </w:tcBorders>
      </w:tcPr>
    </w:tblStylePr>
    <w:tblStylePr w:type="lastRow">
      <w:rPr>
        <w:b/>
        <w:bCs/>
        <w:color w:val="212121" w:themeColor="text2"/>
      </w:rPr>
      <w:tblPr/>
      <w:tcPr>
        <w:tcBorders>
          <w:top w:val="single" w:sz="8" w:space="0" w:color="A23C33" w:themeColor="accent4"/>
          <w:bottom w:val="single" w:sz="8" w:space="0" w:color="A23C33" w:themeColor="accent4"/>
        </w:tcBorders>
      </w:tcPr>
    </w:tblStylePr>
    <w:tblStylePr w:type="firstCol">
      <w:rPr>
        <w:b/>
        <w:bCs/>
      </w:rPr>
    </w:tblStylePr>
    <w:tblStylePr w:type="lastCol">
      <w:rPr>
        <w:b/>
        <w:bCs/>
      </w:rPr>
      <w:tblPr/>
      <w:tcPr>
        <w:tcBorders>
          <w:top w:val="single" w:sz="8" w:space="0" w:color="A23C33" w:themeColor="accent4"/>
          <w:bottom w:val="single" w:sz="8" w:space="0" w:color="A23C33" w:themeColor="accent4"/>
        </w:tcBorders>
      </w:tcPr>
    </w:tblStylePr>
    <w:tblStylePr w:type="band1Vert">
      <w:tblPr/>
      <w:tcPr>
        <w:shd w:val="clear" w:color="auto" w:fill="EDC9C6" w:themeFill="accent4" w:themeFillTint="3F"/>
      </w:tcPr>
    </w:tblStylePr>
    <w:tblStylePr w:type="band1Horz">
      <w:tblPr/>
      <w:tcPr>
        <w:shd w:val="clear" w:color="auto" w:fill="EDC9C6" w:themeFill="accent4" w:themeFillTint="3F"/>
      </w:tcPr>
    </w:tblStylePr>
  </w:style>
  <w:style w:type="table" w:styleId="MediumList1-Accent5">
    <w:name w:val="Medium List 1 Accent 5"/>
    <w:basedOn w:val="TableNormal"/>
    <w:uiPriority w:val="65"/>
    <w:rsid w:val="00A06E85"/>
    <w:pPr>
      <w:spacing w:after="0" w:line="240" w:lineRule="auto"/>
    </w:pPr>
    <w:rPr>
      <w:color w:val="000000" w:themeColor="text1"/>
    </w:rPr>
    <w:tblPr>
      <w:tblStyleRowBandSize w:val="1"/>
      <w:tblStyleColBandSize w:val="1"/>
      <w:tblBorders>
        <w:top w:val="single" w:sz="8" w:space="0" w:color="D97828" w:themeColor="accent5"/>
        <w:bottom w:val="single" w:sz="8" w:space="0" w:color="D97828" w:themeColor="accent5"/>
      </w:tblBorders>
    </w:tblPr>
    <w:tblStylePr w:type="firstRow">
      <w:rPr>
        <w:rFonts w:asciiTheme="majorHAnsi" w:eastAsiaTheme="majorEastAsia" w:hAnsiTheme="majorHAnsi" w:cstheme="majorBidi"/>
      </w:rPr>
      <w:tblPr/>
      <w:tcPr>
        <w:tcBorders>
          <w:top w:val="nil"/>
          <w:bottom w:val="single" w:sz="8" w:space="0" w:color="D97828" w:themeColor="accent5"/>
        </w:tcBorders>
      </w:tcPr>
    </w:tblStylePr>
    <w:tblStylePr w:type="lastRow">
      <w:rPr>
        <w:b/>
        <w:bCs/>
        <w:color w:val="212121" w:themeColor="text2"/>
      </w:rPr>
      <w:tblPr/>
      <w:tcPr>
        <w:tcBorders>
          <w:top w:val="single" w:sz="8" w:space="0" w:color="D97828" w:themeColor="accent5"/>
          <w:bottom w:val="single" w:sz="8" w:space="0" w:color="D97828" w:themeColor="accent5"/>
        </w:tcBorders>
      </w:tcPr>
    </w:tblStylePr>
    <w:tblStylePr w:type="firstCol">
      <w:rPr>
        <w:b/>
        <w:bCs/>
      </w:rPr>
    </w:tblStylePr>
    <w:tblStylePr w:type="lastCol">
      <w:rPr>
        <w:b/>
        <w:bCs/>
      </w:rPr>
      <w:tblPr/>
      <w:tcPr>
        <w:tcBorders>
          <w:top w:val="single" w:sz="8" w:space="0" w:color="D97828" w:themeColor="accent5"/>
          <w:bottom w:val="single" w:sz="8" w:space="0" w:color="D97828" w:themeColor="accent5"/>
        </w:tcBorders>
      </w:tcPr>
    </w:tblStylePr>
    <w:tblStylePr w:type="band1Vert">
      <w:tblPr/>
      <w:tcPr>
        <w:shd w:val="clear" w:color="auto" w:fill="F5DDC9" w:themeFill="accent5" w:themeFillTint="3F"/>
      </w:tcPr>
    </w:tblStylePr>
    <w:tblStylePr w:type="band1Horz">
      <w:tblPr/>
      <w:tcPr>
        <w:shd w:val="clear" w:color="auto" w:fill="F5DDC9" w:themeFill="accent5" w:themeFillTint="3F"/>
      </w:tcPr>
    </w:tblStylePr>
  </w:style>
  <w:style w:type="table" w:styleId="MediumList1-Accent6">
    <w:name w:val="Medium List 1 Accent 6"/>
    <w:basedOn w:val="TableNormal"/>
    <w:uiPriority w:val="65"/>
    <w:rsid w:val="00A06E85"/>
    <w:pPr>
      <w:spacing w:after="0" w:line="240" w:lineRule="auto"/>
    </w:pPr>
    <w:rPr>
      <w:color w:val="000000" w:themeColor="text1"/>
    </w:rPr>
    <w:tblPr>
      <w:tblStyleRowBandSize w:val="1"/>
      <w:tblStyleColBandSize w:val="1"/>
      <w:tblBorders>
        <w:top w:val="single" w:sz="8" w:space="0" w:color="DEB340" w:themeColor="accent6"/>
        <w:bottom w:val="single" w:sz="8" w:space="0" w:color="DEB340" w:themeColor="accent6"/>
      </w:tblBorders>
    </w:tblPr>
    <w:tblStylePr w:type="firstRow">
      <w:rPr>
        <w:rFonts w:asciiTheme="majorHAnsi" w:eastAsiaTheme="majorEastAsia" w:hAnsiTheme="majorHAnsi" w:cstheme="majorBidi"/>
      </w:rPr>
      <w:tblPr/>
      <w:tcPr>
        <w:tcBorders>
          <w:top w:val="nil"/>
          <w:bottom w:val="single" w:sz="8" w:space="0" w:color="DEB340" w:themeColor="accent6"/>
        </w:tcBorders>
      </w:tcPr>
    </w:tblStylePr>
    <w:tblStylePr w:type="lastRow">
      <w:rPr>
        <w:b/>
        <w:bCs/>
        <w:color w:val="212121" w:themeColor="text2"/>
      </w:rPr>
      <w:tblPr/>
      <w:tcPr>
        <w:tcBorders>
          <w:top w:val="single" w:sz="8" w:space="0" w:color="DEB340" w:themeColor="accent6"/>
          <w:bottom w:val="single" w:sz="8" w:space="0" w:color="DEB340" w:themeColor="accent6"/>
        </w:tcBorders>
      </w:tcPr>
    </w:tblStylePr>
    <w:tblStylePr w:type="firstCol">
      <w:rPr>
        <w:b/>
        <w:bCs/>
      </w:rPr>
    </w:tblStylePr>
    <w:tblStylePr w:type="lastCol">
      <w:rPr>
        <w:b/>
        <w:bCs/>
      </w:rPr>
      <w:tblPr/>
      <w:tcPr>
        <w:tcBorders>
          <w:top w:val="single" w:sz="8" w:space="0" w:color="DEB340" w:themeColor="accent6"/>
          <w:bottom w:val="single" w:sz="8" w:space="0" w:color="DEB340" w:themeColor="accent6"/>
        </w:tcBorders>
      </w:tcPr>
    </w:tblStylePr>
    <w:tblStylePr w:type="band1Vert">
      <w:tblPr/>
      <w:tcPr>
        <w:shd w:val="clear" w:color="auto" w:fill="F6ECCF" w:themeFill="accent6" w:themeFillTint="3F"/>
      </w:tcPr>
    </w:tblStylePr>
    <w:tblStylePr w:type="band1Horz">
      <w:tblPr/>
      <w:tcPr>
        <w:shd w:val="clear" w:color="auto" w:fill="F6ECCF" w:themeFill="accent6" w:themeFillTint="3F"/>
      </w:tcPr>
    </w:tblStylePr>
  </w:style>
  <w:style w:type="table" w:styleId="MediumList2">
    <w:name w:val="Medium List 2"/>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992A" w:themeColor="accent1"/>
        <w:left w:val="single" w:sz="8" w:space="0" w:color="83992A" w:themeColor="accent1"/>
        <w:bottom w:val="single" w:sz="8" w:space="0" w:color="83992A" w:themeColor="accent1"/>
        <w:right w:val="single" w:sz="8" w:space="0" w:color="83992A" w:themeColor="accent1"/>
      </w:tblBorders>
    </w:tblPr>
    <w:tblStylePr w:type="firstRow">
      <w:rPr>
        <w:sz w:val="24"/>
        <w:szCs w:val="24"/>
      </w:rPr>
      <w:tblPr/>
      <w:tcPr>
        <w:tcBorders>
          <w:top w:val="nil"/>
          <w:left w:val="nil"/>
          <w:bottom w:val="single" w:sz="24" w:space="0" w:color="83992A" w:themeColor="accent1"/>
          <w:right w:val="nil"/>
          <w:insideH w:val="nil"/>
          <w:insideV w:val="nil"/>
        </w:tcBorders>
        <w:shd w:val="clear" w:color="auto" w:fill="FFFFFF" w:themeFill="background1"/>
      </w:tcPr>
    </w:tblStylePr>
    <w:tblStylePr w:type="lastRow">
      <w:tblPr/>
      <w:tcPr>
        <w:tcBorders>
          <w:top w:val="single" w:sz="8" w:space="0" w:color="83992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3992A" w:themeColor="accent1"/>
          <w:insideH w:val="nil"/>
          <w:insideV w:val="nil"/>
        </w:tcBorders>
        <w:shd w:val="clear" w:color="auto" w:fill="FFFFFF" w:themeFill="background1"/>
      </w:tcPr>
    </w:tblStylePr>
    <w:tblStylePr w:type="lastCol">
      <w:tblPr/>
      <w:tcPr>
        <w:tcBorders>
          <w:top w:val="nil"/>
          <w:left w:val="single" w:sz="8" w:space="0" w:color="83992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EC1" w:themeFill="accent1" w:themeFillTint="3F"/>
      </w:tcPr>
    </w:tblStylePr>
    <w:tblStylePr w:type="band1Horz">
      <w:tblPr/>
      <w:tcPr>
        <w:tcBorders>
          <w:top w:val="nil"/>
          <w:bottom w:val="nil"/>
          <w:insideH w:val="nil"/>
          <w:insideV w:val="nil"/>
        </w:tcBorders>
        <w:shd w:val="clear" w:color="auto" w:fill="E5EEC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C9770" w:themeColor="accent2"/>
        <w:left w:val="single" w:sz="8" w:space="0" w:color="3C9770" w:themeColor="accent2"/>
        <w:bottom w:val="single" w:sz="8" w:space="0" w:color="3C9770" w:themeColor="accent2"/>
        <w:right w:val="single" w:sz="8" w:space="0" w:color="3C9770" w:themeColor="accent2"/>
      </w:tblBorders>
    </w:tblPr>
    <w:tblStylePr w:type="firstRow">
      <w:rPr>
        <w:sz w:val="24"/>
        <w:szCs w:val="24"/>
      </w:rPr>
      <w:tblPr/>
      <w:tcPr>
        <w:tcBorders>
          <w:top w:val="nil"/>
          <w:left w:val="nil"/>
          <w:bottom w:val="single" w:sz="24" w:space="0" w:color="3C9770" w:themeColor="accent2"/>
          <w:right w:val="nil"/>
          <w:insideH w:val="nil"/>
          <w:insideV w:val="nil"/>
        </w:tcBorders>
        <w:shd w:val="clear" w:color="auto" w:fill="FFFFFF" w:themeFill="background1"/>
      </w:tcPr>
    </w:tblStylePr>
    <w:tblStylePr w:type="lastRow">
      <w:tblPr/>
      <w:tcPr>
        <w:tcBorders>
          <w:top w:val="single" w:sz="8" w:space="0" w:color="3C977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C9770" w:themeColor="accent2"/>
          <w:insideH w:val="nil"/>
          <w:insideV w:val="nil"/>
        </w:tcBorders>
        <w:shd w:val="clear" w:color="auto" w:fill="FFFFFF" w:themeFill="background1"/>
      </w:tcPr>
    </w:tblStylePr>
    <w:tblStylePr w:type="lastCol">
      <w:tblPr/>
      <w:tcPr>
        <w:tcBorders>
          <w:top w:val="nil"/>
          <w:left w:val="single" w:sz="8" w:space="0" w:color="3C977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ADC" w:themeFill="accent2" w:themeFillTint="3F"/>
      </w:tcPr>
    </w:tblStylePr>
    <w:tblStylePr w:type="band1Horz">
      <w:tblPr/>
      <w:tcPr>
        <w:tcBorders>
          <w:top w:val="nil"/>
          <w:bottom w:val="nil"/>
          <w:insideH w:val="nil"/>
          <w:insideV w:val="nil"/>
        </w:tcBorders>
        <w:shd w:val="clear" w:color="auto" w:fill="CAEAD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09D" w:themeColor="accent3"/>
        <w:left w:val="single" w:sz="8" w:space="0" w:color="44709D" w:themeColor="accent3"/>
        <w:bottom w:val="single" w:sz="8" w:space="0" w:color="44709D" w:themeColor="accent3"/>
        <w:right w:val="single" w:sz="8" w:space="0" w:color="44709D" w:themeColor="accent3"/>
      </w:tblBorders>
    </w:tblPr>
    <w:tblStylePr w:type="firstRow">
      <w:rPr>
        <w:sz w:val="24"/>
        <w:szCs w:val="24"/>
      </w:rPr>
      <w:tblPr/>
      <w:tcPr>
        <w:tcBorders>
          <w:top w:val="nil"/>
          <w:left w:val="nil"/>
          <w:bottom w:val="single" w:sz="24" w:space="0" w:color="44709D" w:themeColor="accent3"/>
          <w:right w:val="nil"/>
          <w:insideH w:val="nil"/>
          <w:insideV w:val="nil"/>
        </w:tcBorders>
        <w:shd w:val="clear" w:color="auto" w:fill="FFFFFF" w:themeFill="background1"/>
      </w:tcPr>
    </w:tblStylePr>
    <w:tblStylePr w:type="lastRow">
      <w:tblPr/>
      <w:tcPr>
        <w:tcBorders>
          <w:top w:val="single" w:sz="8" w:space="0" w:color="44709D"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09D" w:themeColor="accent3"/>
          <w:insideH w:val="nil"/>
          <w:insideV w:val="nil"/>
        </w:tcBorders>
        <w:shd w:val="clear" w:color="auto" w:fill="FFFFFF" w:themeFill="background1"/>
      </w:tcPr>
    </w:tblStylePr>
    <w:tblStylePr w:type="lastCol">
      <w:tblPr/>
      <w:tcPr>
        <w:tcBorders>
          <w:top w:val="nil"/>
          <w:left w:val="single" w:sz="8" w:space="0" w:color="44709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DDBE9" w:themeFill="accent3" w:themeFillTint="3F"/>
      </w:tcPr>
    </w:tblStylePr>
    <w:tblStylePr w:type="band1Horz">
      <w:tblPr/>
      <w:tcPr>
        <w:tcBorders>
          <w:top w:val="nil"/>
          <w:bottom w:val="nil"/>
          <w:insideH w:val="nil"/>
          <w:insideV w:val="nil"/>
        </w:tcBorders>
        <w:shd w:val="clear" w:color="auto" w:fill="CDDB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3C33" w:themeColor="accent4"/>
        <w:left w:val="single" w:sz="8" w:space="0" w:color="A23C33" w:themeColor="accent4"/>
        <w:bottom w:val="single" w:sz="8" w:space="0" w:color="A23C33" w:themeColor="accent4"/>
        <w:right w:val="single" w:sz="8" w:space="0" w:color="A23C33" w:themeColor="accent4"/>
      </w:tblBorders>
    </w:tblPr>
    <w:tblStylePr w:type="firstRow">
      <w:rPr>
        <w:sz w:val="24"/>
        <w:szCs w:val="24"/>
      </w:rPr>
      <w:tblPr/>
      <w:tcPr>
        <w:tcBorders>
          <w:top w:val="nil"/>
          <w:left w:val="nil"/>
          <w:bottom w:val="single" w:sz="24" w:space="0" w:color="A23C33" w:themeColor="accent4"/>
          <w:right w:val="nil"/>
          <w:insideH w:val="nil"/>
          <w:insideV w:val="nil"/>
        </w:tcBorders>
        <w:shd w:val="clear" w:color="auto" w:fill="FFFFFF" w:themeFill="background1"/>
      </w:tcPr>
    </w:tblStylePr>
    <w:tblStylePr w:type="lastRow">
      <w:tblPr/>
      <w:tcPr>
        <w:tcBorders>
          <w:top w:val="single" w:sz="8" w:space="0" w:color="A23C33"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23C33" w:themeColor="accent4"/>
          <w:insideH w:val="nil"/>
          <w:insideV w:val="nil"/>
        </w:tcBorders>
        <w:shd w:val="clear" w:color="auto" w:fill="FFFFFF" w:themeFill="background1"/>
      </w:tcPr>
    </w:tblStylePr>
    <w:tblStylePr w:type="lastCol">
      <w:tblPr/>
      <w:tcPr>
        <w:tcBorders>
          <w:top w:val="nil"/>
          <w:left w:val="single" w:sz="8" w:space="0" w:color="A23C3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C9C6" w:themeFill="accent4" w:themeFillTint="3F"/>
      </w:tcPr>
    </w:tblStylePr>
    <w:tblStylePr w:type="band1Horz">
      <w:tblPr/>
      <w:tcPr>
        <w:tcBorders>
          <w:top w:val="nil"/>
          <w:bottom w:val="nil"/>
          <w:insideH w:val="nil"/>
          <w:insideV w:val="nil"/>
        </w:tcBorders>
        <w:shd w:val="clear" w:color="auto" w:fill="EDC9C6"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97828" w:themeColor="accent5"/>
        <w:left w:val="single" w:sz="8" w:space="0" w:color="D97828" w:themeColor="accent5"/>
        <w:bottom w:val="single" w:sz="8" w:space="0" w:color="D97828" w:themeColor="accent5"/>
        <w:right w:val="single" w:sz="8" w:space="0" w:color="D97828" w:themeColor="accent5"/>
      </w:tblBorders>
    </w:tblPr>
    <w:tblStylePr w:type="firstRow">
      <w:rPr>
        <w:sz w:val="24"/>
        <w:szCs w:val="24"/>
      </w:rPr>
      <w:tblPr/>
      <w:tcPr>
        <w:tcBorders>
          <w:top w:val="nil"/>
          <w:left w:val="nil"/>
          <w:bottom w:val="single" w:sz="24" w:space="0" w:color="D97828" w:themeColor="accent5"/>
          <w:right w:val="nil"/>
          <w:insideH w:val="nil"/>
          <w:insideV w:val="nil"/>
        </w:tcBorders>
        <w:shd w:val="clear" w:color="auto" w:fill="FFFFFF" w:themeFill="background1"/>
      </w:tcPr>
    </w:tblStylePr>
    <w:tblStylePr w:type="lastRow">
      <w:tblPr/>
      <w:tcPr>
        <w:tcBorders>
          <w:top w:val="single" w:sz="8" w:space="0" w:color="D9782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97828" w:themeColor="accent5"/>
          <w:insideH w:val="nil"/>
          <w:insideV w:val="nil"/>
        </w:tcBorders>
        <w:shd w:val="clear" w:color="auto" w:fill="FFFFFF" w:themeFill="background1"/>
      </w:tcPr>
    </w:tblStylePr>
    <w:tblStylePr w:type="lastCol">
      <w:tblPr/>
      <w:tcPr>
        <w:tcBorders>
          <w:top w:val="nil"/>
          <w:left w:val="single" w:sz="8" w:space="0" w:color="D9782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DC9" w:themeFill="accent5" w:themeFillTint="3F"/>
      </w:tcPr>
    </w:tblStylePr>
    <w:tblStylePr w:type="band1Horz">
      <w:tblPr/>
      <w:tcPr>
        <w:tcBorders>
          <w:top w:val="nil"/>
          <w:bottom w:val="nil"/>
          <w:insideH w:val="nil"/>
          <w:insideV w:val="nil"/>
        </w:tcBorders>
        <w:shd w:val="clear" w:color="auto" w:fill="F5DDC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340" w:themeColor="accent6"/>
        <w:left w:val="single" w:sz="8" w:space="0" w:color="DEB340" w:themeColor="accent6"/>
        <w:bottom w:val="single" w:sz="8" w:space="0" w:color="DEB340" w:themeColor="accent6"/>
        <w:right w:val="single" w:sz="8" w:space="0" w:color="DEB340" w:themeColor="accent6"/>
      </w:tblBorders>
    </w:tblPr>
    <w:tblStylePr w:type="firstRow">
      <w:rPr>
        <w:sz w:val="24"/>
        <w:szCs w:val="24"/>
      </w:rPr>
      <w:tblPr/>
      <w:tcPr>
        <w:tcBorders>
          <w:top w:val="nil"/>
          <w:left w:val="nil"/>
          <w:bottom w:val="single" w:sz="24" w:space="0" w:color="DEB340" w:themeColor="accent6"/>
          <w:right w:val="nil"/>
          <w:insideH w:val="nil"/>
          <w:insideV w:val="nil"/>
        </w:tcBorders>
        <w:shd w:val="clear" w:color="auto" w:fill="FFFFFF" w:themeFill="background1"/>
      </w:tcPr>
    </w:tblStylePr>
    <w:tblStylePr w:type="lastRow">
      <w:tblPr/>
      <w:tcPr>
        <w:tcBorders>
          <w:top w:val="single" w:sz="8" w:space="0" w:color="DEB34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340" w:themeColor="accent6"/>
          <w:insideH w:val="nil"/>
          <w:insideV w:val="nil"/>
        </w:tcBorders>
        <w:shd w:val="clear" w:color="auto" w:fill="FFFFFF" w:themeFill="background1"/>
      </w:tcPr>
    </w:tblStylePr>
    <w:tblStylePr w:type="lastCol">
      <w:tblPr/>
      <w:tcPr>
        <w:tcBorders>
          <w:top w:val="nil"/>
          <w:left w:val="single" w:sz="8" w:space="0" w:color="DEB3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ECCF" w:themeFill="accent6" w:themeFillTint="3F"/>
      </w:tcPr>
    </w:tblStylePr>
    <w:tblStylePr w:type="band1Horz">
      <w:tblPr/>
      <w:tcPr>
        <w:tcBorders>
          <w:top w:val="nil"/>
          <w:bottom w:val="nil"/>
          <w:insideH w:val="nil"/>
          <w:insideV w:val="nil"/>
        </w:tcBorders>
        <w:shd w:val="clear" w:color="auto" w:fill="F6ECC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A06E8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A06E85"/>
    <w:pPr>
      <w:spacing w:after="0" w:line="240" w:lineRule="auto"/>
    </w:pPr>
    <w:tblPr>
      <w:tblStyleRowBandSize w:val="1"/>
      <w:tblStyleColBandSize w:val="1"/>
      <w:tblBorders>
        <w:top w:val="single" w:sz="8" w:space="0" w:color="B1CC45" w:themeColor="accent1" w:themeTint="BF"/>
        <w:left w:val="single" w:sz="8" w:space="0" w:color="B1CC45" w:themeColor="accent1" w:themeTint="BF"/>
        <w:bottom w:val="single" w:sz="8" w:space="0" w:color="B1CC45" w:themeColor="accent1" w:themeTint="BF"/>
        <w:right w:val="single" w:sz="8" w:space="0" w:color="B1CC45" w:themeColor="accent1" w:themeTint="BF"/>
        <w:insideH w:val="single" w:sz="8" w:space="0" w:color="B1CC45" w:themeColor="accent1" w:themeTint="BF"/>
        <w:insideV w:val="single" w:sz="8" w:space="0" w:color="B1CC45" w:themeColor="accent1" w:themeTint="BF"/>
      </w:tblBorders>
    </w:tblPr>
    <w:tcPr>
      <w:shd w:val="clear" w:color="auto" w:fill="E5EEC1" w:themeFill="accent1" w:themeFillTint="3F"/>
    </w:tcPr>
    <w:tblStylePr w:type="firstRow">
      <w:rPr>
        <w:b/>
        <w:bCs/>
      </w:rPr>
    </w:tblStylePr>
    <w:tblStylePr w:type="lastRow">
      <w:rPr>
        <w:b/>
        <w:bCs/>
      </w:rPr>
      <w:tblPr/>
      <w:tcPr>
        <w:tcBorders>
          <w:top w:val="single" w:sz="18" w:space="0" w:color="B1CC45" w:themeColor="accent1" w:themeTint="BF"/>
        </w:tcBorders>
      </w:tcPr>
    </w:tblStylePr>
    <w:tblStylePr w:type="firstCol">
      <w:rPr>
        <w:b/>
        <w:bCs/>
      </w:rPr>
    </w:tblStylePr>
    <w:tblStylePr w:type="lastCol">
      <w:rPr>
        <w:b/>
        <w:bCs/>
      </w:rPr>
    </w:tblStylePr>
    <w:tblStylePr w:type="band1Vert">
      <w:tblPr/>
      <w:tcPr>
        <w:shd w:val="clear" w:color="auto" w:fill="CBDD83" w:themeFill="accent1" w:themeFillTint="7F"/>
      </w:tcPr>
    </w:tblStylePr>
    <w:tblStylePr w:type="band1Horz">
      <w:tblPr/>
      <w:tcPr>
        <w:shd w:val="clear" w:color="auto" w:fill="CBDD83" w:themeFill="accent1" w:themeFillTint="7F"/>
      </w:tcPr>
    </w:tblStylePr>
  </w:style>
  <w:style w:type="table" w:styleId="MediumGrid1-Accent2">
    <w:name w:val="Medium Grid 1 Accent 2"/>
    <w:basedOn w:val="TableNormal"/>
    <w:uiPriority w:val="67"/>
    <w:rsid w:val="00A06E85"/>
    <w:pPr>
      <w:spacing w:after="0" w:line="240" w:lineRule="auto"/>
    </w:pPr>
    <w:tblPr>
      <w:tblStyleRowBandSize w:val="1"/>
      <w:tblStyleColBandSize w:val="1"/>
      <w:tblBorders>
        <w:top w:val="single" w:sz="8" w:space="0" w:color="5EBF95" w:themeColor="accent2" w:themeTint="BF"/>
        <w:left w:val="single" w:sz="8" w:space="0" w:color="5EBF95" w:themeColor="accent2" w:themeTint="BF"/>
        <w:bottom w:val="single" w:sz="8" w:space="0" w:color="5EBF95" w:themeColor="accent2" w:themeTint="BF"/>
        <w:right w:val="single" w:sz="8" w:space="0" w:color="5EBF95" w:themeColor="accent2" w:themeTint="BF"/>
        <w:insideH w:val="single" w:sz="8" w:space="0" w:color="5EBF95" w:themeColor="accent2" w:themeTint="BF"/>
        <w:insideV w:val="single" w:sz="8" w:space="0" w:color="5EBF95" w:themeColor="accent2" w:themeTint="BF"/>
      </w:tblBorders>
    </w:tblPr>
    <w:tcPr>
      <w:shd w:val="clear" w:color="auto" w:fill="CAEADC" w:themeFill="accent2" w:themeFillTint="3F"/>
    </w:tcPr>
    <w:tblStylePr w:type="firstRow">
      <w:rPr>
        <w:b/>
        <w:bCs/>
      </w:rPr>
    </w:tblStylePr>
    <w:tblStylePr w:type="lastRow">
      <w:rPr>
        <w:b/>
        <w:bCs/>
      </w:rPr>
      <w:tblPr/>
      <w:tcPr>
        <w:tcBorders>
          <w:top w:val="single" w:sz="18" w:space="0" w:color="5EBF95" w:themeColor="accent2" w:themeTint="BF"/>
        </w:tcBorders>
      </w:tcPr>
    </w:tblStylePr>
    <w:tblStylePr w:type="firstCol">
      <w:rPr>
        <w:b/>
        <w:bCs/>
      </w:rPr>
    </w:tblStylePr>
    <w:tblStylePr w:type="lastCol">
      <w:rPr>
        <w:b/>
        <w:bCs/>
      </w:rPr>
    </w:tblStylePr>
    <w:tblStylePr w:type="band1Vert">
      <w:tblPr/>
      <w:tcPr>
        <w:shd w:val="clear" w:color="auto" w:fill="94D4B8" w:themeFill="accent2" w:themeFillTint="7F"/>
      </w:tcPr>
    </w:tblStylePr>
    <w:tblStylePr w:type="band1Horz">
      <w:tblPr/>
      <w:tcPr>
        <w:shd w:val="clear" w:color="auto" w:fill="94D4B8" w:themeFill="accent2" w:themeFillTint="7F"/>
      </w:tcPr>
    </w:tblStylePr>
  </w:style>
  <w:style w:type="table" w:styleId="MediumGrid1-Accent3">
    <w:name w:val="Medium Grid 1 Accent 3"/>
    <w:basedOn w:val="TableNormal"/>
    <w:uiPriority w:val="67"/>
    <w:rsid w:val="00A06E85"/>
    <w:pPr>
      <w:spacing w:after="0" w:line="240" w:lineRule="auto"/>
    </w:pPr>
    <w:tblPr>
      <w:tblStyleRowBandSize w:val="1"/>
      <w:tblStyleColBandSize w:val="1"/>
      <w:tblBorders>
        <w:top w:val="single" w:sz="8" w:space="0" w:color="6993BE" w:themeColor="accent3" w:themeTint="BF"/>
        <w:left w:val="single" w:sz="8" w:space="0" w:color="6993BE" w:themeColor="accent3" w:themeTint="BF"/>
        <w:bottom w:val="single" w:sz="8" w:space="0" w:color="6993BE" w:themeColor="accent3" w:themeTint="BF"/>
        <w:right w:val="single" w:sz="8" w:space="0" w:color="6993BE" w:themeColor="accent3" w:themeTint="BF"/>
        <w:insideH w:val="single" w:sz="8" w:space="0" w:color="6993BE" w:themeColor="accent3" w:themeTint="BF"/>
        <w:insideV w:val="single" w:sz="8" w:space="0" w:color="6993BE" w:themeColor="accent3" w:themeTint="BF"/>
      </w:tblBorders>
    </w:tblPr>
    <w:tcPr>
      <w:shd w:val="clear" w:color="auto" w:fill="CDDBE9" w:themeFill="accent3" w:themeFillTint="3F"/>
    </w:tcPr>
    <w:tblStylePr w:type="firstRow">
      <w:rPr>
        <w:b/>
        <w:bCs/>
      </w:rPr>
    </w:tblStylePr>
    <w:tblStylePr w:type="lastRow">
      <w:rPr>
        <w:b/>
        <w:bCs/>
      </w:rPr>
      <w:tblPr/>
      <w:tcPr>
        <w:tcBorders>
          <w:top w:val="single" w:sz="18" w:space="0" w:color="6993BE" w:themeColor="accent3" w:themeTint="BF"/>
        </w:tcBorders>
      </w:tcPr>
    </w:tblStylePr>
    <w:tblStylePr w:type="firstCol">
      <w:rPr>
        <w:b/>
        <w:bCs/>
      </w:rPr>
    </w:tblStylePr>
    <w:tblStylePr w:type="lastCol">
      <w:rPr>
        <w:b/>
        <w:bCs/>
      </w:rPr>
    </w:tblStylePr>
    <w:tblStylePr w:type="band1Vert">
      <w:tblPr/>
      <w:tcPr>
        <w:shd w:val="clear" w:color="auto" w:fill="9BB7D4" w:themeFill="accent3" w:themeFillTint="7F"/>
      </w:tcPr>
    </w:tblStylePr>
    <w:tblStylePr w:type="band1Horz">
      <w:tblPr/>
      <w:tcPr>
        <w:shd w:val="clear" w:color="auto" w:fill="9BB7D4" w:themeFill="accent3" w:themeFillTint="7F"/>
      </w:tcPr>
    </w:tblStylePr>
  </w:style>
  <w:style w:type="table" w:styleId="MediumGrid1-Accent4">
    <w:name w:val="Medium Grid 1 Accent 4"/>
    <w:basedOn w:val="TableNormal"/>
    <w:uiPriority w:val="67"/>
    <w:rsid w:val="00A06E85"/>
    <w:pPr>
      <w:spacing w:after="0" w:line="240" w:lineRule="auto"/>
    </w:pPr>
    <w:tblPr>
      <w:tblStyleRowBandSize w:val="1"/>
      <w:tblStyleColBandSize w:val="1"/>
      <w:tblBorders>
        <w:top w:val="single" w:sz="8" w:space="0" w:color="C95E55" w:themeColor="accent4" w:themeTint="BF"/>
        <w:left w:val="single" w:sz="8" w:space="0" w:color="C95E55" w:themeColor="accent4" w:themeTint="BF"/>
        <w:bottom w:val="single" w:sz="8" w:space="0" w:color="C95E55" w:themeColor="accent4" w:themeTint="BF"/>
        <w:right w:val="single" w:sz="8" w:space="0" w:color="C95E55" w:themeColor="accent4" w:themeTint="BF"/>
        <w:insideH w:val="single" w:sz="8" w:space="0" w:color="C95E55" w:themeColor="accent4" w:themeTint="BF"/>
        <w:insideV w:val="single" w:sz="8" w:space="0" w:color="C95E55" w:themeColor="accent4" w:themeTint="BF"/>
      </w:tblBorders>
    </w:tblPr>
    <w:tcPr>
      <w:shd w:val="clear" w:color="auto" w:fill="EDC9C6" w:themeFill="accent4" w:themeFillTint="3F"/>
    </w:tcPr>
    <w:tblStylePr w:type="firstRow">
      <w:rPr>
        <w:b/>
        <w:bCs/>
      </w:rPr>
    </w:tblStylePr>
    <w:tblStylePr w:type="lastRow">
      <w:rPr>
        <w:b/>
        <w:bCs/>
      </w:rPr>
      <w:tblPr/>
      <w:tcPr>
        <w:tcBorders>
          <w:top w:val="single" w:sz="18" w:space="0" w:color="C95E55" w:themeColor="accent4" w:themeTint="BF"/>
        </w:tcBorders>
      </w:tcPr>
    </w:tblStylePr>
    <w:tblStylePr w:type="firstCol">
      <w:rPr>
        <w:b/>
        <w:bCs/>
      </w:rPr>
    </w:tblStylePr>
    <w:tblStylePr w:type="lastCol">
      <w:rPr>
        <w:b/>
        <w:bCs/>
      </w:rPr>
    </w:tblStylePr>
    <w:tblStylePr w:type="band1Vert">
      <w:tblPr/>
      <w:tcPr>
        <w:shd w:val="clear" w:color="auto" w:fill="DB948E" w:themeFill="accent4" w:themeFillTint="7F"/>
      </w:tcPr>
    </w:tblStylePr>
    <w:tblStylePr w:type="band1Horz">
      <w:tblPr/>
      <w:tcPr>
        <w:shd w:val="clear" w:color="auto" w:fill="DB948E" w:themeFill="accent4" w:themeFillTint="7F"/>
      </w:tcPr>
    </w:tblStylePr>
  </w:style>
  <w:style w:type="table" w:styleId="MediumGrid1-Accent5">
    <w:name w:val="Medium Grid 1 Accent 5"/>
    <w:basedOn w:val="TableNormal"/>
    <w:uiPriority w:val="67"/>
    <w:rsid w:val="00A06E85"/>
    <w:pPr>
      <w:spacing w:after="0" w:line="240" w:lineRule="auto"/>
    </w:pPr>
    <w:tblPr>
      <w:tblStyleRowBandSize w:val="1"/>
      <w:tblStyleColBandSize w:val="1"/>
      <w:tblBorders>
        <w:top w:val="single" w:sz="8" w:space="0" w:color="E2995D" w:themeColor="accent5" w:themeTint="BF"/>
        <w:left w:val="single" w:sz="8" w:space="0" w:color="E2995D" w:themeColor="accent5" w:themeTint="BF"/>
        <w:bottom w:val="single" w:sz="8" w:space="0" w:color="E2995D" w:themeColor="accent5" w:themeTint="BF"/>
        <w:right w:val="single" w:sz="8" w:space="0" w:color="E2995D" w:themeColor="accent5" w:themeTint="BF"/>
        <w:insideH w:val="single" w:sz="8" w:space="0" w:color="E2995D" w:themeColor="accent5" w:themeTint="BF"/>
        <w:insideV w:val="single" w:sz="8" w:space="0" w:color="E2995D" w:themeColor="accent5" w:themeTint="BF"/>
      </w:tblBorders>
    </w:tblPr>
    <w:tcPr>
      <w:shd w:val="clear" w:color="auto" w:fill="F5DDC9" w:themeFill="accent5" w:themeFillTint="3F"/>
    </w:tcPr>
    <w:tblStylePr w:type="firstRow">
      <w:rPr>
        <w:b/>
        <w:bCs/>
      </w:rPr>
    </w:tblStylePr>
    <w:tblStylePr w:type="lastRow">
      <w:rPr>
        <w:b/>
        <w:bCs/>
      </w:rPr>
      <w:tblPr/>
      <w:tcPr>
        <w:tcBorders>
          <w:top w:val="single" w:sz="18" w:space="0" w:color="E2995D" w:themeColor="accent5" w:themeTint="BF"/>
        </w:tcBorders>
      </w:tcPr>
    </w:tblStylePr>
    <w:tblStylePr w:type="firstCol">
      <w:rPr>
        <w:b/>
        <w:bCs/>
      </w:rPr>
    </w:tblStylePr>
    <w:tblStylePr w:type="lastCol">
      <w:rPr>
        <w:b/>
        <w:bCs/>
      </w:rPr>
    </w:tblStylePr>
    <w:tblStylePr w:type="band1Vert">
      <w:tblPr/>
      <w:tcPr>
        <w:shd w:val="clear" w:color="auto" w:fill="ECBB93" w:themeFill="accent5" w:themeFillTint="7F"/>
      </w:tcPr>
    </w:tblStylePr>
    <w:tblStylePr w:type="band1Horz">
      <w:tblPr/>
      <w:tcPr>
        <w:shd w:val="clear" w:color="auto" w:fill="ECBB93" w:themeFill="accent5" w:themeFillTint="7F"/>
      </w:tcPr>
    </w:tblStylePr>
  </w:style>
  <w:style w:type="table" w:styleId="MediumGrid1-Accent6">
    <w:name w:val="Medium Grid 1 Accent 6"/>
    <w:basedOn w:val="TableNormal"/>
    <w:uiPriority w:val="67"/>
    <w:rsid w:val="00A06E85"/>
    <w:pPr>
      <w:spacing w:after="0" w:line="240" w:lineRule="auto"/>
    </w:pPr>
    <w:tblPr>
      <w:tblStyleRowBandSize w:val="1"/>
      <w:tblStyleColBandSize w:val="1"/>
      <w:tblBorders>
        <w:top w:val="single" w:sz="8" w:space="0" w:color="E6C56F" w:themeColor="accent6" w:themeTint="BF"/>
        <w:left w:val="single" w:sz="8" w:space="0" w:color="E6C56F" w:themeColor="accent6" w:themeTint="BF"/>
        <w:bottom w:val="single" w:sz="8" w:space="0" w:color="E6C56F" w:themeColor="accent6" w:themeTint="BF"/>
        <w:right w:val="single" w:sz="8" w:space="0" w:color="E6C56F" w:themeColor="accent6" w:themeTint="BF"/>
        <w:insideH w:val="single" w:sz="8" w:space="0" w:color="E6C56F" w:themeColor="accent6" w:themeTint="BF"/>
        <w:insideV w:val="single" w:sz="8" w:space="0" w:color="E6C56F" w:themeColor="accent6" w:themeTint="BF"/>
      </w:tblBorders>
    </w:tblPr>
    <w:tcPr>
      <w:shd w:val="clear" w:color="auto" w:fill="F6ECCF" w:themeFill="accent6" w:themeFillTint="3F"/>
    </w:tcPr>
    <w:tblStylePr w:type="firstRow">
      <w:rPr>
        <w:b/>
        <w:bCs/>
      </w:rPr>
    </w:tblStylePr>
    <w:tblStylePr w:type="lastRow">
      <w:rPr>
        <w:b/>
        <w:bCs/>
      </w:rPr>
      <w:tblPr/>
      <w:tcPr>
        <w:tcBorders>
          <w:top w:val="single" w:sz="18" w:space="0" w:color="E6C56F" w:themeColor="accent6" w:themeTint="BF"/>
        </w:tcBorders>
      </w:tcPr>
    </w:tblStylePr>
    <w:tblStylePr w:type="firstCol">
      <w:rPr>
        <w:b/>
        <w:bCs/>
      </w:rPr>
    </w:tblStylePr>
    <w:tblStylePr w:type="lastCol">
      <w:rPr>
        <w:b/>
        <w:bCs/>
      </w:rPr>
    </w:tblStylePr>
    <w:tblStylePr w:type="band1Vert">
      <w:tblPr/>
      <w:tcPr>
        <w:shd w:val="clear" w:color="auto" w:fill="EED89F" w:themeFill="accent6" w:themeFillTint="7F"/>
      </w:tcPr>
    </w:tblStylePr>
    <w:tblStylePr w:type="band1Horz">
      <w:tblPr/>
      <w:tcPr>
        <w:shd w:val="clear" w:color="auto" w:fill="EED89F" w:themeFill="accent6" w:themeFillTint="7F"/>
      </w:tcPr>
    </w:tblStylePr>
  </w:style>
  <w:style w:type="table" w:styleId="MediumGrid2">
    <w:name w:val="Medium Grid 2"/>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3992A" w:themeColor="accent1"/>
        <w:left w:val="single" w:sz="8" w:space="0" w:color="83992A" w:themeColor="accent1"/>
        <w:bottom w:val="single" w:sz="8" w:space="0" w:color="83992A" w:themeColor="accent1"/>
        <w:right w:val="single" w:sz="8" w:space="0" w:color="83992A" w:themeColor="accent1"/>
        <w:insideH w:val="single" w:sz="8" w:space="0" w:color="83992A" w:themeColor="accent1"/>
        <w:insideV w:val="single" w:sz="8" w:space="0" w:color="83992A" w:themeColor="accent1"/>
      </w:tblBorders>
    </w:tblPr>
    <w:tcPr>
      <w:shd w:val="clear" w:color="auto" w:fill="E5EEC1" w:themeFill="accent1" w:themeFillTint="3F"/>
    </w:tcPr>
    <w:tblStylePr w:type="firstRow">
      <w:rPr>
        <w:b/>
        <w:bCs/>
        <w:color w:val="000000" w:themeColor="text1"/>
      </w:rPr>
      <w:tblPr/>
      <w:tcPr>
        <w:shd w:val="clear" w:color="auto" w:fill="F4F8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CD" w:themeFill="accent1" w:themeFillTint="33"/>
      </w:tcPr>
    </w:tblStylePr>
    <w:tblStylePr w:type="band1Vert">
      <w:tblPr/>
      <w:tcPr>
        <w:shd w:val="clear" w:color="auto" w:fill="CBDD83" w:themeFill="accent1" w:themeFillTint="7F"/>
      </w:tcPr>
    </w:tblStylePr>
    <w:tblStylePr w:type="band1Horz">
      <w:tblPr/>
      <w:tcPr>
        <w:tcBorders>
          <w:insideH w:val="single" w:sz="6" w:space="0" w:color="83992A" w:themeColor="accent1"/>
          <w:insideV w:val="single" w:sz="6" w:space="0" w:color="83992A" w:themeColor="accent1"/>
        </w:tcBorders>
        <w:shd w:val="clear" w:color="auto" w:fill="CBDD8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C9770" w:themeColor="accent2"/>
        <w:left w:val="single" w:sz="8" w:space="0" w:color="3C9770" w:themeColor="accent2"/>
        <w:bottom w:val="single" w:sz="8" w:space="0" w:color="3C9770" w:themeColor="accent2"/>
        <w:right w:val="single" w:sz="8" w:space="0" w:color="3C9770" w:themeColor="accent2"/>
        <w:insideH w:val="single" w:sz="8" w:space="0" w:color="3C9770" w:themeColor="accent2"/>
        <w:insideV w:val="single" w:sz="8" w:space="0" w:color="3C9770" w:themeColor="accent2"/>
      </w:tblBorders>
    </w:tblPr>
    <w:tcPr>
      <w:shd w:val="clear" w:color="auto" w:fill="CAEADC" w:themeFill="accent2" w:themeFillTint="3F"/>
    </w:tcPr>
    <w:tblStylePr w:type="firstRow">
      <w:rPr>
        <w:b/>
        <w:bCs/>
        <w:color w:val="000000" w:themeColor="text1"/>
      </w:rPr>
      <w:tblPr/>
      <w:tcPr>
        <w:shd w:val="clear" w:color="auto" w:fill="EAF6F1"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EE2" w:themeFill="accent2" w:themeFillTint="33"/>
      </w:tcPr>
    </w:tblStylePr>
    <w:tblStylePr w:type="band1Vert">
      <w:tblPr/>
      <w:tcPr>
        <w:shd w:val="clear" w:color="auto" w:fill="94D4B8" w:themeFill="accent2" w:themeFillTint="7F"/>
      </w:tcPr>
    </w:tblStylePr>
    <w:tblStylePr w:type="band1Horz">
      <w:tblPr/>
      <w:tcPr>
        <w:tcBorders>
          <w:insideH w:val="single" w:sz="6" w:space="0" w:color="3C9770" w:themeColor="accent2"/>
          <w:insideV w:val="single" w:sz="6" w:space="0" w:color="3C9770" w:themeColor="accent2"/>
        </w:tcBorders>
        <w:shd w:val="clear" w:color="auto" w:fill="94D4B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09D" w:themeColor="accent3"/>
        <w:left w:val="single" w:sz="8" w:space="0" w:color="44709D" w:themeColor="accent3"/>
        <w:bottom w:val="single" w:sz="8" w:space="0" w:color="44709D" w:themeColor="accent3"/>
        <w:right w:val="single" w:sz="8" w:space="0" w:color="44709D" w:themeColor="accent3"/>
        <w:insideH w:val="single" w:sz="8" w:space="0" w:color="44709D" w:themeColor="accent3"/>
        <w:insideV w:val="single" w:sz="8" w:space="0" w:color="44709D" w:themeColor="accent3"/>
      </w:tblBorders>
    </w:tblPr>
    <w:tcPr>
      <w:shd w:val="clear" w:color="auto" w:fill="CDDBE9" w:themeFill="accent3" w:themeFillTint="3F"/>
    </w:tcPr>
    <w:tblStylePr w:type="firstRow">
      <w:rPr>
        <w:b/>
        <w:bCs/>
        <w:color w:val="000000" w:themeColor="text1"/>
      </w:rPr>
      <w:tblPr/>
      <w:tcPr>
        <w:shd w:val="clear" w:color="auto" w:fill="EBF0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2ED" w:themeFill="accent3" w:themeFillTint="33"/>
      </w:tcPr>
    </w:tblStylePr>
    <w:tblStylePr w:type="band1Vert">
      <w:tblPr/>
      <w:tcPr>
        <w:shd w:val="clear" w:color="auto" w:fill="9BB7D4" w:themeFill="accent3" w:themeFillTint="7F"/>
      </w:tcPr>
    </w:tblStylePr>
    <w:tblStylePr w:type="band1Horz">
      <w:tblPr/>
      <w:tcPr>
        <w:tcBorders>
          <w:insideH w:val="single" w:sz="6" w:space="0" w:color="44709D" w:themeColor="accent3"/>
          <w:insideV w:val="single" w:sz="6" w:space="0" w:color="44709D" w:themeColor="accent3"/>
        </w:tcBorders>
        <w:shd w:val="clear" w:color="auto" w:fill="9BB7D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3C33" w:themeColor="accent4"/>
        <w:left w:val="single" w:sz="8" w:space="0" w:color="A23C33" w:themeColor="accent4"/>
        <w:bottom w:val="single" w:sz="8" w:space="0" w:color="A23C33" w:themeColor="accent4"/>
        <w:right w:val="single" w:sz="8" w:space="0" w:color="A23C33" w:themeColor="accent4"/>
        <w:insideH w:val="single" w:sz="8" w:space="0" w:color="A23C33" w:themeColor="accent4"/>
        <w:insideV w:val="single" w:sz="8" w:space="0" w:color="A23C33" w:themeColor="accent4"/>
      </w:tblBorders>
    </w:tblPr>
    <w:tcPr>
      <w:shd w:val="clear" w:color="auto" w:fill="EDC9C6" w:themeFill="accent4" w:themeFillTint="3F"/>
    </w:tcPr>
    <w:tblStylePr w:type="firstRow">
      <w:rPr>
        <w:b/>
        <w:bCs/>
        <w:color w:val="000000" w:themeColor="text1"/>
      </w:rPr>
      <w:tblPr/>
      <w:tcPr>
        <w:shd w:val="clear" w:color="auto" w:fill="F8E9E8"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D3D1" w:themeFill="accent4" w:themeFillTint="33"/>
      </w:tcPr>
    </w:tblStylePr>
    <w:tblStylePr w:type="band1Vert">
      <w:tblPr/>
      <w:tcPr>
        <w:shd w:val="clear" w:color="auto" w:fill="DB948E" w:themeFill="accent4" w:themeFillTint="7F"/>
      </w:tcPr>
    </w:tblStylePr>
    <w:tblStylePr w:type="band1Horz">
      <w:tblPr/>
      <w:tcPr>
        <w:tcBorders>
          <w:insideH w:val="single" w:sz="6" w:space="0" w:color="A23C33" w:themeColor="accent4"/>
          <w:insideV w:val="single" w:sz="6" w:space="0" w:color="A23C33" w:themeColor="accent4"/>
        </w:tcBorders>
        <w:shd w:val="clear" w:color="auto" w:fill="DB948E"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97828" w:themeColor="accent5"/>
        <w:left w:val="single" w:sz="8" w:space="0" w:color="D97828" w:themeColor="accent5"/>
        <w:bottom w:val="single" w:sz="8" w:space="0" w:color="D97828" w:themeColor="accent5"/>
        <w:right w:val="single" w:sz="8" w:space="0" w:color="D97828" w:themeColor="accent5"/>
        <w:insideH w:val="single" w:sz="8" w:space="0" w:color="D97828" w:themeColor="accent5"/>
        <w:insideV w:val="single" w:sz="8" w:space="0" w:color="D97828" w:themeColor="accent5"/>
      </w:tblBorders>
    </w:tblPr>
    <w:tcPr>
      <w:shd w:val="clear" w:color="auto" w:fill="F5DDC9" w:themeFill="accent5" w:themeFillTint="3F"/>
    </w:tcPr>
    <w:tblStylePr w:type="firstRow">
      <w:rPr>
        <w:b/>
        <w:bCs/>
        <w:color w:val="000000" w:themeColor="text1"/>
      </w:rPr>
      <w:tblPr/>
      <w:tcPr>
        <w:shd w:val="clear" w:color="auto" w:fill="FBF1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3D3" w:themeFill="accent5" w:themeFillTint="33"/>
      </w:tcPr>
    </w:tblStylePr>
    <w:tblStylePr w:type="band1Vert">
      <w:tblPr/>
      <w:tcPr>
        <w:shd w:val="clear" w:color="auto" w:fill="ECBB93" w:themeFill="accent5" w:themeFillTint="7F"/>
      </w:tcPr>
    </w:tblStylePr>
    <w:tblStylePr w:type="band1Horz">
      <w:tblPr/>
      <w:tcPr>
        <w:tcBorders>
          <w:insideH w:val="single" w:sz="6" w:space="0" w:color="D97828" w:themeColor="accent5"/>
          <w:insideV w:val="single" w:sz="6" w:space="0" w:color="D97828" w:themeColor="accent5"/>
        </w:tcBorders>
        <w:shd w:val="clear" w:color="auto" w:fill="ECBB9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A06E8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340" w:themeColor="accent6"/>
        <w:left w:val="single" w:sz="8" w:space="0" w:color="DEB340" w:themeColor="accent6"/>
        <w:bottom w:val="single" w:sz="8" w:space="0" w:color="DEB340" w:themeColor="accent6"/>
        <w:right w:val="single" w:sz="8" w:space="0" w:color="DEB340" w:themeColor="accent6"/>
        <w:insideH w:val="single" w:sz="8" w:space="0" w:color="DEB340" w:themeColor="accent6"/>
        <w:insideV w:val="single" w:sz="8" w:space="0" w:color="DEB340" w:themeColor="accent6"/>
      </w:tblBorders>
    </w:tblPr>
    <w:tcPr>
      <w:shd w:val="clear" w:color="auto" w:fill="F6ECCF" w:themeFill="accent6" w:themeFillTint="3F"/>
    </w:tcPr>
    <w:tblStylePr w:type="firstRow">
      <w:rPr>
        <w:b/>
        <w:bCs/>
        <w:color w:val="000000" w:themeColor="text1"/>
      </w:rPr>
      <w:tblPr/>
      <w:tcPr>
        <w:shd w:val="clear" w:color="auto" w:fill="FB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EFD8" w:themeFill="accent6" w:themeFillTint="33"/>
      </w:tcPr>
    </w:tblStylePr>
    <w:tblStylePr w:type="band1Vert">
      <w:tblPr/>
      <w:tcPr>
        <w:shd w:val="clear" w:color="auto" w:fill="EED89F" w:themeFill="accent6" w:themeFillTint="7F"/>
      </w:tcPr>
    </w:tblStylePr>
    <w:tblStylePr w:type="band1Horz">
      <w:tblPr/>
      <w:tcPr>
        <w:tcBorders>
          <w:insideH w:val="single" w:sz="6" w:space="0" w:color="DEB340" w:themeColor="accent6"/>
          <w:insideV w:val="single" w:sz="6" w:space="0" w:color="DEB340" w:themeColor="accent6"/>
        </w:tcBorders>
        <w:shd w:val="clear" w:color="auto" w:fill="EED89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EC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3992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3992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3992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3992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BDD8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BDD83" w:themeFill="accent1" w:themeFillTint="7F"/>
      </w:tcPr>
    </w:tblStylePr>
  </w:style>
  <w:style w:type="table" w:styleId="MediumGrid3-Accent2">
    <w:name w:val="Medium Grid 3 Accent 2"/>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AD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C977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C977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C977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C977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D4B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D4B8" w:themeFill="accent2" w:themeFillTint="7F"/>
      </w:tcPr>
    </w:tblStylePr>
  </w:style>
  <w:style w:type="table" w:styleId="MediumGrid3-Accent3">
    <w:name w:val="Medium Grid 3 Accent 3"/>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DDB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09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09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09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09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BB7D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BB7D4" w:themeFill="accent3" w:themeFillTint="7F"/>
      </w:tcPr>
    </w:tblStylePr>
  </w:style>
  <w:style w:type="table" w:styleId="MediumGrid3-Accent4">
    <w:name w:val="Medium Grid 3 Accent 4"/>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C9C6"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23C3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23C3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23C3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23C3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948E"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948E" w:themeFill="accent4" w:themeFillTint="7F"/>
      </w:tcPr>
    </w:tblStylePr>
  </w:style>
  <w:style w:type="table" w:styleId="MediumGrid3-Accent5">
    <w:name w:val="Medium Grid 3 Accent 5"/>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DC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9782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9782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9782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9782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CBB9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CBB93" w:themeFill="accent5" w:themeFillTint="7F"/>
      </w:tcPr>
    </w:tblStylePr>
  </w:style>
  <w:style w:type="table" w:styleId="MediumGrid3-Accent6">
    <w:name w:val="Medium Grid 3 Accent 6"/>
    <w:basedOn w:val="TableNormal"/>
    <w:uiPriority w:val="69"/>
    <w:rsid w:val="00A06E8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ECC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3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3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3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3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89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89F" w:themeFill="accent6" w:themeFillTint="7F"/>
      </w:tcPr>
    </w:tblStylePr>
  </w:style>
  <w:style w:type="table" w:styleId="DarkList">
    <w:name w:val="Dark List"/>
    <w:basedOn w:val="TableNormal"/>
    <w:uiPriority w:val="70"/>
    <w:rsid w:val="00A06E85"/>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A06E85"/>
    <w:pPr>
      <w:spacing w:after="0" w:line="240" w:lineRule="auto"/>
    </w:pPr>
    <w:rPr>
      <w:color w:val="FFFFFF" w:themeColor="background1"/>
    </w:rPr>
    <w:tblPr>
      <w:tblStyleRowBandSize w:val="1"/>
      <w:tblStyleColBandSize w:val="1"/>
    </w:tblPr>
    <w:tcPr>
      <w:shd w:val="clear" w:color="auto" w:fill="83992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14C1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1721F"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1721F" w:themeFill="accent1" w:themeFillShade="BF"/>
      </w:tcPr>
    </w:tblStylePr>
    <w:tblStylePr w:type="band1Vert">
      <w:tblPr/>
      <w:tcPr>
        <w:tcBorders>
          <w:top w:val="nil"/>
          <w:left w:val="nil"/>
          <w:bottom w:val="nil"/>
          <w:right w:val="nil"/>
          <w:insideH w:val="nil"/>
          <w:insideV w:val="nil"/>
        </w:tcBorders>
        <w:shd w:val="clear" w:color="auto" w:fill="61721F" w:themeFill="accent1" w:themeFillShade="BF"/>
      </w:tcPr>
    </w:tblStylePr>
    <w:tblStylePr w:type="band1Horz">
      <w:tblPr/>
      <w:tcPr>
        <w:tcBorders>
          <w:top w:val="nil"/>
          <w:left w:val="nil"/>
          <w:bottom w:val="nil"/>
          <w:right w:val="nil"/>
          <w:insideH w:val="nil"/>
          <w:insideV w:val="nil"/>
        </w:tcBorders>
        <w:shd w:val="clear" w:color="auto" w:fill="61721F" w:themeFill="accent1" w:themeFillShade="BF"/>
      </w:tcPr>
    </w:tblStylePr>
  </w:style>
  <w:style w:type="table" w:styleId="DarkList-Accent2">
    <w:name w:val="Dark List Accent 2"/>
    <w:basedOn w:val="TableNormal"/>
    <w:uiPriority w:val="70"/>
    <w:rsid w:val="00A06E85"/>
    <w:pPr>
      <w:spacing w:after="0" w:line="240" w:lineRule="auto"/>
    </w:pPr>
    <w:rPr>
      <w:color w:val="FFFFFF" w:themeColor="background1"/>
    </w:rPr>
    <w:tblPr>
      <w:tblStyleRowBandSize w:val="1"/>
      <w:tblStyleColBandSize w:val="1"/>
    </w:tblPr>
    <w:tcPr>
      <w:shd w:val="clear" w:color="auto" w:fill="3C977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E4B3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D7153"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D7153" w:themeFill="accent2" w:themeFillShade="BF"/>
      </w:tcPr>
    </w:tblStylePr>
    <w:tblStylePr w:type="band1Vert">
      <w:tblPr/>
      <w:tcPr>
        <w:tcBorders>
          <w:top w:val="nil"/>
          <w:left w:val="nil"/>
          <w:bottom w:val="nil"/>
          <w:right w:val="nil"/>
          <w:insideH w:val="nil"/>
          <w:insideV w:val="nil"/>
        </w:tcBorders>
        <w:shd w:val="clear" w:color="auto" w:fill="2D7153" w:themeFill="accent2" w:themeFillShade="BF"/>
      </w:tcPr>
    </w:tblStylePr>
    <w:tblStylePr w:type="band1Horz">
      <w:tblPr/>
      <w:tcPr>
        <w:tcBorders>
          <w:top w:val="nil"/>
          <w:left w:val="nil"/>
          <w:bottom w:val="nil"/>
          <w:right w:val="nil"/>
          <w:insideH w:val="nil"/>
          <w:insideV w:val="nil"/>
        </w:tcBorders>
        <w:shd w:val="clear" w:color="auto" w:fill="2D7153" w:themeFill="accent2" w:themeFillShade="BF"/>
      </w:tcPr>
    </w:tblStylePr>
  </w:style>
  <w:style w:type="table" w:styleId="DarkList-Accent3">
    <w:name w:val="Dark List Accent 3"/>
    <w:basedOn w:val="TableNormal"/>
    <w:uiPriority w:val="70"/>
    <w:rsid w:val="00A06E85"/>
    <w:pPr>
      <w:spacing w:after="0" w:line="240" w:lineRule="auto"/>
    </w:pPr>
    <w:rPr>
      <w:color w:val="FFFFFF" w:themeColor="background1"/>
    </w:rPr>
    <w:tblPr>
      <w:tblStyleRowBandSize w:val="1"/>
      <w:tblStyleColBandSize w:val="1"/>
    </w:tblPr>
    <w:tcPr>
      <w:shd w:val="clear" w:color="auto" w:fill="44709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2374E"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35375"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35375" w:themeFill="accent3" w:themeFillShade="BF"/>
      </w:tcPr>
    </w:tblStylePr>
    <w:tblStylePr w:type="band1Vert">
      <w:tblPr/>
      <w:tcPr>
        <w:tcBorders>
          <w:top w:val="nil"/>
          <w:left w:val="nil"/>
          <w:bottom w:val="nil"/>
          <w:right w:val="nil"/>
          <w:insideH w:val="nil"/>
          <w:insideV w:val="nil"/>
        </w:tcBorders>
        <w:shd w:val="clear" w:color="auto" w:fill="335375" w:themeFill="accent3" w:themeFillShade="BF"/>
      </w:tcPr>
    </w:tblStylePr>
    <w:tblStylePr w:type="band1Horz">
      <w:tblPr/>
      <w:tcPr>
        <w:tcBorders>
          <w:top w:val="nil"/>
          <w:left w:val="nil"/>
          <w:bottom w:val="nil"/>
          <w:right w:val="nil"/>
          <w:insideH w:val="nil"/>
          <w:insideV w:val="nil"/>
        </w:tcBorders>
        <w:shd w:val="clear" w:color="auto" w:fill="335375" w:themeFill="accent3" w:themeFillShade="BF"/>
      </w:tcPr>
    </w:tblStylePr>
  </w:style>
  <w:style w:type="table" w:styleId="DarkList-Accent4">
    <w:name w:val="Dark List Accent 4"/>
    <w:basedOn w:val="TableNormal"/>
    <w:uiPriority w:val="70"/>
    <w:rsid w:val="00A06E85"/>
    <w:pPr>
      <w:spacing w:after="0" w:line="240" w:lineRule="auto"/>
    </w:pPr>
    <w:rPr>
      <w:color w:val="FFFFFF" w:themeColor="background1"/>
    </w:rPr>
    <w:tblPr>
      <w:tblStyleRowBandSize w:val="1"/>
      <w:tblStyleColBandSize w:val="1"/>
    </w:tblPr>
    <w:tcPr>
      <w:shd w:val="clear" w:color="auto" w:fill="A23C3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01D1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92C26"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92C26" w:themeFill="accent4" w:themeFillShade="BF"/>
      </w:tcPr>
    </w:tblStylePr>
    <w:tblStylePr w:type="band1Vert">
      <w:tblPr/>
      <w:tcPr>
        <w:tcBorders>
          <w:top w:val="nil"/>
          <w:left w:val="nil"/>
          <w:bottom w:val="nil"/>
          <w:right w:val="nil"/>
          <w:insideH w:val="nil"/>
          <w:insideV w:val="nil"/>
        </w:tcBorders>
        <w:shd w:val="clear" w:color="auto" w:fill="792C26" w:themeFill="accent4" w:themeFillShade="BF"/>
      </w:tcPr>
    </w:tblStylePr>
    <w:tblStylePr w:type="band1Horz">
      <w:tblPr/>
      <w:tcPr>
        <w:tcBorders>
          <w:top w:val="nil"/>
          <w:left w:val="nil"/>
          <w:bottom w:val="nil"/>
          <w:right w:val="nil"/>
          <w:insideH w:val="nil"/>
          <w:insideV w:val="nil"/>
        </w:tcBorders>
        <w:shd w:val="clear" w:color="auto" w:fill="792C26" w:themeFill="accent4" w:themeFillShade="BF"/>
      </w:tcPr>
    </w:tblStylePr>
  </w:style>
  <w:style w:type="table" w:styleId="DarkList-Accent5">
    <w:name w:val="Dark List Accent 5"/>
    <w:basedOn w:val="TableNormal"/>
    <w:uiPriority w:val="70"/>
    <w:rsid w:val="00A06E85"/>
    <w:pPr>
      <w:spacing w:after="0" w:line="240" w:lineRule="auto"/>
    </w:pPr>
    <w:rPr>
      <w:color w:val="FFFFFF" w:themeColor="background1"/>
    </w:rPr>
    <w:tblPr>
      <w:tblStyleRowBandSize w:val="1"/>
      <w:tblStyleColBandSize w:val="1"/>
    </w:tblPr>
    <w:tcPr>
      <w:shd w:val="clear" w:color="auto" w:fill="D9782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C3B1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3591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3591D" w:themeFill="accent5" w:themeFillShade="BF"/>
      </w:tcPr>
    </w:tblStylePr>
    <w:tblStylePr w:type="band1Vert">
      <w:tblPr/>
      <w:tcPr>
        <w:tcBorders>
          <w:top w:val="nil"/>
          <w:left w:val="nil"/>
          <w:bottom w:val="nil"/>
          <w:right w:val="nil"/>
          <w:insideH w:val="nil"/>
          <w:insideV w:val="nil"/>
        </w:tcBorders>
        <w:shd w:val="clear" w:color="auto" w:fill="A3591D" w:themeFill="accent5" w:themeFillShade="BF"/>
      </w:tcPr>
    </w:tblStylePr>
    <w:tblStylePr w:type="band1Horz">
      <w:tblPr/>
      <w:tcPr>
        <w:tcBorders>
          <w:top w:val="nil"/>
          <w:left w:val="nil"/>
          <w:bottom w:val="nil"/>
          <w:right w:val="nil"/>
          <w:insideH w:val="nil"/>
          <w:insideV w:val="nil"/>
        </w:tcBorders>
        <w:shd w:val="clear" w:color="auto" w:fill="A3591D" w:themeFill="accent5" w:themeFillShade="BF"/>
      </w:tcPr>
    </w:tblStylePr>
  </w:style>
  <w:style w:type="table" w:styleId="DarkList-Accent6">
    <w:name w:val="Dark List Accent 6"/>
    <w:basedOn w:val="TableNormal"/>
    <w:uiPriority w:val="70"/>
    <w:rsid w:val="00A06E85"/>
    <w:pPr>
      <w:spacing w:after="0" w:line="240" w:lineRule="auto"/>
    </w:pPr>
    <w:rPr>
      <w:color w:val="FFFFFF" w:themeColor="background1"/>
    </w:rPr>
    <w:tblPr>
      <w:tblStyleRowBandSize w:val="1"/>
      <w:tblStyleColBandSize w:val="1"/>
    </w:tblPr>
    <w:tcPr>
      <w:shd w:val="clear" w:color="auto" w:fill="DEB3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5D1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68C1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68C1F" w:themeFill="accent6" w:themeFillShade="BF"/>
      </w:tcPr>
    </w:tblStylePr>
    <w:tblStylePr w:type="band1Vert">
      <w:tblPr/>
      <w:tcPr>
        <w:tcBorders>
          <w:top w:val="nil"/>
          <w:left w:val="nil"/>
          <w:bottom w:val="nil"/>
          <w:right w:val="nil"/>
          <w:insideH w:val="nil"/>
          <w:insideV w:val="nil"/>
        </w:tcBorders>
        <w:shd w:val="clear" w:color="auto" w:fill="B68C1F" w:themeFill="accent6" w:themeFillShade="BF"/>
      </w:tcPr>
    </w:tblStylePr>
    <w:tblStylePr w:type="band1Horz">
      <w:tblPr/>
      <w:tcPr>
        <w:tcBorders>
          <w:top w:val="nil"/>
          <w:left w:val="nil"/>
          <w:bottom w:val="nil"/>
          <w:right w:val="nil"/>
          <w:insideH w:val="nil"/>
          <w:insideV w:val="nil"/>
        </w:tcBorders>
        <w:shd w:val="clear" w:color="auto" w:fill="B68C1F" w:themeFill="accent6" w:themeFillShade="BF"/>
      </w:tcPr>
    </w:tblStylePr>
  </w:style>
  <w:style w:type="table" w:styleId="ColorfulShading">
    <w:name w:val="Colorful Shading"/>
    <w:basedOn w:val="TableNormal"/>
    <w:uiPriority w:val="71"/>
    <w:rsid w:val="00A06E85"/>
    <w:pPr>
      <w:spacing w:after="0" w:line="240" w:lineRule="auto"/>
    </w:pPr>
    <w:rPr>
      <w:color w:val="000000" w:themeColor="text1"/>
    </w:rPr>
    <w:tblPr>
      <w:tblStyleRowBandSize w:val="1"/>
      <w:tblStyleColBandSize w:val="1"/>
      <w:tblBorders>
        <w:top w:val="single" w:sz="24" w:space="0" w:color="3C977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3C977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A06E85"/>
    <w:pPr>
      <w:spacing w:after="0" w:line="240" w:lineRule="auto"/>
    </w:pPr>
    <w:rPr>
      <w:color w:val="000000" w:themeColor="text1"/>
    </w:rPr>
    <w:tblPr>
      <w:tblStyleRowBandSize w:val="1"/>
      <w:tblStyleColBandSize w:val="1"/>
      <w:tblBorders>
        <w:top w:val="single" w:sz="24" w:space="0" w:color="3C9770" w:themeColor="accent2"/>
        <w:left w:val="single" w:sz="4" w:space="0" w:color="83992A" w:themeColor="accent1"/>
        <w:bottom w:val="single" w:sz="4" w:space="0" w:color="83992A" w:themeColor="accent1"/>
        <w:right w:val="single" w:sz="4" w:space="0" w:color="83992A" w:themeColor="accent1"/>
        <w:insideH w:val="single" w:sz="4" w:space="0" w:color="FFFFFF" w:themeColor="background1"/>
        <w:insideV w:val="single" w:sz="4" w:space="0" w:color="FFFFFF" w:themeColor="background1"/>
      </w:tblBorders>
    </w:tblPr>
    <w:tcPr>
      <w:shd w:val="clear" w:color="auto" w:fill="F4F8E6" w:themeFill="accent1" w:themeFillTint="19"/>
    </w:tcPr>
    <w:tblStylePr w:type="firstRow">
      <w:rPr>
        <w:b/>
        <w:bCs/>
      </w:rPr>
      <w:tblPr/>
      <w:tcPr>
        <w:tcBorders>
          <w:top w:val="nil"/>
          <w:left w:val="nil"/>
          <w:bottom w:val="single" w:sz="24" w:space="0" w:color="3C977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E5B19" w:themeFill="accent1" w:themeFillShade="99"/>
      </w:tcPr>
    </w:tblStylePr>
    <w:tblStylePr w:type="firstCol">
      <w:rPr>
        <w:color w:val="FFFFFF" w:themeColor="background1"/>
      </w:rPr>
      <w:tblPr/>
      <w:tcPr>
        <w:tcBorders>
          <w:top w:val="nil"/>
          <w:left w:val="nil"/>
          <w:bottom w:val="nil"/>
          <w:right w:val="nil"/>
          <w:insideH w:val="single" w:sz="4" w:space="0" w:color="4E5B19" w:themeColor="accent1" w:themeShade="99"/>
          <w:insideV w:val="nil"/>
        </w:tcBorders>
        <w:shd w:val="clear" w:color="auto" w:fill="4E5B19"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E5B19" w:themeFill="accent1" w:themeFillShade="99"/>
      </w:tcPr>
    </w:tblStylePr>
    <w:tblStylePr w:type="band1Vert">
      <w:tblPr/>
      <w:tcPr>
        <w:shd w:val="clear" w:color="auto" w:fill="D5E39C" w:themeFill="accent1" w:themeFillTint="66"/>
      </w:tcPr>
    </w:tblStylePr>
    <w:tblStylePr w:type="band1Horz">
      <w:tblPr/>
      <w:tcPr>
        <w:shd w:val="clear" w:color="auto" w:fill="CBDD8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A06E85"/>
    <w:pPr>
      <w:spacing w:after="0" w:line="240" w:lineRule="auto"/>
    </w:pPr>
    <w:rPr>
      <w:color w:val="000000" w:themeColor="text1"/>
    </w:rPr>
    <w:tblPr>
      <w:tblStyleRowBandSize w:val="1"/>
      <w:tblStyleColBandSize w:val="1"/>
      <w:tblBorders>
        <w:top w:val="single" w:sz="24" w:space="0" w:color="3C9770" w:themeColor="accent2"/>
        <w:left w:val="single" w:sz="4" w:space="0" w:color="3C9770" w:themeColor="accent2"/>
        <w:bottom w:val="single" w:sz="4" w:space="0" w:color="3C9770" w:themeColor="accent2"/>
        <w:right w:val="single" w:sz="4" w:space="0" w:color="3C9770" w:themeColor="accent2"/>
        <w:insideH w:val="single" w:sz="4" w:space="0" w:color="FFFFFF" w:themeColor="background1"/>
        <w:insideV w:val="single" w:sz="4" w:space="0" w:color="FFFFFF" w:themeColor="background1"/>
      </w:tblBorders>
    </w:tblPr>
    <w:tcPr>
      <w:shd w:val="clear" w:color="auto" w:fill="EAF6F1" w:themeFill="accent2" w:themeFillTint="19"/>
    </w:tcPr>
    <w:tblStylePr w:type="firstRow">
      <w:rPr>
        <w:b/>
        <w:bCs/>
      </w:rPr>
      <w:tblPr/>
      <w:tcPr>
        <w:tcBorders>
          <w:top w:val="nil"/>
          <w:left w:val="nil"/>
          <w:bottom w:val="single" w:sz="24" w:space="0" w:color="3C977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45A42" w:themeFill="accent2" w:themeFillShade="99"/>
      </w:tcPr>
    </w:tblStylePr>
    <w:tblStylePr w:type="firstCol">
      <w:rPr>
        <w:color w:val="FFFFFF" w:themeColor="background1"/>
      </w:rPr>
      <w:tblPr/>
      <w:tcPr>
        <w:tcBorders>
          <w:top w:val="nil"/>
          <w:left w:val="nil"/>
          <w:bottom w:val="nil"/>
          <w:right w:val="nil"/>
          <w:insideH w:val="single" w:sz="4" w:space="0" w:color="245A42" w:themeColor="accent2" w:themeShade="99"/>
          <w:insideV w:val="nil"/>
        </w:tcBorders>
        <w:shd w:val="clear" w:color="auto" w:fill="245A42"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45A42" w:themeFill="accent2" w:themeFillShade="99"/>
      </w:tcPr>
    </w:tblStylePr>
    <w:tblStylePr w:type="band1Vert">
      <w:tblPr/>
      <w:tcPr>
        <w:shd w:val="clear" w:color="auto" w:fill="A9DDC6" w:themeFill="accent2" w:themeFillTint="66"/>
      </w:tcPr>
    </w:tblStylePr>
    <w:tblStylePr w:type="band1Horz">
      <w:tblPr/>
      <w:tcPr>
        <w:shd w:val="clear" w:color="auto" w:fill="94D4B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A06E85"/>
    <w:pPr>
      <w:spacing w:after="0" w:line="240" w:lineRule="auto"/>
    </w:pPr>
    <w:rPr>
      <w:color w:val="000000" w:themeColor="text1"/>
    </w:rPr>
    <w:tblPr>
      <w:tblStyleRowBandSize w:val="1"/>
      <w:tblStyleColBandSize w:val="1"/>
      <w:tblBorders>
        <w:top w:val="single" w:sz="24" w:space="0" w:color="A23C33" w:themeColor="accent4"/>
        <w:left w:val="single" w:sz="4" w:space="0" w:color="44709D" w:themeColor="accent3"/>
        <w:bottom w:val="single" w:sz="4" w:space="0" w:color="44709D" w:themeColor="accent3"/>
        <w:right w:val="single" w:sz="4" w:space="0" w:color="44709D" w:themeColor="accent3"/>
        <w:insideH w:val="single" w:sz="4" w:space="0" w:color="FFFFFF" w:themeColor="background1"/>
        <w:insideV w:val="single" w:sz="4" w:space="0" w:color="FFFFFF" w:themeColor="background1"/>
      </w:tblBorders>
    </w:tblPr>
    <w:tcPr>
      <w:shd w:val="clear" w:color="auto" w:fill="EBF0F6" w:themeFill="accent3" w:themeFillTint="19"/>
    </w:tcPr>
    <w:tblStylePr w:type="firstRow">
      <w:rPr>
        <w:b/>
        <w:bCs/>
      </w:rPr>
      <w:tblPr/>
      <w:tcPr>
        <w:tcBorders>
          <w:top w:val="nil"/>
          <w:left w:val="nil"/>
          <w:bottom w:val="single" w:sz="24" w:space="0" w:color="A23C3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8435E" w:themeFill="accent3" w:themeFillShade="99"/>
      </w:tcPr>
    </w:tblStylePr>
    <w:tblStylePr w:type="firstCol">
      <w:rPr>
        <w:color w:val="FFFFFF" w:themeColor="background1"/>
      </w:rPr>
      <w:tblPr/>
      <w:tcPr>
        <w:tcBorders>
          <w:top w:val="nil"/>
          <w:left w:val="nil"/>
          <w:bottom w:val="nil"/>
          <w:right w:val="nil"/>
          <w:insideH w:val="single" w:sz="4" w:space="0" w:color="28435E" w:themeColor="accent3" w:themeShade="99"/>
          <w:insideV w:val="nil"/>
        </w:tcBorders>
        <w:shd w:val="clear" w:color="auto" w:fill="28435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8435E" w:themeFill="accent3" w:themeFillShade="99"/>
      </w:tcPr>
    </w:tblStylePr>
    <w:tblStylePr w:type="band1Vert">
      <w:tblPr/>
      <w:tcPr>
        <w:shd w:val="clear" w:color="auto" w:fill="AFC5DC" w:themeFill="accent3" w:themeFillTint="66"/>
      </w:tcPr>
    </w:tblStylePr>
    <w:tblStylePr w:type="band1Horz">
      <w:tblPr/>
      <w:tcPr>
        <w:shd w:val="clear" w:color="auto" w:fill="9BB7D4" w:themeFill="accent3" w:themeFillTint="7F"/>
      </w:tcPr>
    </w:tblStylePr>
  </w:style>
  <w:style w:type="table" w:styleId="ColorfulShading-Accent4">
    <w:name w:val="Colorful Shading Accent 4"/>
    <w:basedOn w:val="TableNormal"/>
    <w:uiPriority w:val="71"/>
    <w:rsid w:val="00A06E85"/>
    <w:pPr>
      <w:spacing w:after="0" w:line="240" w:lineRule="auto"/>
    </w:pPr>
    <w:rPr>
      <w:color w:val="000000" w:themeColor="text1"/>
    </w:rPr>
    <w:tblPr>
      <w:tblStyleRowBandSize w:val="1"/>
      <w:tblStyleColBandSize w:val="1"/>
      <w:tblBorders>
        <w:top w:val="single" w:sz="24" w:space="0" w:color="44709D" w:themeColor="accent3"/>
        <w:left w:val="single" w:sz="4" w:space="0" w:color="A23C33" w:themeColor="accent4"/>
        <w:bottom w:val="single" w:sz="4" w:space="0" w:color="A23C33" w:themeColor="accent4"/>
        <w:right w:val="single" w:sz="4" w:space="0" w:color="A23C33" w:themeColor="accent4"/>
        <w:insideH w:val="single" w:sz="4" w:space="0" w:color="FFFFFF" w:themeColor="background1"/>
        <w:insideV w:val="single" w:sz="4" w:space="0" w:color="FFFFFF" w:themeColor="background1"/>
      </w:tblBorders>
    </w:tblPr>
    <w:tcPr>
      <w:shd w:val="clear" w:color="auto" w:fill="F8E9E8" w:themeFill="accent4" w:themeFillTint="19"/>
    </w:tcPr>
    <w:tblStylePr w:type="firstRow">
      <w:rPr>
        <w:b/>
        <w:bCs/>
      </w:rPr>
      <w:tblPr/>
      <w:tcPr>
        <w:tcBorders>
          <w:top w:val="nil"/>
          <w:left w:val="nil"/>
          <w:bottom w:val="single" w:sz="24" w:space="0" w:color="44709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231E" w:themeFill="accent4" w:themeFillShade="99"/>
      </w:tcPr>
    </w:tblStylePr>
    <w:tblStylePr w:type="firstCol">
      <w:rPr>
        <w:color w:val="FFFFFF" w:themeColor="background1"/>
      </w:rPr>
      <w:tblPr/>
      <w:tcPr>
        <w:tcBorders>
          <w:top w:val="nil"/>
          <w:left w:val="nil"/>
          <w:bottom w:val="nil"/>
          <w:right w:val="nil"/>
          <w:insideH w:val="single" w:sz="4" w:space="0" w:color="61231E" w:themeColor="accent4" w:themeShade="99"/>
          <w:insideV w:val="nil"/>
        </w:tcBorders>
        <w:shd w:val="clear" w:color="auto" w:fill="61231E"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1231E" w:themeFill="accent4" w:themeFillShade="99"/>
      </w:tcPr>
    </w:tblStylePr>
    <w:tblStylePr w:type="band1Vert">
      <w:tblPr/>
      <w:tcPr>
        <w:shd w:val="clear" w:color="auto" w:fill="E2A9A4" w:themeFill="accent4" w:themeFillTint="66"/>
      </w:tcPr>
    </w:tblStylePr>
    <w:tblStylePr w:type="band1Horz">
      <w:tblPr/>
      <w:tcPr>
        <w:shd w:val="clear" w:color="auto" w:fill="DB948E"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A06E85"/>
    <w:pPr>
      <w:spacing w:after="0" w:line="240" w:lineRule="auto"/>
    </w:pPr>
    <w:rPr>
      <w:color w:val="000000" w:themeColor="text1"/>
    </w:rPr>
    <w:tblPr>
      <w:tblStyleRowBandSize w:val="1"/>
      <w:tblStyleColBandSize w:val="1"/>
      <w:tblBorders>
        <w:top w:val="single" w:sz="24" w:space="0" w:color="DEB340" w:themeColor="accent6"/>
        <w:left w:val="single" w:sz="4" w:space="0" w:color="D97828" w:themeColor="accent5"/>
        <w:bottom w:val="single" w:sz="4" w:space="0" w:color="D97828" w:themeColor="accent5"/>
        <w:right w:val="single" w:sz="4" w:space="0" w:color="D97828" w:themeColor="accent5"/>
        <w:insideH w:val="single" w:sz="4" w:space="0" w:color="FFFFFF" w:themeColor="background1"/>
        <w:insideV w:val="single" w:sz="4" w:space="0" w:color="FFFFFF" w:themeColor="background1"/>
      </w:tblBorders>
    </w:tblPr>
    <w:tcPr>
      <w:shd w:val="clear" w:color="auto" w:fill="FBF1E9" w:themeFill="accent5" w:themeFillTint="19"/>
    </w:tcPr>
    <w:tblStylePr w:type="firstRow">
      <w:rPr>
        <w:b/>
        <w:bCs/>
      </w:rPr>
      <w:tblPr/>
      <w:tcPr>
        <w:tcBorders>
          <w:top w:val="nil"/>
          <w:left w:val="nil"/>
          <w:bottom w:val="single" w:sz="24" w:space="0" w:color="DEB3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24717" w:themeFill="accent5" w:themeFillShade="99"/>
      </w:tcPr>
    </w:tblStylePr>
    <w:tblStylePr w:type="firstCol">
      <w:rPr>
        <w:color w:val="FFFFFF" w:themeColor="background1"/>
      </w:rPr>
      <w:tblPr/>
      <w:tcPr>
        <w:tcBorders>
          <w:top w:val="nil"/>
          <w:left w:val="nil"/>
          <w:bottom w:val="nil"/>
          <w:right w:val="nil"/>
          <w:insideH w:val="single" w:sz="4" w:space="0" w:color="824717" w:themeColor="accent5" w:themeShade="99"/>
          <w:insideV w:val="nil"/>
        </w:tcBorders>
        <w:shd w:val="clear" w:color="auto" w:fill="82471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24717" w:themeFill="accent5" w:themeFillShade="99"/>
      </w:tcPr>
    </w:tblStylePr>
    <w:tblStylePr w:type="band1Vert">
      <w:tblPr/>
      <w:tcPr>
        <w:shd w:val="clear" w:color="auto" w:fill="EFC8A8" w:themeFill="accent5" w:themeFillTint="66"/>
      </w:tcPr>
    </w:tblStylePr>
    <w:tblStylePr w:type="band1Horz">
      <w:tblPr/>
      <w:tcPr>
        <w:shd w:val="clear" w:color="auto" w:fill="ECBB9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A06E85"/>
    <w:pPr>
      <w:spacing w:after="0" w:line="240" w:lineRule="auto"/>
    </w:pPr>
    <w:rPr>
      <w:color w:val="000000" w:themeColor="text1"/>
    </w:rPr>
    <w:tblPr>
      <w:tblStyleRowBandSize w:val="1"/>
      <w:tblStyleColBandSize w:val="1"/>
      <w:tblBorders>
        <w:top w:val="single" w:sz="24" w:space="0" w:color="D97828" w:themeColor="accent5"/>
        <w:left w:val="single" w:sz="4" w:space="0" w:color="DEB340" w:themeColor="accent6"/>
        <w:bottom w:val="single" w:sz="4" w:space="0" w:color="DEB340" w:themeColor="accent6"/>
        <w:right w:val="single" w:sz="4" w:space="0" w:color="DEB340" w:themeColor="accent6"/>
        <w:insideH w:val="single" w:sz="4" w:space="0" w:color="FFFFFF" w:themeColor="background1"/>
        <w:insideV w:val="single" w:sz="4" w:space="0" w:color="FFFFFF" w:themeColor="background1"/>
      </w:tblBorders>
    </w:tblPr>
    <w:tcPr>
      <w:shd w:val="clear" w:color="auto" w:fill="FBF7EC" w:themeFill="accent6" w:themeFillTint="19"/>
    </w:tcPr>
    <w:tblStylePr w:type="firstRow">
      <w:rPr>
        <w:b/>
        <w:bCs/>
      </w:rPr>
      <w:tblPr/>
      <w:tcPr>
        <w:tcBorders>
          <w:top w:val="nil"/>
          <w:left w:val="nil"/>
          <w:bottom w:val="single" w:sz="24" w:space="0" w:color="D9782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7019" w:themeFill="accent6" w:themeFillShade="99"/>
      </w:tcPr>
    </w:tblStylePr>
    <w:tblStylePr w:type="firstCol">
      <w:rPr>
        <w:color w:val="FFFFFF" w:themeColor="background1"/>
      </w:rPr>
      <w:tblPr/>
      <w:tcPr>
        <w:tcBorders>
          <w:top w:val="nil"/>
          <w:left w:val="nil"/>
          <w:bottom w:val="nil"/>
          <w:right w:val="nil"/>
          <w:insideH w:val="single" w:sz="4" w:space="0" w:color="927019" w:themeColor="accent6" w:themeShade="99"/>
          <w:insideV w:val="nil"/>
        </w:tcBorders>
        <w:shd w:val="clear" w:color="auto" w:fill="92701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27019" w:themeFill="accent6" w:themeFillShade="99"/>
      </w:tcPr>
    </w:tblStylePr>
    <w:tblStylePr w:type="band1Vert">
      <w:tblPr/>
      <w:tcPr>
        <w:shd w:val="clear" w:color="auto" w:fill="F1E0B2" w:themeFill="accent6" w:themeFillTint="66"/>
      </w:tcPr>
    </w:tblStylePr>
    <w:tblStylePr w:type="band1Horz">
      <w:tblPr/>
      <w:tcPr>
        <w:shd w:val="clear" w:color="auto" w:fill="EED89F"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A06E85"/>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07859" w:themeFill="accent2" w:themeFillShade="CC"/>
      </w:tcPr>
    </w:tblStylePr>
    <w:tblStylePr w:type="lastRow">
      <w:rPr>
        <w:b/>
        <w:bCs/>
        <w:color w:val="30785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A06E85"/>
    <w:pPr>
      <w:spacing w:after="0" w:line="240" w:lineRule="auto"/>
    </w:pPr>
    <w:rPr>
      <w:color w:val="000000" w:themeColor="text1"/>
    </w:rPr>
    <w:tblPr>
      <w:tblStyleRowBandSize w:val="1"/>
      <w:tblStyleColBandSize w:val="1"/>
    </w:tblPr>
    <w:tcPr>
      <w:shd w:val="clear" w:color="auto" w:fill="F4F8E6" w:themeFill="accent1" w:themeFillTint="19"/>
    </w:tcPr>
    <w:tblStylePr w:type="firstRow">
      <w:rPr>
        <w:b/>
        <w:bCs/>
        <w:color w:val="FFFFFF" w:themeColor="background1"/>
      </w:rPr>
      <w:tblPr/>
      <w:tcPr>
        <w:tcBorders>
          <w:bottom w:val="single" w:sz="12" w:space="0" w:color="FFFFFF" w:themeColor="background1"/>
        </w:tcBorders>
        <w:shd w:val="clear" w:color="auto" w:fill="307859" w:themeFill="accent2" w:themeFillShade="CC"/>
      </w:tcPr>
    </w:tblStylePr>
    <w:tblStylePr w:type="lastRow">
      <w:rPr>
        <w:b/>
        <w:bCs/>
        <w:color w:val="30785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EC1" w:themeFill="accent1" w:themeFillTint="3F"/>
      </w:tcPr>
    </w:tblStylePr>
    <w:tblStylePr w:type="band1Horz">
      <w:tblPr/>
      <w:tcPr>
        <w:shd w:val="clear" w:color="auto" w:fill="EAF1CD" w:themeFill="accent1" w:themeFillTint="33"/>
      </w:tcPr>
    </w:tblStylePr>
  </w:style>
  <w:style w:type="table" w:styleId="ColorfulList-Accent2">
    <w:name w:val="Colorful List Accent 2"/>
    <w:basedOn w:val="TableNormal"/>
    <w:uiPriority w:val="72"/>
    <w:rsid w:val="00A06E85"/>
    <w:pPr>
      <w:spacing w:after="0" w:line="240" w:lineRule="auto"/>
    </w:pPr>
    <w:rPr>
      <w:color w:val="000000" w:themeColor="text1"/>
    </w:rPr>
    <w:tblPr>
      <w:tblStyleRowBandSize w:val="1"/>
      <w:tblStyleColBandSize w:val="1"/>
    </w:tblPr>
    <w:tcPr>
      <w:shd w:val="clear" w:color="auto" w:fill="EAF6F1" w:themeFill="accent2" w:themeFillTint="19"/>
    </w:tcPr>
    <w:tblStylePr w:type="firstRow">
      <w:rPr>
        <w:b/>
        <w:bCs/>
        <w:color w:val="FFFFFF" w:themeColor="background1"/>
      </w:rPr>
      <w:tblPr/>
      <w:tcPr>
        <w:tcBorders>
          <w:bottom w:val="single" w:sz="12" w:space="0" w:color="FFFFFF" w:themeColor="background1"/>
        </w:tcBorders>
        <w:shd w:val="clear" w:color="auto" w:fill="307859" w:themeFill="accent2" w:themeFillShade="CC"/>
      </w:tcPr>
    </w:tblStylePr>
    <w:tblStylePr w:type="lastRow">
      <w:rPr>
        <w:b/>
        <w:bCs/>
        <w:color w:val="30785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ADC" w:themeFill="accent2" w:themeFillTint="3F"/>
      </w:tcPr>
    </w:tblStylePr>
    <w:tblStylePr w:type="band1Horz">
      <w:tblPr/>
      <w:tcPr>
        <w:shd w:val="clear" w:color="auto" w:fill="D4EEE2" w:themeFill="accent2" w:themeFillTint="33"/>
      </w:tcPr>
    </w:tblStylePr>
  </w:style>
  <w:style w:type="table" w:styleId="ColorfulList-Accent3">
    <w:name w:val="Colorful List Accent 3"/>
    <w:basedOn w:val="TableNormal"/>
    <w:uiPriority w:val="72"/>
    <w:rsid w:val="00A06E85"/>
    <w:pPr>
      <w:spacing w:after="0" w:line="240" w:lineRule="auto"/>
    </w:pPr>
    <w:rPr>
      <w:color w:val="000000" w:themeColor="text1"/>
    </w:rPr>
    <w:tblPr>
      <w:tblStyleRowBandSize w:val="1"/>
      <w:tblStyleColBandSize w:val="1"/>
    </w:tblPr>
    <w:tcPr>
      <w:shd w:val="clear" w:color="auto" w:fill="EBF0F6" w:themeFill="accent3" w:themeFillTint="19"/>
    </w:tcPr>
    <w:tblStylePr w:type="firstRow">
      <w:rPr>
        <w:b/>
        <w:bCs/>
        <w:color w:val="FFFFFF" w:themeColor="background1"/>
      </w:rPr>
      <w:tblPr/>
      <w:tcPr>
        <w:tcBorders>
          <w:bottom w:val="single" w:sz="12" w:space="0" w:color="FFFFFF" w:themeColor="background1"/>
        </w:tcBorders>
        <w:shd w:val="clear" w:color="auto" w:fill="812F28" w:themeFill="accent4" w:themeFillShade="CC"/>
      </w:tcPr>
    </w:tblStylePr>
    <w:tblStylePr w:type="lastRow">
      <w:rPr>
        <w:b/>
        <w:bCs/>
        <w:color w:val="812F2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DDBE9" w:themeFill="accent3" w:themeFillTint="3F"/>
      </w:tcPr>
    </w:tblStylePr>
    <w:tblStylePr w:type="band1Horz">
      <w:tblPr/>
      <w:tcPr>
        <w:shd w:val="clear" w:color="auto" w:fill="D7E2ED" w:themeFill="accent3" w:themeFillTint="33"/>
      </w:tcPr>
    </w:tblStylePr>
  </w:style>
  <w:style w:type="table" w:styleId="ColorfulList-Accent4">
    <w:name w:val="Colorful List Accent 4"/>
    <w:basedOn w:val="TableNormal"/>
    <w:uiPriority w:val="72"/>
    <w:rsid w:val="00A06E85"/>
    <w:pPr>
      <w:spacing w:after="0" w:line="240" w:lineRule="auto"/>
    </w:pPr>
    <w:rPr>
      <w:color w:val="000000" w:themeColor="text1"/>
    </w:rPr>
    <w:tblPr>
      <w:tblStyleRowBandSize w:val="1"/>
      <w:tblStyleColBandSize w:val="1"/>
    </w:tblPr>
    <w:tcPr>
      <w:shd w:val="clear" w:color="auto" w:fill="F8E9E8" w:themeFill="accent4" w:themeFillTint="19"/>
    </w:tcPr>
    <w:tblStylePr w:type="firstRow">
      <w:rPr>
        <w:b/>
        <w:bCs/>
        <w:color w:val="FFFFFF" w:themeColor="background1"/>
      </w:rPr>
      <w:tblPr/>
      <w:tcPr>
        <w:tcBorders>
          <w:bottom w:val="single" w:sz="12" w:space="0" w:color="FFFFFF" w:themeColor="background1"/>
        </w:tcBorders>
        <w:shd w:val="clear" w:color="auto" w:fill="36597D" w:themeFill="accent3" w:themeFillShade="CC"/>
      </w:tcPr>
    </w:tblStylePr>
    <w:tblStylePr w:type="lastRow">
      <w:rPr>
        <w:b/>
        <w:bCs/>
        <w:color w:val="36597D"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C9C6" w:themeFill="accent4" w:themeFillTint="3F"/>
      </w:tcPr>
    </w:tblStylePr>
    <w:tblStylePr w:type="band1Horz">
      <w:tblPr/>
      <w:tcPr>
        <w:shd w:val="clear" w:color="auto" w:fill="F0D3D1" w:themeFill="accent4" w:themeFillTint="33"/>
      </w:tcPr>
    </w:tblStylePr>
  </w:style>
  <w:style w:type="table" w:styleId="ColorfulList-Accent5">
    <w:name w:val="Colorful List Accent 5"/>
    <w:basedOn w:val="TableNormal"/>
    <w:uiPriority w:val="72"/>
    <w:rsid w:val="00A06E85"/>
    <w:pPr>
      <w:spacing w:after="0" w:line="240" w:lineRule="auto"/>
    </w:pPr>
    <w:rPr>
      <w:color w:val="000000" w:themeColor="text1"/>
    </w:rPr>
    <w:tblPr>
      <w:tblStyleRowBandSize w:val="1"/>
      <w:tblStyleColBandSize w:val="1"/>
    </w:tblPr>
    <w:tcPr>
      <w:shd w:val="clear" w:color="auto" w:fill="FBF1E9" w:themeFill="accent5" w:themeFillTint="19"/>
    </w:tcPr>
    <w:tblStylePr w:type="firstRow">
      <w:rPr>
        <w:b/>
        <w:bCs/>
        <w:color w:val="FFFFFF" w:themeColor="background1"/>
      </w:rPr>
      <w:tblPr/>
      <w:tcPr>
        <w:tcBorders>
          <w:bottom w:val="single" w:sz="12" w:space="0" w:color="FFFFFF" w:themeColor="background1"/>
        </w:tcBorders>
        <w:shd w:val="clear" w:color="auto" w:fill="C29621" w:themeFill="accent6" w:themeFillShade="CC"/>
      </w:tcPr>
    </w:tblStylePr>
    <w:tblStylePr w:type="lastRow">
      <w:rPr>
        <w:b/>
        <w:bCs/>
        <w:color w:val="C2962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DC9" w:themeFill="accent5" w:themeFillTint="3F"/>
      </w:tcPr>
    </w:tblStylePr>
    <w:tblStylePr w:type="band1Horz">
      <w:tblPr/>
      <w:tcPr>
        <w:shd w:val="clear" w:color="auto" w:fill="F7E3D3" w:themeFill="accent5" w:themeFillTint="33"/>
      </w:tcPr>
    </w:tblStylePr>
  </w:style>
  <w:style w:type="table" w:styleId="ColorfulList-Accent6">
    <w:name w:val="Colorful List Accent 6"/>
    <w:basedOn w:val="TableNormal"/>
    <w:uiPriority w:val="72"/>
    <w:rsid w:val="00A06E85"/>
    <w:pPr>
      <w:spacing w:after="0" w:line="240" w:lineRule="auto"/>
    </w:pPr>
    <w:rPr>
      <w:color w:val="000000" w:themeColor="text1"/>
    </w:rPr>
    <w:tblPr>
      <w:tblStyleRowBandSize w:val="1"/>
      <w:tblStyleColBandSize w:val="1"/>
    </w:tblPr>
    <w:tcPr>
      <w:shd w:val="clear" w:color="auto" w:fill="FBF7EC" w:themeFill="accent6" w:themeFillTint="19"/>
    </w:tcPr>
    <w:tblStylePr w:type="firstRow">
      <w:rPr>
        <w:b/>
        <w:bCs/>
        <w:color w:val="FFFFFF" w:themeColor="background1"/>
      </w:rPr>
      <w:tblPr/>
      <w:tcPr>
        <w:tcBorders>
          <w:bottom w:val="single" w:sz="12" w:space="0" w:color="FFFFFF" w:themeColor="background1"/>
        </w:tcBorders>
        <w:shd w:val="clear" w:color="auto" w:fill="AE5F1F" w:themeFill="accent5" w:themeFillShade="CC"/>
      </w:tcPr>
    </w:tblStylePr>
    <w:tblStylePr w:type="lastRow">
      <w:rPr>
        <w:b/>
        <w:bCs/>
        <w:color w:val="AE5F1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ECCF" w:themeFill="accent6" w:themeFillTint="3F"/>
      </w:tcPr>
    </w:tblStylePr>
    <w:tblStylePr w:type="band1Horz">
      <w:tblPr/>
      <w:tcPr>
        <w:shd w:val="clear" w:color="auto" w:fill="F8EFD8" w:themeFill="accent6" w:themeFillTint="33"/>
      </w:tcPr>
    </w:tblStylePr>
  </w:style>
  <w:style w:type="table" w:styleId="ColorfulGrid">
    <w:name w:val="Colorful Grid"/>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CD" w:themeFill="accent1" w:themeFillTint="33"/>
    </w:tcPr>
    <w:tblStylePr w:type="firstRow">
      <w:rPr>
        <w:b/>
        <w:bCs/>
      </w:rPr>
      <w:tblPr/>
      <w:tcPr>
        <w:shd w:val="clear" w:color="auto" w:fill="D5E39C" w:themeFill="accent1" w:themeFillTint="66"/>
      </w:tcPr>
    </w:tblStylePr>
    <w:tblStylePr w:type="lastRow">
      <w:rPr>
        <w:b/>
        <w:bCs/>
        <w:color w:val="000000" w:themeColor="text1"/>
      </w:rPr>
      <w:tblPr/>
      <w:tcPr>
        <w:shd w:val="clear" w:color="auto" w:fill="D5E39C" w:themeFill="accent1" w:themeFillTint="66"/>
      </w:tcPr>
    </w:tblStylePr>
    <w:tblStylePr w:type="firstCol">
      <w:rPr>
        <w:color w:val="FFFFFF" w:themeColor="background1"/>
      </w:rPr>
      <w:tblPr/>
      <w:tcPr>
        <w:shd w:val="clear" w:color="auto" w:fill="61721F" w:themeFill="accent1" w:themeFillShade="BF"/>
      </w:tcPr>
    </w:tblStylePr>
    <w:tblStylePr w:type="lastCol">
      <w:rPr>
        <w:color w:val="FFFFFF" w:themeColor="background1"/>
      </w:rPr>
      <w:tblPr/>
      <w:tcPr>
        <w:shd w:val="clear" w:color="auto" w:fill="61721F" w:themeFill="accent1" w:themeFillShade="BF"/>
      </w:tcPr>
    </w:tblStylePr>
    <w:tblStylePr w:type="band1Vert">
      <w:tblPr/>
      <w:tcPr>
        <w:shd w:val="clear" w:color="auto" w:fill="CBDD83" w:themeFill="accent1" w:themeFillTint="7F"/>
      </w:tcPr>
    </w:tblStylePr>
    <w:tblStylePr w:type="band1Horz">
      <w:tblPr/>
      <w:tcPr>
        <w:shd w:val="clear" w:color="auto" w:fill="CBDD83" w:themeFill="accent1" w:themeFillTint="7F"/>
      </w:tcPr>
    </w:tblStylePr>
  </w:style>
  <w:style w:type="table" w:styleId="ColorfulGrid-Accent2">
    <w:name w:val="Colorful Grid Accent 2"/>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EE2" w:themeFill="accent2" w:themeFillTint="33"/>
    </w:tcPr>
    <w:tblStylePr w:type="firstRow">
      <w:rPr>
        <w:b/>
        <w:bCs/>
      </w:rPr>
      <w:tblPr/>
      <w:tcPr>
        <w:shd w:val="clear" w:color="auto" w:fill="A9DDC6" w:themeFill="accent2" w:themeFillTint="66"/>
      </w:tcPr>
    </w:tblStylePr>
    <w:tblStylePr w:type="lastRow">
      <w:rPr>
        <w:b/>
        <w:bCs/>
        <w:color w:val="000000" w:themeColor="text1"/>
      </w:rPr>
      <w:tblPr/>
      <w:tcPr>
        <w:shd w:val="clear" w:color="auto" w:fill="A9DDC6" w:themeFill="accent2" w:themeFillTint="66"/>
      </w:tcPr>
    </w:tblStylePr>
    <w:tblStylePr w:type="firstCol">
      <w:rPr>
        <w:color w:val="FFFFFF" w:themeColor="background1"/>
      </w:rPr>
      <w:tblPr/>
      <w:tcPr>
        <w:shd w:val="clear" w:color="auto" w:fill="2D7153" w:themeFill="accent2" w:themeFillShade="BF"/>
      </w:tcPr>
    </w:tblStylePr>
    <w:tblStylePr w:type="lastCol">
      <w:rPr>
        <w:color w:val="FFFFFF" w:themeColor="background1"/>
      </w:rPr>
      <w:tblPr/>
      <w:tcPr>
        <w:shd w:val="clear" w:color="auto" w:fill="2D7153" w:themeFill="accent2" w:themeFillShade="BF"/>
      </w:tcPr>
    </w:tblStylePr>
    <w:tblStylePr w:type="band1Vert">
      <w:tblPr/>
      <w:tcPr>
        <w:shd w:val="clear" w:color="auto" w:fill="94D4B8" w:themeFill="accent2" w:themeFillTint="7F"/>
      </w:tcPr>
    </w:tblStylePr>
    <w:tblStylePr w:type="band1Horz">
      <w:tblPr/>
      <w:tcPr>
        <w:shd w:val="clear" w:color="auto" w:fill="94D4B8" w:themeFill="accent2" w:themeFillTint="7F"/>
      </w:tcPr>
    </w:tblStylePr>
  </w:style>
  <w:style w:type="table" w:styleId="ColorfulGrid-Accent3">
    <w:name w:val="Colorful Grid Accent 3"/>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2ED" w:themeFill="accent3" w:themeFillTint="33"/>
    </w:tcPr>
    <w:tblStylePr w:type="firstRow">
      <w:rPr>
        <w:b/>
        <w:bCs/>
      </w:rPr>
      <w:tblPr/>
      <w:tcPr>
        <w:shd w:val="clear" w:color="auto" w:fill="AFC5DC" w:themeFill="accent3" w:themeFillTint="66"/>
      </w:tcPr>
    </w:tblStylePr>
    <w:tblStylePr w:type="lastRow">
      <w:rPr>
        <w:b/>
        <w:bCs/>
        <w:color w:val="000000" w:themeColor="text1"/>
      </w:rPr>
      <w:tblPr/>
      <w:tcPr>
        <w:shd w:val="clear" w:color="auto" w:fill="AFC5DC" w:themeFill="accent3" w:themeFillTint="66"/>
      </w:tcPr>
    </w:tblStylePr>
    <w:tblStylePr w:type="firstCol">
      <w:rPr>
        <w:color w:val="FFFFFF" w:themeColor="background1"/>
      </w:rPr>
      <w:tblPr/>
      <w:tcPr>
        <w:shd w:val="clear" w:color="auto" w:fill="335375" w:themeFill="accent3" w:themeFillShade="BF"/>
      </w:tcPr>
    </w:tblStylePr>
    <w:tblStylePr w:type="lastCol">
      <w:rPr>
        <w:color w:val="FFFFFF" w:themeColor="background1"/>
      </w:rPr>
      <w:tblPr/>
      <w:tcPr>
        <w:shd w:val="clear" w:color="auto" w:fill="335375" w:themeFill="accent3" w:themeFillShade="BF"/>
      </w:tcPr>
    </w:tblStylePr>
    <w:tblStylePr w:type="band1Vert">
      <w:tblPr/>
      <w:tcPr>
        <w:shd w:val="clear" w:color="auto" w:fill="9BB7D4" w:themeFill="accent3" w:themeFillTint="7F"/>
      </w:tcPr>
    </w:tblStylePr>
    <w:tblStylePr w:type="band1Horz">
      <w:tblPr/>
      <w:tcPr>
        <w:shd w:val="clear" w:color="auto" w:fill="9BB7D4" w:themeFill="accent3" w:themeFillTint="7F"/>
      </w:tcPr>
    </w:tblStylePr>
  </w:style>
  <w:style w:type="table" w:styleId="ColorfulGrid-Accent4">
    <w:name w:val="Colorful Grid Accent 4"/>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D3D1" w:themeFill="accent4" w:themeFillTint="33"/>
    </w:tcPr>
    <w:tblStylePr w:type="firstRow">
      <w:rPr>
        <w:b/>
        <w:bCs/>
      </w:rPr>
      <w:tblPr/>
      <w:tcPr>
        <w:shd w:val="clear" w:color="auto" w:fill="E2A9A4" w:themeFill="accent4" w:themeFillTint="66"/>
      </w:tcPr>
    </w:tblStylePr>
    <w:tblStylePr w:type="lastRow">
      <w:rPr>
        <w:b/>
        <w:bCs/>
        <w:color w:val="000000" w:themeColor="text1"/>
      </w:rPr>
      <w:tblPr/>
      <w:tcPr>
        <w:shd w:val="clear" w:color="auto" w:fill="E2A9A4" w:themeFill="accent4" w:themeFillTint="66"/>
      </w:tcPr>
    </w:tblStylePr>
    <w:tblStylePr w:type="firstCol">
      <w:rPr>
        <w:color w:val="FFFFFF" w:themeColor="background1"/>
      </w:rPr>
      <w:tblPr/>
      <w:tcPr>
        <w:shd w:val="clear" w:color="auto" w:fill="792C26" w:themeFill="accent4" w:themeFillShade="BF"/>
      </w:tcPr>
    </w:tblStylePr>
    <w:tblStylePr w:type="lastCol">
      <w:rPr>
        <w:color w:val="FFFFFF" w:themeColor="background1"/>
      </w:rPr>
      <w:tblPr/>
      <w:tcPr>
        <w:shd w:val="clear" w:color="auto" w:fill="792C26" w:themeFill="accent4" w:themeFillShade="BF"/>
      </w:tcPr>
    </w:tblStylePr>
    <w:tblStylePr w:type="band1Vert">
      <w:tblPr/>
      <w:tcPr>
        <w:shd w:val="clear" w:color="auto" w:fill="DB948E" w:themeFill="accent4" w:themeFillTint="7F"/>
      </w:tcPr>
    </w:tblStylePr>
    <w:tblStylePr w:type="band1Horz">
      <w:tblPr/>
      <w:tcPr>
        <w:shd w:val="clear" w:color="auto" w:fill="DB948E" w:themeFill="accent4" w:themeFillTint="7F"/>
      </w:tcPr>
    </w:tblStylePr>
  </w:style>
  <w:style w:type="table" w:styleId="ColorfulGrid-Accent5">
    <w:name w:val="Colorful Grid Accent 5"/>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3D3" w:themeFill="accent5" w:themeFillTint="33"/>
    </w:tcPr>
    <w:tblStylePr w:type="firstRow">
      <w:rPr>
        <w:b/>
        <w:bCs/>
      </w:rPr>
      <w:tblPr/>
      <w:tcPr>
        <w:shd w:val="clear" w:color="auto" w:fill="EFC8A8" w:themeFill="accent5" w:themeFillTint="66"/>
      </w:tcPr>
    </w:tblStylePr>
    <w:tblStylePr w:type="lastRow">
      <w:rPr>
        <w:b/>
        <w:bCs/>
        <w:color w:val="000000" w:themeColor="text1"/>
      </w:rPr>
      <w:tblPr/>
      <w:tcPr>
        <w:shd w:val="clear" w:color="auto" w:fill="EFC8A8" w:themeFill="accent5" w:themeFillTint="66"/>
      </w:tcPr>
    </w:tblStylePr>
    <w:tblStylePr w:type="firstCol">
      <w:rPr>
        <w:color w:val="FFFFFF" w:themeColor="background1"/>
      </w:rPr>
      <w:tblPr/>
      <w:tcPr>
        <w:shd w:val="clear" w:color="auto" w:fill="A3591D" w:themeFill="accent5" w:themeFillShade="BF"/>
      </w:tcPr>
    </w:tblStylePr>
    <w:tblStylePr w:type="lastCol">
      <w:rPr>
        <w:color w:val="FFFFFF" w:themeColor="background1"/>
      </w:rPr>
      <w:tblPr/>
      <w:tcPr>
        <w:shd w:val="clear" w:color="auto" w:fill="A3591D" w:themeFill="accent5" w:themeFillShade="BF"/>
      </w:tcPr>
    </w:tblStylePr>
    <w:tblStylePr w:type="band1Vert">
      <w:tblPr/>
      <w:tcPr>
        <w:shd w:val="clear" w:color="auto" w:fill="ECBB93" w:themeFill="accent5" w:themeFillTint="7F"/>
      </w:tcPr>
    </w:tblStylePr>
    <w:tblStylePr w:type="band1Horz">
      <w:tblPr/>
      <w:tcPr>
        <w:shd w:val="clear" w:color="auto" w:fill="ECBB93" w:themeFill="accent5" w:themeFillTint="7F"/>
      </w:tcPr>
    </w:tblStylePr>
  </w:style>
  <w:style w:type="table" w:styleId="ColorfulGrid-Accent6">
    <w:name w:val="Colorful Grid Accent 6"/>
    <w:basedOn w:val="TableNormal"/>
    <w:uiPriority w:val="73"/>
    <w:rsid w:val="00A06E8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EFD8" w:themeFill="accent6" w:themeFillTint="33"/>
    </w:tcPr>
    <w:tblStylePr w:type="firstRow">
      <w:rPr>
        <w:b/>
        <w:bCs/>
      </w:rPr>
      <w:tblPr/>
      <w:tcPr>
        <w:shd w:val="clear" w:color="auto" w:fill="F1E0B2" w:themeFill="accent6" w:themeFillTint="66"/>
      </w:tcPr>
    </w:tblStylePr>
    <w:tblStylePr w:type="lastRow">
      <w:rPr>
        <w:b/>
        <w:bCs/>
        <w:color w:val="000000" w:themeColor="text1"/>
      </w:rPr>
      <w:tblPr/>
      <w:tcPr>
        <w:shd w:val="clear" w:color="auto" w:fill="F1E0B2" w:themeFill="accent6" w:themeFillTint="66"/>
      </w:tcPr>
    </w:tblStylePr>
    <w:tblStylePr w:type="firstCol">
      <w:rPr>
        <w:color w:val="FFFFFF" w:themeColor="background1"/>
      </w:rPr>
      <w:tblPr/>
      <w:tcPr>
        <w:shd w:val="clear" w:color="auto" w:fill="B68C1F" w:themeFill="accent6" w:themeFillShade="BF"/>
      </w:tcPr>
    </w:tblStylePr>
    <w:tblStylePr w:type="lastCol">
      <w:rPr>
        <w:color w:val="FFFFFF" w:themeColor="background1"/>
      </w:rPr>
      <w:tblPr/>
      <w:tcPr>
        <w:shd w:val="clear" w:color="auto" w:fill="B68C1F" w:themeFill="accent6" w:themeFillShade="BF"/>
      </w:tcPr>
    </w:tblStylePr>
    <w:tblStylePr w:type="band1Vert">
      <w:tblPr/>
      <w:tcPr>
        <w:shd w:val="clear" w:color="auto" w:fill="EED89F" w:themeFill="accent6" w:themeFillTint="7F"/>
      </w:tcPr>
    </w:tblStylePr>
    <w:tblStylePr w:type="band1Horz">
      <w:tblPr/>
      <w:tcPr>
        <w:shd w:val="clear" w:color="auto" w:fill="EED89F" w:themeFill="accent6" w:themeFillTint="7F"/>
      </w:tcPr>
    </w:tblStylePr>
  </w:style>
  <w:style w:type="character" w:styleId="Hyperlink">
    <w:name w:val="Hyperlink"/>
    <w:basedOn w:val="DefaultParagraphFont"/>
    <w:uiPriority w:val="99"/>
    <w:unhideWhenUsed/>
    <w:rsid w:val="00E64C05"/>
    <w:rPr>
      <w:color w:val="A8BF4D" w:themeColor="hyperlink"/>
      <w:u w:val="single"/>
    </w:rPr>
  </w:style>
  <w:style w:type="character" w:styleId="UnresolvedMention">
    <w:name w:val="Unresolved Mention"/>
    <w:basedOn w:val="DefaultParagraphFont"/>
    <w:uiPriority w:val="99"/>
    <w:semiHidden/>
    <w:unhideWhenUsed/>
    <w:rsid w:val="00E64C05"/>
    <w:rPr>
      <w:color w:val="605E5C"/>
      <w:shd w:val="clear" w:color="auto" w:fill="E1DFDD"/>
    </w:rPr>
  </w:style>
  <w:style w:type="paragraph" w:styleId="NormalWeb">
    <w:name w:val="Normal (Web)"/>
    <w:basedOn w:val="Normal"/>
    <w:uiPriority w:val="99"/>
    <w:semiHidden/>
    <w:unhideWhenUsed/>
    <w:rsid w:val="00327B9D"/>
    <w:rPr>
      <w:rFonts w:ascii="Times New Roman" w:hAnsi="Times New Roman" w:cs="Times New Roman"/>
    </w:rPr>
  </w:style>
  <w:style w:type="paragraph" w:styleId="Revision">
    <w:name w:val="Revision"/>
    <w:hidden/>
    <w:uiPriority w:val="99"/>
    <w:semiHidden/>
    <w:rsid w:val="00E875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412">
      <w:bodyDiv w:val="1"/>
      <w:marLeft w:val="0"/>
      <w:marRight w:val="0"/>
      <w:marTop w:val="0"/>
      <w:marBottom w:val="0"/>
      <w:divBdr>
        <w:top w:val="none" w:sz="0" w:space="0" w:color="auto"/>
        <w:left w:val="none" w:sz="0" w:space="0" w:color="auto"/>
        <w:bottom w:val="none" w:sz="0" w:space="0" w:color="auto"/>
        <w:right w:val="none" w:sz="0" w:space="0" w:color="auto"/>
      </w:divBdr>
      <w:divsChild>
        <w:div w:id="11845559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368952">
          <w:marLeft w:val="0"/>
          <w:marRight w:val="0"/>
          <w:marTop w:val="0"/>
          <w:marBottom w:val="0"/>
          <w:divBdr>
            <w:top w:val="none" w:sz="0" w:space="0" w:color="auto"/>
            <w:left w:val="none" w:sz="0" w:space="0" w:color="auto"/>
            <w:bottom w:val="none" w:sz="0" w:space="0" w:color="auto"/>
            <w:right w:val="none" w:sz="0" w:space="0" w:color="auto"/>
          </w:divBdr>
        </w:div>
      </w:divsChild>
    </w:div>
    <w:div w:id="23990607">
      <w:bodyDiv w:val="1"/>
      <w:marLeft w:val="0"/>
      <w:marRight w:val="0"/>
      <w:marTop w:val="0"/>
      <w:marBottom w:val="0"/>
      <w:divBdr>
        <w:top w:val="none" w:sz="0" w:space="0" w:color="auto"/>
        <w:left w:val="none" w:sz="0" w:space="0" w:color="auto"/>
        <w:bottom w:val="none" w:sz="0" w:space="0" w:color="auto"/>
        <w:right w:val="none" w:sz="0" w:space="0" w:color="auto"/>
      </w:divBdr>
    </w:div>
    <w:div w:id="35591636">
      <w:bodyDiv w:val="1"/>
      <w:marLeft w:val="0"/>
      <w:marRight w:val="0"/>
      <w:marTop w:val="0"/>
      <w:marBottom w:val="0"/>
      <w:divBdr>
        <w:top w:val="none" w:sz="0" w:space="0" w:color="auto"/>
        <w:left w:val="none" w:sz="0" w:space="0" w:color="auto"/>
        <w:bottom w:val="none" w:sz="0" w:space="0" w:color="auto"/>
        <w:right w:val="none" w:sz="0" w:space="0" w:color="auto"/>
      </w:divBdr>
    </w:div>
    <w:div w:id="58796012">
      <w:bodyDiv w:val="1"/>
      <w:marLeft w:val="0"/>
      <w:marRight w:val="0"/>
      <w:marTop w:val="0"/>
      <w:marBottom w:val="0"/>
      <w:divBdr>
        <w:top w:val="none" w:sz="0" w:space="0" w:color="auto"/>
        <w:left w:val="none" w:sz="0" w:space="0" w:color="auto"/>
        <w:bottom w:val="none" w:sz="0" w:space="0" w:color="auto"/>
        <w:right w:val="none" w:sz="0" w:space="0" w:color="auto"/>
      </w:divBdr>
      <w:divsChild>
        <w:div w:id="2006663771">
          <w:blockQuote w:val="1"/>
          <w:marLeft w:val="720"/>
          <w:marRight w:val="720"/>
          <w:marTop w:val="100"/>
          <w:marBottom w:val="100"/>
          <w:divBdr>
            <w:top w:val="none" w:sz="0" w:space="0" w:color="auto"/>
            <w:left w:val="none" w:sz="0" w:space="0" w:color="auto"/>
            <w:bottom w:val="none" w:sz="0" w:space="0" w:color="auto"/>
            <w:right w:val="none" w:sz="0" w:space="0" w:color="auto"/>
          </w:divBdr>
        </w:div>
        <w:div w:id="78153518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19132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6269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76151900">
          <w:blockQuote w:val="1"/>
          <w:marLeft w:val="720"/>
          <w:marRight w:val="720"/>
          <w:marTop w:val="100"/>
          <w:marBottom w:val="100"/>
          <w:divBdr>
            <w:top w:val="none" w:sz="0" w:space="0" w:color="auto"/>
            <w:left w:val="none" w:sz="0" w:space="0" w:color="auto"/>
            <w:bottom w:val="none" w:sz="0" w:space="0" w:color="auto"/>
            <w:right w:val="none" w:sz="0" w:space="0" w:color="auto"/>
          </w:divBdr>
        </w:div>
        <w:div w:id="547644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715788">
      <w:bodyDiv w:val="1"/>
      <w:marLeft w:val="0"/>
      <w:marRight w:val="0"/>
      <w:marTop w:val="0"/>
      <w:marBottom w:val="0"/>
      <w:divBdr>
        <w:top w:val="none" w:sz="0" w:space="0" w:color="auto"/>
        <w:left w:val="none" w:sz="0" w:space="0" w:color="auto"/>
        <w:bottom w:val="none" w:sz="0" w:space="0" w:color="auto"/>
        <w:right w:val="none" w:sz="0" w:space="0" w:color="auto"/>
      </w:divBdr>
      <w:divsChild>
        <w:div w:id="848568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1364525">
          <w:blockQuote w:val="1"/>
          <w:marLeft w:val="720"/>
          <w:marRight w:val="720"/>
          <w:marTop w:val="100"/>
          <w:marBottom w:val="100"/>
          <w:divBdr>
            <w:top w:val="none" w:sz="0" w:space="0" w:color="auto"/>
            <w:left w:val="none" w:sz="0" w:space="0" w:color="auto"/>
            <w:bottom w:val="none" w:sz="0" w:space="0" w:color="auto"/>
            <w:right w:val="none" w:sz="0" w:space="0" w:color="auto"/>
          </w:divBdr>
        </w:div>
        <w:div w:id="547380595">
          <w:blockQuote w:val="1"/>
          <w:marLeft w:val="720"/>
          <w:marRight w:val="720"/>
          <w:marTop w:val="100"/>
          <w:marBottom w:val="100"/>
          <w:divBdr>
            <w:top w:val="none" w:sz="0" w:space="0" w:color="auto"/>
            <w:left w:val="none" w:sz="0" w:space="0" w:color="auto"/>
            <w:bottom w:val="none" w:sz="0" w:space="0" w:color="auto"/>
            <w:right w:val="none" w:sz="0" w:space="0" w:color="auto"/>
          </w:divBdr>
        </w:div>
        <w:div w:id="450901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1663">
      <w:bodyDiv w:val="1"/>
      <w:marLeft w:val="0"/>
      <w:marRight w:val="0"/>
      <w:marTop w:val="0"/>
      <w:marBottom w:val="0"/>
      <w:divBdr>
        <w:top w:val="none" w:sz="0" w:space="0" w:color="auto"/>
        <w:left w:val="none" w:sz="0" w:space="0" w:color="auto"/>
        <w:bottom w:val="none" w:sz="0" w:space="0" w:color="auto"/>
        <w:right w:val="none" w:sz="0" w:space="0" w:color="auto"/>
      </w:divBdr>
    </w:div>
    <w:div w:id="66345244">
      <w:bodyDiv w:val="1"/>
      <w:marLeft w:val="0"/>
      <w:marRight w:val="0"/>
      <w:marTop w:val="0"/>
      <w:marBottom w:val="0"/>
      <w:divBdr>
        <w:top w:val="none" w:sz="0" w:space="0" w:color="auto"/>
        <w:left w:val="none" w:sz="0" w:space="0" w:color="auto"/>
        <w:bottom w:val="none" w:sz="0" w:space="0" w:color="auto"/>
        <w:right w:val="none" w:sz="0" w:space="0" w:color="auto"/>
      </w:divBdr>
      <w:divsChild>
        <w:div w:id="1966963530">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69231578">
      <w:bodyDiv w:val="1"/>
      <w:marLeft w:val="0"/>
      <w:marRight w:val="0"/>
      <w:marTop w:val="0"/>
      <w:marBottom w:val="0"/>
      <w:divBdr>
        <w:top w:val="none" w:sz="0" w:space="0" w:color="auto"/>
        <w:left w:val="none" w:sz="0" w:space="0" w:color="auto"/>
        <w:bottom w:val="none" w:sz="0" w:space="0" w:color="auto"/>
        <w:right w:val="none" w:sz="0" w:space="0" w:color="auto"/>
      </w:divBdr>
    </w:div>
    <w:div w:id="70278858">
      <w:bodyDiv w:val="1"/>
      <w:marLeft w:val="0"/>
      <w:marRight w:val="0"/>
      <w:marTop w:val="0"/>
      <w:marBottom w:val="0"/>
      <w:divBdr>
        <w:top w:val="none" w:sz="0" w:space="0" w:color="auto"/>
        <w:left w:val="none" w:sz="0" w:space="0" w:color="auto"/>
        <w:bottom w:val="none" w:sz="0" w:space="0" w:color="auto"/>
        <w:right w:val="none" w:sz="0" w:space="0" w:color="auto"/>
      </w:divBdr>
    </w:div>
    <w:div w:id="80806009">
      <w:bodyDiv w:val="1"/>
      <w:marLeft w:val="0"/>
      <w:marRight w:val="0"/>
      <w:marTop w:val="0"/>
      <w:marBottom w:val="0"/>
      <w:divBdr>
        <w:top w:val="none" w:sz="0" w:space="0" w:color="auto"/>
        <w:left w:val="none" w:sz="0" w:space="0" w:color="auto"/>
        <w:bottom w:val="none" w:sz="0" w:space="0" w:color="auto"/>
        <w:right w:val="none" w:sz="0" w:space="0" w:color="auto"/>
      </w:divBdr>
    </w:div>
    <w:div w:id="111284994">
      <w:bodyDiv w:val="1"/>
      <w:marLeft w:val="0"/>
      <w:marRight w:val="0"/>
      <w:marTop w:val="0"/>
      <w:marBottom w:val="0"/>
      <w:divBdr>
        <w:top w:val="none" w:sz="0" w:space="0" w:color="auto"/>
        <w:left w:val="none" w:sz="0" w:space="0" w:color="auto"/>
        <w:bottom w:val="none" w:sz="0" w:space="0" w:color="auto"/>
        <w:right w:val="none" w:sz="0" w:space="0" w:color="auto"/>
      </w:divBdr>
      <w:divsChild>
        <w:div w:id="2600635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8096514">
          <w:blockQuote w:val="1"/>
          <w:marLeft w:val="720"/>
          <w:marRight w:val="720"/>
          <w:marTop w:val="100"/>
          <w:marBottom w:val="100"/>
          <w:divBdr>
            <w:top w:val="none" w:sz="0" w:space="0" w:color="auto"/>
            <w:left w:val="none" w:sz="0" w:space="0" w:color="auto"/>
            <w:bottom w:val="none" w:sz="0" w:space="0" w:color="auto"/>
            <w:right w:val="none" w:sz="0" w:space="0" w:color="auto"/>
          </w:divBdr>
        </w:div>
        <w:div w:id="4257362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531317">
      <w:bodyDiv w:val="1"/>
      <w:marLeft w:val="0"/>
      <w:marRight w:val="0"/>
      <w:marTop w:val="0"/>
      <w:marBottom w:val="0"/>
      <w:divBdr>
        <w:top w:val="none" w:sz="0" w:space="0" w:color="auto"/>
        <w:left w:val="none" w:sz="0" w:space="0" w:color="auto"/>
        <w:bottom w:val="none" w:sz="0" w:space="0" w:color="auto"/>
        <w:right w:val="none" w:sz="0" w:space="0" w:color="auto"/>
      </w:divBdr>
      <w:divsChild>
        <w:div w:id="12072551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59612">
      <w:bodyDiv w:val="1"/>
      <w:marLeft w:val="0"/>
      <w:marRight w:val="0"/>
      <w:marTop w:val="0"/>
      <w:marBottom w:val="0"/>
      <w:divBdr>
        <w:top w:val="none" w:sz="0" w:space="0" w:color="auto"/>
        <w:left w:val="none" w:sz="0" w:space="0" w:color="auto"/>
        <w:bottom w:val="none" w:sz="0" w:space="0" w:color="auto"/>
        <w:right w:val="none" w:sz="0" w:space="0" w:color="auto"/>
      </w:divBdr>
    </w:div>
    <w:div w:id="136774257">
      <w:bodyDiv w:val="1"/>
      <w:marLeft w:val="0"/>
      <w:marRight w:val="0"/>
      <w:marTop w:val="0"/>
      <w:marBottom w:val="0"/>
      <w:divBdr>
        <w:top w:val="none" w:sz="0" w:space="0" w:color="auto"/>
        <w:left w:val="none" w:sz="0" w:space="0" w:color="auto"/>
        <w:bottom w:val="none" w:sz="0" w:space="0" w:color="auto"/>
        <w:right w:val="none" w:sz="0" w:space="0" w:color="auto"/>
      </w:divBdr>
      <w:divsChild>
        <w:div w:id="1248031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302852">
          <w:blockQuote w:val="1"/>
          <w:marLeft w:val="720"/>
          <w:marRight w:val="720"/>
          <w:marTop w:val="100"/>
          <w:marBottom w:val="100"/>
          <w:divBdr>
            <w:top w:val="none" w:sz="0" w:space="0" w:color="auto"/>
            <w:left w:val="none" w:sz="0" w:space="0" w:color="auto"/>
            <w:bottom w:val="none" w:sz="0" w:space="0" w:color="auto"/>
            <w:right w:val="none" w:sz="0" w:space="0" w:color="auto"/>
          </w:divBdr>
        </w:div>
        <w:div w:id="6109394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438939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97452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89426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25056">
      <w:bodyDiv w:val="1"/>
      <w:marLeft w:val="0"/>
      <w:marRight w:val="0"/>
      <w:marTop w:val="0"/>
      <w:marBottom w:val="0"/>
      <w:divBdr>
        <w:top w:val="none" w:sz="0" w:space="0" w:color="auto"/>
        <w:left w:val="none" w:sz="0" w:space="0" w:color="auto"/>
        <w:bottom w:val="none" w:sz="0" w:space="0" w:color="auto"/>
        <w:right w:val="none" w:sz="0" w:space="0" w:color="auto"/>
      </w:divBdr>
    </w:div>
    <w:div w:id="138039733">
      <w:bodyDiv w:val="1"/>
      <w:marLeft w:val="0"/>
      <w:marRight w:val="0"/>
      <w:marTop w:val="0"/>
      <w:marBottom w:val="0"/>
      <w:divBdr>
        <w:top w:val="none" w:sz="0" w:space="0" w:color="auto"/>
        <w:left w:val="none" w:sz="0" w:space="0" w:color="auto"/>
        <w:bottom w:val="none" w:sz="0" w:space="0" w:color="auto"/>
        <w:right w:val="none" w:sz="0" w:space="0" w:color="auto"/>
      </w:divBdr>
    </w:div>
    <w:div w:id="150605230">
      <w:bodyDiv w:val="1"/>
      <w:marLeft w:val="0"/>
      <w:marRight w:val="0"/>
      <w:marTop w:val="0"/>
      <w:marBottom w:val="0"/>
      <w:divBdr>
        <w:top w:val="none" w:sz="0" w:space="0" w:color="auto"/>
        <w:left w:val="none" w:sz="0" w:space="0" w:color="auto"/>
        <w:bottom w:val="none" w:sz="0" w:space="0" w:color="auto"/>
        <w:right w:val="none" w:sz="0" w:space="0" w:color="auto"/>
      </w:divBdr>
    </w:div>
    <w:div w:id="160438934">
      <w:bodyDiv w:val="1"/>
      <w:marLeft w:val="0"/>
      <w:marRight w:val="0"/>
      <w:marTop w:val="0"/>
      <w:marBottom w:val="0"/>
      <w:divBdr>
        <w:top w:val="none" w:sz="0" w:space="0" w:color="auto"/>
        <w:left w:val="none" w:sz="0" w:space="0" w:color="auto"/>
        <w:bottom w:val="none" w:sz="0" w:space="0" w:color="auto"/>
        <w:right w:val="none" w:sz="0" w:space="0" w:color="auto"/>
      </w:divBdr>
    </w:div>
    <w:div w:id="164324669">
      <w:bodyDiv w:val="1"/>
      <w:marLeft w:val="0"/>
      <w:marRight w:val="0"/>
      <w:marTop w:val="0"/>
      <w:marBottom w:val="0"/>
      <w:divBdr>
        <w:top w:val="none" w:sz="0" w:space="0" w:color="auto"/>
        <w:left w:val="none" w:sz="0" w:space="0" w:color="auto"/>
        <w:bottom w:val="none" w:sz="0" w:space="0" w:color="auto"/>
        <w:right w:val="none" w:sz="0" w:space="0" w:color="auto"/>
      </w:divBdr>
      <w:divsChild>
        <w:div w:id="989603763">
          <w:blockQuote w:val="1"/>
          <w:marLeft w:val="720"/>
          <w:marRight w:val="720"/>
          <w:marTop w:val="100"/>
          <w:marBottom w:val="100"/>
          <w:divBdr>
            <w:top w:val="none" w:sz="0" w:space="0" w:color="auto"/>
            <w:left w:val="none" w:sz="0" w:space="0" w:color="auto"/>
            <w:bottom w:val="none" w:sz="0" w:space="0" w:color="auto"/>
            <w:right w:val="none" w:sz="0" w:space="0" w:color="auto"/>
          </w:divBdr>
        </w:div>
        <w:div w:id="375545714">
          <w:blockQuote w:val="1"/>
          <w:marLeft w:val="720"/>
          <w:marRight w:val="720"/>
          <w:marTop w:val="100"/>
          <w:marBottom w:val="100"/>
          <w:divBdr>
            <w:top w:val="none" w:sz="0" w:space="0" w:color="auto"/>
            <w:left w:val="none" w:sz="0" w:space="0" w:color="auto"/>
            <w:bottom w:val="none" w:sz="0" w:space="0" w:color="auto"/>
            <w:right w:val="none" w:sz="0" w:space="0" w:color="auto"/>
          </w:divBdr>
        </w:div>
        <w:div w:id="798498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762885">
      <w:bodyDiv w:val="1"/>
      <w:marLeft w:val="0"/>
      <w:marRight w:val="0"/>
      <w:marTop w:val="0"/>
      <w:marBottom w:val="0"/>
      <w:divBdr>
        <w:top w:val="none" w:sz="0" w:space="0" w:color="auto"/>
        <w:left w:val="none" w:sz="0" w:space="0" w:color="auto"/>
        <w:bottom w:val="none" w:sz="0" w:space="0" w:color="auto"/>
        <w:right w:val="none" w:sz="0" w:space="0" w:color="auto"/>
      </w:divBdr>
    </w:div>
    <w:div w:id="224338225">
      <w:bodyDiv w:val="1"/>
      <w:marLeft w:val="0"/>
      <w:marRight w:val="0"/>
      <w:marTop w:val="0"/>
      <w:marBottom w:val="0"/>
      <w:divBdr>
        <w:top w:val="none" w:sz="0" w:space="0" w:color="auto"/>
        <w:left w:val="none" w:sz="0" w:space="0" w:color="auto"/>
        <w:bottom w:val="none" w:sz="0" w:space="0" w:color="auto"/>
        <w:right w:val="none" w:sz="0" w:space="0" w:color="auto"/>
      </w:divBdr>
    </w:div>
    <w:div w:id="224612406">
      <w:bodyDiv w:val="1"/>
      <w:marLeft w:val="0"/>
      <w:marRight w:val="0"/>
      <w:marTop w:val="0"/>
      <w:marBottom w:val="0"/>
      <w:divBdr>
        <w:top w:val="none" w:sz="0" w:space="0" w:color="auto"/>
        <w:left w:val="none" w:sz="0" w:space="0" w:color="auto"/>
        <w:bottom w:val="none" w:sz="0" w:space="0" w:color="auto"/>
        <w:right w:val="none" w:sz="0" w:space="0" w:color="auto"/>
      </w:divBdr>
      <w:divsChild>
        <w:div w:id="857548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138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4208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79232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890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869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7881438">
          <w:blockQuote w:val="1"/>
          <w:marLeft w:val="720"/>
          <w:marRight w:val="720"/>
          <w:marTop w:val="100"/>
          <w:marBottom w:val="100"/>
          <w:divBdr>
            <w:top w:val="none" w:sz="0" w:space="0" w:color="auto"/>
            <w:left w:val="none" w:sz="0" w:space="0" w:color="auto"/>
            <w:bottom w:val="none" w:sz="0" w:space="0" w:color="auto"/>
            <w:right w:val="none" w:sz="0" w:space="0" w:color="auto"/>
          </w:divBdr>
        </w:div>
        <w:div w:id="221252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48018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66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253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163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009676">
          <w:blockQuote w:val="1"/>
          <w:marLeft w:val="720"/>
          <w:marRight w:val="720"/>
          <w:marTop w:val="100"/>
          <w:marBottom w:val="100"/>
          <w:divBdr>
            <w:top w:val="none" w:sz="0" w:space="0" w:color="auto"/>
            <w:left w:val="none" w:sz="0" w:space="0" w:color="auto"/>
            <w:bottom w:val="none" w:sz="0" w:space="0" w:color="auto"/>
            <w:right w:val="none" w:sz="0" w:space="0" w:color="auto"/>
          </w:divBdr>
        </w:div>
        <w:div w:id="877820186">
          <w:blockQuote w:val="1"/>
          <w:marLeft w:val="720"/>
          <w:marRight w:val="720"/>
          <w:marTop w:val="100"/>
          <w:marBottom w:val="100"/>
          <w:divBdr>
            <w:top w:val="none" w:sz="0" w:space="0" w:color="auto"/>
            <w:left w:val="none" w:sz="0" w:space="0" w:color="auto"/>
            <w:bottom w:val="none" w:sz="0" w:space="0" w:color="auto"/>
            <w:right w:val="none" w:sz="0" w:space="0" w:color="auto"/>
          </w:divBdr>
        </w:div>
        <w:div w:id="246766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902864">
      <w:bodyDiv w:val="1"/>
      <w:marLeft w:val="0"/>
      <w:marRight w:val="0"/>
      <w:marTop w:val="0"/>
      <w:marBottom w:val="0"/>
      <w:divBdr>
        <w:top w:val="none" w:sz="0" w:space="0" w:color="auto"/>
        <w:left w:val="none" w:sz="0" w:space="0" w:color="auto"/>
        <w:bottom w:val="none" w:sz="0" w:space="0" w:color="auto"/>
        <w:right w:val="none" w:sz="0" w:space="0" w:color="auto"/>
      </w:divBdr>
    </w:div>
    <w:div w:id="244415777">
      <w:bodyDiv w:val="1"/>
      <w:marLeft w:val="0"/>
      <w:marRight w:val="0"/>
      <w:marTop w:val="0"/>
      <w:marBottom w:val="0"/>
      <w:divBdr>
        <w:top w:val="none" w:sz="0" w:space="0" w:color="auto"/>
        <w:left w:val="none" w:sz="0" w:space="0" w:color="auto"/>
        <w:bottom w:val="none" w:sz="0" w:space="0" w:color="auto"/>
        <w:right w:val="none" w:sz="0" w:space="0" w:color="auto"/>
      </w:divBdr>
      <w:divsChild>
        <w:div w:id="1829243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66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7895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6272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88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876939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977934">
      <w:bodyDiv w:val="1"/>
      <w:marLeft w:val="0"/>
      <w:marRight w:val="0"/>
      <w:marTop w:val="0"/>
      <w:marBottom w:val="0"/>
      <w:divBdr>
        <w:top w:val="none" w:sz="0" w:space="0" w:color="auto"/>
        <w:left w:val="none" w:sz="0" w:space="0" w:color="auto"/>
        <w:bottom w:val="none" w:sz="0" w:space="0" w:color="auto"/>
        <w:right w:val="none" w:sz="0" w:space="0" w:color="auto"/>
      </w:divBdr>
    </w:div>
    <w:div w:id="265187940">
      <w:bodyDiv w:val="1"/>
      <w:marLeft w:val="0"/>
      <w:marRight w:val="0"/>
      <w:marTop w:val="0"/>
      <w:marBottom w:val="0"/>
      <w:divBdr>
        <w:top w:val="none" w:sz="0" w:space="0" w:color="auto"/>
        <w:left w:val="none" w:sz="0" w:space="0" w:color="auto"/>
        <w:bottom w:val="none" w:sz="0" w:space="0" w:color="auto"/>
        <w:right w:val="none" w:sz="0" w:space="0" w:color="auto"/>
      </w:divBdr>
    </w:div>
    <w:div w:id="268322283">
      <w:bodyDiv w:val="1"/>
      <w:marLeft w:val="0"/>
      <w:marRight w:val="0"/>
      <w:marTop w:val="0"/>
      <w:marBottom w:val="0"/>
      <w:divBdr>
        <w:top w:val="none" w:sz="0" w:space="0" w:color="auto"/>
        <w:left w:val="none" w:sz="0" w:space="0" w:color="auto"/>
        <w:bottom w:val="none" w:sz="0" w:space="0" w:color="auto"/>
        <w:right w:val="none" w:sz="0" w:space="0" w:color="auto"/>
      </w:divBdr>
    </w:div>
    <w:div w:id="293676823">
      <w:bodyDiv w:val="1"/>
      <w:marLeft w:val="0"/>
      <w:marRight w:val="0"/>
      <w:marTop w:val="0"/>
      <w:marBottom w:val="0"/>
      <w:divBdr>
        <w:top w:val="none" w:sz="0" w:space="0" w:color="auto"/>
        <w:left w:val="none" w:sz="0" w:space="0" w:color="auto"/>
        <w:bottom w:val="none" w:sz="0" w:space="0" w:color="auto"/>
        <w:right w:val="none" w:sz="0" w:space="0" w:color="auto"/>
      </w:divBdr>
    </w:div>
    <w:div w:id="317005755">
      <w:bodyDiv w:val="1"/>
      <w:marLeft w:val="0"/>
      <w:marRight w:val="0"/>
      <w:marTop w:val="0"/>
      <w:marBottom w:val="0"/>
      <w:divBdr>
        <w:top w:val="none" w:sz="0" w:space="0" w:color="auto"/>
        <w:left w:val="none" w:sz="0" w:space="0" w:color="auto"/>
        <w:bottom w:val="none" w:sz="0" w:space="0" w:color="auto"/>
        <w:right w:val="none" w:sz="0" w:space="0" w:color="auto"/>
      </w:divBdr>
    </w:div>
    <w:div w:id="320551279">
      <w:bodyDiv w:val="1"/>
      <w:marLeft w:val="0"/>
      <w:marRight w:val="0"/>
      <w:marTop w:val="0"/>
      <w:marBottom w:val="0"/>
      <w:divBdr>
        <w:top w:val="none" w:sz="0" w:space="0" w:color="auto"/>
        <w:left w:val="none" w:sz="0" w:space="0" w:color="auto"/>
        <w:bottom w:val="none" w:sz="0" w:space="0" w:color="auto"/>
        <w:right w:val="none" w:sz="0" w:space="0" w:color="auto"/>
      </w:divBdr>
    </w:div>
    <w:div w:id="328290753">
      <w:bodyDiv w:val="1"/>
      <w:marLeft w:val="0"/>
      <w:marRight w:val="0"/>
      <w:marTop w:val="0"/>
      <w:marBottom w:val="0"/>
      <w:divBdr>
        <w:top w:val="none" w:sz="0" w:space="0" w:color="auto"/>
        <w:left w:val="none" w:sz="0" w:space="0" w:color="auto"/>
        <w:bottom w:val="none" w:sz="0" w:space="0" w:color="auto"/>
        <w:right w:val="none" w:sz="0" w:space="0" w:color="auto"/>
      </w:divBdr>
    </w:div>
    <w:div w:id="335379633">
      <w:bodyDiv w:val="1"/>
      <w:marLeft w:val="0"/>
      <w:marRight w:val="0"/>
      <w:marTop w:val="0"/>
      <w:marBottom w:val="0"/>
      <w:divBdr>
        <w:top w:val="none" w:sz="0" w:space="0" w:color="auto"/>
        <w:left w:val="none" w:sz="0" w:space="0" w:color="auto"/>
        <w:bottom w:val="none" w:sz="0" w:space="0" w:color="auto"/>
        <w:right w:val="none" w:sz="0" w:space="0" w:color="auto"/>
      </w:divBdr>
      <w:divsChild>
        <w:div w:id="197244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9375777">
          <w:blockQuote w:val="1"/>
          <w:marLeft w:val="720"/>
          <w:marRight w:val="720"/>
          <w:marTop w:val="100"/>
          <w:marBottom w:val="100"/>
          <w:divBdr>
            <w:top w:val="none" w:sz="0" w:space="0" w:color="auto"/>
            <w:left w:val="none" w:sz="0" w:space="0" w:color="auto"/>
            <w:bottom w:val="none" w:sz="0" w:space="0" w:color="auto"/>
            <w:right w:val="none" w:sz="0" w:space="0" w:color="auto"/>
          </w:divBdr>
        </w:div>
        <w:div w:id="2125074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3047315">
          <w:blockQuote w:val="1"/>
          <w:marLeft w:val="720"/>
          <w:marRight w:val="720"/>
          <w:marTop w:val="100"/>
          <w:marBottom w:val="100"/>
          <w:divBdr>
            <w:top w:val="none" w:sz="0" w:space="0" w:color="auto"/>
            <w:left w:val="none" w:sz="0" w:space="0" w:color="auto"/>
            <w:bottom w:val="none" w:sz="0" w:space="0" w:color="auto"/>
            <w:right w:val="none" w:sz="0" w:space="0" w:color="auto"/>
          </w:divBdr>
        </w:div>
        <w:div w:id="935019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8620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4499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7571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419031">
          <w:blockQuote w:val="1"/>
          <w:marLeft w:val="720"/>
          <w:marRight w:val="720"/>
          <w:marTop w:val="100"/>
          <w:marBottom w:val="100"/>
          <w:divBdr>
            <w:top w:val="none" w:sz="0" w:space="0" w:color="auto"/>
            <w:left w:val="none" w:sz="0" w:space="0" w:color="auto"/>
            <w:bottom w:val="none" w:sz="0" w:space="0" w:color="auto"/>
            <w:right w:val="none" w:sz="0" w:space="0" w:color="auto"/>
          </w:divBdr>
        </w:div>
        <w:div w:id="811795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9528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89178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85454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95783">
          <w:blockQuote w:val="1"/>
          <w:marLeft w:val="720"/>
          <w:marRight w:val="720"/>
          <w:marTop w:val="100"/>
          <w:marBottom w:val="100"/>
          <w:divBdr>
            <w:top w:val="none" w:sz="0" w:space="0" w:color="auto"/>
            <w:left w:val="none" w:sz="0" w:space="0" w:color="auto"/>
            <w:bottom w:val="none" w:sz="0" w:space="0" w:color="auto"/>
            <w:right w:val="none" w:sz="0" w:space="0" w:color="auto"/>
          </w:divBdr>
        </w:div>
        <w:div w:id="514735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059458">
      <w:bodyDiv w:val="1"/>
      <w:marLeft w:val="0"/>
      <w:marRight w:val="0"/>
      <w:marTop w:val="0"/>
      <w:marBottom w:val="0"/>
      <w:divBdr>
        <w:top w:val="none" w:sz="0" w:space="0" w:color="auto"/>
        <w:left w:val="none" w:sz="0" w:space="0" w:color="auto"/>
        <w:bottom w:val="none" w:sz="0" w:space="0" w:color="auto"/>
        <w:right w:val="none" w:sz="0" w:space="0" w:color="auto"/>
      </w:divBdr>
    </w:div>
    <w:div w:id="372116221">
      <w:bodyDiv w:val="1"/>
      <w:marLeft w:val="0"/>
      <w:marRight w:val="0"/>
      <w:marTop w:val="0"/>
      <w:marBottom w:val="0"/>
      <w:divBdr>
        <w:top w:val="none" w:sz="0" w:space="0" w:color="auto"/>
        <w:left w:val="none" w:sz="0" w:space="0" w:color="auto"/>
        <w:bottom w:val="none" w:sz="0" w:space="0" w:color="auto"/>
        <w:right w:val="none" w:sz="0" w:space="0" w:color="auto"/>
      </w:divBdr>
    </w:div>
    <w:div w:id="382293055">
      <w:bodyDiv w:val="1"/>
      <w:marLeft w:val="0"/>
      <w:marRight w:val="0"/>
      <w:marTop w:val="0"/>
      <w:marBottom w:val="0"/>
      <w:divBdr>
        <w:top w:val="none" w:sz="0" w:space="0" w:color="auto"/>
        <w:left w:val="none" w:sz="0" w:space="0" w:color="auto"/>
        <w:bottom w:val="none" w:sz="0" w:space="0" w:color="auto"/>
        <w:right w:val="none" w:sz="0" w:space="0" w:color="auto"/>
      </w:divBdr>
    </w:div>
    <w:div w:id="394396856">
      <w:bodyDiv w:val="1"/>
      <w:marLeft w:val="0"/>
      <w:marRight w:val="0"/>
      <w:marTop w:val="0"/>
      <w:marBottom w:val="0"/>
      <w:divBdr>
        <w:top w:val="none" w:sz="0" w:space="0" w:color="auto"/>
        <w:left w:val="none" w:sz="0" w:space="0" w:color="auto"/>
        <w:bottom w:val="none" w:sz="0" w:space="0" w:color="auto"/>
        <w:right w:val="none" w:sz="0" w:space="0" w:color="auto"/>
      </w:divBdr>
    </w:div>
    <w:div w:id="401878569">
      <w:bodyDiv w:val="1"/>
      <w:marLeft w:val="0"/>
      <w:marRight w:val="0"/>
      <w:marTop w:val="0"/>
      <w:marBottom w:val="0"/>
      <w:divBdr>
        <w:top w:val="none" w:sz="0" w:space="0" w:color="auto"/>
        <w:left w:val="none" w:sz="0" w:space="0" w:color="auto"/>
        <w:bottom w:val="none" w:sz="0" w:space="0" w:color="auto"/>
        <w:right w:val="none" w:sz="0" w:space="0" w:color="auto"/>
      </w:divBdr>
      <w:divsChild>
        <w:div w:id="1845238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685624">
      <w:bodyDiv w:val="1"/>
      <w:marLeft w:val="0"/>
      <w:marRight w:val="0"/>
      <w:marTop w:val="0"/>
      <w:marBottom w:val="0"/>
      <w:divBdr>
        <w:top w:val="none" w:sz="0" w:space="0" w:color="auto"/>
        <w:left w:val="none" w:sz="0" w:space="0" w:color="auto"/>
        <w:bottom w:val="none" w:sz="0" w:space="0" w:color="auto"/>
        <w:right w:val="none" w:sz="0" w:space="0" w:color="auto"/>
      </w:divBdr>
      <w:divsChild>
        <w:div w:id="4137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9275308">
      <w:bodyDiv w:val="1"/>
      <w:marLeft w:val="0"/>
      <w:marRight w:val="0"/>
      <w:marTop w:val="0"/>
      <w:marBottom w:val="0"/>
      <w:divBdr>
        <w:top w:val="none" w:sz="0" w:space="0" w:color="auto"/>
        <w:left w:val="none" w:sz="0" w:space="0" w:color="auto"/>
        <w:bottom w:val="none" w:sz="0" w:space="0" w:color="auto"/>
        <w:right w:val="none" w:sz="0" w:space="0" w:color="auto"/>
      </w:divBdr>
    </w:div>
    <w:div w:id="461777459">
      <w:bodyDiv w:val="1"/>
      <w:marLeft w:val="0"/>
      <w:marRight w:val="0"/>
      <w:marTop w:val="0"/>
      <w:marBottom w:val="0"/>
      <w:divBdr>
        <w:top w:val="none" w:sz="0" w:space="0" w:color="auto"/>
        <w:left w:val="none" w:sz="0" w:space="0" w:color="auto"/>
        <w:bottom w:val="none" w:sz="0" w:space="0" w:color="auto"/>
        <w:right w:val="none" w:sz="0" w:space="0" w:color="auto"/>
      </w:divBdr>
    </w:div>
    <w:div w:id="462384576">
      <w:bodyDiv w:val="1"/>
      <w:marLeft w:val="0"/>
      <w:marRight w:val="0"/>
      <w:marTop w:val="0"/>
      <w:marBottom w:val="0"/>
      <w:divBdr>
        <w:top w:val="none" w:sz="0" w:space="0" w:color="auto"/>
        <w:left w:val="none" w:sz="0" w:space="0" w:color="auto"/>
        <w:bottom w:val="none" w:sz="0" w:space="0" w:color="auto"/>
        <w:right w:val="none" w:sz="0" w:space="0" w:color="auto"/>
      </w:divBdr>
    </w:div>
    <w:div w:id="484012318">
      <w:bodyDiv w:val="1"/>
      <w:marLeft w:val="0"/>
      <w:marRight w:val="0"/>
      <w:marTop w:val="0"/>
      <w:marBottom w:val="0"/>
      <w:divBdr>
        <w:top w:val="none" w:sz="0" w:space="0" w:color="auto"/>
        <w:left w:val="none" w:sz="0" w:space="0" w:color="auto"/>
        <w:bottom w:val="none" w:sz="0" w:space="0" w:color="auto"/>
        <w:right w:val="none" w:sz="0" w:space="0" w:color="auto"/>
      </w:divBdr>
      <w:divsChild>
        <w:div w:id="371537891">
          <w:blockQuote w:val="1"/>
          <w:marLeft w:val="720"/>
          <w:marRight w:val="720"/>
          <w:marTop w:val="100"/>
          <w:marBottom w:val="100"/>
          <w:divBdr>
            <w:top w:val="none" w:sz="0" w:space="0" w:color="auto"/>
            <w:left w:val="none" w:sz="0" w:space="0" w:color="auto"/>
            <w:bottom w:val="none" w:sz="0" w:space="0" w:color="auto"/>
            <w:right w:val="none" w:sz="0" w:space="0" w:color="auto"/>
          </w:divBdr>
        </w:div>
        <w:div w:id="520166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66412866">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060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173825">
          <w:blockQuote w:val="1"/>
          <w:marLeft w:val="720"/>
          <w:marRight w:val="720"/>
          <w:marTop w:val="100"/>
          <w:marBottom w:val="100"/>
          <w:divBdr>
            <w:top w:val="none" w:sz="0" w:space="0" w:color="auto"/>
            <w:left w:val="none" w:sz="0" w:space="0" w:color="auto"/>
            <w:bottom w:val="none" w:sz="0" w:space="0" w:color="auto"/>
            <w:right w:val="none" w:sz="0" w:space="0" w:color="auto"/>
          </w:divBdr>
        </w:div>
        <w:div w:id="16917638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0982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0384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731711">
          <w:blockQuote w:val="1"/>
          <w:marLeft w:val="720"/>
          <w:marRight w:val="720"/>
          <w:marTop w:val="100"/>
          <w:marBottom w:val="100"/>
          <w:divBdr>
            <w:top w:val="none" w:sz="0" w:space="0" w:color="auto"/>
            <w:left w:val="none" w:sz="0" w:space="0" w:color="auto"/>
            <w:bottom w:val="none" w:sz="0" w:space="0" w:color="auto"/>
            <w:right w:val="none" w:sz="0" w:space="0" w:color="auto"/>
          </w:divBdr>
        </w:div>
        <w:div w:id="858281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330627">
          <w:blockQuote w:val="1"/>
          <w:marLeft w:val="720"/>
          <w:marRight w:val="720"/>
          <w:marTop w:val="100"/>
          <w:marBottom w:val="100"/>
          <w:divBdr>
            <w:top w:val="none" w:sz="0" w:space="0" w:color="auto"/>
            <w:left w:val="none" w:sz="0" w:space="0" w:color="auto"/>
            <w:bottom w:val="none" w:sz="0" w:space="0" w:color="auto"/>
            <w:right w:val="none" w:sz="0" w:space="0" w:color="auto"/>
          </w:divBdr>
        </w:div>
        <w:div w:id="926697905">
          <w:blockQuote w:val="1"/>
          <w:marLeft w:val="720"/>
          <w:marRight w:val="720"/>
          <w:marTop w:val="100"/>
          <w:marBottom w:val="100"/>
          <w:divBdr>
            <w:top w:val="none" w:sz="0" w:space="0" w:color="auto"/>
            <w:left w:val="none" w:sz="0" w:space="0" w:color="auto"/>
            <w:bottom w:val="none" w:sz="0" w:space="0" w:color="auto"/>
            <w:right w:val="none" w:sz="0" w:space="0" w:color="auto"/>
          </w:divBdr>
        </w:div>
        <w:div w:id="86162963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2186810">
          <w:blockQuote w:val="1"/>
          <w:marLeft w:val="720"/>
          <w:marRight w:val="720"/>
          <w:marTop w:val="100"/>
          <w:marBottom w:val="100"/>
          <w:divBdr>
            <w:top w:val="none" w:sz="0" w:space="0" w:color="auto"/>
            <w:left w:val="none" w:sz="0" w:space="0" w:color="auto"/>
            <w:bottom w:val="none" w:sz="0" w:space="0" w:color="auto"/>
            <w:right w:val="none" w:sz="0" w:space="0" w:color="auto"/>
          </w:divBdr>
        </w:div>
        <w:div w:id="475219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7872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267263">
          <w:blockQuote w:val="1"/>
          <w:marLeft w:val="720"/>
          <w:marRight w:val="720"/>
          <w:marTop w:val="100"/>
          <w:marBottom w:val="100"/>
          <w:divBdr>
            <w:top w:val="none" w:sz="0" w:space="0" w:color="auto"/>
            <w:left w:val="none" w:sz="0" w:space="0" w:color="auto"/>
            <w:bottom w:val="none" w:sz="0" w:space="0" w:color="auto"/>
            <w:right w:val="none" w:sz="0" w:space="0" w:color="auto"/>
          </w:divBdr>
        </w:div>
        <w:div w:id="303704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21717650">
          <w:blockQuote w:val="1"/>
          <w:marLeft w:val="720"/>
          <w:marRight w:val="720"/>
          <w:marTop w:val="100"/>
          <w:marBottom w:val="100"/>
          <w:divBdr>
            <w:top w:val="none" w:sz="0" w:space="0" w:color="auto"/>
            <w:left w:val="none" w:sz="0" w:space="0" w:color="auto"/>
            <w:bottom w:val="none" w:sz="0" w:space="0" w:color="auto"/>
            <w:right w:val="none" w:sz="0" w:space="0" w:color="auto"/>
          </w:divBdr>
        </w:div>
        <w:div w:id="313335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409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9124924">
          <w:blockQuote w:val="1"/>
          <w:marLeft w:val="720"/>
          <w:marRight w:val="720"/>
          <w:marTop w:val="100"/>
          <w:marBottom w:val="100"/>
          <w:divBdr>
            <w:top w:val="none" w:sz="0" w:space="0" w:color="auto"/>
            <w:left w:val="none" w:sz="0" w:space="0" w:color="auto"/>
            <w:bottom w:val="none" w:sz="0" w:space="0" w:color="auto"/>
            <w:right w:val="none" w:sz="0" w:space="0" w:color="auto"/>
          </w:divBdr>
        </w:div>
        <w:div w:id="225725366">
          <w:blockQuote w:val="1"/>
          <w:marLeft w:val="720"/>
          <w:marRight w:val="720"/>
          <w:marTop w:val="100"/>
          <w:marBottom w:val="100"/>
          <w:divBdr>
            <w:top w:val="none" w:sz="0" w:space="0" w:color="auto"/>
            <w:left w:val="none" w:sz="0" w:space="0" w:color="auto"/>
            <w:bottom w:val="none" w:sz="0" w:space="0" w:color="auto"/>
            <w:right w:val="none" w:sz="0" w:space="0" w:color="auto"/>
          </w:divBdr>
        </w:div>
        <w:div w:id="417481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940299">
      <w:bodyDiv w:val="1"/>
      <w:marLeft w:val="0"/>
      <w:marRight w:val="0"/>
      <w:marTop w:val="0"/>
      <w:marBottom w:val="0"/>
      <w:divBdr>
        <w:top w:val="none" w:sz="0" w:space="0" w:color="auto"/>
        <w:left w:val="none" w:sz="0" w:space="0" w:color="auto"/>
        <w:bottom w:val="none" w:sz="0" w:space="0" w:color="auto"/>
        <w:right w:val="none" w:sz="0" w:space="0" w:color="auto"/>
      </w:divBdr>
    </w:div>
    <w:div w:id="489561938">
      <w:bodyDiv w:val="1"/>
      <w:marLeft w:val="0"/>
      <w:marRight w:val="0"/>
      <w:marTop w:val="0"/>
      <w:marBottom w:val="0"/>
      <w:divBdr>
        <w:top w:val="none" w:sz="0" w:space="0" w:color="auto"/>
        <w:left w:val="none" w:sz="0" w:space="0" w:color="auto"/>
        <w:bottom w:val="none" w:sz="0" w:space="0" w:color="auto"/>
        <w:right w:val="none" w:sz="0" w:space="0" w:color="auto"/>
      </w:divBdr>
    </w:div>
    <w:div w:id="493842046">
      <w:bodyDiv w:val="1"/>
      <w:marLeft w:val="0"/>
      <w:marRight w:val="0"/>
      <w:marTop w:val="0"/>
      <w:marBottom w:val="0"/>
      <w:divBdr>
        <w:top w:val="none" w:sz="0" w:space="0" w:color="auto"/>
        <w:left w:val="none" w:sz="0" w:space="0" w:color="auto"/>
        <w:bottom w:val="none" w:sz="0" w:space="0" w:color="auto"/>
        <w:right w:val="none" w:sz="0" w:space="0" w:color="auto"/>
      </w:divBdr>
      <w:divsChild>
        <w:div w:id="1169056772">
          <w:blockQuote w:val="1"/>
          <w:marLeft w:val="720"/>
          <w:marRight w:val="720"/>
          <w:marTop w:val="100"/>
          <w:marBottom w:val="100"/>
          <w:divBdr>
            <w:top w:val="none" w:sz="0" w:space="0" w:color="auto"/>
            <w:left w:val="none" w:sz="0" w:space="0" w:color="auto"/>
            <w:bottom w:val="none" w:sz="0" w:space="0" w:color="auto"/>
            <w:right w:val="none" w:sz="0" w:space="0" w:color="auto"/>
          </w:divBdr>
        </w:div>
        <w:div w:id="5136918">
          <w:blockQuote w:val="1"/>
          <w:marLeft w:val="720"/>
          <w:marRight w:val="720"/>
          <w:marTop w:val="100"/>
          <w:marBottom w:val="100"/>
          <w:divBdr>
            <w:top w:val="none" w:sz="0" w:space="0" w:color="auto"/>
            <w:left w:val="none" w:sz="0" w:space="0" w:color="auto"/>
            <w:bottom w:val="none" w:sz="0" w:space="0" w:color="auto"/>
            <w:right w:val="none" w:sz="0" w:space="0" w:color="auto"/>
          </w:divBdr>
        </w:div>
        <w:div w:id="391201727">
          <w:blockQuote w:val="1"/>
          <w:marLeft w:val="720"/>
          <w:marRight w:val="720"/>
          <w:marTop w:val="100"/>
          <w:marBottom w:val="100"/>
          <w:divBdr>
            <w:top w:val="none" w:sz="0" w:space="0" w:color="auto"/>
            <w:left w:val="none" w:sz="0" w:space="0" w:color="auto"/>
            <w:bottom w:val="none" w:sz="0" w:space="0" w:color="auto"/>
            <w:right w:val="none" w:sz="0" w:space="0" w:color="auto"/>
          </w:divBdr>
        </w:div>
        <w:div w:id="303508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885376">
      <w:bodyDiv w:val="1"/>
      <w:marLeft w:val="0"/>
      <w:marRight w:val="0"/>
      <w:marTop w:val="0"/>
      <w:marBottom w:val="0"/>
      <w:divBdr>
        <w:top w:val="none" w:sz="0" w:space="0" w:color="auto"/>
        <w:left w:val="none" w:sz="0" w:space="0" w:color="auto"/>
        <w:bottom w:val="none" w:sz="0" w:space="0" w:color="auto"/>
        <w:right w:val="none" w:sz="0" w:space="0" w:color="auto"/>
      </w:divBdr>
    </w:div>
    <w:div w:id="506866261">
      <w:bodyDiv w:val="1"/>
      <w:marLeft w:val="0"/>
      <w:marRight w:val="0"/>
      <w:marTop w:val="0"/>
      <w:marBottom w:val="0"/>
      <w:divBdr>
        <w:top w:val="none" w:sz="0" w:space="0" w:color="auto"/>
        <w:left w:val="none" w:sz="0" w:space="0" w:color="auto"/>
        <w:bottom w:val="none" w:sz="0" w:space="0" w:color="auto"/>
        <w:right w:val="none" w:sz="0" w:space="0" w:color="auto"/>
      </w:divBdr>
    </w:div>
    <w:div w:id="507795517">
      <w:bodyDiv w:val="1"/>
      <w:marLeft w:val="0"/>
      <w:marRight w:val="0"/>
      <w:marTop w:val="0"/>
      <w:marBottom w:val="0"/>
      <w:divBdr>
        <w:top w:val="none" w:sz="0" w:space="0" w:color="auto"/>
        <w:left w:val="none" w:sz="0" w:space="0" w:color="auto"/>
        <w:bottom w:val="none" w:sz="0" w:space="0" w:color="auto"/>
        <w:right w:val="none" w:sz="0" w:space="0" w:color="auto"/>
      </w:divBdr>
    </w:div>
    <w:div w:id="508299335">
      <w:bodyDiv w:val="1"/>
      <w:marLeft w:val="0"/>
      <w:marRight w:val="0"/>
      <w:marTop w:val="0"/>
      <w:marBottom w:val="0"/>
      <w:divBdr>
        <w:top w:val="none" w:sz="0" w:space="0" w:color="auto"/>
        <w:left w:val="none" w:sz="0" w:space="0" w:color="auto"/>
        <w:bottom w:val="none" w:sz="0" w:space="0" w:color="auto"/>
        <w:right w:val="none" w:sz="0" w:space="0" w:color="auto"/>
      </w:divBdr>
    </w:div>
    <w:div w:id="526912072">
      <w:bodyDiv w:val="1"/>
      <w:marLeft w:val="0"/>
      <w:marRight w:val="0"/>
      <w:marTop w:val="0"/>
      <w:marBottom w:val="0"/>
      <w:divBdr>
        <w:top w:val="none" w:sz="0" w:space="0" w:color="auto"/>
        <w:left w:val="none" w:sz="0" w:space="0" w:color="auto"/>
        <w:bottom w:val="none" w:sz="0" w:space="0" w:color="auto"/>
        <w:right w:val="none" w:sz="0" w:space="0" w:color="auto"/>
      </w:divBdr>
      <w:divsChild>
        <w:div w:id="1456752239">
          <w:marLeft w:val="0"/>
          <w:marRight w:val="0"/>
          <w:marTop w:val="0"/>
          <w:marBottom w:val="0"/>
          <w:divBdr>
            <w:top w:val="none" w:sz="0" w:space="0" w:color="auto"/>
            <w:left w:val="none" w:sz="0" w:space="0" w:color="auto"/>
            <w:bottom w:val="none" w:sz="0" w:space="0" w:color="auto"/>
            <w:right w:val="none" w:sz="0" w:space="0" w:color="auto"/>
          </w:divBdr>
          <w:divsChild>
            <w:div w:id="804813541">
              <w:marLeft w:val="0"/>
              <w:marRight w:val="0"/>
              <w:marTop w:val="0"/>
              <w:marBottom w:val="0"/>
              <w:divBdr>
                <w:top w:val="none" w:sz="0" w:space="0" w:color="auto"/>
                <w:left w:val="none" w:sz="0" w:space="0" w:color="auto"/>
                <w:bottom w:val="none" w:sz="0" w:space="0" w:color="auto"/>
                <w:right w:val="none" w:sz="0" w:space="0" w:color="auto"/>
              </w:divBdr>
              <w:divsChild>
                <w:div w:id="640621014">
                  <w:marLeft w:val="9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875924">
      <w:bodyDiv w:val="1"/>
      <w:marLeft w:val="0"/>
      <w:marRight w:val="0"/>
      <w:marTop w:val="0"/>
      <w:marBottom w:val="0"/>
      <w:divBdr>
        <w:top w:val="none" w:sz="0" w:space="0" w:color="auto"/>
        <w:left w:val="none" w:sz="0" w:space="0" w:color="auto"/>
        <w:bottom w:val="none" w:sz="0" w:space="0" w:color="auto"/>
        <w:right w:val="none" w:sz="0" w:space="0" w:color="auto"/>
      </w:divBdr>
    </w:div>
    <w:div w:id="561018964">
      <w:bodyDiv w:val="1"/>
      <w:marLeft w:val="0"/>
      <w:marRight w:val="0"/>
      <w:marTop w:val="0"/>
      <w:marBottom w:val="0"/>
      <w:divBdr>
        <w:top w:val="none" w:sz="0" w:space="0" w:color="auto"/>
        <w:left w:val="none" w:sz="0" w:space="0" w:color="auto"/>
        <w:bottom w:val="none" w:sz="0" w:space="0" w:color="auto"/>
        <w:right w:val="none" w:sz="0" w:space="0" w:color="auto"/>
      </w:divBdr>
    </w:div>
    <w:div w:id="580723994">
      <w:bodyDiv w:val="1"/>
      <w:marLeft w:val="0"/>
      <w:marRight w:val="0"/>
      <w:marTop w:val="0"/>
      <w:marBottom w:val="0"/>
      <w:divBdr>
        <w:top w:val="none" w:sz="0" w:space="0" w:color="auto"/>
        <w:left w:val="none" w:sz="0" w:space="0" w:color="auto"/>
        <w:bottom w:val="none" w:sz="0" w:space="0" w:color="auto"/>
        <w:right w:val="none" w:sz="0" w:space="0" w:color="auto"/>
      </w:divBdr>
      <w:divsChild>
        <w:div w:id="919171865">
          <w:blockQuote w:val="1"/>
          <w:marLeft w:val="720"/>
          <w:marRight w:val="720"/>
          <w:marTop w:val="100"/>
          <w:marBottom w:val="100"/>
          <w:divBdr>
            <w:top w:val="none" w:sz="0" w:space="0" w:color="auto"/>
            <w:left w:val="none" w:sz="0" w:space="0" w:color="auto"/>
            <w:bottom w:val="none" w:sz="0" w:space="0" w:color="auto"/>
            <w:right w:val="none" w:sz="0" w:space="0" w:color="auto"/>
          </w:divBdr>
        </w:div>
        <w:div w:id="758329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939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3962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44751">
      <w:bodyDiv w:val="1"/>
      <w:marLeft w:val="0"/>
      <w:marRight w:val="0"/>
      <w:marTop w:val="0"/>
      <w:marBottom w:val="0"/>
      <w:divBdr>
        <w:top w:val="none" w:sz="0" w:space="0" w:color="auto"/>
        <w:left w:val="none" w:sz="0" w:space="0" w:color="auto"/>
        <w:bottom w:val="none" w:sz="0" w:space="0" w:color="auto"/>
        <w:right w:val="none" w:sz="0" w:space="0" w:color="auto"/>
      </w:divBdr>
    </w:div>
    <w:div w:id="626278675">
      <w:bodyDiv w:val="1"/>
      <w:marLeft w:val="0"/>
      <w:marRight w:val="0"/>
      <w:marTop w:val="0"/>
      <w:marBottom w:val="0"/>
      <w:divBdr>
        <w:top w:val="none" w:sz="0" w:space="0" w:color="auto"/>
        <w:left w:val="none" w:sz="0" w:space="0" w:color="auto"/>
        <w:bottom w:val="none" w:sz="0" w:space="0" w:color="auto"/>
        <w:right w:val="none" w:sz="0" w:space="0" w:color="auto"/>
      </w:divBdr>
      <w:divsChild>
        <w:div w:id="2063475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464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63386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418136669">
          <w:blockQuote w:val="1"/>
          <w:marLeft w:val="720"/>
          <w:marRight w:val="720"/>
          <w:marTop w:val="100"/>
          <w:marBottom w:val="100"/>
          <w:divBdr>
            <w:top w:val="none" w:sz="0" w:space="0" w:color="auto"/>
            <w:left w:val="none" w:sz="0" w:space="0" w:color="auto"/>
            <w:bottom w:val="none" w:sz="0" w:space="0" w:color="auto"/>
            <w:right w:val="none" w:sz="0" w:space="0" w:color="auto"/>
          </w:divBdr>
        </w:div>
        <w:div w:id="343554016">
          <w:blockQuote w:val="1"/>
          <w:marLeft w:val="720"/>
          <w:marRight w:val="720"/>
          <w:marTop w:val="100"/>
          <w:marBottom w:val="100"/>
          <w:divBdr>
            <w:top w:val="none" w:sz="0" w:space="0" w:color="auto"/>
            <w:left w:val="none" w:sz="0" w:space="0" w:color="auto"/>
            <w:bottom w:val="none" w:sz="0" w:space="0" w:color="auto"/>
            <w:right w:val="none" w:sz="0" w:space="0" w:color="auto"/>
          </w:divBdr>
        </w:div>
        <w:div w:id="73230937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805685">
          <w:blockQuote w:val="1"/>
          <w:marLeft w:val="720"/>
          <w:marRight w:val="720"/>
          <w:marTop w:val="100"/>
          <w:marBottom w:val="100"/>
          <w:divBdr>
            <w:top w:val="none" w:sz="0" w:space="0" w:color="auto"/>
            <w:left w:val="none" w:sz="0" w:space="0" w:color="auto"/>
            <w:bottom w:val="none" w:sz="0" w:space="0" w:color="auto"/>
            <w:right w:val="none" w:sz="0" w:space="0" w:color="auto"/>
          </w:divBdr>
        </w:div>
        <w:div w:id="22972955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471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6749078">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3775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03023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5483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76315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7980479">
      <w:bodyDiv w:val="1"/>
      <w:marLeft w:val="0"/>
      <w:marRight w:val="0"/>
      <w:marTop w:val="0"/>
      <w:marBottom w:val="0"/>
      <w:divBdr>
        <w:top w:val="none" w:sz="0" w:space="0" w:color="auto"/>
        <w:left w:val="none" w:sz="0" w:space="0" w:color="auto"/>
        <w:bottom w:val="none" w:sz="0" w:space="0" w:color="auto"/>
        <w:right w:val="none" w:sz="0" w:space="0" w:color="auto"/>
      </w:divBdr>
    </w:div>
    <w:div w:id="633560573">
      <w:bodyDiv w:val="1"/>
      <w:marLeft w:val="0"/>
      <w:marRight w:val="0"/>
      <w:marTop w:val="0"/>
      <w:marBottom w:val="0"/>
      <w:divBdr>
        <w:top w:val="none" w:sz="0" w:space="0" w:color="auto"/>
        <w:left w:val="none" w:sz="0" w:space="0" w:color="auto"/>
        <w:bottom w:val="none" w:sz="0" w:space="0" w:color="auto"/>
        <w:right w:val="none" w:sz="0" w:space="0" w:color="auto"/>
      </w:divBdr>
    </w:div>
    <w:div w:id="637611989">
      <w:bodyDiv w:val="1"/>
      <w:marLeft w:val="0"/>
      <w:marRight w:val="0"/>
      <w:marTop w:val="0"/>
      <w:marBottom w:val="0"/>
      <w:divBdr>
        <w:top w:val="none" w:sz="0" w:space="0" w:color="auto"/>
        <w:left w:val="none" w:sz="0" w:space="0" w:color="auto"/>
        <w:bottom w:val="none" w:sz="0" w:space="0" w:color="auto"/>
        <w:right w:val="none" w:sz="0" w:space="0" w:color="auto"/>
      </w:divBdr>
      <w:divsChild>
        <w:div w:id="766849976">
          <w:blockQuote w:val="1"/>
          <w:marLeft w:val="720"/>
          <w:marRight w:val="720"/>
          <w:marTop w:val="100"/>
          <w:marBottom w:val="100"/>
          <w:divBdr>
            <w:top w:val="none" w:sz="0" w:space="0" w:color="auto"/>
            <w:left w:val="none" w:sz="0" w:space="0" w:color="auto"/>
            <w:bottom w:val="none" w:sz="0" w:space="0" w:color="auto"/>
            <w:right w:val="none" w:sz="0" w:space="0" w:color="auto"/>
          </w:divBdr>
        </w:div>
        <w:div w:id="828401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301987">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776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848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46754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783334">
          <w:blockQuote w:val="1"/>
          <w:marLeft w:val="720"/>
          <w:marRight w:val="720"/>
          <w:marTop w:val="100"/>
          <w:marBottom w:val="100"/>
          <w:divBdr>
            <w:top w:val="none" w:sz="0" w:space="0" w:color="auto"/>
            <w:left w:val="none" w:sz="0" w:space="0" w:color="auto"/>
            <w:bottom w:val="none" w:sz="0" w:space="0" w:color="auto"/>
            <w:right w:val="none" w:sz="0" w:space="0" w:color="auto"/>
          </w:divBdr>
        </w:div>
        <w:div w:id="59494470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8601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9485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4615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0879352">
          <w:blockQuote w:val="1"/>
          <w:marLeft w:val="720"/>
          <w:marRight w:val="720"/>
          <w:marTop w:val="100"/>
          <w:marBottom w:val="100"/>
          <w:divBdr>
            <w:top w:val="none" w:sz="0" w:space="0" w:color="auto"/>
            <w:left w:val="none" w:sz="0" w:space="0" w:color="auto"/>
            <w:bottom w:val="none" w:sz="0" w:space="0" w:color="auto"/>
            <w:right w:val="none" w:sz="0" w:space="0" w:color="auto"/>
          </w:divBdr>
        </w:div>
        <w:div w:id="842596709">
          <w:blockQuote w:val="1"/>
          <w:marLeft w:val="720"/>
          <w:marRight w:val="720"/>
          <w:marTop w:val="100"/>
          <w:marBottom w:val="100"/>
          <w:divBdr>
            <w:top w:val="none" w:sz="0" w:space="0" w:color="auto"/>
            <w:left w:val="none" w:sz="0" w:space="0" w:color="auto"/>
            <w:bottom w:val="none" w:sz="0" w:space="0" w:color="auto"/>
            <w:right w:val="none" w:sz="0" w:space="0" w:color="auto"/>
          </w:divBdr>
        </w:div>
        <w:div w:id="430710613">
          <w:blockQuote w:val="1"/>
          <w:marLeft w:val="720"/>
          <w:marRight w:val="720"/>
          <w:marTop w:val="100"/>
          <w:marBottom w:val="100"/>
          <w:divBdr>
            <w:top w:val="none" w:sz="0" w:space="0" w:color="auto"/>
            <w:left w:val="none" w:sz="0" w:space="0" w:color="auto"/>
            <w:bottom w:val="none" w:sz="0" w:space="0" w:color="auto"/>
            <w:right w:val="none" w:sz="0" w:space="0" w:color="auto"/>
          </w:divBdr>
        </w:div>
        <w:div w:id="97916963">
          <w:blockQuote w:val="1"/>
          <w:marLeft w:val="720"/>
          <w:marRight w:val="720"/>
          <w:marTop w:val="100"/>
          <w:marBottom w:val="100"/>
          <w:divBdr>
            <w:top w:val="none" w:sz="0" w:space="0" w:color="auto"/>
            <w:left w:val="none" w:sz="0" w:space="0" w:color="auto"/>
            <w:bottom w:val="none" w:sz="0" w:space="0" w:color="auto"/>
            <w:right w:val="none" w:sz="0" w:space="0" w:color="auto"/>
          </w:divBdr>
        </w:div>
        <w:div w:id="50229977">
          <w:blockQuote w:val="1"/>
          <w:marLeft w:val="720"/>
          <w:marRight w:val="720"/>
          <w:marTop w:val="100"/>
          <w:marBottom w:val="100"/>
          <w:divBdr>
            <w:top w:val="none" w:sz="0" w:space="0" w:color="auto"/>
            <w:left w:val="none" w:sz="0" w:space="0" w:color="auto"/>
            <w:bottom w:val="none" w:sz="0" w:space="0" w:color="auto"/>
            <w:right w:val="none" w:sz="0" w:space="0" w:color="auto"/>
          </w:divBdr>
        </w:div>
        <w:div w:id="668489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1100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845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12141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051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917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961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54730">
          <w:blockQuote w:val="1"/>
          <w:marLeft w:val="720"/>
          <w:marRight w:val="720"/>
          <w:marTop w:val="100"/>
          <w:marBottom w:val="100"/>
          <w:divBdr>
            <w:top w:val="none" w:sz="0" w:space="0" w:color="auto"/>
            <w:left w:val="none" w:sz="0" w:space="0" w:color="auto"/>
            <w:bottom w:val="none" w:sz="0" w:space="0" w:color="auto"/>
            <w:right w:val="none" w:sz="0" w:space="0" w:color="auto"/>
          </w:divBdr>
        </w:div>
        <w:div w:id="576281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7998535">
      <w:bodyDiv w:val="1"/>
      <w:marLeft w:val="0"/>
      <w:marRight w:val="0"/>
      <w:marTop w:val="0"/>
      <w:marBottom w:val="0"/>
      <w:divBdr>
        <w:top w:val="none" w:sz="0" w:space="0" w:color="auto"/>
        <w:left w:val="none" w:sz="0" w:space="0" w:color="auto"/>
        <w:bottom w:val="none" w:sz="0" w:space="0" w:color="auto"/>
        <w:right w:val="none" w:sz="0" w:space="0" w:color="auto"/>
      </w:divBdr>
      <w:divsChild>
        <w:div w:id="1596745703">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646058652">
      <w:bodyDiv w:val="1"/>
      <w:marLeft w:val="0"/>
      <w:marRight w:val="0"/>
      <w:marTop w:val="0"/>
      <w:marBottom w:val="0"/>
      <w:divBdr>
        <w:top w:val="none" w:sz="0" w:space="0" w:color="auto"/>
        <w:left w:val="none" w:sz="0" w:space="0" w:color="auto"/>
        <w:bottom w:val="none" w:sz="0" w:space="0" w:color="auto"/>
        <w:right w:val="none" w:sz="0" w:space="0" w:color="auto"/>
      </w:divBdr>
    </w:div>
    <w:div w:id="655106109">
      <w:bodyDiv w:val="1"/>
      <w:marLeft w:val="0"/>
      <w:marRight w:val="0"/>
      <w:marTop w:val="0"/>
      <w:marBottom w:val="0"/>
      <w:divBdr>
        <w:top w:val="none" w:sz="0" w:space="0" w:color="auto"/>
        <w:left w:val="none" w:sz="0" w:space="0" w:color="auto"/>
        <w:bottom w:val="none" w:sz="0" w:space="0" w:color="auto"/>
        <w:right w:val="none" w:sz="0" w:space="0" w:color="auto"/>
      </w:divBdr>
    </w:div>
    <w:div w:id="658464672">
      <w:bodyDiv w:val="1"/>
      <w:marLeft w:val="0"/>
      <w:marRight w:val="0"/>
      <w:marTop w:val="0"/>
      <w:marBottom w:val="0"/>
      <w:divBdr>
        <w:top w:val="none" w:sz="0" w:space="0" w:color="auto"/>
        <w:left w:val="none" w:sz="0" w:space="0" w:color="auto"/>
        <w:bottom w:val="none" w:sz="0" w:space="0" w:color="auto"/>
        <w:right w:val="none" w:sz="0" w:space="0" w:color="auto"/>
      </w:divBdr>
    </w:div>
    <w:div w:id="662390001">
      <w:bodyDiv w:val="1"/>
      <w:marLeft w:val="0"/>
      <w:marRight w:val="0"/>
      <w:marTop w:val="0"/>
      <w:marBottom w:val="0"/>
      <w:divBdr>
        <w:top w:val="none" w:sz="0" w:space="0" w:color="auto"/>
        <w:left w:val="none" w:sz="0" w:space="0" w:color="auto"/>
        <w:bottom w:val="none" w:sz="0" w:space="0" w:color="auto"/>
        <w:right w:val="none" w:sz="0" w:space="0" w:color="auto"/>
      </w:divBdr>
    </w:div>
    <w:div w:id="668673027">
      <w:bodyDiv w:val="1"/>
      <w:marLeft w:val="0"/>
      <w:marRight w:val="0"/>
      <w:marTop w:val="0"/>
      <w:marBottom w:val="0"/>
      <w:divBdr>
        <w:top w:val="none" w:sz="0" w:space="0" w:color="auto"/>
        <w:left w:val="none" w:sz="0" w:space="0" w:color="auto"/>
        <w:bottom w:val="none" w:sz="0" w:space="0" w:color="auto"/>
        <w:right w:val="none" w:sz="0" w:space="0" w:color="auto"/>
      </w:divBdr>
    </w:div>
    <w:div w:id="682977864">
      <w:bodyDiv w:val="1"/>
      <w:marLeft w:val="0"/>
      <w:marRight w:val="0"/>
      <w:marTop w:val="0"/>
      <w:marBottom w:val="0"/>
      <w:divBdr>
        <w:top w:val="none" w:sz="0" w:space="0" w:color="auto"/>
        <w:left w:val="none" w:sz="0" w:space="0" w:color="auto"/>
        <w:bottom w:val="none" w:sz="0" w:space="0" w:color="auto"/>
        <w:right w:val="none" w:sz="0" w:space="0" w:color="auto"/>
      </w:divBdr>
    </w:div>
    <w:div w:id="687945242">
      <w:bodyDiv w:val="1"/>
      <w:marLeft w:val="0"/>
      <w:marRight w:val="0"/>
      <w:marTop w:val="0"/>
      <w:marBottom w:val="0"/>
      <w:divBdr>
        <w:top w:val="none" w:sz="0" w:space="0" w:color="auto"/>
        <w:left w:val="none" w:sz="0" w:space="0" w:color="auto"/>
        <w:bottom w:val="none" w:sz="0" w:space="0" w:color="auto"/>
        <w:right w:val="none" w:sz="0" w:space="0" w:color="auto"/>
      </w:divBdr>
    </w:div>
    <w:div w:id="710811313">
      <w:bodyDiv w:val="1"/>
      <w:marLeft w:val="0"/>
      <w:marRight w:val="0"/>
      <w:marTop w:val="0"/>
      <w:marBottom w:val="0"/>
      <w:divBdr>
        <w:top w:val="none" w:sz="0" w:space="0" w:color="auto"/>
        <w:left w:val="none" w:sz="0" w:space="0" w:color="auto"/>
        <w:bottom w:val="none" w:sz="0" w:space="0" w:color="auto"/>
        <w:right w:val="none" w:sz="0" w:space="0" w:color="auto"/>
      </w:divBdr>
    </w:div>
    <w:div w:id="753480448">
      <w:bodyDiv w:val="1"/>
      <w:marLeft w:val="0"/>
      <w:marRight w:val="0"/>
      <w:marTop w:val="0"/>
      <w:marBottom w:val="0"/>
      <w:divBdr>
        <w:top w:val="none" w:sz="0" w:space="0" w:color="auto"/>
        <w:left w:val="none" w:sz="0" w:space="0" w:color="auto"/>
        <w:bottom w:val="none" w:sz="0" w:space="0" w:color="auto"/>
        <w:right w:val="none" w:sz="0" w:space="0" w:color="auto"/>
      </w:divBdr>
      <w:divsChild>
        <w:div w:id="1688018195">
          <w:blockQuote w:val="1"/>
          <w:marLeft w:val="720"/>
          <w:marRight w:val="720"/>
          <w:marTop w:val="100"/>
          <w:marBottom w:val="100"/>
          <w:divBdr>
            <w:top w:val="none" w:sz="0" w:space="0" w:color="auto"/>
            <w:left w:val="none" w:sz="0" w:space="0" w:color="auto"/>
            <w:bottom w:val="none" w:sz="0" w:space="0" w:color="auto"/>
            <w:right w:val="none" w:sz="0" w:space="0" w:color="auto"/>
          </w:divBdr>
        </w:div>
        <w:div w:id="233440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0029295">
      <w:bodyDiv w:val="1"/>
      <w:marLeft w:val="0"/>
      <w:marRight w:val="0"/>
      <w:marTop w:val="0"/>
      <w:marBottom w:val="0"/>
      <w:divBdr>
        <w:top w:val="none" w:sz="0" w:space="0" w:color="auto"/>
        <w:left w:val="none" w:sz="0" w:space="0" w:color="auto"/>
        <w:bottom w:val="none" w:sz="0" w:space="0" w:color="auto"/>
        <w:right w:val="none" w:sz="0" w:space="0" w:color="auto"/>
      </w:divBdr>
    </w:div>
    <w:div w:id="762729972">
      <w:bodyDiv w:val="1"/>
      <w:marLeft w:val="0"/>
      <w:marRight w:val="0"/>
      <w:marTop w:val="0"/>
      <w:marBottom w:val="0"/>
      <w:divBdr>
        <w:top w:val="none" w:sz="0" w:space="0" w:color="auto"/>
        <w:left w:val="none" w:sz="0" w:space="0" w:color="auto"/>
        <w:bottom w:val="none" w:sz="0" w:space="0" w:color="auto"/>
        <w:right w:val="none" w:sz="0" w:space="0" w:color="auto"/>
      </w:divBdr>
    </w:div>
    <w:div w:id="763261526">
      <w:bodyDiv w:val="1"/>
      <w:marLeft w:val="0"/>
      <w:marRight w:val="0"/>
      <w:marTop w:val="0"/>
      <w:marBottom w:val="0"/>
      <w:divBdr>
        <w:top w:val="none" w:sz="0" w:space="0" w:color="auto"/>
        <w:left w:val="none" w:sz="0" w:space="0" w:color="auto"/>
        <w:bottom w:val="none" w:sz="0" w:space="0" w:color="auto"/>
        <w:right w:val="none" w:sz="0" w:space="0" w:color="auto"/>
      </w:divBdr>
    </w:div>
    <w:div w:id="789252142">
      <w:bodyDiv w:val="1"/>
      <w:marLeft w:val="0"/>
      <w:marRight w:val="0"/>
      <w:marTop w:val="0"/>
      <w:marBottom w:val="0"/>
      <w:divBdr>
        <w:top w:val="none" w:sz="0" w:space="0" w:color="auto"/>
        <w:left w:val="none" w:sz="0" w:space="0" w:color="auto"/>
        <w:bottom w:val="none" w:sz="0" w:space="0" w:color="auto"/>
        <w:right w:val="none" w:sz="0" w:space="0" w:color="auto"/>
      </w:divBdr>
    </w:div>
    <w:div w:id="790057104">
      <w:bodyDiv w:val="1"/>
      <w:marLeft w:val="0"/>
      <w:marRight w:val="0"/>
      <w:marTop w:val="0"/>
      <w:marBottom w:val="0"/>
      <w:divBdr>
        <w:top w:val="none" w:sz="0" w:space="0" w:color="auto"/>
        <w:left w:val="none" w:sz="0" w:space="0" w:color="auto"/>
        <w:bottom w:val="none" w:sz="0" w:space="0" w:color="auto"/>
        <w:right w:val="none" w:sz="0" w:space="0" w:color="auto"/>
      </w:divBdr>
    </w:div>
    <w:div w:id="804782312">
      <w:bodyDiv w:val="1"/>
      <w:marLeft w:val="0"/>
      <w:marRight w:val="0"/>
      <w:marTop w:val="0"/>
      <w:marBottom w:val="0"/>
      <w:divBdr>
        <w:top w:val="none" w:sz="0" w:space="0" w:color="auto"/>
        <w:left w:val="none" w:sz="0" w:space="0" w:color="auto"/>
        <w:bottom w:val="none" w:sz="0" w:space="0" w:color="auto"/>
        <w:right w:val="none" w:sz="0" w:space="0" w:color="auto"/>
      </w:divBdr>
      <w:divsChild>
        <w:div w:id="8410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032109">
      <w:bodyDiv w:val="1"/>
      <w:marLeft w:val="0"/>
      <w:marRight w:val="0"/>
      <w:marTop w:val="0"/>
      <w:marBottom w:val="0"/>
      <w:divBdr>
        <w:top w:val="none" w:sz="0" w:space="0" w:color="auto"/>
        <w:left w:val="none" w:sz="0" w:space="0" w:color="auto"/>
        <w:bottom w:val="none" w:sz="0" w:space="0" w:color="auto"/>
        <w:right w:val="none" w:sz="0" w:space="0" w:color="auto"/>
      </w:divBdr>
    </w:div>
    <w:div w:id="839127182">
      <w:bodyDiv w:val="1"/>
      <w:marLeft w:val="0"/>
      <w:marRight w:val="0"/>
      <w:marTop w:val="0"/>
      <w:marBottom w:val="0"/>
      <w:divBdr>
        <w:top w:val="none" w:sz="0" w:space="0" w:color="auto"/>
        <w:left w:val="none" w:sz="0" w:space="0" w:color="auto"/>
        <w:bottom w:val="none" w:sz="0" w:space="0" w:color="auto"/>
        <w:right w:val="none" w:sz="0" w:space="0" w:color="auto"/>
      </w:divBdr>
    </w:div>
    <w:div w:id="851846589">
      <w:bodyDiv w:val="1"/>
      <w:marLeft w:val="0"/>
      <w:marRight w:val="0"/>
      <w:marTop w:val="0"/>
      <w:marBottom w:val="0"/>
      <w:divBdr>
        <w:top w:val="none" w:sz="0" w:space="0" w:color="auto"/>
        <w:left w:val="none" w:sz="0" w:space="0" w:color="auto"/>
        <w:bottom w:val="none" w:sz="0" w:space="0" w:color="auto"/>
        <w:right w:val="none" w:sz="0" w:space="0" w:color="auto"/>
      </w:divBdr>
      <w:divsChild>
        <w:div w:id="692733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625022">
          <w:blockQuote w:val="1"/>
          <w:marLeft w:val="720"/>
          <w:marRight w:val="720"/>
          <w:marTop w:val="100"/>
          <w:marBottom w:val="100"/>
          <w:divBdr>
            <w:top w:val="none" w:sz="0" w:space="0" w:color="auto"/>
            <w:left w:val="none" w:sz="0" w:space="0" w:color="auto"/>
            <w:bottom w:val="none" w:sz="0" w:space="0" w:color="auto"/>
            <w:right w:val="none" w:sz="0" w:space="0" w:color="auto"/>
          </w:divBdr>
        </w:div>
        <w:div w:id="609436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497552">
      <w:bodyDiv w:val="1"/>
      <w:marLeft w:val="0"/>
      <w:marRight w:val="0"/>
      <w:marTop w:val="0"/>
      <w:marBottom w:val="0"/>
      <w:divBdr>
        <w:top w:val="none" w:sz="0" w:space="0" w:color="auto"/>
        <w:left w:val="none" w:sz="0" w:space="0" w:color="auto"/>
        <w:bottom w:val="none" w:sz="0" w:space="0" w:color="auto"/>
        <w:right w:val="none" w:sz="0" w:space="0" w:color="auto"/>
      </w:divBdr>
    </w:div>
    <w:div w:id="859321878">
      <w:bodyDiv w:val="1"/>
      <w:marLeft w:val="0"/>
      <w:marRight w:val="0"/>
      <w:marTop w:val="0"/>
      <w:marBottom w:val="0"/>
      <w:divBdr>
        <w:top w:val="none" w:sz="0" w:space="0" w:color="auto"/>
        <w:left w:val="none" w:sz="0" w:space="0" w:color="auto"/>
        <w:bottom w:val="none" w:sz="0" w:space="0" w:color="auto"/>
        <w:right w:val="none" w:sz="0" w:space="0" w:color="auto"/>
      </w:divBdr>
    </w:div>
    <w:div w:id="879972545">
      <w:bodyDiv w:val="1"/>
      <w:marLeft w:val="0"/>
      <w:marRight w:val="0"/>
      <w:marTop w:val="0"/>
      <w:marBottom w:val="0"/>
      <w:divBdr>
        <w:top w:val="none" w:sz="0" w:space="0" w:color="auto"/>
        <w:left w:val="none" w:sz="0" w:space="0" w:color="auto"/>
        <w:bottom w:val="none" w:sz="0" w:space="0" w:color="auto"/>
        <w:right w:val="none" w:sz="0" w:space="0" w:color="auto"/>
      </w:divBdr>
    </w:div>
    <w:div w:id="885677234">
      <w:bodyDiv w:val="1"/>
      <w:marLeft w:val="0"/>
      <w:marRight w:val="0"/>
      <w:marTop w:val="0"/>
      <w:marBottom w:val="0"/>
      <w:divBdr>
        <w:top w:val="none" w:sz="0" w:space="0" w:color="auto"/>
        <w:left w:val="none" w:sz="0" w:space="0" w:color="auto"/>
        <w:bottom w:val="none" w:sz="0" w:space="0" w:color="auto"/>
        <w:right w:val="none" w:sz="0" w:space="0" w:color="auto"/>
      </w:divBdr>
    </w:div>
    <w:div w:id="895043494">
      <w:bodyDiv w:val="1"/>
      <w:marLeft w:val="0"/>
      <w:marRight w:val="0"/>
      <w:marTop w:val="0"/>
      <w:marBottom w:val="0"/>
      <w:divBdr>
        <w:top w:val="none" w:sz="0" w:space="0" w:color="auto"/>
        <w:left w:val="none" w:sz="0" w:space="0" w:color="auto"/>
        <w:bottom w:val="none" w:sz="0" w:space="0" w:color="auto"/>
        <w:right w:val="none" w:sz="0" w:space="0" w:color="auto"/>
      </w:divBdr>
      <w:divsChild>
        <w:div w:id="174563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7085782">
      <w:bodyDiv w:val="1"/>
      <w:marLeft w:val="0"/>
      <w:marRight w:val="0"/>
      <w:marTop w:val="0"/>
      <w:marBottom w:val="0"/>
      <w:divBdr>
        <w:top w:val="none" w:sz="0" w:space="0" w:color="auto"/>
        <w:left w:val="none" w:sz="0" w:space="0" w:color="auto"/>
        <w:bottom w:val="none" w:sz="0" w:space="0" w:color="auto"/>
        <w:right w:val="none" w:sz="0" w:space="0" w:color="auto"/>
      </w:divBdr>
      <w:divsChild>
        <w:div w:id="562103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1745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3873073">
      <w:bodyDiv w:val="1"/>
      <w:marLeft w:val="0"/>
      <w:marRight w:val="0"/>
      <w:marTop w:val="0"/>
      <w:marBottom w:val="0"/>
      <w:divBdr>
        <w:top w:val="none" w:sz="0" w:space="0" w:color="auto"/>
        <w:left w:val="none" w:sz="0" w:space="0" w:color="auto"/>
        <w:bottom w:val="none" w:sz="0" w:space="0" w:color="auto"/>
        <w:right w:val="none" w:sz="0" w:space="0" w:color="auto"/>
      </w:divBdr>
    </w:div>
    <w:div w:id="906376561">
      <w:bodyDiv w:val="1"/>
      <w:marLeft w:val="0"/>
      <w:marRight w:val="0"/>
      <w:marTop w:val="0"/>
      <w:marBottom w:val="0"/>
      <w:divBdr>
        <w:top w:val="none" w:sz="0" w:space="0" w:color="auto"/>
        <w:left w:val="none" w:sz="0" w:space="0" w:color="auto"/>
        <w:bottom w:val="none" w:sz="0" w:space="0" w:color="auto"/>
        <w:right w:val="none" w:sz="0" w:space="0" w:color="auto"/>
      </w:divBdr>
    </w:div>
    <w:div w:id="921527406">
      <w:bodyDiv w:val="1"/>
      <w:marLeft w:val="0"/>
      <w:marRight w:val="0"/>
      <w:marTop w:val="0"/>
      <w:marBottom w:val="0"/>
      <w:divBdr>
        <w:top w:val="none" w:sz="0" w:space="0" w:color="auto"/>
        <w:left w:val="none" w:sz="0" w:space="0" w:color="auto"/>
        <w:bottom w:val="none" w:sz="0" w:space="0" w:color="auto"/>
        <w:right w:val="none" w:sz="0" w:space="0" w:color="auto"/>
      </w:divBdr>
    </w:div>
    <w:div w:id="923801426">
      <w:bodyDiv w:val="1"/>
      <w:marLeft w:val="0"/>
      <w:marRight w:val="0"/>
      <w:marTop w:val="0"/>
      <w:marBottom w:val="0"/>
      <w:divBdr>
        <w:top w:val="none" w:sz="0" w:space="0" w:color="auto"/>
        <w:left w:val="none" w:sz="0" w:space="0" w:color="auto"/>
        <w:bottom w:val="none" w:sz="0" w:space="0" w:color="auto"/>
        <w:right w:val="none" w:sz="0" w:space="0" w:color="auto"/>
      </w:divBdr>
    </w:div>
    <w:div w:id="944464208">
      <w:bodyDiv w:val="1"/>
      <w:marLeft w:val="0"/>
      <w:marRight w:val="0"/>
      <w:marTop w:val="0"/>
      <w:marBottom w:val="0"/>
      <w:divBdr>
        <w:top w:val="none" w:sz="0" w:space="0" w:color="auto"/>
        <w:left w:val="none" w:sz="0" w:space="0" w:color="auto"/>
        <w:bottom w:val="none" w:sz="0" w:space="0" w:color="auto"/>
        <w:right w:val="none" w:sz="0" w:space="0" w:color="auto"/>
      </w:divBdr>
      <w:divsChild>
        <w:div w:id="1484925278">
          <w:blockQuote w:val="1"/>
          <w:marLeft w:val="720"/>
          <w:marRight w:val="720"/>
          <w:marTop w:val="100"/>
          <w:marBottom w:val="100"/>
          <w:divBdr>
            <w:top w:val="none" w:sz="0" w:space="0" w:color="auto"/>
            <w:left w:val="none" w:sz="0" w:space="0" w:color="auto"/>
            <w:bottom w:val="none" w:sz="0" w:space="0" w:color="auto"/>
            <w:right w:val="none" w:sz="0" w:space="0" w:color="auto"/>
          </w:divBdr>
        </w:div>
        <w:div w:id="2108845224">
          <w:blockQuote w:val="1"/>
          <w:marLeft w:val="720"/>
          <w:marRight w:val="720"/>
          <w:marTop w:val="100"/>
          <w:marBottom w:val="100"/>
          <w:divBdr>
            <w:top w:val="none" w:sz="0" w:space="0" w:color="auto"/>
            <w:left w:val="none" w:sz="0" w:space="0" w:color="auto"/>
            <w:bottom w:val="none" w:sz="0" w:space="0" w:color="auto"/>
            <w:right w:val="none" w:sz="0" w:space="0" w:color="auto"/>
          </w:divBdr>
        </w:div>
        <w:div w:id="605582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41936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724158">
          <w:blockQuote w:val="1"/>
          <w:marLeft w:val="720"/>
          <w:marRight w:val="720"/>
          <w:marTop w:val="100"/>
          <w:marBottom w:val="100"/>
          <w:divBdr>
            <w:top w:val="none" w:sz="0" w:space="0" w:color="auto"/>
            <w:left w:val="none" w:sz="0" w:space="0" w:color="auto"/>
            <w:bottom w:val="none" w:sz="0" w:space="0" w:color="auto"/>
            <w:right w:val="none" w:sz="0" w:space="0" w:color="auto"/>
          </w:divBdr>
        </w:div>
        <w:div w:id="332496792">
          <w:blockQuote w:val="1"/>
          <w:marLeft w:val="720"/>
          <w:marRight w:val="720"/>
          <w:marTop w:val="100"/>
          <w:marBottom w:val="100"/>
          <w:divBdr>
            <w:top w:val="none" w:sz="0" w:space="0" w:color="auto"/>
            <w:left w:val="none" w:sz="0" w:space="0" w:color="auto"/>
            <w:bottom w:val="none" w:sz="0" w:space="0" w:color="auto"/>
            <w:right w:val="none" w:sz="0" w:space="0" w:color="auto"/>
          </w:divBdr>
        </w:div>
        <w:div w:id="2741418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807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621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9984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470643">
          <w:blockQuote w:val="1"/>
          <w:marLeft w:val="720"/>
          <w:marRight w:val="720"/>
          <w:marTop w:val="100"/>
          <w:marBottom w:val="100"/>
          <w:divBdr>
            <w:top w:val="none" w:sz="0" w:space="0" w:color="auto"/>
            <w:left w:val="none" w:sz="0" w:space="0" w:color="auto"/>
            <w:bottom w:val="none" w:sz="0" w:space="0" w:color="auto"/>
            <w:right w:val="none" w:sz="0" w:space="0" w:color="auto"/>
          </w:divBdr>
        </w:div>
        <w:div w:id="393243676">
          <w:blockQuote w:val="1"/>
          <w:marLeft w:val="720"/>
          <w:marRight w:val="720"/>
          <w:marTop w:val="100"/>
          <w:marBottom w:val="100"/>
          <w:divBdr>
            <w:top w:val="none" w:sz="0" w:space="0" w:color="auto"/>
            <w:left w:val="none" w:sz="0" w:space="0" w:color="auto"/>
            <w:bottom w:val="none" w:sz="0" w:space="0" w:color="auto"/>
            <w:right w:val="none" w:sz="0" w:space="0" w:color="auto"/>
          </w:divBdr>
        </w:div>
        <w:div w:id="475102074">
          <w:blockQuote w:val="1"/>
          <w:marLeft w:val="720"/>
          <w:marRight w:val="720"/>
          <w:marTop w:val="100"/>
          <w:marBottom w:val="100"/>
          <w:divBdr>
            <w:top w:val="none" w:sz="0" w:space="0" w:color="auto"/>
            <w:left w:val="none" w:sz="0" w:space="0" w:color="auto"/>
            <w:bottom w:val="none" w:sz="0" w:space="0" w:color="auto"/>
            <w:right w:val="none" w:sz="0" w:space="0" w:color="auto"/>
          </w:divBdr>
        </w:div>
        <w:div w:id="586965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969099">
      <w:bodyDiv w:val="1"/>
      <w:marLeft w:val="0"/>
      <w:marRight w:val="0"/>
      <w:marTop w:val="0"/>
      <w:marBottom w:val="0"/>
      <w:divBdr>
        <w:top w:val="none" w:sz="0" w:space="0" w:color="auto"/>
        <w:left w:val="none" w:sz="0" w:space="0" w:color="auto"/>
        <w:bottom w:val="none" w:sz="0" w:space="0" w:color="auto"/>
        <w:right w:val="none" w:sz="0" w:space="0" w:color="auto"/>
      </w:divBdr>
    </w:div>
    <w:div w:id="966008494">
      <w:bodyDiv w:val="1"/>
      <w:marLeft w:val="0"/>
      <w:marRight w:val="0"/>
      <w:marTop w:val="0"/>
      <w:marBottom w:val="0"/>
      <w:divBdr>
        <w:top w:val="none" w:sz="0" w:space="0" w:color="auto"/>
        <w:left w:val="none" w:sz="0" w:space="0" w:color="auto"/>
        <w:bottom w:val="none" w:sz="0" w:space="0" w:color="auto"/>
        <w:right w:val="none" w:sz="0" w:space="0" w:color="auto"/>
      </w:divBdr>
    </w:div>
    <w:div w:id="970792819">
      <w:bodyDiv w:val="1"/>
      <w:marLeft w:val="0"/>
      <w:marRight w:val="0"/>
      <w:marTop w:val="0"/>
      <w:marBottom w:val="0"/>
      <w:divBdr>
        <w:top w:val="none" w:sz="0" w:space="0" w:color="auto"/>
        <w:left w:val="none" w:sz="0" w:space="0" w:color="auto"/>
        <w:bottom w:val="none" w:sz="0" w:space="0" w:color="auto"/>
        <w:right w:val="none" w:sz="0" w:space="0" w:color="auto"/>
      </w:divBdr>
      <w:divsChild>
        <w:div w:id="1461992106">
          <w:blockQuote w:val="1"/>
          <w:marLeft w:val="720"/>
          <w:marRight w:val="720"/>
          <w:marTop w:val="100"/>
          <w:marBottom w:val="100"/>
          <w:divBdr>
            <w:top w:val="none" w:sz="0" w:space="0" w:color="auto"/>
            <w:left w:val="none" w:sz="0" w:space="0" w:color="auto"/>
            <w:bottom w:val="none" w:sz="0" w:space="0" w:color="auto"/>
            <w:right w:val="none" w:sz="0" w:space="0" w:color="auto"/>
          </w:divBdr>
        </w:div>
        <w:div w:id="469639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683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10446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548836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244550">
          <w:blockQuote w:val="1"/>
          <w:marLeft w:val="720"/>
          <w:marRight w:val="720"/>
          <w:marTop w:val="100"/>
          <w:marBottom w:val="100"/>
          <w:divBdr>
            <w:top w:val="none" w:sz="0" w:space="0" w:color="auto"/>
            <w:left w:val="none" w:sz="0" w:space="0" w:color="auto"/>
            <w:bottom w:val="none" w:sz="0" w:space="0" w:color="auto"/>
            <w:right w:val="none" w:sz="0" w:space="0" w:color="auto"/>
          </w:divBdr>
        </w:div>
        <w:div w:id="914822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446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568754">
          <w:blockQuote w:val="1"/>
          <w:marLeft w:val="720"/>
          <w:marRight w:val="720"/>
          <w:marTop w:val="100"/>
          <w:marBottom w:val="100"/>
          <w:divBdr>
            <w:top w:val="none" w:sz="0" w:space="0" w:color="auto"/>
            <w:left w:val="none" w:sz="0" w:space="0" w:color="auto"/>
            <w:bottom w:val="none" w:sz="0" w:space="0" w:color="auto"/>
            <w:right w:val="none" w:sz="0" w:space="0" w:color="auto"/>
          </w:divBdr>
        </w:div>
        <w:div w:id="764110399">
          <w:blockQuote w:val="1"/>
          <w:marLeft w:val="720"/>
          <w:marRight w:val="720"/>
          <w:marTop w:val="100"/>
          <w:marBottom w:val="100"/>
          <w:divBdr>
            <w:top w:val="none" w:sz="0" w:space="0" w:color="auto"/>
            <w:left w:val="none" w:sz="0" w:space="0" w:color="auto"/>
            <w:bottom w:val="none" w:sz="0" w:space="0" w:color="auto"/>
            <w:right w:val="none" w:sz="0" w:space="0" w:color="auto"/>
          </w:divBdr>
        </w:div>
        <w:div w:id="366637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1402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5810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252">
          <w:blockQuote w:val="1"/>
          <w:marLeft w:val="720"/>
          <w:marRight w:val="720"/>
          <w:marTop w:val="100"/>
          <w:marBottom w:val="100"/>
          <w:divBdr>
            <w:top w:val="none" w:sz="0" w:space="0" w:color="auto"/>
            <w:left w:val="none" w:sz="0" w:space="0" w:color="auto"/>
            <w:bottom w:val="none" w:sz="0" w:space="0" w:color="auto"/>
            <w:right w:val="none" w:sz="0" w:space="0" w:color="auto"/>
          </w:divBdr>
        </w:div>
        <w:div w:id="683169650">
          <w:blockQuote w:val="1"/>
          <w:marLeft w:val="720"/>
          <w:marRight w:val="720"/>
          <w:marTop w:val="100"/>
          <w:marBottom w:val="100"/>
          <w:divBdr>
            <w:top w:val="none" w:sz="0" w:space="0" w:color="auto"/>
            <w:left w:val="none" w:sz="0" w:space="0" w:color="auto"/>
            <w:bottom w:val="none" w:sz="0" w:space="0" w:color="auto"/>
            <w:right w:val="none" w:sz="0" w:space="0" w:color="auto"/>
          </w:divBdr>
        </w:div>
        <w:div w:id="13730759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17413418">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746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01282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690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431828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829891">
      <w:bodyDiv w:val="1"/>
      <w:marLeft w:val="0"/>
      <w:marRight w:val="0"/>
      <w:marTop w:val="0"/>
      <w:marBottom w:val="0"/>
      <w:divBdr>
        <w:top w:val="none" w:sz="0" w:space="0" w:color="auto"/>
        <w:left w:val="none" w:sz="0" w:space="0" w:color="auto"/>
        <w:bottom w:val="none" w:sz="0" w:space="0" w:color="auto"/>
        <w:right w:val="none" w:sz="0" w:space="0" w:color="auto"/>
      </w:divBdr>
      <w:divsChild>
        <w:div w:id="193030500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432550">
          <w:blockQuote w:val="1"/>
          <w:marLeft w:val="720"/>
          <w:marRight w:val="720"/>
          <w:marTop w:val="100"/>
          <w:marBottom w:val="100"/>
          <w:divBdr>
            <w:top w:val="none" w:sz="0" w:space="0" w:color="auto"/>
            <w:left w:val="none" w:sz="0" w:space="0" w:color="auto"/>
            <w:bottom w:val="none" w:sz="0" w:space="0" w:color="auto"/>
            <w:right w:val="none" w:sz="0" w:space="0" w:color="auto"/>
          </w:divBdr>
        </w:div>
        <w:div w:id="95366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622457">
      <w:bodyDiv w:val="1"/>
      <w:marLeft w:val="0"/>
      <w:marRight w:val="0"/>
      <w:marTop w:val="0"/>
      <w:marBottom w:val="0"/>
      <w:divBdr>
        <w:top w:val="none" w:sz="0" w:space="0" w:color="auto"/>
        <w:left w:val="none" w:sz="0" w:space="0" w:color="auto"/>
        <w:bottom w:val="none" w:sz="0" w:space="0" w:color="auto"/>
        <w:right w:val="none" w:sz="0" w:space="0" w:color="auto"/>
      </w:divBdr>
    </w:div>
    <w:div w:id="1006174465">
      <w:bodyDiv w:val="1"/>
      <w:marLeft w:val="0"/>
      <w:marRight w:val="0"/>
      <w:marTop w:val="0"/>
      <w:marBottom w:val="0"/>
      <w:divBdr>
        <w:top w:val="none" w:sz="0" w:space="0" w:color="auto"/>
        <w:left w:val="none" w:sz="0" w:space="0" w:color="auto"/>
        <w:bottom w:val="none" w:sz="0" w:space="0" w:color="auto"/>
        <w:right w:val="none" w:sz="0" w:space="0" w:color="auto"/>
      </w:divBdr>
    </w:div>
    <w:div w:id="1016541932">
      <w:bodyDiv w:val="1"/>
      <w:marLeft w:val="0"/>
      <w:marRight w:val="0"/>
      <w:marTop w:val="0"/>
      <w:marBottom w:val="0"/>
      <w:divBdr>
        <w:top w:val="none" w:sz="0" w:space="0" w:color="auto"/>
        <w:left w:val="none" w:sz="0" w:space="0" w:color="auto"/>
        <w:bottom w:val="none" w:sz="0" w:space="0" w:color="auto"/>
        <w:right w:val="none" w:sz="0" w:space="0" w:color="auto"/>
      </w:divBdr>
    </w:div>
    <w:div w:id="1027029140">
      <w:bodyDiv w:val="1"/>
      <w:marLeft w:val="0"/>
      <w:marRight w:val="0"/>
      <w:marTop w:val="0"/>
      <w:marBottom w:val="0"/>
      <w:divBdr>
        <w:top w:val="none" w:sz="0" w:space="0" w:color="auto"/>
        <w:left w:val="none" w:sz="0" w:space="0" w:color="auto"/>
        <w:bottom w:val="none" w:sz="0" w:space="0" w:color="auto"/>
        <w:right w:val="none" w:sz="0" w:space="0" w:color="auto"/>
      </w:divBdr>
    </w:div>
    <w:div w:id="1028026041">
      <w:bodyDiv w:val="1"/>
      <w:marLeft w:val="0"/>
      <w:marRight w:val="0"/>
      <w:marTop w:val="0"/>
      <w:marBottom w:val="0"/>
      <w:divBdr>
        <w:top w:val="none" w:sz="0" w:space="0" w:color="auto"/>
        <w:left w:val="none" w:sz="0" w:space="0" w:color="auto"/>
        <w:bottom w:val="none" w:sz="0" w:space="0" w:color="auto"/>
        <w:right w:val="none" w:sz="0" w:space="0" w:color="auto"/>
      </w:divBdr>
    </w:div>
    <w:div w:id="1032222074">
      <w:bodyDiv w:val="1"/>
      <w:marLeft w:val="0"/>
      <w:marRight w:val="0"/>
      <w:marTop w:val="0"/>
      <w:marBottom w:val="0"/>
      <w:divBdr>
        <w:top w:val="none" w:sz="0" w:space="0" w:color="auto"/>
        <w:left w:val="none" w:sz="0" w:space="0" w:color="auto"/>
        <w:bottom w:val="none" w:sz="0" w:space="0" w:color="auto"/>
        <w:right w:val="none" w:sz="0" w:space="0" w:color="auto"/>
      </w:divBdr>
      <w:divsChild>
        <w:div w:id="626550526">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1037461886">
      <w:bodyDiv w:val="1"/>
      <w:marLeft w:val="0"/>
      <w:marRight w:val="0"/>
      <w:marTop w:val="0"/>
      <w:marBottom w:val="0"/>
      <w:divBdr>
        <w:top w:val="none" w:sz="0" w:space="0" w:color="auto"/>
        <w:left w:val="none" w:sz="0" w:space="0" w:color="auto"/>
        <w:bottom w:val="none" w:sz="0" w:space="0" w:color="auto"/>
        <w:right w:val="none" w:sz="0" w:space="0" w:color="auto"/>
      </w:divBdr>
    </w:div>
    <w:div w:id="1050114591">
      <w:bodyDiv w:val="1"/>
      <w:marLeft w:val="0"/>
      <w:marRight w:val="0"/>
      <w:marTop w:val="0"/>
      <w:marBottom w:val="0"/>
      <w:divBdr>
        <w:top w:val="none" w:sz="0" w:space="0" w:color="auto"/>
        <w:left w:val="none" w:sz="0" w:space="0" w:color="auto"/>
        <w:bottom w:val="none" w:sz="0" w:space="0" w:color="auto"/>
        <w:right w:val="none" w:sz="0" w:space="0" w:color="auto"/>
      </w:divBdr>
    </w:div>
    <w:div w:id="1054620458">
      <w:bodyDiv w:val="1"/>
      <w:marLeft w:val="0"/>
      <w:marRight w:val="0"/>
      <w:marTop w:val="0"/>
      <w:marBottom w:val="0"/>
      <w:divBdr>
        <w:top w:val="none" w:sz="0" w:space="0" w:color="auto"/>
        <w:left w:val="none" w:sz="0" w:space="0" w:color="auto"/>
        <w:bottom w:val="none" w:sz="0" w:space="0" w:color="auto"/>
        <w:right w:val="none" w:sz="0" w:space="0" w:color="auto"/>
      </w:divBdr>
    </w:div>
    <w:div w:id="1065373937">
      <w:bodyDiv w:val="1"/>
      <w:marLeft w:val="0"/>
      <w:marRight w:val="0"/>
      <w:marTop w:val="0"/>
      <w:marBottom w:val="0"/>
      <w:divBdr>
        <w:top w:val="none" w:sz="0" w:space="0" w:color="auto"/>
        <w:left w:val="none" w:sz="0" w:space="0" w:color="auto"/>
        <w:bottom w:val="none" w:sz="0" w:space="0" w:color="auto"/>
        <w:right w:val="none" w:sz="0" w:space="0" w:color="auto"/>
      </w:divBdr>
    </w:div>
    <w:div w:id="1072193163">
      <w:bodyDiv w:val="1"/>
      <w:marLeft w:val="0"/>
      <w:marRight w:val="0"/>
      <w:marTop w:val="0"/>
      <w:marBottom w:val="0"/>
      <w:divBdr>
        <w:top w:val="none" w:sz="0" w:space="0" w:color="auto"/>
        <w:left w:val="none" w:sz="0" w:space="0" w:color="auto"/>
        <w:bottom w:val="none" w:sz="0" w:space="0" w:color="auto"/>
        <w:right w:val="none" w:sz="0" w:space="0" w:color="auto"/>
      </w:divBdr>
    </w:div>
    <w:div w:id="1087118395">
      <w:bodyDiv w:val="1"/>
      <w:marLeft w:val="0"/>
      <w:marRight w:val="0"/>
      <w:marTop w:val="0"/>
      <w:marBottom w:val="0"/>
      <w:divBdr>
        <w:top w:val="none" w:sz="0" w:space="0" w:color="auto"/>
        <w:left w:val="none" w:sz="0" w:space="0" w:color="auto"/>
        <w:bottom w:val="none" w:sz="0" w:space="0" w:color="auto"/>
        <w:right w:val="none" w:sz="0" w:space="0" w:color="auto"/>
      </w:divBdr>
    </w:div>
    <w:div w:id="1118990562">
      <w:bodyDiv w:val="1"/>
      <w:marLeft w:val="0"/>
      <w:marRight w:val="0"/>
      <w:marTop w:val="0"/>
      <w:marBottom w:val="0"/>
      <w:divBdr>
        <w:top w:val="none" w:sz="0" w:space="0" w:color="auto"/>
        <w:left w:val="none" w:sz="0" w:space="0" w:color="auto"/>
        <w:bottom w:val="none" w:sz="0" w:space="0" w:color="auto"/>
        <w:right w:val="none" w:sz="0" w:space="0" w:color="auto"/>
      </w:divBdr>
    </w:div>
    <w:div w:id="1121457928">
      <w:bodyDiv w:val="1"/>
      <w:marLeft w:val="0"/>
      <w:marRight w:val="0"/>
      <w:marTop w:val="0"/>
      <w:marBottom w:val="0"/>
      <w:divBdr>
        <w:top w:val="none" w:sz="0" w:space="0" w:color="auto"/>
        <w:left w:val="none" w:sz="0" w:space="0" w:color="auto"/>
        <w:bottom w:val="none" w:sz="0" w:space="0" w:color="auto"/>
        <w:right w:val="none" w:sz="0" w:space="0" w:color="auto"/>
      </w:divBdr>
    </w:div>
    <w:div w:id="1125390118">
      <w:bodyDiv w:val="1"/>
      <w:marLeft w:val="0"/>
      <w:marRight w:val="0"/>
      <w:marTop w:val="0"/>
      <w:marBottom w:val="0"/>
      <w:divBdr>
        <w:top w:val="none" w:sz="0" w:space="0" w:color="auto"/>
        <w:left w:val="none" w:sz="0" w:space="0" w:color="auto"/>
        <w:bottom w:val="none" w:sz="0" w:space="0" w:color="auto"/>
        <w:right w:val="none" w:sz="0" w:space="0" w:color="auto"/>
      </w:divBdr>
      <w:divsChild>
        <w:div w:id="184982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23420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9277749">
          <w:blockQuote w:val="1"/>
          <w:marLeft w:val="720"/>
          <w:marRight w:val="720"/>
          <w:marTop w:val="100"/>
          <w:marBottom w:val="100"/>
          <w:divBdr>
            <w:top w:val="none" w:sz="0" w:space="0" w:color="auto"/>
            <w:left w:val="none" w:sz="0" w:space="0" w:color="auto"/>
            <w:bottom w:val="none" w:sz="0" w:space="0" w:color="auto"/>
            <w:right w:val="none" w:sz="0" w:space="0" w:color="auto"/>
          </w:divBdr>
        </w:div>
        <w:div w:id="730620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21306022">
          <w:blockQuote w:val="1"/>
          <w:marLeft w:val="720"/>
          <w:marRight w:val="720"/>
          <w:marTop w:val="100"/>
          <w:marBottom w:val="100"/>
          <w:divBdr>
            <w:top w:val="none" w:sz="0" w:space="0" w:color="auto"/>
            <w:left w:val="none" w:sz="0" w:space="0" w:color="auto"/>
            <w:bottom w:val="none" w:sz="0" w:space="0" w:color="auto"/>
            <w:right w:val="none" w:sz="0" w:space="0" w:color="auto"/>
          </w:divBdr>
        </w:div>
        <w:div w:id="709308931">
          <w:blockQuote w:val="1"/>
          <w:marLeft w:val="720"/>
          <w:marRight w:val="720"/>
          <w:marTop w:val="100"/>
          <w:marBottom w:val="100"/>
          <w:divBdr>
            <w:top w:val="none" w:sz="0" w:space="0" w:color="auto"/>
            <w:left w:val="none" w:sz="0" w:space="0" w:color="auto"/>
            <w:bottom w:val="none" w:sz="0" w:space="0" w:color="auto"/>
            <w:right w:val="none" w:sz="0" w:space="0" w:color="auto"/>
          </w:divBdr>
        </w:div>
        <w:div w:id="72426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4700">
          <w:blockQuote w:val="1"/>
          <w:marLeft w:val="720"/>
          <w:marRight w:val="720"/>
          <w:marTop w:val="100"/>
          <w:marBottom w:val="100"/>
          <w:divBdr>
            <w:top w:val="none" w:sz="0" w:space="0" w:color="auto"/>
            <w:left w:val="none" w:sz="0" w:space="0" w:color="auto"/>
            <w:bottom w:val="none" w:sz="0" w:space="0" w:color="auto"/>
            <w:right w:val="none" w:sz="0" w:space="0" w:color="auto"/>
          </w:divBdr>
        </w:div>
        <w:div w:id="92203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56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342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270480">
          <w:blockQuote w:val="1"/>
          <w:marLeft w:val="720"/>
          <w:marRight w:val="720"/>
          <w:marTop w:val="100"/>
          <w:marBottom w:val="100"/>
          <w:divBdr>
            <w:top w:val="none" w:sz="0" w:space="0" w:color="auto"/>
            <w:left w:val="none" w:sz="0" w:space="0" w:color="auto"/>
            <w:bottom w:val="none" w:sz="0" w:space="0" w:color="auto"/>
            <w:right w:val="none" w:sz="0" w:space="0" w:color="auto"/>
          </w:divBdr>
        </w:div>
        <w:div w:id="969870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072023">
          <w:blockQuote w:val="1"/>
          <w:marLeft w:val="720"/>
          <w:marRight w:val="720"/>
          <w:marTop w:val="100"/>
          <w:marBottom w:val="100"/>
          <w:divBdr>
            <w:top w:val="none" w:sz="0" w:space="0" w:color="auto"/>
            <w:left w:val="none" w:sz="0" w:space="0" w:color="auto"/>
            <w:bottom w:val="none" w:sz="0" w:space="0" w:color="auto"/>
            <w:right w:val="none" w:sz="0" w:space="0" w:color="auto"/>
          </w:divBdr>
        </w:div>
        <w:div w:id="341565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695249">
      <w:bodyDiv w:val="1"/>
      <w:marLeft w:val="0"/>
      <w:marRight w:val="0"/>
      <w:marTop w:val="0"/>
      <w:marBottom w:val="0"/>
      <w:divBdr>
        <w:top w:val="none" w:sz="0" w:space="0" w:color="auto"/>
        <w:left w:val="none" w:sz="0" w:space="0" w:color="auto"/>
        <w:bottom w:val="none" w:sz="0" w:space="0" w:color="auto"/>
        <w:right w:val="none" w:sz="0" w:space="0" w:color="auto"/>
      </w:divBdr>
    </w:div>
    <w:div w:id="1161121976">
      <w:bodyDiv w:val="1"/>
      <w:marLeft w:val="0"/>
      <w:marRight w:val="0"/>
      <w:marTop w:val="0"/>
      <w:marBottom w:val="0"/>
      <w:divBdr>
        <w:top w:val="none" w:sz="0" w:space="0" w:color="auto"/>
        <w:left w:val="none" w:sz="0" w:space="0" w:color="auto"/>
        <w:bottom w:val="none" w:sz="0" w:space="0" w:color="auto"/>
        <w:right w:val="none" w:sz="0" w:space="0" w:color="auto"/>
      </w:divBdr>
      <w:divsChild>
        <w:div w:id="2440011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99411593">
          <w:blockQuote w:val="1"/>
          <w:marLeft w:val="720"/>
          <w:marRight w:val="720"/>
          <w:marTop w:val="100"/>
          <w:marBottom w:val="100"/>
          <w:divBdr>
            <w:top w:val="none" w:sz="0" w:space="0" w:color="auto"/>
            <w:left w:val="none" w:sz="0" w:space="0" w:color="auto"/>
            <w:bottom w:val="none" w:sz="0" w:space="0" w:color="auto"/>
            <w:right w:val="none" w:sz="0" w:space="0" w:color="auto"/>
          </w:divBdr>
        </w:div>
        <w:div w:id="9067660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316079">
          <w:blockQuote w:val="1"/>
          <w:marLeft w:val="720"/>
          <w:marRight w:val="720"/>
          <w:marTop w:val="100"/>
          <w:marBottom w:val="100"/>
          <w:divBdr>
            <w:top w:val="none" w:sz="0" w:space="0" w:color="auto"/>
            <w:left w:val="none" w:sz="0" w:space="0" w:color="auto"/>
            <w:bottom w:val="none" w:sz="0" w:space="0" w:color="auto"/>
            <w:right w:val="none" w:sz="0" w:space="0" w:color="auto"/>
          </w:divBdr>
        </w:div>
        <w:div w:id="886140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302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775516">
      <w:bodyDiv w:val="1"/>
      <w:marLeft w:val="0"/>
      <w:marRight w:val="0"/>
      <w:marTop w:val="0"/>
      <w:marBottom w:val="0"/>
      <w:divBdr>
        <w:top w:val="none" w:sz="0" w:space="0" w:color="auto"/>
        <w:left w:val="none" w:sz="0" w:space="0" w:color="auto"/>
        <w:bottom w:val="none" w:sz="0" w:space="0" w:color="auto"/>
        <w:right w:val="none" w:sz="0" w:space="0" w:color="auto"/>
      </w:divBdr>
      <w:divsChild>
        <w:div w:id="605037235">
          <w:marLeft w:val="0"/>
          <w:marRight w:val="0"/>
          <w:marTop w:val="0"/>
          <w:marBottom w:val="0"/>
          <w:divBdr>
            <w:top w:val="none" w:sz="0" w:space="0" w:color="auto"/>
            <w:left w:val="none" w:sz="0" w:space="0" w:color="auto"/>
            <w:bottom w:val="none" w:sz="0" w:space="0" w:color="auto"/>
            <w:right w:val="none" w:sz="0" w:space="0" w:color="auto"/>
          </w:divBdr>
        </w:div>
      </w:divsChild>
    </w:div>
    <w:div w:id="1183086261">
      <w:bodyDiv w:val="1"/>
      <w:marLeft w:val="0"/>
      <w:marRight w:val="0"/>
      <w:marTop w:val="0"/>
      <w:marBottom w:val="0"/>
      <w:divBdr>
        <w:top w:val="none" w:sz="0" w:space="0" w:color="auto"/>
        <w:left w:val="none" w:sz="0" w:space="0" w:color="auto"/>
        <w:bottom w:val="none" w:sz="0" w:space="0" w:color="auto"/>
        <w:right w:val="none" w:sz="0" w:space="0" w:color="auto"/>
      </w:divBdr>
      <w:divsChild>
        <w:div w:id="567545174">
          <w:blockQuote w:val="1"/>
          <w:marLeft w:val="720"/>
          <w:marRight w:val="720"/>
          <w:marTop w:val="100"/>
          <w:marBottom w:val="100"/>
          <w:divBdr>
            <w:top w:val="none" w:sz="0" w:space="0" w:color="auto"/>
            <w:left w:val="none" w:sz="0" w:space="0" w:color="auto"/>
            <w:bottom w:val="none" w:sz="0" w:space="0" w:color="auto"/>
            <w:right w:val="none" w:sz="0" w:space="0" w:color="auto"/>
          </w:divBdr>
        </w:div>
        <w:div w:id="486828651">
          <w:blockQuote w:val="1"/>
          <w:marLeft w:val="720"/>
          <w:marRight w:val="720"/>
          <w:marTop w:val="100"/>
          <w:marBottom w:val="100"/>
          <w:divBdr>
            <w:top w:val="none" w:sz="0" w:space="0" w:color="auto"/>
            <w:left w:val="none" w:sz="0" w:space="0" w:color="auto"/>
            <w:bottom w:val="none" w:sz="0" w:space="0" w:color="auto"/>
            <w:right w:val="none" w:sz="0" w:space="0" w:color="auto"/>
          </w:divBdr>
        </w:div>
        <w:div w:id="9500102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20250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114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576592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75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751494">
          <w:blockQuote w:val="1"/>
          <w:marLeft w:val="720"/>
          <w:marRight w:val="720"/>
          <w:marTop w:val="100"/>
          <w:marBottom w:val="100"/>
          <w:divBdr>
            <w:top w:val="none" w:sz="0" w:space="0" w:color="auto"/>
            <w:left w:val="none" w:sz="0" w:space="0" w:color="auto"/>
            <w:bottom w:val="none" w:sz="0" w:space="0" w:color="auto"/>
            <w:right w:val="none" w:sz="0" w:space="0" w:color="auto"/>
          </w:divBdr>
        </w:div>
        <w:div w:id="2187098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734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708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127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3318968">
      <w:bodyDiv w:val="1"/>
      <w:marLeft w:val="0"/>
      <w:marRight w:val="0"/>
      <w:marTop w:val="0"/>
      <w:marBottom w:val="0"/>
      <w:divBdr>
        <w:top w:val="none" w:sz="0" w:space="0" w:color="auto"/>
        <w:left w:val="none" w:sz="0" w:space="0" w:color="auto"/>
        <w:bottom w:val="none" w:sz="0" w:space="0" w:color="auto"/>
        <w:right w:val="none" w:sz="0" w:space="0" w:color="auto"/>
      </w:divBdr>
      <w:divsChild>
        <w:div w:id="1793286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320192">
          <w:blockQuote w:val="1"/>
          <w:marLeft w:val="720"/>
          <w:marRight w:val="720"/>
          <w:marTop w:val="100"/>
          <w:marBottom w:val="100"/>
          <w:divBdr>
            <w:top w:val="none" w:sz="0" w:space="0" w:color="auto"/>
            <w:left w:val="none" w:sz="0" w:space="0" w:color="auto"/>
            <w:bottom w:val="none" w:sz="0" w:space="0" w:color="auto"/>
            <w:right w:val="none" w:sz="0" w:space="0" w:color="auto"/>
          </w:divBdr>
        </w:div>
        <w:div w:id="279532350">
          <w:blockQuote w:val="1"/>
          <w:marLeft w:val="720"/>
          <w:marRight w:val="720"/>
          <w:marTop w:val="100"/>
          <w:marBottom w:val="100"/>
          <w:divBdr>
            <w:top w:val="none" w:sz="0" w:space="0" w:color="auto"/>
            <w:left w:val="none" w:sz="0" w:space="0" w:color="auto"/>
            <w:bottom w:val="none" w:sz="0" w:space="0" w:color="auto"/>
            <w:right w:val="none" w:sz="0" w:space="0" w:color="auto"/>
          </w:divBdr>
        </w:div>
        <w:div w:id="479077503">
          <w:blockQuote w:val="1"/>
          <w:marLeft w:val="720"/>
          <w:marRight w:val="720"/>
          <w:marTop w:val="100"/>
          <w:marBottom w:val="100"/>
          <w:divBdr>
            <w:top w:val="none" w:sz="0" w:space="0" w:color="auto"/>
            <w:left w:val="none" w:sz="0" w:space="0" w:color="auto"/>
            <w:bottom w:val="none" w:sz="0" w:space="0" w:color="auto"/>
            <w:right w:val="none" w:sz="0" w:space="0" w:color="auto"/>
          </w:divBdr>
        </w:div>
        <w:div w:id="657198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53120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0141131">
      <w:bodyDiv w:val="1"/>
      <w:marLeft w:val="0"/>
      <w:marRight w:val="0"/>
      <w:marTop w:val="0"/>
      <w:marBottom w:val="0"/>
      <w:divBdr>
        <w:top w:val="none" w:sz="0" w:space="0" w:color="auto"/>
        <w:left w:val="none" w:sz="0" w:space="0" w:color="auto"/>
        <w:bottom w:val="none" w:sz="0" w:space="0" w:color="auto"/>
        <w:right w:val="none" w:sz="0" w:space="0" w:color="auto"/>
      </w:divBdr>
    </w:div>
    <w:div w:id="1201014295">
      <w:bodyDiv w:val="1"/>
      <w:marLeft w:val="0"/>
      <w:marRight w:val="0"/>
      <w:marTop w:val="0"/>
      <w:marBottom w:val="0"/>
      <w:divBdr>
        <w:top w:val="none" w:sz="0" w:space="0" w:color="auto"/>
        <w:left w:val="none" w:sz="0" w:space="0" w:color="auto"/>
        <w:bottom w:val="none" w:sz="0" w:space="0" w:color="auto"/>
        <w:right w:val="none" w:sz="0" w:space="0" w:color="auto"/>
      </w:divBdr>
    </w:div>
    <w:div w:id="1205364641">
      <w:bodyDiv w:val="1"/>
      <w:marLeft w:val="0"/>
      <w:marRight w:val="0"/>
      <w:marTop w:val="0"/>
      <w:marBottom w:val="0"/>
      <w:divBdr>
        <w:top w:val="none" w:sz="0" w:space="0" w:color="auto"/>
        <w:left w:val="none" w:sz="0" w:space="0" w:color="auto"/>
        <w:bottom w:val="none" w:sz="0" w:space="0" w:color="auto"/>
        <w:right w:val="none" w:sz="0" w:space="0" w:color="auto"/>
      </w:divBdr>
    </w:div>
    <w:div w:id="1222401680">
      <w:bodyDiv w:val="1"/>
      <w:marLeft w:val="0"/>
      <w:marRight w:val="0"/>
      <w:marTop w:val="0"/>
      <w:marBottom w:val="0"/>
      <w:divBdr>
        <w:top w:val="none" w:sz="0" w:space="0" w:color="auto"/>
        <w:left w:val="none" w:sz="0" w:space="0" w:color="auto"/>
        <w:bottom w:val="none" w:sz="0" w:space="0" w:color="auto"/>
        <w:right w:val="none" w:sz="0" w:space="0" w:color="auto"/>
      </w:divBdr>
    </w:div>
    <w:div w:id="1229150562">
      <w:bodyDiv w:val="1"/>
      <w:marLeft w:val="0"/>
      <w:marRight w:val="0"/>
      <w:marTop w:val="0"/>
      <w:marBottom w:val="0"/>
      <w:divBdr>
        <w:top w:val="none" w:sz="0" w:space="0" w:color="auto"/>
        <w:left w:val="none" w:sz="0" w:space="0" w:color="auto"/>
        <w:bottom w:val="none" w:sz="0" w:space="0" w:color="auto"/>
        <w:right w:val="none" w:sz="0" w:space="0" w:color="auto"/>
      </w:divBdr>
    </w:div>
    <w:div w:id="1238128683">
      <w:bodyDiv w:val="1"/>
      <w:marLeft w:val="0"/>
      <w:marRight w:val="0"/>
      <w:marTop w:val="0"/>
      <w:marBottom w:val="0"/>
      <w:divBdr>
        <w:top w:val="none" w:sz="0" w:space="0" w:color="auto"/>
        <w:left w:val="none" w:sz="0" w:space="0" w:color="auto"/>
        <w:bottom w:val="none" w:sz="0" w:space="0" w:color="auto"/>
        <w:right w:val="none" w:sz="0" w:space="0" w:color="auto"/>
      </w:divBdr>
    </w:div>
    <w:div w:id="1240141128">
      <w:bodyDiv w:val="1"/>
      <w:marLeft w:val="0"/>
      <w:marRight w:val="0"/>
      <w:marTop w:val="0"/>
      <w:marBottom w:val="0"/>
      <w:divBdr>
        <w:top w:val="none" w:sz="0" w:space="0" w:color="auto"/>
        <w:left w:val="none" w:sz="0" w:space="0" w:color="auto"/>
        <w:bottom w:val="none" w:sz="0" w:space="0" w:color="auto"/>
        <w:right w:val="none" w:sz="0" w:space="0" w:color="auto"/>
      </w:divBdr>
    </w:div>
    <w:div w:id="1240364487">
      <w:bodyDiv w:val="1"/>
      <w:marLeft w:val="0"/>
      <w:marRight w:val="0"/>
      <w:marTop w:val="0"/>
      <w:marBottom w:val="0"/>
      <w:divBdr>
        <w:top w:val="none" w:sz="0" w:space="0" w:color="auto"/>
        <w:left w:val="none" w:sz="0" w:space="0" w:color="auto"/>
        <w:bottom w:val="none" w:sz="0" w:space="0" w:color="auto"/>
        <w:right w:val="none" w:sz="0" w:space="0" w:color="auto"/>
      </w:divBdr>
    </w:div>
    <w:div w:id="1242761417">
      <w:bodyDiv w:val="1"/>
      <w:marLeft w:val="0"/>
      <w:marRight w:val="0"/>
      <w:marTop w:val="0"/>
      <w:marBottom w:val="0"/>
      <w:divBdr>
        <w:top w:val="none" w:sz="0" w:space="0" w:color="auto"/>
        <w:left w:val="none" w:sz="0" w:space="0" w:color="auto"/>
        <w:bottom w:val="none" w:sz="0" w:space="0" w:color="auto"/>
        <w:right w:val="none" w:sz="0" w:space="0" w:color="auto"/>
      </w:divBdr>
    </w:div>
    <w:div w:id="1250963033">
      <w:bodyDiv w:val="1"/>
      <w:marLeft w:val="0"/>
      <w:marRight w:val="0"/>
      <w:marTop w:val="0"/>
      <w:marBottom w:val="0"/>
      <w:divBdr>
        <w:top w:val="none" w:sz="0" w:space="0" w:color="auto"/>
        <w:left w:val="none" w:sz="0" w:space="0" w:color="auto"/>
        <w:bottom w:val="none" w:sz="0" w:space="0" w:color="auto"/>
        <w:right w:val="none" w:sz="0" w:space="0" w:color="auto"/>
      </w:divBdr>
      <w:divsChild>
        <w:div w:id="18522099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869733">
          <w:blockQuote w:val="1"/>
          <w:marLeft w:val="720"/>
          <w:marRight w:val="720"/>
          <w:marTop w:val="100"/>
          <w:marBottom w:val="100"/>
          <w:divBdr>
            <w:top w:val="none" w:sz="0" w:space="0" w:color="auto"/>
            <w:left w:val="none" w:sz="0" w:space="0" w:color="auto"/>
            <w:bottom w:val="none" w:sz="0" w:space="0" w:color="auto"/>
            <w:right w:val="none" w:sz="0" w:space="0" w:color="auto"/>
          </w:divBdr>
        </w:div>
        <w:div w:id="688409277">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819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193995">
      <w:bodyDiv w:val="1"/>
      <w:marLeft w:val="0"/>
      <w:marRight w:val="0"/>
      <w:marTop w:val="0"/>
      <w:marBottom w:val="0"/>
      <w:divBdr>
        <w:top w:val="none" w:sz="0" w:space="0" w:color="auto"/>
        <w:left w:val="none" w:sz="0" w:space="0" w:color="auto"/>
        <w:bottom w:val="none" w:sz="0" w:space="0" w:color="auto"/>
        <w:right w:val="none" w:sz="0" w:space="0" w:color="auto"/>
      </w:divBdr>
    </w:div>
    <w:div w:id="1267154571">
      <w:bodyDiv w:val="1"/>
      <w:marLeft w:val="0"/>
      <w:marRight w:val="0"/>
      <w:marTop w:val="0"/>
      <w:marBottom w:val="0"/>
      <w:divBdr>
        <w:top w:val="none" w:sz="0" w:space="0" w:color="auto"/>
        <w:left w:val="none" w:sz="0" w:space="0" w:color="auto"/>
        <w:bottom w:val="none" w:sz="0" w:space="0" w:color="auto"/>
        <w:right w:val="none" w:sz="0" w:space="0" w:color="auto"/>
      </w:divBdr>
    </w:div>
    <w:div w:id="1272590614">
      <w:bodyDiv w:val="1"/>
      <w:marLeft w:val="0"/>
      <w:marRight w:val="0"/>
      <w:marTop w:val="0"/>
      <w:marBottom w:val="0"/>
      <w:divBdr>
        <w:top w:val="none" w:sz="0" w:space="0" w:color="auto"/>
        <w:left w:val="none" w:sz="0" w:space="0" w:color="auto"/>
        <w:bottom w:val="none" w:sz="0" w:space="0" w:color="auto"/>
        <w:right w:val="none" w:sz="0" w:space="0" w:color="auto"/>
      </w:divBdr>
      <w:divsChild>
        <w:div w:id="979773846">
          <w:blockQuote w:val="1"/>
          <w:marLeft w:val="720"/>
          <w:marRight w:val="720"/>
          <w:marTop w:val="100"/>
          <w:marBottom w:val="100"/>
          <w:divBdr>
            <w:top w:val="none" w:sz="0" w:space="0" w:color="auto"/>
            <w:left w:val="none" w:sz="0" w:space="0" w:color="auto"/>
            <w:bottom w:val="none" w:sz="0" w:space="0" w:color="auto"/>
            <w:right w:val="none" w:sz="0" w:space="0" w:color="auto"/>
          </w:divBdr>
        </w:div>
        <w:div w:id="481195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234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086195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717379">
          <w:blockQuote w:val="1"/>
          <w:marLeft w:val="720"/>
          <w:marRight w:val="720"/>
          <w:marTop w:val="100"/>
          <w:marBottom w:val="100"/>
          <w:divBdr>
            <w:top w:val="none" w:sz="0" w:space="0" w:color="auto"/>
            <w:left w:val="none" w:sz="0" w:space="0" w:color="auto"/>
            <w:bottom w:val="none" w:sz="0" w:space="0" w:color="auto"/>
            <w:right w:val="none" w:sz="0" w:space="0" w:color="auto"/>
          </w:divBdr>
        </w:div>
        <w:div w:id="73840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429609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470420">
          <w:blockQuote w:val="1"/>
          <w:marLeft w:val="720"/>
          <w:marRight w:val="720"/>
          <w:marTop w:val="100"/>
          <w:marBottom w:val="100"/>
          <w:divBdr>
            <w:top w:val="none" w:sz="0" w:space="0" w:color="auto"/>
            <w:left w:val="none" w:sz="0" w:space="0" w:color="auto"/>
            <w:bottom w:val="none" w:sz="0" w:space="0" w:color="auto"/>
            <w:right w:val="none" w:sz="0" w:space="0" w:color="auto"/>
          </w:divBdr>
        </w:div>
        <w:div w:id="35338912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519674">
          <w:blockQuote w:val="1"/>
          <w:marLeft w:val="720"/>
          <w:marRight w:val="720"/>
          <w:marTop w:val="100"/>
          <w:marBottom w:val="100"/>
          <w:divBdr>
            <w:top w:val="none" w:sz="0" w:space="0" w:color="auto"/>
            <w:left w:val="none" w:sz="0" w:space="0" w:color="auto"/>
            <w:bottom w:val="none" w:sz="0" w:space="0" w:color="auto"/>
            <w:right w:val="none" w:sz="0" w:space="0" w:color="auto"/>
          </w:divBdr>
        </w:div>
        <w:div w:id="959723705">
          <w:blockQuote w:val="1"/>
          <w:marLeft w:val="720"/>
          <w:marRight w:val="720"/>
          <w:marTop w:val="100"/>
          <w:marBottom w:val="100"/>
          <w:divBdr>
            <w:top w:val="none" w:sz="0" w:space="0" w:color="auto"/>
            <w:left w:val="none" w:sz="0" w:space="0" w:color="auto"/>
            <w:bottom w:val="none" w:sz="0" w:space="0" w:color="auto"/>
            <w:right w:val="none" w:sz="0" w:space="0" w:color="auto"/>
          </w:divBdr>
        </w:div>
        <w:div w:id="39377119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858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979577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0188792">
      <w:bodyDiv w:val="1"/>
      <w:marLeft w:val="0"/>
      <w:marRight w:val="0"/>
      <w:marTop w:val="0"/>
      <w:marBottom w:val="0"/>
      <w:divBdr>
        <w:top w:val="none" w:sz="0" w:space="0" w:color="auto"/>
        <w:left w:val="none" w:sz="0" w:space="0" w:color="auto"/>
        <w:bottom w:val="none" w:sz="0" w:space="0" w:color="auto"/>
        <w:right w:val="none" w:sz="0" w:space="0" w:color="auto"/>
      </w:divBdr>
    </w:div>
    <w:div w:id="1285848999">
      <w:bodyDiv w:val="1"/>
      <w:marLeft w:val="0"/>
      <w:marRight w:val="0"/>
      <w:marTop w:val="0"/>
      <w:marBottom w:val="0"/>
      <w:divBdr>
        <w:top w:val="none" w:sz="0" w:space="0" w:color="auto"/>
        <w:left w:val="none" w:sz="0" w:space="0" w:color="auto"/>
        <w:bottom w:val="none" w:sz="0" w:space="0" w:color="auto"/>
        <w:right w:val="none" w:sz="0" w:space="0" w:color="auto"/>
      </w:divBdr>
    </w:div>
    <w:div w:id="1287197997">
      <w:bodyDiv w:val="1"/>
      <w:marLeft w:val="0"/>
      <w:marRight w:val="0"/>
      <w:marTop w:val="0"/>
      <w:marBottom w:val="0"/>
      <w:divBdr>
        <w:top w:val="none" w:sz="0" w:space="0" w:color="auto"/>
        <w:left w:val="none" w:sz="0" w:space="0" w:color="auto"/>
        <w:bottom w:val="none" w:sz="0" w:space="0" w:color="auto"/>
        <w:right w:val="none" w:sz="0" w:space="0" w:color="auto"/>
      </w:divBdr>
      <w:divsChild>
        <w:div w:id="377247437">
          <w:marLeft w:val="0"/>
          <w:marRight w:val="0"/>
          <w:marTop w:val="0"/>
          <w:marBottom w:val="0"/>
          <w:divBdr>
            <w:top w:val="none" w:sz="0" w:space="0" w:color="auto"/>
            <w:left w:val="none" w:sz="0" w:space="0" w:color="auto"/>
            <w:bottom w:val="none" w:sz="0" w:space="0" w:color="auto"/>
            <w:right w:val="none" w:sz="0" w:space="0" w:color="auto"/>
          </w:divBdr>
          <w:divsChild>
            <w:div w:id="1959754191">
              <w:marLeft w:val="0"/>
              <w:marRight w:val="0"/>
              <w:marTop w:val="0"/>
              <w:marBottom w:val="0"/>
              <w:divBdr>
                <w:top w:val="none" w:sz="0" w:space="0" w:color="auto"/>
                <w:left w:val="none" w:sz="0" w:space="0" w:color="auto"/>
                <w:bottom w:val="none" w:sz="0" w:space="0" w:color="auto"/>
                <w:right w:val="none" w:sz="0" w:space="0" w:color="auto"/>
              </w:divBdr>
              <w:divsChild>
                <w:div w:id="1415199151">
                  <w:marLeft w:val="9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198509">
      <w:bodyDiv w:val="1"/>
      <w:marLeft w:val="0"/>
      <w:marRight w:val="0"/>
      <w:marTop w:val="0"/>
      <w:marBottom w:val="0"/>
      <w:divBdr>
        <w:top w:val="none" w:sz="0" w:space="0" w:color="auto"/>
        <w:left w:val="none" w:sz="0" w:space="0" w:color="auto"/>
        <w:bottom w:val="none" w:sz="0" w:space="0" w:color="auto"/>
        <w:right w:val="none" w:sz="0" w:space="0" w:color="auto"/>
      </w:divBdr>
    </w:div>
    <w:div w:id="1323388302">
      <w:bodyDiv w:val="1"/>
      <w:marLeft w:val="0"/>
      <w:marRight w:val="0"/>
      <w:marTop w:val="0"/>
      <w:marBottom w:val="0"/>
      <w:divBdr>
        <w:top w:val="none" w:sz="0" w:space="0" w:color="auto"/>
        <w:left w:val="none" w:sz="0" w:space="0" w:color="auto"/>
        <w:bottom w:val="none" w:sz="0" w:space="0" w:color="auto"/>
        <w:right w:val="none" w:sz="0" w:space="0" w:color="auto"/>
      </w:divBdr>
    </w:div>
    <w:div w:id="1333603654">
      <w:bodyDiv w:val="1"/>
      <w:marLeft w:val="0"/>
      <w:marRight w:val="0"/>
      <w:marTop w:val="0"/>
      <w:marBottom w:val="0"/>
      <w:divBdr>
        <w:top w:val="none" w:sz="0" w:space="0" w:color="auto"/>
        <w:left w:val="none" w:sz="0" w:space="0" w:color="auto"/>
        <w:bottom w:val="none" w:sz="0" w:space="0" w:color="auto"/>
        <w:right w:val="none" w:sz="0" w:space="0" w:color="auto"/>
      </w:divBdr>
    </w:div>
    <w:div w:id="1334259223">
      <w:bodyDiv w:val="1"/>
      <w:marLeft w:val="0"/>
      <w:marRight w:val="0"/>
      <w:marTop w:val="0"/>
      <w:marBottom w:val="0"/>
      <w:divBdr>
        <w:top w:val="none" w:sz="0" w:space="0" w:color="auto"/>
        <w:left w:val="none" w:sz="0" w:space="0" w:color="auto"/>
        <w:bottom w:val="none" w:sz="0" w:space="0" w:color="auto"/>
        <w:right w:val="none" w:sz="0" w:space="0" w:color="auto"/>
      </w:divBdr>
    </w:div>
    <w:div w:id="1339575102">
      <w:bodyDiv w:val="1"/>
      <w:marLeft w:val="0"/>
      <w:marRight w:val="0"/>
      <w:marTop w:val="0"/>
      <w:marBottom w:val="0"/>
      <w:divBdr>
        <w:top w:val="none" w:sz="0" w:space="0" w:color="auto"/>
        <w:left w:val="none" w:sz="0" w:space="0" w:color="auto"/>
        <w:bottom w:val="none" w:sz="0" w:space="0" w:color="auto"/>
        <w:right w:val="none" w:sz="0" w:space="0" w:color="auto"/>
      </w:divBdr>
      <w:divsChild>
        <w:div w:id="464474618">
          <w:blockQuote w:val="1"/>
          <w:marLeft w:val="720"/>
          <w:marRight w:val="720"/>
          <w:marTop w:val="100"/>
          <w:marBottom w:val="100"/>
          <w:divBdr>
            <w:top w:val="none" w:sz="0" w:space="0" w:color="auto"/>
            <w:left w:val="none" w:sz="0" w:space="0" w:color="auto"/>
            <w:bottom w:val="none" w:sz="0" w:space="0" w:color="auto"/>
            <w:right w:val="none" w:sz="0" w:space="0" w:color="auto"/>
          </w:divBdr>
        </w:div>
        <w:div w:id="309752681">
          <w:blockQuote w:val="1"/>
          <w:marLeft w:val="720"/>
          <w:marRight w:val="720"/>
          <w:marTop w:val="100"/>
          <w:marBottom w:val="100"/>
          <w:divBdr>
            <w:top w:val="none" w:sz="0" w:space="0" w:color="auto"/>
            <w:left w:val="none" w:sz="0" w:space="0" w:color="auto"/>
            <w:bottom w:val="none" w:sz="0" w:space="0" w:color="auto"/>
            <w:right w:val="none" w:sz="0" w:space="0" w:color="auto"/>
          </w:divBdr>
        </w:div>
        <w:div w:id="959918448">
          <w:blockQuote w:val="1"/>
          <w:marLeft w:val="720"/>
          <w:marRight w:val="720"/>
          <w:marTop w:val="100"/>
          <w:marBottom w:val="100"/>
          <w:divBdr>
            <w:top w:val="none" w:sz="0" w:space="0" w:color="auto"/>
            <w:left w:val="none" w:sz="0" w:space="0" w:color="auto"/>
            <w:bottom w:val="none" w:sz="0" w:space="0" w:color="auto"/>
            <w:right w:val="none" w:sz="0" w:space="0" w:color="auto"/>
          </w:divBdr>
        </w:div>
        <w:div w:id="45464520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3618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6951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8677934">
      <w:bodyDiv w:val="1"/>
      <w:marLeft w:val="0"/>
      <w:marRight w:val="0"/>
      <w:marTop w:val="0"/>
      <w:marBottom w:val="0"/>
      <w:divBdr>
        <w:top w:val="none" w:sz="0" w:space="0" w:color="auto"/>
        <w:left w:val="none" w:sz="0" w:space="0" w:color="auto"/>
        <w:bottom w:val="none" w:sz="0" w:space="0" w:color="auto"/>
        <w:right w:val="none" w:sz="0" w:space="0" w:color="auto"/>
      </w:divBdr>
    </w:div>
    <w:div w:id="1370570446">
      <w:bodyDiv w:val="1"/>
      <w:marLeft w:val="0"/>
      <w:marRight w:val="0"/>
      <w:marTop w:val="0"/>
      <w:marBottom w:val="0"/>
      <w:divBdr>
        <w:top w:val="none" w:sz="0" w:space="0" w:color="auto"/>
        <w:left w:val="none" w:sz="0" w:space="0" w:color="auto"/>
        <w:bottom w:val="none" w:sz="0" w:space="0" w:color="auto"/>
        <w:right w:val="none" w:sz="0" w:space="0" w:color="auto"/>
      </w:divBdr>
      <w:divsChild>
        <w:div w:id="1861505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3234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970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1422662">
      <w:bodyDiv w:val="1"/>
      <w:marLeft w:val="0"/>
      <w:marRight w:val="0"/>
      <w:marTop w:val="0"/>
      <w:marBottom w:val="0"/>
      <w:divBdr>
        <w:top w:val="none" w:sz="0" w:space="0" w:color="auto"/>
        <w:left w:val="none" w:sz="0" w:space="0" w:color="auto"/>
        <w:bottom w:val="none" w:sz="0" w:space="0" w:color="auto"/>
        <w:right w:val="none" w:sz="0" w:space="0" w:color="auto"/>
      </w:divBdr>
    </w:div>
    <w:div w:id="1413895568">
      <w:bodyDiv w:val="1"/>
      <w:marLeft w:val="0"/>
      <w:marRight w:val="0"/>
      <w:marTop w:val="0"/>
      <w:marBottom w:val="0"/>
      <w:divBdr>
        <w:top w:val="none" w:sz="0" w:space="0" w:color="auto"/>
        <w:left w:val="none" w:sz="0" w:space="0" w:color="auto"/>
        <w:bottom w:val="none" w:sz="0" w:space="0" w:color="auto"/>
        <w:right w:val="none" w:sz="0" w:space="0" w:color="auto"/>
      </w:divBdr>
    </w:div>
    <w:div w:id="1429496767">
      <w:bodyDiv w:val="1"/>
      <w:marLeft w:val="0"/>
      <w:marRight w:val="0"/>
      <w:marTop w:val="0"/>
      <w:marBottom w:val="0"/>
      <w:divBdr>
        <w:top w:val="none" w:sz="0" w:space="0" w:color="auto"/>
        <w:left w:val="none" w:sz="0" w:space="0" w:color="auto"/>
        <w:bottom w:val="none" w:sz="0" w:space="0" w:color="auto"/>
        <w:right w:val="none" w:sz="0" w:space="0" w:color="auto"/>
      </w:divBdr>
    </w:div>
    <w:div w:id="1443106262">
      <w:bodyDiv w:val="1"/>
      <w:marLeft w:val="0"/>
      <w:marRight w:val="0"/>
      <w:marTop w:val="0"/>
      <w:marBottom w:val="0"/>
      <w:divBdr>
        <w:top w:val="none" w:sz="0" w:space="0" w:color="auto"/>
        <w:left w:val="none" w:sz="0" w:space="0" w:color="auto"/>
        <w:bottom w:val="none" w:sz="0" w:space="0" w:color="auto"/>
        <w:right w:val="none" w:sz="0" w:space="0" w:color="auto"/>
      </w:divBdr>
      <w:divsChild>
        <w:div w:id="686836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082483">
          <w:blockQuote w:val="1"/>
          <w:marLeft w:val="720"/>
          <w:marRight w:val="720"/>
          <w:marTop w:val="100"/>
          <w:marBottom w:val="100"/>
          <w:divBdr>
            <w:top w:val="none" w:sz="0" w:space="0" w:color="auto"/>
            <w:left w:val="none" w:sz="0" w:space="0" w:color="auto"/>
            <w:bottom w:val="none" w:sz="0" w:space="0" w:color="auto"/>
            <w:right w:val="none" w:sz="0" w:space="0" w:color="auto"/>
          </w:divBdr>
        </w:div>
        <w:div w:id="244650089">
          <w:blockQuote w:val="1"/>
          <w:marLeft w:val="720"/>
          <w:marRight w:val="720"/>
          <w:marTop w:val="100"/>
          <w:marBottom w:val="100"/>
          <w:divBdr>
            <w:top w:val="none" w:sz="0" w:space="0" w:color="auto"/>
            <w:left w:val="none" w:sz="0" w:space="0" w:color="auto"/>
            <w:bottom w:val="none" w:sz="0" w:space="0" w:color="auto"/>
            <w:right w:val="none" w:sz="0" w:space="0" w:color="auto"/>
          </w:divBdr>
        </w:div>
        <w:div w:id="331956894">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437001">
          <w:blockQuote w:val="1"/>
          <w:marLeft w:val="720"/>
          <w:marRight w:val="720"/>
          <w:marTop w:val="100"/>
          <w:marBottom w:val="100"/>
          <w:divBdr>
            <w:top w:val="none" w:sz="0" w:space="0" w:color="auto"/>
            <w:left w:val="none" w:sz="0" w:space="0" w:color="auto"/>
            <w:bottom w:val="none" w:sz="0" w:space="0" w:color="auto"/>
            <w:right w:val="none" w:sz="0" w:space="0" w:color="auto"/>
          </w:divBdr>
        </w:div>
        <w:div w:id="662660691">
          <w:blockQuote w:val="1"/>
          <w:marLeft w:val="720"/>
          <w:marRight w:val="720"/>
          <w:marTop w:val="100"/>
          <w:marBottom w:val="100"/>
          <w:divBdr>
            <w:top w:val="none" w:sz="0" w:space="0" w:color="auto"/>
            <w:left w:val="none" w:sz="0" w:space="0" w:color="auto"/>
            <w:bottom w:val="none" w:sz="0" w:space="0" w:color="auto"/>
            <w:right w:val="none" w:sz="0" w:space="0" w:color="auto"/>
          </w:divBdr>
        </w:div>
        <w:div w:id="44207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808939281">
          <w:blockQuote w:val="1"/>
          <w:marLeft w:val="720"/>
          <w:marRight w:val="720"/>
          <w:marTop w:val="100"/>
          <w:marBottom w:val="100"/>
          <w:divBdr>
            <w:top w:val="none" w:sz="0" w:space="0" w:color="auto"/>
            <w:left w:val="none" w:sz="0" w:space="0" w:color="auto"/>
            <w:bottom w:val="none" w:sz="0" w:space="0" w:color="auto"/>
            <w:right w:val="none" w:sz="0" w:space="0" w:color="auto"/>
          </w:divBdr>
        </w:div>
        <w:div w:id="316615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52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208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547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42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209657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488205">
      <w:bodyDiv w:val="1"/>
      <w:marLeft w:val="0"/>
      <w:marRight w:val="0"/>
      <w:marTop w:val="0"/>
      <w:marBottom w:val="0"/>
      <w:divBdr>
        <w:top w:val="none" w:sz="0" w:space="0" w:color="auto"/>
        <w:left w:val="none" w:sz="0" w:space="0" w:color="auto"/>
        <w:bottom w:val="none" w:sz="0" w:space="0" w:color="auto"/>
        <w:right w:val="none" w:sz="0" w:space="0" w:color="auto"/>
      </w:divBdr>
    </w:div>
    <w:div w:id="1472556294">
      <w:bodyDiv w:val="1"/>
      <w:marLeft w:val="0"/>
      <w:marRight w:val="0"/>
      <w:marTop w:val="0"/>
      <w:marBottom w:val="0"/>
      <w:divBdr>
        <w:top w:val="none" w:sz="0" w:space="0" w:color="auto"/>
        <w:left w:val="none" w:sz="0" w:space="0" w:color="auto"/>
        <w:bottom w:val="none" w:sz="0" w:space="0" w:color="auto"/>
        <w:right w:val="none" w:sz="0" w:space="0" w:color="auto"/>
      </w:divBdr>
    </w:div>
    <w:div w:id="1483542478">
      <w:bodyDiv w:val="1"/>
      <w:marLeft w:val="0"/>
      <w:marRight w:val="0"/>
      <w:marTop w:val="0"/>
      <w:marBottom w:val="0"/>
      <w:divBdr>
        <w:top w:val="none" w:sz="0" w:space="0" w:color="auto"/>
        <w:left w:val="none" w:sz="0" w:space="0" w:color="auto"/>
        <w:bottom w:val="none" w:sz="0" w:space="0" w:color="auto"/>
        <w:right w:val="none" w:sz="0" w:space="0" w:color="auto"/>
      </w:divBdr>
    </w:div>
    <w:div w:id="1484278992">
      <w:bodyDiv w:val="1"/>
      <w:marLeft w:val="0"/>
      <w:marRight w:val="0"/>
      <w:marTop w:val="0"/>
      <w:marBottom w:val="0"/>
      <w:divBdr>
        <w:top w:val="none" w:sz="0" w:space="0" w:color="auto"/>
        <w:left w:val="none" w:sz="0" w:space="0" w:color="auto"/>
        <w:bottom w:val="none" w:sz="0" w:space="0" w:color="auto"/>
        <w:right w:val="none" w:sz="0" w:space="0" w:color="auto"/>
      </w:divBdr>
      <w:divsChild>
        <w:div w:id="1633172535">
          <w:marLeft w:val="0"/>
          <w:marRight w:val="0"/>
          <w:marTop w:val="0"/>
          <w:marBottom w:val="0"/>
          <w:divBdr>
            <w:top w:val="none" w:sz="0" w:space="0" w:color="auto"/>
            <w:left w:val="none" w:sz="0" w:space="0" w:color="auto"/>
            <w:bottom w:val="none" w:sz="0" w:space="0" w:color="auto"/>
            <w:right w:val="none" w:sz="0" w:space="0" w:color="auto"/>
          </w:divBdr>
          <w:divsChild>
            <w:div w:id="1791048290">
              <w:marLeft w:val="0"/>
              <w:marRight w:val="0"/>
              <w:marTop w:val="0"/>
              <w:marBottom w:val="0"/>
              <w:divBdr>
                <w:top w:val="none" w:sz="0" w:space="0" w:color="auto"/>
                <w:left w:val="none" w:sz="0" w:space="0" w:color="auto"/>
                <w:bottom w:val="none" w:sz="0" w:space="0" w:color="auto"/>
                <w:right w:val="none" w:sz="0" w:space="0" w:color="auto"/>
              </w:divBdr>
              <w:divsChild>
                <w:div w:id="643968743">
                  <w:marLeft w:val="0"/>
                  <w:marRight w:val="0"/>
                  <w:marTop w:val="0"/>
                  <w:marBottom w:val="0"/>
                  <w:divBdr>
                    <w:top w:val="none" w:sz="0" w:space="0" w:color="auto"/>
                    <w:left w:val="none" w:sz="0" w:space="0" w:color="auto"/>
                    <w:bottom w:val="none" w:sz="0" w:space="0" w:color="auto"/>
                    <w:right w:val="none" w:sz="0" w:space="0" w:color="auto"/>
                  </w:divBdr>
                  <w:divsChild>
                    <w:div w:id="1308587060">
                      <w:marLeft w:val="0"/>
                      <w:marRight w:val="0"/>
                      <w:marTop w:val="0"/>
                      <w:marBottom w:val="0"/>
                      <w:divBdr>
                        <w:top w:val="none" w:sz="0" w:space="0" w:color="auto"/>
                        <w:left w:val="none" w:sz="0" w:space="0" w:color="auto"/>
                        <w:bottom w:val="none" w:sz="0" w:space="0" w:color="auto"/>
                        <w:right w:val="none" w:sz="0" w:space="0" w:color="auto"/>
                      </w:divBdr>
                      <w:divsChild>
                        <w:div w:id="1712461276">
                          <w:marLeft w:val="0"/>
                          <w:marRight w:val="0"/>
                          <w:marTop w:val="0"/>
                          <w:marBottom w:val="0"/>
                          <w:divBdr>
                            <w:top w:val="none" w:sz="0" w:space="0" w:color="auto"/>
                            <w:left w:val="none" w:sz="0" w:space="0" w:color="auto"/>
                            <w:bottom w:val="none" w:sz="0" w:space="0" w:color="auto"/>
                            <w:right w:val="none" w:sz="0" w:space="0" w:color="auto"/>
                          </w:divBdr>
                          <w:divsChild>
                            <w:div w:id="1939825977">
                              <w:marLeft w:val="0"/>
                              <w:marRight w:val="0"/>
                              <w:marTop w:val="0"/>
                              <w:marBottom w:val="0"/>
                              <w:divBdr>
                                <w:top w:val="none" w:sz="0" w:space="0" w:color="auto"/>
                                <w:left w:val="none" w:sz="0" w:space="0" w:color="auto"/>
                                <w:bottom w:val="none" w:sz="0" w:space="0" w:color="auto"/>
                                <w:right w:val="none" w:sz="0" w:space="0" w:color="auto"/>
                              </w:divBdr>
                              <w:divsChild>
                                <w:div w:id="1470589912">
                                  <w:marLeft w:val="0"/>
                                  <w:marRight w:val="0"/>
                                  <w:marTop w:val="0"/>
                                  <w:marBottom w:val="0"/>
                                  <w:divBdr>
                                    <w:top w:val="none" w:sz="0" w:space="0" w:color="auto"/>
                                    <w:left w:val="none" w:sz="0" w:space="0" w:color="auto"/>
                                    <w:bottom w:val="none" w:sz="0" w:space="0" w:color="auto"/>
                                    <w:right w:val="none" w:sz="0" w:space="0" w:color="auto"/>
                                  </w:divBdr>
                                  <w:divsChild>
                                    <w:div w:id="1226334133">
                                      <w:marLeft w:val="0"/>
                                      <w:marRight w:val="0"/>
                                      <w:marTop w:val="0"/>
                                      <w:marBottom w:val="0"/>
                                      <w:divBdr>
                                        <w:top w:val="none" w:sz="0" w:space="0" w:color="auto"/>
                                        <w:left w:val="none" w:sz="0" w:space="0" w:color="auto"/>
                                        <w:bottom w:val="none" w:sz="0" w:space="0" w:color="auto"/>
                                        <w:right w:val="none" w:sz="0" w:space="0" w:color="auto"/>
                                      </w:divBdr>
                                      <w:divsChild>
                                        <w:div w:id="1044523123">
                                          <w:marLeft w:val="0"/>
                                          <w:marRight w:val="0"/>
                                          <w:marTop w:val="0"/>
                                          <w:marBottom w:val="0"/>
                                          <w:divBdr>
                                            <w:top w:val="none" w:sz="0" w:space="0" w:color="auto"/>
                                            <w:left w:val="none" w:sz="0" w:space="0" w:color="auto"/>
                                            <w:bottom w:val="none" w:sz="0" w:space="0" w:color="auto"/>
                                            <w:right w:val="none" w:sz="0" w:space="0" w:color="auto"/>
                                          </w:divBdr>
                                          <w:divsChild>
                                            <w:div w:id="1616213178">
                                              <w:marLeft w:val="0"/>
                                              <w:marRight w:val="0"/>
                                              <w:marTop w:val="0"/>
                                              <w:marBottom w:val="0"/>
                                              <w:divBdr>
                                                <w:top w:val="none" w:sz="0" w:space="0" w:color="auto"/>
                                                <w:left w:val="none" w:sz="0" w:space="0" w:color="auto"/>
                                                <w:bottom w:val="none" w:sz="0" w:space="0" w:color="auto"/>
                                                <w:right w:val="none" w:sz="0" w:space="0" w:color="auto"/>
                                              </w:divBdr>
                                              <w:divsChild>
                                                <w:div w:id="1945917502">
                                                  <w:marLeft w:val="0"/>
                                                  <w:marRight w:val="0"/>
                                                  <w:marTop w:val="0"/>
                                                  <w:marBottom w:val="0"/>
                                                  <w:divBdr>
                                                    <w:top w:val="none" w:sz="0" w:space="0" w:color="auto"/>
                                                    <w:left w:val="none" w:sz="0" w:space="0" w:color="auto"/>
                                                    <w:bottom w:val="none" w:sz="0" w:space="0" w:color="auto"/>
                                                    <w:right w:val="none" w:sz="0" w:space="0" w:color="auto"/>
                                                  </w:divBdr>
                                                  <w:divsChild>
                                                    <w:div w:id="625819932">
                                                      <w:marLeft w:val="0"/>
                                                      <w:marRight w:val="0"/>
                                                      <w:marTop w:val="0"/>
                                                      <w:marBottom w:val="0"/>
                                                      <w:divBdr>
                                                        <w:top w:val="none" w:sz="0" w:space="0" w:color="auto"/>
                                                        <w:left w:val="none" w:sz="0" w:space="0" w:color="auto"/>
                                                        <w:bottom w:val="none" w:sz="0" w:space="0" w:color="auto"/>
                                                        <w:right w:val="none" w:sz="0" w:space="0" w:color="auto"/>
                                                      </w:divBdr>
                                                      <w:divsChild>
                                                        <w:div w:id="2049334063">
                                                          <w:blockQuote w:val="1"/>
                                                          <w:marLeft w:val="720"/>
                                                          <w:marRight w:val="720"/>
                                                          <w:marTop w:val="100"/>
                                                          <w:marBottom w:val="100"/>
                                                          <w:divBdr>
                                                            <w:top w:val="none" w:sz="0" w:space="0" w:color="auto"/>
                                                            <w:left w:val="none" w:sz="0" w:space="0" w:color="auto"/>
                                                            <w:bottom w:val="none" w:sz="0" w:space="0" w:color="auto"/>
                                                            <w:right w:val="none" w:sz="0" w:space="0" w:color="auto"/>
                                                          </w:divBdr>
                                                        </w:div>
                                                        <w:div w:id="709038292">
                                                          <w:blockQuote w:val="1"/>
                                                          <w:marLeft w:val="720"/>
                                                          <w:marRight w:val="720"/>
                                                          <w:marTop w:val="100"/>
                                                          <w:marBottom w:val="100"/>
                                                          <w:divBdr>
                                                            <w:top w:val="none" w:sz="0" w:space="0" w:color="auto"/>
                                                            <w:left w:val="none" w:sz="0" w:space="0" w:color="auto"/>
                                                            <w:bottom w:val="none" w:sz="0" w:space="0" w:color="auto"/>
                                                            <w:right w:val="none" w:sz="0" w:space="0" w:color="auto"/>
                                                          </w:divBdr>
                                                        </w:div>
                                                        <w:div w:id="47922760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142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190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939220">
                                                          <w:blockQuote w:val="1"/>
                                                          <w:marLeft w:val="720"/>
                                                          <w:marRight w:val="720"/>
                                                          <w:marTop w:val="100"/>
                                                          <w:marBottom w:val="100"/>
                                                          <w:divBdr>
                                                            <w:top w:val="none" w:sz="0" w:space="0" w:color="auto"/>
                                                            <w:left w:val="none" w:sz="0" w:space="0" w:color="auto"/>
                                                            <w:bottom w:val="none" w:sz="0" w:space="0" w:color="auto"/>
                                                            <w:right w:val="none" w:sz="0" w:space="0" w:color="auto"/>
                                                          </w:divBdr>
                                                        </w:div>
                                                        <w:div w:id="562564118">
                                                          <w:blockQuote w:val="1"/>
                                                          <w:marLeft w:val="720"/>
                                                          <w:marRight w:val="720"/>
                                                          <w:marTop w:val="100"/>
                                                          <w:marBottom w:val="100"/>
                                                          <w:divBdr>
                                                            <w:top w:val="none" w:sz="0" w:space="0" w:color="auto"/>
                                                            <w:left w:val="none" w:sz="0" w:space="0" w:color="auto"/>
                                                            <w:bottom w:val="none" w:sz="0" w:space="0" w:color="auto"/>
                                                            <w:right w:val="none" w:sz="0" w:space="0" w:color="auto"/>
                                                          </w:divBdr>
                                                        </w:div>
                                                        <w:div w:id="965696372">
                                                          <w:blockQuote w:val="1"/>
                                                          <w:marLeft w:val="720"/>
                                                          <w:marRight w:val="720"/>
                                                          <w:marTop w:val="100"/>
                                                          <w:marBottom w:val="100"/>
                                                          <w:divBdr>
                                                            <w:top w:val="none" w:sz="0" w:space="0" w:color="auto"/>
                                                            <w:left w:val="none" w:sz="0" w:space="0" w:color="auto"/>
                                                            <w:bottom w:val="none" w:sz="0" w:space="0" w:color="auto"/>
                                                            <w:right w:val="none" w:sz="0" w:space="0" w:color="auto"/>
                                                          </w:divBdr>
                                                        </w:div>
                                                        <w:div w:id="609515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5650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536932">
                                                          <w:blockQuote w:val="1"/>
                                                          <w:marLeft w:val="720"/>
                                                          <w:marRight w:val="720"/>
                                                          <w:marTop w:val="100"/>
                                                          <w:marBottom w:val="100"/>
                                                          <w:divBdr>
                                                            <w:top w:val="none" w:sz="0" w:space="0" w:color="auto"/>
                                                            <w:left w:val="none" w:sz="0" w:space="0" w:color="auto"/>
                                                            <w:bottom w:val="none" w:sz="0" w:space="0" w:color="auto"/>
                                                            <w:right w:val="none" w:sz="0" w:space="0" w:color="auto"/>
                                                          </w:divBdr>
                                                        </w:div>
                                                        <w:div w:id="3822172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724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65952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797384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138996">
                          <w:marLeft w:val="0"/>
                          <w:marRight w:val="0"/>
                          <w:marTop w:val="0"/>
                          <w:marBottom w:val="0"/>
                          <w:divBdr>
                            <w:top w:val="none" w:sz="0" w:space="0" w:color="auto"/>
                            <w:left w:val="none" w:sz="0" w:space="0" w:color="auto"/>
                            <w:bottom w:val="none" w:sz="0" w:space="0" w:color="auto"/>
                            <w:right w:val="none" w:sz="0" w:space="0" w:color="auto"/>
                          </w:divBdr>
                          <w:divsChild>
                            <w:div w:id="1644971150">
                              <w:marLeft w:val="0"/>
                              <w:marRight w:val="0"/>
                              <w:marTop w:val="0"/>
                              <w:marBottom w:val="0"/>
                              <w:divBdr>
                                <w:top w:val="none" w:sz="0" w:space="0" w:color="auto"/>
                                <w:left w:val="none" w:sz="0" w:space="0" w:color="auto"/>
                                <w:bottom w:val="none" w:sz="0" w:space="0" w:color="auto"/>
                                <w:right w:val="none" w:sz="0" w:space="0" w:color="auto"/>
                              </w:divBdr>
                              <w:divsChild>
                                <w:div w:id="1005474477">
                                  <w:marLeft w:val="0"/>
                                  <w:marRight w:val="0"/>
                                  <w:marTop w:val="0"/>
                                  <w:marBottom w:val="0"/>
                                  <w:divBdr>
                                    <w:top w:val="none" w:sz="0" w:space="0" w:color="auto"/>
                                    <w:left w:val="none" w:sz="0" w:space="0" w:color="auto"/>
                                    <w:bottom w:val="none" w:sz="0" w:space="0" w:color="auto"/>
                                    <w:right w:val="none" w:sz="0" w:space="0" w:color="auto"/>
                                  </w:divBdr>
                                  <w:divsChild>
                                    <w:div w:id="1677800466">
                                      <w:marLeft w:val="0"/>
                                      <w:marRight w:val="0"/>
                                      <w:marTop w:val="0"/>
                                      <w:marBottom w:val="0"/>
                                      <w:divBdr>
                                        <w:top w:val="none" w:sz="0" w:space="0" w:color="auto"/>
                                        <w:left w:val="none" w:sz="0" w:space="0" w:color="auto"/>
                                        <w:bottom w:val="none" w:sz="0" w:space="0" w:color="auto"/>
                                        <w:right w:val="none" w:sz="0" w:space="0" w:color="auto"/>
                                      </w:divBdr>
                                      <w:divsChild>
                                        <w:div w:id="270279428">
                                          <w:marLeft w:val="0"/>
                                          <w:marRight w:val="0"/>
                                          <w:marTop w:val="0"/>
                                          <w:marBottom w:val="0"/>
                                          <w:divBdr>
                                            <w:top w:val="none" w:sz="0" w:space="0" w:color="auto"/>
                                            <w:left w:val="none" w:sz="0" w:space="0" w:color="auto"/>
                                            <w:bottom w:val="none" w:sz="0" w:space="0" w:color="auto"/>
                                            <w:right w:val="none" w:sz="0" w:space="0" w:color="auto"/>
                                          </w:divBdr>
                                          <w:divsChild>
                                            <w:div w:id="611015023">
                                              <w:marLeft w:val="0"/>
                                              <w:marRight w:val="0"/>
                                              <w:marTop w:val="0"/>
                                              <w:marBottom w:val="0"/>
                                              <w:divBdr>
                                                <w:top w:val="none" w:sz="0" w:space="0" w:color="auto"/>
                                                <w:left w:val="none" w:sz="0" w:space="0" w:color="auto"/>
                                                <w:bottom w:val="none" w:sz="0" w:space="0" w:color="auto"/>
                                                <w:right w:val="none" w:sz="0" w:space="0" w:color="auto"/>
                                              </w:divBdr>
                                              <w:divsChild>
                                                <w:div w:id="136462371">
                                                  <w:marLeft w:val="0"/>
                                                  <w:marRight w:val="0"/>
                                                  <w:marTop w:val="0"/>
                                                  <w:marBottom w:val="0"/>
                                                  <w:divBdr>
                                                    <w:top w:val="none" w:sz="0" w:space="0" w:color="auto"/>
                                                    <w:left w:val="none" w:sz="0" w:space="0" w:color="auto"/>
                                                    <w:bottom w:val="none" w:sz="0" w:space="0" w:color="auto"/>
                                                    <w:right w:val="none" w:sz="0" w:space="0" w:color="auto"/>
                                                  </w:divBdr>
                                                  <w:divsChild>
                                                    <w:div w:id="1397585618">
                                                      <w:marLeft w:val="0"/>
                                                      <w:marRight w:val="0"/>
                                                      <w:marTop w:val="0"/>
                                                      <w:marBottom w:val="0"/>
                                                      <w:divBdr>
                                                        <w:top w:val="none" w:sz="0" w:space="0" w:color="auto"/>
                                                        <w:left w:val="none" w:sz="0" w:space="0" w:color="auto"/>
                                                        <w:bottom w:val="none" w:sz="0" w:space="0" w:color="auto"/>
                                                        <w:right w:val="none" w:sz="0" w:space="0" w:color="auto"/>
                                                      </w:divBdr>
                                                      <w:divsChild>
                                                        <w:div w:id="1377242652">
                                                          <w:marLeft w:val="0"/>
                                                          <w:marRight w:val="0"/>
                                                          <w:marTop w:val="0"/>
                                                          <w:marBottom w:val="0"/>
                                                          <w:divBdr>
                                                            <w:top w:val="none" w:sz="0" w:space="0" w:color="auto"/>
                                                            <w:left w:val="none" w:sz="0" w:space="0" w:color="auto"/>
                                                            <w:bottom w:val="none" w:sz="0" w:space="0" w:color="auto"/>
                                                            <w:right w:val="none" w:sz="0" w:space="0" w:color="auto"/>
                                                          </w:divBdr>
                                                          <w:divsChild>
                                                            <w:div w:id="6078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142585">
                          <w:marLeft w:val="0"/>
                          <w:marRight w:val="0"/>
                          <w:marTop w:val="0"/>
                          <w:marBottom w:val="0"/>
                          <w:divBdr>
                            <w:top w:val="none" w:sz="0" w:space="0" w:color="auto"/>
                            <w:left w:val="none" w:sz="0" w:space="0" w:color="auto"/>
                            <w:bottom w:val="none" w:sz="0" w:space="0" w:color="auto"/>
                            <w:right w:val="none" w:sz="0" w:space="0" w:color="auto"/>
                          </w:divBdr>
                          <w:divsChild>
                            <w:div w:id="1291787556">
                              <w:marLeft w:val="0"/>
                              <w:marRight w:val="0"/>
                              <w:marTop w:val="0"/>
                              <w:marBottom w:val="0"/>
                              <w:divBdr>
                                <w:top w:val="none" w:sz="0" w:space="0" w:color="auto"/>
                                <w:left w:val="none" w:sz="0" w:space="0" w:color="auto"/>
                                <w:bottom w:val="none" w:sz="0" w:space="0" w:color="auto"/>
                                <w:right w:val="none" w:sz="0" w:space="0" w:color="auto"/>
                              </w:divBdr>
                              <w:divsChild>
                                <w:div w:id="1289504381">
                                  <w:marLeft w:val="0"/>
                                  <w:marRight w:val="0"/>
                                  <w:marTop w:val="0"/>
                                  <w:marBottom w:val="0"/>
                                  <w:divBdr>
                                    <w:top w:val="none" w:sz="0" w:space="0" w:color="auto"/>
                                    <w:left w:val="none" w:sz="0" w:space="0" w:color="auto"/>
                                    <w:bottom w:val="none" w:sz="0" w:space="0" w:color="auto"/>
                                    <w:right w:val="none" w:sz="0" w:space="0" w:color="auto"/>
                                  </w:divBdr>
                                  <w:divsChild>
                                    <w:div w:id="107699028">
                                      <w:marLeft w:val="0"/>
                                      <w:marRight w:val="0"/>
                                      <w:marTop w:val="0"/>
                                      <w:marBottom w:val="0"/>
                                      <w:divBdr>
                                        <w:top w:val="none" w:sz="0" w:space="0" w:color="auto"/>
                                        <w:left w:val="none" w:sz="0" w:space="0" w:color="auto"/>
                                        <w:bottom w:val="none" w:sz="0" w:space="0" w:color="auto"/>
                                        <w:right w:val="none" w:sz="0" w:space="0" w:color="auto"/>
                                      </w:divBdr>
                                      <w:divsChild>
                                        <w:div w:id="1604338192">
                                          <w:marLeft w:val="0"/>
                                          <w:marRight w:val="0"/>
                                          <w:marTop w:val="0"/>
                                          <w:marBottom w:val="0"/>
                                          <w:divBdr>
                                            <w:top w:val="none" w:sz="0" w:space="0" w:color="auto"/>
                                            <w:left w:val="none" w:sz="0" w:space="0" w:color="auto"/>
                                            <w:bottom w:val="none" w:sz="0" w:space="0" w:color="auto"/>
                                            <w:right w:val="none" w:sz="0" w:space="0" w:color="auto"/>
                                          </w:divBdr>
                                          <w:divsChild>
                                            <w:div w:id="659234727">
                                              <w:marLeft w:val="0"/>
                                              <w:marRight w:val="0"/>
                                              <w:marTop w:val="0"/>
                                              <w:marBottom w:val="0"/>
                                              <w:divBdr>
                                                <w:top w:val="none" w:sz="0" w:space="0" w:color="auto"/>
                                                <w:left w:val="none" w:sz="0" w:space="0" w:color="auto"/>
                                                <w:bottom w:val="none" w:sz="0" w:space="0" w:color="auto"/>
                                                <w:right w:val="none" w:sz="0" w:space="0" w:color="auto"/>
                                              </w:divBdr>
                                              <w:divsChild>
                                                <w:div w:id="1470825627">
                                                  <w:marLeft w:val="0"/>
                                                  <w:marRight w:val="0"/>
                                                  <w:marTop w:val="0"/>
                                                  <w:marBottom w:val="0"/>
                                                  <w:divBdr>
                                                    <w:top w:val="none" w:sz="0" w:space="0" w:color="auto"/>
                                                    <w:left w:val="none" w:sz="0" w:space="0" w:color="auto"/>
                                                    <w:bottom w:val="none" w:sz="0" w:space="0" w:color="auto"/>
                                                    <w:right w:val="none" w:sz="0" w:space="0" w:color="auto"/>
                                                  </w:divBdr>
                                                  <w:divsChild>
                                                    <w:div w:id="595753261">
                                                      <w:marLeft w:val="0"/>
                                                      <w:marRight w:val="0"/>
                                                      <w:marTop w:val="0"/>
                                                      <w:marBottom w:val="0"/>
                                                      <w:divBdr>
                                                        <w:top w:val="none" w:sz="0" w:space="0" w:color="auto"/>
                                                        <w:left w:val="none" w:sz="0" w:space="0" w:color="auto"/>
                                                        <w:bottom w:val="none" w:sz="0" w:space="0" w:color="auto"/>
                                                        <w:right w:val="none" w:sz="0" w:space="0" w:color="auto"/>
                                                      </w:divBdr>
                                                      <w:divsChild>
                                                        <w:div w:id="506991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196400">
                          <w:marLeft w:val="0"/>
                          <w:marRight w:val="0"/>
                          <w:marTop w:val="0"/>
                          <w:marBottom w:val="0"/>
                          <w:divBdr>
                            <w:top w:val="none" w:sz="0" w:space="0" w:color="auto"/>
                            <w:left w:val="none" w:sz="0" w:space="0" w:color="auto"/>
                            <w:bottom w:val="none" w:sz="0" w:space="0" w:color="auto"/>
                            <w:right w:val="none" w:sz="0" w:space="0" w:color="auto"/>
                          </w:divBdr>
                          <w:divsChild>
                            <w:div w:id="706177474">
                              <w:marLeft w:val="0"/>
                              <w:marRight w:val="0"/>
                              <w:marTop w:val="0"/>
                              <w:marBottom w:val="0"/>
                              <w:divBdr>
                                <w:top w:val="none" w:sz="0" w:space="0" w:color="auto"/>
                                <w:left w:val="none" w:sz="0" w:space="0" w:color="auto"/>
                                <w:bottom w:val="none" w:sz="0" w:space="0" w:color="auto"/>
                                <w:right w:val="none" w:sz="0" w:space="0" w:color="auto"/>
                              </w:divBdr>
                              <w:divsChild>
                                <w:div w:id="1945265243">
                                  <w:marLeft w:val="0"/>
                                  <w:marRight w:val="0"/>
                                  <w:marTop w:val="0"/>
                                  <w:marBottom w:val="0"/>
                                  <w:divBdr>
                                    <w:top w:val="none" w:sz="0" w:space="0" w:color="auto"/>
                                    <w:left w:val="none" w:sz="0" w:space="0" w:color="auto"/>
                                    <w:bottom w:val="none" w:sz="0" w:space="0" w:color="auto"/>
                                    <w:right w:val="none" w:sz="0" w:space="0" w:color="auto"/>
                                  </w:divBdr>
                                  <w:divsChild>
                                    <w:div w:id="1052660221">
                                      <w:marLeft w:val="0"/>
                                      <w:marRight w:val="0"/>
                                      <w:marTop w:val="0"/>
                                      <w:marBottom w:val="0"/>
                                      <w:divBdr>
                                        <w:top w:val="none" w:sz="0" w:space="0" w:color="auto"/>
                                        <w:left w:val="none" w:sz="0" w:space="0" w:color="auto"/>
                                        <w:bottom w:val="none" w:sz="0" w:space="0" w:color="auto"/>
                                        <w:right w:val="none" w:sz="0" w:space="0" w:color="auto"/>
                                      </w:divBdr>
                                      <w:divsChild>
                                        <w:div w:id="1027559925">
                                          <w:marLeft w:val="0"/>
                                          <w:marRight w:val="0"/>
                                          <w:marTop w:val="0"/>
                                          <w:marBottom w:val="0"/>
                                          <w:divBdr>
                                            <w:top w:val="none" w:sz="0" w:space="0" w:color="auto"/>
                                            <w:left w:val="none" w:sz="0" w:space="0" w:color="auto"/>
                                            <w:bottom w:val="none" w:sz="0" w:space="0" w:color="auto"/>
                                            <w:right w:val="none" w:sz="0" w:space="0" w:color="auto"/>
                                          </w:divBdr>
                                          <w:divsChild>
                                            <w:div w:id="438642302">
                                              <w:marLeft w:val="0"/>
                                              <w:marRight w:val="0"/>
                                              <w:marTop w:val="0"/>
                                              <w:marBottom w:val="0"/>
                                              <w:divBdr>
                                                <w:top w:val="none" w:sz="0" w:space="0" w:color="auto"/>
                                                <w:left w:val="none" w:sz="0" w:space="0" w:color="auto"/>
                                                <w:bottom w:val="none" w:sz="0" w:space="0" w:color="auto"/>
                                                <w:right w:val="none" w:sz="0" w:space="0" w:color="auto"/>
                                              </w:divBdr>
                                              <w:divsChild>
                                                <w:div w:id="1227643961">
                                                  <w:marLeft w:val="0"/>
                                                  <w:marRight w:val="0"/>
                                                  <w:marTop w:val="0"/>
                                                  <w:marBottom w:val="0"/>
                                                  <w:divBdr>
                                                    <w:top w:val="none" w:sz="0" w:space="0" w:color="auto"/>
                                                    <w:left w:val="none" w:sz="0" w:space="0" w:color="auto"/>
                                                    <w:bottom w:val="none" w:sz="0" w:space="0" w:color="auto"/>
                                                    <w:right w:val="none" w:sz="0" w:space="0" w:color="auto"/>
                                                  </w:divBdr>
                                                  <w:divsChild>
                                                    <w:div w:id="696664677">
                                                      <w:marLeft w:val="0"/>
                                                      <w:marRight w:val="0"/>
                                                      <w:marTop w:val="0"/>
                                                      <w:marBottom w:val="0"/>
                                                      <w:divBdr>
                                                        <w:top w:val="none" w:sz="0" w:space="0" w:color="auto"/>
                                                        <w:left w:val="none" w:sz="0" w:space="0" w:color="auto"/>
                                                        <w:bottom w:val="none" w:sz="0" w:space="0" w:color="auto"/>
                                                        <w:right w:val="none" w:sz="0" w:space="0" w:color="auto"/>
                                                      </w:divBdr>
                                                      <w:divsChild>
                                                        <w:div w:id="822115574">
                                                          <w:marLeft w:val="0"/>
                                                          <w:marRight w:val="0"/>
                                                          <w:marTop w:val="0"/>
                                                          <w:marBottom w:val="0"/>
                                                          <w:divBdr>
                                                            <w:top w:val="none" w:sz="0" w:space="0" w:color="auto"/>
                                                            <w:left w:val="none" w:sz="0" w:space="0" w:color="auto"/>
                                                            <w:bottom w:val="none" w:sz="0" w:space="0" w:color="auto"/>
                                                            <w:right w:val="none" w:sz="0" w:space="0" w:color="auto"/>
                                                          </w:divBdr>
                                                          <w:divsChild>
                                                            <w:div w:id="104690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3073443">
                          <w:marLeft w:val="0"/>
                          <w:marRight w:val="0"/>
                          <w:marTop w:val="0"/>
                          <w:marBottom w:val="0"/>
                          <w:divBdr>
                            <w:top w:val="none" w:sz="0" w:space="0" w:color="auto"/>
                            <w:left w:val="none" w:sz="0" w:space="0" w:color="auto"/>
                            <w:bottom w:val="none" w:sz="0" w:space="0" w:color="auto"/>
                            <w:right w:val="none" w:sz="0" w:space="0" w:color="auto"/>
                          </w:divBdr>
                          <w:divsChild>
                            <w:div w:id="1244561168">
                              <w:marLeft w:val="0"/>
                              <w:marRight w:val="0"/>
                              <w:marTop w:val="0"/>
                              <w:marBottom w:val="0"/>
                              <w:divBdr>
                                <w:top w:val="none" w:sz="0" w:space="0" w:color="auto"/>
                                <w:left w:val="none" w:sz="0" w:space="0" w:color="auto"/>
                                <w:bottom w:val="none" w:sz="0" w:space="0" w:color="auto"/>
                                <w:right w:val="none" w:sz="0" w:space="0" w:color="auto"/>
                              </w:divBdr>
                              <w:divsChild>
                                <w:div w:id="633026059">
                                  <w:marLeft w:val="0"/>
                                  <w:marRight w:val="0"/>
                                  <w:marTop w:val="0"/>
                                  <w:marBottom w:val="0"/>
                                  <w:divBdr>
                                    <w:top w:val="none" w:sz="0" w:space="0" w:color="auto"/>
                                    <w:left w:val="none" w:sz="0" w:space="0" w:color="auto"/>
                                    <w:bottom w:val="none" w:sz="0" w:space="0" w:color="auto"/>
                                    <w:right w:val="none" w:sz="0" w:space="0" w:color="auto"/>
                                  </w:divBdr>
                                  <w:divsChild>
                                    <w:div w:id="720637100">
                                      <w:marLeft w:val="0"/>
                                      <w:marRight w:val="0"/>
                                      <w:marTop w:val="0"/>
                                      <w:marBottom w:val="0"/>
                                      <w:divBdr>
                                        <w:top w:val="none" w:sz="0" w:space="0" w:color="auto"/>
                                        <w:left w:val="none" w:sz="0" w:space="0" w:color="auto"/>
                                        <w:bottom w:val="none" w:sz="0" w:space="0" w:color="auto"/>
                                        <w:right w:val="none" w:sz="0" w:space="0" w:color="auto"/>
                                      </w:divBdr>
                                      <w:divsChild>
                                        <w:div w:id="2017658031">
                                          <w:marLeft w:val="0"/>
                                          <w:marRight w:val="0"/>
                                          <w:marTop w:val="0"/>
                                          <w:marBottom w:val="0"/>
                                          <w:divBdr>
                                            <w:top w:val="none" w:sz="0" w:space="0" w:color="auto"/>
                                            <w:left w:val="none" w:sz="0" w:space="0" w:color="auto"/>
                                            <w:bottom w:val="none" w:sz="0" w:space="0" w:color="auto"/>
                                            <w:right w:val="none" w:sz="0" w:space="0" w:color="auto"/>
                                          </w:divBdr>
                                          <w:divsChild>
                                            <w:div w:id="1099328292">
                                              <w:marLeft w:val="0"/>
                                              <w:marRight w:val="0"/>
                                              <w:marTop w:val="0"/>
                                              <w:marBottom w:val="0"/>
                                              <w:divBdr>
                                                <w:top w:val="none" w:sz="0" w:space="0" w:color="auto"/>
                                                <w:left w:val="none" w:sz="0" w:space="0" w:color="auto"/>
                                                <w:bottom w:val="none" w:sz="0" w:space="0" w:color="auto"/>
                                                <w:right w:val="none" w:sz="0" w:space="0" w:color="auto"/>
                                              </w:divBdr>
                                              <w:divsChild>
                                                <w:div w:id="2132749714">
                                                  <w:marLeft w:val="0"/>
                                                  <w:marRight w:val="0"/>
                                                  <w:marTop w:val="0"/>
                                                  <w:marBottom w:val="0"/>
                                                  <w:divBdr>
                                                    <w:top w:val="none" w:sz="0" w:space="0" w:color="auto"/>
                                                    <w:left w:val="none" w:sz="0" w:space="0" w:color="auto"/>
                                                    <w:bottom w:val="none" w:sz="0" w:space="0" w:color="auto"/>
                                                    <w:right w:val="none" w:sz="0" w:space="0" w:color="auto"/>
                                                  </w:divBdr>
                                                </w:div>
                                                <w:div w:id="265777345">
                                                  <w:marLeft w:val="0"/>
                                                  <w:marRight w:val="0"/>
                                                  <w:marTop w:val="0"/>
                                                  <w:marBottom w:val="0"/>
                                                  <w:divBdr>
                                                    <w:top w:val="none" w:sz="0" w:space="0" w:color="auto"/>
                                                    <w:left w:val="none" w:sz="0" w:space="0" w:color="auto"/>
                                                    <w:bottom w:val="none" w:sz="0" w:space="0" w:color="auto"/>
                                                    <w:right w:val="none" w:sz="0" w:space="0" w:color="auto"/>
                                                  </w:divBdr>
                                                  <w:divsChild>
                                                    <w:div w:id="1478572410">
                                                      <w:marLeft w:val="0"/>
                                                      <w:marRight w:val="0"/>
                                                      <w:marTop w:val="0"/>
                                                      <w:marBottom w:val="0"/>
                                                      <w:divBdr>
                                                        <w:top w:val="none" w:sz="0" w:space="0" w:color="auto"/>
                                                        <w:left w:val="none" w:sz="0" w:space="0" w:color="auto"/>
                                                        <w:bottom w:val="none" w:sz="0" w:space="0" w:color="auto"/>
                                                        <w:right w:val="none" w:sz="0" w:space="0" w:color="auto"/>
                                                      </w:divBdr>
                                                      <w:divsChild>
                                                        <w:div w:id="347606086">
                                                          <w:marLeft w:val="0"/>
                                                          <w:marRight w:val="0"/>
                                                          <w:marTop w:val="0"/>
                                                          <w:marBottom w:val="0"/>
                                                          <w:divBdr>
                                                            <w:top w:val="none" w:sz="0" w:space="0" w:color="auto"/>
                                                            <w:left w:val="none" w:sz="0" w:space="0" w:color="auto"/>
                                                            <w:bottom w:val="none" w:sz="0" w:space="0" w:color="auto"/>
                                                            <w:right w:val="none" w:sz="0" w:space="0" w:color="auto"/>
                                                          </w:divBdr>
                                                          <w:divsChild>
                                                            <w:div w:id="1276251885">
                                                              <w:marLeft w:val="0"/>
                                                              <w:marRight w:val="0"/>
                                                              <w:marTop w:val="0"/>
                                                              <w:marBottom w:val="0"/>
                                                              <w:divBdr>
                                                                <w:top w:val="none" w:sz="0" w:space="0" w:color="auto"/>
                                                                <w:left w:val="none" w:sz="0" w:space="0" w:color="auto"/>
                                                                <w:bottom w:val="none" w:sz="0" w:space="0" w:color="auto"/>
                                                                <w:right w:val="none" w:sz="0" w:space="0" w:color="auto"/>
                                                              </w:divBdr>
                                                            </w:div>
                                                            <w:div w:id="413087843">
                                                              <w:marLeft w:val="0"/>
                                                              <w:marRight w:val="0"/>
                                                              <w:marTop w:val="0"/>
                                                              <w:marBottom w:val="0"/>
                                                              <w:divBdr>
                                                                <w:top w:val="none" w:sz="0" w:space="0" w:color="auto"/>
                                                                <w:left w:val="none" w:sz="0" w:space="0" w:color="auto"/>
                                                                <w:bottom w:val="none" w:sz="0" w:space="0" w:color="auto"/>
                                                                <w:right w:val="none" w:sz="0" w:space="0" w:color="auto"/>
                                                              </w:divBdr>
                                                            </w:div>
                                                            <w:div w:id="913509044">
                                                              <w:marLeft w:val="0"/>
                                                              <w:marRight w:val="0"/>
                                                              <w:marTop w:val="0"/>
                                                              <w:marBottom w:val="0"/>
                                                              <w:divBdr>
                                                                <w:top w:val="none" w:sz="0" w:space="0" w:color="auto"/>
                                                                <w:left w:val="none" w:sz="0" w:space="0" w:color="auto"/>
                                                                <w:bottom w:val="none" w:sz="0" w:space="0" w:color="auto"/>
                                                                <w:right w:val="none" w:sz="0" w:space="0" w:color="auto"/>
                                                              </w:divBdr>
                                                            </w:div>
                                                            <w:div w:id="2023431377">
                                                              <w:marLeft w:val="0"/>
                                                              <w:marRight w:val="0"/>
                                                              <w:marTop w:val="0"/>
                                                              <w:marBottom w:val="0"/>
                                                              <w:divBdr>
                                                                <w:top w:val="none" w:sz="0" w:space="0" w:color="auto"/>
                                                                <w:left w:val="none" w:sz="0" w:space="0" w:color="auto"/>
                                                                <w:bottom w:val="none" w:sz="0" w:space="0" w:color="auto"/>
                                                                <w:right w:val="none" w:sz="0" w:space="0" w:color="auto"/>
                                                              </w:divBdr>
                                                              <w:divsChild>
                                                                <w:div w:id="1686594670">
                                                                  <w:marLeft w:val="0"/>
                                                                  <w:marRight w:val="0"/>
                                                                  <w:marTop w:val="0"/>
                                                                  <w:marBottom w:val="0"/>
                                                                  <w:divBdr>
                                                                    <w:top w:val="none" w:sz="0" w:space="0" w:color="auto"/>
                                                                    <w:left w:val="none" w:sz="0" w:space="0" w:color="auto"/>
                                                                    <w:bottom w:val="none" w:sz="0" w:space="0" w:color="auto"/>
                                                                    <w:right w:val="none" w:sz="0" w:space="0" w:color="auto"/>
                                                                  </w:divBdr>
                                                                  <w:divsChild>
                                                                    <w:div w:id="318728452">
                                                                      <w:marLeft w:val="0"/>
                                                                      <w:marRight w:val="0"/>
                                                                      <w:marTop w:val="0"/>
                                                                      <w:marBottom w:val="0"/>
                                                                      <w:divBdr>
                                                                        <w:top w:val="none" w:sz="0" w:space="0" w:color="auto"/>
                                                                        <w:left w:val="none" w:sz="0" w:space="0" w:color="auto"/>
                                                                        <w:bottom w:val="none" w:sz="0" w:space="0" w:color="auto"/>
                                                                        <w:right w:val="none" w:sz="0" w:space="0" w:color="auto"/>
                                                                      </w:divBdr>
                                                                      <w:divsChild>
                                                                        <w:div w:id="77466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66271">
                          <w:marLeft w:val="0"/>
                          <w:marRight w:val="0"/>
                          <w:marTop w:val="0"/>
                          <w:marBottom w:val="0"/>
                          <w:divBdr>
                            <w:top w:val="none" w:sz="0" w:space="0" w:color="auto"/>
                            <w:left w:val="none" w:sz="0" w:space="0" w:color="auto"/>
                            <w:bottom w:val="none" w:sz="0" w:space="0" w:color="auto"/>
                            <w:right w:val="none" w:sz="0" w:space="0" w:color="auto"/>
                          </w:divBdr>
                          <w:divsChild>
                            <w:div w:id="1854150945">
                              <w:marLeft w:val="0"/>
                              <w:marRight w:val="0"/>
                              <w:marTop w:val="0"/>
                              <w:marBottom w:val="0"/>
                              <w:divBdr>
                                <w:top w:val="none" w:sz="0" w:space="0" w:color="auto"/>
                                <w:left w:val="none" w:sz="0" w:space="0" w:color="auto"/>
                                <w:bottom w:val="none" w:sz="0" w:space="0" w:color="auto"/>
                                <w:right w:val="none" w:sz="0" w:space="0" w:color="auto"/>
                              </w:divBdr>
                              <w:divsChild>
                                <w:div w:id="1816332194">
                                  <w:marLeft w:val="0"/>
                                  <w:marRight w:val="0"/>
                                  <w:marTop w:val="0"/>
                                  <w:marBottom w:val="0"/>
                                  <w:divBdr>
                                    <w:top w:val="none" w:sz="0" w:space="0" w:color="auto"/>
                                    <w:left w:val="none" w:sz="0" w:space="0" w:color="auto"/>
                                    <w:bottom w:val="none" w:sz="0" w:space="0" w:color="auto"/>
                                    <w:right w:val="none" w:sz="0" w:space="0" w:color="auto"/>
                                  </w:divBdr>
                                  <w:divsChild>
                                    <w:div w:id="1838030703">
                                      <w:marLeft w:val="0"/>
                                      <w:marRight w:val="0"/>
                                      <w:marTop w:val="0"/>
                                      <w:marBottom w:val="0"/>
                                      <w:divBdr>
                                        <w:top w:val="none" w:sz="0" w:space="0" w:color="auto"/>
                                        <w:left w:val="none" w:sz="0" w:space="0" w:color="auto"/>
                                        <w:bottom w:val="none" w:sz="0" w:space="0" w:color="auto"/>
                                        <w:right w:val="none" w:sz="0" w:space="0" w:color="auto"/>
                                      </w:divBdr>
                                      <w:divsChild>
                                        <w:div w:id="1225725269">
                                          <w:marLeft w:val="0"/>
                                          <w:marRight w:val="0"/>
                                          <w:marTop w:val="0"/>
                                          <w:marBottom w:val="0"/>
                                          <w:divBdr>
                                            <w:top w:val="none" w:sz="0" w:space="0" w:color="auto"/>
                                            <w:left w:val="none" w:sz="0" w:space="0" w:color="auto"/>
                                            <w:bottom w:val="none" w:sz="0" w:space="0" w:color="auto"/>
                                            <w:right w:val="none" w:sz="0" w:space="0" w:color="auto"/>
                                          </w:divBdr>
                                          <w:divsChild>
                                            <w:div w:id="1652446843">
                                              <w:marLeft w:val="0"/>
                                              <w:marRight w:val="0"/>
                                              <w:marTop w:val="0"/>
                                              <w:marBottom w:val="0"/>
                                              <w:divBdr>
                                                <w:top w:val="none" w:sz="0" w:space="0" w:color="auto"/>
                                                <w:left w:val="none" w:sz="0" w:space="0" w:color="auto"/>
                                                <w:bottom w:val="none" w:sz="0" w:space="0" w:color="auto"/>
                                                <w:right w:val="none" w:sz="0" w:space="0" w:color="auto"/>
                                              </w:divBdr>
                                              <w:divsChild>
                                                <w:div w:id="623313309">
                                                  <w:marLeft w:val="0"/>
                                                  <w:marRight w:val="0"/>
                                                  <w:marTop w:val="0"/>
                                                  <w:marBottom w:val="0"/>
                                                  <w:divBdr>
                                                    <w:top w:val="none" w:sz="0" w:space="0" w:color="auto"/>
                                                    <w:left w:val="none" w:sz="0" w:space="0" w:color="auto"/>
                                                    <w:bottom w:val="none" w:sz="0" w:space="0" w:color="auto"/>
                                                    <w:right w:val="none" w:sz="0" w:space="0" w:color="auto"/>
                                                  </w:divBdr>
                                                  <w:divsChild>
                                                    <w:div w:id="1218589680">
                                                      <w:marLeft w:val="0"/>
                                                      <w:marRight w:val="0"/>
                                                      <w:marTop w:val="0"/>
                                                      <w:marBottom w:val="0"/>
                                                      <w:divBdr>
                                                        <w:top w:val="none" w:sz="0" w:space="0" w:color="auto"/>
                                                        <w:left w:val="none" w:sz="0" w:space="0" w:color="auto"/>
                                                        <w:bottom w:val="none" w:sz="0" w:space="0" w:color="auto"/>
                                                        <w:right w:val="none" w:sz="0" w:space="0" w:color="auto"/>
                                                      </w:divBdr>
                                                      <w:divsChild>
                                                        <w:div w:id="1792551260">
                                                          <w:marLeft w:val="0"/>
                                                          <w:marRight w:val="0"/>
                                                          <w:marTop w:val="0"/>
                                                          <w:marBottom w:val="0"/>
                                                          <w:divBdr>
                                                            <w:top w:val="none" w:sz="0" w:space="0" w:color="auto"/>
                                                            <w:left w:val="none" w:sz="0" w:space="0" w:color="auto"/>
                                                            <w:bottom w:val="none" w:sz="0" w:space="0" w:color="auto"/>
                                                            <w:right w:val="none" w:sz="0" w:space="0" w:color="auto"/>
                                                          </w:divBdr>
                                                          <w:divsChild>
                                                            <w:div w:id="191250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9880715">
                          <w:marLeft w:val="0"/>
                          <w:marRight w:val="0"/>
                          <w:marTop w:val="0"/>
                          <w:marBottom w:val="0"/>
                          <w:divBdr>
                            <w:top w:val="none" w:sz="0" w:space="0" w:color="auto"/>
                            <w:left w:val="none" w:sz="0" w:space="0" w:color="auto"/>
                            <w:bottom w:val="none" w:sz="0" w:space="0" w:color="auto"/>
                            <w:right w:val="none" w:sz="0" w:space="0" w:color="auto"/>
                          </w:divBdr>
                          <w:divsChild>
                            <w:div w:id="225191779">
                              <w:marLeft w:val="0"/>
                              <w:marRight w:val="0"/>
                              <w:marTop w:val="0"/>
                              <w:marBottom w:val="0"/>
                              <w:divBdr>
                                <w:top w:val="none" w:sz="0" w:space="0" w:color="auto"/>
                                <w:left w:val="none" w:sz="0" w:space="0" w:color="auto"/>
                                <w:bottom w:val="none" w:sz="0" w:space="0" w:color="auto"/>
                                <w:right w:val="none" w:sz="0" w:space="0" w:color="auto"/>
                              </w:divBdr>
                              <w:divsChild>
                                <w:div w:id="911424496">
                                  <w:marLeft w:val="0"/>
                                  <w:marRight w:val="0"/>
                                  <w:marTop w:val="0"/>
                                  <w:marBottom w:val="0"/>
                                  <w:divBdr>
                                    <w:top w:val="none" w:sz="0" w:space="0" w:color="auto"/>
                                    <w:left w:val="none" w:sz="0" w:space="0" w:color="auto"/>
                                    <w:bottom w:val="none" w:sz="0" w:space="0" w:color="auto"/>
                                    <w:right w:val="none" w:sz="0" w:space="0" w:color="auto"/>
                                  </w:divBdr>
                                  <w:divsChild>
                                    <w:div w:id="347872713">
                                      <w:marLeft w:val="0"/>
                                      <w:marRight w:val="0"/>
                                      <w:marTop w:val="0"/>
                                      <w:marBottom w:val="0"/>
                                      <w:divBdr>
                                        <w:top w:val="none" w:sz="0" w:space="0" w:color="auto"/>
                                        <w:left w:val="none" w:sz="0" w:space="0" w:color="auto"/>
                                        <w:bottom w:val="none" w:sz="0" w:space="0" w:color="auto"/>
                                        <w:right w:val="none" w:sz="0" w:space="0" w:color="auto"/>
                                      </w:divBdr>
                                      <w:divsChild>
                                        <w:div w:id="1080448630">
                                          <w:marLeft w:val="0"/>
                                          <w:marRight w:val="0"/>
                                          <w:marTop w:val="0"/>
                                          <w:marBottom w:val="0"/>
                                          <w:divBdr>
                                            <w:top w:val="none" w:sz="0" w:space="0" w:color="auto"/>
                                            <w:left w:val="none" w:sz="0" w:space="0" w:color="auto"/>
                                            <w:bottom w:val="none" w:sz="0" w:space="0" w:color="auto"/>
                                            <w:right w:val="none" w:sz="0" w:space="0" w:color="auto"/>
                                          </w:divBdr>
                                          <w:divsChild>
                                            <w:div w:id="274870967">
                                              <w:marLeft w:val="0"/>
                                              <w:marRight w:val="0"/>
                                              <w:marTop w:val="0"/>
                                              <w:marBottom w:val="0"/>
                                              <w:divBdr>
                                                <w:top w:val="none" w:sz="0" w:space="0" w:color="auto"/>
                                                <w:left w:val="none" w:sz="0" w:space="0" w:color="auto"/>
                                                <w:bottom w:val="none" w:sz="0" w:space="0" w:color="auto"/>
                                                <w:right w:val="none" w:sz="0" w:space="0" w:color="auto"/>
                                              </w:divBdr>
                                              <w:divsChild>
                                                <w:div w:id="25719503">
                                                  <w:marLeft w:val="0"/>
                                                  <w:marRight w:val="0"/>
                                                  <w:marTop w:val="0"/>
                                                  <w:marBottom w:val="0"/>
                                                  <w:divBdr>
                                                    <w:top w:val="none" w:sz="0" w:space="0" w:color="auto"/>
                                                    <w:left w:val="none" w:sz="0" w:space="0" w:color="auto"/>
                                                    <w:bottom w:val="none" w:sz="0" w:space="0" w:color="auto"/>
                                                    <w:right w:val="none" w:sz="0" w:space="0" w:color="auto"/>
                                                  </w:divBdr>
                                                  <w:divsChild>
                                                    <w:div w:id="141631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956422">
                          <w:marLeft w:val="0"/>
                          <w:marRight w:val="0"/>
                          <w:marTop w:val="0"/>
                          <w:marBottom w:val="0"/>
                          <w:divBdr>
                            <w:top w:val="none" w:sz="0" w:space="0" w:color="auto"/>
                            <w:left w:val="none" w:sz="0" w:space="0" w:color="auto"/>
                            <w:bottom w:val="none" w:sz="0" w:space="0" w:color="auto"/>
                            <w:right w:val="none" w:sz="0" w:space="0" w:color="auto"/>
                          </w:divBdr>
                          <w:divsChild>
                            <w:div w:id="92436931">
                              <w:marLeft w:val="0"/>
                              <w:marRight w:val="0"/>
                              <w:marTop w:val="0"/>
                              <w:marBottom w:val="0"/>
                              <w:divBdr>
                                <w:top w:val="none" w:sz="0" w:space="0" w:color="auto"/>
                                <w:left w:val="none" w:sz="0" w:space="0" w:color="auto"/>
                                <w:bottom w:val="none" w:sz="0" w:space="0" w:color="auto"/>
                                <w:right w:val="none" w:sz="0" w:space="0" w:color="auto"/>
                              </w:divBdr>
                              <w:divsChild>
                                <w:div w:id="960460628">
                                  <w:marLeft w:val="0"/>
                                  <w:marRight w:val="0"/>
                                  <w:marTop w:val="0"/>
                                  <w:marBottom w:val="0"/>
                                  <w:divBdr>
                                    <w:top w:val="none" w:sz="0" w:space="0" w:color="auto"/>
                                    <w:left w:val="none" w:sz="0" w:space="0" w:color="auto"/>
                                    <w:bottom w:val="none" w:sz="0" w:space="0" w:color="auto"/>
                                    <w:right w:val="none" w:sz="0" w:space="0" w:color="auto"/>
                                  </w:divBdr>
                                  <w:divsChild>
                                    <w:div w:id="1110852250">
                                      <w:marLeft w:val="0"/>
                                      <w:marRight w:val="0"/>
                                      <w:marTop w:val="0"/>
                                      <w:marBottom w:val="0"/>
                                      <w:divBdr>
                                        <w:top w:val="none" w:sz="0" w:space="0" w:color="auto"/>
                                        <w:left w:val="none" w:sz="0" w:space="0" w:color="auto"/>
                                        <w:bottom w:val="none" w:sz="0" w:space="0" w:color="auto"/>
                                        <w:right w:val="none" w:sz="0" w:space="0" w:color="auto"/>
                                      </w:divBdr>
                                      <w:divsChild>
                                        <w:div w:id="1130319379">
                                          <w:marLeft w:val="0"/>
                                          <w:marRight w:val="0"/>
                                          <w:marTop w:val="0"/>
                                          <w:marBottom w:val="0"/>
                                          <w:divBdr>
                                            <w:top w:val="none" w:sz="0" w:space="0" w:color="auto"/>
                                            <w:left w:val="none" w:sz="0" w:space="0" w:color="auto"/>
                                            <w:bottom w:val="none" w:sz="0" w:space="0" w:color="auto"/>
                                            <w:right w:val="none" w:sz="0" w:space="0" w:color="auto"/>
                                          </w:divBdr>
                                          <w:divsChild>
                                            <w:div w:id="218825343">
                                              <w:marLeft w:val="0"/>
                                              <w:marRight w:val="0"/>
                                              <w:marTop w:val="0"/>
                                              <w:marBottom w:val="0"/>
                                              <w:divBdr>
                                                <w:top w:val="none" w:sz="0" w:space="0" w:color="auto"/>
                                                <w:left w:val="none" w:sz="0" w:space="0" w:color="auto"/>
                                                <w:bottom w:val="none" w:sz="0" w:space="0" w:color="auto"/>
                                                <w:right w:val="none" w:sz="0" w:space="0" w:color="auto"/>
                                              </w:divBdr>
                                              <w:divsChild>
                                                <w:div w:id="353309511">
                                                  <w:marLeft w:val="0"/>
                                                  <w:marRight w:val="0"/>
                                                  <w:marTop w:val="0"/>
                                                  <w:marBottom w:val="0"/>
                                                  <w:divBdr>
                                                    <w:top w:val="none" w:sz="0" w:space="0" w:color="auto"/>
                                                    <w:left w:val="none" w:sz="0" w:space="0" w:color="auto"/>
                                                    <w:bottom w:val="none" w:sz="0" w:space="0" w:color="auto"/>
                                                    <w:right w:val="none" w:sz="0" w:space="0" w:color="auto"/>
                                                  </w:divBdr>
                                                  <w:divsChild>
                                                    <w:div w:id="178206968">
                                                      <w:marLeft w:val="0"/>
                                                      <w:marRight w:val="0"/>
                                                      <w:marTop w:val="0"/>
                                                      <w:marBottom w:val="0"/>
                                                      <w:divBdr>
                                                        <w:top w:val="none" w:sz="0" w:space="0" w:color="auto"/>
                                                        <w:left w:val="none" w:sz="0" w:space="0" w:color="auto"/>
                                                        <w:bottom w:val="none" w:sz="0" w:space="0" w:color="auto"/>
                                                        <w:right w:val="none" w:sz="0" w:space="0" w:color="auto"/>
                                                      </w:divBdr>
                                                      <w:divsChild>
                                                        <w:div w:id="1874613161">
                                                          <w:marLeft w:val="0"/>
                                                          <w:marRight w:val="0"/>
                                                          <w:marTop w:val="0"/>
                                                          <w:marBottom w:val="0"/>
                                                          <w:divBdr>
                                                            <w:top w:val="none" w:sz="0" w:space="0" w:color="auto"/>
                                                            <w:left w:val="none" w:sz="0" w:space="0" w:color="auto"/>
                                                            <w:bottom w:val="none" w:sz="0" w:space="0" w:color="auto"/>
                                                            <w:right w:val="none" w:sz="0" w:space="0" w:color="auto"/>
                                                          </w:divBdr>
                                                          <w:divsChild>
                                                            <w:div w:id="10276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5984">
                          <w:marLeft w:val="0"/>
                          <w:marRight w:val="0"/>
                          <w:marTop w:val="0"/>
                          <w:marBottom w:val="0"/>
                          <w:divBdr>
                            <w:top w:val="none" w:sz="0" w:space="0" w:color="auto"/>
                            <w:left w:val="none" w:sz="0" w:space="0" w:color="auto"/>
                            <w:bottom w:val="none" w:sz="0" w:space="0" w:color="auto"/>
                            <w:right w:val="none" w:sz="0" w:space="0" w:color="auto"/>
                          </w:divBdr>
                          <w:divsChild>
                            <w:div w:id="1086076972">
                              <w:marLeft w:val="0"/>
                              <w:marRight w:val="0"/>
                              <w:marTop w:val="0"/>
                              <w:marBottom w:val="0"/>
                              <w:divBdr>
                                <w:top w:val="none" w:sz="0" w:space="0" w:color="auto"/>
                                <w:left w:val="none" w:sz="0" w:space="0" w:color="auto"/>
                                <w:bottom w:val="none" w:sz="0" w:space="0" w:color="auto"/>
                                <w:right w:val="none" w:sz="0" w:space="0" w:color="auto"/>
                              </w:divBdr>
                              <w:divsChild>
                                <w:div w:id="833111013">
                                  <w:marLeft w:val="0"/>
                                  <w:marRight w:val="0"/>
                                  <w:marTop w:val="0"/>
                                  <w:marBottom w:val="0"/>
                                  <w:divBdr>
                                    <w:top w:val="none" w:sz="0" w:space="0" w:color="auto"/>
                                    <w:left w:val="none" w:sz="0" w:space="0" w:color="auto"/>
                                    <w:bottom w:val="none" w:sz="0" w:space="0" w:color="auto"/>
                                    <w:right w:val="none" w:sz="0" w:space="0" w:color="auto"/>
                                  </w:divBdr>
                                  <w:divsChild>
                                    <w:div w:id="1393306778">
                                      <w:marLeft w:val="0"/>
                                      <w:marRight w:val="0"/>
                                      <w:marTop w:val="0"/>
                                      <w:marBottom w:val="0"/>
                                      <w:divBdr>
                                        <w:top w:val="none" w:sz="0" w:space="0" w:color="auto"/>
                                        <w:left w:val="none" w:sz="0" w:space="0" w:color="auto"/>
                                        <w:bottom w:val="none" w:sz="0" w:space="0" w:color="auto"/>
                                        <w:right w:val="none" w:sz="0" w:space="0" w:color="auto"/>
                                      </w:divBdr>
                                      <w:divsChild>
                                        <w:div w:id="1828207249">
                                          <w:marLeft w:val="0"/>
                                          <w:marRight w:val="0"/>
                                          <w:marTop w:val="0"/>
                                          <w:marBottom w:val="0"/>
                                          <w:divBdr>
                                            <w:top w:val="none" w:sz="0" w:space="0" w:color="auto"/>
                                            <w:left w:val="none" w:sz="0" w:space="0" w:color="auto"/>
                                            <w:bottom w:val="none" w:sz="0" w:space="0" w:color="auto"/>
                                            <w:right w:val="none" w:sz="0" w:space="0" w:color="auto"/>
                                          </w:divBdr>
                                          <w:divsChild>
                                            <w:div w:id="1274942832">
                                              <w:marLeft w:val="0"/>
                                              <w:marRight w:val="0"/>
                                              <w:marTop w:val="0"/>
                                              <w:marBottom w:val="0"/>
                                              <w:divBdr>
                                                <w:top w:val="none" w:sz="0" w:space="0" w:color="auto"/>
                                                <w:left w:val="none" w:sz="0" w:space="0" w:color="auto"/>
                                                <w:bottom w:val="none" w:sz="0" w:space="0" w:color="auto"/>
                                                <w:right w:val="none" w:sz="0" w:space="0" w:color="auto"/>
                                              </w:divBdr>
                                              <w:divsChild>
                                                <w:div w:id="1573588684">
                                                  <w:marLeft w:val="0"/>
                                                  <w:marRight w:val="0"/>
                                                  <w:marTop w:val="0"/>
                                                  <w:marBottom w:val="0"/>
                                                  <w:divBdr>
                                                    <w:top w:val="none" w:sz="0" w:space="0" w:color="auto"/>
                                                    <w:left w:val="none" w:sz="0" w:space="0" w:color="auto"/>
                                                    <w:bottom w:val="none" w:sz="0" w:space="0" w:color="auto"/>
                                                    <w:right w:val="none" w:sz="0" w:space="0" w:color="auto"/>
                                                  </w:divBdr>
                                                </w:div>
                                                <w:div w:id="820777714">
                                                  <w:marLeft w:val="0"/>
                                                  <w:marRight w:val="0"/>
                                                  <w:marTop w:val="0"/>
                                                  <w:marBottom w:val="0"/>
                                                  <w:divBdr>
                                                    <w:top w:val="none" w:sz="0" w:space="0" w:color="auto"/>
                                                    <w:left w:val="none" w:sz="0" w:space="0" w:color="auto"/>
                                                    <w:bottom w:val="none" w:sz="0" w:space="0" w:color="auto"/>
                                                    <w:right w:val="none" w:sz="0" w:space="0" w:color="auto"/>
                                                  </w:divBdr>
                                                  <w:divsChild>
                                                    <w:div w:id="225266598">
                                                      <w:marLeft w:val="0"/>
                                                      <w:marRight w:val="0"/>
                                                      <w:marTop w:val="0"/>
                                                      <w:marBottom w:val="0"/>
                                                      <w:divBdr>
                                                        <w:top w:val="none" w:sz="0" w:space="0" w:color="auto"/>
                                                        <w:left w:val="none" w:sz="0" w:space="0" w:color="auto"/>
                                                        <w:bottom w:val="none" w:sz="0" w:space="0" w:color="auto"/>
                                                        <w:right w:val="none" w:sz="0" w:space="0" w:color="auto"/>
                                                      </w:divBdr>
                                                      <w:divsChild>
                                                        <w:div w:id="39593226">
                                                          <w:marLeft w:val="0"/>
                                                          <w:marRight w:val="0"/>
                                                          <w:marTop w:val="0"/>
                                                          <w:marBottom w:val="0"/>
                                                          <w:divBdr>
                                                            <w:top w:val="none" w:sz="0" w:space="0" w:color="auto"/>
                                                            <w:left w:val="none" w:sz="0" w:space="0" w:color="auto"/>
                                                            <w:bottom w:val="none" w:sz="0" w:space="0" w:color="auto"/>
                                                            <w:right w:val="none" w:sz="0" w:space="0" w:color="auto"/>
                                                          </w:divBdr>
                                                          <w:divsChild>
                                                            <w:div w:id="1054811915">
                                                              <w:marLeft w:val="0"/>
                                                              <w:marRight w:val="0"/>
                                                              <w:marTop w:val="0"/>
                                                              <w:marBottom w:val="0"/>
                                                              <w:divBdr>
                                                                <w:top w:val="none" w:sz="0" w:space="0" w:color="auto"/>
                                                                <w:left w:val="none" w:sz="0" w:space="0" w:color="auto"/>
                                                                <w:bottom w:val="none" w:sz="0" w:space="0" w:color="auto"/>
                                                                <w:right w:val="none" w:sz="0" w:space="0" w:color="auto"/>
                                                              </w:divBdr>
                                                            </w:div>
                                                            <w:div w:id="1759138702">
                                                              <w:marLeft w:val="0"/>
                                                              <w:marRight w:val="0"/>
                                                              <w:marTop w:val="0"/>
                                                              <w:marBottom w:val="0"/>
                                                              <w:divBdr>
                                                                <w:top w:val="none" w:sz="0" w:space="0" w:color="auto"/>
                                                                <w:left w:val="none" w:sz="0" w:space="0" w:color="auto"/>
                                                                <w:bottom w:val="none" w:sz="0" w:space="0" w:color="auto"/>
                                                                <w:right w:val="none" w:sz="0" w:space="0" w:color="auto"/>
                                                              </w:divBdr>
                                                            </w:div>
                                                            <w:div w:id="472988017">
                                                              <w:marLeft w:val="0"/>
                                                              <w:marRight w:val="0"/>
                                                              <w:marTop w:val="0"/>
                                                              <w:marBottom w:val="0"/>
                                                              <w:divBdr>
                                                                <w:top w:val="none" w:sz="0" w:space="0" w:color="auto"/>
                                                                <w:left w:val="none" w:sz="0" w:space="0" w:color="auto"/>
                                                                <w:bottom w:val="none" w:sz="0" w:space="0" w:color="auto"/>
                                                                <w:right w:val="none" w:sz="0" w:space="0" w:color="auto"/>
                                                              </w:divBdr>
                                                            </w:div>
                                                            <w:div w:id="1394892837">
                                                              <w:marLeft w:val="0"/>
                                                              <w:marRight w:val="0"/>
                                                              <w:marTop w:val="0"/>
                                                              <w:marBottom w:val="0"/>
                                                              <w:divBdr>
                                                                <w:top w:val="none" w:sz="0" w:space="0" w:color="auto"/>
                                                                <w:left w:val="none" w:sz="0" w:space="0" w:color="auto"/>
                                                                <w:bottom w:val="none" w:sz="0" w:space="0" w:color="auto"/>
                                                                <w:right w:val="none" w:sz="0" w:space="0" w:color="auto"/>
                                                              </w:divBdr>
                                                              <w:divsChild>
                                                                <w:div w:id="1768230371">
                                                                  <w:marLeft w:val="0"/>
                                                                  <w:marRight w:val="0"/>
                                                                  <w:marTop w:val="0"/>
                                                                  <w:marBottom w:val="0"/>
                                                                  <w:divBdr>
                                                                    <w:top w:val="none" w:sz="0" w:space="0" w:color="auto"/>
                                                                    <w:left w:val="none" w:sz="0" w:space="0" w:color="auto"/>
                                                                    <w:bottom w:val="none" w:sz="0" w:space="0" w:color="auto"/>
                                                                    <w:right w:val="none" w:sz="0" w:space="0" w:color="auto"/>
                                                                  </w:divBdr>
                                                                  <w:divsChild>
                                                                    <w:div w:id="348458218">
                                                                      <w:marLeft w:val="0"/>
                                                                      <w:marRight w:val="0"/>
                                                                      <w:marTop w:val="0"/>
                                                                      <w:marBottom w:val="0"/>
                                                                      <w:divBdr>
                                                                        <w:top w:val="none" w:sz="0" w:space="0" w:color="auto"/>
                                                                        <w:left w:val="none" w:sz="0" w:space="0" w:color="auto"/>
                                                                        <w:bottom w:val="none" w:sz="0" w:space="0" w:color="auto"/>
                                                                        <w:right w:val="none" w:sz="0" w:space="0" w:color="auto"/>
                                                                      </w:divBdr>
                                                                      <w:divsChild>
                                                                        <w:div w:id="93883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61326">
                          <w:marLeft w:val="0"/>
                          <w:marRight w:val="0"/>
                          <w:marTop w:val="0"/>
                          <w:marBottom w:val="0"/>
                          <w:divBdr>
                            <w:top w:val="none" w:sz="0" w:space="0" w:color="auto"/>
                            <w:left w:val="none" w:sz="0" w:space="0" w:color="auto"/>
                            <w:bottom w:val="none" w:sz="0" w:space="0" w:color="auto"/>
                            <w:right w:val="none" w:sz="0" w:space="0" w:color="auto"/>
                          </w:divBdr>
                          <w:divsChild>
                            <w:div w:id="872038278">
                              <w:marLeft w:val="0"/>
                              <w:marRight w:val="0"/>
                              <w:marTop w:val="0"/>
                              <w:marBottom w:val="0"/>
                              <w:divBdr>
                                <w:top w:val="none" w:sz="0" w:space="0" w:color="auto"/>
                                <w:left w:val="none" w:sz="0" w:space="0" w:color="auto"/>
                                <w:bottom w:val="none" w:sz="0" w:space="0" w:color="auto"/>
                                <w:right w:val="none" w:sz="0" w:space="0" w:color="auto"/>
                              </w:divBdr>
                              <w:divsChild>
                                <w:div w:id="1422489903">
                                  <w:marLeft w:val="0"/>
                                  <w:marRight w:val="0"/>
                                  <w:marTop w:val="0"/>
                                  <w:marBottom w:val="0"/>
                                  <w:divBdr>
                                    <w:top w:val="none" w:sz="0" w:space="0" w:color="auto"/>
                                    <w:left w:val="none" w:sz="0" w:space="0" w:color="auto"/>
                                    <w:bottom w:val="none" w:sz="0" w:space="0" w:color="auto"/>
                                    <w:right w:val="none" w:sz="0" w:space="0" w:color="auto"/>
                                  </w:divBdr>
                                  <w:divsChild>
                                    <w:div w:id="1058091721">
                                      <w:marLeft w:val="0"/>
                                      <w:marRight w:val="0"/>
                                      <w:marTop w:val="0"/>
                                      <w:marBottom w:val="0"/>
                                      <w:divBdr>
                                        <w:top w:val="none" w:sz="0" w:space="0" w:color="auto"/>
                                        <w:left w:val="none" w:sz="0" w:space="0" w:color="auto"/>
                                        <w:bottom w:val="none" w:sz="0" w:space="0" w:color="auto"/>
                                        <w:right w:val="none" w:sz="0" w:space="0" w:color="auto"/>
                                      </w:divBdr>
                                      <w:divsChild>
                                        <w:div w:id="89279251">
                                          <w:marLeft w:val="0"/>
                                          <w:marRight w:val="0"/>
                                          <w:marTop w:val="0"/>
                                          <w:marBottom w:val="0"/>
                                          <w:divBdr>
                                            <w:top w:val="none" w:sz="0" w:space="0" w:color="auto"/>
                                            <w:left w:val="none" w:sz="0" w:space="0" w:color="auto"/>
                                            <w:bottom w:val="none" w:sz="0" w:space="0" w:color="auto"/>
                                            <w:right w:val="none" w:sz="0" w:space="0" w:color="auto"/>
                                          </w:divBdr>
                                          <w:divsChild>
                                            <w:div w:id="89548837">
                                              <w:marLeft w:val="0"/>
                                              <w:marRight w:val="0"/>
                                              <w:marTop w:val="0"/>
                                              <w:marBottom w:val="0"/>
                                              <w:divBdr>
                                                <w:top w:val="none" w:sz="0" w:space="0" w:color="auto"/>
                                                <w:left w:val="none" w:sz="0" w:space="0" w:color="auto"/>
                                                <w:bottom w:val="none" w:sz="0" w:space="0" w:color="auto"/>
                                                <w:right w:val="none" w:sz="0" w:space="0" w:color="auto"/>
                                              </w:divBdr>
                                              <w:divsChild>
                                                <w:div w:id="692655943">
                                                  <w:marLeft w:val="0"/>
                                                  <w:marRight w:val="0"/>
                                                  <w:marTop w:val="0"/>
                                                  <w:marBottom w:val="0"/>
                                                  <w:divBdr>
                                                    <w:top w:val="none" w:sz="0" w:space="0" w:color="auto"/>
                                                    <w:left w:val="none" w:sz="0" w:space="0" w:color="auto"/>
                                                    <w:bottom w:val="none" w:sz="0" w:space="0" w:color="auto"/>
                                                    <w:right w:val="none" w:sz="0" w:space="0" w:color="auto"/>
                                                  </w:divBdr>
                                                  <w:divsChild>
                                                    <w:div w:id="360281174">
                                                      <w:marLeft w:val="0"/>
                                                      <w:marRight w:val="0"/>
                                                      <w:marTop w:val="0"/>
                                                      <w:marBottom w:val="0"/>
                                                      <w:divBdr>
                                                        <w:top w:val="none" w:sz="0" w:space="0" w:color="auto"/>
                                                        <w:left w:val="none" w:sz="0" w:space="0" w:color="auto"/>
                                                        <w:bottom w:val="none" w:sz="0" w:space="0" w:color="auto"/>
                                                        <w:right w:val="none" w:sz="0" w:space="0" w:color="auto"/>
                                                      </w:divBdr>
                                                      <w:divsChild>
                                                        <w:div w:id="488593381">
                                                          <w:marLeft w:val="0"/>
                                                          <w:marRight w:val="0"/>
                                                          <w:marTop w:val="0"/>
                                                          <w:marBottom w:val="0"/>
                                                          <w:divBdr>
                                                            <w:top w:val="none" w:sz="0" w:space="0" w:color="auto"/>
                                                            <w:left w:val="none" w:sz="0" w:space="0" w:color="auto"/>
                                                            <w:bottom w:val="none" w:sz="0" w:space="0" w:color="auto"/>
                                                            <w:right w:val="none" w:sz="0" w:space="0" w:color="auto"/>
                                                          </w:divBdr>
                                                          <w:divsChild>
                                                            <w:div w:id="19315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559623">
                          <w:marLeft w:val="0"/>
                          <w:marRight w:val="0"/>
                          <w:marTop w:val="0"/>
                          <w:marBottom w:val="0"/>
                          <w:divBdr>
                            <w:top w:val="none" w:sz="0" w:space="0" w:color="auto"/>
                            <w:left w:val="none" w:sz="0" w:space="0" w:color="auto"/>
                            <w:bottom w:val="none" w:sz="0" w:space="0" w:color="auto"/>
                            <w:right w:val="none" w:sz="0" w:space="0" w:color="auto"/>
                          </w:divBdr>
                          <w:divsChild>
                            <w:div w:id="1597203550">
                              <w:marLeft w:val="0"/>
                              <w:marRight w:val="0"/>
                              <w:marTop w:val="0"/>
                              <w:marBottom w:val="0"/>
                              <w:divBdr>
                                <w:top w:val="none" w:sz="0" w:space="0" w:color="auto"/>
                                <w:left w:val="none" w:sz="0" w:space="0" w:color="auto"/>
                                <w:bottom w:val="none" w:sz="0" w:space="0" w:color="auto"/>
                                <w:right w:val="none" w:sz="0" w:space="0" w:color="auto"/>
                              </w:divBdr>
                              <w:divsChild>
                                <w:div w:id="987786260">
                                  <w:marLeft w:val="0"/>
                                  <w:marRight w:val="0"/>
                                  <w:marTop w:val="0"/>
                                  <w:marBottom w:val="0"/>
                                  <w:divBdr>
                                    <w:top w:val="none" w:sz="0" w:space="0" w:color="auto"/>
                                    <w:left w:val="none" w:sz="0" w:space="0" w:color="auto"/>
                                    <w:bottom w:val="none" w:sz="0" w:space="0" w:color="auto"/>
                                    <w:right w:val="none" w:sz="0" w:space="0" w:color="auto"/>
                                  </w:divBdr>
                                  <w:divsChild>
                                    <w:div w:id="191110007">
                                      <w:marLeft w:val="0"/>
                                      <w:marRight w:val="0"/>
                                      <w:marTop w:val="0"/>
                                      <w:marBottom w:val="0"/>
                                      <w:divBdr>
                                        <w:top w:val="none" w:sz="0" w:space="0" w:color="auto"/>
                                        <w:left w:val="none" w:sz="0" w:space="0" w:color="auto"/>
                                        <w:bottom w:val="none" w:sz="0" w:space="0" w:color="auto"/>
                                        <w:right w:val="none" w:sz="0" w:space="0" w:color="auto"/>
                                      </w:divBdr>
                                      <w:divsChild>
                                        <w:div w:id="958338216">
                                          <w:marLeft w:val="0"/>
                                          <w:marRight w:val="0"/>
                                          <w:marTop w:val="0"/>
                                          <w:marBottom w:val="0"/>
                                          <w:divBdr>
                                            <w:top w:val="none" w:sz="0" w:space="0" w:color="auto"/>
                                            <w:left w:val="none" w:sz="0" w:space="0" w:color="auto"/>
                                            <w:bottom w:val="none" w:sz="0" w:space="0" w:color="auto"/>
                                            <w:right w:val="none" w:sz="0" w:space="0" w:color="auto"/>
                                          </w:divBdr>
                                          <w:divsChild>
                                            <w:div w:id="763185876">
                                              <w:marLeft w:val="0"/>
                                              <w:marRight w:val="0"/>
                                              <w:marTop w:val="0"/>
                                              <w:marBottom w:val="0"/>
                                              <w:divBdr>
                                                <w:top w:val="none" w:sz="0" w:space="0" w:color="auto"/>
                                                <w:left w:val="none" w:sz="0" w:space="0" w:color="auto"/>
                                                <w:bottom w:val="none" w:sz="0" w:space="0" w:color="auto"/>
                                                <w:right w:val="none" w:sz="0" w:space="0" w:color="auto"/>
                                              </w:divBdr>
                                              <w:divsChild>
                                                <w:div w:id="2067340892">
                                                  <w:marLeft w:val="0"/>
                                                  <w:marRight w:val="0"/>
                                                  <w:marTop w:val="0"/>
                                                  <w:marBottom w:val="0"/>
                                                  <w:divBdr>
                                                    <w:top w:val="none" w:sz="0" w:space="0" w:color="auto"/>
                                                    <w:left w:val="none" w:sz="0" w:space="0" w:color="auto"/>
                                                    <w:bottom w:val="none" w:sz="0" w:space="0" w:color="auto"/>
                                                    <w:right w:val="none" w:sz="0" w:space="0" w:color="auto"/>
                                                  </w:divBdr>
                                                  <w:divsChild>
                                                    <w:div w:id="28208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39573">
                          <w:marLeft w:val="0"/>
                          <w:marRight w:val="0"/>
                          <w:marTop w:val="0"/>
                          <w:marBottom w:val="0"/>
                          <w:divBdr>
                            <w:top w:val="none" w:sz="0" w:space="0" w:color="auto"/>
                            <w:left w:val="none" w:sz="0" w:space="0" w:color="auto"/>
                            <w:bottom w:val="none" w:sz="0" w:space="0" w:color="auto"/>
                            <w:right w:val="none" w:sz="0" w:space="0" w:color="auto"/>
                          </w:divBdr>
                          <w:divsChild>
                            <w:div w:id="1297762079">
                              <w:marLeft w:val="0"/>
                              <w:marRight w:val="0"/>
                              <w:marTop w:val="0"/>
                              <w:marBottom w:val="0"/>
                              <w:divBdr>
                                <w:top w:val="none" w:sz="0" w:space="0" w:color="auto"/>
                                <w:left w:val="none" w:sz="0" w:space="0" w:color="auto"/>
                                <w:bottom w:val="none" w:sz="0" w:space="0" w:color="auto"/>
                                <w:right w:val="none" w:sz="0" w:space="0" w:color="auto"/>
                              </w:divBdr>
                              <w:divsChild>
                                <w:div w:id="485560310">
                                  <w:marLeft w:val="0"/>
                                  <w:marRight w:val="0"/>
                                  <w:marTop w:val="0"/>
                                  <w:marBottom w:val="0"/>
                                  <w:divBdr>
                                    <w:top w:val="none" w:sz="0" w:space="0" w:color="auto"/>
                                    <w:left w:val="none" w:sz="0" w:space="0" w:color="auto"/>
                                    <w:bottom w:val="none" w:sz="0" w:space="0" w:color="auto"/>
                                    <w:right w:val="none" w:sz="0" w:space="0" w:color="auto"/>
                                  </w:divBdr>
                                  <w:divsChild>
                                    <w:div w:id="1306930663">
                                      <w:marLeft w:val="0"/>
                                      <w:marRight w:val="0"/>
                                      <w:marTop w:val="0"/>
                                      <w:marBottom w:val="0"/>
                                      <w:divBdr>
                                        <w:top w:val="none" w:sz="0" w:space="0" w:color="auto"/>
                                        <w:left w:val="none" w:sz="0" w:space="0" w:color="auto"/>
                                        <w:bottom w:val="none" w:sz="0" w:space="0" w:color="auto"/>
                                        <w:right w:val="none" w:sz="0" w:space="0" w:color="auto"/>
                                      </w:divBdr>
                                      <w:divsChild>
                                        <w:div w:id="573465836">
                                          <w:marLeft w:val="0"/>
                                          <w:marRight w:val="0"/>
                                          <w:marTop w:val="0"/>
                                          <w:marBottom w:val="0"/>
                                          <w:divBdr>
                                            <w:top w:val="none" w:sz="0" w:space="0" w:color="auto"/>
                                            <w:left w:val="none" w:sz="0" w:space="0" w:color="auto"/>
                                            <w:bottom w:val="none" w:sz="0" w:space="0" w:color="auto"/>
                                            <w:right w:val="none" w:sz="0" w:space="0" w:color="auto"/>
                                          </w:divBdr>
                                          <w:divsChild>
                                            <w:div w:id="1044057490">
                                              <w:marLeft w:val="0"/>
                                              <w:marRight w:val="0"/>
                                              <w:marTop w:val="0"/>
                                              <w:marBottom w:val="0"/>
                                              <w:divBdr>
                                                <w:top w:val="none" w:sz="0" w:space="0" w:color="auto"/>
                                                <w:left w:val="none" w:sz="0" w:space="0" w:color="auto"/>
                                                <w:bottom w:val="none" w:sz="0" w:space="0" w:color="auto"/>
                                                <w:right w:val="none" w:sz="0" w:space="0" w:color="auto"/>
                                              </w:divBdr>
                                              <w:divsChild>
                                                <w:div w:id="480973547">
                                                  <w:marLeft w:val="0"/>
                                                  <w:marRight w:val="0"/>
                                                  <w:marTop w:val="0"/>
                                                  <w:marBottom w:val="0"/>
                                                  <w:divBdr>
                                                    <w:top w:val="none" w:sz="0" w:space="0" w:color="auto"/>
                                                    <w:left w:val="none" w:sz="0" w:space="0" w:color="auto"/>
                                                    <w:bottom w:val="none" w:sz="0" w:space="0" w:color="auto"/>
                                                    <w:right w:val="none" w:sz="0" w:space="0" w:color="auto"/>
                                                  </w:divBdr>
                                                  <w:divsChild>
                                                    <w:div w:id="1946187565">
                                                      <w:marLeft w:val="0"/>
                                                      <w:marRight w:val="0"/>
                                                      <w:marTop w:val="0"/>
                                                      <w:marBottom w:val="0"/>
                                                      <w:divBdr>
                                                        <w:top w:val="none" w:sz="0" w:space="0" w:color="auto"/>
                                                        <w:left w:val="none" w:sz="0" w:space="0" w:color="auto"/>
                                                        <w:bottom w:val="none" w:sz="0" w:space="0" w:color="auto"/>
                                                        <w:right w:val="none" w:sz="0" w:space="0" w:color="auto"/>
                                                      </w:divBdr>
                                                      <w:divsChild>
                                                        <w:div w:id="1568952916">
                                                          <w:marLeft w:val="0"/>
                                                          <w:marRight w:val="0"/>
                                                          <w:marTop w:val="0"/>
                                                          <w:marBottom w:val="0"/>
                                                          <w:divBdr>
                                                            <w:top w:val="none" w:sz="0" w:space="0" w:color="auto"/>
                                                            <w:left w:val="none" w:sz="0" w:space="0" w:color="auto"/>
                                                            <w:bottom w:val="none" w:sz="0" w:space="0" w:color="auto"/>
                                                            <w:right w:val="none" w:sz="0" w:space="0" w:color="auto"/>
                                                          </w:divBdr>
                                                          <w:divsChild>
                                                            <w:div w:id="1996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800866">
                          <w:marLeft w:val="0"/>
                          <w:marRight w:val="0"/>
                          <w:marTop w:val="0"/>
                          <w:marBottom w:val="0"/>
                          <w:divBdr>
                            <w:top w:val="none" w:sz="0" w:space="0" w:color="auto"/>
                            <w:left w:val="none" w:sz="0" w:space="0" w:color="auto"/>
                            <w:bottom w:val="none" w:sz="0" w:space="0" w:color="auto"/>
                            <w:right w:val="none" w:sz="0" w:space="0" w:color="auto"/>
                          </w:divBdr>
                          <w:divsChild>
                            <w:div w:id="1015496900">
                              <w:marLeft w:val="0"/>
                              <w:marRight w:val="0"/>
                              <w:marTop w:val="0"/>
                              <w:marBottom w:val="0"/>
                              <w:divBdr>
                                <w:top w:val="none" w:sz="0" w:space="0" w:color="auto"/>
                                <w:left w:val="none" w:sz="0" w:space="0" w:color="auto"/>
                                <w:bottom w:val="none" w:sz="0" w:space="0" w:color="auto"/>
                                <w:right w:val="none" w:sz="0" w:space="0" w:color="auto"/>
                              </w:divBdr>
                              <w:divsChild>
                                <w:div w:id="647831529">
                                  <w:marLeft w:val="0"/>
                                  <w:marRight w:val="0"/>
                                  <w:marTop w:val="0"/>
                                  <w:marBottom w:val="0"/>
                                  <w:divBdr>
                                    <w:top w:val="none" w:sz="0" w:space="0" w:color="auto"/>
                                    <w:left w:val="none" w:sz="0" w:space="0" w:color="auto"/>
                                    <w:bottom w:val="none" w:sz="0" w:space="0" w:color="auto"/>
                                    <w:right w:val="none" w:sz="0" w:space="0" w:color="auto"/>
                                  </w:divBdr>
                                  <w:divsChild>
                                    <w:div w:id="92869501">
                                      <w:marLeft w:val="0"/>
                                      <w:marRight w:val="0"/>
                                      <w:marTop w:val="0"/>
                                      <w:marBottom w:val="0"/>
                                      <w:divBdr>
                                        <w:top w:val="none" w:sz="0" w:space="0" w:color="auto"/>
                                        <w:left w:val="none" w:sz="0" w:space="0" w:color="auto"/>
                                        <w:bottom w:val="none" w:sz="0" w:space="0" w:color="auto"/>
                                        <w:right w:val="none" w:sz="0" w:space="0" w:color="auto"/>
                                      </w:divBdr>
                                      <w:divsChild>
                                        <w:div w:id="1096897882">
                                          <w:marLeft w:val="0"/>
                                          <w:marRight w:val="0"/>
                                          <w:marTop w:val="0"/>
                                          <w:marBottom w:val="0"/>
                                          <w:divBdr>
                                            <w:top w:val="none" w:sz="0" w:space="0" w:color="auto"/>
                                            <w:left w:val="none" w:sz="0" w:space="0" w:color="auto"/>
                                            <w:bottom w:val="none" w:sz="0" w:space="0" w:color="auto"/>
                                            <w:right w:val="none" w:sz="0" w:space="0" w:color="auto"/>
                                          </w:divBdr>
                                          <w:divsChild>
                                            <w:div w:id="340861489">
                                              <w:marLeft w:val="0"/>
                                              <w:marRight w:val="0"/>
                                              <w:marTop w:val="0"/>
                                              <w:marBottom w:val="0"/>
                                              <w:divBdr>
                                                <w:top w:val="none" w:sz="0" w:space="0" w:color="auto"/>
                                                <w:left w:val="none" w:sz="0" w:space="0" w:color="auto"/>
                                                <w:bottom w:val="none" w:sz="0" w:space="0" w:color="auto"/>
                                                <w:right w:val="none" w:sz="0" w:space="0" w:color="auto"/>
                                              </w:divBdr>
                                              <w:divsChild>
                                                <w:div w:id="790515087">
                                                  <w:marLeft w:val="0"/>
                                                  <w:marRight w:val="0"/>
                                                  <w:marTop w:val="0"/>
                                                  <w:marBottom w:val="0"/>
                                                  <w:divBdr>
                                                    <w:top w:val="none" w:sz="0" w:space="0" w:color="auto"/>
                                                    <w:left w:val="none" w:sz="0" w:space="0" w:color="auto"/>
                                                    <w:bottom w:val="none" w:sz="0" w:space="0" w:color="auto"/>
                                                    <w:right w:val="none" w:sz="0" w:space="0" w:color="auto"/>
                                                  </w:divBdr>
                                                </w:div>
                                                <w:div w:id="258759090">
                                                  <w:marLeft w:val="0"/>
                                                  <w:marRight w:val="0"/>
                                                  <w:marTop w:val="0"/>
                                                  <w:marBottom w:val="0"/>
                                                  <w:divBdr>
                                                    <w:top w:val="none" w:sz="0" w:space="0" w:color="auto"/>
                                                    <w:left w:val="none" w:sz="0" w:space="0" w:color="auto"/>
                                                    <w:bottom w:val="none" w:sz="0" w:space="0" w:color="auto"/>
                                                    <w:right w:val="none" w:sz="0" w:space="0" w:color="auto"/>
                                                  </w:divBdr>
                                                  <w:divsChild>
                                                    <w:div w:id="1639410549">
                                                      <w:marLeft w:val="0"/>
                                                      <w:marRight w:val="0"/>
                                                      <w:marTop w:val="0"/>
                                                      <w:marBottom w:val="0"/>
                                                      <w:divBdr>
                                                        <w:top w:val="none" w:sz="0" w:space="0" w:color="auto"/>
                                                        <w:left w:val="none" w:sz="0" w:space="0" w:color="auto"/>
                                                        <w:bottom w:val="none" w:sz="0" w:space="0" w:color="auto"/>
                                                        <w:right w:val="none" w:sz="0" w:space="0" w:color="auto"/>
                                                      </w:divBdr>
                                                      <w:divsChild>
                                                        <w:div w:id="1373652209">
                                                          <w:marLeft w:val="0"/>
                                                          <w:marRight w:val="0"/>
                                                          <w:marTop w:val="0"/>
                                                          <w:marBottom w:val="0"/>
                                                          <w:divBdr>
                                                            <w:top w:val="none" w:sz="0" w:space="0" w:color="auto"/>
                                                            <w:left w:val="none" w:sz="0" w:space="0" w:color="auto"/>
                                                            <w:bottom w:val="none" w:sz="0" w:space="0" w:color="auto"/>
                                                            <w:right w:val="none" w:sz="0" w:space="0" w:color="auto"/>
                                                          </w:divBdr>
                                                          <w:divsChild>
                                                            <w:div w:id="229461623">
                                                              <w:marLeft w:val="0"/>
                                                              <w:marRight w:val="0"/>
                                                              <w:marTop w:val="0"/>
                                                              <w:marBottom w:val="0"/>
                                                              <w:divBdr>
                                                                <w:top w:val="none" w:sz="0" w:space="0" w:color="auto"/>
                                                                <w:left w:val="none" w:sz="0" w:space="0" w:color="auto"/>
                                                                <w:bottom w:val="none" w:sz="0" w:space="0" w:color="auto"/>
                                                                <w:right w:val="none" w:sz="0" w:space="0" w:color="auto"/>
                                                              </w:divBdr>
                                                            </w:div>
                                                            <w:div w:id="1180699803">
                                                              <w:marLeft w:val="0"/>
                                                              <w:marRight w:val="0"/>
                                                              <w:marTop w:val="0"/>
                                                              <w:marBottom w:val="0"/>
                                                              <w:divBdr>
                                                                <w:top w:val="none" w:sz="0" w:space="0" w:color="auto"/>
                                                                <w:left w:val="none" w:sz="0" w:space="0" w:color="auto"/>
                                                                <w:bottom w:val="none" w:sz="0" w:space="0" w:color="auto"/>
                                                                <w:right w:val="none" w:sz="0" w:space="0" w:color="auto"/>
                                                              </w:divBdr>
                                                            </w:div>
                                                            <w:div w:id="486239482">
                                                              <w:marLeft w:val="0"/>
                                                              <w:marRight w:val="0"/>
                                                              <w:marTop w:val="0"/>
                                                              <w:marBottom w:val="0"/>
                                                              <w:divBdr>
                                                                <w:top w:val="none" w:sz="0" w:space="0" w:color="auto"/>
                                                                <w:left w:val="none" w:sz="0" w:space="0" w:color="auto"/>
                                                                <w:bottom w:val="none" w:sz="0" w:space="0" w:color="auto"/>
                                                                <w:right w:val="none" w:sz="0" w:space="0" w:color="auto"/>
                                                              </w:divBdr>
                                                            </w:div>
                                                            <w:div w:id="131169574">
                                                              <w:marLeft w:val="0"/>
                                                              <w:marRight w:val="0"/>
                                                              <w:marTop w:val="0"/>
                                                              <w:marBottom w:val="0"/>
                                                              <w:divBdr>
                                                                <w:top w:val="none" w:sz="0" w:space="0" w:color="auto"/>
                                                                <w:left w:val="none" w:sz="0" w:space="0" w:color="auto"/>
                                                                <w:bottom w:val="none" w:sz="0" w:space="0" w:color="auto"/>
                                                                <w:right w:val="none" w:sz="0" w:space="0" w:color="auto"/>
                                                              </w:divBdr>
                                                              <w:divsChild>
                                                                <w:div w:id="229508250">
                                                                  <w:marLeft w:val="0"/>
                                                                  <w:marRight w:val="0"/>
                                                                  <w:marTop w:val="0"/>
                                                                  <w:marBottom w:val="0"/>
                                                                  <w:divBdr>
                                                                    <w:top w:val="none" w:sz="0" w:space="0" w:color="auto"/>
                                                                    <w:left w:val="none" w:sz="0" w:space="0" w:color="auto"/>
                                                                    <w:bottom w:val="none" w:sz="0" w:space="0" w:color="auto"/>
                                                                    <w:right w:val="none" w:sz="0" w:space="0" w:color="auto"/>
                                                                  </w:divBdr>
                                                                  <w:divsChild>
                                                                    <w:div w:id="608587565">
                                                                      <w:marLeft w:val="0"/>
                                                                      <w:marRight w:val="0"/>
                                                                      <w:marTop w:val="0"/>
                                                                      <w:marBottom w:val="0"/>
                                                                      <w:divBdr>
                                                                        <w:top w:val="none" w:sz="0" w:space="0" w:color="auto"/>
                                                                        <w:left w:val="none" w:sz="0" w:space="0" w:color="auto"/>
                                                                        <w:bottom w:val="none" w:sz="0" w:space="0" w:color="auto"/>
                                                                        <w:right w:val="none" w:sz="0" w:space="0" w:color="auto"/>
                                                                      </w:divBdr>
                                                                      <w:divsChild>
                                                                        <w:div w:id="145899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342590">
                          <w:marLeft w:val="0"/>
                          <w:marRight w:val="0"/>
                          <w:marTop w:val="0"/>
                          <w:marBottom w:val="0"/>
                          <w:divBdr>
                            <w:top w:val="none" w:sz="0" w:space="0" w:color="auto"/>
                            <w:left w:val="none" w:sz="0" w:space="0" w:color="auto"/>
                            <w:bottom w:val="none" w:sz="0" w:space="0" w:color="auto"/>
                            <w:right w:val="none" w:sz="0" w:space="0" w:color="auto"/>
                          </w:divBdr>
                          <w:divsChild>
                            <w:div w:id="847795119">
                              <w:marLeft w:val="0"/>
                              <w:marRight w:val="0"/>
                              <w:marTop w:val="0"/>
                              <w:marBottom w:val="0"/>
                              <w:divBdr>
                                <w:top w:val="none" w:sz="0" w:space="0" w:color="auto"/>
                                <w:left w:val="none" w:sz="0" w:space="0" w:color="auto"/>
                                <w:bottom w:val="none" w:sz="0" w:space="0" w:color="auto"/>
                                <w:right w:val="none" w:sz="0" w:space="0" w:color="auto"/>
                              </w:divBdr>
                              <w:divsChild>
                                <w:div w:id="291861083">
                                  <w:marLeft w:val="0"/>
                                  <w:marRight w:val="0"/>
                                  <w:marTop w:val="0"/>
                                  <w:marBottom w:val="0"/>
                                  <w:divBdr>
                                    <w:top w:val="none" w:sz="0" w:space="0" w:color="auto"/>
                                    <w:left w:val="none" w:sz="0" w:space="0" w:color="auto"/>
                                    <w:bottom w:val="none" w:sz="0" w:space="0" w:color="auto"/>
                                    <w:right w:val="none" w:sz="0" w:space="0" w:color="auto"/>
                                  </w:divBdr>
                                  <w:divsChild>
                                    <w:div w:id="1645811344">
                                      <w:marLeft w:val="0"/>
                                      <w:marRight w:val="0"/>
                                      <w:marTop w:val="0"/>
                                      <w:marBottom w:val="0"/>
                                      <w:divBdr>
                                        <w:top w:val="none" w:sz="0" w:space="0" w:color="auto"/>
                                        <w:left w:val="none" w:sz="0" w:space="0" w:color="auto"/>
                                        <w:bottom w:val="none" w:sz="0" w:space="0" w:color="auto"/>
                                        <w:right w:val="none" w:sz="0" w:space="0" w:color="auto"/>
                                      </w:divBdr>
                                      <w:divsChild>
                                        <w:div w:id="590546947">
                                          <w:marLeft w:val="0"/>
                                          <w:marRight w:val="0"/>
                                          <w:marTop w:val="0"/>
                                          <w:marBottom w:val="0"/>
                                          <w:divBdr>
                                            <w:top w:val="none" w:sz="0" w:space="0" w:color="auto"/>
                                            <w:left w:val="none" w:sz="0" w:space="0" w:color="auto"/>
                                            <w:bottom w:val="none" w:sz="0" w:space="0" w:color="auto"/>
                                            <w:right w:val="none" w:sz="0" w:space="0" w:color="auto"/>
                                          </w:divBdr>
                                          <w:divsChild>
                                            <w:div w:id="2067560410">
                                              <w:marLeft w:val="0"/>
                                              <w:marRight w:val="0"/>
                                              <w:marTop w:val="0"/>
                                              <w:marBottom w:val="0"/>
                                              <w:divBdr>
                                                <w:top w:val="none" w:sz="0" w:space="0" w:color="auto"/>
                                                <w:left w:val="none" w:sz="0" w:space="0" w:color="auto"/>
                                                <w:bottom w:val="none" w:sz="0" w:space="0" w:color="auto"/>
                                                <w:right w:val="none" w:sz="0" w:space="0" w:color="auto"/>
                                              </w:divBdr>
                                              <w:divsChild>
                                                <w:div w:id="1962757402">
                                                  <w:marLeft w:val="0"/>
                                                  <w:marRight w:val="0"/>
                                                  <w:marTop w:val="0"/>
                                                  <w:marBottom w:val="0"/>
                                                  <w:divBdr>
                                                    <w:top w:val="none" w:sz="0" w:space="0" w:color="auto"/>
                                                    <w:left w:val="none" w:sz="0" w:space="0" w:color="auto"/>
                                                    <w:bottom w:val="none" w:sz="0" w:space="0" w:color="auto"/>
                                                    <w:right w:val="none" w:sz="0" w:space="0" w:color="auto"/>
                                                  </w:divBdr>
                                                  <w:divsChild>
                                                    <w:div w:id="897858420">
                                                      <w:marLeft w:val="0"/>
                                                      <w:marRight w:val="0"/>
                                                      <w:marTop w:val="0"/>
                                                      <w:marBottom w:val="0"/>
                                                      <w:divBdr>
                                                        <w:top w:val="none" w:sz="0" w:space="0" w:color="auto"/>
                                                        <w:left w:val="none" w:sz="0" w:space="0" w:color="auto"/>
                                                        <w:bottom w:val="none" w:sz="0" w:space="0" w:color="auto"/>
                                                        <w:right w:val="none" w:sz="0" w:space="0" w:color="auto"/>
                                                      </w:divBdr>
                                                      <w:divsChild>
                                                        <w:div w:id="603923240">
                                                          <w:marLeft w:val="0"/>
                                                          <w:marRight w:val="0"/>
                                                          <w:marTop w:val="0"/>
                                                          <w:marBottom w:val="0"/>
                                                          <w:divBdr>
                                                            <w:top w:val="none" w:sz="0" w:space="0" w:color="auto"/>
                                                            <w:left w:val="none" w:sz="0" w:space="0" w:color="auto"/>
                                                            <w:bottom w:val="none" w:sz="0" w:space="0" w:color="auto"/>
                                                            <w:right w:val="none" w:sz="0" w:space="0" w:color="auto"/>
                                                          </w:divBdr>
                                                          <w:divsChild>
                                                            <w:div w:id="188324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1764627">
                          <w:marLeft w:val="0"/>
                          <w:marRight w:val="0"/>
                          <w:marTop w:val="0"/>
                          <w:marBottom w:val="0"/>
                          <w:divBdr>
                            <w:top w:val="none" w:sz="0" w:space="0" w:color="auto"/>
                            <w:left w:val="none" w:sz="0" w:space="0" w:color="auto"/>
                            <w:bottom w:val="none" w:sz="0" w:space="0" w:color="auto"/>
                            <w:right w:val="none" w:sz="0" w:space="0" w:color="auto"/>
                          </w:divBdr>
                          <w:divsChild>
                            <w:div w:id="38282798">
                              <w:marLeft w:val="0"/>
                              <w:marRight w:val="0"/>
                              <w:marTop w:val="0"/>
                              <w:marBottom w:val="0"/>
                              <w:divBdr>
                                <w:top w:val="none" w:sz="0" w:space="0" w:color="auto"/>
                                <w:left w:val="none" w:sz="0" w:space="0" w:color="auto"/>
                                <w:bottom w:val="none" w:sz="0" w:space="0" w:color="auto"/>
                                <w:right w:val="none" w:sz="0" w:space="0" w:color="auto"/>
                              </w:divBdr>
                              <w:divsChild>
                                <w:div w:id="969625379">
                                  <w:marLeft w:val="0"/>
                                  <w:marRight w:val="0"/>
                                  <w:marTop w:val="0"/>
                                  <w:marBottom w:val="0"/>
                                  <w:divBdr>
                                    <w:top w:val="none" w:sz="0" w:space="0" w:color="auto"/>
                                    <w:left w:val="none" w:sz="0" w:space="0" w:color="auto"/>
                                    <w:bottom w:val="none" w:sz="0" w:space="0" w:color="auto"/>
                                    <w:right w:val="none" w:sz="0" w:space="0" w:color="auto"/>
                                  </w:divBdr>
                                  <w:divsChild>
                                    <w:div w:id="1782066220">
                                      <w:marLeft w:val="0"/>
                                      <w:marRight w:val="0"/>
                                      <w:marTop w:val="0"/>
                                      <w:marBottom w:val="0"/>
                                      <w:divBdr>
                                        <w:top w:val="none" w:sz="0" w:space="0" w:color="auto"/>
                                        <w:left w:val="none" w:sz="0" w:space="0" w:color="auto"/>
                                        <w:bottom w:val="none" w:sz="0" w:space="0" w:color="auto"/>
                                        <w:right w:val="none" w:sz="0" w:space="0" w:color="auto"/>
                                      </w:divBdr>
                                      <w:divsChild>
                                        <w:div w:id="1938520439">
                                          <w:marLeft w:val="0"/>
                                          <w:marRight w:val="0"/>
                                          <w:marTop w:val="0"/>
                                          <w:marBottom w:val="0"/>
                                          <w:divBdr>
                                            <w:top w:val="none" w:sz="0" w:space="0" w:color="auto"/>
                                            <w:left w:val="none" w:sz="0" w:space="0" w:color="auto"/>
                                            <w:bottom w:val="none" w:sz="0" w:space="0" w:color="auto"/>
                                            <w:right w:val="none" w:sz="0" w:space="0" w:color="auto"/>
                                          </w:divBdr>
                                          <w:divsChild>
                                            <w:div w:id="252714356">
                                              <w:marLeft w:val="0"/>
                                              <w:marRight w:val="0"/>
                                              <w:marTop w:val="0"/>
                                              <w:marBottom w:val="0"/>
                                              <w:divBdr>
                                                <w:top w:val="none" w:sz="0" w:space="0" w:color="auto"/>
                                                <w:left w:val="none" w:sz="0" w:space="0" w:color="auto"/>
                                                <w:bottom w:val="none" w:sz="0" w:space="0" w:color="auto"/>
                                                <w:right w:val="none" w:sz="0" w:space="0" w:color="auto"/>
                                              </w:divBdr>
                                              <w:divsChild>
                                                <w:div w:id="1692533554">
                                                  <w:marLeft w:val="0"/>
                                                  <w:marRight w:val="0"/>
                                                  <w:marTop w:val="0"/>
                                                  <w:marBottom w:val="0"/>
                                                  <w:divBdr>
                                                    <w:top w:val="none" w:sz="0" w:space="0" w:color="auto"/>
                                                    <w:left w:val="none" w:sz="0" w:space="0" w:color="auto"/>
                                                    <w:bottom w:val="none" w:sz="0" w:space="0" w:color="auto"/>
                                                    <w:right w:val="none" w:sz="0" w:space="0" w:color="auto"/>
                                                  </w:divBdr>
                                                  <w:divsChild>
                                                    <w:div w:id="1986423348">
                                                      <w:marLeft w:val="0"/>
                                                      <w:marRight w:val="0"/>
                                                      <w:marTop w:val="0"/>
                                                      <w:marBottom w:val="0"/>
                                                      <w:divBdr>
                                                        <w:top w:val="none" w:sz="0" w:space="0" w:color="auto"/>
                                                        <w:left w:val="none" w:sz="0" w:space="0" w:color="auto"/>
                                                        <w:bottom w:val="none" w:sz="0" w:space="0" w:color="auto"/>
                                                        <w:right w:val="none" w:sz="0" w:space="0" w:color="auto"/>
                                                      </w:divBdr>
                                                      <w:divsChild>
                                                        <w:div w:id="13157987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5942952">
                          <w:marLeft w:val="0"/>
                          <w:marRight w:val="0"/>
                          <w:marTop w:val="0"/>
                          <w:marBottom w:val="0"/>
                          <w:divBdr>
                            <w:top w:val="none" w:sz="0" w:space="0" w:color="auto"/>
                            <w:left w:val="none" w:sz="0" w:space="0" w:color="auto"/>
                            <w:bottom w:val="none" w:sz="0" w:space="0" w:color="auto"/>
                            <w:right w:val="none" w:sz="0" w:space="0" w:color="auto"/>
                          </w:divBdr>
                          <w:divsChild>
                            <w:div w:id="1183132467">
                              <w:marLeft w:val="0"/>
                              <w:marRight w:val="0"/>
                              <w:marTop w:val="0"/>
                              <w:marBottom w:val="0"/>
                              <w:divBdr>
                                <w:top w:val="none" w:sz="0" w:space="0" w:color="auto"/>
                                <w:left w:val="none" w:sz="0" w:space="0" w:color="auto"/>
                                <w:bottom w:val="none" w:sz="0" w:space="0" w:color="auto"/>
                                <w:right w:val="none" w:sz="0" w:space="0" w:color="auto"/>
                              </w:divBdr>
                              <w:divsChild>
                                <w:div w:id="857154951">
                                  <w:marLeft w:val="0"/>
                                  <w:marRight w:val="0"/>
                                  <w:marTop w:val="0"/>
                                  <w:marBottom w:val="0"/>
                                  <w:divBdr>
                                    <w:top w:val="none" w:sz="0" w:space="0" w:color="auto"/>
                                    <w:left w:val="none" w:sz="0" w:space="0" w:color="auto"/>
                                    <w:bottom w:val="none" w:sz="0" w:space="0" w:color="auto"/>
                                    <w:right w:val="none" w:sz="0" w:space="0" w:color="auto"/>
                                  </w:divBdr>
                                  <w:divsChild>
                                    <w:div w:id="201020997">
                                      <w:marLeft w:val="0"/>
                                      <w:marRight w:val="0"/>
                                      <w:marTop w:val="0"/>
                                      <w:marBottom w:val="0"/>
                                      <w:divBdr>
                                        <w:top w:val="none" w:sz="0" w:space="0" w:color="auto"/>
                                        <w:left w:val="none" w:sz="0" w:space="0" w:color="auto"/>
                                        <w:bottom w:val="none" w:sz="0" w:space="0" w:color="auto"/>
                                        <w:right w:val="none" w:sz="0" w:space="0" w:color="auto"/>
                                      </w:divBdr>
                                      <w:divsChild>
                                        <w:div w:id="201140624">
                                          <w:marLeft w:val="0"/>
                                          <w:marRight w:val="0"/>
                                          <w:marTop w:val="0"/>
                                          <w:marBottom w:val="0"/>
                                          <w:divBdr>
                                            <w:top w:val="none" w:sz="0" w:space="0" w:color="auto"/>
                                            <w:left w:val="none" w:sz="0" w:space="0" w:color="auto"/>
                                            <w:bottom w:val="none" w:sz="0" w:space="0" w:color="auto"/>
                                            <w:right w:val="none" w:sz="0" w:space="0" w:color="auto"/>
                                          </w:divBdr>
                                          <w:divsChild>
                                            <w:div w:id="876702538">
                                              <w:marLeft w:val="0"/>
                                              <w:marRight w:val="0"/>
                                              <w:marTop w:val="0"/>
                                              <w:marBottom w:val="0"/>
                                              <w:divBdr>
                                                <w:top w:val="none" w:sz="0" w:space="0" w:color="auto"/>
                                                <w:left w:val="none" w:sz="0" w:space="0" w:color="auto"/>
                                                <w:bottom w:val="none" w:sz="0" w:space="0" w:color="auto"/>
                                                <w:right w:val="none" w:sz="0" w:space="0" w:color="auto"/>
                                              </w:divBdr>
                                              <w:divsChild>
                                                <w:div w:id="1931084908">
                                                  <w:marLeft w:val="0"/>
                                                  <w:marRight w:val="0"/>
                                                  <w:marTop w:val="0"/>
                                                  <w:marBottom w:val="0"/>
                                                  <w:divBdr>
                                                    <w:top w:val="none" w:sz="0" w:space="0" w:color="auto"/>
                                                    <w:left w:val="none" w:sz="0" w:space="0" w:color="auto"/>
                                                    <w:bottom w:val="none" w:sz="0" w:space="0" w:color="auto"/>
                                                    <w:right w:val="none" w:sz="0" w:space="0" w:color="auto"/>
                                                  </w:divBdr>
                                                  <w:divsChild>
                                                    <w:div w:id="259067544">
                                                      <w:marLeft w:val="0"/>
                                                      <w:marRight w:val="0"/>
                                                      <w:marTop w:val="0"/>
                                                      <w:marBottom w:val="0"/>
                                                      <w:divBdr>
                                                        <w:top w:val="none" w:sz="0" w:space="0" w:color="auto"/>
                                                        <w:left w:val="none" w:sz="0" w:space="0" w:color="auto"/>
                                                        <w:bottom w:val="none" w:sz="0" w:space="0" w:color="auto"/>
                                                        <w:right w:val="none" w:sz="0" w:space="0" w:color="auto"/>
                                                      </w:divBdr>
                                                      <w:divsChild>
                                                        <w:div w:id="1477916593">
                                                          <w:marLeft w:val="0"/>
                                                          <w:marRight w:val="0"/>
                                                          <w:marTop w:val="0"/>
                                                          <w:marBottom w:val="0"/>
                                                          <w:divBdr>
                                                            <w:top w:val="none" w:sz="0" w:space="0" w:color="auto"/>
                                                            <w:left w:val="none" w:sz="0" w:space="0" w:color="auto"/>
                                                            <w:bottom w:val="none" w:sz="0" w:space="0" w:color="auto"/>
                                                            <w:right w:val="none" w:sz="0" w:space="0" w:color="auto"/>
                                                          </w:divBdr>
                                                          <w:divsChild>
                                                            <w:div w:id="53978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301388">
                          <w:marLeft w:val="0"/>
                          <w:marRight w:val="0"/>
                          <w:marTop w:val="0"/>
                          <w:marBottom w:val="0"/>
                          <w:divBdr>
                            <w:top w:val="none" w:sz="0" w:space="0" w:color="auto"/>
                            <w:left w:val="none" w:sz="0" w:space="0" w:color="auto"/>
                            <w:bottom w:val="none" w:sz="0" w:space="0" w:color="auto"/>
                            <w:right w:val="none" w:sz="0" w:space="0" w:color="auto"/>
                          </w:divBdr>
                          <w:divsChild>
                            <w:div w:id="2053384081">
                              <w:marLeft w:val="0"/>
                              <w:marRight w:val="0"/>
                              <w:marTop w:val="0"/>
                              <w:marBottom w:val="0"/>
                              <w:divBdr>
                                <w:top w:val="none" w:sz="0" w:space="0" w:color="auto"/>
                                <w:left w:val="none" w:sz="0" w:space="0" w:color="auto"/>
                                <w:bottom w:val="none" w:sz="0" w:space="0" w:color="auto"/>
                                <w:right w:val="none" w:sz="0" w:space="0" w:color="auto"/>
                              </w:divBdr>
                              <w:divsChild>
                                <w:div w:id="1559053183">
                                  <w:marLeft w:val="0"/>
                                  <w:marRight w:val="0"/>
                                  <w:marTop w:val="0"/>
                                  <w:marBottom w:val="0"/>
                                  <w:divBdr>
                                    <w:top w:val="none" w:sz="0" w:space="0" w:color="auto"/>
                                    <w:left w:val="none" w:sz="0" w:space="0" w:color="auto"/>
                                    <w:bottom w:val="none" w:sz="0" w:space="0" w:color="auto"/>
                                    <w:right w:val="none" w:sz="0" w:space="0" w:color="auto"/>
                                  </w:divBdr>
                                  <w:divsChild>
                                    <w:div w:id="1318995522">
                                      <w:marLeft w:val="0"/>
                                      <w:marRight w:val="0"/>
                                      <w:marTop w:val="0"/>
                                      <w:marBottom w:val="0"/>
                                      <w:divBdr>
                                        <w:top w:val="none" w:sz="0" w:space="0" w:color="auto"/>
                                        <w:left w:val="none" w:sz="0" w:space="0" w:color="auto"/>
                                        <w:bottom w:val="none" w:sz="0" w:space="0" w:color="auto"/>
                                        <w:right w:val="none" w:sz="0" w:space="0" w:color="auto"/>
                                      </w:divBdr>
                                      <w:divsChild>
                                        <w:div w:id="606230016">
                                          <w:marLeft w:val="0"/>
                                          <w:marRight w:val="0"/>
                                          <w:marTop w:val="0"/>
                                          <w:marBottom w:val="0"/>
                                          <w:divBdr>
                                            <w:top w:val="none" w:sz="0" w:space="0" w:color="auto"/>
                                            <w:left w:val="none" w:sz="0" w:space="0" w:color="auto"/>
                                            <w:bottom w:val="none" w:sz="0" w:space="0" w:color="auto"/>
                                            <w:right w:val="none" w:sz="0" w:space="0" w:color="auto"/>
                                          </w:divBdr>
                                          <w:divsChild>
                                            <w:div w:id="1549414421">
                                              <w:marLeft w:val="0"/>
                                              <w:marRight w:val="0"/>
                                              <w:marTop w:val="0"/>
                                              <w:marBottom w:val="0"/>
                                              <w:divBdr>
                                                <w:top w:val="none" w:sz="0" w:space="0" w:color="auto"/>
                                                <w:left w:val="none" w:sz="0" w:space="0" w:color="auto"/>
                                                <w:bottom w:val="none" w:sz="0" w:space="0" w:color="auto"/>
                                                <w:right w:val="none" w:sz="0" w:space="0" w:color="auto"/>
                                              </w:divBdr>
                                              <w:divsChild>
                                                <w:div w:id="1699352776">
                                                  <w:marLeft w:val="0"/>
                                                  <w:marRight w:val="0"/>
                                                  <w:marTop w:val="0"/>
                                                  <w:marBottom w:val="0"/>
                                                  <w:divBdr>
                                                    <w:top w:val="none" w:sz="0" w:space="0" w:color="auto"/>
                                                    <w:left w:val="none" w:sz="0" w:space="0" w:color="auto"/>
                                                    <w:bottom w:val="none" w:sz="0" w:space="0" w:color="auto"/>
                                                    <w:right w:val="none" w:sz="0" w:space="0" w:color="auto"/>
                                                  </w:divBdr>
                                                </w:div>
                                                <w:div w:id="1085685143">
                                                  <w:marLeft w:val="0"/>
                                                  <w:marRight w:val="0"/>
                                                  <w:marTop w:val="0"/>
                                                  <w:marBottom w:val="0"/>
                                                  <w:divBdr>
                                                    <w:top w:val="none" w:sz="0" w:space="0" w:color="auto"/>
                                                    <w:left w:val="none" w:sz="0" w:space="0" w:color="auto"/>
                                                    <w:bottom w:val="none" w:sz="0" w:space="0" w:color="auto"/>
                                                    <w:right w:val="none" w:sz="0" w:space="0" w:color="auto"/>
                                                  </w:divBdr>
                                                  <w:divsChild>
                                                    <w:div w:id="306084420">
                                                      <w:marLeft w:val="0"/>
                                                      <w:marRight w:val="0"/>
                                                      <w:marTop w:val="0"/>
                                                      <w:marBottom w:val="0"/>
                                                      <w:divBdr>
                                                        <w:top w:val="none" w:sz="0" w:space="0" w:color="auto"/>
                                                        <w:left w:val="none" w:sz="0" w:space="0" w:color="auto"/>
                                                        <w:bottom w:val="none" w:sz="0" w:space="0" w:color="auto"/>
                                                        <w:right w:val="none" w:sz="0" w:space="0" w:color="auto"/>
                                                      </w:divBdr>
                                                      <w:divsChild>
                                                        <w:div w:id="223027870">
                                                          <w:marLeft w:val="0"/>
                                                          <w:marRight w:val="0"/>
                                                          <w:marTop w:val="0"/>
                                                          <w:marBottom w:val="0"/>
                                                          <w:divBdr>
                                                            <w:top w:val="none" w:sz="0" w:space="0" w:color="auto"/>
                                                            <w:left w:val="none" w:sz="0" w:space="0" w:color="auto"/>
                                                            <w:bottom w:val="none" w:sz="0" w:space="0" w:color="auto"/>
                                                            <w:right w:val="none" w:sz="0" w:space="0" w:color="auto"/>
                                                          </w:divBdr>
                                                          <w:divsChild>
                                                            <w:div w:id="1596740890">
                                                              <w:marLeft w:val="0"/>
                                                              <w:marRight w:val="0"/>
                                                              <w:marTop w:val="0"/>
                                                              <w:marBottom w:val="0"/>
                                                              <w:divBdr>
                                                                <w:top w:val="none" w:sz="0" w:space="0" w:color="auto"/>
                                                                <w:left w:val="none" w:sz="0" w:space="0" w:color="auto"/>
                                                                <w:bottom w:val="none" w:sz="0" w:space="0" w:color="auto"/>
                                                                <w:right w:val="none" w:sz="0" w:space="0" w:color="auto"/>
                                                              </w:divBdr>
                                                            </w:div>
                                                            <w:div w:id="1455978553">
                                                              <w:marLeft w:val="0"/>
                                                              <w:marRight w:val="0"/>
                                                              <w:marTop w:val="0"/>
                                                              <w:marBottom w:val="0"/>
                                                              <w:divBdr>
                                                                <w:top w:val="none" w:sz="0" w:space="0" w:color="auto"/>
                                                                <w:left w:val="none" w:sz="0" w:space="0" w:color="auto"/>
                                                                <w:bottom w:val="none" w:sz="0" w:space="0" w:color="auto"/>
                                                                <w:right w:val="none" w:sz="0" w:space="0" w:color="auto"/>
                                                              </w:divBdr>
                                                            </w:div>
                                                            <w:div w:id="1460883105">
                                                              <w:marLeft w:val="0"/>
                                                              <w:marRight w:val="0"/>
                                                              <w:marTop w:val="0"/>
                                                              <w:marBottom w:val="0"/>
                                                              <w:divBdr>
                                                                <w:top w:val="none" w:sz="0" w:space="0" w:color="auto"/>
                                                                <w:left w:val="none" w:sz="0" w:space="0" w:color="auto"/>
                                                                <w:bottom w:val="none" w:sz="0" w:space="0" w:color="auto"/>
                                                                <w:right w:val="none" w:sz="0" w:space="0" w:color="auto"/>
                                                              </w:divBdr>
                                                            </w:div>
                                                            <w:div w:id="690646014">
                                                              <w:marLeft w:val="0"/>
                                                              <w:marRight w:val="0"/>
                                                              <w:marTop w:val="0"/>
                                                              <w:marBottom w:val="0"/>
                                                              <w:divBdr>
                                                                <w:top w:val="none" w:sz="0" w:space="0" w:color="auto"/>
                                                                <w:left w:val="none" w:sz="0" w:space="0" w:color="auto"/>
                                                                <w:bottom w:val="none" w:sz="0" w:space="0" w:color="auto"/>
                                                                <w:right w:val="none" w:sz="0" w:space="0" w:color="auto"/>
                                                              </w:divBdr>
                                                              <w:divsChild>
                                                                <w:div w:id="1832986678">
                                                                  <w:marLeft w:val="0"/>
                                                                  <w:marRight w:val="0"/>
                                                                  <w:marTop w:val="0"/>
                                                                  <w:marBottom w:val="0"/>
                                                                  <w:divBdr>
                                                                    <w:top w:val="none" w:sz="0" w:space="0" w:color="auto"/>
                                                                    <w:left w:val="none" w:sz="0" w:space="0" w:color="auto"/>
                                                                    <w:bottom w:val="none" w:sz="0" w:space="0" w:color="auto"/>
                                                                    <w:right w:val="none" w:sz="0" w:space="0" w:color="auto"/>
                                                                  </w:divBdr>
                                                                  <w:divsChild>
                                                                    <w:div w:id="1790511424">
                                                                      <w:marLeft w:val="0"/>
                                                                      <w:marRight w:val="0"/>
                                                                      <w:marTop w:val="0"/>
                                                                      <w:marBottom w:val="0"/>
                                                                      <w:divBdr>
                                                                        <w:top w:val="none" w:sz="0" w:space="0" w:color="auto"/>
                                                                        <w:left w:val="none" w:sz="0" w:space="0" w:color="auto"/>
                                                                        <w:bottom w:val="none" w:sz="0" w:space="0" w:color="auto"/>
                                                                        <w:right w:val="none" w:sz="0" w:space="0" w:color="auto"/>
                                                                      </w:divBdr>
                                                                      <w:divsChild>
                                                                        <w:div w:id="998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6644909">
                          <w:marLeft w:val="0"/>
                          <w:marRight w:val="0"/>
                          <w:marTop w:val="0"/>
                          <w:marBottom w:val="0"/>
                          <w:divBdr>
                            <w:top w:val="none" w:sz="0" w:space="0" w:color="auto"/>
                            <w:left w:val="none" w:sz="0" w:space="0" w:color="auto"/>
                            <w:bottom w:val="none" w:sz="0" w:space="0" w:color="auto"/>
                            <w:right w:val="none" w:sz="0" w:space="0" w:color="auto"/>
                          </w:divBdr>
                          <w:divsChild>
                            <w:div w:id="1558785240">
                              <w:marLeft w:val="0"/>
                              <w:marRight w:val="0"/>
                              <w:marTop w:val="0"/>
                              <w:marBottom w:val="0"/>
                              <w:divBdr>
                                <w:top w:val="none" w:sz="0" w:space="0" w:color="auto"/>
                                <w:left w:val="none" w:sz="0" w:space="0" w:color="auto"/>
                                <w:bottom w:val="none" w:sz="0" w:space="0" w:color="auto"/>
                                <w:right w:val="none" w:sz="0" w:space="0" w:color="auto"/>
                              </w:divBdr>
                              <w:divsChild>
                                <w:div w:id="1694309020">
                                  <w:marLeft w:val="0"/>
                                  <w:marRight w:val="0"/>
                                  <w:marTop w:val="0"/>
                                  <w:marBottom w:val="0"/>
                                  <w:divBdr>
                                    <w:top w:val="none" w:sz="0" w:space="0" w:color="auto"/>
                                    <w:left w:val="none" w:sz="0" w:space="0" w:color="auto"/>
                                    <w:bottom w:val="none" w:sz="0" w:space="0" w:color="auto"/>
                                    <w:right w:val="none" w:sz="0" w:space="0" w:color="auto"/>
                                  </w:divBdr>
                                  <w:divsChild>
                                    <w:div w:id="137655844">
                                      <w:marLeft w:val="0"/>
                                      <w:marRight w:val="0"/>
                                      <w:marTop w:val="0"/>
                                      <w:marBottom w:val="0"/>
                                      <w:divBdr>
                                        <w:top w:val="none" w:sz="0" w:space="0" w:color="auto"/>
                                        <w:left w:val="none" w:sz="0" w:space="0" w:color="auto"/>
                                        <w:bottom w:val="none" w:sz="0" w:space="0" w:color="auto"/>
                                        <w:right w:val="none" w:sz="0" w:space="0" w:color="auto"/>
                                      </w:divBdr>
                                      <w:divsChild>
                                        <w:div w:id="1944998307">
                                          <w:marLeft w:val="0"/>
                                          <w:marRight w:val="0"/>
                                          <w:marTop w:val="0"/>
                                          <w:marBottom w:val="0"/>
                                          <w:divBdr>
                                            <w:top w:val="none" w:sz="0" w:space="0" w:color="auto"/>
                                            <w:left w:val="none" w:sz="0" w:space="0" w:color="auto"/>
                                            <w:bottom w:val="none" w:sz="0" w:space="0" w:color="auto"/>
                                            <w:right w:val="none" w:sz="0" w:space="0" w:color="auto"/>
                                          </w:divBdr>
                                          <w:divsChild>
                                            <w:div w:id="1111391577">
                                              <w:marLeft w:val="0"/>
                                              <w:marRight w:val="0"/>
                                              <w:marTop w:val="0"/>
                                              <w:marBottom w:val="0"/>
                                              <w:divBdr>
                                                <w:top w:val="none" w:sz="0" w:space="0" w:color="auto"/>
                                                <w:left w:val="none" w:sz="0" w:space="0" w:color="auto"/>
                                                <w:bottom w:val="none" w:sz="0" w:space="0" w:color="auto"/>
                                                <w:right w:val="none" w:sz="0" w:space="0" w:color="auto"/>
                                              </w:divBdr>
                                              <w:divsChild>
                                                <w:div w:id="1031687095">
                                                  <w:marLeft w:val="0"/>
                                                  <w:marRight w:val="0"/>
                                                  <w:marTop w:val="0"/>
                                                  <w:marBottom w:val="0"/>
                                                  <w:divBdr>
                                                    <w:top w:val="none" w:sz="0" w:space="0" w:color="auto"/>
                                                    <w:left w:val="none" w:sz="0" w:space="0" w:color="auto"/>
                                                    <w:bottom w:val="none" w:sz="0" w:space="0" w:color="auto"/>
                                                    <w:right w:val="none" w:sz="0" w:space="0" w:color="auto"/>
                                                  </w:divBdr>
                                                  <w:divsChild>
                                                    <w:div w:id="329257006">
                                                      <w:marLeft w:val="0"/>
                                                      <w:marRight w:val="0"/>
                                                      <w:marTop w:val="0"/>
                                                      <w:marBottom w:val="0"/>
                                                      <w:divBdr>
                                                        <w:top w:val="none" w:sz="0" w:space="0" w:color="auto"/>
                                                        <w:left w:val="none" w:sz="0" w:space="0" w:color="auto"/>
                                                        <w:bottom w:val="none" w:sz="0" w:space="0" w:color="auto"/>
                                                        <w:right w:val="none" w:sz="0" w:space="0" w:color="auto"/>
                                                      </w:divBdr>
                                                      <w:divsChild>
                                                        <w:div w:id="316886289">
                                                          <w:marLeft w:val="0"/>
                                                          <w:marRight w:val="0"/>
                                                          <w:marTop w:val="0"/>
                                                          <w:marBottom w:val="0"/>
                                                          <w:divBdr>
                                                            <w:top w:val="none" w:sz="0" w:space="0" w:color="auto"/>
                                                            <w:left w:val="none" w:sz="0" w:space="0" w:color="auto"/>
                                                            <w:bottom w:val="none" w:sz="0" w:space="0" w:color="auto"/>
                                                            <w:right w:val="none" w:sz="0" w:space="0" w:color="auto"/>
                                                          </w:divBdr>
                                                          <w:divsChild>
                                                            <w:div w:id="200967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3903330">
                          <w:marLeft w:val="0"/>
                          <w:marRight w:val="0"/>
                          <w:marTop w:val="0"/>
                          <w:marBottom w:val="0"/>
                          <w:divBdr>
                            <w:top w:val="none" w:sz="0" w:space="0" w:color="auto"/>
                            <w:left w:val="none" w:sz="0" w:space="0" w:color="auto"/>
                            <w:bottom w:val="none" w:sz="0" w:space="0" w:color="auto"/>
                            <w:right w:val="none" w:sz="0" w:space="0" w:color="auto"/>
                          </w:divBdr>
                          <w:divsChild>
                            <w:div w:id="911890056">
                              <w:marLeft w:val="0"/>
                              <w:marRight w:val="0"/>
                              <w:marTop w:val="0"/>
                              <w:marBottom w:val="0"/>
                              <w:divBdr>
                                <w:top w:val="none" w:sz="0" w:space="0" w:color="auto"/>
                                <w:left w:val="none" w:sz="0" w:space="0" w:color="auto"/>
                                <w:bottom w:val="none" w:sz="0" w:space="0" w:color="auto"/>
                                <w:right w:val="none" w:sz="0" w:space="0" w:color="auto"/>
                              </w:divBdr>
                              <w:divsChild>
                                <w:div w:id="749928636">
                                  <w:marLeft w:val="0"/>
                                  <w:marRight w:val="0"/>
                                  <w:marTop w:val="0"/>
                                  <w:marBottom w:val="0"/>
                                  <w:divBdr>
                                    <w:top w:val="none" w:sz="0" w:space="0" w:color="auto"/>
                                    <w:left w:val="none" w:sz="0" w:space="0" w:color="auto"/>
                                    <w:bottom w:val="none" w:sz="0" w:space="0" w:color="auto"/>
                                    <w:right w:val="none" w:sz="0" w:space="0" w:color="auto"/>
                                  </w:divBdr>
                                  <w:divsChild>
                                    <w:div w:id="911695726">
                                      <w:marLeft w:val="0"/>
                                      <w:marRight w:val="0"/>
                                      <w:marTop w:val="0"/>
                                      <w:marBottom w:val="0"/>
                                      <w:divBdr>
                                        <w:top w:val="none" w:sz="0" w:space="0" w:color="auto"/>
                                        <w:left w:val="none" w:sz="0" w:space="0" w:color="auto"/>
                                        <w:bottom w:val="none" w:sz="0" w:space="0" w:color="auto"/>
                                        <w:right w:val="none" w:sz="0" w:space="0" w:color="auto"/>
                                      </w:divBdr>
                                      <w:divsChild>
                                        <w:div w:id="1613709658">
                                          <w:marLeft w:val="0"/>
                                          <w:marRight w:val="0"/>
                                          <w:marTop w:val="0"/>
                                          <w:marBottom w:val="0"/>
                                          <w:divBdr>
                                            <w:top w:val="none" w:sz="0" w:space="0" w:color="auto"/>
                                            <w:left w:val="none" w:sz="0" w:space="0" w:color="auto"/>
                                            <w:bottom w:val="none" w:sz="0" w:space="0" w:color="auto"/>
                                            <w:right w:val="none" w:sz="0" w:space="0" w:color="auto"/>
                                          </w:divBdr>
                                          <w:divsChild>
                                            <w:div w:id="927159501">
                                              <w:marLeft w:val="0"/>
                                              <w:marRight w:val="0"/>
                                              <w:marTop w:val="0"/>
                                              <w:marBottom w:val="0"/>
                                              <w:divBdr>
                                                <w:top w:val="none" w:sz="0" w:space="0" w:color="auto"/>
                                                <w:left w:val="none" w:sz="0" w:space="0" w:color="auto"/>
                                                <w:bottom w:val="none" w:sz="0" w:space="0" w:color="auto"/>
                                                <w:right w:val="none" w:sz="0" w:space="0" w:color="auto"/>
                                              </w:divBdr>
                                              <w:divsChild>
                                                <w:div w:id="1788918">
                                                  <w:marLeft w:val="0"/>
                                                  <w:marRight w:val="0"/>
                                                  <w:marTop w:val="0"/>
                                                  <w:marBottom w:val="0"/>
                                                  <w:divBdr>
                                                    <w:top w:val="none" w:sz="0" w:space="0" w:color="auto"/>
                                                    <w:left w:val="none" w:sz="0" w:space="0" w:color="auto"/>
                                                    <w:bottom w:val="none" w:sz="0" w:space="0" w:color="auto"/>
                                                    <w:right w:val="none" w:sz="0" w:space="0" w:color="auto"/>
                                                  </w:divBdr>
                                                  <w:divsChild>
                                                    <w:div w:id="57234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1137284">
                          <w:marLeft w:val="0"/>
                          <w:marRight w:val="0"/>
                          <w:marTop w:val="0"/>
                          <w:marBottom w:val="0"/>
                          <w:divBdr>
                            <w:top w:val="none" w:sz="0" w:space="0" w:color="auto"/>
                            <w:left w:val="none" w:sz="0" w:space="0" w:color="auto"/>
                            <w:bottom w:val="none" w:sz="0" w:space="0" w:color="auto"/>
                            <w:right w:val="none" w:sz="0" w:space="0" w:color="auto"/>
                          </w:divBdr>
                          <w:divsChild>
                            <w:div w:id="1199734194">
                              <w:marLeft w:val="0"/>
                              <w:marRight w:val="0"/>
                              <w:marTop w:val="0"/>
                              <w:marBottom w:val="0"/>
                              <w:divBdr>
                                <w:top w:val="none" w:sz="0" w:space="0" w:color="auto"/>
                                <w:left w:val="none" w:sz="0" w:space="0" w:color="auto"/>
                                <w:bottom w:val="none" w:sz="0" w:space="0" w:color="auto"/>
                                <w:right w:val="none" w:sz="0" w:space="0" w:color="auto"/>
                              </w:divBdr>
                              <w:divsChild>
                                <w:div w:id="703751881">
                                  <w:marLeft w:val="0"/>
                                  <w:marRight w:val="0"/>
                                  <w:marTop w:val="0"/>
                                  <w:marBottom w:val="0"/>
                                  <w:divBdr>
                                    <w:top w:val="none" w:sz="0" w:space="0" w:color="auto"/>
                                    <w:left w:val="none" w:sz="0" w:space="0" w:color="auto"/>
                                    <w:bottom w:val="none" w:sz="0" w:space="0" w:color="auto"/>
                                    <w:right w:val="none" w:sz="0" w:space="0" w:color="auto"/>
                                  </w:divBdr>
                                  <w:divsChild>
                                    <w:div w:id="1372874150">
                                      <w:marLeft w:val="0"/>
                                      <w:marRight w:val="0"/>
                                      <w:marTop w:val="0"/>
                                      <w:marBottom w:val="0"/>
                                      <w:divBdr>
                                        <w:top w:val="none" w:sz="0" w:space="0" w:color="auto"/>
                                        <w:left w:val="none" w:sz="0" w:space="0" w:color="auto"/>
                                        <w:bottom w:val="none" w:sz="0" w:space="0" w:color="auto"/>
                                        <w:right w:val="none" w:sz="0" w:space="0" w:color="auto"/>
                                      </w:divBdr>
                                      <w:divsChild>
                                        <w:div w:id="2006591449">
                                          <w:marLeft w:val="0"/>
                                          <w:marRight w:val="0"/>
                                          <w:marTop w:val="0"/>
                                          <w:marBottom w:val="0"/>
                                          <w:divBdr>
                                            <w:top w:val="none" w:sz="0" w:space="0" w:color="auto"/>
                                            <w:left w:val="none" w:sz="0" w:space="0" w:color="auto"/>
                                            <w:bottom w:val="none" w:sz="0" w:space="0" w:color="auto"/>
                                            <w:right w:val="none" w:sz="0" w:space="0" w:color="auto"/>
                                          </w:divBdr>
                                          <w:divsChild>
                                            <w:div w:id="1393890212">
                                              <w:marLeft w:val="0"/>
                                              <w:marRight w:val="0"/>
                                              <w:marTop w:val="0"/>
                                              <w:marBottom w:val="0"/>
                                              <w:divBdr>
                                                <w:top w:val="none" w:sz="0" w:space="0" w:color="auto"/>
                                                <w:left w:val="none" w:sz="0" w:space="0" w:color="auto"/>
                                                <w:bottom w:val="none" w:sz="0" w:space="0" w:color="auto"/>
                                                <w:right w:val="none" w:sz="0" w:space="0" w:color="auto"/>
                                              </w:divBdr>
                                              <w:divsChild>
                                                <w:div w:id="1486240901">
                                                  <w:marLeft w:val="0"/>
                                                  <w:marRight w:val="0"/>
                                                  <w:marTop w:val="0"/>
                                                  <w:marBottom w:val="0"/>
                                                  <w:divBdr>
                                                    <w:top w:val="none" w:sz="0" w:space="0" w:color="auto"/>
                                                    <w:left w:val="none" w:sz="0" w:space="0" w:color="auto"/>
                                                    <w:bottom w:val="none" w:sz="0" w:space="0" w:color="auto"/>
                                                    <w:right w:val="none" w:sz="0" w:space="0" w:color="auto"/>
                                                  </w:divBdr>
                                                  <w:divsChild>
                                                    <w:div w:id="817771556">
                                                      <w:marLeft w:val="0"/>
                                                      <w:marRight w:val="0"/>
                                                      <w:marTop w:val="0"/>
                                                      <w:marBottom w:val="0"/>
                                                      <w:divBdr>
                                                        <w:top w:val="none" w:sz="0" w:space="0" w:color="auto"/>
                                                        <w:left w:val="none" w:sz="0" w:space="0" w:color="auto"/>
                                                        <w:bottom w:val="none" w:sz="0" w:space="0" w:color="auto"/>
                                                        <w:right w:val="none" w:sz="0" w:space="0" w:color="auto"/>
                                                      </w:divBdr>
                                                      <w:divsChild>
                                                        <w:div w:id="1348797118">
                                                          <w:marLeft w:val="0"/>
                                                          <w:marRight w:val="0"/>
                                                          <w:marTop w:val="0"/>
                                                          <w:marBottom w:val="0"/>
                                                          <w:divBdr>
                                                            <w:top w:val="none" w:sz="0" w:space="0" w:color="auto"/>
                                                            <w:left w:val="none" w:sz="0" w:space="0" w:color="auto"/>
                                                            <w:bottom w:val="none" w:sz="0" w:space="0" w:color="auto"/>
                                                            <w:right w:val="none" w:sz="0" w:space="0" w:color="auto"/>
                                                          </w:divBdr>
                                                          <w:divsChild>
                                                            <w:div w:id="4092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9864999">
                          <w:marLeft w:val="0"/>
                          <w:marRight w:val="0"/>
                          <w:marTop w:val="0"/>
                          <w:marBottom w:val="0"/>
                          <w:divBdr>
                            <w:top w:val="none" w:sz="0" w:space="0" w:color="auto"/>
                            <w:left w:val="none" w:sz="0" w:space="0" w:color="auto"/>
                            <w:bottom w:val="none" w:sz="0" w:space="0" w:color="auto"/>
                            <w:right w:val="none" w:sz="0" w:space="0" w:color="auto"/>
                          </w:divBdr>
                          <w:divsChild>
                            <w:div w:id="1901555559">
                              <w:marLeft w:val="0"/>
                              <w:marRight w:val="0"/>
                              <w:marTop w:val="0"/>
                              <w:marBottom w:val="0"/>
                              <w:divBdr>
                                <w:top w:val="none" w:sz="0" w:space="0" w:color="auto"/>
                                <w:left w:val="none" w:sz="0" w:space="0" w:color="auto"/>
                                <w:bottom w:val="none" w:sz="0" w:space="0" w:color="auto"/>
                                <w:right w:val="none" w:sz="0" w:space="0" w:color="auto"/>
                              </w:divBdr>
                              <w:divsChild>
                                <w:div w:id="150756588">
                                  <w:marLeft w:val="0"/>
                                  <w:marRight w:val="0"/>
                                  <w:marTop w:val="0"/>
                                  <w:marBottom w:val="0"/>
                                  <w:divBdr>
                                    <w:top w:val="none" w:sz="0" w:space="0" w:color="auto"/>
                                    <w:left w:val="none" w:sz="0" w:space="0" w:color="auto"/>
                                    <w:bottom w:val="none" w:sz="0" w:space="0" w:color="auto"/>
                                    <w:right w:val="none" w:sz="0" w:space="0" w:color="auto"/>
                                  </w:divBdr>
                                  <w:divsChild>
                                    <w:div w:id="840974774">
                                      <w:marLeft w:val="0"/>
                                      <w:marRight w:val="0"/>
                                      <w:marTop w:val="0"/>
                                      <w:marBottom w:val="0"/>
                                      <w:divBdr>
                                        <w:top w:val="none" w:sz="0" w:space="0" w:color="auto"/>
                                        <w:left w:val="none" w:sz="0" w:space="0" w:color="auto"/>
                                        <w:bottom w:val="none" w:sz="0" w:space="0" w:color="auto"/>
                                        <w:right w:val="none" w:sz="0" w:space="0" w:color="auto"/>
                                      </w:divBdr>
                                      <w:divsChild>
                                        <w:div w:id="13649869">
                                          <w:marLeft w:val="0"/>
                                          <w:marRight w:val="0"/>
                                          <w:marTop w:val="0"/>
                                          <w:marBottom w:val="0"/>
                                          <w:divBdr>
                                            <w:top w:val="none" w:sz="0" w:space="0" w:color="auto"/>
                                            <w:left w:val="none" w:sz="0" w:space="0" w:color="auto"/>
                                            <w:bottom w:val="none" w:sz="0" w:space="0" w:color="auto"/>
                                            <w:right w:val="none" w:sz="0" w:space="0" w:color="auto"/>
                                          </w:divBdr>
                                          <w:divsChild>
                                            <w:div w:id="457408030">
                                              <w:marLeft w:val="0"/>
                                              <w:marRight w:val="0"/>
                                              <w:marTop w:val="0"/>
                                              <w:marBottom w:val="0"/>
                                              <w:divBdr>
                                                <w:top w:val="none" w:sz="0" w:space="0" w:color="auto"/>
                                                <w:left w:val="none" w:sz="0" w:space="0" w:color="auto"/>
                                                <w:bottom w:val="none" w:sz="0" w:space="0" w:color="auto"/>
                                                <w:right w:val="none" w:sz="0" w:space="0" w:color="auto"/>
                                              </w:divBdr>
                                              <w:divsChild>
                                                <w:div w:id="794567700">
                                                  <w:marLeft w:val="0"/>
                                                  <w:marRight w:val="0"/>
                                                  <w:marTop w:val="0"/>
                                                  <w:marBottom w:val="0"/>
                                                  <w:divBdr>
                                                    <w:top w:val="none" w:sz="0" w:space="0" w:color="auto"/>
                                                    <w:left w:val="none" w:sz="0" w:space="0" w:color="auto"/>
                                                    <w:bottom w:val="none" w:sz="0" w:space="0" w:color="auto"/>
                                                    <w:right w:val="none" w:sz="0" w:space="0" w:color="auto"/>
                                                  </w:divBdr>
                                                </w:div>
                                                <w:div w:id="1798987630">
                                                  <w:marLeft w:val="0"/>
                                                  <w:marRight w:val="0"/>
                                                  <w:marTop w:val="0"/>
                                                  <w:marBottom w:val="0"/>
                                                  <w:divBdr>
                                                    <w:top w:val="none" w:sz="0" w:space="0" w:color="auto"/>
                                                    <w:left w:val="none" w:sz="0" w:space="0" w:color="auto"/>
                                                    <w:bottom w:val="none" w:sz="0" w:space="0" w:color="auto"/>
                                                    <w:right w:val="none" w:sz="0" w:space="0" w:color="auto"/>
                                                  </w:divBdr>
                                                  <w:divsChild>
                                                    <w:div w:id="1025253401">
                                                      <w:marLeft w:val="0"/>
                                                      <w:marRight w:val="0"/>
                                                      <w:marTop w:val="0"/>
                                                      <w:marBottom w:val="0"/>
                                                      <w:divBdr>
                                                        <w:top w:val="none" w:sz="0" w:space="0" w:color="auto"/>
                                                        <w:left w:val="none" w:sz="0" w:space="0" w:color="auto"/>
                                                        <w:bottom w:val="none" w:sz="0" w:space="0" w:color="auto"/>
                                                        <w:right w:val="none" w:sz="0" w:space="0" w:color="auto"/>
                                                      </w:divBdr>
                                                      <w:divsChild>
                                                        <w:div w:id="817305613">
                                                          <w:marLeft w:val="0"/>
                                                          <w:marRight w:val="0"/>
                                                          <w:marTop w:val="0"/>
                                                          <w:marBottom w:val="0"/>
                                                          <w:divBdr>
                                                            <w:top w:val="none" w:sz="0" w:space="0" w:color="auto"/>
                                                            <w:left w:val="none" w:sz="0" w:space="0" w:color="auto"/>
                                                            <w:bottom w:val="none" w:sz="0" w:space="0" w:color="auto"/>
                                                            <w:right w:val="none" w:sz="0" w:space="0" w:color="auto"/>
                                                          </w:divBdr>
                                                          <w:divsChild>
                                                            <w:div w:id="934748467">
                                                              <w:marLeft w:val="0"/>
                                                              <w:marRight w:val="0"/>
                                                              <w:marTop w:val="0"/>
                                                              <w:marBottom w:val="0"/>
                                                              <w:divBdr>
                                                                <w:top w:val="none" w:sz="0" w:space="0" w:color="auto"/>
                                                                <w:left w:val="none" w:sz="0" w:space="0" w:color="auto"/>
                                                                <w:bottom w:val="none" w:sz="0" w:space="0" w:color="auto"/>
                                                                <w:right w:val="none" w:sz="0" w:space="0" w:color="auto"/>
                                                              </w:divBdr>
                                                            </w:div>
                                                            <w:div w:id="928386753">
                                                              <w:marLeft w:val="0"/>
                                                              <w:marRight w:val="0"/>
                                                              <w:marTop w:val="0"/>
                                                              <w:marBottom w:val="0"/>
                                                              <w:divBdr>
                                                                <w:top w:val="none" w:sz="0" w:space="0" w:color="auto"/>
                                                                <w:left w:val="none" w:sz="0" w:space="0" w:color="auto"/>
                                                                <w:bottom w:val="none" w:sz="0" w:space="0" w:color="auto"/>
                                                                <w:right w:val="none" w:sz="0" w:space="0" w:color="auto"/>
                                                              </w:divBdr>
                                                            </w:div>
                                                            <w:div w:id="526606315">
                                                              <w:marLeft w:val="0"/>
                                                              <w:marRight w:val="0"/>
                                                              <w:marTop w:val="0"/>
                                                              <w:marBottom w:val="0"/>
                                                              <w:divBdr>
                                                                <w:top w:val="none" w:sz="0" w:space="0" w:color="auto"/>
                                                                <w:left w:val="none" w:sz="0" w:space="0" w:color="auto"/>
                                                                <w:bottom w:val="none" w:sz="0" w:space="0" w:color="auto"/>
                                                                <w:right w:val="none" w:sz="0" w:space="0" w:color="auto"/>
                                                              </w:divBdr>
                                                            </w:div>
                                                            <w:div w:id="1739552411">
                                                              <w:marLeft w:val="0"/>
                                                              <w:marRight w:val="0"/>
                                                              <w:marTop w:val="0"/>
                                                              <w:marBottom w:val="0"/>
                                                              <w:divBdr>
                                                                <w:top w:val="none" w:sz="0" w:space="0" w:color="auto"/>
                                                                <w:left w:val="none" w:sz="0" w:space="0" w:color="auto"/>
                                                                <w:bottom w:val="none" w:sz="0" w:space="0" w:color="auto"/>
                                                                <w:right w:val="none" w:sz="0" w:space="0" w:color="auto"/>
                                                              </w:divBdr>
                                                              <w:divsChild>
                                                                <w:div w:id="40594222">
                                                                  <w:marLeft w:val="0"/>
                                                                  <w:marRight w:val="0"/>
                                                                  <w:marTop w:val="0"/>
                                                                  <w:marBottom w:val="0"/>
                                                                  <w:divBdr>
                                                                    <w:top w:val="none" w:sz="0" w:space="0" w:color="auto"/>
                                                                    <w:left w:val="none" w:sz="0" w:space="0" w:color="auto"/>
                                                                    <w:bottom w:val="none" w:sz="0" w:space="0" w:color="auto"/>
                                                                    <w:right w:val="none" w:sz="0" w:space="0" w:color="auto"/>
                                                                  </w:divBdr>
                                                                  <w:divsChild>
                                                                    <w:div w:id="1012032242">
                                                                      <w:marLeft w:val="0"/>
                                                                      <w:marRight w:val="0"/>
                                                                      <w:marTop w:val="0"/>
                                                                      <w:marBottom w:val="0"/>
                                                                      <w:divBdr>
                                                                        <w:top w:val="none" w:sz="0" w:space="0" w:color="auto"/>
                                                                        <w:left w:val="none" w:sz="0" w:space="0" w:color="auto"/>
                                                                        <w:bottom w:val="none" w:sz="0" w:space="0" w:color="auto"/>
                                                                        <w:right w:val="none" w:sz="0" w:space="0" w:color="auto"/>
                                                                      </w:divBdr>
                                                                      <w:divsChild>
                                                                        <w:div w:id="170421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7634408">
                          <w:marLeft w:val="0"/>
                          <w:marRight w:val="0"/>
                          <w:marTop w:val="0"/>
                          <w:marBottom w:val="0"/>
                          <w:divBdr>
                            <w:top w:val="none" w:sz="0" w:space="0" w:color="auto"/>
                            <w:left w:val="none" w:sz="0" w:space="0" w:color="auto"/>
                            <w:bottom w:val="none" w:sz="0" w:space="0" w:color="auto"/>
                            <w:right w:val="none" w:sz="0" w:space="0" w:color="auto"/>
                          </w:divBdr>
                          <w:divsChild>
                            <w:div w:id="1560284818">
                              <w:marLeft w:val="0"/>
                              <w:marRight w:val="0"/>
                              <w:marTop w:val="0"/>
                              <w:marBottom w:val="0"/>
                              <w:divBdr>
                                <w:top w:val="none" w:sz="0" w:space="0" w:color="auto"/>
                                <w:left w:val="none" w:sz="0" w:space="0" w:color="auto"/>
                                <w:bottom w:val="none" w:sz="0" w:space="0" w:color="auto"/>
                                <w:right w:val="none" w:sz="0" w:space="0" w:color="auto"/>
                              </w:divBdr>
                              <w:divsChild>
                                <w:div w:id="531309389">
                                  <w:marLeft w:val="0"/>
                                  <w:marRight w:val="0"/>
                                  <w:marTop w:val="0"/>
                                  <w:marBottom w:val="0"/>
                                  <w:divBdr>
                                    <w:top w:val="none" w:sz="0" w:space="0" w:color="auto"/>
                                    <w:left w:val="none" w:sz="0" w:space="0" w:color="auto"/>
                                    <w:bottom w:val="none" w:sz="0" w:space="0" w:color="auto"/>
                                    <w:right w:val="none" w:sz="0" w:space="0" w:color="auto"/>
                                  </w:divBdr>
                                  <w:divsChild>
                                    <w:div w:id="1624724413">
                                      <w:marLeft w:val="0"/>
                                      <w:marRight w:val="0"/>
                                      <w:marTop w:val="0"/>
                                      <w:marBottom w:val="0"/>
                                      <w:divBdr>
                                        <w:top w:val="none" w:sz="0" w:space="0" w:color="auto"/>
                                        <w:left w:val="none" w:sz="0" w:space="0" w:color="auto"/>
                                        <w:bottom w:val="none" w:sz="0" w:space="0" w:color="auto"/>
                                        <w:right w:val="none" w:sz="0" w:space="0" w:color="auto"/>
                                      </w:divBdr>
                                      <w:divsChild>
                                        <w:div w:id="1095974105">
                                          <w:marLeft w:val="0"/>
                                          <w:marRight w:val="0"/>
                                          <w:marTop w:val="0"/>
                                          <w:marBottom w:val="0"/>
                                          <w:divBdr>
                                            <w:top w:val="none" w:sz="0" w:space="0" w:color="auto"/>
                                            <w:left w:val="none" w:sz="0" w:space="0" w:color="auto"/>
                                            <w:bottom w:val="none" w:sz="0" w:space="0" w:color="auto"/>
                                            <w:right w:val="none" w:sz="0" w:space="0" w:color="auto"/>
                                          </w:divBdr>
                                          <w:divsChild>
                                            <w:div w:id="1668096741">
                                              <w:marLeft w:val="0"/>
                                              <w:marRight w:val="0"/>
                                              <w:marTop w:val="0"/>
                                              <w:marBottom w:val="0"/>
                                              <w:divBdr>
                                                <w:top w:val="none" w:sz="0" w:space="0" w:color="auto"/>
                                                <w:left w:val="none" w:sz="0" w:space="0" w:color="auto"/>
                                                <w:bottom w:val="none" w:sz="0" w:space="0" w:color="auto"/>
                                                <w:right w:val="none" w:sz="0" w:space="0" w:color="auto"/>
                                              </w:divBdr>
                                              <w:divsChild>
                                                <w:div w:id="2114669022">
                                                  <w:marLeft w:val="0"/>
                                                  <w:marRight w:val="0"/>
                                                  <w:marTop w:val="0"/>
                                                  <w:marBottom w:val="0"/>
                                                  <w:divBdr>
                                                    <w:top w:val="none" w:sz="0" w:space="0" w:color="auto"/>
                                                    <w:left w:val="none" w:sz="0" w:space="0" w:color="auto"/>
                                                    <w:bottom w:val="none" w:sz="0" w:space="0" w:color="auto"/>
                                                    <w:right w:val="none" w:sz="0" w:space="0" w:color="auto"/>
                                                  </w:divBdr>
                                                  <w:divsChild>
                                                    <w:div w:id="433862039">
                                                      <w:marLeft w:val="0"/>
                                                      <w:marRight w:val="0"/>
                                                      <w:marTop w:val="0"/>
                                                      <w:marBottom w:val="0"/>
                                                      <w:divBdr>
                                                        <w:top w:val="none" w:sz="0" w:space="0" w:color="auto"/>
                                                        <w:left w:val="none" w:sz="0" w:space="0" w:color="auto"/>
                                                        <w:bottom w:val="none" w:sz="0" w:space="0" w:color="auto"/>
                                                        <w:right w:val="none" w:sz="0" w:space="0" w:color="auto"/>
                                                      </w:divBdr>
                                                      <w:divsChild>
                                                        <w:div w:id="1763145276">
                                                          <w:marLeft w:val="0"/>
                                                          <w:marRight w:val="0"/>
                                                          <w:marTop w:val="0"/>
                                                          <w:marBottom w:val="0"/>
                                                          <w:divBdr>
                                                            <w:top w:val="none" w:sz="0" w:space="0" w:color="auto"/>
                                                            <w:left w:val="none" w:sz="0" w:space="0" w:color="auto"/>
                                                            <w:bottom w:val="none" w:sz="0" w:space="0" w:color="auto"/>
                                                            <w:right w:val="none" w:sz="0" w:space="0" w:color="auto"/>
                                                          </w:divBdr>
                                                          <w:divsChild>
                                                            <w:div w:id="5320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3254857">
                          <w:marLeft w:val="0"/>
                          <w:marRight w:val="0"/>
                          <w:marTop w:val="0"/>
                          <w:marBottom w:val="0"/>
                          <w:divBdr>
                            <w:top w:val="none" w:sz="0" w:space="0" w:color="auto"/>
                            <w:left w:val="none" w:sz="0" w:space="0" w:color="auto"/>
                            <w:bottom w:val="none" w:sz="0" w:space="0" w:color="auto"/>
                            <w:right w:val="none" w:sz="0" w:space="0" w:color="auto"/>
                          </w:divBdr>
                          <w:divsChild>
                            <w:div w:id="1094209716">
                              <w:marLeft w:val="0"/>
                              <w:marRight w:val="0"/>
                              <w:marTop w:val="0"/>
                              <w:marBottom w:val="0"/>
                              <w:divBdr>
                                <w:top w:val="none" w:sz="0" w:space="0" w:color="auto"/>
                                <w:left w:val="none" w:sz="0" w:space="0" w:color="auto"/>
                                <w:bottom w:val="none" w:sz="0" w:space="0" w:color="auto"/>
                                <w:right w:val="none" w:sz="0" w:space="0" w:color="auto"/>
                              </w:divBdr>
                              <w:divsChild>
                                <w:div w:id="1049261536">
                                  <w:marLeft w:val="0"/>
                                  <w:marRight w:val="0"/>
                                  <w:marTop w:val="0"/>
                                  <w:marBottom w:val="0"/>
                                  <w:divBdr>
                                    <w:top w:val="none" w:sz="0" w:space="0" w:color="auto"/>
                                    <w:left w:val="none" w:sz="0" w:space="0" w:color="auto"/>
                                    <w:bottom w:val="none" w:sz="0" w:space="0" w:color="auto"/>
                                    <w:right w:val="none" w:sz="0" w:space="0" w:color="auto"/>
                                  </w:divBdr>
                                  <w:divsChild>
                                    <w:div w:id="927007983">
                                      <w:marLeft w:val="0"/>
                                      <w:marRight w:val="0"/>
                                      <w:marTop w:val="0"/>
                                      <w:marBottom w:val="0"/>
                                      <w:divBdr>
                                        <w:top w:val="none" w:sz="0" w:space="0" w:color="auto"/>
                                        <w:left w:val="none" w:sz="0" w:space="0" w:color="auto"/>
                                        <w:bottom w:val="none" w:sz="0" w:space="0" w:color="auto"/>
                                        <w:right w:val="none" w:sz="0" w:space="0" w:color="auto"/>
                                      </w:divBdr>
                                      <w:divsChild>
                                        <w:div w:id="1995839051">
                                          <w:marLeft w:val="0"/>
                                          <w:marRight w:val="0"/>
                                          <w:marTop w:val="0"/>
                                          <w:marBottom w:val="0"/>
                                          <w:divBdr>
                                            <w:top w:val="none" w:sz="0" w:space="0" w:color="auto"/>
                                            <w:left w:val="none" w:sz="0" w:space="0" w:color="auto"/>
                                            <w:bottom w:val="none" w:sz="0" w:space="0" w:color="auto"/>
                                            <w:right w:val="none" w:sz="0" w:space="0" w:color="auto"/>
                                          </w:divBdr>
                                          <w:divsChild>
                                            <w:div w:id="480315192">
                                              <w:marLeft w:val="0"/>
                                              <w:marRight w:val="0"/>
                                              <w:marTop w:val="0"/>
                                              <w:marBottom w:val="0"/>
                                              <w:divBdr>
                                                <w:top w:val="none" w:sz="0" w:space="0" w:color="auto"/>
                                                <w:left w:val="none" w:sz="0" w:space="0" w:color="auto"/>
                                                <w:bottom w:val="none" w:sz="0" w:space="0" w:color="auto"/>
                                                <w:right w:val="none" w:sz="0" w:space="0" w:color="auto"/>
                                              </w:divBdr>
                                              <w:divsChild>
                                                <w:div w:id="1139693161">
                                                  <w:marLeft w:val="0"/>
                                                  <w:marRight w:val="0"/>
                                                  <w:marTop w:val="0"/>
                                                  <w:marBottom w:val="0"/>
                                                  <w:divBdr>
                                                    <w:top w:val="none" w:sz="0" w:space="0" w:color="auto"/>
                                                    <w:left w:val="none" w:sz="0" w:space="0" w:color="auto"/>
                                                    <w:bottom w:val="none" w:sz="0" w:space="0" w:color="auto"/>
                                                    <w:right w:val="none" w:sz="0" w:space="0" w:color="auto"/>
                                                  </w:divBdr>
                                                  <w:divsChild>
                                                    <w:div w:id="1103768481">
                                                      <w:marLeft w:val="0"/>
                                                      <w:marRight w:val="0"/>
                                                      <w:marTop w:val="0"/>
                                                      <w:marBottom w:val="0"/>
                                                      <w:divBdr>
                                                        <w:top w:val="none" w:sz="0" w:space="0" w:color="auto"/>
                                                        <w:left w:val="none" w:sz="0" w:space="0" w:color="auto"/>
                                                        <w:bottom w:val="none" w:sz="0" w:space="0" w:color="auto"/>
                                                        <w:right w:val="none" w:sz="0" w:space="0" w:color="auto"/>
                                                      </w:divBdr>
                                                      <w:divsChild>
                                                        <w:div w:id="334918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266725">
                          <w:marLeft w:val="0"/>
                          <w:marRight w:val="0"/>
                          <w:marTop w:val="0"/>
                          <w:marBottom w:val="0"/>
                          <w:divBdr>
                            <w:top w:val="none" w:sz="0" w:space="0" w:color="auto"/>
                            <w:left w:val="none" w:sz="0" w:space="0" w:color="auto"/>
                            <w:bottom w:val="none" w:sz="0" w:space="0" w:color="auto"/>
                            <w:right w:val="none" w:sz="0" w:space="0" w:color="auto"/>
                          </w:divBdr>
                          <w:divsChild>
                            <w:div w:id="1280646718">
                              <w:marLeft w:val="0"/>
                              <w:marRight w:val="0"/>
                              <w:marTop w:val="0"/>
                              <w:marBottom w:val="0"/>
                              <w:divBdr>
                                <w:top w:val="none" w:sz="0" w:space="0" w:color="auto"/>
                                <w:left w:val="none" w:sz="0" w:space="0" w:color="auto"/>
                                <w:bottom w:val="none" w:sz="0" w:space="0" w:color="auto"/>
                                <w:right w:val="none" w:sz="0" w:space="0" w:color="auto"/>
                              </w:divBdr>
                              <w:divsChild>
                                <w:div w:id="2034843194">
                                  <w:marLeft w:val="0"/>
                                  <w:marRight w:val="0"/>
                                  <w:marTop w:val="0"/>
                                  <w:marBottom w:val="0"/>
                                  <w:divBdr>
                                    <w:top w:val="none" w:sz="0" w:space="0" w:color="auto"/>
                                    <w:left w:val="none" w:sz="0" w:space="0" w:color="auto"/>
                                    <w:bottom w:val="none" w:sz="0" w:space="0" w:color="auto"/>
                                    <w:right w:val="none" w:sz="0" w:space="0" w:color="auto"/>
                                  </w:divBdr>
                                  <w:divsChild>
                                    <w:div w:id="434635215">
                                      <w:marLeft w:val="0"/>
                                      <w:marRight w:val="0"/>
                                      <w:marTop w:val="0"/>
                                      <w:marBottom w:val="0"/>
                                      <w:divBdr>
                                        <w:top w:val="none" w:sz="0" w:space="0" w:color="auto"/>
                                        <w:left w:val="none" w:sz="0" w:space="0" w:color="auto"/>
                                        <w:bottom w:val="none" w:sz="0" w:space="0" w:color="auto"/>
                                        <w:right w:val="none" w:sz="0" w:space="0" w:color="auto"/>
                                      </w:divBdr>
                                      <w:divsChild>
                                        <w:div w:id="132017814">
                                          <w:marLeft w:val="0"/>
                                          <w:marRight w:val="0"/>
                                          <w:marTop w:val="0"/>
                                          <w:marBottom w:val="0"/>
                                          <w:divBdr>
                                            <w:top w:val="none" w:sz="0" w:space="0" w:color="auto"/>
                                            <w:left w:val="none" w:sz="0" w:space="0" w:color="auto"/>
                                            <w:bottom w:val="none" w:sz="0" w:space="0" w:color="auto"/>
                                            <w:right w:val="none" w:sz="0" w:space="0" w:color="auto"/>
                                          </w:divBdr>
                                          <w:divsChild>
                                            <w:div w:id="603221777">
                                              <w:marLeft w:val="0"/>
                                              <w:marRight w:val="0"/>
                                              <w:marTop w:val="0"/>
                                              <w:marBottom w:val="0"/>
                                              <w:divBdr>
                                                <w:top w:val="none" w:sz="0" w:space="0" w:color="auto"/>
                                                <w:left w:val="none" w:sz="0" w:space="0" w:color="auto"/>
                                                <w:bottom w:val="none" w:sz="0" w:space="0" w:color="auto"/>
                                                <w:right w:val="none" w:sz="0" w:space="0" w:color="auto"/>
                                              </w:divBdr>
                                              <w:divsChild>
                                                <w:div w:id="835607169">
                                                  <w:marLeft w:val="0"/>
                                                  <w:marRight w:val="0"/>
                                                  <w:marTop w:val="0"/>
                                                  <w:marBottom w:val="0"/>
                                                  <w:divBdr>
                                                    <w:top w:val="none" w:sz="0" w:space="0" w:color="auto"/>
                                                    <w:left w:val="none" w:sz="0" w:space="0" w:color="auto"/>
                                                    <w:bottom w:val="none" w:sz="0" w:space="0" w:color="auto"/>
                                                    <w:right w:val="none" w:sz="0" w:space="0" w:color="auto"/>
                                                  </w:divBdr>
                                                  <w:divsChild>
                                                    <w:div w:id="1723014417">
                                                      <w:marLeft w:val="0"/>
                                                      <w:marRight w:val="0"/>
                                                      <w:marTop w:val="0"/>
                                                      <w:marBottom w:val="0"/>
                                                      <w:divBdr>
                                                        <w:top w:val="none" w:sz="0" w:space="0" w:color="auto"/>
                                                        <w:left w:val="none" w:sz="0" w:space="0" w:color="auto"/>
                                                        <w:bottom w:val="none" w:sz="0" w:space="0" w:color="auto"/>
                                                        <w:right w:val="none" w:sz="0" w:space="0" w:color="auto"/>
                                                      </w:divBdr>
                                                      <w:divsChild>
                                                        <w:div w:id="721906751">
                                                          <w:marLeft w:val="0"/>
                                                          <w:marRight w:val="0"/>
                                                          <w:marTop w:val="0"/>
                                                          <w:marBottom w:val="0"/>
                                                          <w:divBdr>
                                                            <w:top w:val="none" w:sz="0" w:space="0" w:color="auto"/>
                                                            <w:left w:val="none" w:sz="0" w:space="0" w:color="auto"/>
                                                            <w:bottom w:val="none" w:sz="0" w:space="0" w:color="auto"/>
                                                            <w:right w:val="none" w:sz="0" w:space="0" w:color="auto"/>
                                                          </w:divBdr>
                                                          <w:divsChild>
                                                            <w:div w:id="114708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641637">
                                              <w:marLeft w:val="0"/>
                                              <w:marRight w:val="0"/>
                                              <w:marTop w:val="0"/>
                                              <w:marBottom w:val="0"/>
                                              <w:divBdr>
                                                <w:top w:val="none" w:sz="0" w:space="0" w:color="auto"/>
                                                <w:left w:val="none" w:sz="0" w:space="0" w:color="auto"/>
                                                <w:bottom w:val="none" w:sz="0" w:space="0" w:color="auto"/>
                                                <w:right w:val="none" w:sz="0" w:space="0" w:color="auto"/>
                                              </w:divBdr>
                                              <w:divsChild>
                                                <w:div w:id="688526006">
                                                  <w:marLeft w:val="0"/>
                                                  <w:marRight w:val="0"/>
                                                  <w:marTop w:val="0"/>
                                                  <w:marBottom w:val="0"/>
                                                  <w:divBdr>
                                                    <w:top w:val="none" w:sz="0" w:space="0" w:color="auto"/>
                                                    <w:left w:val="none" w:sz="0" w:space="0" w:color="auto"/>
                                                    <w:bottom w:val="none" w:sz="0" w:space="0" w:color="auto"/>
                                                    <w:right w:val="none" w:sz="0" w:space="0" w:color="auto"/>
                                                  </w:divBdr>
                                                  <w:divsChild>
                                                    <w:div w:id="1879274385">
                                                      <w:marLeft w:val="0"/>
                                                      <w:marRight w:val="0"/>
                                                      <w:marTop w:val="0"/>
                                                      <w:marBottom w:val="0"/>
                                                      <w:divBdr>
                                                        <w:top w:val="none" w:sz="0" w:space="0" w:color="auto"/>
                                                        <w:left w:val="none" w:sz="0" w:space="0" w:color="auto"/>
                                                        <w:bottom w:val="none" w:sz="0" w:space="0" w:color="auto"/>
                                                        <w:right w:val="none" w:sz="0" w:space="0" w:color="auto"/>
                                                      </w:divBdr>
                                                      <w:divsChild>
                                                        <w:div w:id="1990742665">
                                                          <w:marLeft w:val="0"/>
                                                          <w:marRight w:val="0"/>
                                                          <w:marTop w:val="0"/>
                                                          <w:marBottom w:val="0"/>
                                                          <w:divBdr>
                                                            <w:top w:val="none" w:sz="0" w:space="0" w:color="auto"/>
                                                            <w:left w:val="none" w:sz="0" w:space="0" w:color="auto"/>
                                                            <w:bottom w:val="none" w:sz="0" w:space="0" w:color="auto"/>
                                                            <w:right w:val="none" w:sz="0" w:space="0" w:color="auto"/>
                                                          </w:divBdr>
                                                          <w:divsChild>
                                                            <w:div w:id="2001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569425">
                                              <w:marLeft w:val="0"/>
                                              <w:marRight w:val="0"/>
                                              <w:marTop w:val="0"/>
                                              <w:marBottom w:val="0"/>
                                              <w:divBdr>
                                                <w:top w:val="none" w:sz="0" w:space="0" w:color="auto"/>
                                                <w:left w:val="none" w:sz="0" w:space="0" w:color="auto"/>
                                                <w:bottom w:val="none" w:sz="0" w:space="0" w:color="auto"/>
                                                <w:right w:val="none" w:sz="0" w:space="0" w:color="auto"/>
                                              </w:divBdr>
                                              <w:divsChild>
                                                <w:div w:id="444229135">
                                                  <w:marLeft w:val="0"/>
                                                  <w:marRight w:val="0"/>
                                                  <w:marTop w:val="0"/>
                                                  <w:marBottom w:val="0"/>
                                                  <w:divBdr>
                                                    <w:top w:val="none" w:sz="0" w:space="0" w:color="auto"/>
                                                    <w:left w:val="none" w:sz="0" w:space="0" w:color="auto"/>
                                                    <w:bottom w:val="none" w:sz="0" w:space="0" w:color="auto"/>
                                                    <w:right w:val="none" w:sz="0" w:space="0" w:color="auto"/>
                                                  </w:divBdr>
                                                  <w:divsChild>
                                                    <w:div w:id="1233277084">
                                                      <w:marLeft w:val="0"/>
                                                      <w:marRight w:val="0"/>
                                                      <w:marTop w:val="0"/>
                                                      <w:marBottom w:val="0"/>
                                                      <w:divBdr>
                                                        <w:top w:val="none" w:sz="0" w:space="0" w:color="auto"/>
                                                        <w:left w:val="none" w:sz="0" w:space="0" w:color="auto"/>
                                                        <w:bottom w:val="none" w:sz="0" w:space="0" w:color="auto"/>
                                                        <w:right w:val="none" w:sz="0" w:space="0" w:color="auto"/>
                                                      </w:divBdr>
                                                      <w:divsChild>
                                                        <w:div w:id="1209222831">
                                                          <w:marLeft w:val="0"/>
                                                          <w:marRight w:val="0"/>
                                                          <w:marTop w:val="0"/>
                                                          <w:marBottom w:val="0"/>
                                                          <w:divBdr>
                                                            <w:top w:val="none" w:sz="0" w:space="0" w:color="auto"/>
                                                            <w:left w:val="none" w:sz="0" w:space="0" w:color="auto"/>
                                                            <w:bottom w:val="none" w:sz="0" w:space="0" w:color="auto"/>
                                                            <w:right w:val="none" w:sz="0" w:space="0" w:color="auto"/>
                                                          </w:divBdr>
                                                          <w:divsChild>
                                                            <w:div w:id="56819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2236133">
                          <w:marLeft w:val="0"/>
                          <w:marRight w:val="0"/>
                          <w:marTop w:val="0"/>
                          <w:marBottom w:val="0"/>
                          <w:divBdr>
                            <w:top w:val="none" w:sz="0" w:space="0" w:color="auto"/>
                            <w:left w:val="none" w:sz="0" w:space="0" w:color="auto"/>
                            <w:bottom w:val="none" w:sz="0" w:space="0" w:color="auto"/>
                            <w:right w:val="none" w:sz="0" w:space="0" w:color="auto"/>
                          </w:divBdr>
                          <w:divsChild>
                            <w:div w:id="401871312">
                              <w:marLeft w:val="0"/>
                              <w:marRight w:val="0"/>
                              <w:marTop w:val="0"/>
                              <w:marBottom w:val="0"/>
                              <w:divBdr>
                                <w:top w:val="none" w:sz="0" w:space="0" w:color="auto"/>
                                <w:left w:val="none" w:sz="0" w:space="0" w:color="auto"/>
                                <w:bottom w:val="none" w:sz="0" w:space="0" w:color="auto"/>
                                <w:right w:val="none" w:sz="0" w:space="0" w:color="auto"/>
                              </w:divBdr>
                              <w:divsChild>
                                <w:div w:id="1090547026">
                                  <w:marLeft w:val="0"/>
                                  <w:marRight w:val="0"/>
                                  <w:marTop w:val="0"/>
                                  <w:marBottom w:val="0"/>
                                  <w:divBdr>
                                    <w:top w:val="none" w:sz="0" w:space="0" w:color="auto"/>
                                    <w:left w:val="none" w:sz="0" w:space="0" w:color="auto"/>
                                    <w:bottom w:val="none" w:sz="0" w:space="0" w:color="auto"/>
                                    <w:right w:val="none" w:sz="0" w:space="0" w:color="auto"/>
                                  </w:divBdr>
                                  <w:divsChild>
                                    <w:div w:id="1506676735">
                                      <w:marLeft w:val="0"/>
                                      <w:marRight w:val="0"/>
                                      <w:marTop w:val="0"/>
                                      <w:marBottom w:val="0"/>
                                      <w:divBdr>
                                        <w:top w:val="none" w:sz="0" w:space="0" w:color="auto"/>
                                        <w:left w:val="none" w:sz="0" w:space="0" w:color="auto"/>
                                        <w:bottom w:val="none" w:sz="0" w:space="0" w:color="auto"/>
                                        <w:right w:val="none" w:sz="0" w:space="0" w:color="auto"/>
                                      </w:divBdr>
                                      <w:divsChild>
                                        <w:div w:id="1641381439">
                                          <w:marLeft w:val="0"/>
                                          <w:marRight w:val="0"/>
                                          <w:marTop w:val="0"/>
                                          <w:marBottom w:val="0"/>
                                          <w:divBdr>
                                            <w:top w:val="none" w:sz="0" w:space="0" w:color="auto"/>
                                            <w:left w:val="none" w:sz="0" w:space="0" w:color="auto"/>
                                            <w:bottom w:val="none" w:sz="0" w:space="0" w:color="auto"/>
                                            <w:right w:val="none" w:sz="0" w:space="0" w:color="auto"/>
                                          </w:divBdr>
                                          <w:divsChild>
                                            <w:div w:id="756679796">
                                              <w:marLeft w:val="0"/>
                                              <w:marRight w:val="0"/>
                                              <w:marTop w:val="0"/>
                                              <w:marBottom w:val="0"/>
                                              <w:divBdr>
                                                <w:top w:val="none" w:sz="0" w:space="0" w:color="auto"/>
                                                <w:left w:val="none" w:sz="0" w:space="0" w:color="auto"/>
                                                <w:bottom w:val="none" w:sz="0" w:space="0" w:color="auto"/>
                                                <w:right w:val="none" w:sz="0" w:space="0" w:color="auto"/>
                                              </w:divBdr>
                                              <w:divsChild>
                                                <w:div w:id="1759908463">
                                                  <w:marLeft w:val="0"/>
                                                  <w:marRight w:val="0"/>
                                                  <w:marTop w:val="0"/>
                                                  <w:marBottom w:val="0"/>
                                                  <w:divBdr>
                                                    <w:top w:val="none" w:sz="0" w:space="0" w:color="auto"/>
                                                    <w:left w:val="none" w:sz="0" w:space="0" w:color="auto"/>
                                                    <w:bottom w:val="none" w:sz="0" w:space="0" w:color="auto"/>
                                                    <w:right w:val="none" w:sz="0" w:space="0" w:color="auto"/>
                                                  </w:divBdr>
                                                  <w:divsChild>
                                                    <w:div w:id="149968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904881">
                          <w:marLeft w:val="0"/>
                          <w:marRight w:val="0"/>
                          <w:marTop w:val="0"/>
                          <w:marBottom w:val="0"/>
                          <w:divBdr>
                            <w:top w:val="none" w:sz="0" w:space="0" w:color="auto"/>
                            <w:left w:val="none" w:sz="0" w:space="0" w:color="auto"/>
                            <w:bottom w:val="none" w:sz="0" w:space="0" w:color="auto"/>
                            <w:right w:val="none" w:sz="0" w:space="0" w:color="auto"/>
                          </w:divBdr>
                          <w:divsChild>
                            <w:div w:id="1496608412">
                              <w:marLeft w:val="0"/>
                              <w:marRight w:val="0"/>
                              <w:marTop w:val="0"/>
                              <w:marBottom w:val="0"/>
                              <w:divBdr>
                                <w:top w:val="none" w:sz="0" w:space="0" w:color="auto"/>
                                <w:left w:val="none" w:sz="0" w:space="0" w:color="auto"/>
                                <w:bottom w:val="none" w:sz="0" w:space="0" w:color="auto"/>
                                <w:right w:val="none" w:sz="0" w:space="0" w:color="auto"/>
                              </w:divBdr>
                              <w:divsChild>
                                <w:div w:id="455637813">
                                  <w:marLeft w:val="0"/>
                                  <w:marRight w:val="0"/>
                                  <w:marTop w:val="0"/>
                                  <w:marBottom w:val="0"/>
                                  <w:divBdr>
                                    <w:top w:val="none" w:sz="0" w:space="0" w:color="auto"/>
                                    <w:left w:val="none" w:sz="0" w:space="0" w:color="auto"/>
                                    <w:bottom w:val="none" w:sz="0" w:space="0" w:color="auto"/>
                                    <w:right w:val="none" w:sz="0" w:space="0" w:color="auto"/>
                                  </w:divBdr>
                                  <w:divsChild>
                                    <w:div w:id="591741320">
                                      <w:marLeft w:val="0"/>
                                      <w:marRight w:val="0"/>
                                      <w:marTop w:val="0"/>
                                      <w:marBottom w:val="0"/>
                                      <w:divBdr>
                                        <w:top w:val="none" w:sz="0" w:space="0" w:color="auto"/>
                                        <w:left w:val="none" w:sz="0" w:space="0" w:color="auto"/>
                                        <w:bottom w:val="none" w:sz="0" w:space="0" w:color="auto"/>
                                        <w:right w:val="none" w:sz="0" w:space="0" w:color="auto"/>
                                      </w:divBdr>
                                      <w:divsChild>
                                        <w:div w:id="1207763112">
                                          <w:marLeft w:val="0"/>
                                          <w:marRight w:val="0"/>
                                          <w:marTop w:val="0"/>
                                          <w:marBottom w:val="0"/>
                                          <w:divBdr>
                                            <w:top w:val="none" w:sz="0" w:space="0" w:color="auto"/>
                                            <w:left w:val="none" w:sz="0" w:space="0" w:color="auto"/>
                                            <w:bottom w:val="none" w:sz="0" w:space="0" w:color="auto"/>
                                            <w:right w:val="none" w:sz="0" w:space="0" w:color="auto"/>
                                          </w:divBdr>
                                          <w:divsChild>
                                            <w:div w:id="1555383843">
                                              <w:marLeft w:val="0"/>
                                              <w:marRight w:val="0"/>
                                              <w:marTop w:val="0"/>
                                              <w:marBottom w:val="0"/>
                                              <w:divBdr>
                                                <w:top w:val="none" w:sz="0" w:space="0" w:color="auto"/>
                                                <w:left w:val="none" w:sz="0" w:space="0" w:color="auto"/>
                                                <w:bottom w:val="none" w:sz="0" w:space="0" w:color="auto"/>
                                                <w:right w:val="none" w:sz="0" w:space="0" w:color="auto"/>
                                              </w:divBdr>
                                              <w:divsChild>
                                                <w:div w:id="1914580360">
                                                  <w:marLeft w:val="0"/>
                                                  <w:marRight w:val="0"/>
                                                  <w:marTop w:val="0"/>
                                                  <w:marBottom w:val="0"/>
                                                  <w:divBdr>
                                                    <w:top w:val="none" w:sz="0" w:space="0" w:color="auto"/>
                                                    <w:left w:val="none" w:sz="0" w:space="0" w:color="auto"/>
                                                    <w:bottom w:val="none" w:sz="0" w:space="0" w:color="auto"/>
                                                    <w:right w:val="none" w:sz="0" w:space="0" w:color="auto"/>
                                                  </w:divBdr>
                                                  <w:divsChild>
                                                    <w:div w:id="1443762924">
                                                      <w:marLeft w:val="0"/>
                                                      <w:marRight w:val="0"/>
                                                      <w:marTop w:val="0"/>
                                                      <w:marBottom w:val="0"/>
                                                      <w:divBdr>
                                                        <w:top w:val="none" w:sz="0" w:space="0" w:color="auto"/>
                                                        <w:left w:val="none" w:sz="0" w:space="0" w:color="auto"/>
                                                        <w:bottom w:val="none" w:sz="0" w:space="0" w:color="auto"/>
                                                        <w:right w:val="none" w:sz="0" w:space="0" w:color="auto"/>
                                                      </w:divBdr>
                                                      <w:divsChild>
                                                        <w:div w:id="1221135987">
                                                          <w:marLeft w:val="0"/>
                                                          <w:marRight w:val="0"/>
                                                          <w:marTop w:val="0"/>
                                                          <w:marBottom w:val="0"/>
                                                          <w:divBdr>
                                                            <w:top w:val="none" w:sz="0" w:space="0" w:color="auto"/>
                                                            <w:left w:val="none" w:sz="0" w:space="0" w:color="auto"/>
                                                            <w:bottom w:val="none" w:sz="0" w:space="0" w:color="auto"/>
                                                            <w:right w:val="none" w:sz="0" w:space="0" w:color="auto"/>
                                                          </w:divBdr>
                                                          <w:divsChild>
                                                            <w:div w:id="71519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3283871">
                          <w:marLeft w:val="0"/>
                          <w:marRight w:val="0"/>
                          <w:marTop w:val="0"/>
                          <w:marBottom w:val="0"/>
                          <w:divBdr>
                            <w:top w:val="none" w:sz="0" w:space="0" w:color="auto"/>
                            <w:left w:val="none" w:sz="0" w:space="0" w:color="auto"/>
                            <w:bottom w:val="none" w:sz="0" w:space="0" w:color="auto"/>
                            <w:right w:val="none" w:sz="0" w:space="0" w:color="auto"/>
                          </w:divBdr>
                          <w:divsChild>
                            <w:div w:id="737172862">
                              <w:marLeft w:val="0"/>
                              <w:marRight w:val="0"/>
                              <w:marTop w:val="0"/>
                              <w:marBottom w:val="0"/>
                              <w:divBdr>
                                <w:top w:val="none" w:sz="0" w:space="0" w:color="auto"/>
                                <w:left w:val="none" w:sz="0" w:space="0" w:color="auto"/>
                                <w:bottom w:val="none" w:sz="0" w:space="0" w:color="auto"/>
                                <w:right w:val="none" w:sz="0" w:space="0" w:color="auto"/>
                              </w:divBdr>
                              <w:divsChild>
                                <w:div w:id="1933515412">
                                  <w:marLeft w:val="0"/>
                                  <w:marRight w:val="0"/>
                                  <w:marTop w:val="0"/>
                                  <w:marBottom w:val="0"/>
                                  <w:divBdr>
                                    <w:top w:val="none" w:sz="0" w:space="0" w:color="auto"/>
                                    <w:left w:val="none" w:sz="0" w:space="0" w:color="auto"/>
                                    <w:bottom w:val="none" w:sz="0" w:space="0" w:color="auto"/>
                                    <w:right w:val="none" w:sz="0" w:space="0" w:color="auto"/>
                                  </w:divBdr>
                                  <w:divsChild>
                                    <w:div w:id="1674532089">
                                      <w:marLeft w:val="0"/>
                                      <w:marRight w:val="0"/>
                                      <w:marTop w:val="0"/>
                                      <w:marBottom w:val="0"/>
                                      <w:divBdr>
                                        <w:top w:val="none" w:sz="0" w:space="0" w:color="auto"/>
                                        <w:left w:val="none" w:sz="0" w:space="0" w:color="auto"/>
                                        <w:bottom w:val="none" w:sz="0" w:space="0" w:color="auto"/>
                                        <w:right w:val="none" w:sz="0" w:space="0" w:color="auto"/>
                                      </w:divBdr>
                                      <w:divsChild>
                                        <w:div w:id="1210798558">
                                          <w:marLeft w:val="0"/>
                                          <w:marRight w:val="0"/>
                                          <w:marTop w:val="0"/>
                                          <w:marBottom w:val="0"/>
                                          <w:divBdr>
                                            <w:top w:val="none" w:sz="0" w:space="0" w:color="auto"/>
                                            <w:left w:val="none" w:sz="0" w:space="0" w:color="auto"/>
                                            <w:bottom w:val="none" w:sz="0" w:space="0" w:color="auto"/>
                                            <w:right w:val="none" w:sz="0" w:space="0" w:color="auto"/>
                                          </w:divBdr>
                                          <w:divsChild>
                                            <w:div w:id="1671060448">
                                              <w:marLeft w:val="0"/>
                                              <w:marRight w:val="0"/>
                                              <w:marTop w:val="0"/>
                                              <w:marBottom w:val="0"/>
                                              <w:divBdr>
                                                <w:top w:val="none" w:sz="0" w:space="0" w:color="auto"/>
                                                <w:left w:val="none" w:sz="0" w:space="0" w:color="auto"/>
                                                <w:bottom w:val="none" w:sz="0" w:space="0" w:color="auto"/>
                                                <w:right w:val="none" w:sz="0" w:space="0" w:color="auto"/>
                                              </w:divBdr>
                                              <w:divsChild>
                                                <w:div w:id="690379364">
                                                  <w:marLeft w:val="0"/>
                                                  <w:marRight w:val="0"/>
                                                  <w:marTop w:val="0"/>
                                                  <w:marBottom w:val="0"/>
                                                  <w:divBdr>
                                                    <w:top w:val="none" w:sz="0" w:space="0" w:color="auto"/>
                                                    <w:left w:val="none" w:sz="0" w:space="0" w:color="auto"/>
                                                    <w:bottom w:val="none" w:sz="0" w:space="0" w:color="auto"/>
                                                    <w:right w:val="none" w:sz="0" w:space="0" w:color="auto"/>
                                                  </w:divBdr>
                                                  <w:divsChild>
                                                    <w:div w:id="9217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420189">
                          <w:marLeft w:val="0"/>
                          <w:marRight w:val="0"/>
                          <w:marTop w:val="0"/>
                          <w:marBottom w:val="0"/>
                          <w:divBdr>
                            <w:top w:val="none" w:sz="0" w:space="0" w:color="auto"/>
                            <w:left w:val="none" w:sz="0" w:space="0" w:color="auto"/>
                            <w:bottom w:val="none" w:sz="0" w:space="0" w:color="auto"/>
                            <w:right w:val="none" w:sz="0" w:space="0" w:color="auto"/>
                          </w:divBdr>
                          <w:divsChild>
                            <w:div w:id="904492344">
                              <w:marLeft w:val="0"/>
                              <w:marRight w:val="0"/>
                              <w:marTop w:val="0"/>
                              <w:marBottom w:val="0"/>
                              <w:divBdr>
                                <w:top w:val="none" w:sz="0" w:space="0" w:color="auto"/>
                                <w:left w:val="none" w:sz="0" w:space="0" w:color="auto"/>
                                <w:bottom w:val="none" w:sz="0" w:space="0" w:color="auto"/>
                                <w:right w:val="none" w:sz="0" w:space="0" w:color="auto"/>
                              </w:divBdr>
                              <w:divsChild>
                                <w:div w:id="1112164622">
                                  <w:marLeft w:val="0"/>
                                  <w:marRight w:val="0"/>
                                  <w:marTop w:val="0"/>
                                  <w:marBottom w:val="0"/>
                                  <w:divBdr>
                                    <w:top w:val="none" w:sz="0" w:space="0" w:color="auto"/>
                                    <w:left w:val="none" w:sz="0" w:space="0" w:color="auto"/>
                                    <w:bottom w:val="none" w:sz="0" w:space="0" w:color="auto"/>
                                    <w:right w:val="none" w:sz="0" w:space="0" w:color="auto"/>
                                  </w:divBdr>
                                  <w:divsChild>
                                    <w:div w:id="1274747904">
                                      <w:marLeft w:val="0"/>
                                      <w:marRight w:val="0"/>
                                      <w:marTop w:val="0"/>
                                      <w:marBottom w:val="0"/>
                                      <w:divBdr>
                                        <w:top w:val="none" w:sz="0" w:space="0" w:color="auto"/>
                                        <w:left w:val="none" w:sz="0" w:space="0" w:color="auto"/>
                                        <w:bottom w:val="none" w:sz="0" w:space="0" w:color="auto"/>
                                        <w:right w:val="none" w:sz="0" w:space="0" w:color="auto"/>
                                      </w:divBdr>
                                      <w:divsChild>
                                        <w:div w:id="948122306">
                                          <w:marLeft w:val="0"/>
                                          <w:marRight w:val="0"/>
                                          <w:marTop w:val="0"/>
                                          <w:marBottom w:val="0"/>
                                          <w:divBdr>
                                            <w:top w:val="none" w:sz="0" w:space="0" w:color="auto"/>
                                            <w:left w:val="none" w:sz="0" w:space="0" w:color="auto"/>
                                            <w:bottom w:val="none" w:sz="0" w:space="0" w:color="auto"/>
                                            <w:right w:val="none" w:sz="0" w:space="0" w:color="auto"/>
                                          </w:divBdr>
                                          <w:divsChild>
                                            <w:div w:id="1877966171">
                                              <w:marLeft w:val="0"/>
                                              <w:marRight w:val="0"/>
                                              <w:marTop w:val="0"/>
                                              <w:marBottom w:val="0"/>
                                              <w:divBdr>
                                                <w:top w:val="none" w:sz="0" w:space="0" w:color="auto"/>
                                                <w:left w:val="none" w:sz="0" w:space="0" w:color="auto"/>
                                                <w:bottom w:val="none" w:sz="0" w:space="0" w:color="auto"/>
                                                <w:right w:val="none" w:sz="0" w:space="0" w:color="auto"/>
                                              </w:divBdr>
                                              <w:divsChild>
                                                <w:div w:id="808669800">
                                                  <w:marLeft w:val="0"/>
                                                  <w:marRight w:val="0"/>
                                                  <w:marTop w:val="0"/>
                                                  <w:marBottom w:val="0"/>
                                                  <w:divBdr>
                                                    <w:top w:val="none" w:sz="0" w:space="0" w:color="auto"/>
                                                    <w:left w:val="none" w:sz="0" w:space="0" w:color="auto"/>
                                                    <w:bottom w:val="none" w:sz="0" w:space="0" w:color="auto"/>
                                                    <w:right w:val="none" w:sz="0" w:space="0" w:color="auto"/>
                                                  </w:divBdr>
                                                  <w:divsChild>
                                                    <w:div w:id="100414105">
                                                      <w:marLeft w:val="0"/>
                                                      <w:marRight w:val="0"/>
                                                      <w:marTop w:val="0"/>
                                                      <w:marBottom w:val="0"/>
                                                      <w:divBdr>
                                                        <w:top w:val="none" w:sz="0" w:space="0" w:color="auto"/>
                                                        <w:left w:val="none" w:sz="0" w:space="0" w:color="auto"/>
                                                        <w:bottom w:val="none" w:sz="0" w:space="0" w:color="auto"/>
                                                        <w:right w:val="none" w:sz="0" w:space="0" w:color="auto"/>
                                                      </w:divBdr>
                                                      <w:divsChild>
                                                        <w:div w:id="1778678769">
                                                          <w:marLeft w:val="0"/>
                                                          <w:marRight w:val="0"/>
                                                          <w:marTop w:val="0"/>
                                                          <w:marBottom w:val="0"/>
                                                          <w:divBdr>
                                                            <w:top w:val="none" w:sz="0" w:space="0" w:color="auto"/>
                                                            <w:left w:val="none" w:sz="0" w:space="0" w:color="auto"/>
                                                            <w:bottom w:val="none" w:sz="0" w:space="0" w:color="auto"/>
                                                            <w:right w:val="none" w:sz="0" w:space="0" w:color="auto"/>
                                                          </w:divBdr>
                                                          <w:divsChild>
                                                            <w:div w:id="194642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874694">
                          <w:marLeft w:val="0"/>
                          <w:marRight w:val="0"/>
                          <w:marTop w:val="0"/>
                          <w:marBottom w:val="0"/>
                          <w:divBdr>
                            <w:top w:val="none" w:sz="0" w:space="0" w:color="auto"/>
                            <w:left w:val="none" w:sz="0" w:space="0" w:color="auto"/>
                            <w:bottom w:val="none" w:sz="0" w:space="0" w:color="auto"/>
                            <w:right w:val="none" w:sz="0" w:space="0" w:color="auto"/>
                          </w:divBdr>
                          <w:divsChild>
                            <w:div w:id="1963265085">
                              <w:marLeft w:val="0"/>
                              <w:marRight w:val="0"/>
                              <w:marTop w:val="0"/>
                              <w:marBottom w:val="0"/>
                              <w:divBdr>
                                <w:top w:val="none" w:sz="0" w:space="0" w:color="auto"/>
                                <w:left w:val="none" w:sz="0" w:space="0" w:color="auto"/>
                                <w:bottom w:val="none" w:sz="0" w:space="0" w:color="auto"/>
                                <w:right w:val="none" w:sz="0" w:space="0" w:color="auto"/>
                              </w:divBdr>
                              <w:divsChild>
                                <w:div w:id="2143649697">
                                  <w:marLeft w:val="0"/>
                                  <w:marRight w:val="0"/>
                                  <w:marTop w:val="0"/>
                                  <w:marBottom w:val="0"/>
                                  <w:divBdr>
                                    <w:top w:val="none" w:sz="0" w:space="0" w:color="auto"/>
                                    <w:left w:val="none" w:sz="0" w:space="0" w:color="auto"/>
                                    <w:bottom w:val="none" w:sz="0" w:space="0" w:color="auto"/>
                                    <w:right w:val="none" w:sz="0" w:space="0" w:color="auto"/>
                                  </w:divBdr>
                                  <w:divsChild>
                                    <w:div w:id="1759861503">
                                      <w:marLeft w:val="0"/>
                                      <w:marRight w:val="0"/>
                                      <w:marTop w:val="0"/>
                                      <w:marBottom w:val="0"/>
                                      <w:divBdr>
                                        <w:top w:val="none" w:sz="0" w:space="0" w:color="auto"/>
                                        <w:left w:val="none" w:sz="0" w:space="0" w:color="auto"/>
                                        <w:bottom w:val="none" w:sz="0" w:space="0" w:color="auto"/>
                                        <w:right w:val="none" w:sz="0" w:space="0" w:color="auto"/>
                                      </w:divBdr>
                                      <w:divsChild>
                                        <w:div w:id="1699962132">
                                          <w:marLeft w:val="0"/>
                                          <w:marRight w:val="0"/>
                                          <w:marTop w:val="0"/>
                                          <w:marBottom w:val="0"/>
                                          <w:divBdr>
                                            <w:top w:val="none" w:sz="0" w:space="0" w:color="auto"/>
                                            <w:left w:val="none" w:sz="0" w:space="0" w:color="auto"/>
                                            <w:bottom w:val="none" w:sz="0" w:space="0" w:color="auto"/>
                                            <w:right w:val="none" w:sz="0" w:space="0" w:color="auto"/>
                                          </w:divBdr>
                                          <w:divsChild>
                                            <w:div w:id="1166361684">
                                              <w:marLeft w:val="0"/>
                                              <w:marRight w:val="0"/>
                                              <w:marTop w:val="0"/>
                                              <w:marBottom w:val="0"/>
                                              <w:divBdr>
                                                <w:top w:val="none" w:sz="0" w:space="0" w:color="auto"/>
                                                <w:left w:val="none" w:sz="0" w:space="0" w:color="auto"/>
                                                <w:bottom w:val="none" w:sz="0" w:space="0" w:color="auto"/>
                                                <w:right w:val="none" w:sz="0" w:space="0" w:color="auto"/>
                                              </w:divBdr>
                                              <w:divsChild>
                                                <w:div w:id="1210990331">
                                                  <w:marLeft w:val="0"/>
                                                  <w:marRight w:val="0"/>
                                                  <w:marTop w:val="0"/>
                                                  <w:marBottom w:val="0"/>
                                                  <w:divBdr>
                                                    <w:top w:val="none" w:sz="0" w:space="0" w:color="auto"/>
                                                    <w:left w:val="none" w:sz="0" w:space="0" w:color="auto"/>
                                                    <w:bottom w:val="none" w:sz="0" w:space="0" w:color="auto"/>
                                                    <w:right w:val="none" w:sz="0" w:space="0" w:color="auto"/>
                                                  </w:divBdr>
                                                  <w:divsChild>
                                                    <w:div w:id="341513349">
                                                      <w:marLeft w:val="0"/>
                                                      <w:marRight w:val="0"/>
                                                      <w:marTop w:val="0"/>
                                                      <w:marBottom w:val="0"/>
                                                      <w:divBdr>
                                                        <w:top w:val="none" w:sz="0" w:space="0" w:color="auto"/>
                                                        <w:left w:val="none" w:sz="0" w:space="0" w:color="auto"/>
                                                        <w:bottom w:val="none" w:sz="0" w:space="0" w:color="auto"/>
                                                        <w:right w:val="none" w:sz="0" w:space="0" w:color="auto"/>
                                                      </w:divBdr>
                                                      <w:divsChild>
                                                        <w:div w:id="755250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335890">
                          <w:marLeft w:val="0"/>
                          <w:marRight w:val="0"/>
                          <w:marTop w:val="0"/>
                          <w:marBottom w:val="0"/>
                          <w:divBdr>
                            <w:top w:val="none" w:sz="0" w:space="0" w:color="auto"/>
                            <w:left w:val="none" w:sz="0" w:space="0" w:color="auto"/>
                            <w:bottom w:val="none" w:sz="0" w:space="0" w:color="auto"/>
                            <w:right w:val="none" w:sz="0" w:space="0" w:color="auto"/>
                          </w:divBdr>
                          <w:divsChild>
                            <w:div w:id="451632113">
                              <w:marLeft w:val="0"/>
                              <w:marRight w:val="0"/>
                              <w:marTop w:val="0"/>
                              <w:marBottom w:val="0"/>
                              <w:divBdr>
                                <w:top w:val="none" w:sz="0" w:space="0" w:color="auto"/>
                                <w:left w:val="none" w:sz="0" w:space="0" w:color="auto"/>
                                <w:bottom w:val="none" w:sz="0" w:space="0" w:color="auto"/>
                                <w:right w:val="none" w:sz="0" w:space="0" w:color="auto"/>
                              </w:divBdr>
                              <w:divsChild>
                                <w:div w:id="1144273104">
                                  <w:marLeft w:val="0"/>
                                  <w:marRight w:val="0"/>
                                  <w:marTop w:val="0"/>
                                  <w:marBottom w:val="0"/>
                                  <w:divBdr>
                                    <w:top w:val="none" w:sz="0" w:space="0" w:color="auto"/>
                                    <w:left w:val="none" w:sz="0" w:space="0" w:color="auto"/>
                                    <w:bottom w:val="none" w:sz="0" w:space="0" w:color="auto"/>
                                    <w:right w:val="none" w:sz="0" w:space="0" w:color="auto"/>
                                  </w:divBdr>
                                  <w:divsChild>
                                    <w:div w:id="30693891">
                                      <w:marLeft w:val="0"/>
                                      <w:marRight w:val="0"/>
                                      <w:marTop w:val="0"/>
                                      <w:marBottom w:val="0"/>
                                      <w:divBdr>
                                        <w:top w:val="none" w:sz="0" w:space="0" w:color="auto"/>
                                        <w:left w:val="none" w:sz="0" w:space="0" w:color="auto"/>
                                        <w:bottom w:val="none" w:sz="0" w:space="0" w:color="auto"/>
                                        <w:right w:val="none" w:sz="0" w:space="0" w:color="auto"/>
                                      </w:divBdr>
                                      <w:divsChild>
                                        <w:div w:id="1528327756">
                                          <w:marLeft w:val="0"/>
                                          <w:marRight w:val="0"/>
                                          <w:marTop w:val="0"/>
                                          <w:marBottom w:val="0"/>
                                          <w:divBdr>
                                            <w:top w:val="none" w:sz="0" w:space="0" w:color="auto"/>
                                            <w:left w:val="none" w:sz="0" w:space="0" w:color="auto"/>
                                            <w:bottom w:val="none" w:sz="0" w:space="0" w:color="auto"/>
                                            <w:right w:val="none" w:sz="0" w:space="0" w:color="auto"/>
                                          </w:divBdr>
                                          <w:divsChild>
                                            <w:div w:id="782463263">
                                              <w:marLeft w:val="0"/>
                                              <w:marRight w:val="0"/>
                                              <w:marTop w:val="0"/>
                                              <w:marBottom w:val="0"/>
                                              <w:divBdr>
                                                <w:top w:val="none" w:sz="0" w:space="0" w:color="auto"/>
                                                <w:left w:val="none" w:sz="0" w:space="0" w:color="auto"/>
                                                <w:bottom w:val="none" w:sz="0" w:space="0" w:color="auto"/>
                                                <w:right w:val="none" w:sz="0" w:space="0" w:color="auto"/>
                                              </w:divBdr>
                                              <w:divsChild>
                                                <w:div w:id="577442632">
                                                  <w:marLeft w:val="0"/>
                                                  <w:marRight w:val="0"/>
                                                  <w:marTop w:val="0"/>
                                                  <w:marBottom w:val="0"/>
                                                  <w:divBdr>
                                                    <w:top w:val="none" w:sz="0" w:space="0" w:color="auto"/>
                                                    <w:left w:val="none" w:sz="0" w:space="0" w:color="auto"/>
                                                    <w:bottom w:val="none" w:sz="0" w:space="0" w:color="auto"/>
                                                    <w:right w:val="none" w:sz="0" w:space="0" w:color="auto"/>
                                                  </w:divBdr>
                                                  <w:divsChild>
                                                    <w:div w:id="184289001">
                                                      <w:marLeft w:val="0"/>
                                                      <w:marRight w:val="0"/>
                                                      <w:marTop w:val="0"/>
                                                      <w:marBottom w:val="0"/>
                                                      <w:divBdr>
                                                        <w:top w:val="none" w:sz="0" w:space="0" w:color="auto"/>
                                                        <w:left w:val="none" w:sz="0" w:space="0" w:color="auto"/>
                                                        <w:bottom w:val="none" w:sz="0" w:space="0" w:color="auto"/>
                                                        <w:right w:val="none" w:sz="0" w:space="0" w:color="auto"/>
                                                      </w:divBdr>
                                                      <w:divsChild>
                                                        <w:div w:id="52849064">
                                                          <w:marLeft w:val="0"/>
                                                          <w:marRight w:val="0"/>
                                                          <w:marTop w:val="0"/>
                                                          <w:marBottom w:val="0"/>
                                                          <w:divBdr>
                                                            <w:top w:val="none" w:sz="0" w:space="0" w:color="auto"/>
                                                            <w:left w:val="none" w:sz="0" w:space="0" w:color="auto"/>
                                                            <w:bottom w:val="none" w:sz="0" w:space="0" w:color="auto"/>
                                                            <w:right w:val="none" w:sz="0" w:space="0" w:color="auto"/>
                                                          </w:divBdr>
                                                          <w:divsChild>
                                                            <w:div w:id="21300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361601">
                          <w:marLeft w:val="0"/>
                          <w:marRight w:val="0"/>
                          <w:marTop w:val="0"/>
                          <w:marBottom w:val="0"/>
                          <w:divBdr>
                            <w:top w:val="none" w:sz="0" w:space="0" w:color="auto"/>
                            <w:left w:val="none" w:sz="0" w:space="0" w:color="auto"/>
                            <w:bottom w:val="none" w:sz="0" w:space="0" w:color="auto"/>
                            <w:right w:val="none" w:sz="0" w:space="0" w:color="auto"/>
                          </w:divBdr>
                          <w:divsChild>
                            <w:div w:id="445467105">
                              <w:marLeft w:val="0"/>
                              <w:marRight w:val="0"/>
                              <w:marTop w:val="0"/>
                              <w:marBottom w:val="0"/>
                              <w:divBdr>
                                <w:top w:val="none" w:sz="0" w:space="0" w:color="auto"/>
                                <w:left w:val="none" w:sz="0" w:space="0" w:color="auto"/>
                                <w:bottom w:val="none" w:sz="0" w:space="0" w:color="auto"/>
                                <w:right w:val="none" w:sz="0" w:space="0" w:color="auto"/>
                              </w:divBdr>
                              <w:divsChild>
                                <w:div w:id="321813066">
                                  <w:marLeft w:val="0"/>
                                  <w:marRight w:val="0"/>
                                  <w:marTop w:val="0"/>
                                  <w:marBottom w:val="0"/>
                                  <w:divBdr>
                                    <w:top w:val="none" w:sz="0" w:space="0" w:color="auto"/>
                                    <w:left w:val="none" w:sz="0" w:space="0" w:color="auto"/>
                                    <w:bottom w:val="none" w:sz="0" w:space="0" w:color="auto"/>
                                    <w:right w:val="none" w:sz="0" w:space="0" w:color="auto"/>
                                  </w:divBdr>
                                  <w:divsChild>
                                    <w:div w:id="2079787252">
                                      <w:marLeft w:val="0"/>
                                      <w:marRight w:val="0"/>
                                      <w:marTop w:val="0"/>
                                      <w:marBottom w:val="0"/>
                                      <w:divBdr>
                                        <w:top w:val="none" w:sz="0" w:space="0" w:color="auto"/>
                                        <w:left w:val="none" w:sz="0" w:space="0" w:color="auto"/>
                                        <w:bottom w:val="none" w:sz="0" w:space="0" w:color="auto"/>
                                        <w:right w:val="none" w:sz="0" w:space="0" w:color="auto"/>
                                      </w:divBdr>
                                      <w:divsChild>
                                        <w:div w:id="1726487544">
                                          <w:marLeft w:val="0"/>
                                          <w:marRight w:val="0"/>
                                          <w:marTop w:val="0"/>
                                          <w:marBottom w:val="0"/>
                                          <w:divBdr>
                                            <w:top w:val="none" w:sz="0" w:space="0" w:color="auto"/>
                                            <w:left w:val="none" w:sz="0" w:space="0" w:color="auto"/>
                                            <w:bottom w:val="none" w:sz="0" w:space="0" w:color="auto"/>
                                            <w:right w:val="none" w:sz="0" w:space="0" w:color="auto"/>
                                          </w:divBdr>
                                          <w:divsChild>
                                            <w:div w:id="964119266">
                                              <w:marLeft w:val="0"/>
                                              <w:marRight w:val="0"/>
                                              <w:marTop w:val="0"/>
                                              <w:marBottom w:val="0"/>
                                              <w:divBdr>
                                                <w:top w:val="none" w:sz="0" w:space="0" w:color="auto"/>
                                                <w:left w:val="none" w:sz="0" w:space="0" w:color="auto"/>
                                                <w:bottom w:val="none" w:sz="0" w:space="0" w:color="auto"/>
                                                <w:right w:val="none" w:sz="0" w:space="0" w:color="auto"/>
                                              </w:divBdr>
                                              <w:divsChild>
                                                <w:div w:id="17902309">
                                                  <w:marLeft w:val="0"/>
                                                  <w:marRight w:val="0"/>
                                                  <w:marTop w:val="0"/>
                                                  <w:marBottom w:val="0"/>
                                                  <w:divBdr>
                                                    <w:top w:val="none" w:sz="0" w:space="0" w:color="auto"/>
                                                    <w:left w:val="none" w:sz="0" w:space="0" w:color="auto"/>
                                                    <w:bottom w:val="none" w:sz="0" w:space="0" w:color="auto"/>
                                                    <w:right w:val="none" w:sz="0" w:space="0" w:color="auto"/>
                                                  </w:divBdr>
                                                  <w:divsChild>
                                                    <w:div w:id="1341812580">
                                                      <w:marLeft w:val="0"/>
                                                      <w:marRight w:val="0"/>
                                                      <w:marTop w:val="0"/>
                                                      <w:marBottom w:val="0"/>
                                                      <w:divBdr>
                                                        <w:top w:val="none" w:sz="0" w:space="0" w:color="auto"/>
                                                        <w:left w:val="none" w:sz="0" w:space="0" w:color="auto"/>
                                                        <w:bottom w:val="none" w:sz="0" w:space="0" w:color="auto"/>
                                                        <w:right w:val="none" w:sz="0" w:space="0" w:color="auto"/>
                                                      </w:divBdr>
                                                      <w:divsChild>
                                                        <w:div w:id="635791549">
                                                          <w:blockQuote w:val="1"/>
                                                          <w:marLeft w:val="720"/>
                                                          <w:marRight w:val="720"/>
                                                          <w:marTop w:val="100"/>
                                                          <w:marBottom w:val="100"/>
                                                          <w:divBdr>
                                                            <w:top w:val="none" w:sz="0" w:space="0" w:color="auto"/>
                                                            <w:left w:val="none" w:sz="0" w:space="0" w:color="auto"/>
                                                            <w:bottom w:val="none" w:sz="0" w:space="0" w:color="auto"/>
                                                            <w:right w:val="none" w:sz="0" w:space="0" w:color="auto"/>
                                                          </w:divBdr>
                                                        </w:div>
                                                        <w:div w:id="9581416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6704260">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21617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019956">
                                                          <w:blockQuote w:val="1"/>
                                                          <w:marLeft w:val="720"/>
                                                          <w:marRight w:val="720"/>
                                                          <w:marTop w:val="100"/>
                                                          <w:marBottom w:val="100"/>
                                                          <w:divBdr>
                                                            <w:top w:val="none" w:sz="0" w:space="0" w:color="auto"/>
                                                            <w:left w:val="none" w:sz="0" w:space="0" w:color="auto"/>
                                                            <w:bottom w:val="none" w:sz="0" w:space="0" w:color="auto"/>
                                                            <w:right w:val="none" w:sz="0" w:space="0" w:color="auto"/>
                                                          </w:divBdr>
                                                        </w:div>
                                                        <w:div w:id="451290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799806">
                          <w:marLeft w:val="0"/>
                          <w:marRight w:val="0"/>
                          <w:marTop w:val="0"/>
                          <w:marBottom w:val="0"/>
                          <w:divBdr>
                            <w:top w:val="none" w:sz="0" w:space="0" w:color="auto"/>
                            <w:left w:val="none" w:sz="0" w:space="0" w:color="auto"/>
                            <w:bottom w:val="none" w:sz="0" w:space="0" w:color="auto"/>
                            <w:right w:val="none" w:sz="0" w:space="0" w:color="auto"/>
                          </w:divBdr>
                          <w:divsChild>
                            <w:div w:id="1136217221">
                              <w:marLeft w:val="0"/>
                              <w:marRight w:val="0"/>
                              <w:marTop w:val="0"/>
                              <w:marBottom w:val="0"/>
                              <w:divBdr>
                                <w:top w:val="none" w:sz="0" w:space="0" w:color="auto"/>
                                <w:left w:val="none" w:sz="0" w:space="0" w:color="auto"/>
                                <w:bottom w:val="none" w:sz="0" w:space="0" w:color="auto"/>
                                <w:right w:val="none" w:sz="0" w:space="0" w:color="auto"/>
                              </w:divBdr>
                              <w:divsChild>
                                <w:div w:id="1750927803">
                                  <w:marLeft w:val="0"/>
                                  <w:marRight w:val="0"/>
                                  <w:marTop w:val="0"/>
                                  <w:marBottom w:val="0"/>
                                  <w:divBdr>
                                    <w:top w:val="none" w:sz="0" w:space="0" w:color="auto"/>
                                    <w:left w:val="none" w:sz="0" w:space="0" w:color="auto"/>
                                    <w:bottom w:val="none" w:sz="0" w:space="0" w:color="auto"/>
                                    <w:right w:val="none" w:sz="0" w:space="0" w:color="auto"/>
                                  </w:divBdr>
                                  <w:divsChild>
                                    <w:div w:id="1734621014">
                                      <w:marLeft w:val="0"/>
                                      <w:marRight w:val="0"/>
                                      <w:marTop w:val="0"/>
                                      <w:marBottom w:val="0"/>
                                      <w:divBdr>
                                        <w:top w:val="none" w:sz="0" w:space="0" w:color="auto"/>
                                        <w:left w:val="none" w:sz="0" w:space="0" w:color="auto"/>
                                        <w:bottom w:val="none" w:sz="0" w:space="0" w:color="auto"/>
                                        <w:right w:val="none" w:sz="0" w:space="0" w:color="auto"/>
                                      </w:divBdr>
                                      <w:divsChild>
                                        <w:div w:id="1366566577">
                                          <w:marLeft w:val="0"/>
                                          <w:marRight w:val="0"/>
                                          <w:marTop w:val="0"/>
                                          <w:marBottom w:val="0"/>
                                          <w:divBdr>
                                            <w:top w:val="none" w:sz="0" w:space="0" w:color="auto"/>
                                            <w:left w:val="none" w:sz="0" w:space="0" w:color="auto"/>
                                            <w:bottom w:val="none" w:sz="0" w:space="0" w:color="auto"/>
                                            <w:right w:val="none" w:sz="0" w:space="0" w:color="auto"/>
                                          </w:divBdr>
                                          <w:divsChild>
                                            <w:div w:id="438448931">
                                              <w:marLeft w:val="0"/>
                                              <w:marRight w:val="0"/>
                                              <w:marTop w:val="0"/>
                                              <w:marBottom w:val="0"/>
                                              <w:divBdr>
                                                <w:top w:val="none" w:sz="0" w:space="0" w:color="auto"/>
                                                <w:left w:val="none" w:sz="0" w:space="0" w:color="auto"/>
                                                <w:bottom w:val="none" w:sz="0" w:space="0" w:color="auto"/>
                                                <w:right w:val="none" w:sz="0" w:space="0" w:color="auto"/>
                                              </w:divBdr>
                                              <w:divsChild>
                                                <w:div w:id="1899704591">
                                                  <w:marLeft w:val="0"/>
                                                  <w:marRight w:val="0"/>
                                                  <w:marTop w:val="0"/>
                                                  <w:marBottom w:val="0"/>
                                                  <w:divBdr>
                                                    <w:top w:val="none" w:sz="0" w:space="0" w:color="auto"/>
                                                    <w:left w:val="none" w:sz="0" w:space="0" w:color="auto"/>
                                                    <w:bottom w:val="none" w:sz="0" w:space="0" w:color="auto"/>
                                                    <w:right w:val="none" w:sz="0" w:space="0" w:color="auto"/>
                                                  </w:divBdr>
                                                  <w:divsChild>
                                                    <w:div w:id="378668906">
                                                      <w:marLeft w:val="0"/>
                                                      <w:marRight w:val="0"/>
                                                      <w:marTop w:val="0"/>
                                                      <w:marBottom w:val="0"/>
                                                      <w:divBdr>
                                                        <w:top w:val="none" w:sz="0" w:space="0" w:color="auto"/>
                                                        <w:left w:val="none" w:sz="0" w:space="0" w:color="auto"/>
                                                        <w:bottom w:val="none" w:sz="0" w:space="0" w:color="auto"/>
                                                        <w:right w:val="none" w:sz="0" w:space="0" w:color="auto"/>
                                                      </w:divBdr>
                                                      <w:divsChild>
                                                        <w:div w:id="78408312">
                                                          <w:marLeft w:val="0"/>
                                                          <w:marRight w:val="0"/>
                                                          <w:marTop w:val="0"/>
                                                          <w:marBottom w:val="0"/>
                                                          <w:divBdr>
                                                            <w:top w:val="none" w:sz="0" w:space="0" w:color="auto"/>
                                                            <w:left w:val="none" w:sz="0" w:space="0" w:color="auto"/>
                                                            <w:bottom w:val="none" w:sz="0" w:space="0" w:color="auto"/>
                                                            <w:right w:val="none" w:sz="0" w:space="0" w:color="auto"/>
                                                          </w:divBdr>
                                                          <w:divsChild>
                                                            <w:div w:id="3065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2015126">
                          <w:marLeft w:val="0"/>
                          <w:marRight w:val="0"/>
                          <w:marTop w:val="0"/>
                          <w:marBottom w:val="0"/>
                          <w:divBdr>
                            <w:top w:val="none" w:sz="0" w:space="0" w:color="auto"/>
                            <w:left w:val="none" w:sz="0" w:space="0" w:color="auto"/>
                            <w:bottom w:val="none" w:sz="0" w:space="0" w:color="auto"/>
                            <w:right w:val="none" w:sz="0" w:space="0" w:color="auto"/>
                          </w:divBdr>
                          <w:divsChild>
                            <w:div w:id="356004150">
                              <w:marLeft w:val="0"/>
                              <w:marRight w:val="0"/>
                              <w:marTop w:val="0"/>
                              <w:marBottom w:val="0"/>
                              <w:divBdr>
                                <w:top w:val="none" w:sz="0" w:space="0" w:color="auto"/>
                                <w:left w:val="none" w:sz="0" w:space="0" w:color="auto"/>
                                <w:bottom w:val="none" w:sz="0" w:space="0" w:color="auto"/>
                                <w:right w:val="none" w:sz="0" w:space="0" w:color="auto"/>
                              </w:divBdr>
                              <w:divsChild>
                                <w:div w:id="1138450466">
                                  <w:marLeft w:val="0"/>
                                  <w:marRight w:val="0"/>
                                  <w:marTop w:val="0"/>
                                  <w:marBottom w:val="0"/>
                                  <w:divBdr>
                                    <w:top w:val="none" w:sz="0" w:space="0" w:color="auto"/>
                                    <w:left w:val="none" w:sz="0" w:space="0" w:color="auto"/>
                                    <w:bottom w:val="none" w:sz="0" w:space="0" w:color="auto"/>
                                    <w:right w:val="none" w:sz="0" w:space="0" w:color="auto"/>
                                  </w:divBdr>
                                  <w:divsChild>
                                    <w:div w:id="174657402">
                                      <w:marLeft w:val="0"/>
                                      <w:marRight w:val="0"/>
                                      <w:marTop w:val="0"/>
                                      <w:marBottom w:val="0"/>
                                      <w:divBdr>
                                        <w:top w:val="none" w:sz="0" w:space="0" w:color="auto"/>
                                        <w:left w:val="none" w:sz="0" w:space="0" w:color="auto"/>
                                        <w:bottom w:val="none" w:sz="0" w:space="0" w:color="auto"/>
                                        <w:right w:val="none" w:sz="0" w:space="0" w:color="auto"/>
                                      </w:divBdr>
                                      <w:divsChild>
                                        <w:div w:id="1064455010">
                                          <w:marLeft w:val="0"/>
                                          <w:marRight w:val="0"/>
                                          <w:marTop w:val="0"/>
                                          <w:marBottom w:val="0"/>
                                          <w:divBdr>
                                            <w:top w:val="none" w:sz="0" w:space="0" w:color="auto"/>
                                            <w:left w:val="none" w:sz="0" w:space="0" w:color="auto"/>
                                            <w:bottom w:val="none" w:sz="0" w:space="0" w:color="auto"/>
                                            <w:right w:val="none" w:sz="0" w:space="0" w:color="auto"/>
                                          </w:divBdr>
                                          <w:divsChild>
                                            <w:div w:id="1831674117">
                                              <w:marLeft w:val="0"/>
                                              <w:marRight w:val="0"/>
                                              <w:marTop w:val="0"/>
                                              <w:marBottom w:val="0"/>
                                              <w:divBdr>
                                                <w:top w:val="none" w:sz="0" w:space="0" w:color="auto"/>
                                                <w:left w:val="none" w:sz="0" w:space="0" w:color="auto"/>
                                                <w:bottom w:val="none" w:sz="0" w:space="0" w:color="auto"/>
                                                <w:right w:val="none" w:sz="0" w:space="0" w:color="auto"/>
                                              </w:divBdr>
                                              <w:divsChild>
                                                <w:div w:id="569273101">
                                                  <w:marLeft w:val="0"/>
                                                  <w:marRight w:val="0"/>
                                                  <w:marTop w:val="0"/>
                                                  <w:marBottom w:val="0"/>
                                                  <w:divBdr>
                                                    <w:top w:val="none" w:sz="0" w:space="0" w:color="auto"/>
                                                    <w:left w:val="none" w:sz="0" w:space="0" w:color="auto"/>
                                                    <w:bottom w:val="none" w:sz="0" w:space="0" w:color="auto"/>
                                                    <w:right w:val="none" w:sz="0" w:space="0" w:color="auto"/>
                                                  </w:divBdr>
                                                  <w:divsChild>
                                                    <w:div w:id="213840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808773">
                          <w:marLeft w:val="0"/>
                          <w:marRight w:val="0"/>
                          <w:marTop w:val="0"/>
                          <w:marBottom w:val="0"/>
                          <w:divBdr>
                            <w:top w:val="none" w:sz="0" w:space="0" w:color="auto"/>
                            <w:left w:val="none" w:sz="0" w:space="0" w:color="auto"/>
                            <w:bottom w:val="none" w:sz="0" w:space="0" w:color="auto"/>
                            <w:right w:val="none" w:sz="0" w:space="0" w:color="auto"/>
                          </w:divBdr>
                          <w:divsChild>
                            <w:div w:id="981930699">
                              <w:marLeft w:val="0"/>
                              <w:marRight w:val="0"/>
                              <w:marTop w:val="0"/>
                              <w:marBottom w:val="0"/>
                              <w:divBdr>
                                <w:top w:val="none" w:sz="0" w:space="0" w:color="auto"/>
                                <w:left w:val="none" w:sz="0" w:space="0" w:color="auto"/>
                                <w:bottom w:val="none" w:sz="0" w:space="0" w:color="auto"/>
                                <w:right w:val="none" w:sz="0" w:space="0" w:color="auto"/>
                              </w:divBdr>
                              <w:divsChild>
                                <w:div w:id="493843532">
                                  <w:marLeft w:val="0"/>
                                  <w:marRight w:val="0"/>
                                  <w:marTop w:val="0"/>
                                  <w:marBottom w:val="0"/>
                                  <w:divBdr>
                                    <w:top w:val="none" w:sz="0" w:space="0" w:color="auto"/>
                                    <w:left w:val="none" w:sz="0" w:space="0" w:color="auto"/>
                                    <w:bottom w:val="none" w:sz="0" w:space="0" w:color="auto"/>
                                    <w:right w:val="none" w:sz="0" w:space="0" w:color="auto"/>
                                  </w:divBdr>
                                  <w:divsChild>
                                    <w:div w:id="1476485825">
                                      <w:marLeft w:val="0"/>
                                      <w:marRight w:val="0"/>
                                      <w:marTop w:val="0"/>
                                      <w:marBottom w:val="0"/>
                                      <w:divBdr>
                                        <w:top w:val="none" w:sz="0" w:space="0" w:color="auto"/>
                                        <w:left w:val="none" w:sz="0" w:space="0" w:color="auto"/>
                                        <w:bottom w:val="none" w:sz="0" w:space="0" w:color="auto"/>
                                        <w:right w:val="none" w:sz="0" w:space="0" w:color="auto"/>
                                      </w:divBdr>
                                      <w:divsChild>
                                        <w:div w:id="1451894385">
                                          <w:marLeft w:val="0"/>
                                          <w:marRight w:val="0"/>
                                          <w:marTop w:val="0"/>
                                          <w:marBottom w:val="0"/>
                                          <w:divBdr>
                                            <w:top w:val="none" w:sz="0" w:space="0" w:color="auto"/>
                                            <w:left w:val="none" w:sz="0" w:space="0" w:color="auto"/>
                                            <w:bottom w:val="none" w:sz="0" w:space="0" w:color="auto"/>
                                            <w:right w:val="none" w:sz="0" w:space="0" w:color="auto"/>
                                          </w:divBdr>
                                          <w:divsChild>
                                            <w:div w:id="1605764976">
                                              <w:marLeft w:val="0"/>
                                              <w:marRight w:val="0"/>
                                              <w:marTop w:val="0"/>
                                              <w:marBottom w:val="0"/>
                                              <w:divBdr>
                                                <w:top w:val="none" w:sz="0" w:space="0" w:color="auto"/>
                                                <w:left w:val="none" w:sz="0" w:space="0" w:color="auto"/>
                                                <w:bottom w:val="none" w:sz="0" w:space="0" w:color="auto"/>
                                                <w:right w:val="none" w:sz="0" w:space="0" w:color="auto"/>
                                              </w:divBdr>
                                              <w:divsChild>
                                                <w:div w:id="1917084841">
                                                  <w:marLeft w:val="0"/>
                                                  <w:marRight w:val="0"/>
                                                  <w:marTop w:val="0"/>
                                                  <w:marBottom w:val="0"/>
                                                  <w:divBdr>
                                                    <w:top w:val="none" w:sz="0" w:space="0" w:color="auto"/>
                                                    <w:left w:val="none" w:sz="0" w:space="0" w:color="auto"/>
                                                    <w:bottom w:val="none" w:sz="0" w:space="0" w:color="auto"/>
                                                    <w:right w:val="none" w:sz="0" w:space="0" w:color="auto"/>
                                                  </w:divBdr>
                                                  <w:divsChild>
                                                    <w:div w:id="678890366">
                                                      <w:marLeft w:val="0"/>
                                                      <w:marRight w:val="0"/>
                                                      <w:marTop w:val="0"/>
                                                      <w:marBottom w:val="0"/>
                                                      <w:divBdr>
                                                        <w:top w:val="none" w:sz="0" w:space="0" w:color="auto"/>
                                                        <w:left w:val="none" w:sz="0" w:space="0" w:color="auto"/>
                                                        <w:bottom w:val="none" w:sz="0" w:space="0" w:color="auto"/>
                                                        <w:right w:val="none" w:sz="0" w:space="0" w:color="auto"/>
                                                      </w:divBdr>
                                                      <w:divsChild>
                                                        <w:div w:id="1286081941">
                                                          <w:marLeft w:val="0"/>
                                                          <w:marRight w:val="0"/>
                                                          <w:marTop w:val="0"/>
                                                          <w:marBottom w:val="0"/>
                                                          <w:divBdr>
                                                            <w:top w:val="none" w:sz="0" w:space="0" w:color="auto"/>
                                                            <w:left w:val="none" w:sz="0" w:space="0" w:color="auto"/>
                                                            <w:bottom w:val="none" w:sz="0" w:space="0" w:color="auto"/>
                                                            <w:right w:val="none" w:sz="0" w:space="0" w:color="auto"/>
                                                          </w:divBdr>
                                                          <w:divsChild>
                                                            <w:div w:id="13861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358919">
                          <w:marLeft w:val="0"/>
                          <w:marRight w:val="0"/>
                          <w:marTop w:val="0"/>
                          <w:marBottom w:val="0"/>
                          <w:divBdr>
                            <w:top w:val="none" w:sz="0" w:space="0" w:color="auto"/>
                            <w:left w:val="none" w:sz="0" w:space="0" w:color="auto"/>
                            <w:bottom w:val="none" w:sz="0" w:space="0" w:color="auto"/>
                            <w:right w:val="none" w:sz="0" w:space="0" w:color="auto"/>
                          </w:divBdr>
                          <w:divsChild>
                            <w:div w:id="1643927278">
                              <w:marLeft w:val="0"/>
                              <w:marRight w:val="0"/>
                              <w:marTop w:val="0"/>
                              <w:marBottom w:val="0"/>
                              <w:divBdr>
                                <w:top w:val="none" w:sz="0" w:space="0" w:color="auto"/>
                                <w:left w:val="none" w:sz="0" w:space="0" w:color="auto"/>
                                <w:bottom w:val="none" w:sz="0" w:space="0" w:color="auto"/>
                                <w:right w:val="none" w:sz="0" w:space="0" w:color="auto"/>
                              </w:divBdr>
                              <w:divsChild>
                                <w:div w:id="1406951283">
                                  <w:marLeft w:val="0"/>
                                  <w:marRight w:val="0"/>
                                  <w:marTop w:val="0"/>
                                  <w:marBottom w:val="0"/>
                                  <w:divBdr>
                                    <w:top w:val="none" w:sz="0" w:space="0" w:color="auto"/>
                                    <w:left w:val="none" w:sz="0" w:space="0" w:color="auto"/>
                                    <w:bottom w:val="none" w:sz="0" w:space="0" w:color="auto"/>
                                    <w:right w:val="none" w:sz="0" w:space="0" w:color="auto"/>
                                  </w:divBdr>
                                  <w:divsChild>
                                    <w:div w:id="1926068748">
                                      <w:marLeft w:val="0"/>
                                      <w:marRight w:val="0"/>
                                      <w:marTop w:val="0"/>
                                      <w:marBottom w:val="0"/>
                                      <w:divBdr>
                                        <w:top w:val="none" w:sz="0" w:space="0" w:color="auto"/>
                                        <w:left w:val="none" w:sz="0" w:space="0" w:color="auto"/>
                                        <w:bottom w:val="none" w:sz="0" w:space="0" w:color="auto"/>
                                        <w:right w:val="none" w:sz="0" w:space="0" w:color="auto"/>
                                      </w:divBdr>
                                      <w:divsChild>
                                        <w:div w:id="1421028061">
                                          <w:marLeft w:val="0"/>
                                          <w:marRight w:val="0"/>
                                          <w:marTop w:val="0"/>
                                          <w:marBottom w:val="0"/>
                                          <w:divBdr>
                                            <w:top w:val="none" w:sz="0" w:space="0" w:color="auto"/>
                                            <w:left w:val="none" w:sz="0" w:space="0" w:color="auto"/>
                                            <w:bottom w:val="none" w:sz="0" w:space="0" w:color="auto"/>
                                            <w:right w:val="none" w:sz="0" w:space="0" w:color="auto"/>
                                          </w:divBdr>
                                          <w:divsChild>
                                            <w:div w:id="1678574671">
                                              <w:marLeft w:val="0"/>
                                              <w:marRight w:val="0"/>
                                              <w:marTop w:val="0"/>
                                              <w:marBottom w:val="0"/>
                                              <w:divBdr>
                                                <w:top w:val="none" w:sz="0" w:space="0" w:color="auto"/>
                                                <w:left w:val="none" w:sz="0" w:space="0" w:color="auto"/>
                                                <w:bottom w:val="none" w:sz="0" w:space="0" w:color="auto"/>
                                                <w:right w:val="none" w:sz="0" w:space="0" w:color="auto"/>
                                              </w:divBdr>
                                              <w:divsChild>
                                                <w:div w:id="1877230122">
                                                  <w:marLeft w:val="0"/>
                                                  <w:marRight w:val="0"/>
                                                  <w:marTop w:val="0"/>
                                                  <w:marBottom w:val="0"/>
                                                  <w:divBdr>
                                                    <w:top w:val="none" w:sz="0" w:space="0" w:color="auto"/>
                                                    <w:left w:val="none" w:sz="0" w:space="0" w:color="auto"/>
                                                    <w:bottom w:val="none" w:sz="0" w:space="0" w:color="auto"/>
                                                    <w:right w:val="none" w:sz="0" w:space="0" w:color="auto"/>
                                                  </w:divBdr>
                                                  <w:divsChild>
                                                    <w:div w:id="1748839730">
                                                      <w:marLeft w:val="0"/>
                                                      <w:marRight w:val="0"/>
                                                      <w:marTop w:val="0"/>
                                                      <w:marBottom w:val="0"/>
                                                      <w:divBdr>
                                                        <w:top w:val="none" w:sz="0" w:space="0" w:color="auto"/>
                                                        <w:left w:val="none" w:sz="0" w:space="0" w:color="auto"/>
                                                        <w:bottom w:val="none" w:sz="0" w:space="0" w:color="auto"/>
                                                        <w:right w:val="none" w:sz="0" w:space="0" w:color="auto"/>
                                                      </w:divBdr>
                                                      <w:divsChild>
                                                        <w:div w:id="192310578">
                                                          <w:blockQuote w:val="1"/>
                                                          <w:marLeft w:val="720"/>
                                                          <w:marRight w:val="720"/>
                                                          <w:marTop w:val="100"/>
                                                          <w:marBottom w:val="100"/>
                                                          <w:divBdr>
                                                            <w:top w:val="none" w:sz="0" w:space="0" w:color="auto"/>
                                                            <w:left w:val="none" w:sz="0" w:space="0" w:color="auto"/>
                                                            <w:bottom w:val="none" w:sz="0" w:space="0" w:color="auto"/>
                                                            <w:right w:val="none" w:sz="0" w:space="0" w:color="auto"/>
                                                          </w:divBdr>
                                                        </w:div>
                                                        <w:div w:id="749808994">
                                                          <w:blockQuote w:val="1"/>
                                                          <w:marLeft w:val="720"/>
                                                          <w:marRight w:val="720"/>
                                                          <w:marTop w:val="100"/>
                                                          <w:marBottom w:val="100"/>
                                                          <w:divBdr>
                                                            <w:top w:val="none" w:sz="0" w:space="0" w:color="auto"/>
                                                            <w:left w:val="none" w:sz="0" w:space="0" w:color="auto"/>
                                                            <w:bottom w:val="none" w:sz="0" w:space="0" w:color="auto"/>
                                                            <w:right w:val="none" w:sz="0" w:space="0" w:color="auto"/>
                                                          </w:divBdr>
                                                        </w:div>
                                                        <w:div w:id="243728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7061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882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15390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648553132">
                                                          <w:blockQuote w:val="1"/>
                                                          <w:marLeft w:val="720"/>
                                                          <w:marRight w:val="720"/>
                                                          <w:marTop w:val="100"/>
                                                          <w:marBottom w:val="100"/>
                                                          <w:divBdr>
                                                            <w:top w:val="none" w:sz="0" w:space="0" w:color="auto"/>
                                                            <w:left w:val="none" w:sz="0" w:space="0" w:color="auto"/>
                                                            <w:bottom w:val="none" w:sz="0" w:space="0" w:color="auto"/>
                                                            <w:right w:val="none" w:sz="0" w:space="0" w:color="auto"/>
                                                          </w:divBdr>
                                                        </w:div>
                                                        <w:div w:id="970671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62905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042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41626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1809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0391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3097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6010354">
                          <w:marLeft w:val="0"/>
                          <w:marRight w:val="0"/>
                          <w:marTop w:val="0"/>
                          <w:marBottom w:val="0"/>
                          <w:divBdr>
                            <w:top w:val="none" w:sz="0" w:space="0" w:color="auto"/>
                            <w:left w:val="none" w:sz="0" w:space="0" w:color="auto"/>
                            <w:bottom w:val="none" w:sz="0" w:space="0" w:color="auto"/>
                            <w:right w:val="none" w:sz="0" w:space="0" w:color="auto"/>
                          </w:divBdr>
                          <w:divsChild>
                            <w:div w:id="344789214">
                              <w:marLeft w:val="0"/>
                              <w:marRight w:val="0"/>
                              <w:marTop w:val="0"/>
                              <w:marBottom w:val="0"/>
                              <w:divBdr>
                                <w:top w:val="none" w:sz="0" w:space="0" w:color="auto"/>
                                <w:left w:val="none" w:sz="0" w:space="0" w:color="auto"/>
                                <w:bottom w:val="none" w:sz="0" w:space="0" w:color="auto"/>
                                <w:right w:val="none" w:sz="0" w:space="0" w:color="auto"/>
                              </w:divBdr>
                              <w:divsChild>
                                <w:div w:id="1174803544">
                                  <w:marLeft w:val="0"/>
                                  <w:marRight w:val="0"/>
                                  <w:marTop w:val="0"/>
                                  <w:marBottom w:val="0"/>
                                  <w:divBdr>
                                    <w:top w:val="none" w:sz="0" w:space="0" w:color="auto"/>
                                    <w:left w:val="none" w:sz="0" w:space="0" w:color="auto"/>
                                    <w:bottom w:val="none" w:sz="0" w:space="0" w:color="auto"/>
                                    <w:right w:val="none" w:sz="0" w:space="0" w:color="auto"/>
                                  </w:divBdr>
                                  <w:divsChild>
                                    <w:div w:id="150148159">
                                      <w:marLeft w:val="0"/>
                                      <w:marRight w:val="0"/>
                                      <w:marTop w:val="0"/>
                                      <w:marBottom w:val="0"/>
                                      <w:divBdr>
                                        <w:top w:val="none" w:sz="0" w:space="0" w:color="auto"/>
                                        <w:left w:val="none" w:sz="0" w:space="0" w:color="auto"/>
                                        <w:bottom w:val="none" w:sz="0" w:space="0" w:color="auto"/>
                                        <w:right w:val="none" w:sz="0" w:space="0" w:color="auto"/>
                                      </w:divBdr>
                                      <w:divsChild>
                                        <w:div w:id="1728141178">
                                          <w:marLeft w:val="0"/>
                                          <w:marRight w:val="0"/>
                                          <w:marTop w:val="0"/>
                                          <w:marBottom w:val="0"/>
                                          <w:divBdr>
                                            <w:top w:val="none" w:sz="0" w:space="0" w:color="auto"/>
                                            <w:left w:val="none" w:sz="0" w:space="0" w:color="auto"/>
                                            <w:bottom w:val="none" w:sz="0" w:space="0" w:color="auto"/>
                                            <w:right w:val="none" w:sz="0" w:space="0" w:color="auto"/>
                                          </w:divBdr>
                                          <w:divsChild>
                                            <w:div w:id="780879152">
                                              <w:marLeft w:val="0"/>
                                              <w:marRight w:val="0"/>
                                              <w:marTop w:val="0"/>
                                              <w:marBottom w:val="0"/>
                                              <w:divBdr>
                                                <w:top w:val="none" w:sz="0" w:space="0" w:color="auto"/>
                                                <w:left w:val="none" w:sz="0" w:space="0" w:color="auto"/>
                                                <w:bottom w:val="none" w:sz="0" w:space="0" w:color="auto"/>
                                                <w:right w:val="none" w:sz="0" w:space="0" w:color="auto"/>
                                              </w:divBdr>
                                              <w:divsChild>
                                                <w:div w:id="397285943">
                                                  <w:marLeft w:val="0"/>
                                                  <w:marRight w:val="0"/>
                                                  <w:marTop w:val="0"/>
                                                  <w:marBottom w:val="0"/>
                                                  <w:divBdr>
                                                    <w:top w:val="none" w:sz="0" w:space="0" w:color="auto"/>
                                                    <w:left w:val="none" w:sz="0" w:space="0" w:color="auto"/>
                                                    <w:bottom w:val="none" w:sz="0" w:space="0" w:color="auto"/>
                                                    <w:right w:val="none" w:sz="0" w:space="0" w:color="auto"/>
                                                  </w:divBdr>
                                                  <w:divsChild>
                                                    <w:div w:id="420876593">
                                                      <w:marLeft w:val="0"/>
                                                      <w:marRight w:val="0"/>
                                                      <w:marTop w:val="0"/>
                                                      <w:marBottom w:val="0"/>
                                                      <w:divBdr>
                                                        <w:top w:val="none" w:sz="0" w:space="0" w:color="auto"/>
                                                        <w:left w:val="none" w:sz="0" w:space="0" w:color="auto"/>
                                                        <w:bottom w:val="none" w:sz="0" w:space="0" w:color="auto"/>
                                                        <w:right w:val="none" w:sz="0" w:space="0" w:color="auto"/>
                                                      </w:divBdr>
                                                      <w:divsChild>
                                                        <w:div w:id="1334409695">
                                                          <w:marLeft w:val="0"/>
                                                          <w:marRight w:val="0"/>
                                                          <w:marTop w:val="0"/>
                                                          <w:marBottom w:val="0"/>
                                                          <w:divBdr>
                                                            <w:top w:val="none" w:sz="0" w:space="0" w:color="auto"/>
                                                            <w:left w:val="none" w:sz="0" w:space="0" w:color="auto"/>
                                                            <w:bottom w:val="none" w:sz="0" w:space="0" w:color="auto"/>
                                                            <w:right w:val="none" w:sz="0" w:space="0" w:color="auto"/>
                                                          </w:divBdr>
                                                          <w:divsChild>
                                                            <w:div w:id="51198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4017899">
                          <w:marLeft w:val="0"/>
                          <w:marRight w:val="0"/>
                          <w:marTop w:val="0"/>
                          <w:marBottom w:val="0"/>
                          <w:divBdr>
                            <w:top w:val="none" w:sz="0" w:space="0" w:color="auto"/>
                            <w:left w:val="none" w:sz="0" w:space="0" w:color="auto"/>
                            <w:bottom w:val="none" w:sz="0" w:space="0" w:color="auto"/>
                            <w:right w:val="none" w:sz="0" w:space="0" w:color="auto"/>
                          </w:divBdr>
                          <w:divsChild>
                            <w:div w:id="1997800579">
                              <w:marLeft w:val="0"/>
                              <w:marRight w:val="0"/>
                              <w:marTop w:val="0"/>
                              <w:marBottom w:val="0"/>
                              <w:divBdr>
                                <w:top w:val="none" w:sz="0" w:space="0" w:color="auto"/>
                                <w:left w:val="none" w:sz="0" w:space="0" w:color="auto"/>
                                <w:bottom w:val="none" w:sz="0" w:space="0" w:color="auto"/>
                                <w:right w:val="none" w:sz="0" w:space="0" w:color="auto"/>
                              </w:divBdr>
                              <w:divsChild>
                                <w:div w:id="916130269">
                                  <w:marLeft w:val="0"/>
                                  <w:marRight w:val="0"/>
                                  <w:marTop w:val="0"/>
                                  <w:marBottom w:val="0"/>
                                  <w:divBdr>
                                    <w:top w:val="none" w:sz="0" w:space="0" w:color="auto"/>
                                    <w:left w:val="none" w:sz="0" w:space="0" w:color="auto"/>
                                    <w:bottom w:val="none" w:sz="0" w:space="0" w:color="auto"/>
                                    <w:right w:val="none" w:sz="0" w:space="0" w:color="auto"/>
                                  </w:divBdr>
                                  <w:divsChild>
                                    <w:div w:id="225187406">
                                      <w:marLeft w:val="0"/>
                                      <w:marRight w:val="0"/>
                                      <w:marTop w:val="0"/>
                                      <w:marBottom w:val="0"/>
                                      <w:divBdr>
                                        <w:top w:val="none" w:sz="0" w:space="0" w:color="auto"/>
                                        <w:left w:val="none" w:sz="0" w:space="0" w:color="auto"/>
                                        <w:bottom w:val="none" w:sz="0" w:space="0" w:color="auto"/>
                                        <w:right w:val="none" w:sz="0" w:space="0" w:color="auto"/>
                                      </w:divBdr>
                                      <w:divsChild>
                                        <w:div w:id="1794670211">
                                          <w:marLeft w:val="0"/>
                                          <w:marRight w:val="0"/>
                                          <w:marTop w:val="0"/>
                                          <w:marBottom w:val="0"/>
                                          <w:divBdr>
                                            <w:top w:val="none" w:sz="0" w:space="0" w:color="auto"/>
                                            <w:left w:val="none" w:sz="0" w:space="0" w:color="auto"/>
                                            <w:bottom w:val="none" w:sz="0" w:space="0" w:color="auto"/>
                                            <w:right w:val="none" w:sz="0" w:space="0" w:color="auto"/>
                                          </w:divBdr>
                                          <w:divsChild>
                                            <w:div w:id="1971014574">
                                              <w:marLeft w:val="0"/>
                                              <w:marRight w:val="0"/>
                                              <w:marTop w:val="0"/>
                                              <w:marBottom w:val="0"/>
                                              <w:divBdr>
                                                <w:top w:val="none" w:sz="0" w:space="0" w:color="auto"/>
                                                <w:left w:val="none" w:sz="0" w:space="0" w:color="auto"/>
                                                <w:bottom w:val="none" w:sz="0" w:space="0" w:color="auto"/>
                                                <w:right w:val="none" w:sz="0" w:space="0" w:color="auto"/>
                                              </w:divBdr>
                                              <w:divsChild>
                                                <w:div w:id="1880705956">
                                                  <w:marLeft w:val="0"/>
                                                  <w:marRight w:val="0"/>
                                                  <w:marTop w:val="0"/>
                                                  <w:marBottom w:val="0"/>
                                                  <w:divBdr>
                                                    <w:top w:val="none" w:sz="0" w:space="0" w:color="auto"/>
                                                    <w:left w:val="none" w:sz="0" w:space="0" w:color="auto"/>
                                                    <w:bottom w:val="none" w:sz="0" w:space="0" w:color="auto"/>
                                                    <w:right w:val="none" w:sz="0" w:space="0" w:color="auto"/>
                                                  </w:divBdr>
                                                  <w:divsChild>
                                                    <w:div w:id="1961186550">
                                                      <w:marLeft w:val="0"/>
                                                      <w:marRight w:val="0"/>
                                                      <w:marTop w:val="0"/>
                                                      <w:marBottom w:val="0"/>
                                                      <w:divBdr>
                                                        <w:top w:val="none" w:sz="0" w:space="0" w:color="auto"/>
                                                        <w:left w:val="none" w:sz="0" w:space="0" w:color="auto"/>
                                                        <w:bottom w:val="none" w:sz="0" w:space="0" w:color="auto"/>
                                                        <w:right w:val="none" w:sz="0" w:space="0" w:color="auto"/>
                                                      </w:divBdr>
                                                      <w:divsChild>
                                                        <w:div w:id="1772125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7485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7718599">
                                                          <w:blockQuote w:val="1"/>
                                                          <w:marLeft w:val="720"/>
                                                          <w:marRight w:val="720"/>
                                                          <w:marTop w:val="100"/>
                                                          <w:marBottom w:val="100"/>
                                                          <w:divBdr>
                                                            <w:top w:val="none" w:sz="0" w:space="0" w:color="auto"/>
                                                            <w:left w:val="none" w:sz="0" w:space="0" w:color="auto"/>
                                                            <w:bottom w:val="none" w:sz="0" w:space="0" w:color="auto"/>
                                                            <w:right w:val="none" w:sz="0" w:space="0" w:color="auto"/>
                                                          </w:divBdr>
                                                        </w:div>
                                                        <w:div w:id="894126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47102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06911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113571">
                          <w:marLeft w:val="0"/>
                          <w:marRight w:val="0"/>
                          <w:marTop w:val="0"/>
                          <w:marBottom w:val="0"/>
                          <w:divBdr>
                            <w:top w:val="none" w:sz="0" w:space="0" w:color="auto"/>
                            <w:left w:val="none" w:sz="0" w:space="0" w:color="auto"/>
                            <w:bottom w:val="none" w:sz="0" w:space="0" w:color="auto"/>
                            <w:right w:val="none" w:sz="0" w:space="0" w:color="auto"/>
                          </w:divBdr>
                          <w:divsChild>
                            <w:div w:id="609095222">
                              <w:marLeft w:val="0"/>
                              <w:marRight w:val="0"/>
                              <w:marTop w:val="0"/>
                              <w:marBottom w:val="0"/>
                              <w:divBdr>
                                <w:top w:val="none" w:sz="0" w:space="0" w:color="auto"/>
                                <w:left w:val="none" w:sz="0" w:space="0" w:color="auto"/>
                                <w:bottom w:val="none" w:sz="0" w:space="0" w:color="auto"/>
                                <w:right w:val="none" w:sz="0" w:space="0" w:color="auto"/>
                              </w:divBdr>
                              <w:divsChild>
                                <w:div w:id="483854287">
                                  <w:marLeft w:val="0"/>
                                  <w:marRight w:val="0"/>
                                  <w:marTop w:val="0"/>
                                  <w:marBottom w:val="0"/>
                                  <w:divBdr>
                                    <w:top w:val="none" w:sz="0" w:space="0" w:color="auto"/>
                                    <w:left w:val="none" w:sz="0" w:space="0" w:color="auto"/>
                                    <w:bottom w:val="none" w:sz="0" w:space="0" w:color="auto"/>
                                    <w:right w:val="none" w:sz="0" w:space="0" w:color="auto"/>
                                  </w:divBdr>
                                  <w:divsChild>
                                    <w:div w:id="189416423">
                                      <w:marLeft w:val="0"/>
                                      <w:marRight w:val="0"/>
                                      <w:marTop w:val="0"/>
                                      <w:marBottom w:val="0"/>
                                      <w:divBdr>
                                        <w:top w:val="none" w:sz="0" w:space="0" w:color="auto"/>
                                        <w:left w:val="none" w:sz="0" w:space="0" w:color="auto"/>
                                        <w:bottom w:val="none" w:sz="0" w:space="0" w:color="auto"/>
                                        <w:right w:val="none" w:sz="0" w:space="0" w:color="auto"/>
                                      </w:divBdr>
                                      <w:divsChild>
                                        <w:div w:id="125634354">
                                          <w:marLeft w:val="0"/>
                                          <w:marRight w:val="0"/>
                                          <w:marTop w:val="0"/>
                                          <w:marBottom w:val="0"/>
                                          <w:divBdr>
                                            <w:top w:val="none" w:sz="0" w:space="0" w:color="auto"/>
                                            <w:left w:val="none" w:sz="0" w:space="0" w:color="auto"/>
                                            <w:bottom w:val="none" w:sz="0" w:space="0" w:color="auto"/>
                                            <w:right w:val="none" w:sz="0" w:space="0" w:color="auto"/>
                                          </w:divBdr>
                                          <w:divsChild>
                                            <w:div w:id="752750356">
                                              <w:marLeft w:val="0"/>
                                              <w:marRight w:val="0"/>
                                              <w:marTop w:val="0"/>
                                              <w:marBottom w:val="0"/>
                                              <w:divBdr>
                                                <w:top w:val="none" w:sz="0" w:space="0" w:color="auto"/>
                                                <w:left w:val="none" w:sz="0" w:space="0" w:color="auto"/>
                                                <w:bottom w:val="none" w:sz="0" w:space="0" w:color="auto"/>
                                                <w:right w:val="none" w:sz="0" w:space="0" w:color="auto"/>
                                              </w:divBdr>
                                              <w:divsChild>
                                                <w:div w:id="1319967537">
                                                  <w:marLeft w:val="0"/>
                                                  <w:marRight w:val="0"/>
                                                  <w:marTop w:val="0"/>
                                                  <w:marBottom w:val="0"/>
                                                  <w:divBdr>
                                                    <w:top w:val="none" w:sz="0" w:space="0" w:color="auto"/>
                                                    <w:left w:val="none" w:sz="0" w:space="0" w:color="auto"/>
                                                    <w:bottom w:val="none" w:sz="0" w:space="0" w:color="auto"/>
                                                    <w:right w:val="none" w:sz="0" w:space="0" w:color="auto"/>
                                                  </w:divBdr>
                                                  <w:divsChild>
                                                    <w:div w:id="345525509">
                                                      <w:marLeft w:val="0"/>
                                                      <w:marRight w:val="0"/>
                                                      <w:marTop w:val="0"/>
                                                      <w:marBottom w:val="0"/>
                                                      <w:divBdr>
                                                        <w:top w:val="none" w:sz="0" w:space="0" w:color="auto"/>
                                                        <w:left w:val="none" w:sz="0" w:space="0" w:color="auto"/>
                                                        <w:bottom w:val="none" w:sz="0" w:space="0" w:color="auto"/>
                                                        <w:right w:val="none" w:sz="0" w:space="0" w:color="auto"/>
                                                      </w:divBdr>
                                                      <w:divsChild>
                                                        <w:div w:id="2111657487">
                                                          <w:marLeft w:val="0"/>
                                                          <w:marRight w:val="0"/>
                                                          <w:marTop w:val="0"/>
                                                          <w:marBottom w:val="0"/>
                                                          <w:divBdr>
                                                            <w:top w:val="none" w:sz="0" w:space="0" w:color="auto"/>
                                                            <w:left w:val="none" w:sz="0" w:space="0" w:color="auto"/>
                                                            <w:bottom w:val="none" w:sz="0" w:space="0" w:color="auto"/>
                                                            <w:right w:val="none" w:sz="0" w:space="0" w:color="auto"/>
                                                          </w:divBdr>
                                                          <w:divsChild>
                                                            <w:div w:id="63649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177770">
                          <w:marLeft w:val="0"/>
                          <w:marRight w:val="0"/>
                          <w:marTop w:val="0"/>
                          <w:marBottom w:val="0"/>
                          <w:divBdr>
                            <w:top w:val="none" w:sz="0" w:space="0" w:color="auto"/>
                            <w:left w:val="none" w:sz="0" w:space="0" w:color="auto"/>
                            <w:bottom w:val="none" w:sz="0" w:space="0" w:color="auto"/>
                            <w:right w:val="none" w:sz="0" w:space="0" w:color="auto"/>
                          </w:divBdr>
                          <w:divsChild>
                            <w:div w:id="961770374">
                              <w:marLeft w:val="0"/>
                              <w:marRight w:val="0"/>
                              <w:marTop w:val="0"/>
                              <w:marBottom w:val="0"/>
                              <w:divBdr>
                                <w:top w:val="none" w:sz="0" w:space="0" w:color="auto"/>
                                <w:left w:val="none" w:sz="0" w:space="0" w:color="auto"/>
                                <w:bottom w:val="none" w:sz="0" w:space="0" w:color="auto"/>
                                <w:right w:val="none" w:sz="0" w:space="0" w:color="auto"/>
                              </w:divBdr>
                              <w:divsChild>
                                <w:div w:id="2112896776">
                                  <w:marLeft w:val="0"/>
                                  <w:marRight w:val="0"/>
                                  <w:marTop w:val="0"/>
                                  <w:marBottom w:val="0"/>
                                  <w:divBdr>
                                    <w:top w:val="none" w:sz="0" w:space="0" w:color="auto"/>
                                    <w:left w:val="none" w:sz="0" w:space="0" w:color="auto"/>
                                    <w:bottom w:val="none" w:sz="0" w:space="0" w:color="auto"/>
                                    <w:right w:val="none" w:sz="0" w:space="0" w:color="auto"/>
                                  </w:divBdr>
                                  <w:divsChild>
                                    <w:div w:id="98722633">
                                      <w:marLeft w:val="0"/>
                                      <w:marRight w:val="0"/>
                                      <w:marTop w:val="0"/>
                                      <w:marBottom w:val="0"/>
                                      <w:divBdr>
                                        <w:top w:val="none" w:sz="0" w:space="0" w:color="auto"/>
                                        <w:left w:val="none" w:sz="0" w:space="0" w:color="auto"/>
                                        <w:bottom w:val="none" w:sz="0" w:space="0" w:color="auto"/>
                                        <w:right w:val="none" w:sz="0" w:space="0" w:color="auto"/>
                                      </w:divBdr>
                                      <w:divsChild>
                                        <w:div w:id="1116025009">
                                          <w:marLeft w:val="0"/>
                                          <w:marRight w:val="0"/>
                                          <w:marTop w:val="0"/>
                                          <w:marBottom w:val="0"/>
                                          <w:divBdr>
                                            <w:top w:val="none" w:sz="0" w:space="0" w:color="auto"/>
                                            <w:left w:val="none" w:sz="0" w:space="0" w:color="auto"/>
                                            <w:bottom w:val="none" w:sz="0" w:space="0" w:color="auto"/>
                                            <w:right w:val="none" w:sz="0" w:space="0" w:color="auto"/>
                                          </w:divBdr>
                                          <w:divsChild>
                                            <w:div w:id="1709454431">
                                              <w:marLeft w:val="0"/>
                                              <w:marRight w:val="0"/>
                                              <w:marTop w:val="0"/>
                                              <w:marBottom w:val="0"/>
                                              <w:divBdr>
                                                <w:top w:val="none" w:sz="0" w:space="0" w:color="auto"/>
                                                <w:left w:val="none" w:sz="0" w:space="0" w:color="auto"/>
                                                <w:bottom w:val="none" w:sz="0" w:space="0" w:color="auto"/>
                                                <w:right w:val="none" w:sz="0" w:space="0" w:color="auto"/>
                                              </w:divBdr>
                                              <w:divsChild>
                                                <w:div w:id="567351197">
                                                  <w:marLeft w:val="0"/>
                                                  <w:marRight w:val="0"/>
                                                  <w:marTop w:val="0"/>
                                                  <w:marBottom w:val="0"/>
                                                  <w:divBdr>
                                                    <w:top w:val="none" w:sz="0" w:space="0" w:color="auto"/>
                                                    <w:left w:val="none" w:sz="0" w:space="0" w:color="auto"/>
                                                    <w:bottom w:val="none" w:sz="0" w:space="0" w:color="auto"/>
                                                    <w:right w:val="none" w:sz="0" w:space="0" w:color="auto"/>
                                                  </w:divBdr>
                                                  <w:divsChild>
                                                    <w:div w:id="628979184">
                                                      <w:marLeft w:val="0"/>
                                                      <w:marRight w:val="0"/>
                                                      <w:marTop w:val="0"/>
                                                      <w:marBottom w:val="0"/>
                                                      <w:divBdr>
                                                        <w:top w:val="none" w:sz="0" w:space="0" w:color="auto"/>
                                                        <w:left w:val="none" w:sz="0" w:space="0" w:color="auto"/>
                                                        <w:bottom w:val="none" w:sz="0" w:space="0" w:color="auto"/>
                                                        <w:right w:val="none" w:sz="0" w:space="0" w:color="auto"/>
                                                      </w:divBdr>
                                                      <w:divsChild>
                                                        <w:div w:id="506674085">
                                                          <w:blockQuote w:val="1"/>
                                                          <w:marLeft w:val="720"/>
                                                          <w:marRight w:val="720"/>
                                                          <w:marTop w:val="100"/>
                                                          <w:marBottom w:val="100"/>
                                                          <w:divBdr>
                                                            <w:top w:val="none" w:sz="0" w:space="0" w:color="auto"/>
                                                            <w:left w:val="none" w:sz="0" w:space="0" w:color="auto"/>
                                                            <w:bottom w:val="none" w:sz="0" w:space="0" w:color="auto"/>
                                                            <w:right w:val="none" w:sz="0" w:space="0" w:color="auto"/>
                                                          </w:divBdr>
                                                        </w:div>
                                                        <w:div w:id="932394585">
                                                          <w:blockQuote w:val="1"/>
                                                          <w:marLeft w:val="720"/>
                                                          <w:marRight w:val="720"/>
                                                          <w:marTop w:val="100"/>
                                                          <w:marBottom w:val="100"/>
                                                          <w:divBdr>
                                                            <w:top w:val="none" w:sz="0" w:space="0" w:color="auto"/>
                                                            <w:left w:val="none" w:sz="0" w:space="0" w:color="auto"/>
                                                            <w:bottom w:val="none" w:sz="0" w:space="0" w:color="auto"/>
                                                            <w:right w:val="none" w:sz="0" w:space="0" w:color="auto"/>
                                                          </w:divBdr>
                                                        </w:div>
                                                        <w:div w:id="37512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532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435396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680690455">
                                                          <w:blockQuote w:val="1"/>
                                                          <w:marLeft w:val="720"/>
                                                          <w:marRight w:val="720"/>
                                                          <w:marTop w:val="100"/>
                                                          <w:marBottom w:val="100"/>
                                                          <w:divBdr>
                                                            <w:top w:val="none" w:sz="0" w:space="0" w:color="auto"/>
                                                            <w:left w:val="none" w:sz="0" w:space="0" w:color="auto"/>
                                                            <w:bottom w:val="none" w:sz="0" w:space="0" w:color="auto"/>
                                                            <w:right w:val="none" w:sz="0" w:space="0" w:color="auto"/>
                                                          </w:divBdr>
                                                        </w:div>
                                                        <w:div w:id="451217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2123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715022">
                                                          <w:blockQuote w:val="1"/>
                                                          <w:marLeft w:val="720"/>
                                                          <w:marRight w:val="720"/>
                                                          <w:marTop w:val="100"/>
                                                          <w:marBottom w:val="100"/>
                                                          <w:divBdr>
                                                            <w:top w:val="none" w:sz="0" w:space="0" w:color="auto"/>
                                                            <w:left w:val="none" w:sz="0" w:space="0" w:color="auto"/>
                                                            <w:bottom w:val="none" w:sz="0" w:space="0" w:color="auto"/>
                                                            <w:right w:val="none" w:sz="0" w:space="0" w:color="auto"/>
                                                          </w:divBdr>
                                                        </w:div>
                                                        <w:div w:id="368337654">
                                                          <w:blockQuote w:val="1"/>
                                                          <w:marLeft w:val="720"/>
                                                          <w:marRight w:val="720"/>
                                                          <w:marTop w:val="100"/>
                                                          <w:marBottom w:val="100"/>
                                                          <w:divBdr>
                                                            <w:top w:val="none" w:sz="0" w:space="0" w:color="auto"/>
                                                            <w:left w:val="none" w:sz="0" w:space="0" w:color="auto"/>
                                                            <w:bottom w:val="none" w:sz="0" w:space="0" w:color="auto"/>
                                                            <w:right w:val="none" w:sz="0" w:space="0" w:color="auto"/>
                                                          </w:divBdr>
                                                        </w:div>
                                                        <w:div w:id="279994305">
                                                          <w:blockQuote w:val="1"/>
                                                          <w:marLeft w:val="720"/>
                                                          <w:marRight w:val="720"/>
                                                          <w:marTop w:val="100"/>
                                                          <w:marBottom w:val="100"/>
                                                          <w:divBdr>
                                                            <w:top w:val="none" w:sz="0" w:space="0" w:color="auto"/>
                                                            <w:left w:val="none" w:sz="0" w:space="0" w:color="auto"/>
                                                            <w:bottom w:val="none" w:sz="0" w:space="0" w:color="auto"/>
                                                            <w:right w:val="none" w:sz="0" w:space="0" w:color="auto"/>
                                                          </w:divBdr>
                                                        </w:div>
                                                        <w:div w:id="6013763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920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08455020">
                                                          <w:blockQuote w:val="1"/>
                                                          <w:marLeft w:val="720"/>
                                                          <w:marRight w:val="720"/>
                                                          <w:marTop w:val="100"/>
                                                          <w:marBottom w:val="100"/>
                                                          <w:divBdr>
                                                            <w:top w:val="none" w:sz="0" w:space="0" w:color="auto"/>
                                                            <w:left w:val="none" w:sz="0" w:space="0" w:color="auto"/>
                                                            <w:bottom w:val="none" w:sz="0" w:space="0" w:color="auto"/>
                                                            <w:right w:val="none" w:sz="0" w:space="0" w:color="auto"/>
                                                          </w:divBdr>
                                                        </w:div>
                                                        <w:div w:id="896742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119911471">
                                                          <w:blockQuote w:val="1"/>
                                                          <w:marLeft w:val="720"/>
                                                          <w:marRight w:val="720"/>
                                                          <w:marTop w:val="100"/>
                                                          <w:marBottom w:val="100"/>
                                                          <w:divBdr>
                                                            <w:top w:val="none" w:sz="0" w:space="0" w:color="auto"/>
                                                            <w:left w:val="none" w:sz="0" w:space="0" w:color="auto"/>
                                                            <w:bottom w:val="none" w:sz="0" w:space="0" w:color="auto"/>
                                                            <w:right w:val="none" w:sz="0" w:space="0" w:color="auto"/>
                                                          </w:divBdr>
                                                        </w:div>
                                                        <w:div w:id="2647727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8706026">
                                                          <w:blockQuote w:val="1"/>
                                                          <w:marLeft w:val="720"/>
                                                          <w:marRight w:val="720"/>
                                                          <w:marTop w:val="100"/>
                                                          <w:marBottom w:val="100"/>
                                                          <w:divBdr>
                                                            <w:top w:val="none" w:sz="0" w:space="0" w:color="auto"/>
                                                            <w:left w:val="none" w:sz="0" w:space="0" w:color="auto"/>
                                                            <w:bottom w:val="none" w:sz="0" w:space="0" w:color="auto"/>
                                                            <w:right w:val="none" w:sz="0" w:space="0" w:color="auto"/>
                                                          </w:divBdr>
                                                        </w:div>
                                                        <w:div w:id="955675667">
                                                          <w:blockQuote w:val="1"/>
                                                          <w:marLeft w:val="720"/>
                                                          <w:marRight w:val="720"/>
                                                          <w:marTop w:val="100"/>
                                                          <w:marBottom w:val="100"/>
                                                          <w:divBdr>
                                                            <w:top w:val="none" w:sz="0" w:space="0" w:color="auto"/>
                                                            <w:left w:val="none" w:sz="0" w:space="0" w:color="auto"/>
                                                            <w:bottom w:val="none" w:sz="0" w:space="0" w:color="auto"/>
                                                            <w:right w:val="none" w:sz="0" w:space="0" w:color="auto"/>
                                                          </w:divBdr>
                                                        </w:div>
                                                        <w:div w:id="69812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593902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25849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704634">
                                                          <w:blockQuote w:val="1"/>
                                                          <w:marLeft w:val="720"/>
                                                          <w:marRight w:val="720"/>
                                                          <w:marTop w:val="100"/>
                                                          <w:marBottom w:val="100"/>
                                                          <w:divBdr>
                                                            <w:top w:val="none" w:sz="0" w:space="0" w:color="auto"/>
                                                            <w:left w:val="none" w:sz="0" w:space="0" w:color="auto"/>
                                                            <w:bottom w:val="none" w:sz="0" w:space="0" w:color="auto"/>
                                                            <w:right w:val="none" w:sz="0" w:space="0" w:color="auto"/>
                                                          </w:divBdr>
                                                        </w:div>
                                                        <w:div w:id="70097821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678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825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8482613">
                          <w:marLeft w:val="0"/>
                          <w:marRight w:val="0"/>
                          <w:marTop w:val="0"/>
                          <w:marBottom w:val="0"/>
                          <w:divBdr>
                            <w:top w:val="none" w:sz="0" w:space="0" w:color="auto"/>
                            <w:left w:val="none" w:sz="0" w:space="0" w:color="auto"/>
                            <w:bottom w:val="none" w:sz="0" w:space="0" w:color="auto"/>
                            <w:right w:val="none" w:sz="0" w:space="0" w:color="auto"/>
                          </w:divBdr>
                          <w:divsChild>
                            <w:div w:id="200092062">
                              <w:marLeft w:val="0"/>
                              <w:marRight w:val="0"/>
                              <w:marTop w:val="0"/>
                              <w:marBottom w:val="0"/>
                              <w:divBdr>
                                <w:top w:val="none" w:sz="0" w:space="0" w:color="auto"/>
                                <w:left w:val="none" w:sz="0" w:space="0" w:color="auto"/>
                                <w:bottom w:val="none" w:sz="0" w:space="0" w:color="auto"/>
                                <w:right w:val="none" w:sz="0" w:space="0" w:color="auto"/>
                              </w:divBdr>
                              <w:divsChild>
                                <w:div w:id="1967468794">
                                  <w:marLeft w:val="0"/>
                                  <w:marRight w:val="0"/>
                                  <w:marTop w:val="0"/>
                                  <w:marBottom w:val="0"/>
                                  <w:divBdr>
                                    <w:top w:val="none" w:sz="0" w:space="0" w:color="auto"/>
                                    <w:left w:val="none" w:sz="0" w:space="0" w:color="auto"/>
                                    <w:bottom w:val="none" w:sz="0" w:space="0" w:color="auto"/>
                                    <w:right w:val="none" w:sz="0" w:space="0" w:color="auto"/>
                                  </w:divBdr>
                                  <w:divsChild>
                                    <w:div w:id="561017593">
                                      <w:marLeft w:val="0"/>
                                      <w:marRight w:val="0"/>
                                      <w:marTop w:val="0"/>
                                      <w:marBottom w:val="0"/>
                                      <w:divBdr>
                                        <w:top w:val="none" w:sz="0" w:space="0" w:color="auto"/>
                                        <w:left w:val="none" w:sz="0" w:space="0" w:color="auto"/>
                                        <w:bottom w:val="none" w:sz="0" w:space="0" w:color="auto"/>
                                        <w:right w:val="none" w:sz="0" w:space="0" w:color="auto"/>
                                      </w:divBdr>
                                      <w:divsChild>
                                        <w:div w:id="232935467">
                                          <w:marLeft w:val="0"/>
                                          <w:marRight w:val="0"/>
                                          <w:marTop w:val="0"/>
                                          <w:marBottom w:val="0"/>
                                          <w:divBdr>
                                            <w:top w:val="none" w:sz="0" w:space="0" w:color="auto"/>
                                            <w:left w:val="none" w:sz="0" w:space="0" w:color="auto"/>
                                            <w:bottom w:val="none" w:sz="0" w:space="0" w:color="auto"/>
                                            <w:right w:val="none" w:sz="0" w:space="0" w:color="auto"/>
                                          </w:divBdr>
                                          <w:divsChild>
                                            <w:div w:id="1921258217">
                                              <w:marLeft w:val="0"/>
                                              <w:marRight w:val="0"/>
                                              <w:marTop w:val="0"/>
                                              <w:marBottom w:val="0"/>
                                              <w:divBdr>
                                                <w:top w:val="none" w:sz="0" w:space="0" w:color="auto"/>
                                                <w:left w:val="none" w:sz="0" w:space="0" w:color="auto"/>
                                                <w:bottom w:val="none" w:sz="0" w:space="0" w:color="auto"/>
                                                <w:right w:val="none" w:sz="0" w:space="0" w:color="auto"/>
                                              </w:divBdr>
                                              <w:divsChild>
                                                <w:div w:id="679699302">
                                                  <w:marLeft w:val="0"/>
                                                  <w:marRight w:val="0"/>
                                                  <w:marTop w:val="0"/>
                                                  <w:marBottom w:val="0"/>
                                                  <w:divBdr>
                                                    <w:top w:val="none" w:sz="0" w:space="0" w:color="auto"/>
                                                    <w:left w:val="none" w:sz="0" w:space="0" w:color="auto"/>
                                                    <w:bottom w:val="none" w:sz="0" w:space="0" w:color="auto"/>
                                                    <w:right w:val="none" w:sz="0" w:space="0" w:color="auto"/>
                                                  </w:divBdr>
                                                  <w:divsChild>
                                                    <w:div w:id="519317941">
                                                      <w:marLeft w:val="0"/>
                                                      <w:marRight w:val="0"/>
                                                      <w:marTop w:val="0"/>
                                                      <w:marBottom w:val="0"/>
                                                      <w:divBdr>
                                                        <w:top w:val="none" w:sz="0" w:space="0" w:color="auto"/>
                                                        <w:left w:val="none" w:sz="0" w:space="0" w:color="auto"/>
                                                        <w:bottom w:val="none" w:sz="0" w:space="0" w:color="auto"/>
                                                        <w:right w:val="none" w:sz="0" w:space="0" w:color="auto"/>
                                                      </w:divBdr>
                                                      <w:divsChild>
                                                        <w:div w:id="1391884207">
                                                          <w:marLeft w:val="0"/>
                                                          <w:marRight w:val="0"/>
                                                          <w:marTop w:val="0"/>
                                                          <w:marBottom w:val="0"/>
                                                          <w:divBdr>
                                                            <w:top w:val="none" w:sz="0" w:space="0" w:color="auto"/>
                                                            <w:left w:val="none" w:sz="0" w:space="0" w:color="auto"/>
                                                            <w:bottom w:val="none" w:sz="0" w:space="0" w:color="auto"/>
                                                            <w:right w:val="none" w:sz="0" w:space="0" w:color="auto"/>
                                                          </w:divBdr>
                                                          <w:divsChild>
                                                            <w:div w:id="211061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5592827">
                          <w:marLeft w:val="0"/>
                          <w:marRight w:val="0"/>
                          <w:marTop w:val="0"/>
                          <w:marBottom w:val="0"/>
                          <w:divBdr>
                            <w:top w:val="none" w:sz="0" w:space="0" w:color="auto"/>
                            <w:left w:val="none" w:sz="0" w:space="0" w:color="auto"/>
                            <w:bottom w:val="none" w:sz="0" w:space="0" w:color="auto"/>
                            <w:right w:val="none" w:sz="0" w:space="0" w:color="auto"/>
                          </w:divBdr>
                          <w:divsChild>
                            <w:div w:id="1290163858">
                              <w:marLeft w:val="0"/>
                              <w:marRight w:val="0"/>
                              <w:marTop w:val="0"/>
                              <w:marBottom w:val="0"/>
                              <w:divBdr>
                                <w:top w:val="none" w:sz="0" w:space="0" w:color="auto"/>
                                <w:left w:val="none" w:sz="0" w:space="0" w:color="auto"/>
                                <w:bottom w:val="none" w:sz="0" w:space="0" w:color="auto"/>
                                <w:right w:val="none" w:sz="0" w:space="0" w:color="auto"/>
                              </w:divBdr>
                              <w:divsChild>
                                <w:div w:id="579756111">
                                  <w:marLeft w:val="0"/>
                                  <w:marRight w:val="0"/>
                                  <w:marTop w:val="0"/>
                                  <w:marBottom w:val="0"/>
                                  <w:divBdr>
                                    <w:top w:val="none" w:sz="0" w:space="0" w:color="auto"/>
                                    <w:left w:val="none" w:sz="0" w:space="0" w:color="auto"/>
                                    <w:bottom w:val="none" w:sz="0" w:space="0" w:color="auto"/>
                                    <w:right w:val="none" w:sz="0" w:space="0" w:color="auto"/>
                                  </w:divBdr>
                                  <w:divsChild>
                                    <w:div w:id="1189636351">
                                      <w:marLeft w:val="0"/>
                                      <w:marRight w:val="0"/>
                                      <w:marTop w:val="0"/>
                                      <w:marBottom w:val="0"/>
                                      <w:divBdr>
                                        <w:top w:val="none" w:sz="0" w:space="0" w:color="auto"/>
                                        <w:left w:val="none" w:sz="0" w:space="0" w:color="auto"/>
                                        <w:bottom w:val="none" w:sz="0" w:space="0" w:color="auto"/>
                                        <w:right w:val="none" w:sz="0" w:space="0" w:color="auto"/>
                                      </w:divBdr>
                                      <w:divsChild>
                                        <w:div w:id="2083914163">
                                          <w:marLeft w:val="0"/>
                                          <w:marRight w:val="0"/>
                                          <w:marTop w:val="0"/>
                                          <w:marBottom w:val="0"/>
                                          <w:divBdr>
                                            <w:top w:val="none" w:sz="0" w:space="0" w:color="auto"/>
                                            <w:left w:val="none" w:sz="0" w:space="0" w:color="auto"/>
                                            <w:bottom w:val="none" w:sz="0" w:space="0" w:color="auto"/>
                                            <w:right w:val="none" w:sz="0" w:space="0" w:color="auto"/>
                                          </w:divBdr>
                                          <w:divsChild>
                                            <w:div w:id="1566605211">
                                              <w:marLeft w:val="0"/>
                                              <w:marRight w:val="0"/>
                                              <w:marTop w:val="0"/>
                                              <w:marBottom w:val="0"/>
                                              <w:divBdr>
                                                <w:top w:val="none" w:sz="0" w:space="0" w:color="auto"/>
                                                <w:left w:val="none" w:sz="0" w:space="0" w:color="auto"/>
                                                <w:bottom w:val="none" w:sz="0" w:space="0" w:color="auto"/>
                                                <w:right w:val="none" w:sz="0" w:space="0" w:color="auto"/>
                                              </w:divBdr>
                                              <w:divsChild>
                                                <w:div w:id="1913419823">
                                                  <w:marLeft w:val="0"/>
                                                  <w:marRight w:val="0"/>
                                                  <w:marTop w:val="0"/>
                                                  <w:marBottom w:val="0"/>
                                                  <w:divBdr>
                                                    <w:top w:val="none" w:sz="0" w:space="0" w:color="auto"/>
                                                    <w:left w:val="none" w:sz="0" w:space="0" w:color="auto"/>
                                                    <w:bottom w:val="none" w:sz="0" w:space="0" w:color="auto"/>
                                                    <w:right w:val="none" w:sz="0" w:space="0" w:color="auto"/>
                                                  </w:divBdr>
                                                  <w:divsChild>
                                                    <w:div w:id="166362951">
                                                      <w:marLeft w:val="0"/>
                                                      <w:marRight w:val="0"/>
                                                      <w:marTop w:val="0"/>
                                                      <w:marBottom w:val="0"/>
                                                      <w:divBdr>
                                                        <w:top w:val="none" w:sz="0" w:space="0" w:color="auto"/>
                                                        <w:left w:val="none" w:sz="0" w:space="0" w:color="auto"/>
                                                        <w:bottom w:val="none" w:sz="0" w:space="0" w:color="auto"/>
                                                        <w:right w:val="none" w:sz="0" w:space="0" w:color="auto"/>
                                                      </w:divBdr>
                                                      <w:divsChild>
                                                        <w:div w:id="1163621386">
                                                          <w:blockQuote w:val="1"/>
                                                          <w:marLeft w:val="720"/>
                                                          <w:marRight w:val="720"/>
                                                          <w:marTop w:val="100"/>
                                                          <w:marBottom w:val="100"/>
                                                          <w:divBdr>
                                                            <w:top w:val="none" w:sz="0" w:space="0" w:color="auto"/>
                                                            <w:left w:val="none" w:sz="0" w:space="0" w:color="auto"/>
                                                            <w:bottom w:val="none" w:sz="0" w:space="0" w:color="auto"/>
                                                            <w:right w:val="none" w:sz="0" w:space="0" w:color="auto"/>
                                                          </w:divBdr>
                                                        </w:div>
                                                        <w:div w:id="503015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9356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776290771">
                                                          <w:blockQuote w:val="1"/>
                                                          <w:marLeft w:val="720"/>
                                                          <w:marRight w:val="720"/>
                                                          <w:marTop w:val="100"/>
                                                          <w:marBottom w:val="100"/>
                                                          <w:divBdr>
                                                            <w:top w:val="none" w:sz="0" w:space="0" w:color="auto"/>
                                                            <w:left w:val="none" w:sz="0" w:space="0" w:color="auto"/>
                                                            <w:bottom w:val="none" w:sz="0" w:space="0" w:color="auto"/>
                                                            <w:right w:val="none" w:sz="0" w:space="0" w:color="auto"/>
                                                          </w:divBdr>
                                                        </w:div>
                                                        <w:div w:id="868681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845367">
                          <w:marLeft w:val="0"/>
                          <w:marRight w:val="0"/>
                          <w:marTop w:val="0"/>
                          <w:marBottom w:val="0"/>
                          <w:divBdr>
                            <w:top w:val="none" w:sz="0" w:space="0" w:color="auto"/>
                            <w:left w:val="none" w:sz="0" w:space="0" w:color="auto"/>
                            <w:bottom w:val="none" w:sz="0" w:space="0" w:color="auto"/>
                            <w:right w:val="none" w:sz="0" w:space="0" w:color="auto"/>
                          </w:divBdr>
                          <w:divsChild>
                            <w:div w:id="1794252891">
                              <w:marLeft w:val="0"/>
                              <w:marRight w:val="0"/>
                              <w:marTop w:val="0"/>
                              <w:marBottom w:val="0"/>
                              <w:divBdr>
                                <w:top w:val="none" w:sz="0" w:space="0" w:color="auto"/>
                                <w:left w:val="none" w:sz="0" w:space="0" w:color="auto"/>
                                <w:bottom w:val="none" w:sz="0" w:space="0" w:color="auto"/>
                                <w:right w:val="none" w:sz="0" w:space="0" w:color="auto"/>
                              </w:divBdr>
                              <w:divsChild>
                                <w:div w:id="882908198">
                                  <w:marLeft w:val="0"/>
                                  <w:marRight w:val="0"/>
                                  <w:marTop w:val="0"/>
                                  <w:marBottom w:val="0"/>
                                  <w:divBdr>
                                    <w:top w:val="none" w:sz="0" w:space="0" w:color="auto"/>
                                    <w:left w:val="none" w:sz="0" w:space="0" w:color="auto"/>
                                    <w:bottom w:val="none" w:sz="0" w:space="0" w:color="auto"/>
                                    <w:right w:val="none" w:sz="0" w:space="0" w:color="auto"/>
                                  </w:divBdr>
                                  <w:divsChild>
                                    <w:div w:id="1758480574">
                                      <w:marLeft w:val="0"/>
                                      <w:marRight w:val="0"/>
                                      <w:marTop w:val="0"/>
                                      <w:marBottom w:val="0"/>
                                      <w:divBdr>
                                        <w:top w:val="none" w:sz="0" w:space="0" w:color="auto"/>
                                        <w:left w:val="none" w:sz="0" w:space="0" w:color="auto"/>
                                        <w:bottom w:val="none" w:sz="0" w:space="0" w:color="auto"/>
                                        <w:right w:val="none" w:sz="0" w:space="0" w:color="auto"/>
                                      </w:divBdr>
                                      <w:divsChild>
                                        <w:div w:id="1511026105">
                                          <w:marLeft w:val="0"/>
                                          <w:marRight w:val="0"/>
                                          <w:marTop w:val="0"/>
                                          <w:marBottom w:val="0"/>
                                          <w:divBdr>
                                            <w:top w:val="none" w:sz="0" w:space="0" w:color="auto"/>
                                            <w:left w:val="none" w:sz="0" w:space="0" w:color="auto"/>
                                            <w:bottom w:val="none" w:sz="0" w:space="0" w:color="auto"/>
                                            <w:right w:val="none" w:sz="0" w:space="0" w:color="auto"/>
                                          </w:divBdr>
                                          <w:divsChild>
                                            <w:div w:id="1636839299">
                                              <w:marLeft w:val="0"/>
                                              <w:marRight w:val="0"/>
                                              <w:marTop w:val="0"/>
                                              <w:marBottom w:val="0"/>
                                              <w:divBdr>
                                                <w:top w:val="none" w:sz="0" w:space="0" w:color="auto"/>
                                                <w:left w:val="none" w:sz="0" w:space="0" w:color="auto"/>
                                                <w:bottom w:val="none" w:sz="0" w:space="0" w:color="auto"/>
                                                <w:right w:val="none" w:sz="0" w:space="0" w:color="auto"/>
                                              </w:divBdr>
                                              <w:divsChild>
                                                <w:div w:id="711001745">
                                                  <w:marLeft w:val="0"/>
                                                  <w:marRight w:val="0"/>
                                                  <w:marTop w:val="0"/>
                                                  <w:marBottom w:val="0"/>
                                                  <w:divBdr>
                                                    <w:top w:val="none" w:sz="0" w:space="0" w:color="auto"/>
                                                    <w:left w:val="none" w:sz="0" w:space="0" w:color="auto"/>
                                                    <w:bottom w:val="none" w:sz="0" w:space="0" w:color="auto"/>
                                                    <w:right w:val="none" w:sz="0" w:space="0" w:color="auto"/>
                                                  </w:divBdr>
                                                  <w:divsChild>
                                                    <w:div w:id="925920785">
                                                      <w:marLeft w:val="0"/>
                                                      <w:marRight w:val="0"/>
                                                      <w:marTop w:val="0"/>
                                                      <w:marBottom w:val="0"/>
                                                      <w:divBdr>
                                                        <w:top w:val="none" w:sz="0" w:space="0" w:color="auto"/>
                                                        <w:left w:val="none" w:sz="0" w:space="0" w:color="auto"/>
                                                        <w:bottom w:val="none" w:sz="0" w:space="0" w:color="auto"/>
                                                        <w:right w:val="none" w:sz="0" w:space="0" w:color="auto"/>
                                                      </w:divBdr>
                                                      <w:divsChild>
                                                        <w:div w:id="86463772">
                                                          <w:marLeft w:val="0"/>
                                                          <w:marRight w:val="0"/>
                                                          <w:marTop w:val="0"/>
                                                          <w:marBottom w:val="0"/>
                                                          <w:divBdr>
                                                            <w:top w:val="none" w:sz="0" w:space="0" w:color="auto"/>
                                                            <w:left w:val="none" w:sz="0" w:space="0" w:color="auto"/>
                                                            <w:bottom w:val="none" w:sz="0" w:space="0" w:color="auto"/>
                                                            <w:right w:val="none" w:sz="0" w:space="0" w:color="auto"/>
                                                          </w:divBdr>
                                                          <w:divsChild>
                                                            <w:div w:id="9764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4844137">
                          <w:marLeft w:val="0"/>
                          <w:marRight w:val="0"/>
                          <w:marTop w:val="0"/>
                          <w:marBottom w:val="0"/>
                          <w:divBdr>
                            <w:top w:val="none" w:sz="0" w:space="0" w:color="auto"/>
                            <w:left w:val="none" w:sz="0" w:space="0" w:color="auto"/>
                            <w:bottom w:val="none" w:sz="0" w:space="0" w:color="auto"/>
                            <w:right w:val="none" w:sz="0" w:space="0" w:color="auto"/>
                          </w:divBdr>
                          <w:divsChild>
                            <w:div w:id="1778601964">
                              <w:marLeft w:val="0"/>
                              <w:marRight w:val="0"/>
                              <w:marTop w:val="0"/>
                              <w:marBottom w:val="0"/>
                              <w:divBdr>
                                <w:top w:val="none" w:sz="0" w:space="0" w:color="auto"/>
                                <w:left w:val="none" w:sz="0" w:space="0" w:color="auto"/>
                                <w:bottom w:val="none" w:sz="0" w:space="0" w:color="auto"/>
                                <w:right w:val="none" w:sz="0" w:space="0" w:color="auto"/>
                              </w:divBdr>
                              <w:divsChild>
                                <w:div w:id="232356058">
                                  <w:marLeft w:val="0"/>
                                  <w:marRight w:val="0"/>
                                  <w:marTop w:val="0"/>
                                  <w:marBottom w:val="0"/>
                                  <w:divBdr>
                                    <w:top w:val="none" w:sz="0" w:space="0" w:color="auto"/>
                                    <w:left w:val="none" w:sz="0" w:space="0" w:color="auto"/>
                                    <w:bottom w:val="none" w:sz="0" w:space="0" w:color="auto"/>
                                    <w:right w:val="none" w:sz="0" w:space="0" w:color="auto"/>
                                  </w:divBdr>
                                  <w:divsChild>
                                    <w:div w:id="1462264516">
                                      <w:marLeft w:val="0"/>
                                      <w:marRight w:val="0"/>
                                      <w:marTop w:val="0"/>
                                      <w:marBottom w:val="0"/>
                                      <w:divBdr>
                                        <w:top w:val="none" w:sz="0" w:space="0" w:color="auto"/>
                                        <w:left w:val="none" w:sz="0" w:space="0" w:color="auto"/>
                                        <w:bottom w:val="none" w:sz="0" w:space="0" w:color="auto"/>
                                        <w:right w:val="none" w:sz="0" w:space="0" w:color="auto"/>
                                      </w:divBdr>
                                      <w:divsChild>
                                        <w:div w:id="2099254109">
                                          <w:marLeft w:val="0"/>
                                          <w:marRight w:val="0"/>
                                          <w:marTop w:val="0"/>
                                          <w:marBottom w:val="0"/>
                                          <w:divBdr>
                                            <w:top w:val="none" w:sz="0" w:space="0" w:color="auto"/>
                                            <w:left w:val="none" w:sz="0" w:space="0" w:color="auto"/>
                                            <w:bottom w:val="none" w:sz="0" w:space="0" w:color="auto"/>
                                            <w:right w:val="none" w:sz="0" w:space="0" w:color="auto"/>
                                          </w:divBdr>
                                          <w:divsChild>
                                            <w:div w:id="14229873">
                                              <w:marLeft w:val="0"/>
                                              <w:marRight w:val="0"/>
                                              <w:marTop w:val="0"/>
                                              <w:marBottom w:val="0"/>
                                              <w:divBdr>
                                                <w:top w:val="none" w:sz="0" w:space="0" w:color="auto"/>
                                                <w:left w:val="none" w:sz="0" w:space="0" w:color="auto"/>
                                                <w:bottom w:val="none" w:sz="0" w:space="0" w:color="auto"/>
                                                <w:right w:val="none" w:sz="0" w:space="0" w:color="auto"/>
                                              </w:divBdr>
                                              <w:divsChild>
                                                <w:div w:id="943266985">
                                                  <w:marLeft w:val="0"/>
                                                  <w:marRight w:val="0"/>
                                                  <w:marTop w:val="0"/>
                                                  <w:marBottom w:val="0"/>
                                                  <w:divBdr>
                                                    <w:top w:val="none" w:sz="0" w:space="0" w:color="auto"/>
                                                    <w:left w:val="none" w:sz="0" w:space="0" w:color="auto"/>
                                                    <w:bottom w:val="none" w:sz="0" w:space="0" w:color="auto"/>
                                                    <w:right w:val="none" w:sz="0" w:space="0" w:color="auto"/>
                                                  </w:divBdr>
                                                  <w:divsChild>
                                                    <w:div w:id="1376735102">
                                                      <w:marLeft w:val="0"/>
                                                      <w:marRight w:val="0"/>
                                                      <w:marTop w:val="0"/>
                                                      <w:marBottom w:val="0"/>
                                                      <w:divBdr>
                                                        <w:top w:val="none" w:sz="0" w:space="0" w:color="auto"/>
                                                        <w:left w:val="none" w:sz="0" w:space="0" w:color="auto"/>
                                                        <w:bottom w:val="none" w:sz="0" w:space="0" w:color="auto"/>
                                                        <w:right w:val="none" w:sz="0" w:space="0" w:color="auto"/>
                                                      </w:divBdr>
                                                      <w:divsChild>
                                                        <w:div w:id="29692408">
                                                          <w:marLeft w:val="0"/>
                                                          <w:marRight w:val="0"/>
                                                          <w:marTop w:val="0"/>
                                                          <w:marBottom w:val="0"/>
                                                          <w:divBdr>
                                                            <w:top w:val="none" w:sz="0" w:space="0" w:color="auto"/>
                                                            <w:left w:val="none" w:sz="0" w:space="0" w:color="auto"/>
                                                            <w:bottom w:val="none" w:sz="0" w:space="0" w:color="auto"/>
                                                            <w:right w:val="none" w:sz="0" w:space="0" w:color="auto"/>
                                                          </w:divBdr>
                                                          <w:divsChild>
                                                            <w:div w:id="8169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185714">
                          <w:marLeft w:val="0"/>
                          <w:marRight w:val="0"/>
                          <w:marTop w:val="0"/>
                          <w:marBottom w:val="0"/>
                          <w:divBdr>
                            <w:top w:val="none" w:sz="0" w:space="0" w:color="auto"/>
                            <w:left w:val="none" w:sz="0" w:space="0" w:color="auto"/>
                            <w:bottom w:val="none" w:sz="0" w:space="0" w:color="auto"/>
                            <w:right w:val="none" w:sz="0" w:space="0" w:color="auto"/>
                          </w:divBdr>
                          <w:divsChild>
                            <w:div w:id="186797458">
                              <w:marLeft w:val="0"/>
                              <w:marRight w:val="0"/>
                              <w:marTop w:val="0"/>
                              <w:marBottom w:val="0"/>
                              <w:divBdr>
                                <w:top w:val="none" w:sz="0" w:space="0" w:color="auto"/>
                                <w:left w:val="none" w:sz="0" w:space="0" w:color="auto"/>
                                <w:bottom w:val="none" w:sz="0" w:space="0" w:color="auto"/>
                                <w:right w:val="none" w:sz="0" w:space="0" w:color="auto"/>
                              </w:divBdr>
                              <w:divsChild>
                                <w:div w:id="283344581">
                                  <w:marLeft w:val="0"/>
                                  <w:marRight w:val="0"/>
                                  <w:marTop w:val="0"/>
                                  <w:marBottom w:val="0"/>
                                  <w:divBdr>
                                    <w:top w:val="none" w:sz="0" w:space="0" w:color="auto"/>
                                    <w:left w:val="none" w:sz="0" w:space="0" w:color="auto"/>
                                    <w:bottom w:val="none" w:sz="0" w:space="0" w:color="auto"/>
                                    <w:right w:val="none" w:sz="0" w:space="0" w:color="auto"/>
                                  </w:divBdr>
                                  <w:divsChild>
                                    <w:div w:id="1690374883">
                                      <w:marLeft w:val="0"/>
                                      <w:marRight w:val="0"/>
                                      <w:marTop w:val="0"/>
                                      <w:marBottom w:val="0"/>
                                      <w:divBdr>
                                        <w:top w:val="none" w:sz="0" w:space="0" w:color="auto"/>
                                        <w:left w:val="none" w:sz="0" w:space="0" w:color="auto"/>
                                        <w:bottom w:val="none" w:sz="0" w:space="0" w:color="auto"/>
                                        <w:right w:val="none" w:sz="0" w:space="0" w:color="auto"/>
                                      </w:divBdr>
                                      <w:divsChild>
                                        <w:div w:id="1334147500">
                                          <w:marLeft w:val="0"/>
                                          <w:marRight w:val="0"/>
                                          <w:marTop w:val="0"/>
                                          <w:marBottom w:val="0"/>
                                          <w:divBdr>
                                            <w:top w:val="none" w:sz="0" w:space="0" w:color="auto"/>
                                            <w:left w:val="none" w:sz="0" w:space="0" w:color="auto"/>
                                            <w:bottom w:val="none" w:sz="0" w:space="0" w:color="auto"/>
                                            <w:right w:val="none" w:sz="0" w:space="0" w:color="auto"/>
                                          </w:divBdr>
                                          <w:divsChild>
                                            <w:div w:id="795638905">
                                              <w:marLeft w:val="0"/>
                                              <w:marRight w:val="0"/>
                                              <w:marTop w:val="0"/>
                                              <w:marBottom w:val="0"/>
                                              <w:divBdr>
                                                <w:top w:val="none" w:sz="0" w:space="0" w:color="auto"/>
                                                <w:left w:val="none" w:sz="0" w:space="0" w:color="auto"/>
                                                <w:bottom w:val="none" w:sz="0" w:space="0" w:color="auto"/>
                                                <w:right w:val="none" w:sz="0" w:space="0" w:color="auto"/>
                                              </w:divBdr>
                                              <w:divsChild>
                                                <w:div w:id="1677995182">
                                                  <w:marLeft w:val="0"/>
                                                  <w:marRight w:val="0"/>
                                                  <w:marTop w:val="0"/>
                                                  <w:marBottom w:val="0"/>
                                                  <w:divBdr>
                                                    <w:top w:val="none" w:sz="0" w:space="0" w:color="auto"/>
                                                    <w:left w:val="none" w:sz="0" w:space="0" w:color="auto"/>
                                                    <w:bottom w:val="none" w:sz="0" w:space="0" w:color="auto"/>
                                                    <w:right w:val="none" w:sz="0" w:space="0" w:color="auto"/>
                                                  </w:divBdr>
                                                  <w:divsChild>
                                                    <w:div w:id="2094666192">
                                                      <w:marLeft w:val="0"/>
                                                      <w:marRight w:val="0"/>
                                                      <w:marTop w:val="0"/>
                                                      <w:marBottom w:val="0"/>
                                                      <w:divBdr>
                                                        <w:top w:val="none" w:sz="0" w:space="0" w:color="auto"/>
                                                        <w:left w:val="none" w:sz="0" w:space="0" w:color="auto"/>
                                                        <w:bottom w:val="none" w:sz="0" w:space="0" w:color="auto"/>
                                                        <w:right w:val="none" w:sz="0" w:space="0" w:color="auto"/>
                                                      </w:divBdr>
                                                      <w:divsChild>
                                                        <w:div w:id="845555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0388243">
                                                          <w:blockQuote w:val="1"/>
                                                          <w:marLeft w:val="720"/>
                                                          <w:marRight w:val="720"/>
                                                          <w:marTop w:val="100"/>
                                                          <w:marBottom w:val="100"/>
                                                          <w:divBdr>
                                                            <w:top w:val="none" w:sz="0" w:space="0" w:color="auto"/>
                                                            <w:left w:val="none" w:sz="0" w:space="0" w:color="auto"/>
                                                            <w:bottom w:val="none" w:sz="0" w:space="0" w:color="auto"/>
                                                            <w:right w:val="none" w:sz="0" w:space="0" w:color="auto"/>
                                                          </w:divBdr>
                                                        </w:div>
                                                        <w:div w:id="4182149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45984316">
                                                          <w:blockQuote w:val="1"/>
                                                          <w:marLeft w:val="720"/>
                                                          <w:marRight w:val="720"/>
                                                          <w:marTop w:val="100"/>
                                                          <w:marBottom w:val="100"/>
                                                          <w:divBdr>
                                                            <w:top w:val="none" w:sz="0" w:space="0" w:color="auto"/>
                                                            <w:left w:val="none" w:sz="0" w:space="0" w:color="auto"/>
                                                            <w:bottom w:val="none" w:sz="0" w:space="0" w:color="auto"/>
                                                            <w:right w:val="none" w:sz="0" w:space="0" w:color="auto"/>
                                                          </w:divBdr>
                                                        </w:div>
                                                        <w:div w:id="704058247">
                                                          <w:blockQuote w:val="1"/>
                                                          <w:marLeft w:val="720"/>
                                                          <w:marRight w:val="720"/>
                                                          <w:marTop w:val="100"/>
                                                          <w:marBottom w:val="100"/>
                                                          <w:divBdr>
                                                            <w:top w:val="none" w:sz="0" w:space="0" w:color="auto"/>
                                                            <w:left w:val="none" w:sz="0" w:space="0" w:color="auto"/>
                                                            <w:bottom w:val="none" w:sz="0" w:space="0" w:color="auto"/>
                                                            <w:right w:val="none" w:sz="0" w:space="0" w:color="auto"/>
                                                          </w:divBdr>
                                                        </w:div>
                                                        <w:div w:id="5241731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249504">
                                                          <w:blockQuote w:val="1"/>
                                                          <w:marLeft w:val="720"/>
                                                          <w:marRight w:val="720"/>
                                                          <w:marTop w:val="100"/>
                                                          <w:marBottom w:val="100"/>
                                                          <w:divBdr>
                                                            <w:top w:val="none" w:sz="0" w:space="0" w:color="auto"/>
                                                            <w:left w:val="none" w:sz="0" w:space="0" w:color="auto"/>
                                                            <w:bottom w:val="none" w:sz="0" w:space="0" w:color="auto"/>
                                                            <w:right w:val="none" w:sz="0" w:space="0" w:color="auto"/>
                                                          </w:divBdr>
                                                        </w:div>
                                                        <w:div w:id="2545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203356">
                                                          <w:blockQuote w:val="1"/>
                                                          <w:marLeft w:val="720"/>
                                                          <w:marRight w:val="720"/>
                                                          <w:marTop w:val="100"/>
                                                          <w:marBottom w:val="100"/>
                                                          <w:divBdr>
                                                            <w:top w:val="none" w:sz="0" w:space="0" w:color="auto"/>
                                                            <w:left w:val="none" w:sz="0" w:space="0" w:color="auto"/>
                                                            <w:bottom w:val="none" w:sz="0" w:space="0" w:color="auto"/>
                                                            <w:right w:val="none" w:sz="0" w:space="0" w:color="auto"/>
                                                          </w:divBdr>
                                                        </w:div>
                                                        <w:div w:id="530610432">
                                                          <w:blockQuote w:val="1"/>
                                                          <w:marLeft w:val="720"/>
                                                          <w:marRight w:val="720"/>
                                                          <w:marTop w:val="100"/>
                                                          <w:marBottom w:val="100"/>
                                                          <w:divBdr>
                                                            <w:top w:val="none" w:sz="0" w:space="0" w:color="auto"/>
                                                            <w:left w:val="none" w:sz="0" w:space="0" w:color="auto"/>
                                                            <w:bottom w:val="none" w:sz="0" w:space="0" w:color="auto"/>
                                                            <w:right w:val="none" w:sz="0" w:space="0" w:color="auto"/>
                                                          </w:divBdr>
                                                        </w:div>
                                                        <w:div w:id="5981765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23102268">
                                                          <w:blockQuote w:val="1"/>
                                                          <w:marLeft w:val="720"/>
                                                          <w:marRight w:val="720"/>
                                                          <w:marTop w:val="100"/>
                                                          <w:marBottom w:val="100"/>
                                                          <w:divBdr>
                                                            <w:top w:val="none" w:sz="0" w:space="0" w:color="auto"/>
                                                            <w:left w:val="none" w:sz="0" w:space="0" w:color="auto"/>
                                                            <w:bottom w:val="none" w:sz="0" w:space="0" w:color="auto"/>
                                                            <w:right w:val="none" w:sz="0" w:space="0" w:color="auto"/>
                                                          </w:divBdr>
                                                        </w:div>
                                                        <w:div w:id="700281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072435">
                                                          <w:blockQuote w:val="1"/>
                                                          <w:marLeft w:val="720"/>
                                                          <w:marRight w:val="720"/>
                                                          <w:marTop w:val="100"/>
                                                          <w:marBottom w:val="100"/>
                                                          <w:divBdr>
                                                            <w:top w:val="none" w:sz="0" w:space="0" w:color="auto"/>
                                                            <w:left w:val="none" w:sz="0" w:space="0" w:color="auto"/>
                                                            <w:bottom w:val="none" w:sz="0" w:space="0" w:color="auto"/>
                                                            <w:right w:val="none" w:sz="0" w:space="0" w:color="auto"/>
                                                          </w:divBdr>
                                                        </w:div>
                                                        <w:div w:id="944651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8469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971619">
                          <w:marLeft w:val="0"/>
                          <w:marRight w:val="0"/>
                          <w:marTop w:val="0"/>
                          <w:marBottom w:val="0"/>
                          <w:divBdr>
                            <w:top w:val="none" w:sz="0" w:space="0" w:color="auto"/>
                            <w:left w:val="none" w:sz="0" w:space="0" w:color="auto"/>
                            <w:bottom w:val="none" w:sz="0" w:space="0" w:color="auto"/>
                            <w:right w:val="none" w:sz="0" w:space="0" w:color="auto"/>
                          </w:divBdr>
                          <w:divsChild>
                            <w:div w:id="2143762410">
                              <w:marLeft w:val="0"/>
                              <w:marRight w:val="0"/>
                              <w:marTop w:val="0"/>
                              <w:marBottom w:val="0"/>
                              <w:divBdr>
                                <w:top w:val="none" w:sz="0" w:space="0" w:color="auto"/>
                                <w:left w:val="none" w:sz="0" w:space="0" w:color="auto"/>
                                <w:bottom w:val="none" w:sz="0" w:space="0" w:color="auto"/>
                                <w:right w:val="none" w:sz="0" w:space="0" w:color="auto"/>
                              </w:divBdr>
                              <w:divsChild>
                                <w:div w:id="1685325744">
                                  <w:marLeft w:val="0"/>
                                  <w:marRight w:val="0"/>
                                  <w:marTop w:val="0"/>
                                  <w:marBottom w:val="0"/>
                                  <w:divBdr>
                                    <w:top w:val="none" w:sz="0" w:space="0" w:color="auto"/>
                                    <w:left w:val="none" w:sz="0" w:space="0" w:color="auto"/>
                                    <w:bottom w:val="none" w:sz="0" w:space="0" w:color="auto"/>
                                    <w:right w:val="none" w:sz="0" w:space="0" w:color="auto"/>
                                  </w:divBdr>
                                  <w:divsChild>
                                    <w:div w:id="615212565">
                                      <w:marLeft w:val="0"/>
                                      <w:marRight w:val="0"/>
                                      <w:marTop w:val="0"/>
                                      <w:marBottom w:val="0"/>
                                      <w:divBdr>
                                        <w:top w:val="none" w:sz="0" w:space="0" w:color="auto"/>
                                        <w:left w:val="none" w:sz="0" w:space="0" w:color="auto"/>
                                        <w:bottom w:val="none" w:sz="0" w:space="0" w:color="auto"/>
                                        <w:right w:val="none" w:sz="0" w:space="0" w:color="auto"/>
                                      </w:divBdr>
                                      <w:divsChild>
                                        <w:div w:id="1121194310">
                                          <w:marLeft w:val="0"/>
                                          <w:marRight w:val="0"/>
                                          <w:marTop w:val="0"/>
                                          <w:marBottom w:val="0"/>
                                          <w:divBdr>
                                            <w:top w:val="none" w:sz="0" w:space="0" w:color="auto"/>
                                            <w:left w:val="none" w:sz="0" w:space="0" w:color="auto"/>
                                            <w:bottom w:val="none" w:sz="0" w:space="0" w:color="auto"/>
                                            <w:right w:val="none" w:sz="0" w:space="0" w:color="auto"/>
                                          </w:divBdr>
                                          <w:divsChild>
                                            <w:div w:id="1524316773">
                                              <w:marLeft w:val="0"/>
                                              <w:marRight w:val="0"/>
                                              <w:marTop w:val="0"/>
                                              <w:marBottom w:val="0"/>
                                              <w:divBdr>
                                                <w:top w:val="none" w:sz="0" w:space="0" w:color="auto"/>
                                                <w:left w:val="none" w:sz="0" w:space="0" w:color="auto"/>
                                                <w:bottom w:val="none" w:sz="0" w:space="0" w:color="auto"/>
                                                <w:right w:val="none" w:sz="0" w:space="0" w:color="auto"/>
                                              </w:divBdr>
                                              <w:divsChild>
                                                <w:div w:id="717242305">
                                                  <w:marLeft w:val="0"/>
                                                  <w:marRight w:val="0"/>
                                                  <w:marTop w:val="0"/>
                                                  <w:marBottom w:val="0"/>
                                                  <w:divBdr>
                                                    <w:top w:val="none" w:sz="0" w:space="0" w:color="auto"/>
                                                    <w:left w:val="none" w:sz="0" w:space="0" w:color="auto"/>
                                                    <w:bottom w:val="none" w:sz="0" w:space="0" w:color="auto"/>
                                                    <w:right w:val="none" w:sz="0" w:space="0" w:color="auto"/>
                                                  </w:divBdr>
                                                  <w:divsChild>
                                                    <w:div w:id="1694921987">
                                                      <w:marLeft w:val="0"/>
                                                      <w:marRight w:val="0"/>
                                                      <w:marTop w:val="0"/>
                                                      <w:marBottom w:val="0"/>
                                                      <w:divBdr>
                                                        <w:top w:val="none" w:sz="0" w:space="0" w:color="auto"/>
                                                        <w:left w:val="none" w:sz="0" w:space="0" w:color="auto"/>
                                                        <w:bottom w:val="none" w:sz="0" w:space="0" w:color="auto"/>
                                                        <w:right w:val="none" w:sz="0" w:space="0" w:color="auto"/>
                                                      </w:divBdr>
                                                      <w:divsChild>
                                                        <w:div w:id="1011760301">
                                                          <w:marLeft w:val="0"/>
                                                          <w:marRight w:val="0"/>
                                                          <w:marTop w:val="0"/>
                                                          <w:marBottom w:val="0"/>
                                                          <w:divBdr>
                                                            <w:top w:val="none" w:sz="0" w:space="0" w:color="auto"/>
                                                            <w:left w:val="none" w:sz="0" w:space="0" w:color="auto"/>
                                                            <w:bottom w:val="none" w:sz="0" w:space="0" w:color="auto"/>
                                                            <w:right w:val="none" w:sz="0" w:space="0" w:color="auto"/>
                                                          </w:divBdr>
                                                          <w:divsChild>
                                                            <w:div w:id="167957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2962107">
                          <w:marLeft w:val="0"/>
                          <w:marRight w:val="0"/>
                          <w:marTop w:val="0"/>
                          <w:marBottom w:val="0"/>
                          <w:divBdr>
                            <w:top w:val="none" w:sz="0" w:space="0" w:color="auto"/>
                            <w:left w:val="none" w:sz="0" w:space="0" w:color="auto"/>
                            <w:bottom w:val="none" w:sz="0" w:space="0" w:color="auto"/>
                            <w:right w:val="none" w:sz="0" w:space="0" w:color="auto"/>
                          </w:divBdr>
                          <w:divsChild>
                            <w:div w:id="1242374203">
                              <w:marLeft w:val="0"/>
                              <w:marRight w:val="0"/>
                              <w:marTop w:val="0"/>
                              <w:marBottom w:val="0"/>
                              <w:divBdr>
                                <w:top w:val="none" w:sz="0" w:space="0" w:color="auto"/>
                                <w:left w:val="none" w:sz="0" w:space="0" w:color="auto"/>
                                <w:bottom w:val="none" w:sz="0" w:space="0" w:color="auto"/>
                                <w:right w:val="none" w:sz="0" w:space="0" w:color="auto"/>
                              </w:divBdr>
                              <w:divsChild>
                                <w:div w:id="283392566">
                                  <w:marLeft w:val="0"/>
                                  <w:marRight w:val="0"/>
                                  <w:marTop w:val="0"/>
                                  <w:marBottom w:val="0"/>
                                  <w:divBdr>
                                    <w:top w:val="none" w:sz="0" w:space="0" w:color="auto"/>
                                    <w:left w:val="none" w:sz="0" w:space="0" w:color="auto"/>
                                    <w:bottom w:val="none" w:sz="0" w:space="0" w:color="auto"/>
                                    <w:right w:val="none" w:sz="0" w:space="0" w:color="auto"/>
                                  </w:divBdr>
                                  <w:divsChild>
                                    <w:div w:id="389161340">
                                      <w:marLeft w:val="0"/>
                                      <w:marRight w:val="0"/>
                                      <w:marTop w:val="0"/>
                                      <w:marBottom w:val="0"/>
                                      <w:divBdr>
                                        <w:top w:val="none" w:sz="0" w:space="0" w:color="auto"/>
                                        <w:left w:val="none" w:sz="0" w:space="0" w:color="auto"/>
                                        <w:bottom w:val="none" w:sz="0" w:space="0" w:color="auto"/>
                                        <w:right w:val="none" w:sz="0" w:space="0" w:color="auto"/>
                                      </w:divBdr>
                                      <w:divsChild>
                                        <w:div w:id="1930503481">
                                          <w:marLeft w:val="0"/>
                                          <w:marRight w:val="0"/>
                                          <w:marTop w:val="0"/>
                                          <w:marBottom w:val="0"/>
                                          <w:divBdr>
                                            <w:top w:val="none" w:sz="0" w:space="0" w:color="auto"/>
                                            <w:left w:val="none" w:sz="0" w:space="0" w:color="auto"/>
                                            <w:bottom w:val="none" w:sz="0" w:space="0" w:color="auto"/>
                                            <w:right w:val="none" w:sz="0" w:space="0" w:color="auto"/>
                                          </w:divBdr>
                                          <w:divsChild>
                                            <w:div w:id="953754476">
                                              <w:marLeft w:val="0"/>
                                              <w:marRight w:val="0"/>
                                              <w:marTop w:val="0"/>
                                              <w:marBottom w:val="0"/>
                                              <w:divBdr>
                                                <w:top w:val="none" w:sz="0" w:space="0" w:color="auto"/>
                                                <w:left w:val="none" w:sz="0" w:space="0" w:color="auto"/>
                                                <w:bottom w:val="none" w:sz="0" w:space="0" w:color="auto"/>
                                                <w:right w:val="none" w:sz="0" w:space="0" w:color="auto"/>
                                              </w:divBdr>
                                              <w:divsChild>
                                                <w:div w:id="2105103280">
                                                  <w:marLeft w:val="0"/>
                                                  <w:marRight w:val="0"/>
                                                  <w:marTop w:val="0"/>
                                                  <w:marBottom w:val="0"/>
                                                  <w:divBdr>
                                                    <w:top w:val="none" w:sz="0" w:space="0" w:color="auto"/>
                                                    <w:left w:val="none" w:sz="0" w:space="0" w:color="auto"/>
                                                    <w:bottom w:val="none" w:sz="0" w:space="0" w:color="auto"/>
                                                    <w:right w:val="none" w:sz="0" w:space="0" w:color="auto"/>
                                                  </w:divBdr>
                                                  <w:divsChild>
                                                    <w:div w:id="574554646">
                                                      <w:marLeft w:val="0"/>
                                                      <w:marRight w:val="0"/>
                                                      <w:marTop w:val="0"/>
                                                      <w:marBottom w:val="0"/>
                                                      <w:divBdr>
                                                        <w:top w:val="none" w:sz="0" w:space="0" w:color="auto"/>
                                                        <w:left w:val="none" w:sz="0" w:space="0" w:color="auto"/>
                                                        <w:bottom w:val="none" w:sz="0" w:space="0" w:color="auto"/>
                                                        <w:right w:val="none" w:sz="0" w:space="0" w:color="auto"/>
                                                      </w:divBdr>
                                                      <w:divsChild>
                                                        <w:div w:id="662005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7709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9681437">
                          <w:marLeft w:val="0"/>
                          <w:marRight w:val="0"/>
                          <w:marTop w:val="0"/>
                          <w:marBottom w:val="0"/>
                          <w:divBdr>
                            <w:top w:val="none" w:sz="0" w:space="0" w:color="auto"/>
                            <w:left w:val="none" w:sz="0" w:space="0" w:color="auto"/>
                            <w:bottom w:val="none" w:sz="0" w:space="0" w:color="auto"/>
                            <w:right w:val="none" w:sz="0" w:space="0" w:color="auto"/>
                          </w:divBdr>
                          <w:divsChild>
                            <w:div w:id="2001931204">
                              <w:marLeft w:val="0"/>
                              <w:marRight w:val="0"/>
                              <w:marTop w:val="0"/>
                              <w:marBottom w:val="0"/>
                              <w:divBdr>
                                <w:top w:val="none" w:sz="0" w:space="0" w:color="auto"/>
                                <w:left w:val="none" w:sz="0" w:space="0" w:color="auto"/>
                                <w:bottom w:val="none" w:sz="0" w:space="0" w:color="auto"/>
                                <w:right w:val="none" w:sz="0" w:space="0" w:color="auto"/>
                              </w:divBdr>
                              <w:divsChild>
                                <w:div w:id="1196428305">
                                  <w:marLeft w:val="0"/>
                                  <w:marRight w:val="0"/>
                                  <w:marTop w:val="0"/>
                                  <w:marBottom w:val="0"/>
                                  <w:divBdr>
                                    <w:top w:val="none" w:sz="0" w:space="0" w:color="auto"/>
                                    <w:left w:val="none" w:sz="0" w:space="0" w:color="auto"/>
                                    <w:bottom w:val="none" w:sz="0" w:space="0" w:color="auto"/>
                                    <w:right w:val="none" w:sz="0" w:space="0" w:color="auto"/>
                                  </w:divBdr>
                                  <w:divsChild>
                                    <w:div w:id="603683383">
                                      <w:marLeft w:val="0"/>
                                      <w:marRight w:val="0"/>
                                      <w:marTop w:val="0"/>
                                      <w:marBottom w:val="0"/>
                                      <w:divBdr>
                                        <w:top w:val="none" w:sz="0" w:space="0" w:color="auto"/>
                                        <w:left w:val="none" w:sz="0" w:space="0" w:color="auto"/>
                                        <w:bottom w:val="none" w:sz="0" w:space="0" w:color="auto"/>
                                        <w:right w:val="none" w:sz="0" w:space="0" w:color="auto"/>
                                      </w:divBdr>
                                      <w:divsChild>
                                        <w:div w:id="1135759270">
                                          <w:marLeft w:val="0"/>
                                          <w:marRight w:val="0"/>
                                          <w:marTop w:val="0"/>
                                          <w:marBottom w:val="0"/>
                                          <w:divBdr>
                                            <w:top w:val="none" w:sz="0" w:space="0" w:color="auto"/>
                                            <w:left w:val="none" w:sz="0" w:space="0" w:color="auto"/>
                                            <w:bottom w:val="none" w:sz="0" w:space="0" w:color="auto"/>
                                            <w:right w:val="none" w:sz="0" w:space="0" w:color="auto"/>
                                          </w:divBdr>
                                          <w:divsChild>
                                            <w:div w:id="1136794334">
                                              <w:marLeft w:val="0"/>
                                              <w:marRight w:val="0"/>
                                              <w:marTop w:val="0"/>
                                              <w:marBottom w:val="0"/>
                                              <w:divBdr>
                                                <w:top w:val="none" w:sz="0" w:space="0" w:color="auto"/>
                                                <w:left w:val="none" w:sz="0" w:space="0" w:color="auto"/>
                                                <w:bottom w:val="none" w:sz="0" w:space="0" w:color="auto"/>
                                                <w:right w:val="none" w:sz="0" w:space="0" w:color="auto"/>
                                              </w:divBdr>
                                              <w:divsChild>
                                                <w:div w:id="610941357">
                                                  <w:marLeft w:val="0"/>
                                                  <w:marRight w:val="0"/>
                                                  <w:marTop w:val="0"/>
                                                  <w:marBottom w:val="0"/>
                                                  <w:divBdr>
                                                    <w:top w:val="none" w:sz="0" w:space="0" w:color="auto"/>
                                                    <w:left w:val="none" w:sz="0" w:space="0" w:color="auto"/>
                                                    <w:bottom w:val="none" w:sz="0" w:space="0" w:color="auto"/>
                                                    <w:right w:val="none" w:sz="0" w:space="0" w:color="auto"/>
                                                  </w:divBdr>
                                                  <w:divsChild>
                                                    <w:div w:id="648901204">
                                                      <w:marLeft w:val="0"/>
                                                      <w:marRight w:val="0"/>
                                                      <w:marTop w:val="0"/>
                                                      <w:marBottom w:val="0"/>
                                                      <w:divBdr>
                                                        <w:top w:val="none" w:sz="0" w:space="0" w:color="auto"/>
                                                        <w:left w:val="none" w:sz="0" w:space="0" w:color="auto"/>
                                                        <w:bottom w:val="none" w:sz="0" w:space="0" w:color="auto"/>
                                                        <w:right w:val="none" w:sz="0" w:space="0" w:color="auto"/>
                                                      </w:divBdr>
                                                      <w:divsChild>
                                                        <w:div w:id="468862225">
                                                          <w:marLeft w:val="0"/>
                                                          <w:marRight w:val="0"/>
                                                          <w:marTop w:val="0"/>
                                                          <w:marBottom w:val="0"/>
                                                          <w:divBdr>
                                                            <w:top w:val="none" w:sz="0" w:space="0" w:color="auto"/>
                                                            <w:left w:val="none" w:sz="0" w:space="0" w:color="auto"/>
                                                            <w:bottom w:val="none" w:sz="0" w:space="0" w:color="auto"/>
                                                            <w:right w:val="none" w:sz="0" w:space="0" w:color="auto"/>
                                                          </w:divBdr>
                                                          <w:divsChild>
                                                            <w:div w:id="18487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612144">
                          <w:marLeft w:val="0"/>
                          <w:marRight w:val="0"/>
                          <w:marTop w:val="0"/>
                          <w:marBottom w:val="0"/>
                          <w:divBdr>
                            <w:top w:val="none" w:sz="0" w:space="0" w:color="auto"/>
                            <w:left w:val="none" w:sz="0" w:space="0" w:color="auto"/>
                            <w:bottom w:val="none" w:sz="0" w:space="0" w:color="auto"/>
                            <w:right w:val="none" w:sz="0" w:space="0" w:color="auto"/>
                          </w:divBdr>
                          <w:divsChild>
                            <w:div w:id="1518545722">
                              <w:marLeft w:val="0"/>
                              <w:marRight w:val="0"/>
                              <w:marTop w:val="0"/>
                              <w:marBottom w:val="0"/>
                              <w:divBdr>
                                <w:top w:val="none" w:sz="0" w:space="0" w:color="auto"/>
                                <w:left w:val="none" w:sz="0" w:space="0" w:color="auto"/>
                                <w:bottom w:val="none" w:sz="0" w:space="0" w:color="auto"/>
                                <w:right w:val="none" w:sz="0" w:space="0" w:color="auto"/>
                              </w:divBdr>
                              <w:divsChild>
                                <w:div w:id="917179785">
                                  <w:marLeft w:val="0"/>
                                  <w:marRight w:val="0"/>
                                  <w:marTop w:val="0"/>
                                  <w:marBottom w:val="0"/>
                                  <w:divBdr>
                                    <w:top w:val="none" w:sz="0" w:space="0" w:color="auto"/>
                                    <w:left w:val="none" w:sz="0" w:space="0" w:color="auto"/>
                                    <w:bottom w:val="none" w:sz="0" w:space="0" w:color="auto"/>
                                    <w:right w:val="none" w:sz="0" w:space="0" w:color="auto"/>
                                  </w:divBdr>
                                  <w:divsChild>
                                    <w:div w:id="1510364798">
                                      <w:marLeft w:val="0"/>
                                      <w:marRight w:val="0"/>
                                      <w:marTop w:val="0"/>
                                      <w:marBottom w:val="0"/>
                                      <w:divBdr>
                                        <w:top w:val="none" w:sz="0" w:space="0" w:color="auto"/>
                                        <w:left w:val="none" w:sz="0" w:space="0" w:color="auto"/>
                                        <w:bottom w:val="none" w:sz="0" w:space="0" w:color="auto"/>
                                        <w:right w:val="none" w:sz="0" w:space="0" w:color="auto"/>
                                      </w:divBdr>
                                      <w:divsChild>
                                        <w:div w:id="386342963">
                                          <w:marLeft w:val="0"/>
                                          <w:marRight w:val="0"/>
                                          <w:marTop w:val="0"/>
                                          <w:marBottom w:val="0"/>
                                          <w:divBdr>
                                            <w:top w:val="none" w:sz="0" w:space="0" w:color="auto"/>
                                            <w:left w:val="none" w:sz="0" w:space="0" w:color="auto"/>
                                            <w:bottom w:val="none" w:sz="0" w:space="0" w:color="auto"/>
                                            <w:right w:val="none" w:sz="0" w:space="0" w:color="auto"/>
                                          </w:divBdr>
                                          <w:divsChild>
                                            <w:div w:id="1539968502">
                                              <w:marLeft w:val="0"/>
                                              <w:marRight w:val="0"/>
                                              <w:marTop w:val="0"/>
                                              <w:marBottom w:val="0"/>
                                              <w:divBdr>
                                                <w:top w:val="none" w:sz="0" w:space="0" w:color="auto"/>
                                                <w:left w:val="none" w:sz="0" w:space="0" w:color="auto"/>
                                                <w:bottom w:val="none" w:sz="0" w:space="0" w:color="auto"/>
                                                <w:right w:val="none" w:sz="0" w:space="0" w:color="auto"/>
                                              </w:divBdr>
                                              <w:divsChild>
                                                <w:div w:id="1962152623">
                                                  <w:marLeft w:val="0"/>
                                                  <w:marRight w:val="0"/>
                                                  <w:marTop w:val="0"/>
                                                  <w:marBottom w:val="0"/>
                                                  <w:divBdr>
                                                    <w:top w:val="none" w:sz="0" w:space="0" w:color="auto"/>
                                                    <w:left w:val="none" w:sz="0" w:space="0" w:color="auto"/>
                                                    <w:bottom w:val="none" w:sz="0" w:space="0" w:color="auto"/>
                                                    <w:right w:val="none" w:sz="0" w:space="0" w:color="auto"/>
                                                  </w:divBdr>
                                                  <w:divsChild>
                                                    <w:div w:id="668676803">
                                                      <w:marLeft w:val="0"/>
                                                      <w:marRight w:val="0"/>
                                                      <w:marTop w:val="0"/>
                                                      <w:marBottom w:val="0"/>
                                                      <w:divBdr>
                                                        <w:top w:val="none" w:sz="0" w:space="0" w:color="auto"/>
                                                        <w:left w:val="none" w:sz="0" w:space="0" w:color="auto"/>
                                                        <w:bottom w:val="none" w:sz="0" w:space="0" w:color="auto"/>
                                                        <w:right w:val="none" w:sz="0" w:space="0" w:color="auto"/>
                                                      </w:divBdr>
                                                      <w:divsChild>
                                                        <w:div w:id="1264729729">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730973">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486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7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33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049506">
                          <w:marLeft w:val="0"/>
                          <w:marRight w:val="0"/>
                          <w:marTop w:val="0"/>
                          <w:marBottom w:val="0"/>
                          <w:divBdr>
                            <w:top w:val="none" w:sz="0" w:space="0" w:color="auto"/>
                            <w:left w:val="none" w:sz="0" w:space="0" w:color="auto"/>
                            <w:bottom w:val="none" w:sz="0" w:space="0" w:color="auto"/>
                            <w:right w:val="none" w:sz="0" w:space="0" w:color="auto"/>
                          </w:divBdr>
                          <w:divsChild>
                            <w:div w:id="158691680">
                              <w:marLeft w:val="0"/>
                              <w:marRight w:val="0"/>
                              <w:marTop w:val="0"/>
                              <w:marBottom w:val="0"/>
                              <w:divBdr>
                                <w:top w:val="none" w:sz="0" w:space="0" w:color="auto"/>
                                <w:left w:val="none" w:sz="0" w:space="0" w:color="auto"/>
                                <w:bottom w:val="none" w:sz="0" w:space="0" w:color="auto"/>
                                <w:right w:val="none" w:sz="0" w:space="0" w:color="auto"/>
                              </w:divBdr>
                              <w:divsChild>
                                <w:div w:id="1040665282">
                                  <w:marLeft w:val="0"/>
                                  <w:marRight w:val="0"/>
                                  <w:marTop w:val="0"/>
                                  <w:marBottom w:val="0"/>
                                  <w:divBdr>
                                    <w:top w:val="none" w:sz="0" w:space="0" w:color="auto"/>
                                    <w:left w:val="none" w:sz="0" w:space="0" w:color="auto"/>
                                    <w:bottom w:val="none" w:sz="0" w:space="0" w:color="auto"/>
                                    <w:right w:val="none" w:sz="0" w:space="0" w:color="auto"/>
                                  </w:divBdr>
                                  <w:divsChild>
                                    <w:div w:id="1354114966">
                                      <w:marLeft w:val="0"/>
                                      <w:marRight w:val="0"/>
                                      <w:marTop w:val="0"/>
                                      <w:marBottom w:val="0"/>
                                      <w:divBdr>
                                        <w:top w:val="none" w:sz="0" w:space="0" w:color="auto"/>
                                        <w:left w:val="none" w:sz="0" w:space="0" w:color="auto"/>
                                        <w:bottom w:val="none" w:sz="0" w:space="0" w:color="auto"/>
                                        <w:right w:val="none" w:sz="0" w:space="0" w:color="auto"/>
                                      </w:divBdr>
                                      <w:divsChild>
                                        <w:div w:id="319434020">
                                          <w:marLeft w:val="0"/>
                                          <w:marRight w:val="0"/>
                                          <w:marTop w:val="0"/>
                                          <w:marBottom w:val="0"/>
                                          <w:divBdr>
                                            <w:top w:val="none" w:sz="0" w:space="0" w:color="auto"/>
                                            <w:left w:val="none" w:sz="0" w:space="0" w:color="auto"/>
                                            <w:bottom w:val="none" w:sz="0" w:space="0" w:color="auto"/>
                                            <w:right w:val="none" w:sz="0" w:space="0" w:color="auto"/>
                                          </w:divBdr>
                                          <w:divsChild>
                                            <w:div w:id="2065177462">
                                              <w:marLeft w:val="0"/>
                                              <w:marRight w:val="0"/>
                                              <w:marTop w:val="0"/>
                                              <w:marBottom w:val="0"/>
                                              <w:divBdr>
                                                <w:top w:val="none" w:sz="0" w:space="0" w:color="auto"/>
                                                <w:left w:val="none" w:sz="0" w:space="0" w:color="auto"/>
                                                <w:bottom w:val="none" w:sz="0" w:space="0" w:color="auto"/>
                                                <w:right w:val="none" w:sz="0" w:space="0" w:color="auto"/>
                                              </w:divBdr>
                                              <w:divsChild>
                                                <w:div w:id="2081634992">
                                                  <w:marLeft w:val="0"/>
                                                  <w:marRight w:val="0"/>
                                                  <w:marTop w:val="0"/>
                                                  <w:marBottom w:val="0"/>
                                                  <w:divBdr>
                                                    <w:top w:val="none" w:sz="0" w:space="0" w:color="auto"/>
                                                    <w:left w:val="none" w:sz="0" w:space="0" w:color="auto"/>
                                                    <w:bottom w:val="none" w:sz="0" w:space="0" w:color="auto"/>
                                                    <w:right w:val="none" w:sz="0" w:space="0" w:color="auto"/>
                                                  </w:divBdr>
                                                  <w:divsChild>
                                                    <w:div w:id="1953510433">
                                                      <w:marLeft w:val="0"/>
                                                      <w:marRight w:val="0"/>
                                                      <w:marTop w:val="0"/>
                                                      <w:marBottom w:val="0"/>
                                                      <w:divBdr>
                                                        <w:top w:val="none" w:sz="0" w:space="0" w:color="auto"/>
                                                        <w:left w:val="none" w:sz="0" w:space="0" w:color="auto"/>
                                                        <w:bottom w:val="none" w:sz="0" w:space="0" w:color="auto"/>
                                                        <w:right w:val="none" w:sz="0" w:space="0" w:color="auto"/>
                                                      </w:divBdr>
                                                      <w:divsChild>
                                                        <w:div w:id="2095776845">
                                                          <w:marLeft w:val="0"/>
                                                          <w:marRight w:val="0"/>
                                                          <w:marTop w:val="0"/>
                                                          <w:marBottom w:val="0"/>
                                                          <w:divBdr>
                                                            <w:top w:val="none" w:sz="0" w:space="0" w:color="auto"/>
                                                            <w:left w:val="none" w:sz="0" w:space="0" w:color="auto"/>
                                                            <w:bottom w:val="none" w:sz="0" w:space="0" w:color="auto"/>
                                                            <w:right w:val="none" w:sz="0" w:space="0" w:color="auto"/>
                                                          </w:divBdr>
                                                          <w:divsChild>
                                                            <w:div w:id="1634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595437">
                          <w:marLeft w:val="0"/>
                          <w:marRight w:val="0"/>
                          <w:marTop w:val="0"/>
                          <w:marBottom w:val="0"/>
                          <w:divBdr>
                            <w:top w:val="none" w:sz="0" w:space="0" w:color="auto"/>
                            <w:left w:val="none" w:sz="0" w:space="0" w:color="auto"/>
                            <w:bottom w:val="none" w:sz="0" w:space="0" w:color="auto"/>
                            <w:right w:val="none" w:sz="0" w:space="0" w:color="auto"/>
                          </w:divBdr>
                          <w:divsChild>
                            <w:div w:id="691422757">
                              <w:marLeft w:val="0"/>
                              <w:marRight w:val="0"/>
                              <w:marTop w:val="0"/>
                              <w:marBottom w:val="0"/>
                              <w:divBdr>
                                <w:top w:val="none" w:sz="0" w:space="0" w:color="auto"/>
                                <w:left w:val="none" w:sz="0" w:space="0" w:color="auto"/>
                                <w:bottom w:val="none" w:sz="0" w:space="0" w:color="auto"/>
                                <w:right w:val="none" w:sz="0" w:space="0" w:color="auto"/>
                              </w:divBdr>
                              <w:divsChild>
                                <w:div w:id="617029241">
                                  <w:marLeft w:val="0"/>
                                  <w:marRight w:val="0"/>
                                  <w:marTop w:val="0"/>
                                  <w:marBottom w:val="0"/>
                                  <w:divBdr>
                                    <w:top w:val="none" w:sz="0" w:space="0" w:color="auto"/>
                                    <w:left w:val="none" w:sz="0" w:space="0" w:color="auto"/>
                                    <w:bottom w:val="none" w:sz="0" w:space="0" w:color="auto"/>
                                    <w:right w:val="none" w:sz="0" w:space="0" w:color="auto"/>
                                  </w:divBdr>
                                  <w:divsChild>
                                    <w:div w:id="1908488887">
                                      <w:marLeft w:val="0"/>
                                      <w:marRight w:val="0"/>
                                      <w:marTop w:val="0"/>
                                      <w:marBottom w:val="0"/>
                                      <w:divBdr>
                                        <w:top w:val="none" w:sz="0" w:space="0" w:color="auto"/>
                                        <w:left w:val="none" w:sz="0" w:space="0" w:color="auto"/>
                                        <w:bottom w:val="none" w:sz="0" w:space="0" w:color="auto"/>
                                        <w:right w:val="none" w:sz="0" w:space="0" w:color="auto"/>
                                      </w:divBdr>
                                      <w:divsChild>
                                        <w:div w:id="2107801508">
                                          <w:marLeft w:val="0"/>
                                          <w:marRight w:val="0"/>
                                          <w:marTop w:val="0"/>
                                          <w:marBottom w:val="0"/>
                                          <w:divBdr>
                                            <w:top w:val="none" w:sz="0" w:space="0" w:color="auto"/>
                                            <w:left w:val="none" w:sz="0" w:space="0" w:color="auto"/>
                                            <w:bottom w:val="none" w:sz="0" w:space="0" w:color="auto"/>
                                            <w:right w:val="none" w:sz="0" w:space="0" w:color="auto"/>
                                          </w:divBdr>
                                          <w:divsChild>
                                            <w:div w:id="857306724">
                                              <w:marLeft w:val="0"/>
                                              <w:marRight w:val="0"/>
                                              <w:marTop w:val="0"/>
                                              <w:marBottom w:val="0"/>
                                              <w:divBdr>
                                                <w:top w:val="none" w:sz="0" w:space="0" w:color="auto"/>
                                                <w:left w:val="none" w:sz="0" w:space="0" w:color="auto"/>
                                                <w:bottom w:val="none" w:sz="0" w:space="0" w:color="auto"/>
                                                <w:right w:val="none" w:sz="0" w:space="0" w:color="auto"/>
                                              </w:divBdr>
                                              <w:divsChild>
                                                <w:div w:id="1520049359">
                                                  <w:marLeft w:val="0"/>
                                                  <w:marRight w:val="0"/>
                                                  <w:marTop w:val="0"/>
                                                  <w:marBottom w:val="0"/>
                                                  <w:divBdr>
                                                    <w:top w:val="none" w:sz="0" w:space="0" w:color="auto"/>
                                                    <w:left w:val="none" w:sz="0" w:space="0" w:color="auto"/>
                                                    <w:bottom w:val="none" w:sz="0" w:space="0" w:color="auto"/>
                                                    <w:right w:val="none" w:sz="0" w:space="0" w:color="auto"/>
                                                  </w:divBdr>
                                                  <w:divsChild>
                                                    <w:div w:id="960570503">
                                                      <w:marLeft w:val="0"/>
                                                      <w:marRight w:val="0"/>
                                                      <w:marTop w:val="0"/>
                                                      <w:marBottom w:val="0"/>
                                                      <w:divBdr>
                                                        <w:top w:val="none" w:sz="0" w:space="0" w:color="auto"/>
                                                        <w:left w:val="none" w:sz="0" w:space="0" w:color="auto"/>
                                                        <w:bottom w:val="none" w:sz="0" w:space="0" w:color="auto"/>
                                                        <w:right w:val="none" w:sz="0" w:space="0" w:color="auto"/>
                                                      </w:divBdr>
                                                      <w:divsChild>
                                                        <w:div w:id="15073598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768398">
                                                          <w:blockQuote w:val="1"/>
                                                          <w:marLeft w:val="720"/>
                                                          <w:marRight w:val="720"/>
                                                          <w:marTop w:val="100"/>
                                                          <w:marBottom w:val="100"/>
                                                          <w:divBdr>
                                                            <w:top w:val="none" w:sz="0" w:space="0" w:color="auto"/>
                                                            <w:left w:val="none" w:sz="0" w:space="0" w:color="auto"/>
                                                            <w:bottom w:val="none" w:sz="0" w:space="0" w:color="auto"/>
                                                            <w:right w:val="none" w:sz="0" w:space="0" w:color="auto"/>
                                                          </w:divBdr>
                                                        </w:div>
                                                        <w:div w:id="857617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663906">
                          <w:marLeft w:val="0"/>
                          <w:marRight w:val="0"/>
                          <w:marTop w:val="0"/>
                          <w:marBottom w:val="0"/>
                          <w:divBdr>
                            <w:top w:val="none" w:sz="0" w:space="0" w:color="auto"/>
                            <w:left w:val="none" w:sz="0" w:space="0" w:color="auto"/>
                            <w:bottom w:val="none" w:sz="0" w:space="0" w:color="auto"/>
                            <w:right w:val="none" w:sz="0" w:space="0" w:color="auto"/>
                          </w:divBdr>
                          <w:divsChild>
                            <w:div w:id="1429807776">
                              <w:marLeft w:val="0"/>
                              <w:marRight w:val="0"/>
                              <w:marTop w:val="0"/>
                              <w:marBottom w:val="0"/>
                              <w:divBdr>
                                <w:top w:val="none" w:sz="0" w:space="0" w:color="auto"/>
                                <w:left w:val="none" w:sz="0" w:space="0" w:color="auto"/>
                                <w:bottom w:val="none" w:sz="0" w:space="0" w:color="auto"/>
                                <w:right w:val="none" w:sz="0" w:space="0" w:color="auto"/>
                              </w:divBdr>
                              <w:divsChild>
                                <w:div w:id="1967808664">
                                  <w:marLeft w:val="0"/>
                                  <w:marRight w:val="0"/>
                                  <w:marTop w:val="0"/>
                                  <w:marBottom w:val="0"/>
                                  <w:divBdr>
                                    <w:top w:val="none" w:sz="0" w:space="0" w:color="auto"/>
                                    <w:left w:val="none" w:sz="0" w:space="0" w:color="auto"/>
                                    <w:bottom w:val="none" w:sz="0" w:space="0" w:color="auto"/>
                                    <w:right w:val="none" w:sz="0" w:space="0" w:color="auto"/>
                                  </w:divBdr>
                                  <w:divsChild>
                                    <w:div w:id="1300450646">
                                      <w:marLeft w:val="0"/>
                                      <w:marRight w:val="0"/>
                                      <w:marTop w:val="0"/>
                                      <w:marBottom w:val="0"/>
                                      <w:divBdr>
                                        <w:top w:val="none" w:sz="0" w:space="0" w:color="auto"/>
                                        <w:left w:val="none" w:sz="0" w:space="0" w:color="auto"/>
                                        <w:bottom w:val="none" w:sz="0" w:space="0" w:color="auto"/>
                                        <w:right w:val="none" w:sz="0" w:space="0" w:color="auto"/>
                                      </w:divBdr>
                                      <w:divsChild>
                                        <w:div w:id="1804469223">
                                          <w:marLeft w:val="0"/>
                                          <w:marRight w:val="0"/>
                                          <w:marTop w:val="0"/>
                                          <w:marBottom w:val="0"/>
                                          <w:divBdr>
                                            <w:top w:val="none" w:sz="0" w:space="0" w:color="auto"/>
                                            <w:left w:val="none" w:sz="0" w:space="0" w:color="auto"/>
                                            <w:bottom w:val="none" w:sz="0" w:space="0" w:color="auto"/>
                                            <w:right w:val="none" w:sz="0" w:space="0" w:color="auto"/>
                                          </w:divBdr>
                                          <w:divsChild>
                                            <w:div w:id="352583696">
                                              <w:marLeft w:val="0"/>
                                              <w:marRight w:val="0"/>
                                              <w:marTop w:val="0"/>
                                              <w:marBottom w:val="0"/>
                                              <w:divBdr>
                                                <w:top w:val="none" w:sz="0" w:space="0" w:color="auto"/>
                                                <w:left w:val="none" w:sz="0" w:space="0" w:color="auto"/>
                                                <w:bottom w:val="none" w:sz="0" w:space="0" w:color="auto"/>
                                                <w:right w:val="none" w:sz="0" w:space="0" w:color="auto"/>
                                              </w:divBdr>
                                              <w:divsChild>
                                                <w:div w:id="660811016">
                                                  <w:marLeft w:val="0"/>
                                                  <w:marRight w:val="0"/>
                                                  <w:marTop w:val="0"/>
                                                  <w:marBottom w:val="0"/>
                                                  <w:divBdr>
                                                    <w:top w:val="none" w:sz="0" w:space="0" w:color="auto"/>
                                                    <w:left w:val="none" w:sz="0" w:space="0" w:color="auto"/>
                                                    <w:bottom w:val="none" w:sz="0" w:space="0" w:color="auto"/>
                                                    <w:right w:val="none" w:sz="0" w:space="0" w:color="auto"/>
                                                  </w:divBdr>
                                                  <w:divsChild>
                                                    <w:div w:id="1361588051">
                                                      <w:marLeft w:val="0"/>
                                                      <w:marRight w:val="0"/>
                                                      <w:marTop w:val="0"/>
                                                      <w:marBottom w:val="0"/>
                                                      <w:divBdr>
                                                        <w:top w:val="none" w:sz="0" w:space="0" w:color="auto"/>
                                                        <w:left w:val="none" w:sz="0" w:space="0" w:color="auto"/>
                                                        <w:bottom w:val="none" w:sz="0" w:space="0" w:color="auto"/>
                                                        <w:right w:val="none" w:sz="0" w:space="0" w:color="auto"/>
                                                      </w:divBdr>
                                                      <w:divsChild>
                                                        <w:div w:id="729306193">
                                                          <w:marLeft w:val="0"/>
                                                          <w:marRight w:val="0"/>
                                                          <w:marTop w:val="0"/>
                                                          <w:marBottom w:val="0"/>
                                                          <w:divBdr>
                                                            <w:top w:val="none" w:sz="0" w:space="0" w:color="auto"/>
                                                            <w:left w:val="none" w:sz="0" w:space="0" w:color="auto"/>
                                                            <w:bottom w:val="none" w:sz="0" w:space="0" w:color="auto"/>
                                                            <w:right w:val="none" w:sz="0" w:space="0" w:color="auto"/>
                                                          </w:divBdr>
                                                          <w:divsChild>
                                                            <w:div w:id="15475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922254">
                          <w:marLeft w:val="0"/>
                          <w:marRight w:val="0"/>
                          <w:marTop w:val="0"/>
                          <w:marBottom w:val="0"/>
                          <w:divBdr>
                            <w:top w:val="none" w:sz="0" w:space="0" w:color="auto"/>
                            <w:left w:val="none" w:sz="0" w:space="0" w:color="auto"/>
                            <w:bottom w:val="none" w:sz="0" w:space="0" w:color="auto"/>
                            <w:right w:val="none" w:sz="0" w:space="0" w:color="auto"/>
                          </w:divBdr>
                          <w:divsChild>
                            <w:div w:id="811100280">
                              <w:marLeft w:val="0"/>
                              <w:marRight w:val="0"/>
                              <w:marTop w:val="0"/>
                              <w:marBottom w:val="0"/>
                              <w:divBdr>
                                <w:top w:val="none" w:sz="0" w:space="0" w:color="auto"/>
                                <w:left w:val="none" w:sz="0" w:space="0" w:color="auto"/>
                                <w:bottom w:val="none" w:sz="0" w:space="0" w:color="auto"/>
                                <w:right w:val="none" w:sz="0" w:space="0" w:color="auto"/>
                              </w:divBdr>
                              <w:divsChild>
                                <w:div w:id="1178233641">
                                  <w:marLeft w:val="0"/>
                                  <w:marRight w:val="0"/>
                                  <w:marTop w:val="0"/>
                                  <w:marBottom w:val="0"/>
                                  <w:divBdr>
                                    <w:top w:val="none" w:sz="0" w:space="0" w:color="auto"/>
                                    <w:left w:val="none" w:sz="0" w:space="0" w:color="auto"/>
                                    <w:bottom w:val="none" w:sz="0" w:space="0" w:color="auto"/>
                                    <w:right w:val="none" w:sz="0" w:space="0" w:color="auto"/>
                                  </w:divBdr>
                                  <w:divsChild>
                                    <w:div w:id="1766151059">
                                      <w:marLeft w:val="0"/>
                                      <w:marRight w:val="0"/>
                                      <w:marTop w:val="0"/>
                                      <w:marBottom w:val="0"/>
                                      <w:divBdr>
                                        <w:top w:val="none" w:sz="0" w:space="0" w:color="auto"/>
                                        <w:left w:val="none" w:sz="0" w:space="0" w:color="auto"/>
                                        <w:bottom w:val="none" w:sz="0" w:space="0" w:color="auto"/>
                                        <w:right w:val="none" w:sz="0" w:space="0" w:color="auto"/>
                                      </w:divBdr>
                                      <w:divsChild>
                                        <w:div w:id="1020856313">
                                          <w:marLeft w:val="0"/>
                                          <w:marRight w:val="0"/>
                                          <w:marTop w:val="0"/>
                                          <w:marBottom w:val="0"/>
                                          <w:divBdr>
                                            <w:top w:val="none" w:sz="0" w:space="0" w:color="auto"/>
                                            <w:left w:val="none" w:sz="0" w:space="0" w:color="auto"/>
                                            <w:bottom w:val="none" w:sz="0" w:space="0" w:color="auto"/>
                                            <w:right w:val="none" w:sz="0" w:space="0" w:color="auto"/>
                                          </w:divBdr>
                                          <w:divsChild>
                                            <w:div w:id="1045329236">
                                              <w:marLeft w:val="0"/>
                                              <w:marRight w:val="0"/>
                                              <w:marTop w:val="0"/>
                                              <w:marBottom w:val="0"/>
                                              <w:divBdr>
                                                <w:top w:val="none" w:sz="0" w:space="0" w:color="auto"/>
                                                <w:left w:val="none" w:sz="0" w:space="0" w:color="auto"/>
                                                <w:bottom w:val="none" w:sz="0" w:space="0" w:color="auto"/>
                                                <w:right w:val="none" w:sz="0" w:space="0" w:color="auto"/>
                                              </w:divBdr>
                                              <w:divsChild>
                                                <w:div w:id="805896784">
                                                  <w:marLeft w:val="0"/>
                                                  <w:marRight w:val="0"/>
                                                  <w:marTop w:val="0"/>
                                                  <w:marBottom w:val="0"/>
                                                  <w:divBdr>
                                                    <w:top w:val="none" w:sz="0" w:space="0" w:color="auto"/>
                                                    <w:left w:val="none" w:sz="0" w:space="0" w:color="auto"/>
                                                    <w:bottom w:val="none" w:sz="0" w:space="0" w:color="auto"/>
                                                    <w:right w:val="none" w:sz="0" w:space="0" w:color="auto"/>
                                                  </w:divBdr>
                                                  <w:divsChild>
                                                    <w:div w:id="927270964">
                                                      <w:marLeft w:val="0"/>
                                                      <w:marRight w:val="0"/>
                                                      <w:marTop w:val="0"/>
                                                      <w:marBottom w:val="0"/>
                                                      <w:divBdr>
                                                        <w:top w:val="none" w:sz="0" w:space="0" w:color="auto"/>
                                                        <w:left w:val="none" w:sz="0" w:space="0" w:color="auto"/>
                                                        <w:bottom w:val="none" w:sz="0" w:space="0" w:color="auto"/>
                                                        <w:right w:val="none" w:sz="0" w:space="0" w:color="auto"/>
                                                      </w:divBdr>
                                                      <w:divsChild>
                                                        <w:div w:id="1681082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45132">
                          <w:marLeft w:val="0"/>
                          <w:marRight w:val="0"/>
                          <w:marTop w:val="0"/>
                          <w:marBottom w:val="0"/>
                          <w:divBdr>
                            <w:top w:val="none" w:sz="0" w:space="0" w:color="auto"/>
                            <w:left w:val="none" w:sz="0" w:space="0" w:color="auto"/>
                            <w:bottom w:val="none" w:sz="0" w:space="0" w:color="auto"/>
                            <w:right w:val="none" w:sz="0" w:space="0" w:color="auto"/>
                          </w:divBdr>
                          <w:divsChild>
                            <w:div w:id="1316454175">
                              <w:marLeft w:val="0"/>
                              <w:marRight w:val="0"/>
                              <w:marTop w:val="0"/>
                              <w:marBottom w:val="0"/>
                              <w:divBdr>
                                <w:top w:val="none" w:sz="0" w:space="0" w:color="auto"/>
                                <w:left w:val="none" w:sz="0" w:space="0" w:color="auto"/>
                                <w:bottom w:val="none" w:sz="0" w:space="0" w:color="auto"/>
                                <w:right w:val="none" w:sz="0" w:space="0" w:color="auto"/>
                              </w:divBdr>
                              <w:divsChild>
                                <w:div w:id="664285289">
                                  <w:marLeft w:val="0"/>
                                  <w:marRight w:val="0"/>
                                  <w:marTop w:val="0"/>
                                  <w:marBottom w:val="0"/>
                                  <w:divBdr>
                                    <w:top w:val="none" w:sz="0" w:space="0" w:color="auto"/>
                                    <w:left w:val="none" w:sz="0" w:space="0" w:color="auto"/>
                                    <w:bottom w:val="none" w:sz="0" w:space="0" w:color="auto"/>
                                    <w:right w:val="none" w:sz="0" w:space="0" w:color="auto"/>
                                  </w:divBdr>
                                  <w:divsChild>
                                    <w:div w:id="1761174112">
                                      <w:marLeft w:val="0"/>
                                      <w:marRight w:val="0"/>
                                      <w:marTop w:val="0"/>
                                      <w:marBottom w:val="0"/>
                                      <w:divBdr>
                                        <w:top w:val="none" w:sz="0" w:space="0" w:color="auto"/>
                                        <w:left w:val="none" w:sz="0" w:space="0" w:color="auto"/>
                                        <w:bottom w:val="none" w:sz="0" w:space="0" w:color="auto"/>
                                        <w:right w:val="none" w:sz="0" w:space="0" w:color="auto"/>
                                      </w:divBdr>
                                      <w:divsChild>
                                        <w:div w:id="844131749">
                                          <w:marLeft w:val="0"/>
                                          <w:marRight w:val="0"/>
                                          <w:marTop w:val="0"/>
                                          <w:marBottom w:val="0"/>
                                          <w:divBdr>
                                            <w:top w:val="none" w:sz="0" w:space="0" w:color="auto"/>
                                            <w:left w:val="none" w:sz="0" w:space="0" w:color="auto"/>
                                            <w:bottom w:val="none" w:sz="0" w:space="0" w:color="auto"/>
                                            <w:right w:val="none" w:sz="0" w:space="0" w:color="auto"/>
                                          </w:divBdr>
                                          <w:divsChild>
                                            <w:div w:id="1397701194">
                                              <w:marLeft w:val="0"/>
                                              <w:marRight w:val="0"/>
                                              <w:marTop w:val="0"/>
                                              <w:marBottom w:val="0"/>
                                              <w:divBdr>
                                                <w:top w:val="none" w:sz="0" w:space="0" w:color="auto"/>
                                                <w:left w:val="none" w:sz="0" w:space="0" w:color="auto"/>
                                                <w:bottom w:val="none" w:sz="0" w:space="0" w:color="auto"/>
                                                <w:right w:val="none" w:sz="0" w:space="0" w:color="auto"/>
                                              </w:divBdr>
                                              <w:divsChild>
                                                <w:div w:id="2005352858">
                                                  <w:marLeft w:val="0"/>
                                                  <w:marRight w:val="0"/>
                                                  <w:marTop w:val="0"/>
                                                  <w:marBottom w:val="0"/>
                                                  <w:divBdr>
                                                    <w:top w:val="none" w:sz="0" w:space="0" w:color="auto"/>
                                                    <w:left w:val="none" w:sz="0" w:space="0" w:color="auto"/>
                                                    <w:bottom w:val="none" w:sz="0" w:space="0" w:color="auto"/>
                                                    <w:right w:val="none" w:sz="0" w:space="0" w:color="auto"/>
                                                  </w:divBdr>
                                                  <w:divsChild>
                                                    <w:div w:id="511921667">
                                                      <w:marLeft w:val="0"/>
                                                      <w:marRight w:val="0"/>
                                                      <w:marTop w:val="0"/>
                                                      <w:marBottom w:val="0"/>
                                                      <w:divBdr>
                                                        <w:top w:val="none" w:sz="0" w:space="0" w:color="auto"/>
                                                        <w:left w:val="none" w:sz="0" w:space="0" w:color="auto"/>
                                                        <w:bottom w:val="none" w:sz="0" w:space="0" w:color="auto"/>
                                                        <w:right w:val="none" w:sz="0" w:space="0" w:color="auto"/>
                                                      </w:divBdr>
                                                      <w:divsChild>
                                                        <w:div w:id="2062970949">
                                                          <w:marLeft w:val="0"/>
                                                          <w:marRight w:val="0"/>
                                                          <w:marTop w:val="0"/>
                                                          <w:marBottom w:val="0"/>
                                                          <w:divBdr>
                                                            <w:top w:val="none" w:sz="0" w:space="0" w:color="auto"/>
                                                            <w:left w:val="none" w:sz="0" w:space="0" w:color="auto"/>
                                                            <w:bottom w:val="none" w:sz="0" w:space="0" w:color="auto"/>
                                                            <w:right w:val="none" w:sz="0" w:space="0" w:color="auto"/>
                                                          </w:divBdr>
                                                          <w:divsChild>
                                                            <w:div w:id="44770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098687">
                          <w:marLeft w:val="0"/>
                          <w:marRight w:val="0"/>
                          <w:marTop w:val="0"/>
                          <w:marBottom w:val="0"/>
                          <w:divBdr>
                            <w:top w:val="none" w:sz="0" w:space="0" w:color="auto"/>
                            <w:left w:val="none" w:sz="0" w:space="0" w:color="auto"/>
                            <w:bottom w:val="none" w:sz="0" w:space="0" w:color="auto"/>
                            <w:right w:val="none" w:sz="0" w:space="0" w:color="auto"/>
                          </w:divBdr>
                          <w:divsChild>
                            <w:div w:id="1627735460">
                              <w:marLeft w:val="0"/>
                              <w:marRight w:val="0"/>
                              <w:marTop w:val="0"/>
                              <w:marBottom w:val="0"/>
                              <w:divBdr>
                                <w:top w:val="none" w:sz="0" w:space="0" w:color="auto"/>
                                <w:left w:val="none" w:sz="0" w:space="0" w:color="auto"/>
                                <w:bottom w:val="none" w:sz="0" w:space="0" w:color="auto"/>
                                <w:right w:val="none" w:sz="0" w:space="0" w:color="auto"/>
                              </w:divBdr>
                              <w:divsChild>
                                <w:div w:id="189148139">
                                  <w:marLeft w:val="0"/>
                                  <w:marRight w:val="0"/>
                                  <w:marTop w:val="0"/>
                                  <w:marBottom w:val="0"/>
                                  <w:divBdr>
                                    <w:top w:val="none" w:sz="0" w:space="0" w:color="auto"/>
                                    <w:left w:val="none" w:sz="0" w:space="0" w:color="auto"/>
                                    <w:bottom w:val="none" w:sz="0" w:space="0" w:color="auto"/>
                                    <w:right w:val="none" w:sz="0" w:space="0" w:color="auto"/>
                                  </w:divBdr>
                                  <w:divsChild>
                                    <w:div w:id="400834431">
                                      <w:marLeft w:val="0"/>
                                      <w:marRight w:val="0"/>
                                      <w:marTop w:val="0"/>
                                      <w:marBottom w:val="0"/>
                                      <w:divBdr>
                                        <w:top w:val="none" w:sz="0" w:space="0" w:color="auto"/>
                                        <w:left w:val="none" w:sz="0" w:space="0" w:color="auto"/>
                                        <w:bottom w:val="none" w:sz="0" w:space="0" w:color="auto"/>
                                        <w:right w:val="none" w:sz="0" w:space="0" w:color="auto"/>
                                      </w:divBdr>
                                      <w:divsChild>
                                        <w:div w:id="1309047317">
                                          <w:marLeft w:val="0"/>
                                          <w:marRight w:val="0"/>
                                          <w:marTop w:val="0"/>
                                          <w:marBottom w:val="0"/>
                                          <w:divBdr>
                                            <w:top w:val="none" w:sz="0" w:space="0" w:color="auto"/>
                                            <w:left w:val="none" w:sz="0" w:space="0" w:color="auto"/>
                                            <w:bottom w:val="none" w:sz="0" w:space="0" w:color="auto"/>
                                            <w:right w:val="none" w:sz="0" w:space="0" w:color="auto"/>
                                          </w:divBdr>
                                          <w:divsChild>
                                            <w:div w:id="1146632201">
                                              <w:marLeft w:val="0"/>
                                              <w:marRight w:val="0"/>
                                              <w:marTop w:val="0"/>
                                              <w:marBottom w:val="0"/>
                                              <w:divBdr>
                                                <w:top w:val="none" w:sz="0" w:space="0" w:color="auto"/>
                                                <w:left w:val="none" w:sz="0" w:space="0" w:color="auto"/>
                                                <w:bottom w:val="none" w:sz="0" w:space="0" w:color="auto"/>
                                                <w:right w:val="none" w:sz="0" w:space="0" w:color="auto"/>
                                              </w:divBdr>
                                              <w:divsChild>
                                                <w:div w:id="879325060">
                                                  <w:marLeft w:val="0"/>
                                                  <w:marRight w:val="0"/>
                                                  <w:marTop w:val="0"/>
                                                  <w:marBottom w:val="0"/>
                                                  <w:divBdr>
                                                    <w:top w:val="none" w:sz="0" w:space="0" w:color="auto"/>
                                                    <w:left w:val="none" w:sz="0" w:space="0" w:color="auto"/>
                                                    <w:bottom w:val="none" w:sz="0" w:space="0" w:color="auto"/>
                                                    <w:right w:val="none" w:sz="0" w:space="0" w:color="auto"/>
                                                  </w:divBdr>
                                                  <w:divsChild>
                                                    <w:div w:id="1069503332">
                                                      <w:marLeft w:val="0"/>
                                                      <w:marRight w:val="0"/>
                                                      <w:marTop w:val="0"/>
                                                      <w:marBottom w:val="0"/>
                                                      <w:divBdr>
                                                        <w:top w:val="none" w:sz="0" w:space="0" w:color="auto"/>
                                                        <w:left w:val="none" w:sz="0" w:space="0" w:color="auto"/>
                                                        <w:bottom w:val="none" w:sz="0" w:space="0" w:color="auto"/>
                                                        <w:right w:val="none" w:sz="0" w:space="0" w:color="auto"/>
                                                      </w:divBdr>
                                                      <w:divsChild>
                                                        <w:div w:id="73944309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1817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6030">
                                                          <w:blockQuote w:val="1"/>
                                                          <w:marLeft w:val="720"/>
                                                          <w:marRight w:val="720"/>
                                                          <w:marTop w:val="100"/>
                                                          <w:marBottom w:val="100"/>
                                                          <w:divBdr>
                                                            <w:top w:val="none" w:sz="0" w:space="0" w:color="auto"/>
                                                            <w:left w:val="none" w:sz="0" w:space="0" w:color="auto"/>
                                                            <w:bottom w:val="none" w:sz="0" w:space="0" w:color="auto"/>
                                                            <w:right w:val="none" w:sz="0" w:space="0" w:color="auto"/>
                                                          </w:divBdr>
                                                        </w:div>
                                                        <w:div w:id="333607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7949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658145574">
                                                          <w:blockQuote w:val="1"/>
                                                          <w:marLeft w:val="720"/>
                                                          <w:marRight w:val="720"/>
                                                          <w:marTop w:val="100"/>
                                                          <w:marBottom w:val="100"/>
                                                          <w:divBdr>
                                                            <w:top w:val="none" w:sz="0" w:space="0" w:color="auto"/>
                                                            <w:left w:val="none" w:sz="0" w:space="0" w:color="auto"/>
                                                            <w:bottom w:val="none" w:sz="0" w:space="0" w:color="auto"/>
                                                            <w:right w:val="none" w:sz="0" w:space="0" w:color="auto"/>
                                                          </w:divBdr>
                                                        </w:div>
                                                        <w:div w:id="3622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957371215">
                                                          <w:blockQuote w:val="1"/>
                                                          <w:marLeft w:val="720"/>
                                                          <w:marRight w:val="720"/>
                                                          <w:marTop w:val="100"/>
                                                          <w:marBottom w:val="100"/>
                                                          <w:divBdr>
                                                            <w:top w:val="none" w:sz="0" w:space="0" w:color="auto"/>
                                                            <w:left w:val="none" w:sz="0" w:space="0" w:color="auto"/>
                                                            <w:bottom w:val="none" w:sz="0" w:space="0" w:color="auto"/>
                                                            <w:right w:val="none" w:sz="0" w:space="0" w:color="auto"/>
                                                          </w:divBdr>
                                                        </w:div>
                                                        <w:div w:id="683290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18671">
                                                          <w:blockQuote w:val="1"/>
                                                          <w:marLeft w:val="720"/>
                                                          <w:marRight w:val="720"/>
                                                          <w:marTop w:val="100"/>
                                                          <w:marBottom w:val="100"/>
                                                          <w:divBdr>
                                                            <w:top w:val="none" w:sz="0" w:space="0" w:color="auto"/>
                                                            <w:left w:val="none" w:sz="0" w:space="0" w:color="auto"/>
                                                            <w:bottom w:val="none" w:sz="0" w:space="0" w:color="auto"/>
                                                            <w:right w:val="none" w:sz="0" w:space="0" w:color="auto"/>
                                                          </w:divBdr>
                                                        </w:div>
                                                        <w:div w:id="86393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88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78242">
                          <w:marLeft w:val="0"/>
                          <w:marRight w:val="0"/>
                          <w:marTop w:val="0"/>
                          <w:marBottom w:val="0"/>
                          <w:divBdr>
                            <w:top w:val="none" w:sz="0" w:space="0" w:color="auto"/>
                            <w:left w:val="none" w:sz="0" w:space="0" w:color="auto"/>
                            <w:bottom w:val="none" w:sz="0" w:space="0" w:color="auto"/>
                            <w:right w:val="none" w:sz="0" w:space="0" w:color="auto"/>
                          </w:divBdr>
                          <w:divsChild>
                            <w:div w:id="984553881">
                              <w:marLeft w:val="0"/>
                              <w:marRight w:val="0"/>
                              <w:marTop w:val="0"/>
                              <w:marBottom w:val="0"/>
                              <w:divBdr>
                                <w:top w:val="none" w:sz="0" w:space="0" w:color="auto"/>
                                <w:left w:val="none" w:sz="0" w:space="0" w:color="auto"/>
                                <w:bottom w:val="none" w:sz="0" w:space="0" w:color="auto"/>
                                <w:right w:val="none" w:sz="0" w:space="0" w:color="auto"/>
                              </w:divBdr>
                              <w:divsChild>
                                <w:div w:id="1410997825">
                                  <w:marLeft w:val="0"/>
                                  <w:marRight w:val="0"/>
                                  <w:marTop w:val="0"/>
                                  <w:marBottom w:val="0"/>
                                  <w:divBdr>
                                    <w:top w:val="none" w:sz="0" w:space="0" w:color="auto"/>
                                    <w:left w:val="none" w:sz="0" w:space="0" w:color="auto"/>
                                    <w:bottom w:val="none" w:sz="0" w:space="0" w:color="auto"/>
                                    <w:right w:val="none" w:sz="0" w:space="0" w:color="auto"/>
                                  </w:divBdr>
                                  <w:divsChild>
                                    <w:div w:id="1202017245">
                                      <w:marLeft w:val="0"/>
                                      <w:marRight w:val="0"/>
                                      <w:marTop w:val="0"/>
                                      <w:marBottom w:val="0"/>
                                      <w:divBdr>
                                        <w:top w:val="none" w:sz="0" w:space="0" w:color="auto"/>
                                        <w:left w:val="none" w:sz="0" w:space="0" w:color="auto"/>
                                        <w:bottom w:val="none" w:sz="0" w:space="0" w:color="auto"/>
                                        <w:right w:val="none" w:sz="0" w:space="0" w:color="auto"/>
                                      </w:divBdr>
                                      <w:divsChild>
                                        <w:div w:id="356543671">
                                          <w:marLeft w:val="0"/>
                                          <w:marRight w:val="0"/>
                                          <w:marTop w:val="0"/>
                                          <w:marBottom w:val="0"/>
                                          <w:divBdr>
                                            <w:top w:val="none" w:sz="0" w:space="0" w:color="auto"/>
                                            <w:left w:val="none" w:sz="0" w:space="0" w:color="auto"/>
                                            <w:bottom w:val="none" w:sz="0" w:space="0" w:color="auto"/>
                                            <w:right w:val="none" w:sz="0" w:space="0" w:color="auto"/>
                                          </w:divBdr>
                                          <w:divsChild>
                                            <w:div w:id="448863047">
                                              <w:marLeft w:val="0"/>
                                              <w:marRight w:val="0"/>
                                              <w:marTop w:val="0"/>
                                              <w:marBottom w:val="0"/>
                                              <w:divBdr>
                                                <w:top w:val="none" w:sz="0" w:space="0" w:color="auto"/>
                                                <w:left w:val="none" w:sz="0" w:space="0" w:color="auto"/>
                                                <w:bottom w:val="none" w:sz="0" w:space="0" w:color="auto"/>
                                                <w:right w:val="none" w:sz="0" w:space="0" w:color="auto"/>
                                              </w:divBdr>
                                              <w:divsChild>
                                                <w:div w:id="1075594028">
                                                  <w:marLeft w:val="0"/>
                                                  <w:marRight w:val="0"/>
                                                  <w:marTop w:val="0"/>
                                                  <w:marBottom w:val="0"/>
                                                  <w:divBdr>
                                                    <w:top w:val="none" w:sz="0" w:space="0" w:color="auto"/>
                                                    <w:left w:val="none" w:sz="0" w:space="0" w:color="auto"/>
                                                    <w:bottom w:val="none" w:sz="0" w:space="0" w:color="auto"/>
                                                    <w:right w:val="none" w:sz="0" w:space="0" w:color="auto"/>
                                                  </w:divBdr>
                                                  <w:divsChild>
                                                    <w:div w:id="1741826393">
                                                      <w:marLeft w:val="0"/>
                                                      <w:marRight w:val="0"/>
                                                      <w:marTop w:val="0"/>
                                                      <w:marBottom w:val="0"/>
                                                      <w:divBdr>
                                                        <w:top w:val="none" w:sz="0" w:space="0" w:color="auto"/>
                                                        <w:left w:val="none" w:sz="0" w:space="0" w:color="auto"/>
                                                        <w:bottom w:val="none" w:sz="0" w:space="0" w:color="auto"/>
                                                        <w:right w:val="none" w:sz="0" w:space="0" w:color="auto"/>
                                                      </w:divBdr>
                                                      <w:divsChild>
                                                        <w:div w:id="313683044">
                                                          <w:marLeft w:val="0"/>
                                                          <w:marRight w:val="0"/>
                                                          <w:marTop w:val="0"/>
                                                          <w:marBottom w:val="0"/>
                                                          <w:divBdr>
                                                            <w:top w:val="none" w:sz="0" w:space="0" w:color="auto"/>
                                                            <w:left w:val="none" w:sz="0" w:space="0" w:color="auto"/>
                                                            <w:bottom w:val="none" w:sz="0" w:space="0" w:color="auto"/>
                                                            <w:right w:val="none" w:sz="0" w:space="0" w:color="auto"/>
                                                          </w:divBdr>
                                                          <w:divsChild>
                                                            <w:div w:id="136329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7916908">
                          <w:marLeft w:val="0"/>
                          <w:marRight w:val="0"/>
                          <w:marTop w:val="0"/>
                          <w:marBottom w:val="0"/>
                          <w:divBdr>
                            <w:top w:val="none" w:sz="0" w:space="0" w:color="auto"/>
                            <w:left w:val="none" w:sz="0" w:space="0" w:color="auto"/>
                            <w:bottom w:val="none" w:sz="0" w:space="0" w:color="auto"/>
                            <w:right w:val="none" w:sz="0" w:space="0" w:color="auto"/>
                          </w:divBdr>
                          <w:divsChild>
                            <w:div w:id="1298032330">
                              <w:marLeft w:val="0"/>
                              <w:marRight w:val="0"/>
                              <w:marTop w:val="0"/>
                              <w:marBottom w:val="0"/>
                              <w:divBdr>
                                <w:top w:val="none" w:sz="0" w:space="0" w:color="auto"/>
                                <w:left w:val="none" w:sz="0" w:space="0" w:color="auto"/>
                                <w:bottom w:val="none" w:sz="0" w:space="0" w:color="auto"/>
                                <w:right w:val="none" w:sz="0" w:space="0" w:color="auto"/>
                              </w:divBdr>
                              <w:divsChild>
                                <w:div w:id="1132791807">
                                  <w:marLeft w:val="0"/>
                                  <w:marRight w:val="0"/>
                                  <w:marTop w:val="0"/>
                                  <w:marBottom w:val="0"/>
                                  <w:divBdr>
                                    <w:top w:val="none" w:sz="0" w:space="0" w:color="auto"/>
                                    <w:left w:val="none" w:sz="0" w:space="0" w:color="auto"/>
                                    <w:bottom w:val="none" w:sz="0" w:space="0" w:color="auto"/>
                                    <w:right w:val="none" w:sz="0" w:space="0" w:color="auto"/>
                                  </w:divBdr>
                                  <w:divsChild>
                                    <w:div w:id="654796532">
                                      <w:marLeft w:val="0"/>
                                      <w:marRight w:val="0"/>
                                      <w:marTop w:val="0"/>
                                      <w:marBottom w:val="0"/>
                                      <w:divBdr>
                                        <w:top w:val="none" w:sz="0" w:space="0" w:color="auto"/>
                                        <w:left w:val="none" w:sz="0" w:space="0" w:color="auto"/>
                                        <w:bottom w:val="none" w:sz="0" w:space="0" w:color="auto"/>
                                        <w:right w:val="none" w:sz="0" w:space="0" w:color="auto"/>
                                      </w:divBdr>
                                      <w:divsChild>
                                        <w:div w:id="1103383528">
                                          <w:marLeft w:val="0"/>
                                          <w:marRight w:val="0"/>
                                          <w:marTop w:val="0"/>
                                          <w:marBottom w:val="0"/>
                                          <w:divBdr>
                                            <w:top w:val="none" w:sz="0" w:space="0" w:color="auto"/>
                                            <w:left w:val="none" w:sz="0" w:space="0" w:color="auto"/>
                                            <w:bottom w:val="none" w:sz="0" w:space="0" w:color="auto"/>
                                            <w:right w:val="none" w:sz="0" w:space="0" w:color="auto"/>
                                          </w:divBdr>
                                          <w:divsChild>
                                            <w:div w:id="2060938162">
                                              <w:marLeft w:val="0"/>
                                              <w:marRight w:val="0"/>
                                              <w:marTop w:val="0"/>
                                              <w:marBottom w:val="0"/>
                                              <w:divBdr>
                                                <w:top w:val="none" w:sz="0" w:space="0" w:color="auto"/>
                                                <w:left w:val="none" w:sz="0" w:space="0" w:color="auto"/>
                                                <w:bottom w:val="none" w:sz="0" w:space="0" w:color="auto"/>
                                                <w:right w:val="none" w:sz="0" w:space="0" w:color="auto"/>
                                              </w:divBdr>
                                              <w:divsChild>
                                                <w:div w:id="974220355">
                                                  <w:marLeft w:val="0"/>
                                                  <w:marRight w:val="0"/>
                                                  <w:marTop w:val="0"/>
                                                  <w:marBottom w:val="0"/>
                                                  <w:divBdr>
                                                    <w:top w:val="none" w:sz="0" w:space="0" w:color="auto"/>
                                                    <w:left w:val="none" w:sz="0" w:space="0" w:color="auto"/>
                                                    <w:bottom w:val="none" w:sz="0" w:space="0" w:color="auto"/>
                                                    <w:right w:val="none" w:sz="0" w:space="0" w:color="auto"/>
                                                  </w:divBdr>
                                                  <w:divsChild>
                                                    <w:div w:id="1257638237">
                                                      <w:marLeft w:val="0"/>
                                                      <w:marRight w:val="0"/>
                                                      <w:marTop w:val="0"/>
                                                      <w:marBottom w:val="0"/>
                                                      <w:divBdr>
                                                        <w:top w:val="none" w:sz="0" w:space="0" w:color="auto"/>
                                                        <w:left w:val="none" w:sz="0" w:space="0" w:color="auto"/>
                                                        <w:bottom w:val="none" w:sz="0" w:space="0" w:color="auto"/>
                                                        <w:right w:val="none" w:sz="0" w:space="0" w:color="auto"/>
                                                      </w:divBdr>
                                                      <w:divsChild>
                                                        <w:div w:id="596134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750767">
                          <w:marLeft w:val="0"/>
                          <w:marRight w:val="0"/>
                          <w:marTop w:val="0"/>
                          <w:marBottom w:val="0"/>
                          <w:divBdr>
                            <w:top w:val="none" w:sz="0" w:space="0" w:color="auto"/>
                            <w:left w:val="none" w:sz="0" w:space="0" w:color="auto"/>
                            <w:bottom w:val="none" w:sz="0" w:space="0" w:color="auto"/>
                            <w:right w:val="none" w:sz="0" w:space="0" w:color="auto"/>
                          </w:divBdr>
                          <w:divsChild>
                            <w:div w:id="1254558332">
                              <w:marLeft w:val="0"/>
                              <w:marRight w:val="0"/>
                              <w:marTop w:val="0"/>
                              <w:marBottom w:val="0"/>
                              <w:divBdr>
                                <w:top w:val="none" w:sz="0" w:space="0" w:color="auto"/>
                                <w:left w:val="none" w:sz="0" w:space="0" w:color="auto"/>
                                <w:bottom w:val="none" w:sz="0" w:space="0" w:color="auto"/>
                                <w:right w:val="none" w:sz="0" w:space="0" w:color="auto"/>
                              </w:divBdr>
                              <w:divsChild>
                                <w:div w:id="1524903401">
                                  <w:marLeft w:val="0"/>
                                  <w:marRight w:val="0"/>
                                  <w:marTop w:val="0"/>
                                  <w:marBottom w:val="0"/>
                                  <w:divBdr>
                                    <w:top w:val="none" w:sz="0" w:space="0" w:color="auto"/>
                                    <w:left w:val="none" w:sz="0" w:space="0" w:color="auto"/>
                                    <w:bottom w:val="none" w:sz="0" w:space="0" w:color="auto"/>
                                    <w:right w:val="none" w:sz="0" w:space="0" w:color="auto"/>
                                  </w:divBdr>
                                  <w:divsChild>
                                    <w:div w:id="151066878">
                                      <w:marLeft w:val="0"/>
                                      <w:marRight w:val="0"/>
                                      <w:marTop w:val="0"/>
                                      <w:marBottom w:val="0"/>
                                      <w:divBdr>
                                        <w:top w:val="none" w:sz="0" w:space="0" w:color="auto"/>
                                        <w:left w:val="none" w:sz="0" w:space="0" w:color="auto"/>
                                        <w:bottom w:val="none" w:sz="0" w:space="0" w:color="auto"/>
                                        <w:right w:val="none" w:sz="0" w:space="0" w:color="auto"/>
                                      </w:divBdr>
                                      <w:divsChild>
                                        <w:div w:id="1299727742">
                                          <w:marLeft w:val="0"/>
                                          <w:marRight w:val="0"/>
                                          <w:marTop w:val="0"/>
                                          <w:marBottom w:val="0"/>
                                          <w:divBdr>
                                            <w:top w:val="none" w:sz="0" w:space="0" w:color="auto"/>
                                            <w:left w:val="none" w:sz="0" w:space="0" w:color="auto"/>
                                            <w:bottom w:val="none" w:sz="0" w:space="0" w:color="auto"/>
                                            <w:right w:val="none" w:sz="0" w:space="0" w:color="auto"/>
                                          </w:divBdr>
                                          <w:divsChild>
                                            <w:div w:id="2130275691">
                                              <w:marLeft w:val="0"/>
                                              <w:marRight w:val="0"/>
                                              <w:marTop w:val="0"/>
                                              <w:marBottom w:val="0"/>
                                              <w:divBdr>
                                                <w:top w:val="none" w:sz="0" w:space="0" w:color="auto"/>
                                                <w:left w:val="none" w:sz="0" w:space="0" w:color="auto"/>
                                                <w:bottom w:val="none" w:sz="0" w:space="0" w:color="auto"/>
                                                <w:right w:val="none" w:sz="0" w:space="0" w:color="auto"/>
                                              </w:divBdr>
                                              <w:divsChild>
                                                <w:div w:id="979770286">
                                                  <w:marLeft w:val="0"/>
                                                  <w:marRight w:val="0"/>
                                                  <w:marTop w:val="0"/>
                                                  <w:marBottom w:val="0"/>
                                                  <w:divBdr>
                                                    <w:top w:val="none" w:sz="0" w:space="0" w:color="auto"/>
                                                    <w:left w:val="none" w:sz="0" w:space="0" w:color="auto"/>
                                                    <w:bottom w:val="none" w:sz="0" w:space="0" w:color="auto"/>
                                                    <w:right w:val="none" w:sz="0" w:space="0" w:color="auto"/>
                                                  </w:divBdr>
                                                  <w:divsChild>
                                                    <w:div w:id="964429826">
                                                      <w:marLeft w:val="0"/>
                                                      <w:marRight w:val="0"/>
                                                      <w:marTop w:val="0"/>
                                                      <w:marBottom w:val="0"/>
                                                      <w:divBdr>
                                                        <w:top w:val="none" w:sz="0" w:space="0" w:color="auto"/>
                                                        <w:left w:val="none" w:sz="0" w:space="0" w:color="auto"/>
                                                        <w:bottom w:val="none" w:sz="0" w:space="0" w:color="auto"/>
                                                        <w:right w:val="none" w:sz="0" w:space="0" w:color="auto"/>
                                                      </w:divBdr>
                                                      <w:divsChild>
                                                        <w:div w:id="802498884">
                                                          <w:marLeft w:val="0"/>
                                                          <w:marRight w:val="0"/>
                                                          <w:marTop w:val="0"/>
                                                          <w:marBottom w:val="0"/>
                                                          <w:divBdr>
                                                            <w:top w:val="none" w:sz="0" w:space="0" w:color="auto"/>
                                                            <w:left w:val="none" w:sz="0" w:space="0" w:color="auto"/>
                                                            <w:bottom w:val="none" w:sz="0" w:space="0" w:color="auto"/>
                                                            <w:right w:val="none" w:sz="0" w:space="0" w:color="auto"/>
                                                          </w:divBdr>
                                                          <w:divsChild>
                                                            <w:div w:id="13754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4129892">
                          <w:marLeft w:val="0"/>
                          <w:marRight w:val="0"/>
                          <w:marTop w:val="0"/>
                          <w:marBottom w:val="0"/>
                          <w:divBdr>
                            <w:top w:val="none" w:sz="0" w:space="0" w:color="auto"/>
                            <w:left w:val="none" w:sz="0" w:space="0" w:color="auto"/>
                            <w:bottom w:val="none" w:sz="0" w:space="0" w:color="auto"/>
                            <w:right w:val="none" w:sz="0" w:space="0" w:color="auto"/>
                          </w:divBdr>
                          <w:divsChild>
                            <w:div w:id="1958486501">
                              <w:marLeft w:val="0"/>
                              <w:marRight w:val="0"/>
                              <w:marTop w:val="0"/>
                              <w:marBottom w:val="0"/>
                              <w:divBdr>
                                <w:top w:val="none" w:sz="0" w:space="0" w:color="auto"/>
                                <w:left w:val="none" w:sz="0" w:space="0" w:color="auto"/>
                                <w:bottom w:val="none" w:sz="0" w:space="0" w:color="auto"/>
                                <w:right w:val="none" w:sz="0" w:space="0" w:color="auto"/>
                              </w:divBdr>
                              <w:divsChild>
                                <w:div w:id="1511019132">
                                  <w:marLeft w:val="0"/>
                                  <w:marRight w:val="0"/>
                                  <w:marTop w:val="0"/>
                                  <w:marBottom w:val="0"/>
                                  <w:divBdr>
                                    <w:top w:val="none" w:sz="0" w:space="0" w:color="auto"/>
                                    <w:left w:val="none" w:sz="0" w:space="0" w:color="auto"/>
                                    <w:bottom w:val="none" w:sz="0" w:space="0" w:color="auto"/>
                                    <w:right w:val="none" w:sz="0" w:space="0" w:color="auto"/>
                                  </w:divBdr>
                                  <w:divsChild>
                                    <w:div w:id="253170091">
                                      <w:marLeft w:val="0"/>
                                      <w:marRight w:val="0"/>
                                      <w:marTop w:val="0"/>
                                      <w:marBottom w:val="0"/>
                                      <w:divBdr>
                                        <w:top w:val="none" w:sz="0" w:space="0" w:color="auto"/>
                                        <w:left w:val="none" w:sz="0" w:space="0" w:color="auto"/>
                                        <w:bottom w:val="none" w:sz="0" w:space="0" w:color="auto"/>
                                        <w:right w:val="none" w:sz="0" w:space="0" w:color="auto"/>
                                      </w:divBdr>
                                      <w:divsChild>
                                        <w:div w:id="169874374">
                                          <w:marLeft w:val="0"/>
                                          <w:marRight w:val="0"/>
                                          <w:marTop w:val="0"/>
                                          <w:marBottom w:val="0"/>
                                          <w:divBdr>
                                            <w:top w:val="none" w:sz="0" w:space="0" w:color="auto"/>
                                            <w:left w:val="none" w:sz="0" w:space="0" w:color="auto"/>
                                            <w:bottom w:val="none" w:sz="0" w:space="0" w:color="auto"/>
                                            <w:right w:val="none" w:sz="0" w:space="0" w:color="auto"/>
                                          </w:divBdr>
                                          <w:divsChild>
                                            <w:div w:id="1619950594">
                                              <w:marLeft w:val="0"/>
                                              <w:marRight w:val="0"/>
                                              <w:marTop w:val="0"/>
                                              <w:marBottom w:val="0"/>
                                              <w:divBdr>
                                                <w:top w:val="none" w:sz="0" w:space="0" w:color="auto"/>
                                                <w:left w:val="none" w:sz="0" w:space="0" w:color="auto"/>
                                                <w:bottom w:val="none" w:sz="0" w:space="0" w:color="auto"/>
                                                <w:right w:val="none" w:sz="0" w:space="0" w:color="auto"/>
                                              </w:divBdr>
                                              <w:divsChild>
                                                <w:div w:id="1337073922">
                                                  <w:marLeft w:val="0"/>
                                                  <w:marRight w:val="0"/>
                                                  <w:marTop w:val="0"/>
                                                  <w:marBottom w:val="0"/>
                                                  <w:divBdr>
                                                    <w:top w:val="none" w:sz="0" w:space="0" w:color="auto"/>
                                                    <w:left w:val="none" w:sz="0" w:space="0" w:color="auto"/>
                                                    <w:bottom w:val="none" w:sz="0" w:space="0" w:color="auto"/>
                                                    <w:right w:val="none" w:sz="0" w:space="0" w:color="auto"/>
                                                  </w:divBdr>
                                                  <w:divsChild>
                                                    <w:div w:id="1381440322">
                                                      <w:marLeft w:val="0"/>
                                                      <w:marRight w:val="0"/>
                                                      <w:marTop w:val="0"/>
                                                      <w:marBottom w:val="0"/>
                                                      <w:divBdr>
                                                        <w:top w:val="none" w:sz="0" w:space="0" w:color="auto"/>
                                                        <w:left w:val="none" w:sz="0" w:space="0" w:color="auto"/>
                                                        <w:bottom w:val="none" w:sz="0" w:space="0" w:color="auto"/>
                                                        <w:right w:val="none" w:sz="0" w:space="0" w:color="auto"/>
                                                      </w:divBdr>
                                                      <w:divsChild>
                                                        <w:div w:id="1920749450">
                                                          <w:blockQuote w:val="1"/>
                                                          <w:marLeft w:val="720"/>
                                                          <w:marRight w:val="720"/>
                                                          <w:marTop w:val="100"/>
                                                          <w:marBottom w:val="100"/>
                                                          <w:divBdr>
                                                            <w:top w:val="none" w:sz="0" w:space="0" w:color="auto"/>
                                                            <w:left w:val="none" w:sz="0" w:space="0" w:color="auto"/>
                                                            <w:bottom w:val="none" w:sz="0" w:space="0" w:color="auto"/>
                                                            <w:right w:val="none" w:sz="0" w:space="0" w:color="auto"/>
                                                          </w:divBdr>
                                                        </w:div>
                                                        <w:div w:id="259069496">
                                                          <w:blockQuote w:val="1"/>
                                                          <w:marLeft w:val="720"/>
                                                          <w:marRight w:val="720"/>
                                                          <w:marTop w:val="100"/>
                                                          <w:marBottom w:val="100"/>
                                                          <w:divBdr>
                                                            <w:top w:val="none" w:sz="0" w:space="0" w:color="auto"/>
                                                            <w:left w:val="none" w:sz="0" w:space="0" w:color="auto"/>
                                                            <w:bottom w:val="none" w:sz="0" w:space="0" w:color="auto"/>
                                                            <w:right w:val="none" w:sz="0" w:space="0" w:color="auto"/>
                                                          </w:divBdr>
                                                        </w:div>
                                                        <w:div w:id="5138050">
                                                          <w:blockQuote w:val="1"/>
                                                          <w:marLeft w:val="720"/>
                                                          <w:marRight w:val="720"/>
                                                          <w:marTop w:val="100"/>
                                                          <w:marBottom w:val="100"/>
                                                          <w:divBdr>
                                                            <w:top w:val="none" w:sz="0" w:space="0" w:color="auto"/>
                                                            <w:left w:val="none" w:sz="0" w:space="0" w:color="auto"/>
                                                            <w:bottom w:val="none" w:sz="0" w:space="0" w:color="auto"/>
                                                            <w:right w:val="none" w:sz="0" w:space="0" w:color="auto"/>
                                                          </w:divBdr>
                                                        </w:div>
                                                        <w:div w:id="625433170">
                                                          <w:blockQuote w:val="1"/>
                                                          <w:marLeft w:val="720"/>
                                                          <w:marRight w:val="720"/>
                                                          <w:marTop w:val="100"/>
                                                          <w:marBottom w:val="100"/>
                                                          <w:divBdr>
                                                            <w:top w:val="none" w:sz="0" w:space="0" w:color="auto"/>
                                                            <w:left w:val="none" w:sz="0" w:space="0" w:color="auto"/>
                                                            <w:bottom w:val="none" w:sz="0" w:space="0" w:color="auto"/>
                                                            <w:right w:val="none" w:sz="0" w:space="0" w:color="auto"/>
                                                          </w:divBdr>
                                                        </w:div>
                                                        <w:div w:id="4817756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349368">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26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9308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1541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0678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630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10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1213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7087887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0840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6275654">
                          <w:marLeft w:val="0"/>
                          <w:marRight w:val="0"/>
                          <w:marTop w:val="0"/>
                          <w:marBottom w:val="0"/>
                          <w:divBdr>
                            <w:top w:val="none" w:sz="0" w:space="0" w:color="auto"/>
                            <w:left w:val="none" w:sz="0" w:space="0" w:color="auto"/>
                            <w:bottom w:val="none" w:sz="0" w:space="0" w:color="auto"/>
                            <w:right w:val="none" w:sz="0" w:space="0" w:color="auto"/>
                          </w:divBdr>
                          <w:divsChild>
                            <w:div w:id="1114132597">
                              <w:marLeft w:val="0"/>
                              <w:marRight w:val="0"/>
                              <w:marTop w:val="0"/>
                              <w:marBottom w:val="0"/>
                              <w:divBdr>
                                <w:top w:val="none" w:sz="0" w:space="0" w:color="auto"/>
                                <w:left w:val="none" w:sz="0" w:space="0" w:color="auto"/>
                                <w:bottom w:val="none" w:sz="0" w:space="0" w:color="auto"/>
                                <w:right w:val="none" w:sz="0" w:space="0" w:color="auto"/>
                              </w:divBdr>
                              <w:divsChild>
                                <w:div w:id="431901222">
                                  <w:marLeft w:val="0"/>
                                  <w:marRight w:val="0"/>
                                  <w:marTop w:val="0"/>
                                  <w:marBottom w:val="0"/>
                                  <w:divBdr>
                                    <w:top w:val="none" w:sz="0" w:space="0" w:color="auto"/>
                                    <w:left w:val="none" w:sz="0" w:space="0" w:color="auto"/>
                                    <w:bottom w:val="none" w:sz="0" w:space="0" w:color="auto"/>
                                    <w:right w:val="none" w:sz="0" w:space="0" w:color="auto"/>
                                  </w:divBdr>
                                  <w:divsChild>
                                    <w:div w:id="210699745">
                                      <w:marLeft w:val="0"/>
                                      <w:marRight w:val="0"/>
                                      <w:marTop w:val="0"/>
                                      <w:marBottom w:val="0"/>
                                      <w:divBdr>
                                        <w:top w:val="none" w:sz="0" w:space="0" w:color="auto"/>
                                        <w:left w:val="none" w:sz="0" w:space="0" w:color="auto"/>
                                        <w:bottom w:val="none" w:sz="0" w:space="0" w:color="auto"/>
                                        <w:right w:val="none" w:sz="0" w:space="0" w:color="auto"/>
                                      </w:divBdr>
                                      <w:divsChild>
                                        <w:div w:id="207307651">
                                          <w:marLeft w:val="0"/>
                                          <w:marRight w:val="0"/>
                                          <w:marTop w:val="0"/>
                                          <w:marBottom w:val="0"/>
                                          <w:divBdr>
                                            <w:top w:val="none" w:sz="0" w:space="0" w:color="auto"/>
                                            <w:left w:val="none" w:sz="0" w:space="0" w:color="auto"/>
                                            <w:bottom w:val="none" w:sz="0" w:space="0" w:color="auto"/>
                                            <w:right w:val="none" w:sz="0" w:space="0" w:color="auto"/>
                                          </w:divBdr>
                                          <w:divsChild>
                                            <w:div w:id="187447977">
                                              <w:marLeft w:val="0"/>
                                              <w:marRight w:val="0"/>
                                              <w:marTop w:val="0"/>
                                              <w:marBottom w:val="0"/>
                                              <w:divBdr>
                                                <w:top w:val="none" w:sz="0" w:space="0" w:color="auto"/>
                                                <w:left w:val="none" w:sz="0" w:space="0" w:color="auto"/>
                                                <w:bottom w:val="none" w:sz="0" w:space="0" w:color="auto"/>
                                                <w:right w:val="none" w:sz="0" w:space="0" w:color="auto"/>
                                              </w:divBdr>
                                              <w:divsChild>
                                                <w:div w:id="234899995">
                                                  <w:marLeft w:val="0"/>
                                                  <w:marRight w:val="0"/>
                                                  <w:marTop w:val="0"/>
                                                  <w:marBottom w:val="0"/>
                                                  <w:divBdr>
                                                    <w:top w:val="none" w:sz="0" w:space="0" w:color="auto"/>
                                                    <w:left w:val="none" w:sz="0" w:space="0" w:color="auto"/>
                                                    <w:bottom w:val="none" w:sz="0" w:space="0" w:color="auto"/>
                                                    <w:right w:val="none" w:sz="0" w:space="0" w:color="auto"/>
                                                  </w:divBdr>
                                                  <w:divsChild>
                                                    <w:div w:id="876887972">
                                                      <w:marLeft w:val="0"/>
                                                      <w:marRight w:val="0"/>
                                                      <w:marTop w:val="0"/>
                                                      <w:marBottom w:val="0"/>
                                                      <w:divBdr>
                                                        <w:top w:val="none" w:sz="0" w:space="0" w:color="auto"/>
                                                        <w:left w:val="none" w:sz="0" w:space="0" w:color="auto"/>
                                                        <w:bottom w:val="none" w:sz="0" w:space="0" w:color="auto"/>
                                                        <w:right w:val="none" w:sz="0" w:space="0" w:color="auto"/>
                                                      </w:divBdr>
                                                      <w:divsChild>
                                                        <w:div w:id="1386948495">
                                                          <w:marLeft w:val="0"/>
                                                          <w:marRight w:val="0"/>
                                                          <w:marTop w:val="0"/>
                                                          <w:marBottom w:val="0"/>
                                                          <w:divBdr>
                                                            <w:top w:val="none" w:sz="0" w:space="0" w:color="auto"/>
                                                            <w:left w:val="none" w:sz="0" w:space="0" w:color="auto"/>
                                                            <w:bottom w:val="none" w:sz="0" w:space="0" w:color="auto"/>
                                                            <w:right w:val="none" w:sz="0" w:space="0" w:color="auto"/>
                                                          </w:divBdr>
                                                          <w:divsChild>
                                                            <w:div w:id="18555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7936478">
                          <w:marLeft w:val="0"/>
                          <w:marRight w:val="0"/>
                          <w:marTop w:val="0"/>
                          <w:marBottom w:val="0"/>
                          <w:divBdr>
                            <w:top w:val="none" w:sz="0" w:space="0" w:color="auto"/>
                            <w:left w:val="none" w:sz="0" w:space="0" w:color="auto"/>
                            <w:bottom w:val="none" w:sz="0" w:space="0" w:color="auto"/>
                            <w:right w:val="none" w:sz="0" w:space="0" w:color="auto"/>
                          </w:divBdr>
                          <w:divsChild>
                            <w:div w:id="731394659">
                              <w:marLeft w:val="0"/>
                              <w:marRight w:val="0"/>
                              <w:marTop w:val="0"/>
                              <w:marBottom w:val="0"/>
                              <w:divBdr>
                                <w:top w:val="none" w:sz="0" w:space="0" w:color="auto"/>
                                <w:left w:val="none" w:sz="0" w:space="0" w:color="auto"/>
                                <w:bottom w:val="none" w:sz="0" w:space="0" w:color="auto"/>
                                <w:right w:val="none" w:sz="0" w:space="0" w:color="auto"/>
                              </w:divBdr>
                              <w:divsChild>
                                <w:div w:id="1056900091">
                                  <w:marLeft w:val="0"/>
                                  <w:marRight w:val="0"/>
                                  <w:marTop w:val="0"/>
                                  <w:marBottom w:val="0"/>
                                  <w:divBdr>
                                    <w:top w:val="none" w:sz="0" w:space="0" w:color="auto"/>
                                    <w:left w:val="none" w:sz="0" w:space="0" w:color="auto"/>
                                    <w:bottom w:val="none" w:sz="0" w:space="0" w:color="auto"/>
                                    <w:right w:val="none" w:sz="0" w:space="0" w:color="auto"/>
                                  </w:divBdr>
                                  <w:divsChild>
                                    <w:div w:id="503206743">
                                      <w:marLeft w:val="0"/>
                                      <w:marRight w:val="0"/>
                                      <w:marTop w:val="0"/>
                                      <w:marBottom w:val="0"/>
                                      <w:divBdr>
                                        <w:top w:val="none" w:sz="0" w:space="0" w:color="auto"/>
                                        <w:left w:val="none" w:sz="0" w:space="0" w:color="auto"/>
                                        <w:bottom w:val="none" w:sz="0" w:space="0" w:color="auto"/>
                                        <w:right w:val="none" w:sz="0" w:space="0" w:color="auto"/>
                                      </w:divBdr>
                                      <w:divsChild>
                                        <w:div w:id="988170656">
                                          <w:marLeft w:val="0"/>
                                          <w:marRight w:val="0"/>
                                          <w:marTop w:val="0"/>
                                          <w:marBottom w:val="0"/>
                                          <w:divBdr>
                                            <w:top w:val="none" w:sz="0" w:space="0" w:color="auto"/>
                                            <w:left w:val="none" w:sz="0" w:space="0" w:color="auto"/>
                                            <w:bottom w:val="none" w:sz="0" w:space="0" w:color="auto"/>
                                            <w:right w:val="none" w:sz="0" w:space="0" w:color="auto"/>
                                          </w:divBdr>
                                          <w:divsChild>
                                            <w:div w:id="1412048540">
                                              <w:marLeft w:val="0"/>
                                              <w:marRight w:val="0"/>
                                              <w:marTop w:val="0"/>
                                              <w:marBottom w:val="0"/>
                                              <w:divBdr>
                                                <w:top w:val="none" w:sz="0" w:space="0" w:color="auto"/>
                                                <w:left w:val="none" w:sz="0" w:space="0" w:color="auto"/>
                                                <w:bottom w:val="none" w:sz="0" w:space="0" w:color="auto"/>
                                                <w:right w:val="none" w:sz="0" w:space="0" w:color="auto"/>
                                              </w:divBdr>
                                              <w:divsChild>
                                                <w:div w:id="2024743904">
                                                  <w:marLeft w:val="0"/>
                                                  <w:marRight w:val="0"/>
                                                  <w:marTop w:val="0"/>
                                                  <w:marBottom w:val="0"/>
                                                  <w:divBdr>
                                                    <w:top w:val="none" w:sz="0" w:space="0" w:color="auto"/>
                                                    <w:left w:val="none" w:sz="0" w:space="0" w:color="auto"/>
                                                    <w:bottom w:val="none" w:sz="0" w:space="0" w:color="auto"/>
                                                    <w:right w:val="none" w:sz="0" w:space="0" w:color="auto"/>
                                                  </w:divBdr>
                                                  <w:divsChild>
                                                    <w:div w:id="442261344">
                                                      <w:marLeft w:val="0"/>
                                                      <w:marRight w:val="0"/>
                                                      <w:marTop w:val="0"/>
                                                      <w:marBottom w:val="0"/>
                                                      <w:divBdr>
                                                        <w:top w:val="none" w:sz="0" w:space="0" w:color="auto"/>
                                                        <w:left w:val="none" w:sz="0" w:space="0" w:color="auto"/>
                                                        <w:bottom w:val="none" w:sz="0" w:space="0" w:color="auto"/>
                                                        <w:right w:val="none" w:sz="0" w:space="0" w:color="auto"/>
                                                      </w:divBdr>
                                                      <w:divsChild>
                                                        <w:div w:id="1058868048">
                                                          <w:marLeft w:val="0"/>
                                                          <w:marRight w:val="0"/>
                                                          <w:marTop w:val="0"/>
                                                          <w:marBottom w:val="0"/>
                                                          <w:divBdr>
                                                            <w:top w:val="none" w:sz="0" w:space="0" w:color="auto"/>
                                                            <w:left w:val="none" w:sz="0" w:space="0" w:color="auto"/>
                                                            <w:bottom w:val="none" w:sz="0" w:space="0" w:color="auto"/>
                                                            <w:right w:val="none" w:sz="0" w:space="0" w:color="auto"/>
                                                          </w:divBdr>
                                                          <w:divsChild>
                                                            <w:div w:id="81922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632775">
                          <w:marLeft w:val="0"/>
                          <w:marRight w:val="0"/>
                          <w:marTop w:val="0"/>
                          <w:marBottom w:val="0"/>
                          <w:divBdr>
                            <w:top w:val="none" w:sz="0" w:space="0" w:color="auto"/>
                            <w:left w:val="none" w:sz="0" w:space="0" w:color="auto"/>
                            <w:bottom w:val="none" w:sz="0" w:space="0" w:color="auto"/>
                            <w:right w:val="none" w:sz="0" w:space="0" w:color="auto"/>
                          </w:divBdr>
                          <w:divsChild>
                            <w:div w:id="975456108">
                              <w:marLeft w:val="0"/>
                              <w:marRight w:val="0"/>
                              <w:marTop w:val="0"/>
                              <w:marBottom w:val="0"/>
                              <w:divBdr>
                                <w:top w:val="none" w:sz="0" w:space="0" w:color="auto"/>
                                <w:left w:val="none" w:sz="0" w:space="0" w:color="auto"/>
                                <w:bottom w:val="none" w:sz="0" w:space="0" w:color="auto"/>
                                <w:right w:val="none" w:sz="0" w:space="0" w:color="auto"/>
                              </w:divBdr>
                              <w:divsChild>
                                <w:div w:id="1547528191">
                                  <w:marLeft w:val="0"/>
                                  <w:marRight w:val="0"/>
                                  <w:marTop w:val="0"/>
                                  <w:marBottom w:val="0"/>
                                  <w:divBdr>
                                    <w:top w:val="none" w:sz="0" w:space="0" w:color="auto"/>
                                    <w:left w:val="none" w:sz="0" w:space="0" w:color="auto"/>
                                    <w:bottom w:val="none" w:sz="0" w:space="0" w:color="auto"/>
                                    <w:right w:val="none" w:sz="0" w:space="0" w:color="auto"/>
                                  </w:divBdr>
                                  <w:divsChild>
                                    <w:div w:id="691808585">
                                      <w:marLeft w:val="0"/>
                                      <w:marRight w:val="0"/>
                                      <w:marTop w:val="0"/>
                                      <w:marBottom w:val="0"/>
                                      <w:divBdr>
                                        <w:top w:val="none" w:sz="0" w:space="0" w:color="auto"/>
                                        <w:left w:val="none" w:sz="0" w:space="0" w:color="auto"/>
                                        <w:bottom w:val="none" w:sz="0" w:space="0" w:color="auto"/>
                                        <w:right w:val="none" w:sz="0" w:space="0" w:color="auto"/>
                                      </w:divBdr>
                                      <w:divsChild>
                                        <w:div w:id="1195656892">
                                          <w:marLeft w:val="0"/>
                                          <w:marRight w:val="0"/>
                                          <w:marTop w:val="0"/>
                                          <w:marBottom w:val="0"/>
                                          <w:divBdr>
                                            <w:top w:val="none" w:sz="0" w:space="0" w:color="auto"/>
                                            <w:left w:val="none" w:sz="0" w:space="0" w:color="auto"/>
                                            <w:bottom w:val="none" w:sz="0" w:space="0" w:color="auto"/>
                                            <w:right w:val="none" w:sz="0" w:space="0" w:color="auto"/>
                                          </w:divBdr>
                                          <w:divsChild>
                                            <w:div w:id="1005595686">
                                              <w:marLeft w:val="0"/>
                                              <w:marRight w:val="0"/>
                                              <w:marTop w:val="0"/>
                                              <w:marBottom w:val="0"/>
                                              <w:divBdr>
                                                <w:top w:val="none" w:sz="0" w:space="0" w:color="auto"/>
                                                <w:left w:val="none" w:sz="0" w:space="0" w:color="auto"/>
                                                <w:bottom w:val="none" w:sz="0" w:space="0" w:color="auto"/>
                                                <w:right w:val="none" w:sz="0" w:space="0" w:color="auto"/>
                                              </w:divBdr>
                                              <w:divsChild>
                                                <w:div w:id="1846630431">
                                                  <w:marLeft w:val="0"/>
                                                  <w:marRight w:val="0"/>
                                                  <w:marTop w:val="0"/>
                                                  <w:marBottom w:val="0"/>
                                                  <w:divBdr>
                                                    <w:top w:val="none" w:sz="0" w:space="0" w:color="auto"/>
                                                    <w:left w:val="none" w:sz="0" w:space="0" w:color="auto"/>
                                                    <w:bottom w:val="none" w:sz="0" w:space="0" w:color="auto"/>
                                                    <w:right w:val="none" w:sz="0" w:space="0" w:color="auto"/>
                                                  </w:divBdr>
                                                  <w:divsChild>
                                                    <w:div w:id="383219146">
                                                      <w:marLeft w:val="0"/>
                                                      <w:marRight w:val="0"/>
                                                      <w:marTop w:val="0"/>
                                                      <w:marBottom w:val="0"/>
                                                      <w:divBdr>
                                                        <w:top w:val="none" w:sz="0" w:space="0" w:color="auto"/>
                                                        <w:left w:val="none" w:sz="0" w:space="0" w:color="auto"/>
                                                        <w:bottom w:val="none" w:sz="0" w:space="0" w:color="auto"/>
                                                        <w:right w:val="none" w:sz="0" w:space="0" w:color="auto"/>
                                                      </w:divBdr>
                                                      <w:divsChild>
                                                        <w:div w:id="1021930498">
                                                          <w:blockQuote w:val="1"/>
                                                          <w:marLeft w:val="720"/>
                                                          <w:marRight w:val="720"/>
                                                          <w:marTop w:val="100"/>
                                                          <w:marBottom w:val="100"/>
                                                          <w:divBdr>
                                                            <w:top w:val="none" w:sz="0" w:space="0" w:color="auto"/>
                                                            <w:left w:val="none" w:sz="0" w:space="0" w:color="auto"/>
                                                            <w:bottom w:val="none" w:sz="0" w:space="0" w:color="auto"/>
                                                            <w:right w:val="none" w:sz="0" w:space="0" w:color="auto"/>
                                                          </w:divBdr>
                                                        </w:div>
                                                        <w:div w:id="1140613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072919">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78511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3955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2400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41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645626663">
                                                          <w:blockQuote w:val="1"/>
                                                          <w:marLeft w:val="720"/>
                                                          <w:marRight w:val="720"/>
                                                          <w:marTop w:val="100"/>
                                                          <w:marBottom w:val="100"/>
                                                          <w:divBdr>
                                                            <w:top w:val="none" w:sz="0" w:space="0" w:color="auto"/>
                                                            <w:left w:val="none" w:sz="0" w:space="0" w:color="auto"/>
                                                            <w:bottom w:val="none" w:sz="0" w:space="0" w:color="auto"/>
                                                            <w:right w:val="none" w:sz="0" w:space="0" w:color="auto"/>
                                                          </w:divBdr>
                                                        </w:div>
                                                        <w:div w:id="8985152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13950030">
                                                          <w:blockQuote w:val="1"/>
                                                          <w:marLeft w:val="720"/>
                                                          <w:marRight w:val="720"/>
                                                          <w:marTop w:val="100"/>
                                                          <w:marBottom w:val="100"/>
                                                          <w:divBdr>
                                                            <w:top w:val="none" w:sz="0" w:space="0" w:color="auto"/>
                                                            <w:left w:val="none" w:sz="0" w:space="0" w:color="auto"/>
                                                            <w:bottom w:val="none" w:sz="0" w:space="0" w:color="auto"/>
                                                            <w:right w:val="none" w:sz="0" w:space="0" w:color="auto"/>
                                                          </w:divBdr>
                                                        </w:div>
                                                        <w:div w:id="48250421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491466">
                                                          <w:blockQuote w:val="1"/>
                                                          <w:marLeft w:val="720"/>
                                                          <w:marRight w:val="720"/>
                                                          <w:marTop w:val="100"/>
                                                          <w:marBottom w:val="100"/>
                                                          <w:divBdr>
                                                            <w:top w:val="none" w:sz="0" w:space="0" w:color="auto"/>
                                                            <w:left w:val="none" w:sz="0" w:space="0" w:color="auto"/>
                                                            <w:bottom w:val="none" w:sz="0" w:space="0" w:color="auto"/>
                                                            <w:right w:val="none" w:sz="0" w:space="0" w:color="auto"/>
                                                          </w:divBdr>
                                                        </w:div>
                                                        <w:div w:id="658769765">
                                                          <w:blockQuote w:val="1"/>
                                                          <w:marLeft w:val="720"/>
                                                          <w:marRight w:val="720"/>
                                                          <w:marTop w:val="100"/>
                                                          <w:marBottom w:val="100"/>
                                                          <w:divBdr>
                                                            <w:top w:val="none" w:sz="0" w:space="0" w:color="auto"/>
                                                            <w:left w:val="none" w:sz="0" w:space="0" w:color="auto"/>
                                                            <w:bottom w:val="none" w:sz="0" w:space="0" w:color="auto"/>
                                                            <w:right w:val="none" w:sz="0" w:space="0" w:color="auto"/>
                                                          </w:divBdr>
                                                        </w:div>
                                                        <w:div w:id="958757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39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436754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5010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976408">
                                                          <w:blockQuote w:val="1"/>
                                                          <w:marLeft w:val="720"/>
                                                          <w:marRight w:val="720"/>
                                                          <w:marTop w:val="100"/>
                                                          <w:marBottom w:val="100"/>
                                                          <w:divBdr>
                                                            <w:top w:val="none" w:sz="0" w:space="0" w:color="auto"/>
                                                            <w:left w:val="none" w:sz="0" w:space="0" w:color="auto"/>
                                                            <w:bottom w:val="none" w:sz="0" w:space="0" w:color="auto"/>
                                                            <w:right w:val="none" w:sz="0" w:space="0" w:color="auto"/>
                                                          </w:divBdr>
                                                        </w:div>
                                                        <w:div w:id="222106763">
                                                          <w:blockQuote w:val="1"/>
                                                          <w:marLeft w:val="720"/>
                                                          <w:marRight w:val="720"/>
                                                          <w:marTop w:val="100"/>
                                                          <w:marBottom w:val="100"/>
                                                          <w:divBdr>
                                                            <w:top w:val="none" w:sz="0" w:space="0" w:color="auto"/>
                                                            <w:left w:val="none" w:sz="0" w:space="0" w:color="auto"/>
                                                            <w:bottom w:val="none" w:sz="0" w:space="0" w:color="auto"/>
                                                            <w:right w:val="none" w:sz="0" w:space="0" w:color="auto"/>
                                                          </w:divBdr>
                                                        </w:div>
                                                        <w:div w:id="693580301">
                                                          <w:blockQuote w:val="1"/>
                                                          <w:marLeft w:val="720"/>
                                                          <w:marRight w:val="720"/>
                                                          <w:marTop w:val="100"/>
                                                          <w:marBottom w:val="100"/>
                                                          <w:divBdr>
                                                            <w:top w:val="none" w:sz="0" w:space="0" w:color="auto"/>
                                                            <w:left w:val="none" w:sz="0" w:space="0" w:color="auto"/>
                                                            <w:bottom w:val="none" w:sz="0" w:space="0" w:color="auto"/>
                                                            <w:right w:val="none" w:sz="0" w:space="0" w:color="auto"/>
                                                          </w:divBdr>
                                                        </w:div>
                                                        <w:div w:id="659776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613298">
                          <w:marLeft w:val="0"/>
                          <w:marRight w:val="0"/>
                          <w:marTop w:val="0"/>
                          <w:marBottom w:val="0"/>
                          <w:divBdr>
                            <w:top w:val="none" w:sz="0" w:space="0" w:color="auto"/>
                            <w:left w:val="none" w:sz="0" w:space="0" w:color="auto"/>
                            <w:bottom w:val="none" w:sz="0" w:space="0" w:color="auto"/>
                            <w:right w:val="none" w:sz="0" w:space="0" w:color="auto"/>
                          </w:divBdr>
                          <w:divsChild>
                            <w:div w:id="1699968502">
                              <w:marLeft w:val="0"/>
                              <w:marRight w:val="0"/>
                              <w:marTop w:val="0"/>
                              <w:marBottom w:val="0"/>
                              <w:divBdr>
                                <w:top w:val="none" w:sz="0" w:space="0" w:color="auto"/>
                                <w:left w:val="none" w:sz="0" w:space="0" w:color="auto"/>
                                <w:bottom w:val="none" w:sz="0" w:space="0" w:color="auto"/>
                                <w:right w:val="none" w:sz="0" w:space="0" w:color="auto"/>
                              </w:divBdr>
                              <w:divsChild>
                                <w:div w:id="368840718">
                                  <w:marLeft w:val="0"/>
                                  <w:marRight w:val="0"/>
                                  <w:marTop w:val="0"/>
                                  <w:marBottom w:val="0"/>
                                  <w:divBdr>
                                    <w:top w:val="none" w:sz="0" w:space="0" w:color="auto"/>
                                    <w:left w:val="none" w:sz="0" w:space="0" w:color="auto"/>
                                    <w:bottom w:val="none" w:sz="0" w:space="0" w:color="auto"/>
                                    <w:right w:val="none" w:sz="0" w:space="0" w:color="auto"/>
                                  </w:divBdr>
                                  <w:divsChild>
                                    <w:div w:id="2054966438">
                                      <w:marLeft w:val="0"/>
                                      <w:marRight w:val="0"/>
                                      <w:marTop w:val="0"/>
                                      <w:marBottom w:val="0"/>
                                      <w:divBdr>
                                        <w:top w:val="none" w:sz="0" w:space="0" w:color="auto"/>
                                        <w:left w:val="none" w:sz="0" w:space="0" w:color="auto"/>
                                        <w:bottom w:val="none" w:sz="0" w:space="0" w:color="auto"/>
                                        <w:right w:val="none" w:sz="0" w:space="0" w:color="auto"/>
                                      </w:divBdr>
                                      <w:divsChild>
                                        <w:div w:id="1524630668">
                                          <w:marLeft w:val="0"/>
                                          <w:marRight w:val="0"/>
                                          <w:marTop w:val="0"/>
                                          <w:marBottom w:val="0"/>
                                          <w:divBdr>
                                            <w:top w:val="none" w:sz="0" w:space="0" w:color="auto"/>
                                            <w:left w:val="none" w:sz="0" w:space="0" w:color="auto"/>
                                            <w:bottom w:val="none" w:sz="0" w:space="0" w:color="auto"/>
                                            <w:right w:val="none" w:sz="0" w:space="0" w:color="auto"/>
                                          </w:divBdr>
                                          <w:divsChild>
                                            <w:div w:id="2145733586">
                                              <w:marLeft w:val="0"/>
                                              <w:marRight w:val="0"/>
                                              <w:marTop w:val="0"/>
                                              <w:marBottom w:val="0"/>
                                              <w:divBdr>
                                                <w:top w:val="none" w:sz="0" w:space="0" w:color="auto"/>
                                                <w:left w:val="none" w:sz="0" w:space="0" w:color="auto"/>
                                                <w:bottom w:val="none" w:sz="0" w:space="0" w:color="auto"/>
                                                <w:right w:val="none" w:sz="0" w:space="0" w:color="auto"/>
                                              </w:divBdr>
                                              <w:divsChild>
                                                <w:div w:id="428964085">
                                                  <w:marLeft w:val="0"/>
                                                  <w:marRight w:val="0"/>
                                                  <w:marTop w:val="0"/>
                                                  <w:marBottom w:val="0"/>
                                                  <w:divBdr>
                                                    <w:top w:val="none" w:sz="0" w:space="0" w:color="auto"/>
                                                    <w:left w:val="none" w:sz="0" w:space="0" w:color="auto"/>
                                                    <w:bottom w:val="none" w:sz="0" w:space="0" w:color="auto"/>
                                                    <w:right w:val="none" w:sz="0" w:space="0" w:color="auto"/>
                                                  </w:divBdr>
                                                  <w:divsChild>
                                                    <w:div w:id="85422475">
                                                      <w:marLeft w:val="0"/>
                                                      <w:marRight w:val="0"/>
                                                      <w:marTop w:val="0"/>
                                                      <w:marBottom w:val="0"/>
                                                      <w:divBdr>
                                                        <w:top w:val="none" w:sz="0" w:space="0" w:color="auto"/>
                                                        <w:left w:val="none" w:sz="0" w:space="0" w:color="auto"/>
                                                        <w:bottom w:val="none" w:sz="0" w:space="0" w:color="auto"/>
                                                        <w:right w:val="none" w:sz="0" w:space="0" w:color="auto"/>
                                                      </w:divBdr>
                                                      <w:divsChild>
                                                        <w:div w:id="1880818248">
                                                          <w:marLeft w:val="0"/>
                                                          <w:marRight w:val="0"/>
                                                          <w:marTop w:val="0"/>
                                                          <w:marBottom w:val="0"/>
                                                          <w:divBdr>
                                                            <w:top w:val="none" w:sz="0" w:space="0" w:color="auto"/>
                                                            <w:left w:val="none" w:sz="0" w:space="0" w:color="auto"/>
                                                            <w:bottom w:val="none" w:sz="0" w:space="0" w:color="auto"/>
                                                            <w:right w:val="none" w:sz="0" w:space="0" w:color="auto"/>
                                                          </w:divBdr>
                                                          <w:divsChild>
                                                            <w:div w:id="106719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952343">
                          <w:marLeft w:val="0"/>
                          <w:marRight w:val="0"/>
                          <w:marTop w:val="0"/>
                          <w:marBottom w:val="0"/>
                          <w:divBdr>
                            <w:top w:val="none" w:sz="0" w:space="0" w:color="auto"/>
                            <w:left w:val="none" w:sz="0" w:space="0" w:color="auto"/>
                            <w:bottom w:val="none" w:sz="0" w:space="0" w:color="auto"/>
                            <w:right w:val="none" w:sz="0" w:space="0" w:color="auto"/>
                          </w:divBdr>
                          <w:divsChild>
                            <w:div w:id="260337657">
                              <w:marLeft w:val="0"/>
                              <w:marRight w:val="0"/>
                              <w:marTop w:val="0"/>
                              <w:marBottom w:val="0"/>
                              <w:divBdr>
                                <w:top w:val="none" w:sz="0" w:space="0" w:color="auto"/>
                                <w:left w:val="none" w:sz="0" w:space="0" w:color="auto"/>
                                <w:bottom w:val="none" w:sz="0" w:space="0" w:color="auto"/>
                                <w:right w:val="none" w:sz="0" w:space="0" w:color="auto"/>
                              </w:divBdr>
                              <w:divsChild>
                                <w:div w:id="1045720249">
                                  <w:marLeft w:val="0"/>
                                  <w:marRight w:val="0"/>
                                  <w:marTop w:val="0"/>
                                  <w:marBottom w:val="0"/>
                                  <w:divBdr>
                                    <w:top w:val="none" w:sz="0" w:space="0" w:color="auto"/>
                                    <w:left w:val="none" w:sz="0" w:space="0" w:color="auto"/>
                                    <w:bottom w:val="none" w:sz="0" w:space="0" w:color="auto"/>
                                    <w:right w:val="none" w:sz="0" w:space="0" w:color="auto"/>
                                  </w:divBdr>
                                  <w:divsChild>
                                    <w:div w:id="1240945101">
                                      <w:marLeft w:val="0"/>
                                      <w:marRight w:val="0"/>
                                      <w:marTop w:val="0"/>
                                      <w:marBottom w:val="0"/>
                                      <w:divBdr>
                                        <w:top w:val="none" w:sz="0" w:space="0" w:color="auto"/>
                                        <w:left w:val="none" w:sz="0" w:space="0" w:color="auto"/>
                                        <w:bottom w:val="none" w:sz="0" w:space="0" w:color="auto"/>
                                        <w:right w:val="none" w:sz="0" w:space="0" w:color="auto"/>
                                      </w:divBdr>
                                      <w:divsChild>
                                        <w:div w:id="229120107">
                                          <w:marLeft w:val="0"/>
                                          <w:marRight w:val="0"/>
                                          <w:marTop w:val="0"/>
                                          <w:marBottom w:val="0"/>
                                          <w:divBdr>
                                            <w:top w:val="none" w:sz="0" w:space="0" w:color="auto"/>
                                            <w:left w:val="none" w:sz="0" w:space="0" w:color="auto"/>
                                            <w:bottom w:val="none" w:sz="0" w:space="0" w:color="auto"/>
                                            <w:right w:val="none" w:sz="0" w:space="0" w:color="auto"/>
                                          </w:divBdr>
                                          <w:divsChild>
                                            <w:div w:id="2026707583">
                                              <w:marLeft w:val="0"/>
                                              <w:marRight w:val="0"/>
                                              <w:marTop w:val="0"/>
                                              <w:marBottom w:val="0"/>
                                              <w:divBdr>
                                                <w:top w:val="none" w:sz="0" w:space="0" w:color="auto"/>
                                                <w:left w:val="none" w:sz="0" w:space="0" w:color="auto"/>
                                                <w:bottom w:val="none" w:sz="0" w:space="0" w:color="auto"/>
                                                <w:right w:val="none" w:sz="0" w:space="0" w:color="auto"/>
                                              </w:divBdr>
                                              <w:divsChild>
                                                <w:div w:id="1134756724">
                                                  <w:marLeft w:val="0"/>
                                                  <w:marRight w:val="0"/>
                                                  <w:marTop w:val="0"/>
                                                  <w:marBottom w:val="0"/>
                                                  <w:divBdr>
                                                    <w:top w:val="none" w:sz="0" w:space="0" w:color="auto"/>
                                                    <w:left w:val="none" w:sz="0" w:space="0" w:color="auto"/>
                                                    <w:bottom w:val="none" w:sz="0" w:space="0" w:color="auto"/>
                                                    <w:right w:val="none" w:sz="0" w:space="0" w:color="auto"/>
                                                  </w:divBdr>
                                                  <w:divsChild>
                                                    <w:div w:id="2101440038">
                                                      <w:marLeft w:val="0"/>
                                                      <w:marRight w:val="0"/>
                                                      <w:marTop w:val="0"/>
                                                      <w:marBottom w:val="0"/>
                                                      <w:divBdr>
                                                        <w:top w:val="none" w:sz="0" w:space="0" w:color="auto"/>
                                                        <w:left w:val="none" w:sz="0" w:space="0" w:color="auto"/>
                                                        <w:bottom w:val="none" w:sz="0" w:space="0" w:color="auto"/>
                                                        <w:right w:val="none" w:sz="0" w:space="0" w:color="auto"/>
                                                      </w:divBdr>
                                                      <w:divsChild>
                                                        <w:div w:id="61950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1400060">
                          <w:marLeft w:val="0"/>
                          <w:marRight w:val="0"/>
                          <w:marTop w:val="0"/>
                          <w:marBottom w:val="0"/>
                          <w:divBdr>
                            <w:top w:val="none" w:sz="0" w:space="0" w:color="auto"/>
                            <w:left w:val="none" w:sz="0" w:space="0" w:color="auto"/>
                            <w:bottom w:val="none" w:sz="0" w:space="0" w:color="auto"/>
                            <w:right w:val="none" w:sz="0" w:space="0" w:color="auto"/>
                          </w:divBdr>
                          <w:divsChild>
                            <w:div w:id="1646083918">
                              <w:marLeft w:val="0"/>
                              <w:marRight w:val="0"/>
                              <w:marTop w:val="0"/>
                              <w:marBottom w:val="0"/>
                              <w:divBdr>
                                <w:top w:val="none" w:sz="0" w:space="0" w:color="auto"/>
                                <w:left w:val="none" w:sz="0" w:space="0" w:color="auto"/>
                                <w:bottom w:val="none" w:sz="0" w:space="0" w:color="auto"/>
                                <w:right w:val="none" w:sz="0" w:space="0" w:color="auto"/>
                              </w:divBdr>
                              <w:divsChild>
                                <w:div w:id="628362784">
                                  <w:marLeft w:val="0"/>
                                  <w:marRight w:val="0"/>
                                  <w:marTop w:val="0"/>
                                  <w:marBottom w:val="0"/>
                                  <w:divBdr>
                                    <w:top w:val="none" w:sz="0" w:space="0" w:color="auto"/>
                                    <w:left w:val="none" w:sz="0" w:space="0" w:color="auto"/>
                                    <w:bottom w:val="none" w:sz="0" w:space="0" w:color="auto"/>
                                    <w:right w:val="none" w:sz="0" w:space="0" w:color="auto"/>
                                  </w:divBdr>
                                  <w:divsChild>
                                    <w:div w:id="909390616">
                                      <w:marLeft w:val="0"/>
                                      <w:marRight w:val="0"/>
                                      <w:marTop w:val="0"/>
                                      <w:marBottom w:val="0"/>
                                      <w:divBdr>
                                        <w:top w:val="none" w:sz="0" w:space="0" w:color="auto"/>
                                        <w:left w:val="none" w:sz="0" w:space="0" w:color="auto"/>
                                        <w:bottom w:val="none" w:sz="0" w:space="0" w:color="auto"/>
                                        <w:right w:val="none" w:sz="0" w:space="0" w:color="auto"/>
                                      </w:divBdr>
                                      <w:divsChild>
                                        <w:div w:id="491412845">
                                          <w:marLeft w:val="0"/>
                                          <w:marRight w:val="0"/>
                                          <w:marTop w:val="0"/>
                                          <w:marBottom w:val="0"/>
                                          <w:divBdr>
                                            <w:top w:val="none" w:sz="0" w:space="0" w:color="auto"/>
                                            <w:left w:val="none" w:sz="0" w:space="0" w:color="auto"/>
                                            <w:bottom w:val="none" w:sz="0" w:space="0" w:color="auto"/>
                                            <w:right w:val="none" w:sz="0" w:space="0" w:color="auto"/>
                                          </w:divBdr>
                                          <w:divsChild>
                                            <w:div w:id="1426608842">
                                              <w:marLeft w:val="0"/>
                                              <w:marRight w:val="0"/>
                                              <w:marTop w:val="0"/>
                                              <w:marBottom w:val="0"/>
                                              <w:divBdr>
                                                <w:top w:val="none" w:sz="0" w:space="0" w:color="auto"/>
                                                <w:left w:val="none" w:sz="0" w:space="0" w:color="auto"/>
                                                <w:bottom w:val="none" w:sz="0" w:space="0" w:color="auto"/>
                                                <w:right w:val="none" w:sz="0" w:space="0" w:color="auto"/>
                                              </w:divBdr>
                                              <w:divsChild>
                                                <w:div w:id="1087266948">
                                                  <w:marLeft w:val="0"/>
                                                  <w:marRight w:val="0"/>
                                                  <w:marTop w:val="0"/>
                                                  <w:marBottom w:val="0"/>
                                                  <w:divBdr>
                                                    <w:top w:val="none" w:sz="0" w:space="0" w:color="auto"/>
                                                    <w:left w:val="none" w:sz="0" w:space="0" w:color="auto"/>
                                                    <w:bottom w:val="none" w:sz="0" w:space="0" w:color="auto"/>
                                                    <w:right w:val="none" w:sz="0" w:space="0" w:color="auto"/>
                                                  </w:divBdr>
                                                  <w:divsChild>
                                                    <w:div w:id="167409974">
                                                      <w:marLeft w:val="0"/>
                                                      <w:marRight w:val="0"/>
                                                      <w:marTop w:val="0"/>
                                                      <w:marBottom w:val="0"/>
                                                      <w:divBdr>
                                                        <w:top w:val="none" w:sz="0" w:space="0" w:color="auto"/>
                                                        <w:left w:val="none" w:sz="0" w:space="0" w:color="auto"/>
                                                        <w:bottom w:val="none" w:sz="0" w:space="0" w:color="auto"/>
                                                        <w:right w:val="none" w:sz="0" w:space="0" w:color="auto"/>
                                                      </w:divBdr>
                                                      <w:divsChild>
                                                        <w:div w:id="422459386">
                                                          <w:marLeft w:val="0"/>
                                                          <w:marRight w:val="0"/>
                                                          <w:marTop w:val="0"/>
                                                          <w:marBottom w:val="0"/>
                                                          <w:divBdr>
                                                            <w:top w:val="none" w:sz="0" w:space="0" w:color="auto"/>
                                                            <w:left w:val="none" w:sz="0" w:space="0" w:color="auto"/>
                                                            <w:bottom w:val="none" w:sz="0" w:space="0" w:color="auto"/>
                                                            <w:right w:val="none" w:sz="0" w:space="0" w:color="auto"/>
                                                          </w:divBdr>
                                                          <w:divsChild>
                                                            <w:div w:id="21662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4580554">
                          <w:marLeft w:val="0"/>
                          <w:marRight w:val="0"/>
                          <w:marTop w:val="0"/>
                          <w:marBottom w:val="0"/>
                          <w:divBdr>
                            <w:top w:val="none" w:sz="0" w:space="0" w:color="auto"/>
                            <w:left w:val="none" w:sz="0" w:space="0" w:color="auto"/>
                            <w:bottom w:val="none" w:sz="0" w:space="0" w:color="auto"/>
                            <w:right w:val="none" w:sz="0" w:space="0" w:color="auto"/>
                          </w:divBdr>
                          <w:divsChild>
                            <w:div w:id="548497998">
                              <w:marLeft w:val="0"/>
                              <w:marRight w:val="0"/>
                              <w:marTop w:val="0"/>
                              <w:marBottom w:val="0"/>
                              <w:divBdr>
                                <w:top w:val="none" w:sz="0" w:space="0" w:color="auto"/>
                                <w:left w:val="none" w:sz="0" w:space="0" w:color="auto"/>
                                <w:bottom w:val="none" w:sz="0" w:space="0" w:color="auto"/>
                                <w:right w:val="none" w:sz="0" w:space="0" w:color="auto"/>
                              </w:divBdr>
                              <w:divsChild>
                                <w:div w:id="212889562">
                                  <w:marLeft w:val="0"/>
                                  <w:marRight w:val="0"/>
                                  <w:marTop w:val="0"/>
                                  <w:marBottom w:val="0"/>
                                  <w:divBdr>
                                    <w:top w:val="none" w:sz="0" w:space="0" w:color="auto"/>
                                    <w:left w:val="none" w:sz="0" w:space="0" w:color="auto"/>
                                    <w:bottom w:val="none" w:sz="0" w:space="0" w:color="auto"/>
                                    <w:right w:val="none" w:sz="0" w:space="0" w:color="auto"/>
                                  </w:divBdr>
                                  <w:divsChild>
                                    <w:div w:id="403575102">
                                      <w:marLeft w:val="0"/>
                                      <w:marRight w:val="0"/>
                                      <w:marTop w:val="0"/>
                                      <w:marBottom w:val="0"/>
                                      <w:divBdr>
                                        <w:top w:val="none" w:sz="0" w:space="0" w:color="auto"/>
                                        <w:left w:val="none" w:sz="0" w:space="0" w:color="auto"/>
                                        <w:bottom w:val="none" w:sz="0" w:space="0" w:color="auto"/>
                                        <w:right w:val="none" w:sz="0" w:space="0" w:color="auto"/>
                                      </w:divBdr>
                                      <w:divsChild>
                                        <w:div w:id="558134140">
                                          <w:marLeft w:val="0"/>
                                          <w:marRight w:val="0"/>
                                          <w:marTop w:val="0"/>
                                          <w:marBottom w:val="0"/>
                                          <w:divBdr>
                                            <w:top w:val="none" w:sz="0" w:space="0" w:color="auto"/>
                                            <w:left w:val="none" w:sz="0" w:space="0" w:color="auto"/>
                                            <w:bottom w:val="none" w:sz="0" w:space="0" w:color="auto"/>
                                            <w:right w:val="none" w:sz="0" w:space="0" w:color="auto"/>
                                          </w:divBdr>
                                          <w:divsChild>
                                            <w:div w:id="18775246">
                                              <w:marLeft w:val="0"/>
                                              <w:marRight w:val="0"/>
                                              <w:marTop w:val="0"/>
                                              <w:marBottom w:val="0"/>
                                              <w:divBdr>
                                                <w:top w:val="none" w:sz="0" w:space="0" w:color="auto"/>
                                                <w:left w:val="none" w:sz="0" w:space="0" w:color="auto"/>
                                                <w:bottom w:val="none" w:sz="0" w:space="0" w:color="auto"/>
                                                <w:right w:val="none" w:sz="0" w:space="0" w:color="auto"/>
                                              </w:divBdr>
                                              <w:divsChild>
                                                <w:div w:id="1217738569">
                                                  <w:marLeft w:val="0"/>
                                                  <w:marRight w:val="0"/>
                                                  <w:marTop w:val="0"/>
                                                  <w:marBottom w:val="0"/>
                                                  <w:divBdr>
                                                    <w:top w:val="none" w:sz="0" w:space="0" w:color="auto"/>
                                                    <w:left w:val="none" w:sz="0" w:space="0" w:color="auto"/>
                                                    <w:bottom w:val="none" w:sz="0" w:space="0" w:color="auto"/>
                                                    <w:right w:val="none" w:sz="0" w:space="0" w:color="auto"/>
                                                  </w:divBdr>
                                                  <w:divsChild>
                                                    <w:div w:id="600845731">
                                                      <w:marLeft w:val="0"/>
                                                      <w:marRight w:val="0"/>
                                                      <w:marTop w:val="0"/>
                                                      <w:marBottom w:val="0"/>
                                                      <w:divBdr>
                                                        <w:top w:val="none" w:sz="0" w:space="0" w:color="auto"/>
                                                        <w:left w:val="none" w:sz="0" w:space="0" w:color="auto"/>
                                                        <w:bottom w:val="none" w:sz="0" w:space="0" w:color="auto"/>
                                                        <w:right w:val="none" w:sz="0" w:space="0" w:color="auto"/>
                                                      </w:divBdr>
                                                      <w:divsChild>
                                                        <w:div w:id="11834702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456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367872">
                                                          <w:blockQuote w:val="1"/>
                                                          <w:marLeft w:val="720"/>
                                                          <w:marRight w:val="720"/>
                                                          <w:marTop w:val="100"/>
                                                          <w:marBottom w:val="100"/>
                                                          <w:divBdr>
                                                            <w:top w:val="none" w:sz="0" w:space="0" w:color="auto"/>
                                                            <w:left w:val="none" w:sz="0" w:space="0" w:color="auto"/>
                                                            <w:bottom w:val="none" w:sz="0" w:space="0" w:color="auto"/>
                                                            <w:right w:val="none" w:sz="0" w:space="0" w:color="auto"/>
                                                          </w:divBdr>
                                                        </w:div>
                                                        <w:div w:id="496576913">
                                                          <w:blockQuote w:val="1"/>
                                                          <w:marLeft w:val="720"/>
                                                          <w:marRight w:val="720"/>
                                                          <w:marTop w:val="100"/>
                                                          <w:marBottom w:val="100"/>
                                                          <w:divBdr>
                                                            <w:top w:val="none" w:sz="0" w:space="0" w:color="auto"/>
                                                            <w:left w:val="none" w:sz="0" w:space="0" w:color="auto"/>
                                                            <w:bottom w:val="none" w:sz="0" w:space="0" w:color="auto"/>
                                                            <w:right w:val="none" w:sz="0" w:space="0" w:color="auto"/>
                                                          </w:divBdr>
                                                        </w:div>
                                                        <w:div w:id="8829852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78387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346268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968278">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03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158882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14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1365466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7017900">
                                                          <w:blockQuote w:val="1"/>
                                                          <w:marLeft w:val="720"/>
                                                          <w:marRight w:val="720"/>
                                                          <w:marTop w:val="100"/>
                                                          <w:marBottom w:val="100"/>
                                                          <w:divBdr>
                                                            <w:top w:val="none" w:sz="0" w:space="0" w:color="auto"/>
                                                            <w:left w:val="none" w:sz="0" w:space="0" w:color="auto"/>
                                                            <w:bottom w:val="none" w:sz="0" w:space="0" w:color="auto"/>
                                                            <w:right w:val="none" w:sz="0" w:space="0" w:color="auto"/>
                                                          </w:divBdr>
                                                        </w:div>
                                                        <w:div w:id="3390489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5947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996742">
                          <w:marLeft w:val="0"/>
                          <w:marRight w:val="0"/>
                          <w:marTop w:val="0"/>
                          <w:marBottom w:val="0"/>
                          <w:divBdr>
                            <w:top w:val="none" w:sz="0" w:space="0" w:color="auto"/>
                            <w:left w:val="none" w:sz="0" w:space="0" w:color="auto"/>
                            <w:bottom w:val="none" w:sz="0" w:space="0" w:color="auto"/>
                            <w:right w:val="none" w:sz="0" w:space="0" w:color="auto"/>
                          </w:divBdr>
                          <w:divsChild>
                            <w:div w:id="778453016">
                              <w:marLeft w:val="0"/>
                              <w:marRight w:val="0"/>
                              <w:marTop w:val="0"/>
                              <w:marBottom w:val="0"/>
                              <w:divBdr>
                                <w:top w:val="none" w:sz="0" w:space="0" w:color="auto"/>
                                <w:left w:val="none" w:sz="0" w:space="0" w:color="auto"/>
                                <w:bottom w:val="none" w:sz="0" w:space="0" w:color="auto"/>
                                <w:right w:val="none" w:sz="0" w:space="0" w:color="auto"/>
                              </w:divBdr>
                              <w:divsChild>
                                <w:div w:id="1654605720">
                                  <w:marLeft w:val="0"/>
                                  <w:marRight w:val="0"/>
                                  <w:marTop w:val="0"/>
                                  <w:marBottom w:val="0"/>
                                  <w:divBdr>
                                    <w:top w:val="none" w:sz="0" w:space="0" w:color="auto"/>
                                    <w:left w:val="none" w:sz="0" w:space="0" w:color="auto"/>
                                    <w:bottom w:val="none" w:sz="0" w:space="0" w:color="auto"/>
                                    <w:right w:val="none" w:sz="0" w:space="0" w:color="auto"/>
                                  </w:divBdr>
                                  <w:divsChild>
                                    <w:div w:id="5057471">
                                      <w:marLeft w:val="0"/>
                                      <w:marRight w:val="0"/>
                                      <w:marTop w:val="0"/>
                                      <w:marBottom w:val="0"/>
                                      <w:divBdr>
                                        <w:top w:val="none" w:sz="0" w:space="0" w:color="auto"/>
                                        <w:left w:val="none" w:sz="0" w:space="0" w:color="auto"/>
                                        <w:bottom w:val="none" w:sz="0" w:space="0" w:color="auto"/>
                                        <w:right w:val="none" w:sz="0" w:space="0" w:color="auto"/>
                                      </w:divBdr>
                                      <w:divsChild>
                                        <w:div w:id="157811822">
                                          <w:marLeft w:val="0"/>
                                          <w:marRight w:val="0"/>
                                          <w:marTop w:val="0"/>
                                          <w:marBottom w:val="0"/>
                                          <w:divBdr>
                                            <w:top w:val="none" w:sz="0" w:space="0" w:color="auto"/>
                                            <w:left w:val="none" w:sz="0" w:space="0" w:color="auto"/>
                                            <w:bottom w:val="none" w:sz="0" w:space="0" w:color="auto"/>
                                            <w:right w:val="none" w:sz="0" w:space="0" w:color="auto"/>
                                          </w:divBdr>
                                          <w:divsChild>
                                            <w:div w:id="1622612730">
                                              <w:marLeft w:val="0"/>
                                              <w:marRight w:val="0"/>
                                              <w:marTop w:val="0"/>
                                              <w:marBottom w:val="0"/>
                                              <w:divBdr>
                                                <w:top w:val="none" w:sz="0" w:space="0" w:color="auto"/>
                                                <w:left w:val="none" w:sz="0" w:space="0" w:color="auto"/>
                                                <w:bottom w:val="none" w:sz="0" w:space="0" w:color="auto"/>
                                                <w:right w:val="none" w:sz="0" w:space="0" w:color="auto"/>
                                              </w:divBdr>
                                              <w:divsChild>
                                                <w:div w:id="814686820">
                                                  <w:marLeft w:val="0"/>
                                                  <w:marRight w:val="0"/>
                                                  <w:marTop w:val="0"/>
                                                  <w:marBottom w:val="0"/>
                                                  <w:divBdr>
                                                    <w:top w:val="none" w:sz="0" w:space="0" w:color="auto"/>
                                                    <w:left w:val="none" w:sz="0" w:space="0" w:color="auto"/>
                                                    <w:bottom w:val="none" w:sz="0" w:space="0" w:color="auto"/>
                                                    <w:right w:val="none" w:sz="0" w:space="0" w:color="auto"/>
                                                  </w:divBdr>
                                                  <w:divsChild>
                                                    <w:div w:id="1376463973">
                                                      <w:marLeft w:val="0"/>
                                                      <w:marRight w:val="0"/>
                                                      <w:marTop w:val="0"/>
                                                      <w:marBottom w:val="0"/>
                                                      <w:divBdr>
                                                        <w:top w:val="none" w:sz="0" w:space="0" w:color="auto"/>
                                                        <w:left w:val="none" w:sz="0" w:space="0" w:color="auto"/>
                                                        <w:bottom w:val="none" w:sz="0" w:space="0" w:color="auto"/>
                                                        <w:right w:val="none" w:sz="0" w:space="0" w:color="auto"/>
                                                      </w:divBdr>
                                                      <w:divsChild>
                                                        <w:div w:id="1934777563">
                                                          <w:marLeft w:val="0"/>
                                                          <w:marRight w:val="0"/>
                                                          <w:marTop w:val="0"/>
                                                          <w:marBottom w:val="0"/>
                                                          <w:divBdr>
                                                            <w:top w:val="none" w:sz="0" w:space="0" w:color="auto"/>
                                                            <w:left w:val="none" w:sz="0" w:space="0" w:color="auto"/>
                                                            <w:bottom w:val="none" w:sz="0" w:space="0" w:color="auto"/>
                                                            <w:right w:val="none" w:sz="0" w:space="0" w:color="auto"/>
                                                          </w:divBdr>
                                                          <w:divsChild>
                                                            <w:div w:id="13036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9401135">
                          <w:marLeft w:val="0"/>
                          <w:marRight w:val="0"/>
                          <w:marTop w:val="0"/>
                          <w:marBottom w:val="0"/>
                          <w:divBdr>
                            <w:top w:val="none" w:sz="0" w:space="0" w:color="auto"/>
                            <w:left w:val="none" w:sz="0" w:space="0" w:color="auto"/>
                            <w:bottom w:val="none" w:sz="0" w:space="0" w:color="auto"/>
                            <w:right w:val="none" w:sz="0" w:space="0" w:color="auto"/>
                          </w:divBdr>
                          <w:divsChild>
                            <w:div w:id="1245458843">
                              <w:marLeft w:val="0"/>
                              <w:marRight w:val="0"/>
                              <w:marTop w:val="0"/>
                              <w:marBottom w:val="0"/>
                              <w:divBdr>
                                <w:top w:val="none" w:sz="0" w:space="0" w:color="auto"/>
                                <w:left w:val="none" w:sz="0" w:space="0" w:color="auto"/>
                                <w:bottom w:val="none" w:sz="0" w:space="0" w:color="auto"/>
                                <w:right w:val="none" w:sz="0" w:space="0" w:color="auto"/>
                              </w:divBdr>
                              <w:divsChild>
                                <w:div w:id="1494564016">
                                  <w:marLeft w:val="0"/>
                                  <w:marRight w:val="0"/>
                                  <w:marTop w:val="0"/>
                                  <w:marBottom w:val="0"/>
                                  <w:divBdr>
                                    <w:top w:val="none" w:sz="0" w:space="0" w:color="auto"/>
                                    <w:left w:val="none" w:sz="0" w:space="0" w:color="auto"/>
                                    <w:bottom w:val="none" w:sz="0" w:space="0" w:color="auto"/>
                                    <w:right w:val="none" w:sz="0" w:space="0" w:color="auto"/>
                                  </w:divBdr>
                                  <w:divsChild>
                                    <w:div w:id="899172946">
                                      <w:marLeft w:val="0"/>
                                      <w:marRight w:val="0"/>
                                      <w:marTop w:val="0"/>
                                      <w:marBottom w:val="0"/>
                                      <w:divBdr>
                                        <w:top w:val="none" w:sz="0" w:space="0" w:color="auto"/>
                                        <w:left w:val="none" w:sz="0" w:space="0" w:color="auto"/>
                                        <w:bottom w:val="none" w:sz="0" w:space="0" w:color="auto"/>
                                        <w:right w:val="none" w:sz="0" w:space="0" w:color="auto"/>
                                      </w:divBdr>
                                      <w:divsChild>
                                        <w:div w:id="1641424059">
                                          <w:marLeft w:val="0"/>
                                          <w:marRight w:val="0"/>
                                          <w:marTop w:val="0"/>
                                          <w:marBottom w:val="0"/>
                                          <w:divBdr>
                                            <w:top w:val="none" w:sz="0" w:space="0" w:color="auto"/>
                                            <w:left w:val="none" w:sz="0" w:space="0" w:color="auto"/>
                                            <w:bottom w:val="none" w:sz="0" w:space="0" w:color="auto"/>
                                            <w:right w:val="none" w:sz="0" w:space="0" w:color="auto"/>
                                          </w:divBdr>
                                          <w:divsChild>
                                            <w:div w:id="1642618045">
                                              <w:marLeft w:val="0"/>
                                              <w:marRight w:val="0"/>
                                              <w:marTop w:val="0"/>
                                              <w:marBottom w:val="0"/>
                                              <w:divBdr>
                                                <w:top w:val="none" w:sz="0" w:space="0" w:color="auto"/>
                                                <w:left w:val="none" w:sz="0" w:space="0" w:color="auto"/>
                                                <w:bottom w:val="none" w:sz="0" w:space="0" w:color="auto"/>
                                                <w:right w:val="none" w:sz="0" w:space="0" w:color="auto"/>
                                              </w:divBdr>
                                              <w:divsChild>
                                                <w:div w:id="1670673425">
                                                  <w:marLeft w:val="0"/>
                                                  <w:marRight w:val="0"/>
                                                  <w:marTop w:val="0"/>
                                                  <w:marBottom w:val="0"/>
                                                  <w:divBdr>
                                                    <w:top w:val="none" w:sz="0" w:space="0" w:color="auto"/>
                                                    <w:left w:val="none" w:sz="0" w:space="0" w:color="auto"/>
                                                    <w:bottom w:val="none" w:sz="0" w:space="0" w:color="auto"/>
                                                    <w:right w:val="none" w:sz="0" w:space="0" w:color="auto"/>
                                                  </w:divBdr>
                                                  <w:divsChild>
                                                    <w:div w:id="1403679334">
                                                      <w:marLeft w:val="0"/>
                                                      <w:marRight w:val="0"/>
                                                      <w:marTop w:val="0"/>
                                                      <w:marBottom w:val="0"/>
                                                      <w:divBdr>
                                                        <w:top w:val="none" w:sz="0" w:space="0" w:color="auto"/>
                                                        <w:left w:val="none" w:sz="0" w:space="0" w:color="auto"/>
                                                        <w:bottom w:val="none" w:sz="0" w:space="0" w:color="auto"/>
                                                        <w:right w:val="none" w:sz="0" w:space="0" w:color="auto"/>
                                                      </w:divBdr>
                                                      <w:divsChild>
                                                        <w:div w:id="1366562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7812968">
                          <w:marLeft w:val="0"/>
                          <w:marRight w:val="0"/>
                          <w:marTop w:val="0"/>
                          <w:marBottom w:val="0"/>
                          <w:divBdr>
                            <w:top w:val="none" w:sz="0" w:space="0" w:color="auto"/>
                            <w:left w:val="none" w:sz="0" w:space="0" w:color="auto"/>
                            <w:bottom w:val="none" w:sz="0" w:space="0" w:color="auto"/>
                            <w:right w:val="none" w:sz="0" w:space="0" w:color="auto"/>
                          </w:divBdr>
                          <w:divsChild>
                            <w:div w:id="314769906">
                              <w:marLeft w:val="0"/>
                              <w:marRight w:val="0"/>
                              <w:marTop w:val="0"/>
                              <w:marBottom w:val="0"/>
                              <w:divBdr>
                                <w:top w:val="none" w:sz="0" w:space="0" w:color="auto"/>
                                <w:left w:val="none" w:sz="0" w:space="0" w:color="auto"/>
                                <w:bottom w:val="none" w:sz="0" w:space="0" w:color="auto"/>
                                <w:right w:val="none" w:sz="0" w:space="0" w:color="auto"/>
                              </w:divBdr>
                              <w:divsChild>
                                <w:div w:id="1327321801">
                                  <w:marLeft w:val="0"/>
                                  <w:marRight w:val="0"/>
                                  <w:marTop w:val="0"/>
                                  <w:marBottom w:val="0"/>
                                  <w:divBdr>
                                    <w:top w:val="none" w:sz="0" w:space="0" w:color="auto"/>
                                    <w:left w:val="none" w:sz="0" w:space="0" w:color="auto"/>
                                    <w:bottom w:val="none" w:sz="0" w:space="0" w:color="auto"/>
                                    <w:right w:val="none" w:sz="0" w:space="0" w:color="auto"/>
                                  </w:divBdr>
                                  <w:divsChild>
                                    <w:div w:id="66463335">
                                      <w:marLeft w:val="0"/>
                                      <w:marRight w:val="0"/>
                                      <w:marTop w:val="0"/>
                                      <w:marBottom w:val="0"/>
                                      <w:divBdr>
                                        <w:top w:val="none" w:sz="0" w:space="0" w:color="auto"/>
                                        <w:left w:val="none" w:sz="0" w:space="0" w:color="auto"/>
                                        <w:bottom w:val="none" w:sz="0" w:space="0" w:color="auto"/>
                                        <w:right w:val="none" w:sz="0" w:space="0" w:color="auto"/>
                                      </w:divBdr>
                                      <w:divsChild>
                                        <w:div w:id="1061709081">
                                          <w:marLeft w:val="0"/>
                                          <w:marRight w:val="0"/>
                                          <w:marTop w:val="0"/>
                                          <w:marBottom w:val="0"/>
                                          <w:divBdr>
                                            <w:top w:val="none" w:sz="0" w:space="0" w:color="auto"/>
                                            <w:left w:val="none" w:sz="0" w:space="0" w:color="auto"/>
                                            <w:bottom w:val="none" w:sz="0" w:space="0" w:color="auto"/>
                                            <w:right w:val="none" w:sz="0" w:space="0" w:color="auto"/>
                                          </w:divBdr>
                                          <w:divsChild>
                                            <w:div w:id="2069038389">
                                              <w:marLeft w:val="0"/>
                                              <w:marRight w:val="0"/>
                                              <w:marTop w:val="0"/>
                                              <w:marBottom w:val="0"/>
                                              <w:divBdr>
                                                <w:top w:val="none" w:sz="0" w:space="0" w:color="auto"/>
                                                <w:left w:val="none" w:sz="0" w:space="0" w:color="auto"/>
                                                <w:bottom w:val="none" w:sz="0" w:space="0" w:color="auto"/>
                                                <w:right w:val="none" w:sz="0" w:space="0" w:color="auto"/>
                                              </w:divBdr>
                                              <w:divsChild>
                                                <w:div w:id="1849833556">
                                                  <w:marLeft w:val="0"/>
                                                  <w:marRight w:val="0"/>
                                                  <w:marTop w:val="0"/>
                                                  <w:marBottom w:val="0"/>
                                                  <w:divBdr>
                                                    <w:top w:val="none" w:sz="0" w:space="0" w:color="auto"/>
                                                    <w:left w:val="none" w:sz="0" w:space="0" w:color="auto"/>
                                                    <w:bottom w:val="none" w:sz="0" w:space="0" w:color="auto"/>
                                                    <w:right w:val="none" w:sz="0" w:space="0" w:color="auto"/>
                                                  </w:divBdr>
                                                  <w:divsChild>
                                                    <w:div w:id="1564759639">
                                                      <w:marLeft w:val="0"/>
                                                      <w:marRight w:val="0"/>
                                                      <w:marTop w:val="0"/>
                                                      <w:marBottom w:val="0"/>
                                                      <w:divBdr>
                                                        <w:top w:val="none" w:sz="0" w:space="0" w:color="auto"/>
                                                        <w:left w:val="none" w:sz="0" w:space="0" w:color="auto"/>
                                                        <w:bottom w:val="none" w:sz="0" w:space="0" w:color="auto"/>
                                                        <w:right w:val="none" w:sz="0" w:space="0" w:color="auto"/>
                                                      </w:divBdr>
                                                      <w:divsChild>
                                                        <w:div w:id="9062854">
                                                          <w:marLeft w:val="0"/>
                                                          <w:marRight w:val="0"/>
                                                          <w:marTop w:val="0"/>
                                                          <w:marBottom w:val="0"/>
                                                          <w:divBdr>
                                                            <w:top w:val="none" w:sz="0" w:space="0" w:color="auto"/>
                                                            <w:left w:val="none" w:sz="0" w:space="0" w:color="auto"/>
                                                            <w:bottom w:val="none" w:sz="0" w:space="0" w:color="auto"/>
                                                            <w:right w:val="none" w:sz="0" w:space="0" w:color="auto"/>
                                                          </w:divBdr>
                                                          <w:divsChild>
                                                            <w:div w:id="120733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735708">
                          <w:marLeft w:val="0"/>
                          <w:marRight w:val="0"/>
                          <w:marTop w:val="0"/>
                          <w:marBottom w:val="0"/>
                          <w:divBdr>
                            <w:top w:val="none" w:sz="0" w:space="0" w:color="auto"/>
                            <w:left w:val="none" w:sz="0" w:space="0" w:color="auto"/>
                            <w:bottom w:val="none" w:sz="0" w:space="0" w:color="auto"/>
                            <w:right w:val="none" w:sz="0" w:space="0" w:color="auto"/>
                          </w:divBdr>
                          <w:divsChild>
                            <w:div w:id="1266501258">
                              <w:marLeft w:val="0"/>
                              <w:marRight w:val="0"/>
                              <w:marTop w:val="0"/>
                              <w:marBottom w:val="0"/>
                              <w:divBdr>
                                <w:top w:val="none" w:sz="0" w:space="0" w:color="auto"/>
                                <w:left w:val="none" w:sz="0" w:space="0" w:color="auto"/>
                                <w:bottom w:val="none" w:sz="0" w:space="0" w:color="auto"/>
                                <w:right w:val="none" w:sz="0" w:space="0" w:color="auto"/>
                              </w:divBdr>
                              <w:divsChild>
                                <w:div w:id="1426346115">
                                  <w:marLeft w:val="0"/>
                                  <w:marRight w:val="0"/>
                                  <w:marTop w:val="0"/>
                                  <w:marBottom w:val="0"/>
                                  <w:divBdr>
                                    <w:top w:val="none" w:sz="0" w:space="0" w:color="auto"/>
                                    <w:left w:val="none" w:sz="0" w:space="0" w:color="auto"/>
                                    <w:bottom w:val="none" w:sz="0" w:space="0" w:color="auto"/>
                                    <w:right w:val="none" w:sz="0" w:space="0" w:color="auto"/>
                                  </w:divBdr>
                                  <w:divsChild>
                                    <w:div w:id="958998933">
                                      <w:marLeft w:val="0"/>
                                      <w:marRight w:val="0"/>
                                      <w:marTop w:val="0"/>
                                      <w:marBottom w:val="0"/>
                                      <w:divBdr>
                                        <w:top w:val="none" w:sz="0" w:space="0" w:color="auto"/>
                                        <w:left w:val="none" w:sz="0" w:space="0" w:color="auto"/>
                                        <w:bottom w:val="none" w:sz="0" w:space="0" w:color="auto"/>
                                        <w:right w:val="none" w:sz="0" w:space="0" w:color="auto"/>
                                      </w:divBdr>
                                      <w:divsChild>
                                        <w:div w:id="512112615">
                                          <w:marLeft w:val="0"/>
                                          <w:marRight w:val="0"/>
                                          <w:marTop w:val="0"/>
                                          <w:marBottom w:val="0"/>
                                          <w:divBdr>
                                            <w:top w:val="none" w:sz="0" w:space="0" w:color="auto"/>
                                            <w:left w:val="none" w:sz="0" w:space="0" w:color="auto"/>
                                            <w:bottom w:val="none" w:sz="0" w:space="0" w:color="auto"/>
                                            <w:right w:val="none" w:sz="0" w:space="0" w:color="auto"/>
                                          </w:divBdr>
                                          <w:divsChild>
                                            <w:div w:id="1362124721">
                                              <w:marLeft w:val="0"/>
                                              <w:marRight w:val="0"/>
                                              <w:marTop w:val="0"/>
                                              <w:marBottom w:val="0"/>
                                              <w:divBdr>
                                                <w:top w:val="none" w:sz="0" w:space="0" w:color="auto"/>
                                                <w:left w:val="none" w:sz="0" w:space="0" w:color="auto"/>
                                                <w:bottom w:val="none" w:sz="0" w:space="0" w:color="auto"/>
                                                <w:right w:val="none" w:sz="0" w:space="0" w:color="auto"/>
                                              </w:divBdr>
                                              <w:divsChild>
                                                <w:div w:id="1533834419">
                                                  <w:marLeft w:val="0"/>
                                                  <w:marRight w:val="0"/>
                                                  <w:marTop w:val="0"/>
                                                  <w:marBottom w:val="0"/>
                                                  <w:divBdr>
                                                    <w:top w:val="none" w:sz="0" w:space="0" w:color="auto"/>
                                                    <w:left w:val="none" w:sz="0" w:space="0" w:color="auto"/>
                                                    <w:bottom w:val="none" w:sz="0" w:space="0" w:color="auto"/>
                                                    <w:right w:val="none" w:sz="0" w:space="0" w:color="auto"/>
                                                  </w:divBdr>
                                                </w:div>
                                                <w:div w:id="545799711">
                                                  <w:marLeft w:val="0"/>
                                                  <w:marRight w:val="0"/>
                                                  <w:marTop w:val="0"/>
                                                  <w:marBottom w:val="0"/>
                                                  <w:divBdr>
                                                    <w:top w:val="none" w:sz="0" w:space="0" w:color="auto"/>
                                                    <w:left w:val="none" w:sz="0" w:space="0" w:color="auto"/>
                                                    <w:bottom w:val="none" w:sz="0" w:space="0" w:color="auto"/>
                                                    <w:right w:val="none" w:sz="0" w:space="0" w:color="auto"/>
                                                  </w:divBdr>
                                                  <w:divsChild>
                                                    <w:div w:id="1307708658">
                                                      <w:marLeft w:val="0"/>
                                                      <w:marRight w:val="0"/>
                                                      <w:marTop w:val="0"/>
                                                      <w:marBottom w:val="0"/>
                                                      <w:divBdr>
                                                        <w:top w:val="none" w:sz="0" w:space="0" w:color="auto"/>
                                                        <w:left w:val="none" w:sz="0" w:space="0" w:color="auto"/>
                                                        <w:bottom w:val="none" w:sz="0" w:space="0" w:color="auto"/>
                                                        <w:right w:val="none" w:sz="0" w:space="0" w:color="auto"/>
                                                      </w:divBdr>
                                                      <w:divsChild>
                                                        <w:div w:id="86926692">
                                                          <w:marLeft w:val="0"/>
                                                          <w:marRight w:val="0"/>
                                                          <w:marTop w:val="0"/>
                                                          <w:marBottom w:val="0"/>
                                                          <w:divBdr>
                                                            <w:top w:val="none" w:sz="0" w:space="0" w:color="auto"/>
                                                            <w:left w:val="none" w:sz="0" w:space="0" w:color="auto"/>
                                                            <w:bottom w:val="none" w:sz="0" w:space="0" w:color="auto"/>
                                                            <w:right w:val="none" w:sz="0" w:space="0" w:color="auto"/>
                                                          </w:divBdr>
                                                          <w:divsChild>
                                                            <w:div w:id="650908653">
                                                              <w:marLeft w:val="0"/>
                                                              <w:marRight w:val="0"/>
                                                              <w:marTop w:val="0"/>
                                                              <w:marBottom w:val="0"/>
                                                              <w:divBdr>
                                                                <w:top w:val="none" w:sz="0" w:space="0" w:color="auto"/>
                                                                <w:left w:val="none" w:sz="0" w:space="0" w:color="auto"/>
                                                                <w:bottom w:val="none" w:sz="0" w:space="0" w:color="auto"/>
                                                                <w:right w:val="none" w:sz="0" w:space="0" w:color="auto"/>
                                                              </w:divBdr>
                                                            </w:div>
                                                            <w:div w:id="1893495633">
                                                              <w:marLeft w:val="0"/>
                                                              <w:marRight w:val="0"/>
                                                              <w:marTop w:val="0"/>
                                                              <w:marBottom w:val="0"/>
                                                              <w:divBdr>
                                                                <w:top w:val="none" w:sz="0" w:space="0" w:color="auto"/>
                                                                <w:left w:val="none" w:sz="0" w:space="0" w:color="auto"/>
                                                                <w:bottom w:val="none" w:sz="0" w:space="0" w:color="auto"/>
                                                                <w:right w:val="none" w:sz="0" w:space="0" w:color="auto"/>
                                                              </w:divBdr>
                                                            </w:div>
                                                            <w:div w:id="244609884">
                                                              <w:marLeft w:val="0"/>
                                                              <w:marRight w:val="0"/>
                                                              <w:marTop w:val="0"/>
                                                              <w:marBottom w:val="0"/>
                                                              <w:divBdr>
                                                                <w:top w:val="none" w:sz="0" w:space="0" w:color="auto"/>
                                                                <w:left w:val="none" w:sz="0" w:space="0" w:color="auto"/>
                                                                <w:bottom w:val="none" w:sz="0" w:space="0" w:color="auto"/>
                                                                <w:right w:val="none" w:sz="0" w:space="0" w:color="auto"/>
                                                              </w:divBdr>
                                                            </w:div>
                                                            <w:div w:id="1320232155">
                                                              <w:marLeft w:val="0"/>
                                                              <w:marRight w:val="0"/>
                                                              <w:marTop w:val="0"/>
                                                              <w:marBottom w:val="0"/>
                                                              <w:divBdr>
                                                                <w:top w:val="none" w:sz="0" w:space="0" w:color="auto"/>
                                                                <w:left w:val="none" w:sz="0" w:space="0" w:color="auto"/>
                                                                <w:bottom w:val="none" w:sz="0" w:space="0" w:color="auto"/>
                                                                <w:right w:val="none" w:sz="0" w:space="0" w:color="auto"/>
                                                              </w:divBdr>
                                                              <w:divsChild>
                                                                <w:div w:id="528766213">
                                                                  <w:marLeft w:val="0"/>
                                                                  <w:marRight w:val="0"/>
                                                                  <w:marTop w:val="0"/>
                                                                  <w:marBottom w:val="0"/>
                                                                  <w:divBdr>
                                                                    <w:top w:val="none" w:sz="0" w:space="0" w:color="auto"/>
                                                                    <w:left w:val="none" w:sz="0" w:space="0" w:color="auto"/>
                                                                    <w:bottom w:val="none" w:sz="0" w:space="0" w:color="auto"/>
                                                                    <w:right w:val="none" w:sz="0" w:space="0" w:color="auto"/>
                                                                  </w:divBdr>
                                                                  <w:divsChild>
                                                                    <w:div w:id="1543522156">
                                                                      <w:marLeft w:val="0"/>
                                                                      <w:marRight w:val="0"/>
                                                                      <w:marTop w:val="0"/>
                                                                      <w:marBottom w:val="0"/>
                                                                      <w:divBdr>
                                                                        <w:top w:val="none" w:sz="0" w:space="0" w:color="auto"/>
                                                                        <w:left w:val="none" w:sz="0" w:space="0" w:color="auto"/>
                                                                        <w:bottom w:val="none" w:sz="0" w:space="0" w:color="auto"/>
                                                                        <w:right w:val="none" w:sz="0" w:space="0" w:color="auto"/>
                                                                      </w:divBdr>
                                                                      <w:divsChild>
                                                                        <w:div w:id="128904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0518778">
                          <w:marLeft w:val="0"/>
                          <w:marRight w:val="0"/>
                          <w:marTop w:val="0"/>
                          <w:marBottom w:val="0"/>
                          <w:divBdr>
                            <w:top w:val="none" w:sz="0" w:space="0" w:color="auto"/>
                            <w:left w:val="none" w:sz="0" w:space="0" w:color="auto"/>
                            <w:bottom w:val="none" w:sz="0" w:space="0" w:color="auto"/>
                            <w:right w:val="none" w:sz="0" w:space="0" w:color="auto"/>
                          </w:divBdr>
                          <w:divsChild>
                            <w:div w:id="1284192603">
                              <w:marLeft w:val="0"/>
                              <w:marRight w:val="0"/>
                              <w:marTop w:val="0"/>
                              <w:marBottom w:val="0"/>
                              <w:divBdr>
                                <w:top w:val="none" w:sz="0" w:space="0" w:color="auto"/>
                                <w:left w:val="none" w:sz="0" w:space="0" w:color="auto"/>
                                <w:bottom w:val="none" w:sz="0" w:space="0" w:color="auto"/>
                                <w:right w:val="none" w:sz="0" w:space="0" w:color="auto"/>
                              </w:divBdr>
                              <w:divsChild>
                                <w:div w:id="1007902178">
                                  <w:marLeft w:val="0"/>
                                  <w:marRight w:val="0"/>
                                  <w:marTop w:val="0"/>
                                  <w:marBottom w:val="0"/>
                                  <w:divBdr>
                                    <w:top w:val="none" w:sz="0" w:space="0" w:color="auto"/>
                                    <w:left w:val="none" w:sz="0" w:space="0" w:color="auto"/>
                                    <w:bottom w:val="none" w:sz="0" w:space="0" w:color="auto"/>
                                    <w:right w:val="none" w:sz="0" w:space="0" w:color="auto"/>
                                  </w:divBdr>
                                  <w:divsChild>
                                    <w:div w:id="1807045736">
                                      <w:marLeft w:val="0"/>
                                      <w:marRight w:val="0"/>
                                      <w:marTop w:val="0"/>
                                      <w:marBottom w:val="0"/>
                                      <w:divBdr>
                                        <w:top w:val="none" w:sz="0" w:space="0" w:color="auto"/>
                                        <w:left w:val="none" w:sz="0" w:space="0" w:color="auto"/>
                                        <w:bottom w:val="none" w:sz="0" w:space="0" w:color="auto"/>
                                        <w:right w:val="none" w:sz="0" w:space="0" w:color="auto"/>
                                      </w:divBdr>
                                      <w:divsChild>
                                        <w:div w:id="924461408">
                                          <w:marLeft w:val="0"/>
                                          <w:marRight w:val="0"/>
                                          <w:marTop w:val="0"/>
                                          <w:marBottom w:val="0"/>
                                          <w:divBdr>
                                            <w:top w:val="none" w:sz="0" w:space="0" w:color="auto"/>
                                            <w:left w:val="none" w:sz="0" w:space="0" w:color="auto"/>
                                            <w:bottom w:val="none" w:sz="0" w:space="0" w:color="auto"/>
                                            <w:right w:val="none" w:sz="0" w:space="0" w:color="auto"/>
                                          </w:divBdr>
                                          <w:divsChild>
                                            <w:div w:id="744767247">
                                              <w:marLeft w:val="0"/>
                                              <w:marRight w:val="0"/>
                                              <w:marTop w:val="0"/>
                                              <w:marBottom w:val="0"/>
                                              <w:divBdr>
                                                <w:top w:val="none" w:sz="0" w:space="0" w:color="auto"/>
                                                <w:left w:val="none" w:sz="0" w:space="0" w:color="auto"/>
                                                <w:bottom w:val="none" w:sz="0" w:space="0" w:color="auto"/>
                                                <w:right w:val="none" w:sz="0" w:space="0" w:color="auto"/>
                                              </w:divBdr>
                                              <w:divsChild>
                                                <w:div w:id="524442068">
                                                  <w:marLeft w:val="0"/>
                                                  <w:marRight w:val="0"/>
                                                  <w:marTop w:val="0"/>
                                                  <w:marBottom w:val="0"/>
                                                  <w:divBdr>
                                                    <w:top w:val="none" w:sz="0" w:space="0" w:color="auto"/>
                                                    <w:left w:val="none" w:sz="0" w:space="0" w:color="auto"/>
                                                    <w:bottom w:val="none" w:sz="0" w:space="0" w:color="auto"/>
                                                    <w:right w:val="none" w:sz="0" w:space="0" w:color="auto"/>
                                                  </w:divBdr>
                                                  <w:divsChild>
                                                    <w:div w:id="90393035">
                                                      <w:marLeft w:val="0"/>
                                                      <w:marRight w:val="0"/>
                                                      <w:marTop w:val="0"/>
                                                      <w:marBottom w:val="0"/>
                                                      <w:divBdr>
                                                        <w:top w:val="none" w:sz="0" w:space="0" w:color="auto"/>
                                                        <w:left w:val="none" w:sz="0" w:space="0" w:color="auto"/>
                                                        <w:bottom w:val="none" w:sz="0" w:space="0" w:color="auto"/>
                                                        <w:right w:val="none" w:sz="0" w:space="0" w:color="auto"/>
                                                      </w:divBdr>
                                                      <w:divsChild>
                                                        <w:div w:id="1626079749">
                                                          <w:marLeft w:val="0"/>
                                                          <w:marRight w:val="0"/>
                                                          <w:marTop w:val="0"/>
                                                          <w:marBottom w:val="0"/>
                                                          <w:divBdr>
                                                            <w:top w:val="none" w:sz="0" w:space="0" w:color="auto"/>
                                                            <w:left w:val="none" w:sz="0" w:space="0" w:color="auto"/>
                                                            <w:bottom w:val="none" w:sz="0" w:space="0" w:color="auto"/>
                                                            <w:right w:val="none" w:sz="0" w:space="0" w:color="auto"/>
                                                          </w:divBdr>
                                                          <w:divsChild>
                                                            <w:div w:id="29040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9281704">
                          <w:marLeft w:val="0"/>
                          <w:marRight w:val="0"/>
                          <w:marTop w:val="0"/>
                          <w:marBottom w:val="0"/>
                          <w:divBdr>
                            <w:top w:val="none" w:sz="0" w:space="0" w:color="auto"/>
                            <w:left w:val="none" w:sz="0" w:space="0" w:color="auto"/>
                            <w:bottom w:val="none" w:sz="0" w:space="0" w:color="auto"/>
                            <w:right w:val="none" w:sz="0" w:space="0" w:color="auto"/>
                          </w:divBdr>
                          <w:divsChild>
                            <w:div w:id="1225213303">
                              <w:marLeft w:val="0"/>
                              <w:marRight w:val="0"/>
                              <w:marTop w:val="0"/>
                              <w:marBottom w:val="0"/>
                              <w:divBdr>
                                <w:top w:val="none" w:sz="0" w:space="0" w:color="auto"/>
                                <w:left w:val="none" w:sz="0" w:space="0" w:color="auto"/>
                                <w:bottom w:val="none" w:sz="0" w:space="0" w:color="auto"/>
                                <w:right w:val="none" w:sz="0" w:space="0" w:color="auto"/>
                              </w:divBdr>
                              <w:divsChild>
                                <w:div w:id="1198590558">
                                  <w:marLeft w:val="0"/>
                                  <w:marRight w:val="0"/>
                                  <w:marTop w:val="0"/>
                                  <w:marBottom w:val="0"/>
                                  <w:divBdr>
                                    <w:top w:val="none" w:sz="0" w:space="0" w:color="auto"/>
                                    <w:left w:val="none" w:sz="0" w:space="0" w:color="auto"/>
                                    <w:bottom w:val="none" w:sz="0" w:space="0" w:color="auto"/>
                                    <w:right w:val="none" w:sz="0" w:space="0" w:color="auto"/>
                                  </w:divBdr>
                                  <w:divsChild>
                                    <w:div w:id="938876411">
                                      <w:marLeft w:val="0"/>
                                      <w:marRight w:val="0"/>
                                      <w:marTop w:val="0"/>
                                      <w:marBottom w:val="0"/>
                                      <w:divBdr>
                                        <w:top w:val="none" w:sz="0" w:space="0" w:color="auto"/>
                                        <w:left w:val="none" w:sz="0" w:space="0" w:color="auto"/>
                                        <w:bottom w:val="none" w:sz="0" w:space="0" w:color="auto"/>
                                        <w:right w:val="none" w:sz="0" w:space="0" w:color="auto"/>
                                      </w:divBdr>
                                      <w:divsChild>
                                        <w:div w:id="894462678">
                                          <w:marLeft w:val="0"/>
                                          <w:marRight w:val="0"/>
                                          <w:marTop w:val="0"/>
                                          <w:marBottom w:val="0"/>
                                          <w:divBdr>
                                            <w:top w:val="none" w:sz="0" w:space="0" w:color="auto"/>
                                            <w:left w:val="none" w:sz="0" w:space="0" w:color="auto"/>
                                            <w:bottom w:val="none" w:sz="0" w:space="0" w:color="auto"/>
                                            <w:right w:val="none" w:sz="0" w:space="0" w:color="auto"/>
                                          </w:divBdr>
                                          <w:divsChild>
                                            <w:div w:id="949355401">
                                              <w:marLeft w:val="0"/>
                                              <w:marRight w:val="0"/>
                                              <w:marTop w:val="0"/>
                                              <w:marBottom w:val="0"/>
                                              <w:divBdr>
                                                <w:top w:val="none" w:sz="0" w:space="0" w:color="auto"/>
                                                <w:left w:val="none" w:sz="0" w:space="0" w:color="auto"/>
                                                <w:bottom w:val="none" w:sz="0" w:space="0" w:color="auto"/>
                                                <w:right w:val="none" w:sz="0" w:space="0" w:color="auto"/>
                                              </w:divBdr>
                                              <w:divsChild>
                                                <w:div w:id="495536212">
                                                  <w:marLeft w:val="0"/>
                                                  <w:marRight w:val="0"/>
                                                  <w:marTop w:val="0"/>
                                                  <w:marBottom w:val="0"/>
                                                  <w:divBdr>
                                                    <w:top w:val="none" w:sz="0" w:space="0" w:color="auto"/>
                                                    <w:left w:val="none" w:sz="0" w:space="0" w:color="auto"/>
                                                    <w:bottom w:val="none" w:sz="0" w:space="0" w:color="auto"/>
                                                    <w:right w:val="none" w:sz="0" w:space="0" w:color="auto"/>
                                                  </w:divBdr>
                                                </w:div>
                                                <w:div w:id="747994439">
                                                  <w:marLeft w:val="0"/>
                                                  <w:marRight w:val="0"/>
                                                  <w:marTop w:val="0"/>
                                                  <w:marBottom w:val="0"/>
                                                  <w:divBdr>
                                                    <w:top w:val="none" w:sz="0" w:space="0" w:color="auto"/>
                                                    <w:left w:val="none" w:sz="0" w:space="0" w:color="auto"/>
                                                    <w:bottom w:val="none" w:sz="0" w:space="0" w:color="auto"/>
                                                    <w:right w:val="none" w:sz="0" w:space="0" w:color="auto"/>
                                                  </w:divBdr>
                                                  <w:divsChild>
                                                    <w:div w:id="397943835">
                                                      <w:marLeft w:val="0"/>
                                                      <w:marRight w:val="0"/>
                                                      <w:marTop w:val="0"/>
                                                      <w:marBottom w:val="0"/>
                                                      <w:divBdr>
                                                        <w:top w:val="none" w:sz="0" w:space="0" w:color="auto"/>
                                                        <w:left w:val="none" w:sz="0" w:space="0" w:color="auto"/>
                                                        <w:bottom w:val="none" w:sz="0" w:space="0" w:color="auto"/>
                                                        <w:right w:val="none" w:sz="0" w:space="0" w:color="auto"/>
                                                      </w:divBdr>
                                                      <w:divsChild>
                                                        <w:div w:id="503937787">
                                                          <w:marLeft w:val="0"/>
                                                          <w:marRight w:val="0"/>
                                                          <w:marTop w:val="0"/>
                                                          <w:marBottom w:val="0"/>
                                                          <w:divBdr>
                                                            <w:top w:val="none" w:sz="0" w:space="0" w:color="auto"/>
                                                            <w:left w:val="none" w:sz="0" w:space="0" w:color="auto"/>
                                                            <w:bottom w:val="none" w:sz="0" w:space="0" w:color="auto"/>
                                                            <w:right w:val="none" w:sz="0" w:space="0" w:color="auto"/>
                                                          </w:divBdr>
                                                          <w:divsChild>
                                                            <w:div w:id="1694070176">
                                                              <w:marLeft w:val="0"/>
                                                              <w:marRight w:val="0"/>
                                                              <w:marTop w:val="0"/>
                                                              <w:marBottom w:val="0"/>
                                                              <w:divBdr>
                                                                <w:top w:val="none" w:sz="0" w:space="0" w:color="auto"/>
                                                                <w:left w:val="none" w:sz="0" w:space="0" w:color="auto"/>
                                                                <w:bottom w:val="none" w:sz="0" w:space="0" w:color="auto"/>
                                                                <w:right w:val="none" w:sz="0" w:space="0" w:color="auto"/>
                                                              </w:divBdr>
                                                            </w:div>
                                                            <w:div w:id="386034065">
                                                              <w:marLeft w:val="0"/>
                                                              <w:marRight w:val="0"/>
                                                              <w:marTop w:val="0"/>
                                                              <w:marBottom w:val="0"/>
                                                              <w:divBdr>
                                                                <w:top w:val="none" w:sz="0" w:space="0" w:color="auto"/>
                                                                <w:left w:val="none" w:sz="0" w:space="0" w:color="auto"/>
                                                                <w:bottom w:val="none" w:sz="0" w:space="0" w:color="auto"/>
                                                                <w:right w:val="none" w:sz="0" w:space="0" w:color="auto"/>
                                                              </w:divBdr>
                                                            </w:div>
                                                            <w:div w:id="381943965">
                                                              <w:marLeft w:val="0"/>
                                                              <w:marRight w:val="0"/>
                                                              <w:marTop w:val="0"/>
                                                              <w:marBottom w:val="0"/>
                                                              <w:divBdr>
                                                                <w:top w:val="none" w:sz="0" w:space="0" w:color="auto"/>
                                                                <w:left w:val="none" w:sz="0" w:space="0" w:color="auto"/>
                                                                <w:bottom w:val="none" w:sz="0" w:space="0" w:color="auto"/>
                                                                <w:right w:val="none" w:sz="0" w:space="0" w:color="auto"/>
                                                              </w:divBdr>
                                                            </w:div>
                                                            <w:div w:id="574054034">
                                                              <w:marLeft w:val="0"/>
                                                              <w:marRight w:val="0"/>
                                                              <w:marTop w:val="0"/>
                                                              <w:marBottom w:val="0"/>
                                                              <w:divBdr>
                                                                <w:top w:val="none" w:sz="0" w:space="0" w:color="auto"/>
                                                                <w:left w:val="none" w:sz="0" w:space="0" w:color="auto"/>
                                                                <w:bottom w:val="none" w:sz="0" w:space="0" w:color="auto"/>
                                                                <w:right w:val="none" w:sz="0" w:space="0" w:color="auto"/>
                                                              </w:divBdr>
                                                              <w:divsChild>
                                                                <w:div w:id="2003467457">
                                                                  <w:marLeft w:val="0"/>
                                                                  <w:marRight w:val="0"/>
                                                                  <w:marTop w:val="0"/>
                                                                  <w:marBottom w:val="0"/>
                                                                  <w:divBdr>
                                                                    <w:top w:val="none" w:sz="0" w:space="0" w:color="auto"/>
                                                                    <w:left w:val="none" w:sz="0" w:space="0" w:color="auto"/>
                                                                    <w:bottom w:val="none" w:sz="0" w:space="0" w:color="auto"/>
                                                                    <w:right w:val="none" w:sz="0" w:space="0" w:color="auto"/>
                                                                  </w:divBdr>
                                                                  <w:divsChild>
                                                                    <w:div w:id="968628699">
                                                                      <w:marLeft w:val="0"/>
                                                                      <w:marRight w:val="0"/>
                                                                      <w:marTop w:val="0"/>
                                                                      <w:marBottom w:val="0"/>
                                                                      <w:divBdr>
                                                                        <w:top w:val="none" w:sz="0" w:space="0" w:color="auto"/>
                                                                        <w:left w:val="none" w:sz="0" w:space="0" w:color="auto"/>
                                                                        <w:bottom w:val="none" w:sz="0" w:space="0" w:color="auto"/>
                                                                        <w:right w:val="none" w:sz="0" w:space="0" w:color="auto"/>
                                                                      </w:divBdr>
                                                                      <w:divsChild>
                                                                        <w:div w:id="35785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5881546">
                          <w:marLeft w:val="0"/>
                          <w:marRight w:val="0"/>
                          <w:marTop w:val="0"/>
                          <w:marBottom w:val="0"/>
                          <w:divBdr>
                            <w:top w:val="none" w:sz="0" w:space="0" w:color="auto"/>
                            <w:left w:val="none" w:sz="0" w:space="0" w:color="auto"/>
                            <w:bottom w:val="none" w:sz="0" w:space="0" w:color="auto"/>
                            <w:right w:val="none" w:sz="0" w:space="0" w:color="auto"/>
                          </w:divBdr>
                          <w:divsChild>
                            <w:div w:id="1039234583">
                              <w:marLeft w:val="0"/>
                              <w:marRight w:val="0"/>
                              <w:marTop w:val="0"/>
                              <w:marBottom w:val="0"/>
                              <w:divBdr>
                                <w:top w:val="none" w:sz="0" w:space="0" w:color="auto"/>
                                <w:left w:val="none" w:sz="0" w:space="0" w:color="auto"/>
                                <w:bottom w:val="none" w:sz="0" w:space="0" w:color="auto"/>
                                <w:right w:val="none" w:sz="0" w:space="0" w:color="auto"/>
                              </w:divBdr>
                              <w:divsChild>
                                <w:div w:id="210966488">
                                  <w:marLeft w:val="0"/>
                                  <w:marRight w:val="0"/>
                                  <w:marTop w:val="0"/>
                                  <w:marBottom w:val="0"/>
                                  <w:divBdr>
                                    <w:top w:val="none" w:sz="0" w:space="0" w:color="auto"/>
                                    <w:left w:val="none" w:sz="0" w:space="0" w:color="auto"/>
                                    <w:bottom w:val="none" w:sz="0" w:space="0" w:color="auto"/>
                                    <w:right w:val="none" w:sz="0" w:space="0" w:color="auto"/>
                                  </w:divBdr>
                                  <w:divsChild>
                                    <w:div w:id="212081079">
                                      <w:marLeft w:val="0"/>
                                      <w:marRight w:val="0"/>
                                      <w:marTop w:val="0"/>
                                      <w:marBottom w:val="0"/>
                                      <w:divBdr>
                                        <w:top w:val="none" w:sz="0" w:space="0" w:color="auto"/>
                                        <w:left w:val="none" w:sz="0" w:space="0" w:color="auto"/>
                                        <w:bottom w:val="none" w:sz="0" w:space="0" w:color="auto"/>
                                        <w:right w:val="none" w:sz="0" w:space="0" w:color="auto"/>
                                      </w:divBdr>
                                      <w:divsChild>
                                        <w:div w:id="2078823347">
                                          <w:marLeft w:val="0"/>
                                          <w:marRight w:val="0"/>
                                          <w:marTop w:val="0"/>
                                          <w:marBottom w:val="0"/>
                                          <w:divBdr>
                                            <w:top w:val="none" w:sz="0" w:space="0" w:color="auto"/>
                                            <w:left w:val="none" w:sz="0" w:space="0" w:color="auto"/>
                                            <w:bottom w:val="none" w:sz="0" w:space="0" w:color="auto"/>
                                            <w:right w:val="none" w:sz="0" w:space="0" w:color="auto"/>
                                          </w:divBdr>
                                          <w:divsChild>
                                            <w:div w:id="322126552">
                                              <w:marLeft w:val="0"/>
                                              <w:marRight w:val="0"/>
                                              <w:marTop w:val="0"/>
                                              <w:marBottom w:val="0"/>
                                              <w:divBdr>
                                                <w:top w:val="none" w:sz="0" w:space="0" w:color="auto"/>
                                                <w:left w:val="none" w:sz="0" w:space="0" w:color="auto"/>
                                                <w:bottom w:val="none" w:sz="0" w:space="0" w:color="auto"/>
                                                <w:right w:val="none" w:sz="0" w:space="0" w:color="auto"/>
                                              </w:divBdr>
                                              <w:divsChild>
                                                <w:div w:id="882711835">
                                                  <w:marLeft w:val="0"/>
                                                  <w:marRight w:val="0"/>
                                                  <w:marTop w:val="0"/>
                                                  <w:marBottom w:val="0"/>
                                                  <w:divBdr>
                                                    <w:top w:val="none" w:sz="0" w:space="0" w:color="auto"/>
                                                    <w:left w:val="none" w:sz="0" w:space="0" w:color="auto"/>
                                                    <w:bottom w:val="none" w:sz="0" w:space="0" w:color="auto"/>
                                                    <w:right w:val="none" w:sz="0" w:space="0" w:color="auto"/>
                                                  </w:divBdr>
                                                  <w:divsChild>
                                                    <w:div w:id="1532110331">
                                                      <w:marLeft w:val="0"/>
                                                      <w:marRight w:val="0"/>
                                                      <w:marTop w:val="0"/>
                                                      <w:marBottom w:val="0"/>
                                                      <w:divBdr>
                                                        <w:top w:val="none" w:sz="0" w:space="0" w:color="auto"/>
                                                        <w:left w:val="none" w:sz="0" w:space="0" w:color="auto"/>
                                                        <w:bottom w:val="none" w:sz="0" w:space="0" w:color="auto"/>
                                                        <w:right w:val="none" w:sz="0" w:space="0" w:color="auto"/>
                                                      </w:divBdr>
                                                      <w:divsChild>
                                                        <w:div w:id="1561206869">
                                                          <w:marLeft w:val="0"/>
                                                          <w:marRight w:val="0"/>
                                                          <w:marTop w:val="0"/>
                                                          <w:marBottom w:val="0"/>
                                                          <w:divBdr>
                                                            <w:top w:val="none" w:sz="0" w:space="0" w:color="auto"/>
                                                            <w:left w:val="none" w:sz="0" w:space="0" w:color="auto"/>
                                                            <w:bottom w:val="none" w:sz="0" w:space="0" w:color="auto"/>
                                                            <w:right w:val="none" w:sz="0" w:space="0" w:color="auto"/>
                                                          </w:divBdr>
                                                          <w:divsChild>
                                                            <w:div w:id="20814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3207486">
                          <w:marLeft w:val="0"/>
                          <w:marRight w:val="0"/>
                          <w:marTop w:val="0"/>
                          <w:marBottom w:val="0"/>
                          <w:divBdr>
                            <w:top w:val="none" w:sz="0" w:space="0" w:color="auto"/>
                            <w:left w:val="none" w:sz="0" w:space="0" w:color="auto"/>
                            <w:bottom w:val="none" w:sz="0" w:space="0" w:color="auto"/>
                            <w:right w:val="none" w:sz="0" w:space="0" w:color="auto"/>
                          </w:divBdr>
                          <w:divsChild>
                            <w:div w:id="652414595">
                              <w:marLeft w:val="0"/>
                              <w:marRight w:val="0"/>
                              <w:marTop w:val="0"/>
                              <w:marBottom w:val="0"/>
                              <w:divBdr>
                                <w:top w:val="none" w:sz="0" w:space="0" w:color="auto"/>
                                <w:left w:val="none" w:sz="0" w:space="0" w:color="auto"/>
                                <w:bottom w:val="none" w:sz="0" w:space="0" w:color="auto"/>
                                <w:right w:val="none" w:sz="0" w:space="0" w:color="auto"/>
                              </w:divBdr>
                              <w:divsChild>
                                <w:div w:id="1323894795">
                                  <w:marLeft w:val="0"/>
                                  <w:marRight w:val="0"/>
                                  <w:marTop w:val="0"/>
                                  <w:marBottom w:val="0"/>
                                  <w:divBdr>
                                    <w:top w:val="none" w:sz="0" w:space="0" w:color="auto"/>
                                    <w:left w:val="none" w:sz="0" w:space="0" w:color="auto"/>
                                    <w:bottom w:val="none" w:sz="0" w:space="0" w:color="auto"/>
                                    <w:right w:val="none" w:sz="0" w:space="0" w:color="auto"/>
                                  </w:divBdr>
                                  <w:divsChild>
                                    <w:div w:id="1543589702">
                                      <w:marLeft w:val="0"/>
                                      <w:marRight w:val="0"/>
                                      <w:marTop w:val="0"/>
                                      <w:marBottom w:val="0"/>
                                      <w:divBdr>
                                        <w:top w:val="none" w:sz="0" w:space="0" w:color="auto"/>
                                        <w:left w:val="none" w:sz="0" w:space="0" w:color="auto"/>
                                        <w:bottom w:val="none" w:sz="0" w:space="0" w:color="auto"/>
                                        <w:right w:val="none" w:sz="0" w:space="0" w:color="auto"/>
                                      </w:divBdr>
                                      <w:divsChild>
                                        <w:div w:id="473454757">
                                          <w:marLeft w:val="0"/>
                                          <w:marRight w:val="0"/>
                                          <w:marTop w:val="0"/>
                                          <w:marBottom w:val="0"/>
                                          <w:divBdr>
                                            <w:top w:val="none" w:sz="0" w:space="0" w:color="auto"/>
                                            <w:left w:val="none" w:sz="0" w:space="0" w:color="auto"/>
                                            <w:bottom w:val="none" w:sz="0" w:space="0" w:color="auto"/>
                                            <w:right w:val="none" w:sz="0" w:space="0" w:color="auto"/>
                                          </w:divBdr>
                                          <w:divsChild>
                                            <w:div w:id="1697928142">
                                              <w:marLeft w:val="0"/>
                                              <w:marRight w:val="0"/>
                                              <w:marTop w:val="0"/>
                                              <w:marBottom w:val="0"/>
                                              <w:divBdr>
                                                <w:top w:val="none" w:sz="0" w:space="0" w:color="auto"/>
                                                <w:left w:val="none" w:sz="0" w:space="0" w:color="auto"/>
                                                <w:bottom w:val="none" w:sz="0" w:space="0" w:color="auto"/>
                                                <w:right w:val="none" w:sz="0" w:space="0" w:color="auto"/>
                                              </w:divBdr>
                                              <w:divsChild>
                                                <w:div w:id="1753500361">
                                                  <w:marLeft w:val="0"/>
                                                  <w:marRight w:val="0"/>
                                                  <w:marTop w:val="0"/>
                                                  <w:marBottom w:val="0"/>
                                                  <w:divBdr>
                                                    <w:top w:val="none" w:sz="0" w:space="0" w:color="auto"/>
                                                    <w:left w:val="none" w:sz="0" w:space="0" w:color="auto"/>
                                                    <w:bottom w:val="none" w:sz="0" w:space="0" w:color="auto"/>
                                                    <w:right w:val="none" w:sz="0" w:space="0" w:color="auto"/>
                                                  </w:divBdr>
                                                  <w:divsChild>
                                                    <w:div w:id="2003042647">
                                                      <w:marLeft w:val="0"/>
                                                      <w:marRight w:val="0"/>
                                                      <w:marTop w:val="0"/>
                                                      <w:marBottom w:val="0"/>
                                                      <w:divBdr>
                                                        <w:top w:val="none" w:sz="0" w:space="0" w:color="auto"/>
                                                        <w:left w:val="none" w:sz="0" w:space="0" w:color="auto"/>
                                                        <w:bottom w:val="none" w:sz="0" w:space="0" w:color="auto"/>
                                                        <w:right w:val="none" w:sz="0" w:space="0" w:color="auto"/>
                                                      </w:divBdr>
                                                    </w:div>
                                                  </w:divsChild>
                                                </w:div>
                                                <w:div w:id="88015288">
                                                  <w:marLeft w:val="0"/>
                                                  <w:marRight w:val="0"/>
                                                  <w:marTop w:val="0"/>
                                                  <w:marBottom w:val="0"/>
                                                  <w:divBdr>
                                                    <w:top w:val="none" w:sz="0" w:space="0" w:color="auto"/>
                                                    <w:left w:val="none" w:sz="0" w:space="0" w:color="auto"/>
                                                    <w:bottom w:val="none" w:sz="0" w:space="0" w:color="auto"/>
                                                    <w:right w:val="none" w:sz="0" w:space="0" w:color="auto"/>
                                                  </w:divBdr>
                                                  <w:divsChild>
                                                    <w:div w:id="400366954">
                                                      <w:marLeft w:val="0"/>
                                                      <w:marRight w:val="0"/>
                                                      <w:marTop w:val="0"/>
                                                      <w:marBottom w:val="0"/>
                                                      <w:divBdr>
                                                        <w:top w:val="none" w:sz="0" w:space="0" w:color="auto"/>
                                                        <w:left w:val="none" w:sz="0" w:space="0" w:color="auto"/>
                                                        <w:bottom w:val="none" w:sz="0" w:space="0" w:color="auto"/>
                                                        <w:right w:val="none" w:sz="0" w:space="0" w:color="auto"/>
                                                      </w:divBdr>
                                                      <w:divsChild>
                                                        <w:div w:id="1760984140">
                                                          <w:marLeft w:val="0"/>
                                                          <w:marRight w:val="0"/>
                                                          <w:marTop w:val="0"/>
                                                          <w:marBottom w:val="0"/>
                                                          <w:divBdr>
                                                            <w:top w:val="none" w:sz="0" w:space="0" w:color="auto"/>
                                                            <w:left w:val="none" w:sz="0" w:space="0" w:color="auto"/>
                                                            <w:bottom w:val="none" w:sz="0" w:space="0" w:color="auto"/>
                                                            <w:right w:val="none" w:sz="0" w:space="0" w:color="auto"/>
                                                          </w:divBdr>
                                                          <w:divsChild>
                                                            <w:div w:id="1918661833">
                                                              <w:marLeft w:val="0"/>
                                                              <w:marRight w:val="0"/>
                                                              <w:marTop w:val="0"/>
                                                              <w:marBottom w:val="0"/>
                                                              <w:divBdr>
                                                                <w:top w:val="none" w:sz="0" w:space="0" w:color="auto"/>
                                                                <w:left w:val="none" w:sz="0" w:space="0" w:color="auto"/>
                                                                <w:bottom w:val="none" w:sz="0" w:space="0" w:color="auto"/>
                                                                <w:right w:val="none" w:sz="0" w:space="0" w:color="auto"/>
                                                              </w:divBdr>
                                                              <w:divsChild>
                                                                <w:div w:id="59247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2647107">
                          <w:marLeft w:val="0"/>
                          <w:marRight w:val="0"/>
                          <w:marTop w:val="0"/>
                          <w:marBottom w:val="0"/>
                          <w:divBdr>
                            <w:top w:val="none" w:sz="0" w:space="0" w:color="auto"/>
                            <w:left w:val="none" w:sz="0" w:space="0" w:color="auto"/>
                            <w:bottom w:val="none" w:sz="0" w:space="0" w:color="auto"/>
                            <w:right w:val="none" w:sz="0" w:space="0" w:color="auto"/>
                          </w:divBdr>
                          <w:divsChild>
                            <w:div w:id="192813247">
                              <w:marLeft w:val="0"/>
                              <w:marRight w:val="0"/>
                              <w:marTop w:val="0"/>
                              <w:marBottom w:val="0"/>
                              <w:divBdr>
                                <w:top w:val="none" w:sz="0" w:space="0" w:color="auto"/>
                                <w:left w:val="none" w:sz="0" w:space="0" w:color="auto"/>
                                <w:bottom w:val="none" w:sz="0" w:space="0" w:color="auto"/>
                                <w:right w:val="none" w:sz="0" w:space="0" w:color="auto"/>
                              </w:divBdr>
                              <w:divsChild>
                                <w:div w:id="57750645">
                                  <w:marLeft w:val="0"/>
                                  <w:marRight w:val="0"/>
                                  <w:marTop w:val="0"/>
                                  <w:marBottom w:val="0"/>
                                  <w:divBdr>
                                    <w:top w:val="none" w:sz="0" w:space="0" w:color="auto"/>
                                    <w:left w:val="none" w:sz="0" w:space="0" w:color="auto"/>
                                    <w:bottom w:val="none" w:sz="0" w:space="0" w:color="auto"/>
                                    <w:right w:val="none" w:sz="0" w:space="0" w:color="auto"/>
                                  </w:divBdr>
                                  <w:divsChild>
                                    <w:div w:id="533273729">
                                      <w:marLeft w:val="0"/>
                                      <w:marRight w:val="0"/>
                                      <w:marTop w:val="0"/>
                                      <w:marBottom w:val="0"/>
                                      <w:divBdr>
                                        <w:top w:val="none" w:sz="0" w:space="0" w:color="auto"/>
                                        <w:left w:val="none" w:sz="0" w:space="0" w:color="auto"/>
                                        <w:bottom w:val="none" w:sz="0" w:space="0" w:color="auto"/>
                                        <w:right w:val="none" w:sz="0" w:space="0" w:color="auto"/>
                                      </w:divBdr>
                                      <w:divsChild>
                                        <w:div w:id="1739017425">
                                          <w:marLeft w:val="0"/>
                                          <w:marRight w:val="0"/>
                                          <w:marTop w:val="0"/>
                                          <w:marBottom w:val="0"/>
                                          <w:divBdr>
                                            <w:top w:val="none" w:sz="0" w:space="0" w:color="auto"/>
                                            <w:left w:val="none" w:sz="0" w:space="0" w:color="auto"/>
                                            <w:bottom w:val="none" w:sz="0" w:space="0" w:color="auto"/>
                                            <w:right w:val="none" w:sz="0" w:space="0" w:color="auto"/>
                                          </w:divBdr>
                                          <w:divsChild>
                                            <w:div w:id="967050009">
                                              <w:marLeft w:val="0"/>
                                              <w:marRight w:val="0"/>
                                              <w:marTop w:val="0"/>
                                              <w:marBottom w:val="0"/>
                                              <w:divBdr>
                                                <w:top w:val="none" w:sz="0" w:space="0" w:color="auto"/>
                                                <w:left w:val="none" w:sz="0" w:space="0" w:color="auto"/>
                                                <w:bottom w:val="none" w:sz="0" w:space="0" w:color="auto"/>
                                                <w:right w:val="none" w:sz="0" w:space="0" w:color="auto"/>
                                              </w:divBdr>
                                              <w:divsChild>
                                                <w:div w:id="1687634426">
                                                  <w:marLeft w:val="0"/>
                                                  <w:marRight w:val="0"/>
                                                  <w:marTop w:val="0"/>
                                                  <w:marBottom w:val="0"/>
                                                  <w:divBdr>
                                                    <w:top w:val="none" w:sz="0" w:space="0" w:color="auto"/>
                                                    <w:left w:val="none" w:sz="0" w:space="0" w:color="auto"/>
                                                    <w:bottom w:val="none" w:sz="0" w:space="0" w:color="auto"/>
                                                    <w:right w:val="none" w:sz="0" w:space="0" w:color="auto"/>
                                                  </w:divBdr>
                                                  <w:divsChild>
                                                    <w:div w:id="290747046">
                                                      <w:marLeft w:val="0"/>
                                                      <w:marRight w:val="0"/>
                                                      <w:marTop w:val="0"/>
                                                      <w:marBottom w:val="0"/>
                                                      <w:divBdr>
                                                        <w:top w:val="none" w:sz="0" w:space="0" w:color="auto"/>
                                                        <w:left w:val="none" w:sz="0" w:space="0" w:color="auto"/>
                                                        <w:bottom w:val="none" w:sz="0" w:space="0" w:color="auto"/>
                                                        <w:right w:val="none" w:sz="0" w:space="0" w:color="auto"/>
                                                      </w:divBdr>
                                                      <w:divsChild>
                                                        <w:div w:id="1201241751">
                                                          <w:marLeft w:val="0"/>
                                                          <w:marRight w:val="0"/>
                                                          <w:marTop w:val="0"/>
                                                          <w:marBottom w:val="0"/>
                                                          <w:divBdr>
                                                            <w:top w:val="none" w:sz="0" w:space="0" w:color="auto"/>
                                                            <w:left w:val="none" w:sz="0" w:space="0" w:color="auto"/>
                                                            <w:bottom w:val="none" w:sz="0" w:space="0" w:color="auto"/>
                                                            <w:right w:val="none" w:sz="0" w:space="0" w:color="auto"/>
                                                          </w:divBdr>
                                                          <w:divsChild>
                                                            <w:div w:id="61807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431584">
                          <w:marLeft w:val="0"/>
                          <w:marRight w:val="0"/>
                          <w:marTop w:val="0"/>
                          <w:marBottom w:val="0"/>
                          <w:divBdr>
                            <w:top w:val="none" w:sz="0" w:space="0" w:color="auto"/>
                            <w:left w:val="none" w:sz="0" w:space="0" w:color="auto"/>
                            <w:bottom w:val="none" w:sz="0" w:space="0" w:color="auto"/>
                            <w:right w:val="none" w:sz="0" w:space="0" w:color="auto"/>
                          </w:divBdr>
                          <w:divsChild>
                            <w:div w:id="539703058">
                              <w:marLeft w:val="0"/>
                              <w:marRight w:val="0"/>
                              <w:marTop w:val="0"/>
                              <w:marBottom w:val="0"/>
                              <w:divBdr>
                                <w:top w:val="none" w:sz="0" w:space="0" w:color="auto"/>
                                <w:left w:val="none" w:sz="0" w:space="0" w:color="auto"/>
                                <w:bottom w:val="none" w:sz="0" w:space="0" w:color="auto"/>
                                <w:right w:val="none" w:sz="0" w:space="0" w:color="auto"/>
                              </w:divBdr>
                              <w:divsChild>
                                <w:div w:id="195849598">
                                  <w:marLeft w:val="0"/>
                                  <w:marRight w:val="0"/>
                                  <w:marTop w:val="0"/>
                                  <w:marBottom w:val="0"/>
                                  <w:divBdr>
                                    <w:top w:val="none" w:sz="0" w:space="0" w:color="auto"/>
                                    <w:left w:val="none" w:sz="0" w:space="0" w:color="auto"/>
                                    <w:bottom w:val="none" w:sz="0" w:space="0" w:color="auto"/>
                                    <w:right w:val="none" w:sz="0" w:space="0" w:color="auto"/>
                                  </w:divBdr>
                                  <w:divsChild>
                                    <w:div w:id="1476139787">
                                      <w:marLeft w:val="0"/>
                                      <w:marRight w:val="0"/>
                                      <w:marTop w:val="0"/>
                                      <w:marBottom w:val="0"/>
                                      <w:divBdr>
                                        <w:top w:val="none" w:sz="0" w:space="0" w:color="auto"/>
                                        <w:left w:val="none" w:sz="0" w:space="0" w:color="auto"/>
                                        <w:bottom w:val="none" w:sz="0" w:space="0" w:color="auto"/>
                                        <w:right w:val="none" w:sz="0" w:space="0" w:color="auto"/>
                                      </w:divBdr>
                                      <w:divsChild>
                                        <w:div w:id="1070228065">
                                          <w:marLeft w:val="0"/>
                                          <w:marRight w:val="0"/>
                                          <w:marTop w:val="0"/>
                                          <w:marBottom w:val="0"/>
                                          <w:divBdr>
                                            <w:top w:val="none" w:sz="0" w:space="0" w:color="auto"/>
                                            <w:left w:val="none" w:sz="0" w:space="0" w:color="auto"/>
                                            <w:bottom w:val="none" w:sz="0" w:space="0" w:color="auto"/>
                                            <w:right w:val="none" w:sz="0" w:space="0" w:color="auto"/>
                                          </w:divBdr>
                                          <w:divsChild>
                                            <w:div w:id="1093208313">
                                              <w:marLeft w:val="0"/>
                                              <w:marRight w:val="0"/>
                                              <w:marTop w:val="0"/>
                                              <w:marBottom w:val="0"/>
                                              <w:divBdr>
                                                <w:top w:val="none" w:sz="0" w:space="0" w:color="auto"/>
                                                <w:left w:val="none" w:sz="0" w:space="0" w:color="auto"/>
                                                <w:bottom w:val="none" w:sz="0" w:space="0" w:color="auto"/>
                                                <w:right w:val="none" w:sz="0" w:space="0" w:color="auto"/>
                                              </w:divBdr>
                                              <w:divsChild>
                                                <w:div w:id="2050763552">
                                                  <w:marLeft w:val="0"/>
                                                  <w:marRight w:val="0"/>
                                                  <w:marTop w:val="0"/>
                                                  <w:marBottom w:val="0"/>
                                                  <w:divBdr>
                                                    <w:top w:val="none" w:sz="0" w:space="0" w:color="auto"/>
                                                    <w:left w:val="none" w:sz="0" w:space="0" w:color="auto"/>
                                                    <w:bottom w:val="none" w:sz="0" w:space="0" w:color="auto"/>
                                                    <w:right w:val="none" w:sz="0" w:space="0" w:color="auto"/>
                                                  </w:divBdr>
                                                </w:div>
                                                <w:div w:id="801965001">
                                                  <w:marLeft w:val="0"/>
                                                  <w:marRight w:val="0"/>
                                                  <w:marTop w:val="0"/>
                                                  <w:marBottom w:val="0"/>
                                                  <w:divBdr>
                                                    <w:top w:val="none" w:sz="0" w:space="0" w:color="auto"/>
                                                    <w:left w:val="none" w:sz="0" w:space="0" w:color="auto"/>
                                                    <w:bottom w:val="none" w:sz="0" w:space="0" w:color="auto"/>
                                                    <w:right w:val="none" w:sz="0" w:space="0" w:color="auto"/>
                                                  </w:divBdr>
                                                  <w:divsChild>
                                                    <w:div w:id="312025939">
                                                      <w:marLeft w:val="0"/>
                                                      <w:marRight w:val="0"/>
                                                      <w:marTop w:val="0"/>
                                                      <w:marBottom w:val="0"/>
                                                      <w:divBdr>
                                                        <w:top w:val="none" w:sz="0" w:space="0" w:color="auto"/>
                                                        <w:left w:val="none" w:sz="0" w:space="0" w:color="auto"/>
                                                        <w:bottom w:val="none" w:sz="0" w:space="0" w:color="auto"/>
                                                        <w:right w:val="none" w:sz="0" w:space="0" w:color="auto"/>
                                                      </w:divBdr>
                                                      <w:divsChild>
                                                        <w:div w:id="682777847">
                                                          <w:marLeft w:val="0"/>
                                                          <w:marRight w:val="0"/>
                                                          <w:marTop w:val="0"/>
                                                          <w:marBottom w:val="0"/>
                                                          <w:divBdr>
                                                            <w:top w:val="none" w:sz="0" w:space="0" w:color="auto"/>
                                                            <w:left w:val="none" w:sz="0" w:space="0" w:color="auto"/>
                                                            <w:bottom w:val="none" w:sz="0" w:space="0" w:color="auto"/>
                                                            <w:right w:val="none" w:sz="0" w:space="0" w:color="auto"/>
                                                          </w:divBdr>
                                                          <w:divsChild>
                                                            <w:div w:id="91628621">
                                                              <w:marLeft w:val="0"/>
                                                              <w:marRight w:val="0"/>
                                                              <w:marTop w:val="0"/>
                                                              <w:marBottom w:val="0"/>
                                                              <w:divBdr>
                                                                <w:top w:val="none" w:sz="0" w:space="0" w:color="auto"/>
                                                                <w:left w:val="none" w:sz="0" w:space="0" w:color="auto"/>
                                                                <w:bottom w:val="none" w:sz="0" w:space="0" w:color="auto"/>
                                                                <w:right w:val="none" w:sz="0" w:space="0" w:color="auto"/>
                                                              </w:divBdr>
                                                            </w:div>
                                                            <w:div w:id="1034159425">
                                                              <w:marLeft w:val="0"/>
                                                              <w:marRight w:val="0"/>
                                                              <w:marTop w:val="0"/>
                                                              <w:marBottom w:val="0"/>
                                                              <w:divBdr>
                                                                <w:top w:val="none" w:sz="0" w:space="0" w:color="auto"/>
                                                                <w:left w:val="none" w:sz="0" w:space="0" w:color="auto"/>
                                                                <w:bottom w:val="none" w:sz="0" w:space="0" w:color="auto"/>
                                                                <w:right w:val="none" w:sz="0" w:space="0" w:color="auto"/>
                                                              </w:divBdr>
                                                            </w:div>
                                                            <w:div w:id="173692757">
                                                              <w:marLeft w:val="0"/>
                                                              <w:marRight w:val="0"/>
                                                              <w:marTop w:val="0"/>
                                                              <w:marBottom w:val="0"/>
                                                              <w:divBdr>
                                                                <w:top w:val="none" w:sz="0" w:space="0" w:color="auto"/>
                                                                <w:left w:val="none" w:sz="0" w:space="0" w:color="auto"/>
                                                                <w:bottom w:val="none" w:sz="0" w:space="0" w:color="auto"/>
                                                                <w:right w:val="none" w:sz="0" w:space="0" w:color="auto"/>
                                                              </w:divBdr>
                                                            </w:div>
                                                            <w:div w:id="1613702197">
                                                              <w:marLeft w:val="0"/>
                                                              <w:marRight w:val="0"/>
                                                              <w:marTop w:val="0"/>
                                                              <w:marBottom w:val="0"/>
                                                              <w:divBdr>
                                                                <w:top w:val="none" w:sz="0" w:space="0" w:color="auto"/>
                                                                <w:left w:val="none" w:sz="0" w:space="0" w:color="auto"/>
                                                                <w:bottom w:val="none" w:sz="0" w:space="0" w:color="auto"/>
                                                                <w:right w:val="none" w:sz="0" w:space="0" w:color="auto"/>
                                                              </w:divBdr>
                                                              <w:divsChild>
                                                                <w:div w:id="678772543">
                                                                  <w:marLeft w:val="0"/>
                                                                  <w:marRight w:val="0"/>
                                                                  <w:marTop w:val="0"/>
                                                                  <w:marBottom w:val="0"/>
                                                                  <w:divBdr>
                                                                    <w:top w:val="none" w:sz="0" w:space="0" w:color="auto"/>
                                                                    <w:left w:val="none" w:sz="0" w:space="0" w:color="auto"/>
                                                                    <w:bottom w:val="none" w:sz="0" w:space="0" w:color="auto"/>
                                                                    <w:right w:val="none" w:sz="0" w:space="0" w:color="auto"/>
                                                                  </w:divBdr>
                                                                  <w:divsChild>
                                                                    <w:div w:id="1715150888">
                                                                      <w:marLeft w:val="0"/>
                                                                      <w:marRight w:val="0"/>
                                                                      <w:marTop w:val="0"/>
                                                                      <w:marBottom w:val="0"/>
                                                                      <w:divBdr>
                                                                        <w:top w:val="none" w:sz="0" w:space="0" w:color="auto"/>
                                                                        <w:left w:val="none" w:sz="0" w:space="0" w:color="auto"/>
                                                                        <w:bottom w:val="none" w:sz="0" w:space="0" w:color="auto"/>
                                                                        <w:right w:val="none" w:sz="0" w:space="0" w:color="auto"/>
                                                                      </w:divBdr>
                                                                      <w:divsChild>
                                                                        <w:div w:id="1253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2292443">
                          <w:marLeft w:val="0"/>
                          <w:marRight w:val="0"/>
                          <w:marTop w:val="0"/>
                          <w:marBottom w:val="0"/>
                          <w:divBdr>
                            <w:top w:val="none" w:sz="0" w:space="0" w:color="auto"/>
                            <w:left w:val="none" w:sz="0" w:space="0" w:color="auto"/>
                            <w:bottom w:val="none" w:sz="0" w:space="0" w:color="auto"/>
                            <w:right w:val="none" w:sz="0" w:space="0" w:color="auto"/>
                          </w:divBdr>
                          <w:divsChild>
                            <w:div w:id="1445887271">
                              <w:marLeft w:val="0"/>
                              <w:marRight w:val="0"/>
                              <w:marTop w:val="0"/>
                              <w:marBottom w:val="0"/>
                              <w:divBdr>
                                <w:top w:val="none" w:sz="0" w:space="0" w:color="auto"/>
                                <w:left w:val="none" w:sz="0" w:space="0" w:color="auto"/>
                                <w:bottom w:val="none" w:sz="0" w:space="0" w:color="auto"/>
                                <w:right w:val="none" w:sz="0" w:space="0" w:color="auto"/>
                              </w:divBdr>
                              <w:divsChild>
                                <w:div w:id="1578395327">
                                  <w:marLeft w:val="0"/>
                                  <w:marRight w:val="0"/>
                                  <w:marTop w:val="0"/>
                                  <w:marBottom w:val="0"/>
                                  <w:divBdr>
                                    <w:top w:val="none" w:sz="0" w:space="0" w:color="auto"/>
                                    <w:left w:val="none" w:sz="0" w:space="0" w:color="auto"/>
                                    <w:bottom w:val="none" w:sz="0" w:space="0" w:color="auto"/>
                                    <w:right w:val="none" w:sz="0" w:space="0" w:color="auto"/>
                                  </w:divBdr>
                                  <w:divsChild>
                                    <w:div w:id="1127431538">
                                      <w:marLeft w:val="0"/>
                                      <w:marRight w:val="0"/>
                                      <w:marTop w:val="0"/>
                                      <w:marBottom w:val="0"/>
                                      <w:divBdr>
                                        <w:top w:val="none" w:sz="0" w:space="0" w:color="auto"/>
                                        <w:left w:val="none" w:sz="0" w:space="0" w:color="auto"/>
                                        <w:bottom w:val="none" w:sz="0" w:space="0" w:color="auto"/>
                                        <w:right w:val="none" w:sz="0" w:space="0" w:color="auto"/>
                                      </w:divBdr>
                                      <w:divsChild>
                                        <w:div w:id="1041704944">
                                          <w:marLeft w:val="0"/>
                                          <w:marRight w:val="0"/>
                                          <w:marTop w:val="0"/>
                                          <w:marBottom w:val="0"/>
                                          <w:divBdr>
                                            <w:top w:val="none" w:sz="0" w:space="0" w:color="auto"/>
                                            <w:left w:val="none" w:sz="0" w:space="0" w:color="auto"/>
                                            <w:bottom w:val="none" w:sz="0" w:space="0" w:color="auto"/>
                                            <w:right w:val="none" w:sz="0" w:space="0" w:color="auto"/>
                                          </w:divBdr>
                                          <w:divsChild>
                                            <w:div w:id="1444375975">
                                              <w:marLeft w:val="0"/>
                                              <w:marRight w:val="0"/>
                                              <w:marTop w:val="0"/>
                                              <w:marBottom w:val="0"/>
                                              <w:divBdr>
                                                <w:top w:val="none" w:sz="0" w:space="0" w:color="auto"/>
                                                <w:left w:val="none" w:sz="0" w:space="0" w:color="auto"/>
                                                <w:bottom w:val="none" w:sz="0" w:space="0" w:color="auto"/>
                                                <w:right w:val="none" w:sz="0" w:space="0" w:color="auto"/>
                                              </w:divBdr>
                                              <w:divsChild>
                                                <w:div w:id="900865565">
                                                  <w:marLeft w:val="0"/>
                                                  <w:marRight w:val="0"/>
                                                  <w:marTop w:val="0"/>
                                                  <w:marBottom w:val="0"/>
                                                  <w:divBdr>
                                                    <w:top w:val="none" w:sz="0" w:space="0" w:color="auto"/>
                                                    <w:left w:val="none" w:sz="0" w:space="0" w:color="auto"/>
                                                    <w:bottom w:val="none" w:sz="0" w:space="0" w:color="auto"/>
                                                    <w:right w:val="none" w:sz="0" w:space="0" w:color="auto"/>
                                                  </w:divBdr>
                                                  <w:divsChild>
                                                    <w:div w:id="1222981320">
                                                      <w:marLeft w:val="0"/>
                                                      <w:marRight w:val="0"/>
                                                      <w:marTop w:val="0"/>
                                                      <w:marBottom w:val="0"/>
                                                      <w:divBdr>
                                                        <w:top w:val="none" w:sz="0" w:space="0" w:color="auto"/>
                                                        <w:left w:val="none" w:sz="0" w:space="0" w:color="auto"/>
                                                        <w:bottom w:val="none" w:sz="0" w:space="0" w:color="auto"/>
                                                        <w:right w:val="none" w:sz="0" w:space="0" w:color="auto"/>
                                                      </w:divBdr>
                                                      <w:divsChild>
                                                        <w:div w:id="1448041871">
                                                          <w:marLeft w:val="0"/>
                                                          <w:marRight w:val="0"/>
                                                          <w:marTop w:val="0"/>
                                                          <w:marBottom w:val="0"/>
                                                          <w:divBdr>
                                                            <w:top w:val="none" w:sz="0" w:space="0" w:color="auto"/>
                                                            <w:left w:val="none" w:sz="0" w:space="0" w:color="auto"/>
                                                            <w:bottom w:val="none" w:sz="0" w:space="0" w:color="auto"/>
                                                            <w:right w:val="none" w:sz="0" w:space="0" w:color="auto"/>
                                                          </w:divBdr>
                                                          <w:divsChild>
                                                            <w:div w:id="18493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1974496">
                          <w:marLeft w:val="0"/>
                          <w:marRight w:val="0"/>
                          <w:marTop w:val="0"/>
                          <w:marBottom w:val="0"/>
                          <w:divBdr>
                            <w:top w:val="none" w:sz="0" w:space="0" w:color="auto"/>
                            <w:left w:val="none" w:sz="0" w:space="0" w:color="auto"/>
                            <w:bottom w:val="none" w:sz="0" w:space="0" w:color="auto"/>
                            <w:right w:val="none" w:sz="0" w:space="0" w:color="auto"/>
                          </w:divBdr>
                          <w:divsChild>
                            <w:div w:id="373627272">
                              <w:marLeft w:val="0"/>
                              <w:marRight w:val="0"/>
                              <w:marTop w:val="0"/>
                              <w:marBottom w:val="0"/>
                              <w:divBdr>
                                <w:top w:val="none" w:sz="0" w:space="0" w:color="auto"/>
                                <w:left w:val="none" w:sz="0" w:space="0" w:color="auto"/>
                                <w:bottom w:val="none" w:sz="0" w:space="0" w:color="auto"/>
                                <w:right w:val="none" w:sz="0" w:space="0" w:color="auto"/>
                              </w:divBdr>
                              <w:divsChild>
                                <w:div w:id="1176268415">
                                  <w:marLeft w:val="0"/>
                                  <w:marRight w:val="0"/>
                                  <w:marTop w:val="0"/>
                                  <w:marBottom w:val="0"/>
                                  <w:divBdr>
                                    <w:top w:val="none" w:sz="0" w:space="0" w:color="auto"/>
                                    <w:left w:val="none" w:sz="0" w:space="0" w:color="auto"/>
                                    <w:bottom w:val="none" w:sz="0" w:space="0" w:color="auto"/>
                                    <w:right w:val="none" w:sz="0" w:space="0" w:color="auto"/>
                                  </w:divBdr>
                                  <w:divsChild>
                                    <w:div w:id="814566330">
                                      <w:marLeft w:val="0"/>
                                      <w:marRight w:val="0"/>
                                      <w:marTop w:val="0"/>
                                      <w:marBottom w:val="0"/>
                                      <w:divBdr>
                                        <w:top w:val="none" w:sz="0" w:space="0" w:color="auto"/>
                                        <w:left w:val="none" w:sz="0" w:space="0" w:color="auto"/>
                                        <w:bottom w:val="none" w:sz="0" w:space="0" w:color="auto"/>
                                        <w:right w:val="none" w:sz="0" w:space="0" w:color="auto"/>
                                      </w:divBdr>
                                      <w:divsChild>
                                        <w:div w:id="5135368">
                                          <w:marLeft w:val="0"/>
                                          <w:marRight w:val="0"/>
                                          <w:marTop w:val="0"/>
                                          <w:marBottom w:val="0"/>
                                          <w:divBdr>
                                            <w:top w:val="none" w:sz="0" w:space="0" w:color="auto"/>
                                            <w:left w:val="none" w:sz="0" w:space="0" w:color="auto"/>
                                            <w:bottom w:val="none" w:sz="0" w:space="0" w:color="auto"/>
                                            <w:right w:val="none" w:sz="0" w:space="0" w:color="auto"/>
                                          </w:divBdr>
                                          <w:divsChild>
                                            <w:div w:id="1059590258">
                                              <w:marLeft w:val="0"/>
                                              <w:marRight w:val="0"/>
                                              <w:marTop w:val="0"/>
                                              <w:marBottom w:val="0"/>
                                              <w:divBdr>
                                                <w:top w:val="none" w:sz="0" w:space="0" w:color="auto"/>
                                                <w:left w:val="none" w:sz="0" w:space="0" w:color="auto"/>
                                                <w:bottom w:val="none" w:sz="0" w:space="0" w:color="auto"/>
                                                <w:right w:val="none" w:sz="0" w:space="0" w:color="auto"/>
                                              </w:divBdr>
                                              <w:divsChild>
                                                <w:div w:id="1246499943">
                                                  <w:marLeft w:val="0"/>
                                                  <w:marRight w:val="0"/>
                                                  <w:marTop w:val="0"/>
                                                  <w:marBottom w:val="0"/>
                                                  <w:divBdr>
                                                    <w:top w:val="none" w:sz="0" w:space="0" w:color="auto"/>
                                                    <w:left w:val="none" w:sz="0" w:space="0" w:color="auto"/>
                                                    <w:bottom w:val="none" w:sz="0" w:space="0" w:color="auto"/>
                                                    <w:right w:val="none" w:sz="0" w:space="0" w:color="auto"/>
                                                  </w:divBdr>
                                                  <w:divsChild>
                                                    <w:div w:id="1249776346">
                                                      <w:marLeft w:val="0"/>
                                                      <w:marRight w:val="0"/>
                                                      <w:marTop w:val="0"/>
                                                      <w:marBottom w:val="0"/>
                                                      <w:divBdr>
                                                        <w:top w:val="none" w:sz="0" w:space="0" w:color="auto"/>
                                                        <w:left w:val="none" w:sz="0" w:space="0" w:color="auto"/>
                                                        <w:bottom w:val="none" w:sz="0" w:space="0" w:color="auto"/>
                                                        <w:right w:val="none" w:sz="0" w:space="0" w:color="auto"/>
                                                      </w:divBdr>
                                                      <w:divsChild>
                                                        <w:div w:id="1433017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1288534">
                          <w:marLeft w:val="0"/>
                          <w:marRight w:val="0"/>
                          <w:marTop w:val="0"/>
                          <w:marBottom w:val="0"/>
                          <w:divBdr>
                            <w:top w:val="none" w:sz="0" w:space="0" w:color="auto"/>
                            <w:left w:val="none" w:sz="0" w:space="0" w:color="auto"/>
                            <w:bottom w:val="none" w:sz="0" w:space="0" w:color="auto"/>
                            <w:right w:val="none" w:sz="0" w:space="0" w:color="auto"/>
                          </w:divBdr>
                          <w:divsChild>
                            <w:div w:id="1688824480">
                              <w:marLeft w:val="0"/>
                              <w:marRight w:val="0"/>
                              <w:marTop w:val="0"/>
                              <w:marBottom w:val="0"/>
                              <w:divBdr>
                                <w:top w:val="none" w:sz="0" w:space="0" w:color="auto"/>
                                <w:left w:val="none" w:sz="0" w:space="0" w:color="auto"/>
                                <w:bottom w:val="none" w:sz="0" w:space="0" w:color="auto"/>
                                <w:right w:val="none" w:sz="0" w:space="0" w:color="auto"/>
                              </w:divBdr>
                              <w:divsChild>
                                <w:div w:id="137691469">
                                  <w:marLeft w:val="0"/>
                                  <w:marRight w:val="0"/>
                                  <w:marTop w:val="0"/>
                                  <w:marBottom w:val="0"/>
                                  <w:divBdr>
                                    <w:top w:val="none" w:sz="0" w:space="0" w:color="auto"/>
                                    <w:left w:val="none" w:sz="0" w:space="0" w:color="auto"/>
                                    <w:bottom w:val="none" w:sz="0" w:space="0" w:color="auto"/>
                                    <w:right w:val="none" w:sz="0" w:space="0" w:color="auto"/>
                                  </w:divBdr>
                                  <w:divsChild>
                                    <w:div w:id="403528537">
                                      <w:marLeft w:val="0"/>
                                      <w:marRight w:val="0"/>
                                      <w:marTop w:val="0"/>
                                      <w:marBottom w:val="0"/>
                                      <w:divBdr>
                                        <w:top w:val="none" w:sz="0" w:space="0" w:color="auto"/>
                                        <w:left w:val="none" w:sz="0" w:space="0" w:color="auto"/>
                                        <w:bottom w:val="none" w:sz="0" w:space="0" w:color="auto"/>
                                        <w:right w:val="none" w:sz="0" w:space="0" w:color="auto"/>
                                      </w:divBdr>
                                      <w:divsChild>
                                        <w:div w:id="110975433">
                                          <w:marLeft w:val="0"/>
                                          <w:marRight w:val="0"/>
                                          <w:marTop w:val="0"/>
                                          <w:marBottom w:val="0"/>
                                          <w:divBdr>
                                            <w:top w:val="none" w:sz="0" w:space="0" w:color="auto"/>
                                            <w:left w:val="none" w:sz="0" w:space="0" w:color="auto"/>
                                            <w:bottom w:val="none" w:sz="0" w:space="0" w:color="auto"/>
                                            <w:right w:val="none" w:sz="0" w:space="0" w:color="auto"/>
                                          </w:divBdr>
                                          <w:divsChild>
                                            <w:div w:id="1893232564">
                                              <w:marLeft w:val="0"/>
                                              <w:marRight w:val="0"/>
                                              <w:marTop w:val="0"/>
                                              <w:marBottom w:val="0"/>
                                              <w:divBdr>
                                                <w:top w:val="none" w:sz="0" w:space="0" w:color="auto"/>
                                                <w:left w:val="none" w:sz="0" w:space="0" w:color="auto"/>
                                                <w:bottom w:val="none" w:sz="0" w:space="0" w:color="auto"/>
                                                <w:right w:val="none" w:sz="0" w:space="0" w:color="auto"/>
                                              </w:divBdr>
                                              <w:divsChild>
                                                <w:div w:id="1640960338">
                                                  <w:marLeft w:val="0"/>
                                                  <w:marRight w:val="0"/>
                                                  <w:marTop w:val="0"/>
                                                  <w:marBottom w:val="0"/>
                                                  <w:divBdr>
                                                    <w:top w:val="none" w:sz="0" w:space="0" w:color="auto"/>
                                                    <w:left w:val="none" w:sz="0" w:space="0" w:color="auto"/>
                                                    <w:bottom w:val="none" w:sz="0" w:space="0" w:color="auto"/>
                                                    <w:right w:val="none" w:sz="0" w:space="0" w:color="auto"/>
                                                  </w:divBdr>
                                                  <w:divsChild>
                                                    <w:div w:id="1556354899">
                                                      <w:marLeft w:val="0"/>
                                                      <w:marRight w:val="0"/>
                                                      <w:marTop w:val="0"/>
                                                      <w:marBottom w:val="0"/>
                                                      <w:divBdr>
                                                        <w:top w:val="none" w:sz="0" w:space="0" w:color="auto"/>
                                                        <w:left w:val="none" w:sz="0" w:space="0" w:color="auto"/>
                                                        <w:bottom w:val="none" w:sz="0" w:space="0" w:color="auto"/>
                                                        <w:right w:val="none" w:sz="0" w:space="0" w:color="auto"/>
                                                      </w:divBdr>
                                                      <w:divsChild>
                                                        <w:div w:id="1524586414">
                                                          <w:marLeft w:val="0"/>
                                                          <w:marRight w:val="0"/>
                                                          <w:marTop w:val="0"/>
                                                          <w:marBottom w:val="0"/>
                                                          <w:divBdr>
                                                            <w:top w:val="none" w:sz="0" w:space="0" w:color="auto"/>
                                                            <w:left w:val="none" w:sz="0" w:space="0" w:color="auto"/>
                                                            <w:bottom w:val="none" w:sz="0" w:space="0" w:color="auto"/>
                                                            <w:right w:val="none" w:sz="0" w:space="0" w:color="auto"/>
                                                          </w:divBdr>
                                                          <w:divsChild>
                                                            <w:div w:id="3547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8493200">
                          <w:marLeft w:val="0"/>
                          <w:marRight w:val="0"/>
                          <w:marTop w:val="0"/>
                          <w:marBottom w:val="0"/>
                          <w:divBdr>
                            <w:top w:val="none" w:sz="0" w:space="0" w:color="auto"/>
                            <w:left w:val="none" w:sz="0" w:space="0" w:color="auto"/>
                            <w:bottom w:val="none" w:sz="0" w:space="0" w:color="auto"/>
                            <w:right w:val="none" w:sz="0" w:space="0" w:color="auto"/>
                          </w:divBdr>
                          <w:divsChild>
                            <w:div w:id="1290942050">
                              <w:marLeft w:val="0"/>
                              <w:marRight w:val="0"/>
                              <w:marTop w:val="0"/>
                              <w:marBottom w:val="0"/>
                              <w:divBdr>
                                <w:top w:val="none" w:sz="0" w:space="0" w:color="auto"/>
                                <w:left w:val="none" w:sz="0" w:space="0" w:color="auto"/>
                                <w:bottom w:val="none" w:sz="0" w:space="0" w:color="auto"/>
                                <w:right w:val="none" w:sz="0" w:space="0" w:color="auto"/>
                              </w:divBdr>
                              <w:divsChild>
                                <w:div w:id="1465737902">
                                  <w:marLeft w:val="0"/>
                                  <w:marRight w:val="0"/>
                                  <w:marTop w:val="0"/>
                                  <w:marBottom w:val="0"/>
                                  <w:divBdr>
                                    <w:top w:val="none" w:sz="0" w:space="0" w:color="auto"/>
                                    <w:left w:val="none" w:sz="0" w:space="0" w:color="auto"/>
                                    <w:bottom w:val="none" w:sz="0" w:space="0" w:color="auto"/>
                                    <w:right w:val="none" w:sz="0" w:space="0" w:color="auto"/>
                                  </w:divBdr>
                                  <w:divsChild>
                                    <w:div w:id="1808887938">
                                      <w:marLeft w:val="0"/>
                                      <w:marRight w:val="0"/>
                                      <w:marTop w:val="0"/>
                                      <w:marBottom w:val="0"/>
                                      <w:divBdr>
                                        <w:top w:val="none" w:sz="0" w:space="0" w:color="auto"/>
                                        <w:left w:val="none" w:sz="0" w:space="0" w:color="auto"/>
                                        <w:bottom w:val="none" w:sz="0" w:space="0" w:color="auto"/>
                                        <w:right w:val="none" w:sz="0" w:space="0" w:color="auto"/>
                                      </w:divBdr>
                                      <w:divsChild>
                                        <w:div w:id="723531866">
                                          <w:marLeft w:val="0"/>
                                          <w:marRight w:val="0"/>
                                          <w:marTop w:val="0"/>
                                          <w:marBottom w:val="0"/>
                                          <w:divBdr>
                                            <w:top w:val="none" w:sz="0" w:space="0" w:color="auto"/>
                                            <w:left w:val="none" w:sz="0" w:space="0" w:color="auto"/>
                                            <w:bottom w:val="none" w:sz="0" w:space="0" w:color="auto"/>
                                            <w:right w:val="none" w:sz="0" w:space="0" w:color="auto"/>
                                          </w:divBdr>
                                          <w:divsChild>
                                            <w:div w:id="448473589">
                                              <w:marLeft w:val="0"/>
                                              <w:marRight w:val="0"/>
                                              <w:marTop w:val="0"/>
                                              <w:marBottom w:val="0"/>
                                              <w:divBdr>
                                                <w:top w:val="none" w:sz="0" w:space="0" w:color="auto"/>
                                                <w:left w:val="none" w:sz="0" w:space="0" w:color="auto"/>
                                                <w:bottom w:val="none" w:sz="0" w:space="0" w:color="auto"/>
                                                <w:right w:val="none" w:sz="0" w:space="0" w:color="auto"/>
                                              </w:divBdr>
                                              <w:divsChild>
                                                <w:div w:id="1976136786">
                                                  <w:marLeft w:val="0"/>
                                                  <w:marRight w:val="0"/>
                                                  <w:marTop w:val="0"/>
                                                  <w:marBottom w:val="0"/>
                                                  <w:divBdr>
                                                    <w:top w:val="none" w:sz="0" w:space="0" w:color="auto"/>
                                                    <w:left w:val="none" w:sz="0" w:space="0" w:color="auto"/>
                                                    <w:bottom w:val="none" w:sz="0" w:space="0" w:color="auto"/>
                                                    <w:right w:val="none" w:sz="0" w:space="0" w:color="auto"/>
                                                  </w:divBdr>
                                                  <w:divsChild>
                                                    <w:div w:id="740639902">
                                                      <w:marLeft w:val="0"/>
                                                      <w:marRight w:val="0"/>
                                                      <w:marTop w:val="0"/>
                                                      <w:marBottom w:val="0"/>
                                                      <w:divBdr>
                                                        <w:top w:val="none" w:sz="0" w:space="0" w:color="auto"/>
                                                        <w:left w:val="none" w:sz="0" w:space="0" w:color="auto"/>
                                                        <w:bottom w:val="none" w:sz="0" w:space="0" w:color="auto"/>
                                                        <w:right w:val="none" w:sz="0" w:space="0" w:color="auto"/>
                                                      </w:divBdr>
                                                      <w:divsChild>
                                                        <w:div w:id="1260063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64148180">
                                                  <w:marLeft w:val="0"/>
                                                  <w:marRight w:val="0"/>
                                                  <w:marTop w:val="0"/>
                                                  <w:marBottom w:val="0"/>
                                                  <w:divBdr>
                                                    <w:top w:val="none" w:sz="0" w:space="0" w:color="auto"/>
                                                    <w:left w:val="none" w:sz="0" w:space="0" w:color="auto"/>
                                                    <w:bottom w:val="none" w:sz="0" w:space="0" w:color="auto"/>
                                                    <w:right w:val="none" w:sz="0" w:space="0" w:color="auto"/>
                                                  </w:divBdr>
                                                  <w:divsChild>
                                                    <w:div w:id="304238209">
                                                      <w:marLeft w:val="0"/>
                                                      <w:marRight w:val="0"/>
                                                      <w:marTop w:val="0"/>
                                                      <w:marBottom w:val="0"/>
                                                      <w:divBdr>
                                                        <w:top w:val="none" w:sz="0" w:space="0" w:color="auto"/>
                                                        <w:left w:val="none" w:sz="0" w:space="0" w:color="auto"/>
                                                        <w:bottom w:val="none" w:sz="0" w:space="0" w:color="auto"/>
                                                        <w:right w:val="none" w:sz="0" w:space="0" w:color="auto"/>
                                                      </w:divBdr>
                                                      <w:divsChild>
                                                        <w:div w:id="420104114">
                                                          <w:marLeft w:val="0"/>
                                                          <w:marRight w:val="0"/>
                                                          <w:marTop w:val="0"/>
                                                          <w:marBottom w:val="0"/>
                                                          <w:divBdr>
                                                            <w:top w:val="none" w:sz="0" w:space="0" w:color="auto"/>
                                                            <w:left w:val="none" w:sz="0" w:space="0" w:color="auto"/>
                                                            <w:bottom w:val="none" w:sz="0" w:space="0" w:color="auto"/>
                                                            <w:right w:val="none" w:sz="0" w:space="0" w:color="auto"/>
                                                          </w:divBdr>
                                                          <w:divsChild>
                                                            <w:div w:id="358317209">
                                                              <w:marLeft w:val="0"/>
                                                              <w:marRight w:val="0"/>
                                                              <w:marTop w:val="0"/>
                                                              <w:marBottom w:val="0"/>
                                                              <w:divBdr>
                                                                <w:top w:val="none" w:sz="0" w:space="0" w:color="auto"/>
                                                                <w:left w:val="none" w:sz="0" w:space="0" w:color="auto"/>
                                                                <w:bottom w:val="none" w:sz="0" w:space="0" w:color="auto"/>
                                                                <w:right w:val="none" w:sz="0" w:space="0" w:color="auto"/>
                                                              </w:divBdr>
                                                              <w:divsChild>
                                                                <w:div w:id="52483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6224546">
                          <w:marLeft w:val="0"/>
                          <w:marRight w:val="0"/>
                          <w:marTop w:val="0"/>
                          <w:marBottom w:val="0"/>
                          <w:divBdr>
                            <w:top w:val="none" w:sz="0" w:space="0" w:color="auto"/>
                            <w:left w:val="none" w:sz="0" w:space="0" w:color="auto"/>
                            <w:bottom w:val="none" w:sz="0" w:space="0" w:color="auto"/>
                            <w:right w:val="none" w:sz="0" w:space="0" w:color="auto"/>
                          </w:divBdr>
                          <w:divsChild>
                            <w:div w:id="1980113575">
                              <w:marLeft w:val="0"/>
                              <w:marRight w:val="0"/>
                              <w:marTop w:val="0"/>
                              <w:marBottom w:val="0"/>
                              <w:divBdr>
                                <w:top w:val="none" w:sz="0" w:space="0" w:color="auto"/>
                                <w:left w:val="none" w:sz="0" w:space="0" w:color="auto"/>
                                <w:bottom w:val="none" w:sz="0" w:space="0" w:color="auto"/>
                                <w:right w:val="none" w:sz="0" w:space="0" w:color="auto"/>
                              </w:divBdr>
                              <w:divsChild>
                                <w:div w:id="1626422920">
                                  <w:marLeft w:val="0"/>
                                  <w:marRight w:val="0"/>
                                  <w:marTop w:val="0"/>
                                  <w:marBottom w:val="0"/>
                                  <w:divBdr>
                                    <w:top w:val="none" w:sz="0" w:space="0" w:color="auto"/>
                                    <w:left w:val="none" w:sz="0" w:space="0" w:color="auto"/>
                                    <w:bottom w:val="none" w:sz="0" w:space="0" w:color="auto"/>
                                    <w:right w:val="none" w:sz="0" w:space="0" w:color="auto"/>
                                  </w:divBdr>
                                  <w:divsChild>
                                    <w:div w:id="1030565367">
                                      <w:marLeft w:val="0"/>
                                      <w:marRight w:val="0"/>
                                      <w:marTop w:val="0"/>
                                      <w:marBottom w:val="0"/>
                                      <w:divBdr>
                                        <w:top w:val="none" w:sz="0" w:space="0" w:color="auto"/>
                                        <w:left w:val="none" w:sz="0" w:space="0" w:color="auto"/>
                                        <w:bottom w:val="none" w:sz="0" w:space="0" w:color="auto"/>
                                        <w:right w:val="none" w:sz="0" w:space="0" w:color="auto"/>
                                      </w:divBdr>
                                      <w:divsChild>
                                        <w:div w:id="1032805277">
                                          <w:marLeft w:val="0"/>
                                          <w:marRight w:val="0"/>
                                          <w:marTop w:val="0"/>
                                          <w:marBottom w:val="0"/>
                                          <w:divBdr>
                                            <w:top w:val="none" w:sz="0" w:space="0" w:color="auto"/>
                                            <w:left w:val="none" w:sz="0" w:space="0" w:color="auto"/>
                                            <w:bottom w:val="none" w:sz="0" w:space="0" w:color="auto"/>
                                            <w:right w:val="none" w:sz="0" w:space="0" w:color="auto"/>
                                          </w:divBdr>
                                          <w:divsChild>
                                            <w:div w:id="1338997073">
                                              <w:marLeft w:val="0"/>
                                              <w:marRight w:val="0"/>
                                              <w:marTop w:val="0"/>
                                              <w:marBottom w:val="0"/>
                                              <w:divBdr>
                                                <w:top w:val="none" w:sz="0" w:space="0" w:color="auto"/>
                                                <w:left w:val="none" w:sz="0" w:space="0" w:color="auto"/>
                                                <w:bottom w:val="none" w:sz="0" w:space="0" w:color="auto"/>
                                                <w:right w:val="none" w:sz="0" w:space="0" w:color="auto"/>
                                              </w:divBdr>
                                              <w:divsChild>
                                                <w:div w:id="778261548">
                                                  <w:marLeft w:val="0"/>
                                                  <w:marRight w:val="0"/>
                                                  <w:marTop w:val="0"/>
                                                  <w:marBottom w:val="0"/>
                                                  <w:divBdr>
                                                    <w:top w:val="none" w:sz="0" w:space="0" w:color="auto"/>
                                                    <w:left w:val="none" w:sz="0" w:space="0" w:color="auto"/>
                                                    <w:bottom w:val="none" w:sz="0" w:space="0" w:color="auto"/>
                                                    <w:right w:val="none" w:sz="0" w:space="0" w:color="auto"/>
                                                  </w:divBdr>
                                                  <w:divsChild>
                                                    <w:div w:id="899288930">
                                                      <w:marLeft w:val="0"/>
                                                      <w:marRight w:val="0"/>
                                                      <w:marTop w:val="0"/>
                                                      <w:marBottom w:val="0"/>
                                                      <w:divBdr>
                                                        <w:top w:val="none" w:sz="0" w:space="0" w:color="auto"/>
                                                        <w:left w:val="none" w:sz="0" w:space="0" w:color="auto"/>
                                                        <w:bottom w:val="none" w:sz="0" w:space="0" w:color="auto"/>
                                                        <w:right w:val="none" w:sz="0" w:space="0" w:color="auto"/>
                                                      </w:divBdr>
                                                      <w:divsChild>
                                                        <w:div w:id="1040788277">
                                                          <w:marLeft w:val="0"/>
                                                          <w:marRight w:val="0"/>
                                                          <w:marTop w:val="0"/>
                                                          <w:marBottom w:val="0"/>
                                                          <w:divBdr>
                                                            <w:top w:val="none" w:sz="0" w:space="0" w:color="auto"/>
                                                            <w:left w:val="none" w:sz="0" w:space="0" w:color="auto"/>
                                                            <w:bottom w:val="none" w:sz="0" w:space="0" w:color="auto"/>
                                                            <w:right w:val="none" w:sz="0" w:space="0" w:color="auto"/>
                                                          </w:divBdr>
                                                          <w:divsChild>
                                                            <w:div w:id="6515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0728888">
                          <w:marLeft w:val="0"/>
                          <w:marRight w:val="0"/>
                          <w:marTop w:val="0"/>
                          <w:marBottom w:val="0"/>
                          <w:divBdr>
                            <w:top w:val="none" w:sz="0" w:space="0" w:color="auto"/>
                            <w:left w:val="none" w:sz="0" w:space="0" w:color="auto"/>
                            <w:bottom w:val="none" w:sz="0" w:space="0" w:color="auto"/>
                            <w:right w:val="none" w:sz="0" w:space="0" w:color="auto"/>
                          </w:divBdr>
                          <w:divsChild>
                            <w:div w:id="910891387">
                              <w:marLeft w:val="0"/>
                              <w:marRight w:val="0"/>
                              <w:marTop w:val="0"/>
                              <w:marBottom w:val="0"/>
                              <w:divBdr>
                                <w:top w:val="none" w:sz="0" w:space="0" w:color="auto"/>
                                <w:left w:val="none" w:sz="0" w:space="0" w:color="auto"/>
                                <w:bottom w:val="none" w:sz="0" w:space="0" w:color="auto"/>
                                <w:right w:val="none" w:sz="0" w:space="0" w:color="auto"/>
                              </w:divBdr>
                              <w:divsChild>
                                <w:div w:id="41755815">
                                  <w:marLeft w:val="0"/>
                                  <w:marRight w:val="0"/>
                                  <w:marTop w:val="0"/>
                                  <w:marBottom w:val="0"/>
                                  <w:divBdr>
                                    <w:top w:val="none" w:sz="0" w:space="0" w:color="auto"/>
                                    <w:left w:val="none" w:sz="0" w:space="0" w:color="auto"/>
                                    <w:bottom w:val="none" w:sz="0" w:space="0" w:color="auto"/>
                                    <w:right w:val="none" w:sz="0" w:space="0" w:color="auto"/>
                                  </w:divBdr>
                                  <w:divsChild>
                                    <w:div w:id="1754666889">
                                      <w:marLeft w:val="0"/>
                                      <w:marRight w:val="0"/>
                                      <w:marTop w:val="0"/>
                                      <w:marBottom w:val="0"/>
                                      <w:divBdr>
                                        <w:top w:val="none" w:sz="0" w:space="0" w:color="auto"/>
                                        <w:left w:val="none" w:sz="0" w:space="0" w:color="auto"/>
                                        <w:bottom w:val="none" w:sz="0" w:space="0" w:color="auto"/>
                                        <w:right w:val="none" w:sz="0" w:space="0" w:color="auto"/>
                                      </w:divBdr>
                                      <w:divsChild>
                                        <w:div w:id="1689330189">
                                          <w:marLeft w:val="0"/>
                                          <w:marRight w:val="0"/>
                                          <w:marTop w:val="0"/>
                                          <w:marBottom w:val="0"/>
                                          <w:divBdr>
                                            <w:top w:val="none" w:sz="0" w:space="0" w:color="auto"/>
                                            <w:left w:val="none" w:sz="0" w:space="0" w:color="auto"/>
                                            <w:bottom w:val="none" w:sz="0" w:space="0" w:color="auto"/>
                                            <w:right w:val="none" w:sz="0" w:space="0" w:color="auto"/>
                                          </w:divBdr>
                                          <w:divsChild>
                                            <w:div w:id="1061055311">
                                              <w:marLeft w:val="0"/>
                                              <w:marRight w:val="0"/>
                                              <w:marTop w:val="0"/>
                                              <w:marBottom w:val="0"/>
                                              <w:divBdr>
                                                <w:top w:val="none" w:sz="0" w:space="0" w:color="auto"/>
                                                <w:left w:val="none" w:sz="0" w:space="0" w:color="auto"/>
                                                <w:bottom w:val="none" w:sz="0" w:space="0" w:color="auto"/>
                                                <w:right w:val="none" w:sz="0" w:space="0" w:color="auto"/>
                                              </w:divBdr>
                                              <w:divsChild>
                                                <w:div w:id="1786609638">
                                                  <w:marLeft w:val="0"/>
                                                  <w:marRight w:val="0"/>
                                                  <w:marTop w:val="0"/>
                                                  <w:marBottom w:val="0"/>
                                                  <w:divBdr>
                                                    <w:top w:val="none" w:sz="0" w:space="0" w:color="auto"/>
                                                    <w:left w:val="none" w:sz="0" w:space="0" w:color="auto"/>
                                                    <w:bottom w:val="none" w:sz="0" w:space="0" w:color="auto"/>
                                                    <w:right w:val="none" w:sz="0" w:space="0" w:color="auto"/>
                                                  </w:divBdr>
                                                  <w:divsChild>
                                                    <w:div w:id="2014141856">
                                                      <w:marLeft w:val="0"/>
                                                      <w:marRight w:val="0"/>
                                                      <w:marTop w:val="0"/>
                                                      <w:marBottom w:val="0"/>
                                                      <w:divBdr>
                                                        <w:top w:val="none" w:sz="0" w:space="0" w:color="auto"/>
                                                        <w:left w:val="none" w:sz="0" w:space="0" w:color="auto"/>
                                                        <w:bottom w:val="none" w:sz="0" w:space="0" w:color="auto"/>
                                                        <w:right w:val="none" w:sz="0" w:space="0" w:color="auto"/>
                                                      </w:divBdr>
                                                      <w:divsChild>
                                                        <w:div w:id="1392271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166669">
                          <w:marLeft w:val="0"/>
                          <w:marRight w:val="0"/>
                          <w:marTop w:val="0"/>
                          <w:marBottom w:val="0"/>
                          <w:divBdr>
                            <w:top w:val="none" w:sz="0" w:space="0" w:color="auto"/>
                            <w:left w:val="none" w:sz="0" w:space="0" w:color="auto"/>
                            <w:bottom w:val="none" w:sz="0" w:space="0" w:color="auto"/>
                            <w:right w:val="none" w:sz="0" w:space="0" w:color="auto"/>
                          </w:divBdr>
                          <w:divsChild>
                            <w:div w:id="62801728">
                              <w:marLeft w:val="0"/>
                              <w:marRight w:val="0"/>
                              <w:marTop w:val="0"/>
                              <w:marBottom w:val="0"/>
                              <w:divBdr>
                                <w:top w:val="none" w:sz="0" w:space="0" w:color="auto"/>
                                <w:left w:val="none" w:sz="0" w:space="0" w:color="auto"/>
                                <w:bottom w:val="none" w:sz="0" w:space="0" w:color="auto"/>
                                <w:right w:val="none" w:sz="0" w:space="0" w:color="auto"/>
                              </w:divBdr>
                              <w:divsChild>
                                <w:div w:id="783233594">
                                  <w:marLeft w:val="0"/>
                                  <w:marRight w:val="0"/>
                                  <w:marTop w:val="0"/>
                                  <w:marBottom w:val="0"/>
                                  <w:divBdr>
                                    <w:top w:val="none" w:sz="0" w:space="0" w:color="auto"/>
                                    <w:left w:val="none" w:sz="0" w:space="0" w:color="auto"/>
                                    <w:bottom w:val="none" w:sz="0" w:space="0" w:color="auto"/>
                                    <w:right w:val="none" w:sz="0" w:space="0" w:color="auto"/>
                                  </w:divBdr>
                                  <w:divsChild>
                                    <w:div w:id="329260832">
                                      <w:marLeft w:val="0"/>
                                      <w:marRight w:val="0"/>
                                      <w:marTop w:val="0"/>
                                      <w:marBottom w:val="0"/>
                                      <w:divBdr>
                                        <w:top w:val="none" w:sz="0" w:space="0" w:color="auto"/>
                                        <w:left w:val="none" w:sz="0" w:space="0" w:color="auto"/>
                                        <w:bottom w:val="none" w:sz="0" w:space="0" w:color="auto"/>
                                        <w:right w:val="none" w:sz="0" w:space="0" w:color="auto"/>
                                      </w:divBdr>
                                      <w:divsChild>
                                        <w:div w:id="1393970235">
                                          <w:marLeft w:val="0"/>
                                          <w:marRight w:val="0"/>
                                          <w:marTop w:val="0"/>
                                          <w:marBottom w:val="0"/>
                                          <w:divBdr>
                                            <w:top w:val="none" w:sz="0" w:space="0" w:color="auto"/>
                                            <w:left w:val="none" w:sz="0" w:space="0" w:color="auto"/>
                                            <w:bottom w:val="none" w:sz="0" w:space="0" w:color="auto"/>
                                            <w:right w:val="none" w:sz="0" w:space="0" w:color="auto"/>
                                          </w:divBdr>
                                          <w:divsChild>
                                            <w:div w:id="1092511370">
                                              <w:marLeft w:val="0"/>
                                              <w:marRight w:val="0"/>
                                              <w:marTop w:val="0"/>
                                              <w:marBottom w:val="0"/>
                                              <w:divBdr>
                                                <w:top w:val="none" w:sz="0" w:space="0" w:color="auto"/>
                                                <w:left w:val="none" w:sz="0" w:space="0" w:color="auto"/>
                                                <w:bottom w:val="none" w:sz="0" w:space="0" w:color="auto"/>
                                                <w:right w:val="none" w:sz="0" w:space="0" w:color="auto"/>
                                              </w:divBdr>
                                              <w:divsChild>
                                                <w:div w:id="1803424694">
                                                  <w:marLeft w:val="0"/>
                                                  <w:marRight w:val="0"/>
                                                  <w:marTop w:val="0"/>
                                                  <w:marBottom w:val="0"/>
                                                  <w:divBdr>
                                                    <w:top w:val="none" w:sz="0" w:space="0" w:color="auto"/>
                                                    <w:left w:val="none" w:sz="0" w:space="0" w:color="auto"/>
                                                    <w:bottom w:val="none" w:sz="0" w:space="0" w:color="auto"/>
                                                    <w:right w:val="none" w:sz="0" w:space="0" w:color="auto"/>
                                                  </w:divBdr>
                                                  <w:divsChild>
                                                    <w:div w:id="1049575578">
                                                      <w:marLeft w:val="0"/>
                                                      <w:marRight w:val="0"/>
                                                      <w:marTop w:val="0"/>
                                                      <w:marBottom w:val="0"/>
                                                      <w:divBdr>
                                                        <w:top w:val="none" w:sz="0" w:space="0" w:color="auto"/>
                                                        <w:left w:val="none" w:sz="0" w:space="0" w:color="auto"/>
                                                        <w:bottom w:val="none" w:sz="0" w:space="0" w:color="auto"/>
                                                        <w:right w:val="none" w:sz="0" w:space="0" w:color="auto"/>
                                                      </w:divBdr>
                                                      <w:divsChild>
                                                        <w:div w:id="1165777928">
                                                          <w:marLeft w:val="0"/>
                                                          <w:marRight w:val="0"/>
                                                          <w:marTop w:val="0"/>
                                                          <w:marBottom w:val="0"/>
                                                          <w:divBdr>
                                                            <w:top w:val="none" w:sz="0" w:space="0" w:color="auto"/>
                                                            <w:left w:val="none" w:sz="0" w:space="0" w:color="auto"/>
                                                            <w:bottom w:val="none" w:sz="0" w:space="0" w:color="auto"/>
                                                            <w:right w:val="none" w:sz="0" w:space="0" w:color="auto"/>
                                                          </w:divBdr>
                                                          <w:divsChild>
                                                            <w:div w:id="174988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267502">
                          <w:marLeft w:val="0"/>
                          <w:marRight w:val="0"/>
                          <w:marTop w:val="0"/>
                          <w:marBottom w:val="0"/>
                          <w:divBdr>
                            <w:top w:val="none" w:sz="0" w:space="0" w:color="auto"/>
                            <w:left w:val="none" w:sz="0" w:space="0" w:color="auto"/>
                            <w:bottom w:val="none" w:sz="0" w:space="0" w:color="auto"/>
                            <w:right w:val="none" w:sz="0" w:space="0" w:color="auto"/>
                          </w:divBdr>
                          <w:divsChild>
                            <w:div w:id="2013413027">
                              <w:marLeft w:val="0"/>
                              <w:marRight w:val="0"/>
                              <w:marTop w:val="0"/>
                              <w:marBottom w:val="0"/>
                              <w:divBdr>
                                <w:top w:val="none" w:sz="0" w:space="0" w:color="auto"/>
                                <w:left w:val="none" w:sz="0" w:space="0" w:color="auto"/>
                                <w:bottom w:val="none" w:sz="0" w:space="0" w:color="auto"/>
                                <w:right w:val="none" w:sz="0" w:space="0" w:color="auto"/>
                              </w:divBdr>
                              <w:divsChild>
                                <w:div w:id="8872356">
                                  <w:marLeft w:val="0"/>
                                  <w:marRight w:val="0"/>
                                  <w:marTop w:val="0"/>
                                  <w:marBottom w:val="0"/>
                                  <w:divBdr>
                                    <w:top w:val="none" w:sz="0" w:space="0" w:color="auto"/>
                                    <w:left w:val="none" w:sz="0" w:space="0" w:color="auto"/>
                                    <w:bottom w:val="none" w:sz="0" w:space="0" w:color="auto"/>
                                    <w:right w:val="none" w:sz="0" w:space="0" w:color="auto"/>
                                  </w:divBdr>
                                  <w:divsChild>
                                    <w:div w:id="2090153591">
                                      <w:marLeft w:val="0"/>
                                      <w:marRight w:val="0"/>
                                      <w:marTop w:val="0"/>
                                      <w:marBottom w:val="0"/>
                                      <w:divBdr>
                                        <w:top w:val="none" w:sz="0" w:space="0" w:color="auto"/>
                                        <w:left w:val="none" w:sz="0" w:space="0" w:color="auto"/>
                                        <w:bottom w:val="none" w:sz="0" w:space="0" w:color="auto"/>
                                        <w:right w:val="none" w:sz="0" w:space="0" w:color="auto"/>
                                      </w:divBdr>
                                      <w:divsChild>
                                        <w:div w:id="1634945719">
                                          <w:marLeft w:val="0"/>
                                          <w:marRight w:val="0"/>
                                          <w:marTop w:val="0"/>
                                          <w:marBottom w:val="0"/>
                                          <w:divBdr>
                                            <w:top w:val="none" w:sz="0" w:space="0" w:color="auto"/>
                                            <w:left w:val="none" w:sz="0" w:space="0" w:color="auto"/>
                                            <w:bottom w:val="none" w:sz="0" w:space="0" w:color="auto"/>
                                            <w:right w:val="none" w:sz="0" w:space="0" w:color="auto"/>
                                          </w:divBdr>
                                          <w:divsChild>
                                            <w:div w:id="1207644876">
                                              <w:marLeft w:val="0"/>
                                              <w:marRight w:val="0"/>
                                              <w:marTop w:val="0"/>
                                              <w:marBottom w:val="0"/>
                                              <w:divBdr>
                                                <w:top w:val="none" w:sz="0" w:space="0" w:color="auto"/>
                                                <w:left w:val="none" w:sz="0" w:space="0" w:color="auto"/>
                                                <w:bottom w:val="none" w:sz="0" w:space="0" w:color="auto"/>
                                                <w:right w:val="none" w:sz="0" w:space="0" w:color="auto"/>
                                              </w:divBdr>
                                              <w:divsChild>
                                                <w:div w:id="44574097">
                                                  <w:marLeft w:val="0"/>
                                                  <w:marRight w:val="0"/>
                                                  <w:marTop w:val="0"/>
                                                  <w:marBottom w:val="0"/>
                                                  <w:divBdr>
                                                    <w:top w:val="none" w:sz="0" w:space="0" w:color="auto"/>
                                                    <w:left w:val="none" w:sz="0" w:space="0" w:color="auto"/>
                                                    <w:bottom w:val="none" w:sz="0" w:space="0" w:color="auto"/>
                                                    <w:right w:val="none" w:sz="0" w:space="0" w:color="auto"/>
                                                  </w:divBdr>
                                                  <w:divsChild>
                                                    <w:div w:id="1398088179">
                                                      <w:marLeft w:val="0"/>
                                                      <w:marRight w:val="0"/>
                                                      <w:marTop w:val="0"/>
                                                      <w:marBottom w:val="0"/>
                                                      <w:divBdr>
                                                        <w:top w:val="none" w:sz="0" w:space="0" w:color="auto"/>
                                                        <w:left w:val="none" w:sz="0" w:space="0" w:color="auto"/>
                                                        <w:bottom w:val="none" w:sz="0" w:space="0" w:color="auto"/>
                                                        <w:right w:val="none" w:sz="0" w:space="0" w:color="auto"/>
                                                      </w:divBdr>
                                                      <w:divsChild>
                                                        <w:div w:id="84617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3410901">
          <w:marLeft w:val="0"/>
          <w:marRight w:val="0"/>
          <w:marTop w:val="0"/>
          <w:marBottom w:val="0"/>
          <w:divBdr>
            <w:top w:val="none" w:sz="0" w:space="0" w:color="auto"/>
            <w:left w:val="none" w:sz="0" w:space="0" w:color="auto"/>
            <w:bottom w:val="none" w:sz="0" w:space="0" w:color="auto"/>
            <w:right w:val="none" w:sz="0" w:space="0" w:color="auto"/>
          </w:divBdr>
          <w:divsChild>
            <w:div w:id="259065643">
              <w:marLeft w:val="0"/>
              <w:marRight w:val="0"/>
              <w:marTop w:val="0"/>
              <w:marBottom w:val="0"/>
              <w:divBdr>
                <w:top w:val="none" w:sz="0" w:space="0" w:color="auto"/>
                <w:left w:val="none" w:sz="0" w:space="0" w:color="auto"/>
                <w:bottom w:val="none" w:sz="0" w:space="0" w:color="auto"/>
                <w:right w:val="none" w:sz="0" w:space="0" w:color="auto"/>
              </w:divBdr>
              <w:divsChild>
                <w:div w:id="911089586">
                  <w:marLeft w:val="0"/>
                  <w:marRight w:val="0"/>
                  <w:marTop w:val="0"/>
                  <w:marBottom w:val="0"/>
                  <w:divBdr>
                    <w:top w:val="none" w:sz="0" w:space="0" w:color="auto"/>
                    <w:left w:val="none" w:sz="0" w:space="0" w:color="auto"/>
                    <w:bottom w:val="none" w:sz="0" w:space="0" w:color="auto"/>
                    <w:right w:val="none" w:sz="0" w:space="0" w:color="auto"/>
                  </w:divBdr>
                  <w:divsChild>
                    <w:div w:id="1086540860">
                      <w:marLeft w:val="0"/>
                      <w:marRight w:val="0"/>
                      <w:marTop w:val="0"/>
                      <w:marBottom w:val="0"/>
                      <w:divBdr>
                        <w:top w:val="none" w:sz="0" w:space="0" w:color="auto"/>
                        <w:left w:val="none" w:sz="0" w:space="0" w:color="auto"/>
                        <w:bottom w:val="none" w:sz="0" w:space="0" w:color="auto"/>
                        <w:right w:val="none" w:sz="0" w:space="0" w:color="auto"/>
                      </w:divBdr>
                      <w:divsChild>
                        <w:div w:id="177039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748550">
      <w:bodyDiv w:val="1"/>
      <w:marLeft w:val="0"/>
      <w:marRight w:val="0"/>
      <w:marTop w:val="0"/>
      <w:marBottom w:val="0"/>
      <w:divBdr>
        <w:top w:val="none" w:sz="0" w:space="0" w:color="auto"/>
        <w:left w:val="none" w:sz="0" w:space="0" w:color="auto"/>
        <w:bottom w:val="none" w:sz="0" w:space="0" w:color="auto"/>
        <w:right w:val="none" w:sz="0" w:space="0" w:color="auto"/>
      </w:divBdr>
      <w:divsChild>
        <w:div w:id="586812004">
          <w:marLeft w:val="0"/>
          <w:marRight w:val="0"/>
          <w:marTop w:val="0"/>
          <w:marBottom w:val="0"/>
          <w:divBdr>
            <w:top w:val="none" w:sz="0" w:space="0" w:color="auto"/>
            <w:left w:val="none" w:sz="0" w:space="0" w:color="auto"/>
            <w:bottom w:val="none" w:sz="0" w:space="0" w:color="auto"/>
            <w:right w:val="none" w:sz="0" w:space="0" w:color="auto"/>
          </w:divBdr>
          <w:divsChild>
            <w:div w:id="1835954398">
              <w:marLeft w:val="0"/>
              <w:marRight w:val="0"/>
              <w:marTop w:val="0"/>
              <w:marBottom w:val="0"/>
              <w:divBdr>
                <w:top w:val="none" w:sz="0" w:space="0" w:color="auto"/>
                <w:left w:val="none" w:sz="0" w:space="0" w:color="auto"/>
                <w:bottom w:val="none" w:sz="0" w:space="0" w:color="auto"/>
                <w:right w:val="none" w:sz="0" w:space="0" w:color="auto"/>
              </w:divBdr>
              <w:divsChild>
                <w:div w:id="977031073">
                  <w:marLeft w:val="0"/>
                  <w:marRight w:val="0"/>
                  <w:marTop w:val="0"/>
                  <w:marBottom w:val="0"/>
                  <w:divBdr>
                    <w:top w:val="none" w:sz="0" w:space="0" w:color="auto"/>
                    <w:left w:val="none" w:sz="0" w:space="0" w:color="auto"/>
                    <w:bottom w:val="none" w:sz="0" w:space="0" w:color="auto"/>
                    <w:right w:val="none" w:sz="0" w:space="0" w:color="auto"/>
                  </w:divBdr>
                  <w:divsChild>
                    <w:div w:id="50664708">
                      <w:marLeft w:val="0"/>
                      <w:marRight w:val="0"/>
                      <w:marTop w:val="0"/>
                      <w:marBottom w:val="0"/>
                      <w:divBdr>
                        <w:top w:val="none" w:sz="0" w:space="0" w:color="auto"/>
                        <w:left w:val="none" w:sz="0" w:space="0" w:color="auto"/>
                        <w:bottom w:val="none" w:sz="0" w:space="0" w:color="auto"/>
                        <w:right w:val="none" w:sz="0" w:space="0" w:color="auto"/>
                      </w:divBdr>
                      <w:divsChild>
                        <w:div w:id="1639990280">
                          <w:marLeft w:val="0"/>
                          <w:marRight w:val="0"/>
                          <w:marTop w:val="0"/>
                          <w:marBottom w:val="0"/>
                          <w:divBdr>
                            <w:top w:val="none" w:sz="0" w:space="0" w:color="auto"/>
                            <w:left w:val="none" w:sz="0" w:space="0" w:color="auto"/>
                            <w:bottom w:val="none" w:sz="0" w:space="0" w:color="auto"/>
                            <w:right w:val="none" w:sz="0" w:space="0" w:color="auto"/>
                          </w:divBdr>
                          <w:divsChild>
                            <w:div w:id="767502491">
                              <w:marLeft w:val="0"/>
                              <w:marRight w:val="0"/>
                              <w:marTop w:val="0"/>
                              <w:marBottom w:val="0"/>
                              <w:divBdr>
                                <w:top w:val="none" w:sz="0" w:space="0" w:color="auto"/>
                                <w:left w:val="none" w:sz="0" w:space="0" w:color="auto"/>
                                <w:bottom w:val="none" w:sz="0" w:space="0" w:color="auto"/>
                                <w:right w:val="none" w:sz="0" w:space="0" w:color="auto"/>
                              </w:divBdr>
                              <w:divsChild>
                                <w:div w:id="237403099">
                                  <w:marLeft w:val="0"/>
                                  <w:marRight w:val="0"/>
                                  <w:marTop w:val="0"/>
                                  <w:marBottom w:val="0"/>
                                  <w:divBdr>
                                    <w:top w:val="none" w:sz="0" w:space="0" w:color="auto"/>
                                    <w:left w:val="none" w:sz="0" w:space="0" w:color="auto"/>
                                    <w:bottom w:val="none" w:sz="0" w:space="0" w:color="auto"/>
                                    <w:right w:val="none" w:sz="0" w:space="0" w:color="auto"/>
                                  </w:divBdr>
                                  <w:divsChild>
                                    <w:div w:id="2117408616">
                                      <w:marLeft w:val="0"/>
                                      <w:marRight w:val="0"/>
                                      <w:marTop w:val="0"/>
                                      <w:marBottom w:val="0"/>
                                      <w:divBdr>
                                        <w:top w:val="none" w:sz="0" w:space="0" w:color="auto"/>
                                        <w:left w:val="none" w:sz="0" w:space="0" w:color="auto"/>
                                        <w:bottom w:val="none" w:sz="0" w:space="0" w:color="auto"/>
                                        <w:right w:val="none" w:sz="0" w:space="0" w:color="auto"/>
                                      </w:divBdr>
                                      <w:divsChild>
                                        <w:div w:id="648748140">
                                          <w:marLeft w:val="0"/>
                                          <w:marRight w:val="0"/>
                                          <w:marTop w:val="0"/>
                                          <w:marBottom w:val="0"/>
                                          <w:divBdr>
                                            <w:top w:val="none" w:sz="0" w:space="0" w:color="auto"/>
                                            <w:left w:val="none" w:sz="0" w:space="0" w:color="auto"/>
                                            <w:bottom w:val="none" w:sz="0" w:space="0" w:color="auto"/>
                                            <w:right w:val="none" w:sz="0" w:space="0" w:color="auto"/>
                                          </w:divBdr>
                                          <w:divsChild>
                                            <w:div w:id="381055942">
                                              <w:marLeft w:val="0"/>
                                              <w:marRight w:val="0"/>
                                              <w:marTop w:val="0"/>
                                              <w:marBottom w:val="0"/>
                                              <w:divBdr>
                                                <w:top w:val="none" w:sz="0" w:space="0" w:color="auto"/>
                                                <w:left w:val="none" w:sz="0" w:space="0" w:color="auto"/>
                                                <w:bottom w:val="none" w:sz="0" w:space="0" w:color="auto"/>
                                                <w:right w:val="none" w:sz="0" w:space="0" w:color="auto"/>
                                              </w:divBdr>
                                              <w:divsChild>
                                                <w:div w:id="1810589043">
                                                  <w:marLeft w:val="0"/>
                                                  <w:marRight w:val="0"/>
                                                  <w:marTop w:val="0"/>
                                                  <w:marBottom w:val="0"/>
                                                  <w:divBdr>
                                                    <w:top w:val="none" w:sz="0" w:space="0" w:color="auto"/>
                                                    <w:left w:val="none" w:sz="0" w:space="0" w:color="auto"/>
                                                    <w:bottom w:val="none" w:sz="0" w:space="0" w:color="auto"/>
                                                    <w:right w:val="none" w:sz="0" w:space="0" w:color="auto"/>
                                                  </w:divBdr>
                                                  <w:divsChild>
                                                    <w:div w:id="788547682">
                                                      <w:marLeft w:val="0"/>
                                                      <w:marRight w:val="0"/>
                                                      <w:marTop w:val="0"/>
                                                      <w:marBottom w:val="0"/>
                                                      <w:divBdr>
                                                        <w:top w:val="none" w:sz="0" w:space="0" w:color="auto"/>
                                                        <w:left w:val="none" w:sz="0" w:space="0" w:color="auto"/>
                                                        <w:bottom w:val="none" w:sz="0" w:space="0" w:color="auto"/>
                                                        <w:right w:val="none" w:sz="0" w:space="0" w:color="auto"/>
                                                      </w:divBdr>
                                                      <w:divsChild>
                                                        <w:div w:id="1274480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98421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0014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02848">
                                                          <w:blockQuote w:val="1"/>
                                                          <w:marLeft w:val="720"/>
                                                          <w:marRight w:val="720"/>
                                                          <w:marTop w:val="100"/>
                                                          <w:marBottom w:val="100"/>
                                                          <w:divBdr>
                                                            <w:top w:val="none" w:sz="0" w:space="0" w:color="auto"/>
                                                            <w:left w:val="none" w:sz="0" w:space="0" w:color="auto"/>
                                                            <w:bottom w:val="none" w:sz="0" w:space="0" w:color="auto"/>
                                                            <w:right w:val="none" w:sz="0" w:space="0" w:color="auto"/>
                                                          </w:divBdr>
                                                        </w:div>
                                                        <w:div w:id="568001687">
                                                          <w:blockQuote w:val="1"/>
                                                          <w:marLeft w:val="720"/>
                                                          <w:marRight w:val="720"/>
                                                          <w:marTop w:val="100"/>
                                                          <w:marBottom w:val="100"/>
                                                          <w:divBdr>
                                                            <w:top w:val="none" w:sz="0" w:space="0" w:color="auto"/>
                                                            <w:left w:val="none" w:sz="0" w:space="0" w:color="auto"/>
                                                            <w:bottom w:val="none" w:sz="0" w:space="0" w:color="auto"/>
                                                            <w:right w:val="none" w:sz="0" w:space="0" w:color="auto"/>
                                                          </w:divBdr>
                                                        </w:div>
                                                        <w:div w:id="504589263">
                                                          <w:blockQuote w:val="1"/>
                                                          <w:marLeft w:val="720"/>
                                                          <w:marRight w:val="720"/>
                                                          <w:marTop w:val="100"/>
                                                          <w:marBottom w:val="100"/>
                                                          <w:divBdr>
                                                            <w:top w:val="none" w:sz="0" w:space="0" w:color="auto"/>
                                                            <w:left w:val="none" w:sz="0" w:space="0" w:color="auto"/>
                                                            <w:bottom w:val="none" w:sz="0" w:space="0" w:color="auto"/>
                                                            <w:right w:val="none" w:sz="0" w:space="0" w:color="auto"/>
                                                          </w:divBdr>
                                                        </w:div>
                                                        <w:div w:id="53815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04470941">
                                                          <w:blockQuote w:val="1"/>
                                                          <w:marLeft w:val="720"/>
                                                          <w:marRight w:val="720"/>
                                                          <w:marTop w:val="100"/>
                                                          <w:marBottom w:val="100"/>
                                                          <w:divBdr>
                                                            <w:top w:val="none" w:sz="0" w:space="0" w:color="auto"/>
                                                            <w:left w:val="none" w:sz="0" w:space="0" w:color="auto"/>
                                                            <w:bottom w:val="none" w:sz="0" w:space="0" w:color="auto"/>
                                                            <w:right w:val="none" w:sz="0" w:space="0" w:color="auto"/>
                                                          </w:divBdr>
                                                        </w:div>
                                                        <w:div w:id="551233332">
                                                          <w:blockQuote w:val="1"/>
                                                          <w:marLeft w:val="720"/>
                                                          <w:marRight w:val="720"/>
                                                          <w:marTop w:val="100"/>
                                                          <w:marBottom w:val="100"/>
                                                          <w:divBdr>
                                                            <w:top w:val="none" w:sz="0" w:space="0" w:color="auto"/>
                                                            <w:left w:val="none" w:sz="0" w:space="0" w:color="auto"/>
                                                            <w:bottom w:val="none" w:sz="0" w:space="0" w:color="auto"/>
                                                            <w:right w:val="none" w:sz="0" w:space="0" w:color="auto"/>
                                                          </w:divBdr>
                                                        </w:div>
                                                        <w:div w:id="61609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092891">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153676">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236796">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584317">
                                                          <w:blockQuote w:val="1"/>
                                                          <w:marLeft w:val="720"/>
                                                          <w:marRight w:val="720"/>
                                                          <w:marTop w:val="100"/>
                                                          <w:marBottom w:val="100"/>
                                                          <w:divBdr>
                                                            <w:top w:val="none" w:sz="0" w:space="0" w:color="auto"/>
                                                            <w:left w:val="none" w:sz="0" w:space="0" w:color="auto"/>
                                                            <w:bottom w:val="none" w:sz="0" w:space="0" w:color="auto"/>
                                                            <w:right w:val="none" w:sz="0" w:space="0" w:color="auto"/>
                                                          </w:divBdr>
                                                        </w:div>
                                                        <w:div w:id="98376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297351">
                          <w:marLeft w:val="0"/>
                          <w:marRight w:val="0"/>
                          <w:marTop w:val="0"/>
                          <w:marBottom w:val="0"/>
                          <w:divBdr>
                            <w:top w:val="none" w:sz="0" w:space="0" w:color="auto"/>
                            <w:left w:val="none" w:sz="0" w:space="0" w:color="auto"/>
                            <w:bottom w:val="none" w:sz="0" w:space="0" w:color="auto"/>
                            <w:right w:val="none" w:sz="0" w:space="0" w:color="auto"/>
                          </w:divBdr>
                          <w:divsChild>
                            <w:div w:id="1607469795">
                              <w:marLeft w:val="0"/>
                              <w:marRight w:val="0"/>
                              <w:marTop w:val="0"/>
                              <w:marBottom w:val="0"/>
                              <w:divBdr>
                                <w:top w:val="none" w:sz="0" w:space="0" w:color="auto"/>
                                <w:left w:val="none" w:sz="0" w:space="0" w:color="auto"/>
                                <w:bottom w:val="none" w:sz="0" w:space="0" w:color="auto"/>
                                <w:right w:val="none" w:sz="0" w:space="0" w:color="auto"/>
                              </w:divBdr>
                              <w:divsChild>
                                <w:div w:id="1755316867">
                                  <w:marLeft w:val="0"/>
                                  <w:marRight w:val="0"/>
                                  <w:marTop w:val="0"/>
                                  <w:marBottom w:val="0"/>
                                  <w:divBdr>
                                    <w:top w:val="none" w:sz="0" w:space="0" w:color="auto"/>
                                    <w:left w:val="none" w:sz="0" w:space="0" w:color="auto"/>
                                    <w:bottom w:val="none" w:sz="0" w:space="0" w:color="auto"/>
                                    <w:right w:val="none" w:sz="0" w:space="0" w:color="auto"/>
                                  </w:divBdr>
                                  <w:divsChild>
                                    <w:div w:id="1861508786">
                                      <w:marLeft w:val="0"/>
                                      <w:marRight w:val="0"/>
                                      <w:marTop w:val="0"/>
                                      <w:marBottom w:val="0"/>
                                      <w:divBdr>
                                        <w:top w:val="none" w:sz="0" w:space="0" w:color="auto"/>
                                        <w:left w:val="none" w:sz="0" w:space="0" w:color="auto"/>
                                        <w:bottom w:val="none" w:sz="0" w:space="0" w:color="auto"/>
                                        <w:right w:val="none" w:sz="0" w:space="0" w:color="auto"/>
                                      </w:divBdr>
                                      <w:divsChild>
                                        <w:div w:id="1767454546">
                                          <w:marLeft w:val="0"/>
                                          <w:marRight w:val="0"/>
                                          <w:marTop w:val="0"/>
                                          <w:marBottom w:val="0"/>
                                          <w:divBdr>
                                            <w:top w:val="none" w:sz="0" w:space="0" w:color="auto"/>
                                            <w:left w:val="none" w:sz="0" w:space="0" w:color="auto"/>
                                            <w:bottom w:val="none" w:sz="0" w:space="0" w:color="auto"/>
                                            <w:right w:val="none" w:sz="0" w:space="0" w:color="auto"/>
                                          </w:divBdr>
                                          <w:divsChild>
                                            <w:div w:id="283198525">
                                              <w:marLeft w:val="0"/>
                                              <w:marRight w:val="0"/>
                                              <w:marTop w:val="0"/>
                                              <w:marBottom w:val="0"/>
                                              <w:divBdr>
                                                <w:top w:val="none" w:sz="0" w:space="0" w:color="auto"/>
                                                <w:left w:val="none" w:sz="0" w:space="0" w:color="auto"/>
                                                <w:bottom w:val="none" w:sz="0" w:space="0" w:color="auto"/>
                                                <w:right w:val="none" w:sz="0" w:space="0" w:color="auto"/>
                                              </w:divBdr>
                                              <w:divsChild>
                                                <w:div w:id="849950270">
                                                  <w:marLeft w:val="0"/>
                                                  <w:marRight w:val="0"/>
                                                  <w:marTop w:val="0"/>
                                                  <w:marBottom w:val="0"/>
                                                  <w:divBdr>
                                                    <w:top w:val="none" w:sz="0" w:space="0" w:color="auto"/>
                                                    <w:left w:val="none" w:sz="0" w:space="0" w:color="auto"/>
                                                    <w:bottom w:val="none" w:sz="0" w:space="0" w:color="auto"/>
                                                    <w:right w:val="none" w:sz="0" w:space="0" w:color="auto"/>
                                                  </w:divBdr>
                                                  <w:divsChild>
                                                    <w:div w:id="399065074">
                                                      <w:marLeft w:val="0"/>
                                                      <w:marRight w:val="0"/>
                                                      <w:marTop w:val="0"/>
                                                      <w:marBottom w:val="0"/>
                                                      <w:divBdr>
                                                        <w:top w:val="none" w:sz="0" w:space="0" w:color="auto"/>
                                                        <w:left w:val="none" w:sz="0" w:space="0" w:color="auto"/>
                                                        <w:bottom w:val="none" w:sz="0" w:space="0" w:color="auto"/>
                                                        <w:right w:val="none" w:sz="0" w:space="0" w:color="auto"/>
                                                      </w:divBdr>
                                                      <w:divsChild>
                                                        <w:div w:id="1920168381">
                                                          <w:marLeft w:val="0"/>
                                                          <w:marRight w:val="0"/>
                                                          <w:marTop w:val="0"/>
                                                          <w:marBottom w:val="0"/>
                                                          <w:divBdr>
                                                            <w:top w:val="none" w:sz="0" w:space="0" w:color="auto"/>
                                                            <w:left w:val="none" w:sz="0" w:space="0" w:color="auto"/>
                                                            <w:bottom w:val="none" w:sz="0" w:space="0" w:color="auto"/>
                                                            <w:right w:val="none" w:sz="0" w:space="0" w:color="auto"/>
                                                          </w:divBdr>
                                                          <w:divsChild>
                                                            <w:div w:id="19315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752242">
                          <w:marLeft w:val="0"/>
                          <w:marRight w:val="0"/>
                          <w:marTop w:val="0"/>
                          <w:marBottom w:val="0"/>
                          <w:divBdr>
                            <w:top w:val="none" w:sz="0" w:space="0" w:color="auto"/>
                            <w:left w:val="none" w:sz="0" w:space="0" w:color="auto"/>
                            <w:bottom w:val="none" w:sz="0" w:space="0" w:color="auto"/>
                            <w:right w:val="none" w:sz="0" w:space="0" w:color="auto"/>
                          </w:divBdr>
                          <w:divsChild>
                            <w:div w:id="1509829581">
                              <w:marLeft w:val="0"/>
                              <w:marRight w:val="0"/>
                              <w:marTop w:val="0"/>
                              <w:marBottom w:val="0"/>
                              <w:divBdr>
                                <w:top w:val="none" w:sz="0" w:space="0" w:color="auto"/>
                                <w:left w:val="none" w:sz="0" w:space="0" w:color="auto"/>
                                <w:bottom w:val="none" w:sz="0" w:space="0" w:color="auto"/>
                                <w:right w:val="none" w:sz="0" w:space="0" w:color="auto"/>
                              </w:divBdr>
                              <w:divsChild>
                                <w:div w:id="828525699">
                                  <w:marLeft w:val="0"/>
                                  <w:marRight w:val="0"/>
                                  <w:marTop w:val="0"/>
                                  <w:marBottom w:val="0"/>
                                  <w:divBdr>
                                    <w:top w:val="none" w:sz="0" w:space="0" w:color="auto"/>
                                    <w:left w:val="none" w:sz="0" w:space="0" w:color="auto"/>
                                    <w:bottom w:val="none" w:sz="0" w:space="0" w:color="auto"/>
                                    <w:right w:val="none" w:sz="0" w:space="0" w:color="auto"/>
                                  </w:divBdr>
                                  <w:divsChild>
                                    <w:div w:id="20018802">
                                      <w:marLeft w:val="0"/>
                                      <w:marRight w:val="0"/>
                                      <w:marTop w:val="0"/>
                                      <w:marBottom w:val="0"/>
                                      <w:divBdr>
                                        <w:top w:val="none" w:sz="0" w:space="0" w:color="auto"/>
                                        <w:left w:val="none" w:sz="0" w:space="0" w:color="auto"/>
                                        <w:bottom w:val="none" w:sz="0" w:space="0" w:color="auto"/>
                                        <w:right w:val="none" w:sz="0" w:space="0" w:color="auto"/>
                                      </w:divBdr>
                                      <w:divsChild>
                                        <w:div w:id="1961033901">
                                          <w:marLeft w:val="0"/>
                                          <w:marRight w:val="0"/>
                                          <w:marTop w:val="0"/>
                                          <w:marBottom w:val="0"/>
                                          <w:divBdr>
                                            <w:top w:val="none" w:sz="0" w:space="0" w:color="auto"/>
                                            <w:left w:val="none" w:sz="0" w:space="0" w:color="auto"/>
                                            <w:bottom w:val="none" w:sz="0" w:space="0" w:color="auto"/>
                                            <w:right w:val="none" w:sz="0" w:space="0" w:color="auto"/>
                                          </w:divBdr>
                                          <w:divsChild>
                                            <w:div w:id="752316026">
                                              <w:marLeft w:val="0"/>
                                              <w:marRight w:val="0"/>
                                              <w:marTop w:val="0"/>
                                              <w:marBottom w:val="0"/>
                                              <w:divBdr>
                                                <w:top w:val="none" w:sz="0" w:space="0" w:color="auto"/>
                                                <w:left w:val="none" w:sz="0" w:space="0" w:color="auto"/>
                                                <w:bottom w:val="none" w:sz="0" w:space="0" w:color="auto"/>
                                                <w:right w:val="none" w:sz="0" w:space="0" w:color="auto"/>
                                              </w:divBdr>
                                              <w:divsChild>
                                                <w:div w:id="1689794064">
                                                  <w:marLeft w:val="0"/>
                                                  <w:marRight w:val="0"/>
                                                  <w:marTop w:val="0"/>
                                                  <w:marBottom w:val="0"/>
                                                  <w:divBdr>
                                                    <w:top w:val="none" w:sz="0" w:space="0" w:color="auto"/>
                                                    <w:left w:val="none" w:sz="0" w:space="0" w:color="auto"/>
                                                    <w:bottom w:val="none" w:sz="0" w:space="0" w:color="auto"/>
                                                    <w:right w:val="none" w:sz="0" w:space="0" w:color="auto"/>
                                                  </w:divBdr>
                                                  <w:divsChild>
                                                    <w:div w:id="1528984376">
                                                      <w:marLeft w:val="0"/>
                                                      <w:marRight w:val="0"/>
                                                      <w:marTop w:val="0"/>
                                                      <w:marBottom w:val="0"/>
                                                      <w:divBdr>
                                                        <w:top w:val="none" w:sz="0" w:space="0" w:color="auto"/>
                                                        <w:left w:val="none" w:sz="0" w:space="0" w:color="auto"/>
                                                        <w:bottom w:val="none" w:sz="0" w:space="0" w:color="auto"/>
                                                        <w:right w:val="none" w:sz="0" w:space="0" w:color="auto"/>
                                                      </w:divBdr>
                                                      <w:divsChild>
                                                        <w:div w:id="1097292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044246">
                          <w:marLeft w:val="0"/>
                          <w:marRight w:val="0"/>
                          <w:marTop w:val="0"/>
                          <w:marBottom w:val="0"/>
                          <w:divBdr>
                            <w:top w:val="none" w:sz="0" w:space="0" w:color="auto"/>
                            <w:left w:val="none" w:sz="0" w:space="0" w:color="auto"/>
                            <w:bottom w:val="none" w:sz="0" w:space="0" w:color="auto"/>
                            <w:right w:val="none" w:sz="0" w:space="0" w:color="auto"/>
                          </w:divBdr>
                          <w:divsChild>
                            <w:div w:id="290015469">
                              <w:marLeft w:val="0"/>
                              <w:marRight w:val="0"/>
                              <w:marTop w:val="0"/>
                              <w:marBottom w:val="0"/>
                              <w:divBdr>
                                <w:top w:val="none" w:sz="0" w:space="0" w:color="auto"/>
                                <w:left w:val="none" w:sz="0" w:space="0" w:color="auto"/>
                                <w:bottom w:val="none" w:sz="0" w:space="0" w:color="auto"/>
                                <w:right w:val="none" w:sz="0" w:space="0" w:color="auto"/>
                              </w:divBdr>
                              <w:divsChild>
                                <w:div w:id="1841844640">
                                  <w:marLeft w:val="0"/>
                                  <w:marRight w:val="0"/>
                                  <w:marTop w:val="0"/>
                                  <w:marBottom w:val="0"/>
                                  <w:divBdr>
                                    <w:top w:val="none" w:sz="0" w:space="0" w:color="auto"/>
                                    <w:left w:val="none" w:sz="0" w:space="0" w:color="auto"/>
                                    <w:bottom w:val="none" w:sz="0" w:space="0" w:color="auto"/>
                                    <w:right w:val="none" w:sz="0" w:space="0" w:color="auto"/>
                                  </w:divBdr>
                                  <w:divsChild>
                                    <w:div w:id="2085177378">
                                      <w:marLeft w:val="0"/>
                                      <w:marRight w:val="0"/>
                                      <w:marTop w:val="0"/>
                                      <w:marBottom w:val="0"/>
                                      <w:divBdr>
                                        <w:top w:val="none" w:sz="0" w:space="0" w:color="auto"/>
                                        <w:left w:val="none" w:sz="0" w:space="0" w:color="auto"/>
                                        <w:bottom w:val="none" w:sz="0" w:space="0" w:color="auto"/>
                                        <w:right w:val="none" w:sz="0" w:space="0" w:color="auto"/>
                                      </w:divBdr>
                                      <w:divsChild>
                                        <w:div w:id="241985960">
                                          <w:marLeft w:val="0"/>
                                          <w:marRight w:val="0"/>
                                          <w:marTop w:val="0"/>
                                          <w:marBottom w:val="0"/>
                                          <w:divBdr>
                                            <w:top w:val="none" w:sz="0" w:space="0" w:color="auto"/>
                                            <w:left w:val="none" w:sz="0" w:space="0" w:color="auto"/>
                                            <w:bottom w:val="none" w:sz="0" w:space="0" w:color="auto"/>
                                            <w:right w:val="none" w:sz="0" w:space="0" w:color="auto"/>
                                          </w:divBdr>
                                          <w:divsChild>
                                            <w:div w:id="578056303">
                                              <w:marLeft w:val="0"/>
                                              <w:marRight w:val="0"/>
                                              <w:marTop w:val="0"/>
                                              <w:marBottom w:val="0"/>
                                              <w:divBdr>
                                                <w:top w:val="none" w:sz="0" w:space="0" w:color="auto"/>
                                                <w:left w:val="none" w:sz="0" w:space="0" w:color="auto"/>
                                                <w:bottom w:val="none" w:sz="0" w:space="0" w:color="auto"/>
                                                <w:right w:val="none" w:sz="0" w:space="0" w:color="auto"/>
                                              </w:divBdr>
                                              <w:divsChild>
                                                <w:div w:id="1713919263">
                                                  <w:marLeft w:val="0"/>
                                                  <w:marRight w:val="0"/>
                                                  <w:marTop w:val="0"/>
                                                  <w:marBottom w:val="0"/>
                                                  <w:divBdr>
                                                    <w:top w:val="none" w:sz="0" w:space="0" w:color="auto"/>
                                                    <w:left w:val="none" w:sz="0" w:space="0" w:color="auto"/>
                                                    <w:bottom w:val="none" w:sz="0" w:space="0" w:color="auto"/>
                                                    <w:right w:val="none" w:sz="0" w:space="0" w:color="auto"/>
                                                  </w:divBdr>
                                                  <w:divsChild>
                                                    <w:div w:id="1237206177">
                                                      <w:marLeft w:val="0"/>
                                                      <w:marRight w:val="0"/>
                                                      <w:marTop w:val="0"/>
                                                      <w:marBottom w:val="0"/>
                                                      <w:divBdr>
                                                        <w:top w:val="none" w:sz="0" w:space="0" w:color="auto"/>
                                                        <w:left w:val="none" w:sz="0" w:space="0" w:color="auto"/>
                                                        <w:bottom w:val="none" w:sz="0" w:space="0" w:color="auto"/>
                                                        <w:right w:val="none" w:sz="0" w:space="0" w:color="auto"/>
                                                      </w:divBdr>
                                                      <w:divsChild>
                                                        <w:div w:id="1124272230">
                                                          <w:marLeft w:val="0"/>
                                                          <w:marRight w:val="0"/>
                                                          <w:marTop w:val="0"/>
                                                          <w:marBottom w:val="0"/>
                                                          <w:divBdr>
                                                            <w:top w:val="none" w:sz="0" w:space="0" w:color="auto"/>
                                                            <w:left w:val="none" w:sz="0" w:space="0" w:color="auto"/>
                                                            <w:bottom w:val="none" w:sz="0" w:space="0" w:color="auto"/>
                                                            <w:right w:val="none" w:sz="0" w:space="0" w:color="auto"/>
                                                          </w:divBdr>
                                                          <w:divsChild>
                                                            <w:div w:id="18200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2477922">
                          <w:marLeft w:val="0"/>
                          <w:marRight w:val="0"/>
                          <w:marTop w:val="0"/>
                          <w:marBottom w:val="0"/>
                          <w:divBdr>
                            <w:top w:val="none" w:sz="0" w:space="0" w:color="auto"/>
                            <w:left w:val="none" w:sz="0" w:space="0" w:color="auto"/>
                            <w:bottom w:val="none" w:sz="0" w:space="0" w:color="auto"/>
                            <w:right w:val="none" w:sz="0" w:space="0" w:color="auto"/>
                          </w:divBdr>
                          <w:divsChild>
                            <w:div w:id="1009522620">
                              <w:marLeft w:val="0"/>
                              <w:marRight w:val="0"/>
                              <w:marTop w:val="0"/>
                              <w:marBottom w:val="0"/>
                              <w:divBdr>
                                <w:top w:val="none" w:sz="0" w:space="0" w:color="auto"/>
                                <w:left w:val="none" w:sz="0" w:space="0" w:color="auto"/>
                                <w:bottom w:val="none" w:sz="0" w:space="0" w:color="auto"/>
                                <w:right w:val="none" w:sz="0" w:space="0" w:color="auto"/>
                              </w:divBdr>
                              <w:divsChild>
                                <w:div w:id="501556211">
                                  <w:marLeft w:val="0"/>
                                  <w:marRight w:val="0"/>
                                  <w:marTop w:val="0"/>
                                  <w:marBottom w:val="0"/>
                                  <w:divBdr>
                                    <w:top w:val="none" w:sz="0" w:space="0" w:color="auto"/>
                                    <w:left w:val="none" w:sz="0" w:space="0" w:color="auto"/>
                                    <w:bottom w:val="none" w:sz="0" w:space="0" w:color="auto"/>
                                    <w:right w:val="none" w:sz="0" w:space="0" w:color="auto"/>
                                  </w:divBdr>
                                  <w:divsChild>
                                    <w:div w:id="664628436">
                                      <w:marLeft w:val="0"/>
                                      <w:marRight w:val="0"/>
                                      <w:marTop w:val="0"/>
                                      <w:marBottom w:val="0"/>
                                      <w:divBdr>
                                        <w:top w:val="none" w:sz="0" w:space="0" w:color="auto"/>
                                        <w:left w:val="none" w:sz="0" w:space="0" w:color="auto"/>
                                        <w:bottom w:val="none" w:sz="0" w:space="0" w:color="auto"/>
                                        <w:right w:val="none" w:sz="0" w:space="0" w:color="auto"/>
                                      </w:divBdr>
                                      <w:divsChild>
                                        <w:div w:id="395199690">
                                          <w:marLeft w:val="0"/>
                                          <w:marRight w:val="0"/>
                                          <w:marTop w:val="0"/>
                                          <w:marBottom w:val="0"/>
                                          <w:divBdr>
                                            <w:top w:val="none" w:sz="0" w:space="0" w:color="auto"/>
                                            <w:left w:val="none" w:sz="0" w:space="0" w:color="auto"/>
                                            <w:bottom w:val="none" w:sz="0" w:space="0" w:color="auto"/>
                                            <w:right w:val="none" w:sz="0" w:space="0" w:color="auto"/>
                                          </w:divBdr>
                                          <w:divsChild>
                                            <w:div w:id="1399594240">
                                              <w:marLeft w:val="0"/>
                                              <w:marRight w:val="0"/>
                                              <w:marTop w:val="0"/>
                                              <w:marBottom w:val="0"/>
                                              <w:divBdr>
                                                <w:top w:val="none" w:sz="0" w:space="0" w:color="auto"/>
                                                <w:left w:val="none" w:sz="0" w:space="0" w:color="auto"/>
                                                <w:bottom w:val="none" w:sz="0" w:space="0" w:color="auto"/>
                                                <w:right w:val="none" w:sz="0" w:space="0" w:color="auto"/>
                                              </w:divBdr>
                                              <w:divsChild>
                                                <w:div w:id="685058050">
                                                  <w:marLeft w:val="0"/>
                                                  <w:marRight w:val="0"/>
                                                  <w:marTop w:val="0"/>
                                                  <w:marBottom w:val="0"/>
                                                  <w:divBdr>
                                                    <w:top w:val="none" w:sz="0" w:space="0" w:color="auto"/>
                                                    <w:left w:val="none" w:sz="0" w:space="0" w:color="auto"/>
                                                    <w:bottom w:val="none" w:sz="0" w:space="0" w:color="auto"/>
                                                    <w:right w:val="none" w:sz="0" w:space="0" w:color="auto"/>
                                                  </w:divBdr>
                                                </w:div>
                                                <w:div w:id="611789622">
                                                  <w:marLeft w:val="0"/>
                                                  <w:marRight w:val="0"/>
                                                  <w:marTop w:val="0"/>
                                                  <w:marBottom w:val="0"/>
                                                  <w:divBdr>
                                                    <w:top w:val="none" w:sz="0" w:space="0" w:color="auto"/>
                                                    <w:left w:val="none" w:sz="0" w:space="0" w:color="auto"/>
                                                    <w:bottom w:val="none" w:sz="0" w:space="0" w:color="auto"/>
                                                    <w:right w:val="none" w:sz="0" w:space="0" w:color="auto"/>
                                                  </w:divBdr>
                                                  <w:divsChild>
                                                    <w:div w:id="376390992">
                                                      <w:marLeft w:val="0"/>
                                                      <w:marRight w:val="0"/>
                                                      <w:marTop w:val="0"/>
                                                      <w:marBottom w:val="0"/>
                                                      <w:divBdr>
                                                        <w:top w:val="none" w:sz="0" w:space="0" w:color="auto"/>
                                                        <w:left w:val="none" w:sz="0" w:space="0" w:color="auto"/>
                                                        <w:bottom w:val="none" w:sz="0" w:space="0" w:color="auto"/>
                                                        <w:right w:val="none" w:sz="0" w:space="0" w:color="auto"/>
                                                      </w:divBdr>
                                                      <w:divsChild>
                                                        <w:div w:id="1705252813">
                                                          <w:marLeft w:val="0"/>
                                                          <w:marRight w:val="0"/>
                                                          <w:marTop w:val="0"/>
                                                          <w:marBottom w:val="0"/>
                                                          <w:divBdr>
                                                            <w:top w:val="none" w:sz="0" w:space="0" w:color="auto"/>
                                                            <w:left w:val="none" w:sz="0" w:space="0" w:color="auto"/>
                                                            <w:bottom w:val="none" w:sz="0" w:space="0" w:color="auto"/>
                                                            <w:right w:val="none" w:sz="0" w:space="0" w:color="auto"/>
                                                          </w:divBdr>
                                                          <w:divsChild>
                                                            <w:div w:id="1968393292">
                                                              <w:marLeft w:val="0"/>
                                                              <w:marRight w:val="0"/>
                                                              <w:marTop w:val="0"/>
                                                              <w:marBottom w:val="0"/>
                                                              <w:divBdr>
                                                                <w:top w:val="none" w:sz="0" w:space="0" w:color="auto"/>
                                                                <w:left w:val="none" w:sz="0" w:space="0" w:color="auto"/>
                                                                <w:bottom w:val="none" w:sz="0" w:space="0" w:color="auto"/>
                                                                <w:right w:val="none" w:sz="0" w:space="0" w:color="auto"/>
                                                              </w:divBdr>
                                                            </w:div>
                                                            <w:div w:id="489709263">
                                                              <w:marLeft w:val="0"/>
                                                              <w:marRight w:val="0"/>
                                                              <w:marTop w:val="0"/>
                                                              <w:marBottom w:val="0"/>
                                                              <w:divBdr>
                                                                <w:top w:val="none" w:sz="0" w:space="0" w:color="auto"/>
                                                                <w:left w:val="none" w:sz="0" w:space="0" w:color="auto"/>
                                                                <w:bottom w:val="none" w:sz="0" w:space="0" w:color="auto"/>
                                                                <w:right w:val="none" w:sz="0" w:space="0" w:color="auto"/>
                                                              </w:divBdr>
                                                            </w:div>
                                                            <w:div w:id="1483963554">
                                                              <w:marLeft w:val="0"/>
                                                              <w:marRight w:val="0"/>
                                                              <w:marTop w:val="0"/>
                                                              <w:marBottom w:val="0"/>
                                                              <w:divBdr>
                                                                <w:top w:val="none" w:sz="0" w:space="0" w:color="auto"/>
                                                                <w:left w:val="none" w:sz="0" w:space="0" w:color="auto"/>
                                                                <w:bottom w:val="none" w:sz="0" w:space="0" w:color="auto"/>
                                                                <w:right w:val="none" w:sz="0" w:space="0" w:color="auto"/>
                                                              </w:divBdr>
                                                            </w:div>
                                                            <w:div w:id="2142460950">
                                                              <w:marLeft w:val="0"/>
                                                              <w:marRight w:val="0"/>
                                                              <w:marTop w:val="0"/>
                                                              <w:marBottom w:val="0"/>
                                                              <w:divBdr>
                                                                <w:top w:val="none" w:sz="0" w:space="0" w:color="auto"/>
                                                                <w:left w:val="none" w:sz="0" w:space="0" w:color="auto"/>
                                                                <w:bottom w:val="none" w:sz="0" w:space="0" w:color="auto"/>
                                                                <w:right w:val="none" w:sz="0" w:space="0" w:color="auto"/>
                                                              </w:divBdr>
                                                              <w:divsChild>
                                                                <w:div w:id="205874793">
                                                                  <w:marLeft w:val="0"/>
                                                                  <w:marRight w:val="0"/>
                                                                  <w:marTop w:val="0"/>
                                                                  <w:marBottom w:val="0"/>
                                                                  <w:divBdr>
                                                                    <w:top w:val="none" w:sz="0" w:space="0" w:color="auto"/>
                                                                    <w:left w:val="none" w:sz="0" w:space="0" w:color="auto"/>
                                                                    <w:bottom w:val="none" w:sz="0" w:space="0" w:color="auto"/>
                                                                    <w:right w:val="none" w:sz="0" w:space="0" w:color="auto"/>
                                                                  </w:divBdr>
                                                                  <w:divsChild>
                                                                    <w:div w:id="142160997">
                                                                      <w:marLeft w:val="0"/>
                                                                      <w:marRight w:val="0"/>
                                                                      <w:marTop w:val="0"/>
                                                                      <w:marBottom w:val="0"/>
                                                                      <w:divBdr>
                                                                        <w:top w:val="none" w:sz="0" w:space="0" w:color="auto"/>
                                                                        <w:left w:val="none" w:sz="0" w:space="0" w:color="auto"/>
                                                                        <w:bottom w:val="none" w:sz="0" w:space="0" w:color="auto"/>
                                                                        <w:right w:val="none" w:sz="0" w:space="0" w:color="auto"/>
                                                                      </w:divBdr>
                                                                      <w:divsChild>
                                                                        <w:div w:id="26904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9889304">
                          <w:marLeft w:val="0"/>
                          <w:marRight w:val="0"/>
                          <w:marTop w:val="0"/>
                          <w:marBottom w:val="0"/>
                          <w:divBdr>
                            <w:top w:val="none" w:sz="0" w:space="0" w:color="auto"/>
                            <w:left w:val="none" w:sz="0" w:space="0" w:color="auto"/>
                            <w:bottom w:val="none" w:sz="0" w:space="0" w:color="auto"/>
                            <w:right w:val="none" w:sz="0" w:space="0" w:color="auto"/>
                          </w:divBdr>
                          <w:divsChild>
                            <w:div w:id="78211398">
                              <w:marLeft w:val="0"/>
                              <w:marRight w:val="0"/>
                              <w:marTop w:val="0"/>
                              <w:marBottom w:val="0"/>
                              <w:divBdr>
                                <w:top w:val="none" w:sz="0" w:space="0" w:color="auto"/>
                                <w:left w:val="none" w:sz="0" w:space="0" w:color="auto"/>
                                <w:bottom w:val="none" w:sz="0" w:space="0" w:color="auto"/>
                                <w:right w:val="none" w:sz="0" w:space="0" w:color="auto"/>
                              </w:divBdr>
                              <w:divsChild>
                                <w:div w:id="1093748180">
                                  <w:marLeft w:val="0"/>
                                  <w:marRight w:val="0"/>
                                  <w:marTop w:val="0"/>
                                  <w:marBottom w:val="0"/>
                                  <w:divBdr>
                                    <w:top w:val="none" w:sz="0" w:space="0" w:color="auto"/>
                                    <w:left w:val="none" w:sz="0" w:space="0" w:color="auto"/>
                                    <w:bottom w:val="none" w:sz="0" w:space="0" w:color="auto"/>
                                    <w:right w:val="none" w:sz="0" w:space="0" w:color="auto"/>
                                  </w:divBdr>
                                  <w:divsChild>
                                    <w:div w:id="514854811">
                                      <w:marLeft w:val="0"/>
                                      <w:marRight w:val="0"/>
                                      <w:marTop w:val="0"/>
                                      <w:marBottom w:val="0"/>
                                      <w:divBdr>
                                        <w:top w:val="none" w:sz="0" w:space="0" w:color="auto"/>
                                        <w:left w:val="none" w:sz="0" w:space="0" w:color="auto"/>
                                        <w:bottom w:val="none" w:sz="0" w:space="0" w:color="auto"/>
                                        <w:right w:val="none" w:sz="0" w:space="0" w:color="auto"/>
                                      </w:divBdr>
                                      <w:divsChild>
                                        <w:div w:id="1653173950">
                                          <w:marLeft w:val="0"/>
                                          <w:marRight w:val="0"/>
                                          <w:marTop w:val="0"/>
                                          <w:marBottom w:val="0"/>
                                          <w:divBdr>
                                            <w:top w:val="none" w:sz="0" w:space="0" w:color="auto"/>
                                            <w:left w:val="none" w:sz="0" w:space="0" w:color="auto"/>
                                            <w:bottom w:val="none" w:sz="0" w:space="0" w:color="auto"/>
                                            <w:right w:val="none" w:sz="0" w:space="0" w:color="auto"/>
                                          </w:divBdr>
                                          <w:divsChild>
                                            <w:div w:id="238368437">
                                              <w:marLeft w:val="0"/>
                                              <w:marRight w:val="0"/>
                                              <w:marTop w:val="0"/>
                                              <w:marBottom w:val="0"/>
                                              <w:divBdr>
                                                <w:top w:val="none" w:sz="0" w:space="0" w:color="auto"/>
                                                <w:left w:val="none" w:sz="0" w:space="0" w:color="auto"/>
                                                <w:bottom w:val="none" w:sz="0" w:space="0" w:color="auto"/>
                                                <w:right w:val="none" w:sz="0" w:space="0" w:color="auto"/>
                                              </w:divBdr>
                                              <w:divsChild>
                                                <w:div w:id="305159879">
                                                  <w:marLeft w:val="0"/>
                                                  <w:marRight w:val="0"/>
                                                  <w:marTop w:val="0"/>
                                                  <w:marBottom w:val="0"/>
                                                  <w:divBdr>
                                                    <w:top w:val="none" w:sz="0" w:space="0" w:color="auto"/>
                                                    <w:left w:val="none" w:sz="0" w:space="0" w:color="auto"/>
                                                    <w:bottom w:val="none" w:sz="0" w:space="0" w:color="auto"/>
                                                    <w:right w:val="none" w:sz="0" w:space="0" w:color="auto"/>
                                                  </w:divBdr>
                                                  <w:divsChild>
                                                    <w:div w:id="965352353">
                                                      <w:marLeft w:val="0"/>
                                                      <w:marRight w:val="0"/>
                                                      <w:marTop w:val="0"/>
                                                      <w:marBottom w:val="0"/>
                                                      <w:divBdr>
                                                        <w:top w:val="none" w:sz="0" w:space="0" w:color="auto"/>
                                                        <w:left w:val="none" w:sz="0" w:space="0" w:color="auto"/>
                                                        <w:bottom w:val="none" w:sz="0" w:space="0" w:color="auto"/>
                                                        <w:right w:val="none" w:sz="0" w:space="0" w:color="auto"/>
                                                      </w:divBdr>
                                                      <w:divsChild>
                                                        <w:div w:id="380984361">
                                                          <w:marLeft w:val="0"/>
                                                          <w:marRight w:val="0"/>
                                                          <w:marTop w:val="0"/>
                                                          <w:marBottom w:val="0"/>
                                                          <w:divBdr>
                                                            <w:top w:val="none" w:sz="0" w:space="0" w:color="auto"/>
                                                            <w:left w:val="none" w:sz="0" w:space="0" w:color="auto"/>
                                                            <w:bottom w:val="none" w:sz="0" w:space="0" w:color="auto"/>
                                                            <w:right w:val="none" w:sz="0" w:space="0" w:color="auto"/>
                                                          </w:divBdr>
                                                          <w:divsChild>
                                                            <w:div w:id="3979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572200">
                          <w:marLeft w:val="0"/>
                          <w:marRight w:val="0"/>
                          <w:marTop w:val="0"/>
                          <w:marBottom w:val="0"/>
                          <w:divBdr>
                            <w:top w:val="none" w:sz="0" w:space="0" w:color="auto"/>
                            <w:left w:val="none" w:sz="0" w:space="0" w:color="auto"/>
                            <w:bottom w:val="none" w:sz="0" w:space="0" w:color="auto"/>
                            <w:right w:val="none" w:sz="0" w:space="0" w:color="auto"/>
                          </w:divBdr>
                          <w:divsChild>
                            <w:div w:id="314190382">
                              <w:marLeft w:val="0"/>
                              <w:marRight w:val="0"/>
                              <w:marTop w:val="0"/>
                              <w:marBottom w:val="0"/>
                              <w:divBdr>
                                <w:top w:val="none" w:sz="0" w:space="0" w:color="auto"/>
                                <w:left w:val="none" w:sz="0" w:space="0" w:color="auto"/>
                                <w:bottom w:val="none" w:sz="0" w:space="0" w:color="auto"/>
                                <w:right w:val="none" w:sz="0" w:space="0" w:color="auto"/>
                              </w:divBdr>
                              <w:divsChild>
                                <w:div w:id="787163059">
                                  <w:marLeft w:val="0"/>
                                  <w:marRight w:val="0"/>
                                  <w:marTop w:val="0"/>
                                  <w:marBottom w:val="0"/>
                                  <w:divBdr>
                                    <w:top w:val="none" w:sz="0" w:space="0" w:color="auto"/>
                                    <w:left w:val="none" w:sz="0" w:space="0" w:color="auto"/>
                                    <w:bottom w:val="none" w:sz="0" w:space="0" w:color="auto"/>
                                    <w:right w:val="none" w:sz="0" w:space="0" w:color="auto"/>
                                  </w:divBdr>
                                  <w:divsChild>
                                    <w:div w:id="2082756292">
                                      <w:marLeft w:val="0"/>
                                      <w:marRight w:val="0"/>
                                      <w:marTop w:val="0"/>
                                      <w:marBottom w:val="0"/>
                                      <w:divBdr>
                                        <w:top w:val="none" w:sz="0" w:space="0" w:color="auto"/>
                                        <w:left w:val="none" w:sz="0" w:space="0" w:color="auto"/>
                                        <w:bottom w:val="none" w:sz="0" w:space="0" w:color="auto"/>
                                        <w:right w:val="none" w:sz="0" w:space="0" w:color="auto"/>
                                      </w:divBdr>
                                      <w:divsChild>
                                        <w:div w:id="1569149093">
                                          <w:marLeft w:val="0"/>
                                          <w:marRight w:val="0"/>
                                          <w:marTop w:val="0"/>
                                          <w:marBottom w:val="0"/>
                                          <w:divBdr>
                                            <w:top w:val="none" w:sz="0" w:space="0" w:color="auto"/>
                                            <w:left w:val="none" w:sz="0" w:space="0" w:color="auto"/>
                                            <w:bottom w:val="none" w:sz="0" w:space="0" w:color="auto"/>
                                            <w:right w:val="none" w:sz="0" w:space="0" w:color="auto"/>
                                          </w:divBdr>
                                          <w:divsChild>
                                            <w:div w:id="1898004870">
                                              <w:marLeft w:val="0"/>
                                              <w:marRight w:val="0"/>
                                              <w:marTop w:val="0"/>
                                              <w:marBottom w:val="0"/>
                                              <w:divBdr>
                                                <w:top w:val="none" w:sz="0" w:space="0" w:color="auto"/>
                                                <w:left w:val="none" w:sz="0" w:space="0" w:color="auto"/>
                                                <w:bottom w:val="none" w:sz="0" w:space="0" w:color="auto"/>
                                                <w:right w:val="none" w:sz="0" w:space="0" w:color="auto"/>
                                              </w:divBdr>
                                              <w:divsChild>
                                                <w:div w:id="644546836">
                                                  <w:marLeft w:val="0"/>
                                                  <w:marRight w:val="0"/>
                                                  <w:marTop w:val="0"/>
                                                  <w:marBottom w:val="0"/>
                                                  <w:divBdr>
                                                    <w:top w:val="none" w:sz="0" w:space="0" w:color="auto"/>
                                                    <w:left w:val="none" w:sz="0" w:space="0" w:color="auto"/>
                                                    <w:bottom w:val="none" w:sz="0" w:space="0" w:color="auto"/>
                                                    <w:right w:val="none" w:sz="0" w:space="0" w:color="auto"/>
                                                  </w:divBdr>
                                                  <w:divsChild>
                                                    <w:div w:id="17461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581756">
                          <w:marLeft w:val="0"/>
                          <w:marRight w:val="0"/>
                          <w:marTop w:val="0"/>
                          <w:marBottom w:val="0"/>
                          <w:divBdr>
                            <w:top w:val="none" w:sz="0" w:space="0" w:color="auto"/>
                            <w:left w:val="none" w:sz="0" w:space="0" w:color="auto"/>
                            <w:bottom w:val="none" w:sz="0" w:space="0" w:color="auto"/>
                            <w:right w:val="none" w:sz="0" w:space="0" w:color="auto"/>
                          </w:divBdr>
                          <w:divsChild>
                            <w:div w:id="4788131">
                              <w:marLeft w:val="0"/>
                              <w:marRight w:val="0"/>
                              <w:marTop w:val="0"/>
                              <w:marBottom w:val="0"/>
                              <w:divBdr>
                                <w:top w:val="none" w:sz="0" w:space="0" w:color="auto"/>
                                <w:left w:val="none" w:sz="0" w:space="0" w:color="auto"/>
                                <w:bottom w:val="none" w:sz="0" w:space="0" w:color="auto"/>
                                <w:right w:val="none" w:sz="0" w:space="0" w:color="auto"/>
                              </w:divBdr>
                              <w:divsChild>
                                <w:div w:id="1259213291">
                                  <w:marLeft w:val="0"/>
                                  <w:marRight w:val="0"/>
                                  <w:marTop w:val="0"/>
                                  <w:marBottom w:val="0"/>
                                  <w:divBdr>
                                    <w:top w:val="none" w:sz="0" w:space="0" w:color="auto"/>
                                    <w:left w:val="none" w:sz="0" w:space="0" w:color="auto"/>
                                    <w:bottom w:val="none" w:sz="0" w:space="0" w:color="auto"/>
                                    <w:right w:val="none" w:sz="0" w:space="0" w:color="auto"/>
                                  </w:divBdr>
                                  <w:divsChild>
                                    <w:div w:id="895622698">
                                      <w:marLeft w:val="0"/>
                                      <w:marRight w:val="0"/>
                                      <w:marTop w:val="0"/>
                                      <w:marBottom w:val="0"/>
                                      <w:divBdr>
                                        <w:top w:val="none" w:sz="0" w:space="0" w:color="auto"/>
                                        <w:left w:val="none" w:sz="0" w:space="0" w:color="auto"/>
                                        <w:bottom w:val="none" w:sz="0" w:space="0" w:color="auto"/>
                                        <w:right w:val="none" w:sz="0" w:space="0" w:color="auto"/>
                                      </w:divBdr>
                                      <w:divsChild>
                                        <w:div w:id="688533322">
                                          <w:marLeft w:val="0"/>
                                          <w:marRight w:val="0"/>
                                          <w:marTop w:val="0"/>
                                          <w:marBottom w:val="0"/>
                                          <w:divBdr>
                                            <w:top w:val="none" w:sz="0" w:space="0" w:color="auto"/>
                                            <w:left w:val="none" w:sz="0" w:space="0" w:color="auto"/>
                                            <w:bottom w:val="none" w:sz="0" w:space="0" w:color="auto"/>
                                            <w:right w:val="none" w:sz="0" w:space="0" w:color="auto"/>
                                          </w:divBdr>
                                          <w:divsChild>
                                            <w:div w:id="639454821">
                                              <w:marLeft w:val="0"/>
                                              <w:marRight w:val="0"/>
                                              <w:marTop w:val="0"/>
                                              <w:marBottom w:val="0"/>
                                              <w:divBdr>
                                                <w:top w:val="none" w:sz="0" w:space="0" w:color="auto"/>
                                                <w:left w:val="none" w:sz="0" w:space="0" w:color="auto"/>
                                                <w:bottom w:val="none" w:sz="0" w:space="0" w:color="auto"/>
                                                <w:right w:val="none" w:sz="0" w:space="0" w:color="auto"/>
                                              </w:divBdr>
                                              <w:divsChild>
                                                <w:div w:id="513612426">
                                                  <w:marLeft w:val="0"/>
                                                  <w:marRight w:val="0"/>
                                                  <w:marTop w:val="0"/>
                                                  <w:marBottom w:val="0"/>
                                                  <w:divBdr>
                                                    <w:top w:val="none" w:sz="0" w:space="0" w:color="auto"/>
                                                    <w:left w:val="none" w:sz="0" w:space="0" w:color="auto"/>
                                                    <w:bottom w:val="none" w:sz="0" w:space="0" w:color="auto"/>
                                                    <w:right w:val="none" w:sz="0" w:space="0" w:color="auto"/>
                                                  </w:divBdr>
                                                  <w:divsChild>
                                                    <w:div w:id="838689876">
                                                      <w:marLeft w:val="0"/>
                                                      <w:marRight w:val="0"/>
                                                      <w:marTop w:val="0"/>
                                                      <w:marBottom w:val="0"/>
                                                      <w:divBdr>
                                                        <w:top w:val="none" w:sz="0" w:space="0" w:color="auto"/>
                                                        <w:left w:val="none" w:sz="0" w:space="0" w:color="auto"/>
                                                        <w:bottom w:val="none" w:sz="0" w:space="0" w:color="auto"/>
                                                        <w:right w:val="none" w:sz="0" w:space="0" w:color="auto"/>
                                                      </w:divBdr>
                                                      <w:divsChild>
                                                        <w:div w:id="1932615574">
                                                          <w:marLeft w:val="0"/>
                                                          <w:marRight w:val="0"/>
                                                          <w:marTop w:val="0"/>
                                                          <w:marBottom w:val="0"/>
                                                          <w:divBdr>
                                                            <w:top w:val="none" w:sz="0" w:space="0" w:color="auto"/>
                                                            <w:left w:val="none" w:sz="0" w:space="0" w:color="auto"/>
                                                            <w:bottom w:val="none" w:sz="0" w:space="0" w:color="auto"/>
                                                            <w:right w:val="none" w:sz="0" w:space="0" w:color="auto"/>
                                                          </w:divBdr>
                                                          <w:divsChild>
                                                            <w:div w:id="170204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1248633">
                          <w:marLeft w:val="0"/>
                          <w:marRight w:val="0"/>
                          <w:marTop w:val="0"/>
                          <w:marBottom w:val="0"/>
                          <w:divBdr>
                            <w:top w:val="none" w:sz="0" w:space="0" w:color="auto"/>
                            <w:left w:val="none" w:sz="0" w:space="0" w:color="auto"/>
                            <w:bottom w:val="none" w:sz="0" w:space="0" w:color="auto"/>
                            <w:right w:val="none" w:sz="0" w:space="0" w:color="auto"/>
                          </w:divBdr>
                          <w:divsChild>
                            <w:div w:id="1041051469">
                              <w:marLeft w:val="0"/>
                              <w:marRight w:val="0"/>
                              <w:marTop w:val="0"/>
                              <w:marBottom w:val="0"/>
                              <w:divBdr>
                                <w:top w:val="none" w:sz="0" w:space="0" w:color="auto"/>
                                <w:left w:val="none" w:sz="0" w:space="0" w:color="auto"/>
                                <w:bottom w:val="none" w:sz="0" w:space="0" w:color="auto"/>
                                <w:right w:val="none" w:sz="0" w:space="0" w:color="auto"/>
                              </w:divBdr>
                              <w:divsChild>
                                <w:div w:id="642123721">
                                  <w:marLeft w:val="0"/>
                                  <w:marRight w:val="0"/>
                                  <w:marTop w:val="0"/>
                                  <w:marBottom w:val="0"/>
                                  <w:divBdr>
                                    <w:top w:val="none" w:sz="0" w:space="0" w:color="auto"/>
                                    <w:left w:val="none" w:sz="0" w:space="0" w:color="auto"/>
                                    <w:bottom w:val="none" w:sz="0" w:space="0" w:color="auto"/>
                                    <w:right w:val="none" w:sz="0" w:space="0" w:color="auto"/>
                                  </w:divBdr>
                                  <w:divsChild>
                                    <w:div w:id="775950495">
                                      <w:marLeft w:val="0"/>
                                      <w:marRight w:val="0"/>
                                      <w:marTop w:val="0"/>
                                      <w:marBottom w:val="0"/>
                                      <w:divBdr>
                                        <w:top w:val="none" w:sz="0" w:space="0" w:color="auto"/>
                                        <w:left w:val="none" w:sz="0" w:space="0" w:color="auto"/>
                                        <w:bottom w:val="none" w:sz="0" w:space="0" w:color="auto"/>
                                        <w:right w:val="none" w:sz="0" w:space="0" w:color="auto"/>
                                      </w:divBdr>
                                      <w:divsChild>
                                        <w:div w:id="1943682871">
                                          <w:marLeft w:val="0"/>
                                          <w:marRight w:val="0"/>
                                          <w:marTop w:val="0"/>
                                          <w:marBottom w:val="0"/>
                                          <w:divBdr>
                                            <w:top w:val="none" w:sz="0" w:space="0" w:color="auto"/>
                                            <w:left w:val="none" w:sz="0" w:space="0" w:color="auto"/>
                                            <w:bottom w:val="none" w:sz="0" w:space="0" w:color="auto"/>
                                            <w:right w:val="none" w:sz="0" w:space="0" w:color="auto"/>
                                          </w:divBdr>
                                          <w:divsChild>
                                            <w:div w:id="166792546">
                                              <w:marLeft w:val="0"/>
                                              <w:marRight w:val="0"/>
                                              <w:marTop w:val="0"/>
                                              <w:marBottom w:val="0"/>
                                              <w:divBdr>
                                                <w:top w:val="none" w:sz="0" w:space="0" w:color="auto"/>
                                                <w:left w:val="none" w:sz="0" w:space="0" w:color="auto"/>
                                                <w:bottom w:val="none" w:sz="0" w:space="0" w:color="auto"/>
                                                <w:right w:val="none" w:sz="0" w:space="0" w:color="auto"/>
                                              </w:divBdr>
                                              <w:divsChild>
                                                <w:div w:id="2001041190">
                                                  <w:marLeft w:val="0"/>
                                                  <w:marRight w:val="0"/>
                                                  <w:marTop w:val="0"/>
                                                  <w:marBottom w:val="0"/>
                                                  <w:divBdr>
                                                    <w:top w:val="none" w:sz="0" w:space="0" w:color="auto"/>
                                                    <w:left w:val="none" w:sz="0" w:space="0" w:color="auto"/>
                                                    <w:bottom w:val="none" w:sz="0" w:space="0" w:color="auto"/>
                                                    <w:right w:val="none" w:sz="0" w:space="0" w:color="auto"/>
                                                  </w:divBdr>
                                                </w:div>
                                                <w:div w:id="649988173">
                                                  <w:marLeft w:val="0"/>
                                                  <w:marRight w:val="0"/>
                                                  <w:marTop w:val="0"/>
                                                  <w:marBottom w:val="0"/>
                                                  <w:divBdr>
                                                    <w:top w:val="none" w:sz="0" w:space="0" w:color="auto"/>
                                                    <w:left w:val="none" w:sz="0" w:space="0" w:color="auto"/>
                                                    <w:bottom w:val="none" w:sz="0" w:space="0" w:color="auto"/>
                                                    <w:right w:val="none" w:sz="0" w:space="0" w:color="auto"/>
                                                  </w:divBdr>
                                                  <w:divsChild>
                                                    <w:div w:id="589394022">
                                                      <w:marLeft w:val="0"/>
                                                      <w:marRight w:val="0"/>
                                                      <w:marTop w:val="0"/>
                                                      <w:marBottom w:val="0"/>
                                                      <w:divBdr>
                                                        <w:top w:val="none" w:sz="0" w:space="0" w:color="auto"/>
                                                        <w:left w:val="none" w:sz="0" w:space="0" w:color="auto"/>
                                                        <w:bottom w:val="none" w:sz="0" w:space="0" w:color="auto"/>
                                                        <w:right w:val="none" w:sz="0" w:space="0" w:color="auto"/>
                                                      </w:divBdr>
                                                      <w:divsChild>
                                                        <w:div w:id="1017778578">
                                                          <w:marLeft w:val="0"/>
                                                          <w:marRight w:val="0"/>
                                                          <w:marTop w:val="0"/>
                                                          <w:marBottom w:val="0"/>
                                                          <w:divBdr>
                                                            <w:top w:val="none" w:sz="0" w:space="0" w:color="auto"/>
                                                            <w:left w:val="none" w:sz="0" w:space="0" w:color="auto"/>
                                                            <w:bottom w:val="none" w:sz="0" w:space="0" w:color="auto"/>
                                                            <w:right w:val="none" w:sz="0" w:space="0" w:color="auto"/>
                                                          </w:divBdr>
                                                          <w:divsChild>
                                                            <w:div w:id="424305740">
                                                              <w:marLeft w:val="0"/>
                                                              <w:marRight w:val="0"/>
                                                              <w:marTop w:val="0"/>
                                                              <w:marBottom w:val="0"/>
                                                              <w:divBdr>
                                                                <w:top w:val="none" w:sz="0" w:space="0" w:color="auto"/>
                                                                <w:left w:val="none" w:sz="0" w:space="0" w:color="auto"/>
                                                                <w:bottom w:val="none" w:sz="0" w:space="0" w:color="auto"/>
                                                                <w:right w:val="none" w:sz="0" w:space="0" w:color="auto"/>
                                                              </w:divBdr>
                                                            </w:div>
                                                            <w:div w:id="1821146545">
                                                              <w:marLeft w:val="0"/>
                                                              <w:marRight w:val="0"/>
                                                              <w:marTop w:val="0"/>
                                                              <w:marBottom w:val="0"/>
                                                              <w:divBdr>
                                                                <w:top w:val="none" w:sz="0" w:space="0" w:color="auto"/>
                                                                <w:left w:val="none" w:sz="0" w:space="0" w:color="auto"/>
                                                                <w:bottom w:val="none" w:sz="0" w:space="0" w:color="auto"/>
                                                                <w:right w:val="none" w:sz="0" w:space="0" w:color="auto"/>
                                                              </w:divBdr>
                                                            </w:div>
                                                            <w:div w:id="236206470">
                                                              <w:marLeft w:val="0"/>
                                                              <w:marRight w:val="0"/>
                                                              <w:marTop w:val="0"/>
                                                              <w:marBottom w:val="0"/>
                                                              <w:divBdr>
                                                                <w:top w:val="none" w:sz="0" w:space="0" w:color="auto"/>
                                                                <w:left w:val="none" w:sz="0" w:space="0" w:color="auto"/>
                                                                <w:bottom w:val="none" w:sz="0" w:space="0" w:color="auto"/>
                                                                <w:right w:val="none" w:sz="0" w:space="0" w:color="auto"/>
                                                              </w:divBdr>
                                                            </w:div>
                                                            <w:div w:id="904024228">
                                                              <w:marLeft w:val="0"/>
                                                              <w:marRight w:val="0"/>
                                                              <w:marTop w:val="0"/>
                                                              <w:marBottom w:val="0"/>
                                                              <w:divBdr>
                                                                <w:top w:val="none" w:sz="0" w:space="0" w:color="auto"/>
                                                                <w:left w:val="none" w:sz="0" w:space="0" w:color="auto"/>
                                                                <w:bottom w:val="none" w:sz="0" w:space="0" w:color="auto"/>
                                                                <w:right w:val="none" w:sz="0" w:space="0" w:color="auto"/>
                                                              </w:divBdr>
                                                              <w:divsChild>
                                                                <w:div w:id="381566331">
                                                                  <w:marLeft w:val="0"/>
                                                                  <w:marRight w:val="0"/>
                                                                  <w:marTop w:val="0"/>
                                                                  <w:marBottom w:val="0"/>
                                                                  <w:divBdr>
                                                                    <w:top w:val="none" w:sz="0" w:space="0" w:color="auto"/>
                                                                    <w:left w:val="none" w:sz="0" w:space="0" w:color="auto"/>
                                                                    <w:bottom w:val="none" w:sz="0" w:space="0" w:color="auto"/>
                                                                    <w:right w:val="none" w:sz="0" w:space="0" w:color="auto"/>
                                                                  </w:divBdr>
                                                                  <w:divsChild>
                                                                    <w:div w:id="1988237488">
                                                                      <w:marLeft w:val="0"/>
                                                                      <w:marRight w:val="0"/>
                                                                      <w:marTop w:val="0"/>
                                                                      <w:marBottom w:val="0"/>
                                                                      <w:divBdr>
                                                                        <w:top w:val="none" w:sz="0" w:space="0" w:color="auto"/>
                                                                        <w:left w:val="none" w:sz="0" w:space="0" w:color="auto"/>
                                                                        <w:bottom w:val="none" w:sz="0" w:space="0" w:color="auto"/>
                                                                        <w:right w:val="none" w:sz="0" w:space="0" w:color="auto"/>
                                                                      </w:divBdr>
                                                                      <w:divsChild>
                                                                        <w:div w:id="15930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3023900">
                          <w:marLeft w:val="0"/>
                          <w:marRight w:val="0"/>
                          <w:marTop w:val="0"/>
                          <w:marBottom w:val="0"/>
                          <w:divBdr>
                            <w:top w:val="none" w:sz="0" w:space="0" w:color="auto"/>
                            <w:left w:val="none" w:sz="0" w:space="0" w:color="auto"/>
                            <w:bottom w:val="none" w:sz="0" w:space="0" w:color="auto"/>
                            <w:right w:val="none" w:sz="0" w:space="0" w:color="auto"/>
                          </w:divBdr>
                          <w:divsChild>
                            <w:div w:id="1486360658">
                              <w:marLeft w:val="0"/>
                              <w:marRight w:val="0"/>
                              <w:marTop w:val="0"/>
                              <w:marBottom w:val="0"/>
                              <w:divBdr>
                                <w:top w:val="none" w:sz="0" w:space="0" w:color="auto"/>
                                <w:left w:val="none" w:sz="0" w:space="0" w:color="auto"/>
                                <w:bottom w:val="none" w:sz="0" w:space="0" w:color="auto"/>
                                <w:right w:val="none" w:sz="0" w:space="0" w:color="auto"/>
                              </w:divBdr>
                              <w:divsChild>
                                <w:div w:id="1039016831">
                                  <w:marLeft w:val="0"/>
                                  <w:marRight w:val="0"/>
                                  <w:marTop w:val="0"/>
                                  <w:marBottom w:val="0"/>
                                  <w:divBdr>
                                    <w:top w:val="none" w:sz="0" w:space="0" w:color="auto"/>
                                    <w:left w:val="none" w:sz="0" w:space="0" w:color="auto"/>
                                    <w:bottom w:val="none" w:sz="0" w:space="0" w:color="auto"/>
                                    <w:right w:val="none" w:sz="0" w:space="0" w:color="auto"/>
                                  </w:divBdr>
                                  <w:divsChild>
                                    <w:div w:id="138890951">
                                      <w:marLeft w:val="0"/>
                                      <w:marRight w:val="0"/>
                                      <w:marTop w:val="0"/>
                                      <w:marBottom w:val="0"/>
                                      <w:divBdr>
                                        <w:top w:val="none" w:sz="0" w:space="0" w:color="auto"/>
                                        <w:left w:val="none" w:sz="0" w:space="0" w:color="auto"/>
                                        <w:bottom w:val="none" w:sz="0" w:space="0" w:color="auto"/>
                                        <w:right w:val="none" w:sz="0" w:space="0" w:color="auto"/>
                                      </w:divBdr>
                                      <w:divsChild>
                                        <w:div w:id="1066417840">
                                          <w:marLeft w:val="0"/>
                                          <w:marRight w:val="0"/>
                                          <w:marTop w:val="0"/>
                                          <w:marBottom w:val="0"/>
                                          <w:divBdr>
                                            <w:top w:val="none" w:sz="0" w:space="0" w:color="auto"/>
                                            <w:left w:val="none" w:sz="0" w:space="0" w:color="auto"/>
                                            <w:bottom w:val="none" w:sz="0" w:space="0" w:color="auto"/>
                                            <w:right w:val="none" w:sz="0" w:space="0" w:color="auto"/>
                                          </w:divBdr>
                                          <w:divsChild>
                                            <w:div w:id="1113790330">
                                              <w:marLeft w:val="0"/>
                                              <w:marRight w:val="0"/>
                                              <w:marTop w:val="0"/>
                                              <w:marBottom w:val="0"/>
                                              <w:divBdr>
                                                <w:top w:val="none" w:sz="0" w:space="0" w:color="auto"/>
                                                <w:left w:val="none" w:sz="0" w:space="0" w:color="auto"/>
                                                <w:bottom w:val="none" w:sz="0" w:space="0" w:color="auto"/>
                                                <w:right w:val="none" w:sz="0" w:space="0" w:color="auto"/>
                                              </w:divBdr>
                                              <w:divsChild>
                                                <w:div w:id="1061903031">
                                                  <w:marLeft w:val="0"/>
                                                  <w:marRight w:val="0"/>
                                                  <w:marTop w:val="0"/>
                                                  <w:marBottom w:val="0"/>
                                                  <w:divBdr>
                                                    <w:top w:val="none" w:sz="0" w:space="0" w:color="auto"/>
                                                    <w:left w:val="none" w:sz="0" w:space="0" w:color="auto"/>
                                                    <w:bottom w:val="none" w:sz="0" w:space="0" w:color="auto"/>
                                                    <w:right w:val="none" w:sz="0" w:space="0" w:color="auto"/>
                                                  </w:divBdr>
                                                  <w:divsChild>
                                                    <w:div w:id="523253645">
                                                      <w:marLeft w:val="0"/>
                                                      <w:marRight w:val="0"/>
                                                      <w:marTop w:val="0"/>
                                                      <w:marBottom w:val="0"/>
                                                      <w:divBdr>
                                                        <w:top w:val="none" w:sz="0" w:space="0" w:color="auto"/>
                                                        <w:left w:val="none" w:sz="0" w:space="0" w:color="auto"/>
                                                        <w:bottom w:val="none" w:sz="0" w:space="0" w:color="auto"/>
                                                        <w:right w:val="none" w:sz="0" w:space="0" w:color="auto"/>
                                                      </w:divBdr>
                                                      <w:divsChild>
                                                        <w:div w:id="904725612">
                                                          <w:marLeft w:val="0"/>
                                                          <w:marRight w:val="0"/>
                                                          <w:marTop w:val="0"/>
                                                          <w:marBottom w:val="0"/>
                                                          <w:divBdr>
                                                            <w:top w:val="none" w:sz="0" w:space="0" w:color="auto"/>
                                                            <w:left w:val="none" w:sz="0" w:space="0" w:color="auto"/>
                                                            <w:bottom w:val="none" w:sz="0" w:space="0" w:color="auto"/>
                                                            <w:right w:val="none" w:sz="0" w:space="0" w:color="auto"/>
                                                          </w:divBdr>
                                                          <w:divsChild>
                                                            <w:div w:id="180211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793723">
                          <w:marLeft w:val="0"/>
                          <w:marRight w:val="0"/>
                          <w:marTop w:val="0"/>
                          <w:marBottom w:val="0"/>
                          <w:divBdr>
                            <w:top w:val="none" w:sz="0" w:space="0" w:color="auto"/>
                            <w:left w:val="none" w:sz="0" w:space="0" w:color="auto"/>
                            <w:bottom w:val="none" w:sz="0" w:space="0" w:color="auto"/>
                            <w:right w:val="none" w:sz="0" w:space="0" w:color="auto"/>
                          </w:divBdr>
                          <w:divsChild>
                            <w:div w:id="690649812">
                              <w:marLeft w:val="0"/>
                              <w:marRight w:val="0"/>
                              <w:marTop w:val="0"/>
                              <w:marBottom w:val="0"/>
                              <w:divBdr>
                                <w:top w:val="none" w:sz="0" w:space="0" w:color="auto"/>
                                <w:left w:val="none" w:sz="0" w:space="0" w:color="auto"/>
                                <w:bottom w:val="none" w:sz="0" w:space="0" w:color="auto"/>
                                <w:right w:val="none" w:sz="0" w:space="0" w:color="auto"/>
                              </w:divBdr>
                              <w:divsChild>
                                <w:div w:id="2004506254">
                                  <w:marLeft w:val="0"/>
                                  <w:marRight w:val="0"/>
                                  <w:marTop w:val="0"/>
                                  <w:marBottom w:val="0"/>
                                  <w:divBdr>
                                    <w:top w:val="none" w:sz="0" w:space="0" w:color="auto"/>
                                    <w:left w:val="none" w:sz="0" w:space="0" w:color="auto"/>
                                    <w:bottom w:val="none" w:sz="0" w:space="0" w:color="auto"/>
                                    <w:right w:val="none" w:sz="0" w:space="0" w:color="auto"/>
                                  </w:divBdr>
                                  <w:divsChild>
                                    <w:div w:id="481435677">
                                      <w:marLeft w:val="0"/>
                                      <w:marRight w:val="0"/>
                                      <w:marTop w:val="0"/>
                                      <w:marBottom w:val="0"/>
                                      <w:divBdr>
                                        <w:top w:val="none" w:sz="0" w:space="0" w:color="auto"/>
                                        <w:left w:val="none" w:sz="0" w:space="0" w:color="auto"/>
                                        <w:bottom w:val="none" w:sz="0" w:space="0" w:color="auto"/>
                                        <w:right w:val="none" w:sz="0" w:space="0" w:color="auto"/>
                                      </w:divBdr>
                                      <w:divsChild>
                                        <w:div w:id="967852751">
                                          <w:marLeft w:val="0"/>
                                          <w:marRight w:val="0"/>
                                          <w:marTop w:val="0"/>
                                          <w:marBottom w:val="0"/>
                                          <w:divBdr>
                                            <w:top w:val="none" w:sz="0" w:space="0" w:color="auto"/>
                                            <w:left w:val="none" w:sz="0" w:space="0" w:color="auto"/>
                                            <w:bottom w:val="none" w:sz="0" w:space="0" w:color="auto"/>
                                            <w:right w:val="none" w:sz="0" w:space="0" w:color="auto"/>
                                          </w:divBdr>
                                          <w:divsChild>
                                            <w:div w:id="2029090319">
                                              <w:marLeft w:val="0"/>
                                              <w:marRight w:val="0"/>
                                              <w:marTop w:val="0"/>
                                              <w:marBottom w:val="0"/>
                                              <w:divBdr>
                                                <w:top w:val="none" w:sz="0" w:space="0" w:color="auto"/>
                                                <w:left w:val="none" w:sz="0" w:space="0" w:color="auto"/>
                                                <w:bottom w:val="none" w:sz="0" w:space="0" w:color="auto"/>
                                                <w:right w:val="none" w:sz="0" w:space="0" w:color="auto"/>
                                              </w:divBdr>
                                              <w:divsChild>
                                                <w:div w:id="264466129">
                                                  <w:marLeft w:val="0"/>
                                                  <w:marRight w:val="0"/>
                                                  <w:marTop w:val="0"/>
                                                  <w:marBottom w:val="0"/>
                                                  <w:divBdr>
                                                    <w:top w:val="none" w:sz="0" w:space="0" w:color="auto"/>
                                                    <w:left w:val="none" w:sz="0" w:space="0" w:color="auto"/>
                                                    <w:bottom w:val="none" w:sz="0" w:space="0" w:color="auto"/>
                                                    <w:right w:val="none" w:sz="0" w:space="0" w:color="auto"/>
                                                  </w:divBdr>
                                                  <w:divsChild>
                                                    <w:div w:id="16786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914110">
                          <w:marLeft w:val="0"/>
                          <w:marRight w:val="0"/>
                          <w:marTop w:val="0"/>
                          <w:marBottom w:val="0"/>
                          <w:divBdr>
                            <w:top w:val="none" w:sz="0" w:space="0" w:color="auto"/>
                            <w:left w:val="none" w:sz="0" w:space="0" w:color="auto"/>
                            <w:bottom w:val="none" w:sz="0" w:space="0" w:color="auto"/>
                            <w:right w:val="none" w:sz="0" w:space="0" w:color="auto"/>
                          </w:divBdr>
                          <w:divsChild>
                            <w:div w:id="1169250252">
                              <w:marLeft w:val="0"/>
                              <w:marRight w:val="0"/>
                              <w:marTop w:val="0"/>
                              <w:marBottom w:val="0"/>
                              <w:divBdr>
                                <w:top w:val="none" w:sz="0" w:space="0" w:color="auto"/>
                                <w:left w:val="none" w:sz="0" w:space="0" w:color="auto"/>
                                <w:bottom w:val="none" w:sz="0" w:space="0" w:color="auto"/>
                                <w:right w:val="none" w:sz="0" w:space="0" w:color="auto"/>
                              </w:divBdr>
                              <w:divsChild>
                                <w:div w:id="1542589129">
                                  <w:marLeft w:val="0"/>
                                  <w:marRight w:val="0"/>
                                  <w:marTop w:val="0"/>
                                  <w:marBottom w:val="0"/>
                                  <w:divBdr>
                                    <w:top w:val="none" w:sz="0" w:space="0" w:color="auto"/>
                                    <w:left w:val="none" w:sz="0" w:space="0" w:color="auto"/>
                                    <w:bottom w:val="none" w:sz="0" w:space="0" w:color="auto"/>
                                    <w:right w:val="none" w:sz="0" w:space="0" w:color="auto"/>
                                  </w:divBdr>
                                  <w:divsChild>
                                    <w:div w:id="333991303">
                                      <w:marLeft w:val="0"/>
                                      <w:marRight w:val="0"/>
                                      <w:marTop w:val="0"/>
                                      <w:marBottom w:val="0"/>
                                      <w:divBdr>
                                        <w:top w:val="none" w:sz="0" w:space="0" w:color="auto"/>
                                        <w:left w:val="none" w:sz="0" w:space="0" w:color="auto"/>
                                        <w:bottom w:val="none" w:sz="0" w:space="0" w:color="auto"/>
                                        <w:right w:val="none" w:sz="0" w:space="0" w:color="auto"/>
                                      </w:divBdr>
                                      <w:divsChild>
                                        <w:div w:id="1439642381">
                                          <w:marLeft w:val="0"/>
                                          <w:marRight w:val="0"/>
                                          <w:marTop w:val="0"/>
                                          <w:marBottom w:val="0"/>
                                          <w:divBdr>
                                            <w:top w:val="none" w:sz="0" w:space="0" w:color="auto"/>
                                            <w:left w:val="none" w:sz="0" w:space="0" w:color="auto"/>
                                            <w:bottom w:val="none" w:sz="0" w:space="0" w:color="auto"/>
                                            <w:right w:val="none" w:sz="0" w:space="0" w:color="auto"/>
                                          </w:divBdr>
                                          <w:divsChild>
                                            <w:div w:id="1718507765">
                                              <w:marLeft w:val="0"/>
                                              <w:marRight w:val="0"/>
                                              <w:marTop w:val="0"/>
                                              <w:marBottom w:val="0"/>
                                              <w:divBdr>
                                                <w:top w:val="none" w:sz="0" w:space="0" w:color="auto"/>
                                                <w:left w:val="none" w:sz="0" w:space="0" w:color="auto"/>
                                                <w:bottom w:val="none" w:sz="0" w:space="0" w:color="auto"/>
                                                <w:right w:val="none" w:sz="0" w:space="0" w:color="auto"/>
                                              </w:divBdr>
                                              <w:divsChild>
                                                <w:div w:id="1765807458">
                                                  <w:marLeft w:val="0"/>
                                                  <w:marRight w:val="0"/>
                                                  <w:marTop w:val="0"/>
                                                  <w:marBottom w:val="0"/>
                                                  <w:divBdr>
                                                    <w:top w:val="none" w:sz="0" w:space="0" w:color="auto"/>
                                                    <w:left w:val="none" w:sz="0" w:space="0" w:color="auto"/>
                                                    <w:bottom w:val="none" w:sz="0" w:space="0" w:color="auto"/>
                                                    <w:right w:val="none" w:sz="0" w:space="0" w:color="auto"/>
                                                  </w:divBdr>
                                                  <w:divsChild>
                                                    <w:div w:id="585303370">
                                                      <w:marLeft w:val="0"/>
                                                      <w:marRight w:val="0"/>
                                                      <w:marTop w:val="0"/>
                                                      <w:marBottom w:val="0"/>
                                                      <w:divBdr>
                                                        <w:top w:val="none" w:sz="0" w:space="0" w:color="auto"/>
                                                        <w:left w:val="none" w:sz="0" w:space="0" w:color="auto"/>
                                                        <w:bottom w:val="none" w:sz="0" w:space="0" w:color="auto"/>
                                                        <w:right w:val="none" w:sz="0" w:space="0" w:color="auto"/>
                                                      </w:divBdr>
                                                      <w:divsChild>
                                                        <w:div w:id="67652013">
                                                          <w:marLeft w:val="0"/>
                                                          <w:marRight w:val="0"/>
                                                          <w:marTop w:val="0"/>
                                                          <w:marBottom w:val="0"/>
                                                          <w:divBdr>
                                                            <w:top w:val="none" w:sz="0" w:space="0" w:color="auto"/>
                                                            <w:left w:val="none" w:sz="0" w:space="0" w:color="auto"/>
                                                            <w:bottom w:val="none" w:sz="0" w:space="0" w:color="auto"/>
                                                            <w:right w:val="none" w:sz="0" w:space="0" w:color="auto"/>
                                                          </w:divBdr>
                                                          <w:divsChild>
                                                            <w:div w:id="145686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8712792">
                          <w:marLeft w:val="0"/>
                          <w:marRight w:val="0"/>
                          <w:marTop w:val="0"/>
                          <w:marBottom w:val="0"/>
                          <w:divBdr>
                            <w:top w:val="none" w:sz="0" w:space="0" w:color="auto"/>
                            <w:left w:val="none" w:sz="0" w:space="0" w:color="auto"/>
                            <w:bottom w:val="none" w:sz="0" w:space="0" w:color="auto"/>
                            <w:right w:val="none" w:sz="0" w:space="0" w:color="auto"/>
                          </w:divBdr>
                          <w:divsChild>
                            <w:div w:id="1535339629">
                              <w:marLeft w:val="0"/>
                              <w:marRight w:val="0"/>
                              <w:marTop w:val="0"/>
                              <w:marBottom w:val="0"/>
                              <w:divBdr>
                                <w:top w:val="none" w:sz="0" w:space="0" w:color="auto"/>
                                <w:left w:val="none" w:sz="0" w:space="0" w:color="auto"/>
                                <w:bottom w:val="none" w:sz="0" w:space="0" w:color="auto"/>
                                <w:right w:val="none" w:sz="0" w:space="0" w:color="auto"/>
                              </w:divBdr>
                              <w:divsChild>
                                <w:div w:id="2141796825">
                                  <w:marLeft w:val="0"/>
                                  <w:marRight w:val="0"/>
                                  <w:marTop w:val="0"/>
                                  <w:marBottom w:val="0"/>
                                  <w:divBdr>
                                    <w:top w:val="none" w:sz="0" w:space="0" w:color="auto"/>
                                    <w:left w:val="none" w:sz="0" w:space="0" w:color="auto"/>
                                    <w:bottom w:val="none" w:sz="0" w:space="0" w:color="auto"/>
                                    <w:right w:val="none" w:sz="0" w:space="0" w:color="auto"/>
                                  </w:divBdr>
                                  <w:divsChild>
                                    <w:div w:id="76873818">
                                      <w:marLeft w:val="0"/>
                                      <w:marRight w:val="0"/>
                                      <w:marTop w:val="0"/>
                                      <w:marBottom w:val="0"/>
                                      <w:divBdr>
                                        <w:top w:val="none" w:sz="0" w:space="0" w:color="auto"/>
                                        <w:left w:val="none" w:sz="0" w:space="0" w:color="auto"/>
                                        <w:bottom w:val="none" w:sz="0" w:space="0" w:color="auto"/>
                                        <w:right w:val="none" w:sz="0" w:space="0" w:color="auto"/>
                                      </w:divBdr>
                                      <w:divsChild>
                                        <w:div w:id="994378539">
                                          <w:marLeft w:val="0"/>
                                          <w:marRight w:val="0"/>
                                          <w:marTop w:val="0"/>
                                          <w:marBottom w:val="0"/>
                                          <w:divBdr>
                                            <w:top w:val="none" w:sz="0" w:space="0" w:color="auto"/>
                                            <w:left w:val="none" w:sz="0" w:space="0" w:color="auto"/>
                                            <w:bottom w:val="none" w:sz="0" w:space="0" w:color="auto"/>
                                            <w:right w:val="none" w:sz="0" w:space="0" w:color="auto"/>
                                          </w:divBdr>
                                          <w:divsChild>
                                            <w:div w:id="1058086352">
                                              <w:marLeft w:val="0"/>
                                              <w:marRight w:val="0"/>
                                              <w:marTop w:val="0"/>
                                              <w:marBottom w:val="0"/>
                                              <w:divBdr>
                                                <w:top w:val="none" w:sz="0" w:space="0" w:color="auto"/>
                                                <w:left w:val="none" w:sz="0" w:space="0" w:color="auto"/>
                                                <w:bottom w:val="none" w:sz="0" w:space="0" w:color="auto"/>
                                                <w:right w:val="none" w:sz="0" w:space="0" w:color="auto"/>
                                              </w:divBdr>
                                              <w:divsChild>
                                                <w:div w:id="70583350">
                                                  <w:marLeft w:val="0"/>
                                                  <w:marRight w:val="0"/>
                                                  <w:marTop w:val="0"/>
                                                  <w:marBottom w:val="0"/>
                                                  <w:divBdr>
                                                    <w:top w:val="none" w:sz="0" w:space="0" w:color="auto"/>
                                                    <w:left w:val="none" w:sz="0" w:space="0" w:color="auto"/>
                                                    <w:bottom w:val="none" w:sz="0" w:space="0" w:color="auto"/>
                                                    <w:right w:val="none" w:sz="0" w:space="0" w:color="auto"/>
                                                  </w:divBdr>
                                                </w:div>
                                                <w:div w:id="321353378">
                                                  <w:marLeft w:val="0"/>
                                                  <w:marRight w:val="0"/>
                                                  <w:marTop w:val="0"/>
                                                  <w:marBottom w:val="0"/>
                                                  <w:divBdr>
                                                    <w:top w:val="none" w:sz="0" w:space="0" w:color="auto"/>
                                                    <w:left w:val="none" w:sz="0" w:space="0" w:color="auto"/>
                                                    <w:bottom w:val="none" w:sz="0" w:space="0" w:color="auto"/>
                                                    <w:right w:val="none" w:sz="0" w:space="0" w:color="auto"/>
                                                  </w:divBdr>
                                                  <w:divsChild>
                                                    <w:div w:id="798767232">
                                                      <w:marLeft w:val="0"/>
                                                      <w:marRight w:val="0"/>
                                                      <w:marTop w:val="0"/>
                                                      <w:marBottom w:val="0"/>
                                                      <w:divBdr>
                                                        <w:top w:val="none" w:sz="0" w:space="0" w:color="auto"/>
                                                        <w:left w:val="none" w:sz="0" w:space="0" w:color="auto"/>
                                                        <w:bottom w:val="none" w:sz="0" w:space="0" w:color="auto"/>
                                                        <w:right w:val="none" w:sz="0" w:space="0" w:color="auto"/>
                                                      </w:divBdr>
                                                      <w:divsChild>
                                                        <w:div w:id="818109481">
                                                          <w:marLeft w:val="0"/>
                                                          <w:marRight w:val="0"/>
                                                          <w:marTop w:val="0"/>
                                                          <w:marBottom w:val="0"/>
                                                          <w:divBdr>
                                                            <w:top w:val="none" w:sz="0" w:space="0" w:color="auto"/>
                                                            <w:left w:val="none" w:sz="0" w:space="0" w:color="auto"/>
                                                            <w:bottom w:val="none" w:sz="0" w:space="0" w:color="auto"/>
                                                            <w:right w:val="none" w:sz="0" w:space="0" w:color="auto"/>
                                                          </w:divBdr>
                                                          <w:divsChild>
                                                            <w:div w:id="391462586">
                                                              <w:marLeft w:val="0"/>
                                                              <w:marRight w:val="0"/>
                                                              <w:marTop w:val="0"/>
                                                              <w:marBottom w:val="0"/>
                                                              <w:divBdr>
                                                                <w:top w:val="none" w:sz="0" w:space="0" w:color="auto"/>
                                                                <w:left w:val="none" w:sz="0" w:space="0" w:color="auto"/>
                                                                <w:bottom w:val="none" w:sz="0" w:space="0" w:color="auto"/>
                                                                <w:right w:val="none" w:sz="0" w:space="0" w:color="auto"/>
                                                              </w:divBdr>
                                                            </w:div>
                                                            <w:div w:id="2135101944">
                                                              <w:marLeft w:val="0"/>
                                                              <w:marRight w:val="0"/>
                                                              <w:marTop w:val="0"/>
                                                              <w:marBottom w:val="0"/>
                                                              <w:divBdr>
                                                                <w:top w:val="none" w:sz="0" w:space="0" w:color="auto"/>
                                                                <w:left w:val="none" w:sz="0" w:space="0" w:color="auto"/>
                                                                <w:bottom w:val="none" w:sz="0" w:space="0" w:color="auto"/>
                                                                <w:right w:val="none" w:sz="0" w:space="0" w:color="auto"/>
                                                              </w:divBdr>
                                                            </w:div>
                                                            <w:div w:id="1479883583">
                                                              <w:marLeft w:val="0"/>
                                                              <w:marRight w:val="0"/>
                                                              <w:marTop w:val="0"/>
                                                              <w:marBottom w:val="0"/>
                                                              <w:divBdr>
                                                                <w:top w:val="none" w:sz="0" w:space="0" w:color="auto"/>
                                                                <w:left w:val="none" w:sz="0" w:space="0" w:color="auto"/>
                                                                <w:bottom w:val="none" w:sz="0" w:space="0" w:color="auto"/>
                                                                <w:right w:val="none" w:sz="0" w:space="0" w:color="auto"/>
                                                              </w:divBdr>
                                                            </w:div>
                                                            <w:div w:id="621881645">
                                                              <w:marLeft w:val="0"/>
                                                              <w:marRight w:val="0"/>
                                                              <w:marTop w:val="0"/>
                                                              <w:marBottom w:val="0"/>
                                                              <w:divBdr>
                                                                <w:top w:val="none" w:sz="0" w:space="0" w:color="auto"/>
                                                                <w:left w:val="none" w:sz="0" w:space="0" w:color="auto"/>
                                                                <w:bottom w:val="none" w:sz="0" w:space="0" w:color="auto"/>
                                                                <w:right w:val="none" w:sz="0" w:space="0" w:color="auto"/>
                                                              </w:divBdr>
                                                              <w:divsChild>
                                                                <w:div w:id="848443103">
                                                                  <w:marLeft w:val="0"/>
                                                                  <w:marRight w:val="0"/>
                                                                  <w:marTop w:val="0"/>
                                                                  <w:marBottom w:val="0"/>
                                                                  <w:divBdr>
                                                                    <w:top w:val="none" w:sz="0" w:space="0" w:color="auto"/>
                                                                    <w:left w:val="none" w:sz="0" w:space="0" w:color="auto"/>
                                                                    <w:bottom w:val="none" w:sz="0" w:space="0" w:color="auto"/>
                                                                    <w:right w:val="none" w:sz="0" w:space="0" w:color="auto"/>
                                                                  </w:divBdr>
                                                                  <w:divsChild>
                                                                    <w:div w:id="1612591786">
                                                                      <w:marLeft w:val="0"/>
                                                                      <w:marRight w:val="0"/>
                                                                      <w:marTop w:val="0"/>
                                                                      <w:marBottom w:val="0"/>
                                                                      <w:divBdr>
                                                                        <w:top w:val="none" w:sz="0" w:space="0" w:color="auto"/>
                                                                        <w:left w:val="none" w:sz="0" w:space="0" w:color="auto"/>
                                                                        <w:bottom w:val="none" w:sz="0" w:space="0" w:color="auto"/>
                                                                        <w:right w:val="none" w:sz="0" w:space="0" w:color="auto"/>
                                                                      </w:divBdr>
                                                                      <w:divsChild>
                                                                        <w:div w:id="190155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0152162">
                          <w:marLeft w:val="0"/>
                          <w:marRight w:val="0"/>
                          <w:marTop w:val="0"/>
                          <w:marBottom w:val="0"/>
                          <w:divBdr>
                            <w:top w:val="none" w:sz="0" w:space="0" w:color="auto"/>
                            <w:left w:val="none" w:sz="0" w:space="0" w:color="auto"/>
                            <w:bottom w:val="none" w:sz="0" w:space="0" w:color="auto"/>
                            <w:right w:val="none" w:sz="0" w:space="0" w:color="auto"/>
                          </w:divBdr>
                          <w:divsChild>
                            <w:div w:id="1773166637">
                              <w:marLeft w:val="0"/>
                              <w:marRight w:val="0"/>
                              <w:marTop w:val="0"/>
                              <w:marBottom w:val="0"/>
                              <w:divBdr>
                                <w:top w:val="none" w:sz="0" w:space="0" w:color="auto"/>
                                <w:left w:val="none" w:sz="0" w:space="0" w:color="auto"/>
                                <w:bottom w:val="none" w:sz="0" w:space="0" w:color="auto"/>
                                <w:right w:val="none" w:sz="0" w:space="0" w:color="auto"/>
                              </w:divBdr>
                              <w:divsChild>
                                <w:div w:id="2053262147">
                                  <w:marLeft w:val="0"/>
                                  <w:marRight w:val="0"/>
                                  <w:marTop w:val="0"/>
                                  <w:marBottom w:val="0"/>
                                  <w:divBdr>
                                    <w:top w:val="none" w:sz="0" w:space="0" w:color="auto"/>
                                    <w:left w:val="none" w:sz="0" w:space="0" w:color="auto"/>
                                    <w:bottom w:val="none" w:sz="0" w:space="0" w:color="auto"/>
                                    <w:right w:val="none" w:sz="0" w:space="0" w:color="auto"/>
                                  </w:divBdr>
                                  <w:divsChild>
                                    <w:div w:id="404766587">
                                      <w:marLeft w:val="0"/>
                                      <w:marRight w:val="0"/>
                                      <w:marTop w:val="0"/>
                                      <w:marBottom w:val="0"/>
                                      <w:divBdr>
                                        <w:top w:val="none" w:sz="0" w:space="0" w:color="auto"/>
                                        <w:left w:val="none" w:sz="0" w:space="0" w:color="auto"/>
                                        <w:bottom w:val="none" w:sz="0" w:space="0" w:color="auto"/>
                                        <w:right w:val="none" w:sz="0" w:space="0" w:color="auto"/>
                                      </w:divBdr>
                                      <w:divsChild>
                                        <w:div w:id="1349792198">
                                          <w:marLeft w:val="0"/>
                                          <w:marRight w:val="0"/>
                                          <w:marTop w:val="0"/>
                                          <w:marBottom w:val="0"/>
                                          <w:divBdr>
                                            <w:top w:val="none" w:sz="0" w:space="0" w:color="auto"/>
                                            <w:left w:val="none" w:sz="0" w:space="0" w:color="auto"/>
                                            <w:bottom w:val="none" w:sz="0" w:space="0" w:color="auto"/>
                                            <w:right w:val="none" w:sz="0" w:space="0" w:color="auto"/>
                                          </w:divBdr>
                                          <w:divsChild>
                                            <w:div w:id="2097171517">
                                              <w:marLeft w:val="0"/>
                                              <w:marRight w:val="0"/>
                                              <w:marTop w:val="0"/>
                                              <w:marBottom w:val="0"/>
                                              <w:divBdr>
                                                <w:top w:val="none" w:sz="0" w:space="0" w:color="auto"/>
                                                <w:left w:val="none" w:sz="0" w:space="0" w:color="auto"/>
                                                <w:bottom w:val="none" w:sz="0" w:space="0" w:color="auto"/>
                                                <w:right w:val="none" w:sz="0" w:space="0" w:color="auto"/>
                                              </w:divBdr>
                                              <w:divsChild>
                                                <w:div w:id="1545021920">
                                                  <w:marLeft w:val="0"/>
                                                  <w:marRight w:val="0"/>
                                                  <w:marTop w:val="0"/>
                                                  <w:marBottom w:val="0"/>
                                                  <w:divBdr>
                                                    <w:top w:val="none" w:sz="0" w:space="0" w:color="auto"/>
                                                    <w:left w:val="none" w:sz="0" w:space="0" w:color="auto"/>
                                                    <w:bottom w:val="none" w:sz="0" w:space="0" w:color="auto"/>
                                                    <w:right w:val="none" w:sz="0" w:space="0" w:color="auto"/>
                                                  </w:divBdr>
                                                  <w:divsChild>
                                                    <w:div w:id="531305896">
                                                      <w:marLeft w:val="0"/>
                                                      <w:marRight w:val="0"/>
                                                      <w:marTop w:val="0"/>
                                                      <w:marBottom w:val="0"/>
                                                      <w:divBdr>
                                                        <w:top w:val="none" w:sz="0" w:space="0" w:color="auto"/>
                                                        <w:left w:val="none" w:sz="0" w:space="0" w:color="auto"/>
                                                        <w:bottom w:val="none" w:sz="0" w:space="0" w:color="auto"/>
                                                        <w:right w:val="none" w:sz="0" w:space="0" w:color="auto"/>
                                                      </w:divBdr>
                                                      <w:divsChild>
                                                        <w:div w:id="1194683690">
                                                          <w:marLeft w:val="0"/>
                                                          <w:marRight w:val="0"/>
                                                          <w:marTop w:val="0"/>
                                                          <w:marBottom w:val="0"/>
                                                          <w:divBdr>
                                                            <w:top w:val="none" w:sz="0" w:space="0" w:color="auto"/>
                                                            <w:left w:val="none" w:sz="0" w:space="0" w:color="auto"/>
                                                            <w:bottom w:val="none" w:sz="0" w:space="0" w:color="auto"/>
                                                            <w:right w:val="none" w:sz="0" w:space="0" w:color="auto"/>
                                                          </w:divBdr>
                                                          <w:divsChild>
                                                            <w:div w:id="197486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6802097">
                          <w:marLeft w:val="0"/>
                          <w:marRight w:val="0"/>
                          <w:marTop w:val="0"/>
                          <w:marBottom w:val="0"/>
                          <w:divBdr>
                            <w:top w:val="none" w:sz="0" w:space="0" w:color="auto"/>
                            <w:left w:val="none" w:sz="0" w:space="0" w:color="auto"/>
                            <w:bottom w:val="none" w:sz="0" w:space="0" w:color="auto"/>
                            <w:right w:val="none" w:sz="0" w:space="0" w:color="auto"/>
                          </w:divBdr>
                          <w:divsChild>
                            <w:div w:id="1191577090">
                              <w:marLeft w:val="0"/>
                              <w:marRight w:val="0"/>
                              <w:marTop w:val="0"/>
                              <w:marBottom w:val="0"/>
                              <w:divBdr>
                                <w:top w:val="none" w:sz="0" w:space="0" w:color="auto"/>
                                <w:left w:val="none" w:sz="0" w:space="0" w:color="auto"/>
                                <w:bottom w:val="none" w:sz="0" w:space="0" w:color="auto"/>
                                <w:right w:val="none" w:sz="0" w:space="0" w:color="auto"/>
                              </w:divBdr>
                              <w:divsChild>
                                <w:div w:id="1891842684">
                                  <w:marLeft w:val="0"/>
                                  <w:marRight w:val="0"/>
                                  <w:marTop w:val="0"/>
                                  <w:marBottom w:val="0"/>
                                  <w:divBdr>
                                    <w:top w:val="none" w:sz="0" w:space="0" w:color="auto"/>
                                    <w:left w:val="none" w:sz="0" w:space="0" w:color="auto"/>
                                    <w:bottom w:val="none" w:sz="0" w:space="0" w:color="auto"/>
                                    <w:right w:val="none" w:sz="0" w:space="0" w:color="auto"/>
                                  </w:divBdr>
                                  <w:divsChild>
                                    <w:div w:id="1835409913">
                                      <w:marLeft w:val="0"/>
                                      <w:marRight w:val="0"/>
                                      <w:marTop w:val="0"/>
                                      <w:marBottom w:val="0"/>
                                      <w:divBdr>
                                        <w:top w:val="none" w:sz="0" w:space="0" w:color="auto"/>
                                        <w:left w:val="none" w:sz="0" w:space="0" w:color="auto"/>
                                        <w:bottom w:val="none" w:sz="0" w:space="0" w:color="auto"/>
                                        <w:right w:val="none" w:sz="0" w:space="0" w:color="auto"/>
                                      </w:divBdr>
                                      <w:divsChild>
                                        <w:div w:id="59447711">
                                          <w:marLeft w:val="0"/>
                                          <w:marRight w:val="0"/>
                                          <w:marTop w:val="0"/>
                                          <w:marBottom w:val="0"/>
                                          <w:divBdr>
                                            <w:top w:val="none" w:sz="0" w:space="0" w:color="auto"/>
                                            <w:left w:val="none" w:sz="0" w:space="0" w:color="auto"/>
                                            <w:bottom w:val="none" w:sz="0" w:space="0" w:color="auto"/>
                                            <w:right w:val="none" w:sz="0" w:space="0" w:color="auto"/>
                                          </w:divBdr>
                                          <w:divsChild>
                                            <w:div w:id="1434597086">
                                              <w:marLeft w:val="0"/>
                                              <w:marRight w:val="0"/>
                                              <w:marTop w:val="0"/>
                                              <w:marBottom w:val="0"/>
                                              <w:divBdr>
                                                <w:top w:val="none" w:sz="0" w:space="0" w:color="auto"/>
                                                <w:left w:val="none" w:sz="0" w:space="0" w:color="auto"/>
                                                <w:bottom w:val="none" w:sz="0" w:space="0" w:color="auto"/>
                                                <w:right w:val="none" w:sz="0" w:space="0" w:color="auto"/>
                                              </w:divBdr>
                                              <w:divsChild>
                                                <w:div w:id="1886334611">
                                                  <w:marLeft w:val="0"/>
                                                  <w:marRight w:val="0"/>
                                                  <w:marTop w:val="0"/>
                                                  <w:marBottom w:val="0"/>
                                                  <w:divBdr>
                                                    <w:top w:val="none" w:sz="0" w:space="0" w:color="auto"/>
                                                    <w:left w:val="none" w:sz="0" w:space="0" w:color="auto"/>
                                                    <w:bottom w:val="none" w:sz="0" w:space="0" w:color="auto"/>
                                                    <w:right w:val="none" w:sz="0" w:space="0" w:color="auto"/>
                                                  </w:divBdr>
                                                  <w:divsChild>
                                                    <w:div w:id="1798798661">
                                                      <w:marLeft w:val="0"/>
                                                      <w:marRight w:val="0"/>
                                                      <w:marTop w:val="0"/>
                                                      <w:marBottom w:val="0"/>
                                                      <w:divBdr>
                                                        <w:top w:val="none" w:sz="0" w:space="0" w:color="auto"/>
                                                        <w:left w:val="none" w:sz="0" w:space="0" w:color="auto"/>
                                                        <w:bottom w:val="none" w:sz="0" w:space="0" w:color="auto"/>
                                                        <w:right w:val="none" w:sz="0" w:space="0" w:color="auto"/>
                                                      </w:divBdr>
                                                      <w:divsChild>
                                                        <w:div w:id="16495490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467812">
                          <w:marLeft w:val="0"/>
                          <w:marRight w:val="0"/>
                          <w:marTop w:val="0"/>
                          <w:marBottom w:val="0"/>
                          <w:divBdr>
                            <w:top w:val="none" w:sz="0" w:space="0" w:color="auto"/>
                            <w:left w:val="none" w:sz="0" w:space="0" w:color="auto"/>
                            <w:bottom w:val="none" w:sz="0" w:space="0" w:color="auto"/>
                            <w:right w:val="none" w:sz="0" w:space="0" w:color="auto"/>
                          </w:divBdr>
                          <w:divsChild>
                            <w:div w:id="1025011823">
                              <w:marLeft w:val="0"/>
                              <w:marRight w:val="0"/>
                              <w:marTop w:val="0"/>
                              <w:marBottom w:val="0"/>
                              <w:divBdr>
                                <w:top w:val="none" w:sz="0" w:space="0" w:color="auto"/>
                                <w:left w:val="none" w:sz="0" w:space="0" w:color="auto"/>
                                <w:bottom w:val="none" w:sz="0" w:space="0" w:color="auto"/>
                                <w:right w:val="none" w:sz="0" w:space="0" w:color="auto"/>
                              </w:divBdr>
                              <w:divsChild>
                                <w:div w:id="1766875238">
                                  <w:marLeft w:val="0"/>
                                  <w:marRight w:val="0"/>
                                  <w:marTop w:val="0"/>
                                  <w:marBottom w:val="0"/>
                                  <w:divBdr>
                                    <w:top w:val="none" w:sz="0" w:space="0" w:color="auto"/>
                                    <w:left w:val="none" w:sz="0" w:space="0" w:color="auto"/>
                                    <w:bottom w:val="none" w:sz="0" w:space="0" w:color="auto"/>
                                    <w:right w:val="none" w:sz="0" w:space="0" w:color="auto"/>
                                  </w:divBdr>
                                  <w:divsChild>
                                    <w:div w:id="1104377807">
                                      <w:marLeft w:val="0"/>
                                      <w:marRight w:val="0"/>
                                      <w:marTop w:val="0"/>
                                      <w:marBottom w:val="0"/>
                                      <w:divBdr>
                                        <w:top w:val="none" w:sz="0" w:space="0" w:color="auto"/>
                                        <w:left w:val="none" w:sz="0" w:space="0" w:color="auto"/>
                                        <w:bottom w:val="none" w:sz="0" w:space="0" w:color="auto"/>
                                        <w:right w:val="none" w:sz="0" w:space="0" w:color="auto"/>
                                      </w:divBdr>
                                      <w:divsChild>
                                        <w:div w:id="35592602">
                                          <w:marLeft w:val="0"/>
                                          <w:marRight w:val="0"/>
                                          <w:marTop w:val="0"/>
                                          <w:marBottom w:val="0"/>
                                          <w:divBdr>
                                            <w:top w:val="none" w:sz="0" w:space="0" w:color="auto"/>
                                            <w:left w:val="none" w:sz="0" w:space="0" w:color="auto"/>
                                            <w:bottom w:val="none" w:sz="0" w:space="0" w:color="auto"/>
                                            <w:right w:val="none" w:sz="0" w:space="0" w:color="auto"/>
                                          </w:divBdr>
                                          <w:divsChild>
                                            <w:div w:id="845242818">
                                              <w:marLeft w:val="0"/>
                                              <w:marRight w:val="0"/>
                                              <w:marTop w:val="0"/>
                                              <w:marBottom w:val="0"/>
                                              <w:divBdr>
                                                <w:top w:val="none" w:sz="0" w:space="0" w:color="auto"/>
                                                <w:left w:val="none" w:sz="0" w:space="0" w:color="auto"/>
                                                <w:bottom w:val="none" w:sz="0" w:space="0" w:color="auto"/>
                                                <w:right w:val="none" w:sz="0" w:space="0" w:color="auto"/>
                                              </w:divBdr>
                                              <w:divsChild>
                                                <w:div w:id="981426114">
                                                  <w:marLeft w:val="0"/>
                                                  <w:marRight w:val="0"/>
                                                  <w:marTop w:val="0"/>
                                                  <w:marBottom w:val="0"/>
                                                  <w:divBdr>
                                                    <w:top w:val="none" w:sz="0" w:space="0" w:color="auto"/>
                                                    <w:left w:val="none" w:sz="0" w:space="0" w:color="auto"/>
                                                    <w:bottom w:val="none" w:sz="0" w:space="0" w:color="auto"/>
                                                    <w:right w:val="none" w:sz="0" w:space="0" w:color="auto"/>
                                                  </w:divBdr>
                                                  <w:divsChild>
                                                    <w:div w:id="912352218">
                                                      <w:marLeft w:val="0"/>
                                                      <w:marRight w:val="0"/>
                                                      <w:marTop w:val="0"/>
                                                      <w:marBottom w:val="0"/>
                                                      <w:divBdr>
                                                        <w:top w:val="none" w:sz="0" w:space="0" w:color="auto"/>
                                                        <w:left w:val="none" w:sz="0" w:space="0" w:color="auto"/>
                                                        <w:bottom w:val="none" w:sz="0" w:space="0" w:color="auto"/>
                                                        <w:right w:val="none" w:sz="0" w:space="0" w:color="auto"/>
                                                      </w:divBdr>
                                                      <w:divsChild>
                                                        <w:div w:id="755979088">
                                                          <w:marLeft w:val="0"/>
                                                          <w:marRight w:val="0"/>
                                                          <w:marTop w:val="0"/>
                                                          <w:marBottom w:val="0"/>
                                                          <w:divBdr>
                                                            <w:top w:val="none" w:sz="0" w:space="0" w:color="auto"/>
                                                            <w:left w:val="none" w:sz="0" w:space="0" w:color="auto"/>
                                                            <w:bottom w:val="none" w:sz="0" w:space="0" w:color="auto"/>
                                                            <w:right w:val="none" w:sz="0" w:space="0" w:color="auto"/>
                                                          </w:divBdr>
                                                          <w:divsChild>
                                                            <w:div w:id="26955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0422323">
                          <w:marLeft w:val="0"/>
                          <w:marRight w:val="0"/>
                          <w:marTop w:val="0"/>
                          <w:marBottom w:val="0"/>
                          <w:divBdr>
                            <w:top w:val="none" w:sz="0" w:space="0" w:color="auto"/>
                            <w:left w:val="none" w:sz="0" w:space="0" w:color="auto"/>
                            <w:bottom w:val="none" w:sz="0" w:space="0" w:color="auto"/>
                            <w:right w:val="none" w:sz="0" w:space="0" w:color="auto"/>
                          </w:divBdr>
                          <w:divsChild>
                            <w:div w:id="317536447">
                              <w:marLeft w:val="0"/>
                              <w:marRight w:val="0"/>
                              <w:marTop w:val="0"/>
                              <w:marBottom w:val="0"/>
                              <w:divBdr>
                                <w:top w:val="none" w:sz="0" w:space="0" w:color="auto"/>
                                <w:left w:val="none" w:sz="0" w:space="0" w:color="auto"/>
                                <w:bottom w:val="none" w:sz="0" w:space="0" w:color="auto"/>
                                <w:right w:val="none" w:sz="0" w:space="0" w:color="auto"/>
                              </w:divBdr>
                              <w:divsChild>
                                <w:div w:id="1360355795">
                                  <w:marLeft w:val="0"/>
                                  <w:marRight w:val="0"/>
                                  <w:marTop w:val="0"/>
                                  <w:marBottom w:val="0"/>
                                  <w:divBdr>
                                    <w:top w:val="none" w:sz="0" w:space="0" w:color="auto"/>
                                    <w:left w:val="none" w:sz="0" w:space="0" w:color="auto"/>
                                    <w:bottom w:val="none" w:sz="0" w:space="0" w:color="auto"/>
                                    <w:right w:val="none" w:sz="0" w:space="0" w:color="auto"/>
                                  </w:divBdr>
                                  <w:divsChild>
                                    <w:div w:id="1224411322">
                                      <w:marLeft w:val="0"/>
                                      <w:marRight w:val="0"/>
                                      <w:marTop w:val="0"/>
                                      <w:marBottom w:val="0"/>
                                      <w:divBdr>
                                        <w:top w:val="none" w:sz="0" w:space="0" w:color="auto"/>
                                        <w:left w:val="none" w:sz="0" w:space="0" w:color="auto"/>
                                        <w:bottom w:val="none" w:sz="0" w:space="0" w:color="auto"/>
                                        <w:right w:val="none" w:sz="0" w:space="0" w:color="auto"/>
                                      </w:divBdr>
                                      <w:divsChild>
                                        <w:div w:id="1543248990">
                                          <w:marLeft w:val="0"/>
                                          <w:marRight w:val="0"/>
                                          <w:marTop w:val="0"/>
                                          <w:marBottom w:val="0"/>
                                          <w:divBdr>
                                            <w:top w:val="none" w:sz="0" w:space="0" w:color="auto"/>
                                            <w:left w:val="none" w:sz="0" w:space="0" w:color="auto"/>
                                            <w:bottom w:val="none" w:sz="0" w:space="0" w:color="auto"/>
                                            <w:right w:val="none" w:sz="0" w:space="0" w:color="auto"/>
                                          </w:divBdr>
                                          <w:divsChild>
                                            <w:div w:id="139541327">
                                              <w:marLeft w:val="0"/>
                                              <w:marRight w:val="0"/>
                                              <w:marTop w:val="0"/>
                                              <w:marBottom w:val="0"/>
                                              <w:divBdr>
                                                <w:top w:val="none" w:sz="0" w:space="0" w:color="auto"/>
                                                <w:left w:val="none" w:sz="0" w:space="0" w:color="auto"/>
                                                <w:bottom w:val="none" w:sz="0" w:space="0" w:color="auto"/>
                                                <w:right w:val="none" w:sz="0" w:space="0" w:color="auto"/>
                                              </w:divBdr>
                                              <w:divsChild>
                                                <w:div w:id="202064580">
                                                  <w:marLeft w:val="0"/>
                                                  <w:marRight w:val="0"/>
                                                  <w:marTop w:val="0"/>
                                                  <w:marBottom w:val="0"/>
                                                  <w:divBdr>
                                                    <w:top w:val="none" w:sz="0" w:space="0" w:color="auto"/>
                                                    <w:left w:val="none" w:sz="0" w:space="0" w:color="auto"/>
                                                    <w:bottom w:val="none" w:sz="0" w:space="0" w:color="auto"/>
                                                    <w:right w:val="none" w:sz="0" w:space="0" w:color="auto"/>
                                                  </w:divBdr>
                                                </w:div>
                                                <w:div w:id="831720863">
                                                  <w:marLeft w:val="0"/>
                                                  <w:marRight w:val="0"/>
                                                  <w:marTop w:val="0"/>
                                                  <w:marBottom w:val="0"/>
                                                  <w:divBdr>
                                                    <w:top w:val="none" w:sz="0" w:space="0" w:color="auto"/>
                                                    <w:left w:val="none" w:sz="0" w:space="0" w:color="auto"/>
                                                    <w:bottom w:val="none" w:sz="0" w:space="0" w:color="auto"/>
                                                    <w:right w:val="none" w:sz="0" w:space="0" w:color="auto"/>
                                                  </w:divBdr>
                                                  <w:divsChild>
                                                    <w:div w:id="1365517182">
                                                      <w:marLeft w:val="0"/>
                                                      <w:marRight w:val="0"/>
                                                      <w:marTop w:val="0"/>
                                                      <w:marBottom w:val="0"/>
                                                      <w:divBdr>
                                                        <w:top w:val="none" w:sz="0" w:space="0" w:color="auto"/>
                                                        <w:left w:val="none" w:sz="0" w:space="0" w:color="auto"/>
                                                        <w:bottom w:val="none" w:sz="0" w:space="0" w:color="auto"/>
                                                        <w:right w:val="none" w:sz="0" w:space="0" w:color="auto"/>
                                                      </w:divBdr>
                                                      <w:divsChild>
                                                        <w:div w:id="1183669216">
                                                          <w:marLeft w:val="0"/>
                                                          <w:marRight w:val="0"/>
                                                          <w:marTop w:val="0"/>
                                                          <w:marBottom w:val="0"/>
                                                          <w:divBdr>
                                                            <w:top w:val="none" w:sz="0" w:space="0" w:color="auto"/>
                                                            <w:left w:val="none" w:sz="0" w:space="0" w:color="auto"/>
                                                            <w:bottom w:val="none" w:sz="0" w:space="0" w:color="auto"/>
                                                            <w:right w:val="none" w:sz="0" w:space="0" w:color="auto"/>
                                                          </w:divBdr>
                                                          <w:divsChild>
                                                            <w:div w:id="70547710">
                                                              <w:marLeft w:val="0"/>
                                                              <w:marRight w:val="0"/>
                                                              <w:marTop w:val="0"/>
                                                              <w:marBottom w:val="0"/>
                                                              <w:divBdr>
                                                                <w:top w:val="none" w:sz="0" w:space="0" w:color="auto"/>
                                                                <w:left w:val="none" w:sz="0" w:space="0" w:color="auto"/>
                                                                <w:bottom w:val="none" w:sz="0" w:space="0" w:color="auto"/>
                                                                <w:right w:val="none" w:sz="0" w:space="0" w:color="auto"/>
                                                              </w:divBdr>
                                                            </w:div>
                                                            <w:div w:id="1275555858">
                                                              <w:marLeft w:val="0"/>
                                                              <w:marRight w:val="0"/>
                                                              <w:marTop w:val="0"/>
                                                              <w:marBottom w:val="0"/>
                                                              <w:divBdr>
                                                                <w:top w:val="none" w:sz="0" w:space="0" w:color="auto"/>
                                                                <w:left w:val="none" w:sz="0" w:space="0" w:color="auto"/>
                                                                <w:bottom w:val="none" w:sz="0" w:space="0" w:color="auto"/>
                                                                <w:right w:val="none" w:sz="0" w:space="0" w:color="auto"/>
                                                              </w:divBdr>
                                                            </w:div>
                                                            <w:div w:id="20403061">
                                                              <w:marLeft w:val="0"/>
                                                              <w:marRight w:val="0"/>
                                                              <w:marTop w:val="0"/>
                                                              <w:marBottom w:val="0"/>
                                                              <w:divBdr>
                                                                <w:top w:val="none" w:sz="0" w:space="0" w:color="auto"/>
                                                                <w:left w:val="none" w:sz="0" w:space="0" w:color="auto"/>
                                                                <w:bottom w:val="none" w:sz="0" w:space="0" w:color="auto"/>
                                                                <w:right w:val="none" w:sz="0" w:space="0" w:color="auto"/>
                                                              </w:divBdr>
                                                            </w:div>
                                                            <w:div w:id="1183010737">
                                                              <w:marLeft w:val="0"/>
                                                              <w:marRight w:val="0"/>
                                                              <w:marTop w:val="0"/>
                                                              <w:marBottom w:val="0"/>
                                                              <w:divBdr>
                                                                <w:top w:val="none" w:sz="0" w:space="0" w:color="auto"/>
                                                                <w:left w:val="none" w:sz="0" w:space="0" w:color="auto"/>
                                                                <w:bottom w:val="none" w:sz="0" w:space="0" w:color="auto"/>
                                                                <w:right w:val="none" w:sz="0" w:space="0" w:color="auto"/>
                                                              </w:divBdr>
                                                              <w:divsChild>
                                                                <w:div w:id="1832793560">
                                                                  <w:marLeft w:val="0"/>
                                                                  <w:marRight w:val="0"/>
                                                                  <w:marTop w:val="0"/>
                                                                  <w:marBottom w:val="0"/>
                                                                  <w:divBdr>
                                                                    <w:top w:val="none" w:sz="0" w:space="0" w:color="auto"/>
                                                                    <w:left w:val="none" w:sz="0" w:space="0" w:color="auto"/>
                                                                    <w:bottom w:val="none" w:sz="0" w:space="0" w:color="auto"/>
                                                                    <w:right w:val="none" w:sz="0" w:space="0" w:color="auto"/>
                                                                  </w:divBdr>
                                                                  <w:divsChild>
                                                                    <w:div w:id="955334043">
                                                                      <w:marLeft w:val="0"/>
                                                                      <w:marRight w:val="0"/>
                                                                      <w:marTop w:val="0"/>
                                                                      <w:marBottom w:val="0"/>
                                                                      <w:divBdr>
                                                                        <w:top w:val="none" w:sz="0" w:space="0" w:color="auto"/>
                                                                        <w:left w:val="none" w:sz="0" w:space="0" w:color="auto"/>
                                                                        <w:bottom w:val="none" w:sz="0" w:space="0" w:color="auto"/>
                                                                        <w:right w:val="none" w:sz="0" w:space="0" w:color="auto"/>
                                                                      </w:divBdr>
                                                                      <w:divsChild>
                                                                        <w:div w:id="105188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9957669">
                          <w:marLeft w:val="0"/>
                          <w:marRight w:val="0"/>
                          <w:marTop w:val="0"/>
                          <w:marBottom w:val="0"/>
                          <w:divBdr>
                            <w:top w:val="none" w:sz="0" w:space="0" w:color="auto"/>
                            <w:left w:val="none" w:sz="0" w:space="0" w:color="auto"/>
                            <w:bottom w:val="none" w:sz="0" w:space="0" w:color="auto"/>
                            <w:right w:val="none" w:sz="0" w:space="0" w:color="auto"/>
                          </w:divBdr>
                          <w:divsChild>
                            <w:div w:id="1840462242">
                              <w:marLeft w:val="0"/>
                              <w:marRight w:val="0"/>
                              <w:marTop w:val="0"/>
                              <w:marBottom w:val="0"/>
                              <w:divBdr>
                                <w:top w:val="none" w:sz="0" w:space="0" w:color="auto"/>
                                <w:left w:val="none" w:sz="0" w:space="0" w:color="auto"/>
                                <w:bottom w:val="none" w:sz="0" w:space="0" w:color="auto"/>
                                <w:right w:val="none" w:sz="0" w:space="0" w:color="auto"/>
                              </w:divBdr>
                              <w:divsChild>
                                <w:div w:id="474225352">
                                  <w:marLeft w:val="0"/>
                                  <w:marRight w:val="0"/>
                                  <w:marTop w:val="0"/>
                                  <w:marBottom w:val="0"/>
                                  <w:divBdr>
                                    <w:top w:val="none" w:sz="0" w:space="0" w:color="auto"/>
                                    <w:left w:val="none" w:sz="0" w:space="0" w:color="auto"/>
                                    <w:bottom w:val="none" w:sz="0" w:space="0" w:color="auto"/>
                                    <w:right w:val="none" w:sz="0" w:space="0" w:color="auto"/>
                                  </w:divBdr>
                                  <w:divsChild>
                                    <w:div w:id="1484928218">
                                      <w:marLeft w:val="0"/>
                                      <w:marRight w:val="0"/>
                                      <w:marTop w:val="0"/>
                                      <w:marBottom w:val="0"/>
                                      <w:divBdr>
                                        <w:top w:val="none" w:sz="0" w:space="0" w:color="auto"/>
                                        <w:left w:val="none" w:sz="0" w:space="0" w:color="auto"/>
                                        <w:bottom w:val="none" w:sz="0" w:space="0" w:color="auto"/>
                                        <w:right w:val="none" w:sz="0" w:space="0" w:color="auto"/>
                                      </w:divBdr>
                                      <w:divsChild>
                                        <w:div w:id="680938483">
                                          <w:marLeft w:val="0"/>
                                          <w:marRight w:val="0"/>
                                          <w:marTop w:val="0"/>
                                          <w:marBottom w:val="0"/>
                                          <w:divBdr>
                                            <w:top w:val="none" w:sz="0" w:space="0" w:color="auto"/>
                                            <w:left w:val="none" w:sz="0" w:space="0" w:color="auto"/>
                                            <w:bottom w:val="none" w:sz="0" w:space="0" w:color="auto"/>
                                            <w:right w:val="none" w:sz="0" w:space="0" w:color="auto"/>
                                          </w:divBdr>
                                          <w:divsChild>
                                            <w:div w:id="1356614485">
                                              <w:marLeft w:val="0"/>
                                              <w:marRight w:val="0"/>
                                              <w:marTop w:val="0"/>
                                              <w:marBottom w:val="0"/>
                                              <w:divBdr>
                                                <w:top w:val="none" w:sz="0" w:space="0" w:color="auto"/>
                                                <w:left w:val="none" w:sz="0" w:space="0" w:color="auto"/>
                                                <w:bottom w:val="none" w:sz="0" w:space="0" w:color="auto"/>
                                                <w:right w:val="none" w:sz="0" w:space="0" w:color="auto"/>
                                              </w:divBdr>
                                              <w:divsChild>
                                                <w:div w:id="1049181107">
                                                  <w:marLeft w:val="0"/>
                                                  <w:marRight w:val="0"/>
                                                  <w:marTop w:val="0"/>
                                                  <w:marBottom w:val="0"/>
                                                  <w:divBdr>
                                                    <w:top w:val="none" w:sz="0" w:space="0" w:color="auto"/>
                                                    <w:left w:val="none" w:sz="0" w:space="0" w:color="auto"/>
                                                    <w:bottom w:val="none" w:sz="0" w:space="0" w:color="auto"/>
                                                    <w:right w:val="none" w:sz="0" w:space="0" w:color="auto"/>
                                                  </w:divBdr>
                                                  <w:divsChild>
                                                    <w:div w:id="281226545">
                                                      <w:marLeft w:val="0"/>
                                                      <w:marRight w:val="0"/>
                                                      <w:marTop w:val="0"/>
                                                      <w:marBottom w:val="0"/>
                                                      <w:divBdr>
                                                        <w:top w:val="none" w:sz="0" w:space="0" w:color="auto"/>
                                                        <w:left w:val="none" w:sz="0" w:space="0" w:color="auto"/>
                                                        <w:bottom w:val="none" w:sz="0" w:space="0" w:color="auto"/>
                                                        <w:right w:val="none" w:sz="0" w:space="0" w:color="auto"/>
                                                      </w:divBdr>
                                                      <w:divsChild>
                                                        <w:div w:id="856309338">
                                                          <w:marLeft w:val="0"/>
                                                          <w:marRight w:val="0"/>
                                                          <w:marTop w:val="0"/>
                                                          <w:marBottom w:val="0"/>
                                                          <w:divBdr>
                                                            <w:top w:val="none" w:sz="0" w:space="0" w:color="auto"/>
                                                            <w:left w:val="none" w:sz="0" w:space="0" w:color="auto"/>
                                                            <w:bottom w:val="none" w:sz="0" w:space="0" w:color="auto"/>
                                                            <w:right w:val="none" w:sz="0" w:space="0" w:color="auto"/>
                                                          </w:divBdr>
                                                          <w:divsChild>
                                                            <w:div w:id="18167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5692734">
                          <w:marLeft w:val="0"/>
                          <w:marRight w:val="0"/>
                          <w:marTop w:val="0"/>
                          <w:marBottom w:val="0"/>
                          <w:divBdr>
                            <w:top w:val="none" w:sz="0" w:space="0" w:color="auto"/>
                            <w:left w:val="none" w:sz="0" w:space="0" w:color="auto"/>
                            <w:bottom w:val="none" w:sz="0" w:space="0" w:color="auto"/>
                            <w:right w:val="none" w:sz="0" w:space="0" w:color="auto"/>
                          </w:divBdr>
                          <w:divsChild>
                            <w:div w:id="65152961">
                              <w:marLeft w:val="0"/>
                              <w:marRight w:val="0"/>
                              <w:marTop w:val="0"/>
                              <w:marBottom w:val="0"/>
                              <w:divBdr>
                                <w:top w:val="none" w:sz="0" w:space="0" w:color="auto"/>
                                <w:left w:val="none" w:sz="0" w:space="0" w:color="auto"/>
                                <w:bottom w:val="none" w:sz="0" w:space="0" w:color="auto"/>
                                <w:right w:val="none" w:sz="0" w:space="0" w:color="auto"/>
                              </w:divBdr>
                              <w:divsChild>
                                <w:div w:id="368921195">
                                  <w:marLeft w:val="0"/>
                                  <w:marRight w:val="0"/>
                                  <w:marTop w:val="0"/>
                                  <w:marBottom w:val="0"/>
                                  <w:divBdr>
                                    <w:top w:val="none" w:sz="0" w:space="0" w:color="auto"/>
                                    <w:left w:val="none" w:sz="0" w:space="0" w:color="auto"/>
                                    <w:bottom w:val="none" w:sz="0" w:space="0" w:color="auto"/>
                                    <w:right w:val="none" w:sz="0" w:space="0" w:color="auto"/>
                                  </w:divBdr>
                                  <w:divsChild>
                                    <w:div w:id="1867406616">
                                      <w:marLeft w:val="0"/>
                                      <w:marRight w:val="0"/>
                                      <w:marTop w:val="0"/>
                                      <w:marBottom w:val="0"/>
                                      <w:divBdr>
                                        <w:top w:val="none" w:sz="0" w:space="0" w:color="auto"/>
                                        <w:left w:val="none" w:sz="0" w:space="0" w:color="auto"/>
                                        <w:bottom w:val="none" w:sz="0" w:space="0" w:color="auto"/>
                                        <w:right w:val="none" w:sz="0" w:space="0" w:color="auto"/>
                                      </w:divBdr>
                                      <w:divsChild>
                                        <w:div w:id="333070313">
                                          <w:marLeft w:val="0"/>
                                          <w:marRight w:val="0"/>
                                          <w:marTop w:val="0"/>
                                          <w:marBottom w:val="0"/>
                                          <w:divBdr>
                                            <w:top w:val="none" w:sz="0" w:space="0" w:color="auto"/>
                                            <w:left w:val="none" w:sz="0" w:space="0" w:color="auto"/>
                                            <w:bottom w:val="none" w:sz="0" w:space="0" w:color="auto"/>
                                            <w:right w:val="none" w:sz="0" w:space="0" w:color="auto"/>
                                          </w:divBdr>
                                          <w:divsChild>
                                            <w:div w:id="152575279">
                                              <w:marLeft w:val="0"/>
                                              <w:marRight w:val="0"/>
                                              <w:marTop w:val="0"/>
                                              <w:marBottom w:val="0"/>
                                              <w:divBdr>
                                                <w:top w:val="none" w:sz="0" w:space="0" w:color="auto"/>
                                                <w:left w:val="none" w:sz="0" w:space="0" w:color="auto"/>
                                                <w:bottom w:val="none" w:sz="0" w:space="0" w:color="auto"/>
                                                <w:right w:val="none" w:sz="0" w:space="0" w:color="auto"/>
                                              </w:divBdr>
                                              <w:divsChild>
                                                <w:div w:id="706106748">
                                                  <w:marLeft w:val="0"/>
                                                  <w:marRight w:val="0"/>
                                                  <w:marTop w:val="0"/>
                                                  <w:marBottom w:val="0"/>
                                                  <w:divBdr>
                                                    <w:top w:val="none" w:sz="0" w:space="0" w:color="auto"/>
                                                    <w:left w:val="none" w:sz="0" w:space="0" w:color="auto"/>
                                                    <w:bottom w:val="none" w:sz="0" w:space="0" w:color="auto"/>
                                                    <w:right w:val="none" w:sz="0" w:space="0" w:color="auto"/>
                                                  </w:divBdr>
                                                  <w:divsChild>
                                                    <w:div w:id="11612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3419914">
                          <w:marLeft w:val="0"/>
                          <w:marRight w:val="0"/>
                          <w:marTop w:val="0"/>
                          <w:marBottom w:val="0"/>
                          <w:divBdr>
                            <w:top w:val="none" w:sz="0" w:space="0" w:color="auto"/>
                            <w:left w:val="none" w:sz="0" w:space="0" w:color="auto"/>
                            <w:bottom w:val="none" w:sz="0" w:space="0" w:color="auto"/>
                            <w:right w:val="none" w:sz="0" w:space="0" w:color="auto"/>
                          </w:divBdr>
                          <w:divsChild>
                            <w:div w:id="22556085">
                              <w:marLeft w:val="0"/>
                              <w:marRight w:val="0"/>
                              <w:marTop w:val="0"/>
                              <w:marBottom w:val="0"/>
                              <w:divBdr>
                                <w:top w:val="none" w:sz="0" w:space="0" w:color="auto"/>
                                <w:left w:val="none" w:sz="0" w:space="0" w:color="auto"/>
                                <w:bottom w:val="none" w:sz="0" w:space="0" w:color="auto"/>
                                <w:right w:val="none" w:sz="0" w:space="0" w:color="auto"/>
                              </w:divBdr>
                              <w:divsChild>
                                <w:div w:id="1155030716">
                                  <w:marLeft w:val="0"/>
                                  <w:marRight w:val="0"/>
                                  <w:marTop w:val="0"/>
                                  <w:marBottom w:val="0"/>
                                  <w:divBdr>
                                    <w:top w:val="none" w:sz="0" w:space="0" w:color="auto"/>
                                    <w:left w:val="none" w:sz="0" w:space="0" w:color="auto"/>
                                    <w:bottom w:val="none" w:sz="0" w:space="0" w:color="auto"/>
                                    <w:right w:val="none" w:sz="0" w:space="0" w:color="auto"/>
                                  </w:divBdr>
                                  <w:divsChild>
                                    <w:div w:id="1082138471">
                                      <w:marLeft w:val="0"/>
                                      <w:marRight w:val="0"/>
                                      <w:marTop w:val="0"/>
                                      <w:marBottom w:val="0"/>
                                      <w:divBdr>
                                        <w:top w:val="none" w:sz="0" w:space="0" w:color="auto"/>
                                        <w:left w:val="none" w:sz="0" w:space="0" w:color="auto"/>
                                        <w:bottom w:val="none" w:sz="0" w:space="0" w:color="auto"/>
                                        <w:right w:val="none" w:sz="0" w:space="0" w:color="auto"/>
                                      </w:divBdr>
                                      <w:divsChild>
                                        <w:div w:id="1555657517">
                                          <w:marLeft w:val="0"/>
                                          <w:marRight w:val="0"/>
                                          <w:marTop w:val="0"/>
                                          <w:marBottom w:val="0"/>
                                          <w:divBdr>
                                            <w:top w:val="none" w:sz="0" w:space="0" w:color="auto"/>
                                            <w:left w:val="none" w:sz="0" w:space="0" w:color="auto"/>
                                            <w:bottom w:val="none" w:sz="0" w:space="0" w:color="auto"/>
                                            <w:right w:val="none" w:sz="0" w:space="0" w:color="auto"/>
                                          </w:divBdr>
                                          <w:divsChild>
                                            <w:div w:id="259067550">
                                              <w:marLeft w:val="0"/>
                                              <w:marRight w:val="0"/>
                                              <w:marTop w:val="0"/>
                                              <w:marBottom w:val="0"/>
                                              <w:divBdr>
                                                <w:top w:val="none" w:sz="0" w:space="0" w:color="auto"/>
                                                <w:left w:val="none" w:sz="0" w:space="0" w:color="auto"/>
                                                <w:bottom w:val="none" w:sz="0" w:space="0" w:color="auto"/>
                                                <w:right w:val="none" w:sz="0" w:space="0" w:color="auto"/>
                                              </w:divBdr>
                                              <w:divsChild>
                                                <w:div w:id="1789884218">
                                                  <w:marLeft w:val="0"/>
                                                  <w:marRight w:val="0"/>
                                                  <w:marTop w:val="0"/>
                                                  <w:marBottom w:val="0"/>
                                                  <w:divBdr>
                                                    <w:top w:val="none" w:sz="0" w:space="0" w:color="auto"/>
                                                    <w:left w:val="none" w:sz="0" w:space="0" w:color="auto"/>
                                                    <w:bottom w:val="none" w:sz="0" w:space="0" w:color="auto"/>
                                                    <w:right w:val="none" w:sz="0" w:space="0" w:color="auto"/>
                                                  </w:divBdr>
                                                  <w:divsChild>
                                                    <w:div w:id="2098092241">
                                                      <w:marLeft w:val="0"/>
                                                      <w:marRight w:val="0"/>
                                                      <w:marTop w:val="0"/>
                                                      <w:marBottom w:val="0"/>
                                                      <w:divBdr>
                                                        <w:top w:val="none" w:sz="0" w:space="0" w:color="auto"/>
                                                        <w:left w:val="none" w:sz="0" w:space="0" w:color="auto"/>
                                                        <w:bottom w:val="none" w:sz="0" w:space="0" w:color="auto"/>
                                                        <w:right w:val="none" w:sz="0" w:space="0" w:color="auto"/>
                                                      </w:divBdr>
                                                      <w:divsChild>
                                                        <w:div w:id="1355378979">
                                                          <w:marLeft w:val="0"/>
                                                          <w:marRight w:val="0"/>
                                                          <w:marTop w:val="0"/>
                                                          <w:marBottom w:val="0"/>
                                                          <w:divBdr>
                                                            <w:top w:val="none" w:sz="0" w:space="0" w:color="auto"/>
                                                            <w:left w:val="none" w:sz="0" w:space="0" w:color="auto"/>
                                                            <w:bottom w:val="none" w:sz="0" w:space="0" w:color="auto"/>
                                                            <w:right w:val="none" w:sz="0" w:space="0" w:color="auto"/>
                                                          </w:divBdr>
                                                          <w:divsChild>
                                                            <w:div w:id="10533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921307">
                          <w:marLeft w:val="0"/>
                          <w:marRight w:val="0"/>
                          <w:marTop w:val="0"/>
                          <w:marBottom w:val="0"/>
                          <w:divBdr>
                            <w:top w:val="none" w:sz="0" w:space="0" w:color="auto"/>
                            <w:left w:val="none" w:sz="0" w:space="0" w:color="auto"/>
                            <w:bottom w:val="none" w:sz="0" w:space="0" w:color="auto"/>
                            <w:right w:val="none" w:sz="0" w:space="0" w:color="auto"/>
                          </w:divBdr>
                          <w:divsChild>
                            <w:div w:id="1604410325">
                              <w:marLeft w:val="0"/>
                              <w:marRight w:val="0"/>
                              <w:marTop w:val="0"/>
                              <w:marBottom w:val="0"/>
                              <w:divBdr>
                                <w:top w:val="none" w:sz="0" w:space="0" w:color="auto"/>
                                <w:left w:val="none" w:sz="0" w:space="0" w:color="auto"/>
                                <w:bottom w:val="none" w:sz="0" w:space="0" w:color="auto"/>
                                <w:right w:val="none" w:sz="0" w:space="0" w:color="auto"/>
                              </w:divBdr>
                              <w:divsChild>
                                <w:div w:id="186598744">
                                  <w:marLeft w:val="0"/>
                                  <w:marRight w:val="0"/>
                                  <w:marTop w:val="0"/>
                                  <w:marBottom w:val="0"/>
                                  <w:divBdr>
                                    <w:top w:val="none" w:sz="0" w:space="0" w:color="auto"/>
                                    <w:left w:val="none" w:sz="0" w:space="0" w:color="auto"/>
                                    <w:bottom w:val="none" w:sz="0" w:space="0" w:color="auto"/>
                                    <w:right w:val="none" w:sz="0" w:space="0" w:color="auto"/>
                                  </w:divBdr>
                                  <w:divsChild>
                                    <w:div w:id="344283950">
                                      <w:marLeft w:val="0"/>
                                      <w:marRight w:val="0"/>
                                      <w:marTop w:val="0"/>
                                      <w:marBottom w:val="0"/>
                                      <w:divBdr>
                                        <w:top w:val="none" w:sz="0" w:space="0" w:color="auto"/>
                                        <w:left w:val="none" w:sz="0" w:space="0" w:color="auto"/>
                                        <w:bottom w:val="none" w:sz="0" w:space="0" w:color="auto"/>
                                        <w:right w:val="none" w:sz="0" w:space="0" w:color="auto"/>
                                      </w:divBdr>
                                      <w:divsChild>
                                        <w:div w:id="436174600">
                                          <w:marLeft w:val="0"/>
                                          <w:marRight w:val="0"/>
                                          <w:marTop w:val="0"/>
                                          <w:marBottom w:val="0"/>
                                          <w:divBdr>
                                            <w:top w:val="none" w:sz="0" w:space="0" w:color="auto"/>
                                            <w:left w:val="none" w:sz="0" w:space="0" w:color="auto"/>
                                            <w:bottom w:val="none" w:sz="0" w:space="0" w:color="auto"/>
                                            <w:right w:val="none" w:sz="0" w:space="0" w:color="auto"/>
                                          </w:divBdr>
                                          <w:divsChild>
                                            <w:div w:id="1060179005">
                                              <w:marLeft w:val="0"/>
                                              <w:marRight w:val="0"/>
                                              <w:marTop w:val="0"/>
                                              <w:marBottom w:val="0"/>
                                              <w:divBdr>
                                                <w:top w:val="none" w:sz="0" w:space="0" w:color="auto"/>
                                                <w:left w:val="none" w:sz="0" w:space="0" w:color="auto"/>
                                                <w:bottom w:val="none" w:sz="0" w:space="0" w:color="auto"/>
                                                <w:right w:val="none" w:sz="0" w:space="0" w:color="auto"/>
                                              </w:divBdr>
                                              <w:divsChild>
                                                <w:div w:id="1728869232">
                                                  <w:marLeft w:val="0"/>
                                                  <w:marRight w:val="0"/>
                                                  <w:marTop w:val="0"/>
                                                  <w:marBottom w:val="0"/>
                                                  <w:divBdr>
                                                    <w:top w:val="none" w:sz="0" w:space="0" w:color="auto"/>
                                                    <w:left w:val="none" w:sz="0" w:space="0" w:color="auto"/>
                                                    <w:bottom w:val="none" w:sz="0" w:space="0" w:color="auto"/>
                                                    <w:right w:val="none" w:sz="0" w:space="0" w:color="auto"/>
                                                  </w:divBdr>
                                                </w:div>
                                                <w:div w:id="1058675155">
                                                  <w:marLeft w:val="0"/>
                                                  <w:marRight w:val="0"/>
                                                  <w:marTop w:val="0"/>
                                                  <w:marBottom w:val="0"/>
                                                  <w:divBdr>
                                                    <w:top w:val="none" w:sz="0" w:space="0" w:color="auto"/>
                                                    <w:left w:val="none" w:sz="0" w:space="0" w:color="auto"/>
                                                    <w:bottom w:val="none" w:sz="0" w:space="0" w:color="auto"/>
                                                    <w:right w:val="none" w:sz="0" w:space="0" w:color="auto"/>
                                                  </w:divBdr>
                                                  <w:divsChild>
                                                    <w:div w:id="1201556991">
                                                      <w:marLeft w:val="0"/>
                                                      <w:marRight w:val="0"/>
                                                      <w:marTop w:val="0"/>
                                                      <w:marBottom w:val="0"/>
                                                      <w:divBdr>
                                                        <w:top w:val="none" w:sz="0" w:space="0" w:color="auto"/>
                                                        <w:left w:val="none" w:sz="0" w:space="0" w:color="auto"/>
                                                        <w:bottom w:val="none" w:sz="0" w:space="0" w:color="auto"/>
                                                        <w:right w:val="none" w:sz="0" w:space="0" w:color="auto"/>
                                                      </w:divBdr>
                                                      <w:divsChild>
                                                        <w:div w:id="1196312109">
                                                          <w:marLeft w:val="0"/>
                                                          <w:marRight w:val="0"/>
                                                          <w:marTop w:val="0"/>
                                                          <w:marBottom w:val="0"/>
                                                          <w:divBdr>
                                                            <w:top w:val="none" w:sz="0" w:space="0" w:color="auto"/>
                                                            <w:left w:val="none" w:sz="0" w:space="0" w:color="auto"/>
                                                            <w:bottom w:val="none" w:sz="0" w:space="0" w:color="auto"/>
                                                            <w:right w:val="none" w:sz="0" w:space="0" w:color="auto"/>
                                                          </w:divBdr>
                                                          <w:divsChild>
                                                            <w:div w:id="674698066">
                                                              <w:marLeft w:val="0"/>
                                                              <w:marRight w:val="0"/>
                                                              <w:marTop w:val="0"/>
                                                              <w:marBottom w:val="0"/>
                                                              <w:divBdr>
                                                                <w:top w:val="none" w:sz="0" w:space="0" w:color="auto"/>
                                                                <w:left w:val="none" w:sz="0" w:space="0" w:color="auto"/>
                                                                <w:bottom w:val="none" w:sz="0" w:space="0" w:color="auto"/>
                                                                <w:right w:val="none" w:sz="0" w:space="0" w:color="auto"/>
                                                              </w:divBdr>
                                                            </w:div>
                                                            <w:div w:id="849950321">
                                                              <w:marLeft w:val="0"/>
                                                              <w:marRight w:val="0"/>
                                                              <w:marTop w:val="0"/>
                                                              <w:marBottom w:val="0"/>
                                                              <w:divBdr>
                                                                <w:top w:val="none" w:sz="0" w:space="0" w:color="auto"/>
                                                                <w:left w:val="none" w:sz="0" w:space="0" w:color="auto"/>
                                                                <w:bottom w:val="none" w:sz="0" w:space="0" w:color="auto"/>
                                                                <w:right w:val="none" w:sz="0" w:space="0" w:color="auto"/>
                                                              </w:divBdr>
                                                            </w:div>
                                                            <w:div w:id="771972655">
                                                              <w:marLeft w:val="0"/>
                                                              <w:marRight w:val="0"/>
                                                              <w:marTop w:val="0"/>
                                                              <w:marBottom w:val="0"/>
                                                              <w:divBdr>
                                                                <w:top w:val="none" w:sz="0" w:space="0" w:color="auto"/>
                                                                <w:left w:val="none" w:sz="0" w:space="0" w:color="auto"/>
                                                                <w:bottom w:val="none" w:sz="0" w:space="0" w:color="auto"/>
                                                                <w:right w:val="none" w:sz="0" w:space="0" w:color="auto"/>
                                                              </w:divBdr>
                                                            </w:div>
                                                            <w:div w:id="1284114151">
                                                              <w:marLeft w:val="0"/>
                                                              <w:marRight w:val="0"/>
                                                              <w:marTop w:val="0"/>
                                                              <w:marBottom w:val="0"/>
                                                              <w:divBdr>
                                                                <w:top w:val="none" w:sz="0" w:space="0" w:color="auto"/>
                                                                <w:left w:val="none" w:sz="0" w:space="0" w:color="auto"/>
                                                                <w:bottom w:val="none" w:sz="0" w:space="0" w:color="auto"/>
                                                                <w:right w:val="none" w:sz="0" w:space="0" w:color="auto"/>
                                                              </w:divBdr>
                                                              <w:divsChild>
                                                                <w:div w:id="1238594143">
                                                                  <w:marLeft w:val="0"/>
                                                                  <w:marRight w:val="0"/>
                                                                  <w:marTop w:val="0"/>
                                                                  <w:marBottom w:val="0"/>
                                                                  <w:divBdr>
                                                                    <w:top w:val="none" w:sz="0" w:space="0" w:color="auto"/>
                                                                    <w:left w:val="none" w:sz="0" w:space="0" w:color="auto"/>
                                                                    <w:bottom w:val="none" w:sz="0" w:space="0" w:color="auto"/>
                                                                    <w:right w:val="none" w:sz="0" w:space="0" w:color="auto"/>
                                                                  </w:divBdr>
                                                                  <w:divsChild>
                                                                    <w:div w:id="1814327609">
                                                                      <w:marLeft w:val="0"/>
                                                                      <w:marRight w:val="0"/>
                                                                      <w:marTop w:val="0"/>
                                                                      <w:marBottom w:val="0"/>
                                                                      <w:divBdr>
                                                                        <w:top w:val="none" w:sz="0" w:space="0" w:color="auto"/>
                                                                        <w:left w:val="none" w:sz="0" w:space="0" w:color="auto"/>
                                                                        <w:bottom w:val="none" w:sz="0" w:space="0" w:color="auto"/>
                                                                        <w:right w:val="none" w:sz="0" w:space="0" w:color="auto"/>
                                                                      </w:divBdr>
                                                                      <w:divsChild>
                                                                        <w:div w:id="12033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7625686">
                          <w:marLeft w:val="0"/>
                          <w:marRight w:val="0"/>
                          <w:marTop w:val="0"/>
                          <w:marBottom w:val="0"/>
                          <w:divBdr>
                            <w:top w:val="none" w:sz="0" w:space="0" w:color="auto"/>
                            <w:left w:val="none" w:sz="0" w:space="0" w:color="auto"/>
                            <w:bottom w:val="none" w:sz="0" w:space="0" w:color="auto"/>
                            <w:right w:val="none" w:sz="0" w:space="0" w:color="auto"/>
                          </w:divBdr>
                          <w:divsChild>
                            <w:div w:id="2063364271">
                              <w:marLeft w:val="0"/>
                              <w:marRight w:val="0"/>
                              <w:marTop w:val="0"/>
                              <w:marBottom w:val="0"/>
                              <w:divBdr>
                                <w:top w:val="none" w:sz="0" w:space="0" w:color="auto"/>
                                <w:left w:val="none" w:sz="0" w:space="0" w:color="auto"/>
                                <w:bottom w:val="none" w:sz="0" w:space="0" w:color="auto"/>
                                <w:right w:val="none" w:sz="0" w:space="0" w:color="auto"/>
                              </w:divBdr>
                              <w:divsChild>
                                <w:div w:id="999044049">
                                  <w:marLeft w:val="0"/>
                                  <w:marRight w:val="0"/>
                                  <w:marTop w:val="0"/>
                                  <w:marBottom w:val="0"/>
                                  <w:divBdr>
                                    <w:top w:val="none" w:sz="0" w:space="0" w:color="auto"/>
                                    <w:left w:val="none" w:sz="0" w:space="0" w:color="auto"/>
                                    <w:bottom w:val="none" w:sz="0" w:space="0" w:color="auto"/>
                                    <w:right w:val="none" w:sz="0" w:space="0" w:color="auto"/>
                                  </w:divBdr>
                                  <w:divsChild>
                                    <w:div w:id="1488787119">
                                      <w:marLeft w:val="0"/>
                                      <w:marRight w:val="0"/>
                                      <w:marTop w:val="0"/>
                                      <w:marBottom w:val="0"/>
                                      <w:divBdr>
                                        <w:top w:val="none" w:sz="0" w:space="0" w:color="auto"/>
                                        <w:left w:val="none" w:sz="0" w:space="0" w:color="auto"/>
                                        <w:bottom w:val="none" w:sz="0" w:space="0" w:color="auto"/>
                                        <w:right w:val="none" w:sz="0" w:space="0" w:color="auto"/>
                                      </w:divBdr>
                                      <w:divsChild>
                                        <w:div w:id="1834640026">
                                          <w:marLeft w:val="0"/>
                                          <w:marRight w:val="0"/>
                                          <w:marTop w:val="0"/>
                                          <w:marBottom w:val="0"/>
                                          <w:divBdr>
                                            <w:top w:val="none" w:sz="0" w:space="0" w:color="auto"/>
                                            <w:left w:val="none" w:sz="0" w:space="0" w:color="auto"/>
                                            <w:bottom w:val="none" w:sz="0" w:space="0" w:color="auto"/>
                                            <w:right w:val="none" w:sz="0" w:space="0" w:color="auto"/>
                                          </w:divBdr>
                                          <w:divsChild>
                                            <w:div w:id="326323942">
                                              <w:marLeft w:val="0"/>
                                              <w:marRight w:val="0"/>
                                              <w:marTop w:val="0"/>
                                              <w:marBottom w:val="0"/>
                                              <w:divBdr>
                                                <w:top w:val="none" w:sz="0" w:space="0" w:color="auto"/>
                                                <w:left w:val="none" w:sz="0" w:space="0" w:color="auto"/>
                                                <w:bottom w:val="none" w:sz="0" w:space="0" w:color="auto"/>
                                                <w:right w:val="none" w:sz="0" w:space="0" w:color="auto"/>
                                              </w:divBdr>
                                              <w:divsChild>
                                                <w:div w:id="392898863">
                                                  <w:marLeft w:val="0"/>
                                                  <w:marRight w:val="0"/>
                                                  <w:marTop w:val="0"/>
                                                  <w:marBottom w:val="0"/>
                                                  <w:divBdr>
                                                    <w:top w:val="none" w:sz="0" w:space="0" w:color="auto"/>
                                                    <w:left w:val="none" w:sz="0" w:space="0" w:color="auto"/>
                                                    <w:bottom w:val="none" w:sz="0" w:space="0" w:color="auto"/>
                                                    <w:right w:val="none" w:sz="0" w:space="0" w:color="auto"/>
                                                  </w:divBdr>
                                                  <w:divsChild>
                                                    <w:div w:id="1739131612">
                                                      <w:marLeft w:val="0"/>
                                                      <w:marRight w:val="0"/>
                                                      <w:marTop w:val="0"/>
                                                      <w:marBottom w:val="0"/>
                                                      <w:divBdr>
                                                        <w:top w:val="none" w:sz="0" w:space="0" w:color="auto"/>
                                                        <w:left w:val="none" w:sz="0" w:space="0" w:color="auto"/>
                                                        <w:bottom w:val="none" w:sz="0" w:space="0" w:color="auto"/>
                                                        <w:right w:val="none" w:sz="0" w:space="0" w:color="auto"/>
                                                      </w:divBdr>
                                                      <w:divsChild>
                                                        <w:div w:id="1306397893">
                                                          <w:marLeft w:val="0"/>
                                                          <w:marRight w:val="0"/>
                                                          <w:marTop w:val="0"/>
                                                          <w:marBottom w:val="0"/>
                                                          <w:divBdr>
                                                            <w:top w:val="none" w:sz="0" w:space="0" w:color="auto"/>
                                                            <w:left w:val="none" w:sz="0" w:space="0" w:color="auto"/>
                                                            <w:bottom w:val="none" w:sz="0" w:space="0" w:color="auto"/>
                                                            <w:right w:val="none" w:sz="0" w:space="0" w:color="auto"/>
                                                          </w:divBdr>
                                                          <w:divsChild>
                                                            <w:div w:id="168999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6947727">
                          <w:marLeft w:val="0"/>
                          <w:marRight w:val="0"/>
                          <w:marTop w:val="0"/>
                          <w:marBottom w:val="0"/>
                          <w:divBdr>
                            <w:top w:val="none" w:sz="0" w:space="0" w:color="auto"/>
                            <w:left w:val="none" w:sz="0" w:space="0" w:color="auto"/>
                            <w:bottom w:val="none" w:sz="0" w:space="0" w:color="auto"/>
                            <w:right w:val="none" w:sz="0" w:space="0" w:color="auto"/>
                          </w:divBdr>
                          <w:divsChild>
                            <w:div w:id="1172910158">
                              <w:marLeft w:val="0"/>
                              <w:marRight w:val="0"/>
                              <w:marTop w:val="0"/>
                              <w:marBottom w:val="0"/>
                              <w:divBdr>
                                <w:top w:val="none" w:sz="0" w:space="0" w:color="auto"/>
                                <w:left w:val="none" w:sz="0" w:space="0" w:color="auto"/>
                                <w:bottom w:val="none" w:sz="0" w:space="0" w:color="auto"/>
                                <w:right w:val="none" w:sz="0" w:space="0" w:color="auto"/>
                              </w:divBdr>
                              <w:divsChild>
                                <w:div w:id="1208645202">
                                  <w:marLeft w:val="0"/>
                                  <w:marRight w:val="0"/>
                                  <w:marTop w:val="0"/>
                                  <w:marBottom w:val="0"/>
                                  <w:divBdr>
                                    <w:top w:val="none" w:sz="0" w:space="0" w:color="auto"/>
                                    <w:left w:val="none" w:sz="0" w:space="0" w:color="auto"/>
                                    <w:bottom w:val="none" w:sz="0" w:space="0" w:color="auto"/>
                                    <w:right w:val="none" w:sz="0" w:space="0" w:color="auto"/>
                                  </w:divBdr>
                                  <w:divsChild>
                                    <w:div w:id="1958558119">
                                      <w:marLeft w:val="0"/>
                                      <w:marRight w:val="0"/>
                                      <w:marTop w:val="0"/>
                                      <w:marBottom w:val="0"/>
                                      <w:divBdr>
                                        <w:top w:val="none" w:sz="0" w:space="0" w:color="auto"/>
                                        <w:left w:val="none" w:sz="0" w:space="0" w:color="auto"/>
                                        <w:bottom w:val="none" w:sz="0" w:space="0" w:color="auto"/>
                                        <w:right w:val="none" w:sz="0" w:space="0" w:color="auto"/>
                                      </w:divBdr>
                                      <w:divsChild>
                                        <w:div w:id="733358573">
                                          <w:marLeft w:val="0"/>
                                          <w:marRight w:val="0"/>
                                          <w:marTop w:val="0"/>
                                          <w:marBottom w:val="0"/>
                                          <w:divBdr>
                                            <w:top w:val="none" w:sz="0" w:space="0" w:color="auto"/>
                                            <w:left w:val="none" w:sz="0" w:space="0" w:color="auto"/>
                                            <w:bottom w:val="none" w:sz="0" w:space="0" w:color="auto"/>
                                            <w:right w:val="none" w:sz="0" w:space="0" w:color="auto"/>
                                          </w:divBdr>
                                          <w:divsChild>
                                            <w:div w:id="1121728140">
                                              <w:marLeft w:val="0"/>
                                              <w:marRight w:val="0"/>
                                              <w:marTop w:val="0"/>
                                              <w:marBottom w:val="0"/>
                                              <w:divBdr>
                                                <w:top w:val="none" w:sz="0" w:space="0" w:color="auto"/>
                                                <w:left w:val="none" w:sz="0" w:space="0" w:color="auto"/>
                                                <w:bottom w:val="none" w:sz="0" w:space="0" w:color="auto"/>
                                                <w:right w:val="none" w:sz="0" w:space="0" w:color="auto"/>
                                              </w:divBdr>
                                              <w:divsChild>
                                                <w:div w:id="395397851">
                                                  <w:marLeft w:val="0"/>
                                                  <w:marRight w:val="0"/>
                                                  <w:marTop w:val="0"/>
                                                  <w:marBottom w:val="0"/>
                                                  <w:divBdr>
                                                    <w:top w:val="none" w:sz="0" w:space="0" w:color="auto"/>
                                                    <w:left w:val="none" w:sz="0" w:space="0" w:color="auto"/>
                                                    <w:bottom w:val="none" w:sz="0" w:space="0" w:color="auto"/>
                                                    <w:right w:val="none" w:sz="0" w:space="0" w:color="auto"/>
                                                  </w:divBdr>
                                                  <w:divsChild>
                                                    <w:div w:id="1933512108">
                                                      <w:marLeft w:val="0"/>
                                                      <w:marRight w:val="0"/>
                                                      <w:marTop w:val="0"/>
                                                      <w:marBottom w:val="0"/>
                                                      <w:divBdr>
                                                        <w:top w:val="none" w:sz="0" w:space="0" w:color="auto"/>
                                                        <w:left w:val="none" w:sz="0" w:space="0" w:color="auto"/>
                                                        <w:bottom w:val="none" w:sz="0" w:space="0" w:color="auto"/>
                                                        <w:right w:val="none" w:sz="0" w:space="0" w:color="auto"/>
                                                      </w:divBdr>
                                                      <w:divsChild>
                                                        <w:div w:id="20186483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826749">
                          <w:marLeft w:val="0"/>
                          <w:marRight w:val="0"/>
                          <w:marTop w:val="0"/>
                          <w:marBottom w:val="0"/>
                          <w:divBdr>
                            <w:top w:val="none" w:sz="0" w:space="0" w:color="auto"/>
                            <w:left w:val="none" w:sz="0" w:space="0" w:color="auto"/>
                            <w:bottom w:val="none" w:sz="0" w:space="0" w:color="auto"/>
                            <w:right w:val="none" w:sz="0" w:space="0" w:color="auto"/>
                          </w:divBdr>
                          <w:divsChild>
                            <w:div w:id="55592356">
                              <w:marLeft w:val="0"/>
                              <w:marRight w:val="0"/>
                              <w:marTop w:val="0"/>
                              <w:marBottom w:val="0"/>
                              <w:divBdr>
                                <w:top w:val="none" w:sz="0" w:space="0" w:color="auto"/>
                                <w:left w:val="none" w:sz="0" w:space="0" w:color="auto"/>
                                <w:bottom w:val="none" w:sz="0" w:space="0" w:color="auto"/>
                                <w:right w:val="none" w:sz="0" w:space="0" w:color="auto"/>
                              </w:divBdr>
                              <w:divsChild>
                                <w:div w:id="833567351">
                                  <w:marLeft w:val="0"/>
                                  <w:marRight w:val="0"/>
                                  <w:marTop w:val="0"/>
                                  <w:marBottom w:val="0"/>
                                  <w:divBdr>
                                    <w:top w:val="none" w:sz="0" w:space="0" w:color="auto"/>
                                    <w:left w:val="none" w:sz="0" w:space="0" w:color="auto"/>
                                    <w:bottom w:val="none" w:sz="0" w:space="0" w:color="auto"/>
                                    <w:right w:val="none" w:sz="0" w:space="0" w:color="auto"/>
                                  </w:divBdr>
                                  <w:divsChild>
                                    <w:div w:id="2016957227">
                                      <w:marLeft w:val="0"/>
                                      <w:marRight w:val="0"/>
                                      <w:marTop w:val="0"/>
                                      <w:marBottom w:val="0"/>
                                      <w:divBdr>
                                        <w:top w:val="none" w:sz="0" w:space="0" w:color="auto"/>
                                        <w:left w:val="none" w:sz="0" w:space="0" w:color="auto"/>
                                        <w:bottom w:val="none" w:sz="0" w:space="0" w:color="auto"/>
                                        <w:right w:val="none" w:sz="0" w:space="0" w:color="auto"/>
                                      </w:divBdr>
                                      <w:divsChild>
                                        <w:div w:id="1959674424">
                                          <w:marLeft w:val="0"/>
                                          <w:marRight w:val="0"/>
                                          <w:marTop w:val="0"/>
                                          <w:marBottom w:val="0"/>
                                          <w:divBdr>
                                            <w:top w:val="none" w:sz="0" w:space="0" w:color="auto"/>
                                            <w:left w:val="none" w:sz="0" w:space="0" w:color="auto"/>
                                            <w:bottom w:val="none" w:sz="0" w:space="0" w:color="auto"/>
                                            <w:right w:val="none" w:sz="0" w:space="0" w:color="auto"/>
                                          </w:divBdr>
                                          <w:divsChild>
                                            <w:div w:id="1071545295">
                                              <w:marLeft w:val="0"/>
                                              <w:marRight w:val="0"/>
                                              <w:marTop w:val="0"/>
                                              <w:marBottom w:val="0"/>
                                              <w:divBdr>
                                                <w:top w:val="none" w:sz="0" w:space="0" w:color="auto"/>
                                                <w:left w:val="none" w:sz="0" w:space="0" w:color="auto"/>
                                                <w:bottom w:val="none" w:sz="0" w:space="0" w:color="auto"/>
                                                <w:right w:val="none" w:sz="0" w:space="0" w:color="auto"/>
                                              </w:divBdr>
                                              <w:divsChild>
                                                <w:div w:id="1684867084">
                                                  <w:marLeft w:val="0"/>
                                                  <w:marRight w:val="0"/>
                                                  <w:marTop w:val="0"/>
                                                  <w:marBottom w:val="0"/>
                                                  <w:divBdr>
                                                    <w:top w:val="none" w:sz="0" w:space="0" w:color="auto"/>
                                                    <w:left w:val="none" w:sz="0" w:space="0" w:color="auto"/>
                                                    <w:bottom w:val="none" w:sz="0" w:space="0" w:color="auto"/>
                                                    <w:right w:val="none" w:sz="0" w:space="0" w:color="auto"/>
                                                  </w:divBdr>
                                                  <w:divsChild>
                                                    <w:div w:id="913316928">
                                                      <w:marLeft w:val="0"/>
                                                      <w:marRight w:val="0"/>
                                                      <w:marTop w:val="0"/>
                                                      <w:marBottom w:val="0"/>
                                                      <w:divBdr>
                                                        <w:top w:val="none" w:sz="0" w:space="0" w:color="auto"/>
                                                        <w:left w:val="none" w:sz="0" w:space="0" w:color="auto"/>
                                                        <w:bottom w:val="none" w:sz="0" w:space="0" w:color="auto"/>
                                                        <w:right w:val="none" w:sz="0" w:space="0" w:color="auto"/>
                                                      </w:divBdr>
                                                      <w:divsChild>
                                                        <w:div w:id="327561598">
                                                          <w:marLeft w:val="0"/>
                                                          <w:marRight w:val="0"/>
                                                          <w:marTop w:val="0"/>
                                                          <w:marBottom w:val="0"/>
                                                          <w:divBdr>
                                                            <w:top w:val="none" w:sz="0" w:space="0" w:color="auto"/>
                                                            <w:left w:val="none" w:sz="0" w:space="0" w:color="auto"/>
                                                            <w:bottom w:val="none" w:sz="0" w:space="0" w:color="auto"/>
                                                            <w:right w:val="none" w:sz="0" w:space="0" w:color="auto"/>
                                                          </w:divBdr>
                                                          <w:divsChild>
                                                            <w:div w:id="53820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956926">
                                              <w:marLeft w:val="0"/>
                                              <w:marRight w:val="0"/>
                                              <w:marTop w:val="0"/>
                                              <w:marBottom w:val="0"/>
                                              <w:divBdr>
                                                <w:top w:val="none" w:sz="0" w:space="0" w:color="auto"/>
                                                <w:left w:val="none" w:sz="0" w:space="0" w:color="auto"/>
                                                <w:bottom w:val="none" w:sz="0" w:space="0" w:color="auto"/>
                                                <w:right w:val="none" w:sz="0" w:space="0" w:color="auto"/>
                                              </w:divBdr>
                                              <w:divsChild>
                                                <w:div w:id="2040619889">
                                                  <w:marLeft w:val="0"/>
                                                  <w:marRight w:val="0"/>
                                                  <w:marTop w:val="0"/>
                                                  <w:marBottom w:val="0"/>
                                                  <w:divBdr>
                                                    <w:top w:val="none" w:sz="0" w:space="0" w:color="auto"/>
                                                    <w:left w:val="none" w:sz="0" w:space="0" w:color="auto"/>
                                                    <w:bottom w:val="none" w:sz="0" w:space="0" w:color="auto"/>
                                                    <w:right w:val="none" w:sz="0" w:space="0" w:color="auto"/>
                                                  </w:divBdr>
                                                  <w:divsChild>
                                                    <w:div w:id="557593013">
                                                      <w:marLeft w:val="0"/>
                                                      <w:marRight w:val="0"/>
                                                      <w:marTop w:val="0"/>
                                                      <w:marBottom w:val="0"/>
                                                      <w:divBdr>
                                                        <w:top w:val="none" w:sz="0" w:space="0" w:color="auto"/>
                                                        <w:left w:val="none" w:sz="0" w:space="0" w:color="auto"/>
                                                        <w:bottom w:val="none" w:sz="0" w:space="0" w:color="auto"/>
                                                        <w:right w:val="none" w:sz="0" w:space="0" w:color="auto"/>
                                                      </w:divBdr>
                                                      <w:divsChild>
                                                        <w:div w:id="318970222">
                                                          <w:marLeft w:val="0"/>
                                                          <w:marRight w:val="0"/>
                                                          <w:marTop w:val="0"/>
                                                          <w:marBottom w:val="0"/>
                                                          <w:divBdr>
                                                            <w:top w:val="none" w:sz="0" w:space="0" w:color="auto"/>
                                                            <w:left w:val="none" w:sz="0" w:space="0" w:color="auto"/>
                                                            <w:bottom w:val="none" w:sz="0" w:space="0" w:color="auto"/>
                                                            <w:right w:val="none" w:sz="0" w:space="0" w:color="auto"/>
                                                          </w:divBdr>
                                                          <w:divsChild>
                                                            <w:div w:id="191118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101440">
                                              <w:marLeft w:val="0"/>
                                              <w:marRight w:val="0"/>
                                              <w:marTop w:val="0"/>
                                              <w:marBottom w:val="0"/>
                                              <w:divBdr>
                                                <w:top w:val="none" w:sz="0" w:space="0" w:color="auto"/>
                                                <w:left w:val="none" w:sz="0" w:space="0" w:color="auto"/>
                                                <w:bottom w:val="none" w:sz="0" w:space="0" w:color="auto"/>
                                                <w:right w:val="none" w:sz="0" w:space="0" w:color="auto"/>
                                              </w:divBdr>
                                              <w:divsChild>
                                                <w:div w:id="397674592">
                                                  <w:marLeft w:val="0"/>
                                                  <w:marRight w:val="0"/>
                                                  <w:marTop w:val="0"/>
                                                  <w:marBottom w:val="0"/>
                                                  <w:divBdr>
                                                    <w:top w:val="none" w:sz="0" w:space="0" w:color="auto"/>
                                                    <w:left w:val="none" w:sz="0" w:space="0" w:color="auto"/>
                                                    <w:bottom w:val="none" w:sz="0" w:space="0" w:color="auto"/>
                                                    <w:right w:val="none" w:sz="0" w:space="0" w:color="auto"/>
                                                  </w:divBdr>
                                                  <w:divsChild>
                                                    <w:div w:id="1183058061">
                                                      <w:marLeft w:val="0"/>
                                                      <w:marRight w:val="0"/>
                                                      <w:marTop w:val="0"/>
                                                      <w:marBottom w:val="0"/>
                                                      <w:divBdr>
                                                        <w:top w:val="none" w:sz="0" w:space="0" w:color="auto"/>
                                                        <w:left w:val="none" w:sz="0" w:space="0" w:color="auto"/>
                                                        <w:bottom w:val="none" w:sz="0" w:space="0" w:color="auto"/>
                                                        <w:right w:val="none" w:sz="0" w:space="0" w:color="auto"/>
                                                      </w:divBdr>
                                                      <w:divsChild>
                                                        <w:div w:id="1168205946">
                                                          <w:marLeft w:val="0"/>
                                                          <w:marRight w:val="0"/>
                                                          <w:marTop w:val="0"/>
                                                          <w:marBottom w:val="0"/>
                                                          <w:divBdr>
                                                            <w:top w:val="none" w:sz="0" w:space="0" w:color="auto"/>
                                                            <w:left w:val="none" w:sz="0" w:space="0" w:color="auto"/>
                                                            <w:bottom w:val="none" w:sz="0" w:space="0" w:color="auto"/>
                                                            <w:right w:val="none" w:sz="0" w:space="0" w:color="auto"/>
                                                          </w:divBdr>
                                                          <w:divsChild>
                                                            <w:div w:id="172098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5233643">
                          <w:marLeft w:val="0"/>
                          <w:marRight w:val="0"/>
                          <w:marTop w:val="0"/>
                          <w:marBottom w:val="0"/>
                          <w:divBdr>
                            <w:top w:val="none" w:sz="0" w:space="0" w:color="auto"/>
                            <w:left w:val="none" w:sz="0" w:space="0" w:color="auto"/>
                            <w:bottom w:val="none" w:sz="0" w:space="0" w:color="auto"/>
                            <w:right w:val="none" w:sz="0" w:space="0" w:color="auto"/>
                          </w:divBdr>
                          <w:divsChild>
                            <w:div w:id="504319661">
                              <w:marLeft w:val="0"/>
                              <w:marRight w:val="0"/>
                              <w:marTop w:val="0"/>
                              <w:marBottom w:val="0"/>
                              <w:divBdr>
                                <w:top w:val="none" w:sz="0" w:space="0" w:color="auto"/>
                                <w:left w:val="none" w:sz="0" w:space="0" w:color="auto"/>
                                <w:bottom w:val="none" w:sz="0" w:space="0" w:color="auto"/>
                                <w:right w:val="none" w:sz="0" w:space="0" w:color="auto"/>
                              </w:divBdr>
                              <w:divsChild>
                                <w:div w:id="393165992">
                                  <w:marLeft w:val="0"/>
                                  <w:marRight w:val="0"/>
                                  <w:marTop w:val="0"/>
                                  <w:marBottom w:val="0"/>
                                  <w:divBdr>
                                    <w:top w:val="none" w:sz="0" w:space="0" w:color="auto"/>
                                    <w:left w:val="none" w:sz="0" w:space="0" w:color="auto"/>
                                    <w:bottom w:val="none" w:sz="0" w:space="0" w:color="auto"/>
                                    <w:right w:val="none" w:sz="0" w:space="0" w:color="auto"/>
                                  </w:divBdr>
                                  <w:divsChild>
                                    <w:div w:id="1368532154">
                                      <w:marLeft w:val="0"/>
                                      <w:marRight w:val="0"/>
                                      <w:marTop w:val="0"/>
                                      <w:marBottom w:val="0"/>
                                      <w:divBdr>
                                        <w:top w:val="none" w:sz="0" w:space="0" w:color="auto"/>
                                        <w:left w:val="none" w:sz="0" w:space="0" w:color="auto"/>
                                        <w:bottom w:val="none" w:sz="0" w:space="0" w:color="auto"/>
                                        <w:right w:val="none" w:sz="0" w:space="0" w:color="auto"/>
                                      </w:divBdr>
                                      <w:divsChild>
                                        <w:div w:id="1471707527">
                                          <w:marLeft w:val="0"/>
                                          <w:marRight w:val="0"/>
                                          <w:marTop w:val="0"/>
                                          <w:marBottom w:val="0"/>
                                          <w:divBdr>
                                            <w:top w:val="none" w:sz="0" w:space="0" w:color="auto"/>
                                            <w:left w:val="none" w:sz="0" w:space="0" w:color="auto"/>
                                            <w:bottom w:val="none" w:sz="0" w:space="0" w:color="auto"/>
                                            <w:right w:val="none" w:sz="0" w:space="0" w:color="auto"/>
                                          </w:divBdr>
                                          <w:divsChild>
                                            <w:div w:id="1710297285">
                                              <w:marLeft w:val="0"/>
                                              <w:marRight w:val="0"/>
                                              <w:marTop w:val="0"/>
                                              <w:marBottom w:val="0"/>
                                              <w:divBdr>
                                                <w:top w:val="none" w:sz="0" w:space="0" w:color="auto"/>
                                                <w:left w:val="none" w:sz="0" w:space="0" w:color="auto"/>
                                                <w:bottom w:val="none" w:sz="0" w:space="0" w:color="auto"/>
                                                <w:right w:val="none" w:sz="0" w:space="0" w:color="auto"/>
                                              </w:divBdr>
                                              <w:divsChild>
                                                <w:div w:id="620495354">
                                                  <w:marLeft w:val="0"/>
                                                  <w:marRight w:val="0"/>
                                                  <w:marTop w:val="0"/>
                                                  <w:marBottom w:val="0"/>
                                                  <w:divBdr>
                                                    <w:top w:val="none" w:sz="0" w:space="0" w:color="auto"/>
                                                    <w:left w:val="none" w:sz="0" w:space="0" w:color="auto"/>
                                                    <w:bottom w:val="none" w:sz="0" w:space="0" w:color="auto"/>
                                                    <w:right w:val="none" w:sz="0" w:space="0" w:color="auto"/>
                                                  </w:divBdr>
                                                  <w:divsChild>
                                                    <w:div w:id="105913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984748">
                          <w:marLeft w:val="0"/>
                          <w:marRight w:val="0"/>
                          <w:marTop w:val="0"/>
                          <w:marBottom w:val="0"/>
                          <w:divBdr>
                            <w:top w:val="none" w:sz="0" w:space="0" w:color="auto"/>
                            <w:left w:val="none" w:sz="0" w:space="0" w:color="auto"/>
                            <w:bottom w:val="none" w:sz="0" w:space="0" w:color="auto"/>
                            <w:right w:val="none" w:sz="0" w:space="0" w:color="auto"/>
                          </w:divBdr>
                          <w:divsChild>
                            <w:div w:id="1124157418">
                              <w:marLeft w:val="0"/>
                              <w:marRight w:val="0"/>
                              <w:marTop w:val="0"/>
                              <w:marBottom w:val="0"/>
                              <w:divBdr>
                                <w:top w:val="none" w:sz="0" w:space="0" w:color="auto"/>
                                <w:left w:val="none" w:sz="0" w:space="0" w:color="auto"/>
                                <w:bottom w:val="none" w:sz="0" w:space="0" w:color="auto"/>
                                <w:right w:val="none" w:sz="0" w:space="0" w:color="auto"/>
                              </w:divBdr>
                              <w:divsChild>
                                <w:div w:id="901939087">
                                  <w:marLeft w:val="0"/>
                                  <w:marRight w:val="0"/>
                                  <w:marTop w:val="0"/>
                                  <w:marBottom w:val="0"/>
                                  <w:divBdr>
                                    <w:top w:val="none" w:sz="0" w:space="0" w:color="auto"/>
                                    <w:left w:val="none" w:sz="0" w:space="0" w:color="auto"/>
                                    <w:bottom w:val="none" w:sz="0" w:space="0" w:color="auto"/>
                                    <w:right w:val="none" w:sz="0" w:space="0" w:color="auto"/>
                                  </w:divBdr>
                                  <w:divsChild>
                                    <w:div w:id="347146926">
                                      <w:marLeft w:val="0"/>
                                      <w:marRight w:val="0"/>
                                      <w:marTop w:val="0"/>
                                      <w:marBottom w:val="0"/>
                                      <w:divBdr>
                                        <w:top w:val="none" w:sz="0" w:space="0" w:color="auto"/>
                                        <w:left w:val="none" w:sz="0" w:space="0" w:color="auto"/>
                                        <w:bottom w:val="none" w:sz="0" w:space="0" w:color="auto"/>
                                        <w:right w:val="none" w:sz="0" w:space="0" w:color="auto"/>
                                      </w:divBdr>
                                      <w:divsChild>
                                        <w:div w:id="1090811032">
                                          <w:marLeft w:val="0"/>
                                          <w:marRight w:val="0"/>
                                          <w:marTop w:val="0"/>
                                          <w:marBottom w:val="0"/>
                                          <w:divBdr>
                                            <w:top w:val="none" w:sz="0" w:space="0" w:color="auto"/>
                                            <w:left w:val="none" w:sz="0" w:space="0" w:color="auto"/>
                                            <w:bottom w:val="none" w:sz="0" w:space="0" w:color="auto"/>
                                            <w:right w:val="none" w:sz="0" w:space="0" w:color="auto"/>
                                          </w:divBdr>
                                          <w:divsChild>
                                            <w:div w:id="878511439">
                                              <w:marLeft w:val="0"/>
                                              <w:marRight w:val="0"/>
                                              <w:marTop w:val="0"/>
                                              <w:marBottom w:val="0"/>
                                              <w:divBdr>
                                                <w:top w:val="none" w:sz="0" w:space="0" w:color="auto"/>
                                                <w:left w:val="none" w:sz="0" w:space="0" w:color="auto"/>
                                                <w:bottom w:val="none" w:sz="0" w:space="0" w:color="auto"/>
                                                <w:right w:val="none" w:sz="0" w:space="0" w:color="auto"/>
                                              </w:divBdr>
                                              <w:divsChild>
                                                <w:div w:id="943919754">
                                                  <w:marLeft w:val="0"/>
                                                  <w:marRight w:val="0"/>
                                                  <w:marTop w:val="0"/>
                                                  <w:marBottom w:val="0"/>
                                                  <w:divBdr>
                                                    <w:top w:val="none" w:sz="0" w:space="0" w:color="auto"/>
                                                    <w:left w:val="none" w:sz="0" w:space="0" w:color="auto"/>
                                                    <w:bottom w:val="none" w:sz="0" w:space="0" w:color="auto"/>
                                                    <w:right w:val="none" w:sz="0" w:space="0" w:color="auto"/>
                                                  </w:divBdr>
                                                  <w:divsChild>
                                                    <w:div w:id="1829593553">
                                                      <w:marLeft w:val="0"/>
                                                      <w:marRight w:val="0"/>
                                                      <w:marTop w:val="0"/>
                                                      <w:marBottom w:val="0"/>
                                                      <w:divBdr>
                                                        <w:top w:val="none" w:sz="0" w:space="0" w:color="auto"/>
                                                        <w:left w:val="none" w:sz="0" w:space="0" w:color="auto"/>
                                                        <w:bottom w:val="none" w:sz="0" w:space="0" w:color="auto"/>
                                                        <w:right w:val="none" w:sz="0" w:space="0" w:color="auto"/>
                                                      </w:divBdr>
                                                      <w:divsChild>
                                                        <w:div w:id="1303802407">
                                                          <w:marLeft w:val="0"/>
                                                          <w:marRight w:val="0"/>
                                                          <w:marTop w:val="0"/>
                                                          <w:marBottom w:val="0"/>
                                                          <w:divBdr>
                                                            <w:top w:val="none" w:sz="0" w:space="0" w:color="auto"/>
                                                            <w:left w:val="none" w:sz="0" w:space="0" w:color="auto"/>
                                                            <w:bottom w:val="none" w:sz="0" w:space="0" w:color="auto"/>
                                                            <w:right w:val="none" w:sz="0" w:space="0" w:color="auto"/>
                                                          </w:divBdr>
                                                          <w:divsChild>
                                                            <w:div w:id="15905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9491018">
                          <w:marLeft w:val="0"/>
                          <w:marRight w:val="0"/>
                          <w:marTop w:val="0"/>
                          <w:marBottom w:val="0"/>
                          <w:divBdr>
                            <w:top w:val="none" w:sz="0" w:space="0" w:color="auto"/>
                            <w:left w:val="none" w:sz="0" w:space="0" w:color="auto"/>
                            <w:bottom w:val="none" w:sz="0" w:space="0" w:color="auto"/>
                            <w:right w:val="none" w:sz="0" w:space="0" w:color="auto"/>
                          </w:divBdr>
                          <w:divsChild>
                            <w:div w:id="1169834087">
                              <w:marLeft w:val="0"/>
                              <w:marRight w:val="0"/>
                              <w:marTop w:val="0"/>
                              <w:marBottom w:val="0"/>
                              <w:divBdr>
                                <w:top w:val="none" w:sz="0" w:space="0" w:color="auto"/>
                                <w:left w:val="none" w:sz="0" w:space="0" w:color="auto"/>
                                <w:bottom w:val="none" w:sz="0" w:space="0" w:color="auto"/>
                                <w:right w:val="none" w:sz="0" w:space="0" w:color="auto"/>
                              </w:divBdr>
                              <w:divsChild>
                                <w:div w:id="1232931646">
                                  <w:marLeft w:val="0"/>
                                  <w:marRight w:val="0"/>
                                  <w:marTop w:val="0"/>
                                  <w:marBottom w:val="0"/>
                                  <w:divBdr>
                                    <w:top w:val="none" w:sz="0" w:space="0" w:color="auto"/>
                                    <w:left w:val="none" w:sz="0" w:space="0" w:color="auto"/>
                                    <w:bottom w:val="none" w:sz="0" w:space="0" w:color="auto"/>
                                    <w:right w:val="none" w:sz="0" w:space="0" w:color="auto"/>
                                  </w:divBdr>
                                  <w:divsChild>
                                    <w:div w:id="327683095">
                                      <w:marLeft w:val="0"/>
                                      <w:marRight w:val="0"/>
                                      <w:marTop w:val="0"/>
                                      <w:marBottom w:val="0"/>
                                      <w:divBdr>
                                        <w:top w:val="none" w:sz="0" w:space="0" w:color="auto"/>
                                        <w:left w:val="none" w:sz="0" w:space="0" w:color="auto"/>
                                        <w:bottom w:val="none" w:sz="0" w:space="0" w:color="auto"/>
                                        <w:right w:val="none" w:sz="0" w:space="0" w:color="auto"/>
                                      </w:divBdr>
                                      <w:divsChild>
                                        <w:div w:id="1496870747">
                                          <w:marLeft w:val="0"/>
                                          <w:marRight w:val="0"/>
                                          <w:marTop w:val="0"/>
                                          <w:marBottom w:val="0"/>
                                          <w:divBdr>
                                            <w:top w:val="none" w:sz="0" w:space="0" w:color="auto"/>
                                            <w:left w:val="none" w:sz="0" w:space="0" w:color="auto"/>
                                            <w:bottom w:val="none" w:sz="0" w:space="0" w:color="auto"/>
                                            <w:right w:val="none" w:sz="0" w:space="0" w:color="auto"/>
                                          </w:divBdr>
                                          <w:divsChild>
                                            <w:div w:id="85805347">
                                              <w:marLeft w:val="0"/>
                                              <w:marRight w:val="0"/>
                                              <w:marTop w:val="0"/>
                                              <w:marBottom w:val="0"/>
                                              <w:divBdr>
                                                <w:top w:val="none" w:sz="0" w:space="0" w:color="auto"/>
                                                <w:left w:val="none" w:sz="0" w:space="0" w:color="auto"/>
                                                <w:bottom w:val="none" w:sz="0" w:space="0" w:color="auto"/>
                                                <w:right w:val="none" w:sz="0" w:space="0" w:color="auto"/>
                                              </w:divBdr>
                                              <w:divsChild>
                                                <w:div w:id="2070034743">
                                                  <w:marLeft w:val="0"/>
                                                  <w:marRight w:val="0"/>
                                                  <w:marTop w:val="0"/>
                                                  <w:marBottom w:val="0"/>
                                                  <w:divBdr>
                                                    <w:top w:val="none" w:sz="0" w:space="0" w:color="auto"/>
                                                    <w:left w:val="none" w:sz="0" w:space="0" w:color="auto"/>
                                                    <w:bottom w:val="none" w:sz="0" w:space="0" w:color="auto"/>
                                                    <w:right w:val="none" w:sz="0" w:space="0" w:color="auto"/>
                                                  </w:divBdr>
                                                  <w:divsChild>
                                                    <w:div w:id="64300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553467">
                          <w:marLeft w:val="0"/>
                          <w:marRight w:val="0"/>
                          <w:marTop w:val="0"/>
                          <w:marBottom w:val="0"/>
                          <w:divBdr>
                            <w:top w:val="none" w:sz="0" w:space="0" w:color="auto"/>
                            <w:left w:val="none" w:sz="0" w:space="0" w:color="auto"/>
                            <w:bottom w:val="none" w:sz="0" w:space="0" w:color="auto"/>
                            <w:right w:val="none" w:sz="0" w:space="0" w:color="auto"/>
                          </w:divBdr>
                          <w:divsChild>
                            <w:div w:id="1909340356">
                              <w:marLeft w:val="0"/>
                              <w:marRight w:val="0"/>
                              <w:marTop w:val="0"/>
                              <w:marBottom w:val="0"/>
                              <w:divBdr>
                                <w:top w:val="none" w:sz="0" w:space="0" w:color="auto"/>
                                <w:left w:val="none" w:sz="0" w:space="0" w:color="auto"/>
                                <w:bottom w:val="none" w:sz="0" w:space="0" w:color="auto"/>
                                <w:right w:val="none" w:sz="0" w:space="0" w:color="auto"/>
                              </w:divBdr>
                              <w:divsChild>
                                <w:div w:id="1310475755">
                                  <w:marLeft w:val="0"/>
                                  <w:marRight w:val="0"/>
                                  <w:marTop w:val="0"/>
                                  <w:marBottom w:val="0"/>
                                  <w:divBdr>
                                    <w:top w:val="none" w:sz="0" w:space="0" w:color="auto"/>
                                    <w:left w:val="none" w:sz="0" w:space="0" w:color="auto"/>
                                    <w:bottom w:val="none" w:sz="0" w:space="0" w:color="auto"/>
                                    <w:right w:val="none" w:sz="0" w:space="0" w:color="auto"/>
                                  </w:divBdr>
                                  <w:divsChild>
                                    <w:div w:id="1875117549">
                                      <w:marLeft w:val="0"/>
                                      <w:marRight w:val="0"/>
                                      <w:marTop w:val="0"/>
                                      <w:marBottom w:val="0"/>
                                      <w:divBdr>
                                        <w:top w:val="none" w:sz="0" w:space="0" w:color="auto"/>
                                        <w:left w:val="none" w:sz="0" w:space="0" w:color="auto"/>
                                        <w:bottom w:val="none" w:sz="0" w:space="0" w:color="auto"/>
                                        <w:right w:val="none" w:sz="0" w:space="0" w:color="auto"/>
                                      </w:divBdr>
                                      <w:divsChild>
                                        <w:div w:id="221601958">
                                          <w:marLeft w:val="0"/>
                                          <w:marRight w:val="0"/>
                                          <w:marTop w:val="0"/>
                                          <w:marBottom w:val="0"/>
                                          <w:divBdr>
                                            <w:top w:val="none" w:sz="0" w:space="0" w:color="auto"/>
                                            <w:left w:val="none" w:sz="0" w:space="0" w:color="auto"/>
                                            <w:bottom w:val="none" w:sz="0" w:space="0" w:color="auto"/>
                                            <w:right w:val="none" w:sz="0" w:space="0" w:color="auto"/>
                                          </w:divBdr>
                                          <w:divsChild>
                                            <w:div w:id="424306766">
                                              <w:marLeft w:val="0"/>
                                              <w:marRight w:val="0"/>
                                              <w:marTop w:val="0"/>
                                              <w:marBottom w:val="0"/>
                                              <w:divBdr>
                                                <w:top w:val="none" w:sz="0" w:space="0" w:color="auto"/>
                                                <w:left w:val="none" w:sz="0" w:space="0" w:color="auto"/>
                                                <w:bottom w:val="none" w:sz="0" w:space="0" w:color="auto"/>
                                                <w:right w:val="none" w:sz="0" w:space="0" w:color="auto"/>
                                              </w:divBdr>
                                              <w:divsChild>
                                                <w:div w:id="1259632245">
                                                  <w:marLeft w:val="0"/>
                                                  <w:marRight w:val="0"/>
                                                  <w:marTop w:val="0"/>
                                                  <w:marBottom w:val="0"/>
                                                  <w:divBdr>
                                                    <w:top w:val="none" w:sz="0" w:space="0" w:color="auto"/>
                                                    <w:left w:val="none" w:sz="0" w:space="0" w:color="auto"/>
                                                    <w:bottom w:val="none" w:sz="0" w:space="0" w:color="auto"/>
                                                    <w:right w:val="none" w:sz="0" w:space="0" w:color="auto"/>
                                                  </w:divBdr>
                                                  <w:divsChild>
                                                    <w:div w:id="1683436399">
                                                      <w:marLeft w:val="0"/>
                                                      <w:marRight w:val="0"/>
                                                      <w:marTop w:val="0"/>
                                                      <w:marBottom w:val="0"/>
                                                      <w:divBdr>
                                                        <w:top w:val="none" w:sz="0" w:space="0" w:color="auto"/>
                                                        <w:left w:val="none" w:sz="0" w:space="0" w:color="auto"/>
                                                        <w:bottom w:val="none" w:sz="0" w:space="0" w:color="auto"/>
                                                        <w:right w:val="none" w:sz="0" w:space="0" w:color="auto"/>
                                                      </w:divBdr>
                                                      <w:divsChild>
                                                        <w:div w:id="1438211154">
                                                          <w:marLeft w:val="0"/>
                                                          <w:marRight w:val="0"/>
                                                          <w:marTop w:val="0"/>
                                                          <w:marBottom w:val="0"/>
                                                          <w:divBdr>
                                                            <w:top w:val="none" w:sz="0" w:space="0" w:color="auto"/>
                                                            <w:left w:val="none" w:sz="0" w:space="0" w:color="auto"/>
                                                            <w:bottom w:val="none" w:sz="0" w:space="0" w:color="auto"/>
                                                            <w:right w:val="none" w:sz="0" w:space="0" w:color="auto"/>
                                                          </w:divBdr>
                                                          <w:divsChild>
                                                            <w:div w:id="72117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770254">
                          <w:marLeft w:val="0"/>
                          <w:marRight w:val="0"/>
                          <w:marTop w:val="0"/>
                          <w:marBottom w:val="0"/>
                          <w:divBdr>
                            <w:top w:val="none" w:sz="0" w:space="0" w:color="auto"/>
                            <w:left w:val="none" w:sz="0" w:space="0" w:color="auto"/>
                            <w:bottom w:val="none" w:sz="0" w:space="0" w:color="auto"/>
                            <w:right w:val="none" w:sz="0" w:space="0" w:color="auto"/>
                          </w:divBdr>
                          <w:divsChild>
                            <w:div w:id="1272468762">
                              <w:marLeft w:val="0"/>
                              <w:marRight w:val="0"/>
                              <w:marTop w:val="0"/>
                              <w:marBottom w:val="0"/>
                              <w:divBdr>
                                <w:top w:val="none" w:sz="0" w:space="0" w:color="auto"/>
                                <w:left w:val="none" w:sz="0" w:space="0" w:color="auto"/>
                                <w:bottom w:val="none" w:sz="0" w:space="0" w:color="auto"/>
                                <w:right w:val="none" w:sz="0" w:space="0" w:color="auto"/>
                              </w:divBdr>
                              <w:divsChild>
                                <w:div w:id="2103987144">
                                  <w:marLeft w:val="0"/>
                                  <w:marRight w:val="0"/>
                                  <w:marTop w:val="0"/>
                                  <w:marBottom w:val="0"/>
                                  <w:divBdr>
                                    <w:top w:val="none" w:sz="0" w:space="0" w:color="auto"/>
                                    <w:left w:val="none" w:sz="0" w:space="0" w:color="auto"/>
                                    <w:bottom w:val="none" w:sz="0" w:space="0" w:color="auto"/>
                                    <w:right w:val="none" w:sz="0" w:space="0" w:color="auto"/>
                                  </w:divBdr>
                                  <w:divsChild>
                                    <w:div w:id="711615858">
                                      <w:marLeft w:val="0"/>
                                      <w:marRight w:val="0"/>
                                      <w:marTop w:val="0"/>
                                      <w:marBottom w:val="0"/>
                                      <w:divBdr>
                                        <w:top w:val="none" w:sz="0" w:space="0" w:color="auto"/>
                                        <w:left w:val="none" w:sz="0" w:space="0" w:color="auto"/>
                                        <w:bottom w:val="none" w:sz="0" w:space="0" w:color="auto"/>
                                        <w:right w:val="none" w:sz="0" w:space="0" w:color="auto"/>
                                      </w:divBdr>
                                      <w:divsChild>
                                        <w:div w:id="2007829142">
                                          <w:marLeft w:val="0"/>
                                          <w:marRight w:val="0"/>
                                          <w:marTop w:val="0"/>
                                          <w:marBottom w:val="0"/>
                                          <w:divBdr>
                                            <w:top w:val="none" w:sz="0" w:space="0" w:color="auto"/>
                                            <w:left w:val="none" w:sz="0" w:space="0" w:color="auto"/>
                                            <w:bottom w:val="none" w:sz="0" w:space="0" w:color="auto"/>
                                            <w:right w:val="none" w:sz="0" w:space="0" w:color="auto"/>
                                          </w:divBdr>
                                          <w:divsChild>
                                            <w:div w:id="806094791">
                                              <w:marLeft w:val="0"/>
                                              <w:marRight w:val="0"/>
                                              <w:marTop w:val="0"/>
                                              <w:marBottom w:val="0"/>
                                              <w:divBdr>
                                                <w:top w:val="none" w:sz="0" w:space="0" w:color="auto"/>
                                                <w:left w:val="none" w:sz="0" w:space="0" w:color="auto"/>
                                                <w:bottom w:val="none" w:sz="0" w:space="0" w:color="auto"/>
                                                <w:right w:val="none" w:sz="0" w:space="0" w:color="auto"/>
                                              </w:divBdr>
                                              <w:divsChild>
                                                <w:div w:id="1713723109">
                                                  <w:marLeft w:val="0"/>
                                                  <w:marRight w:val="0"/>
                                                  <w:marTop w:val="0"/>
                                                  <w:marBottom w:val="0"/>
                                                  <w:divBdr>
                                                    <w:top w:val="none" w:sz="0" w:space="0" w:color="auto"/>
                                                    <w:left w:val="none" w:sz="0" w:space="0" w:color="auto"/>
                                                    <w:bottom w:val="none" w:sz="0" w:space="0" w:color="auto"/>
                                                    <w:right w:val="none" w:sz="0" w:space="0" w:color="auto"/>
                                                  </w:divBdr>
                                                  <w:divsChild>
                                                    <w:div w:id="908615189">
                                                      <w:marLeft w:val="0"/>
                                                      <w:marRight w:val="0"/>
                                                      <w:marTop w:val="0"/>
                                                      <w:marBottom w:val="0"/>
                                                      <w:divBdr>
                                                        <w:top w:val="none" w:sz="0" w:space="0" w:color="auto"/>
                                                        <w:left w:val="none" w:sz="0" w:space="0" w:color="auto"/>
                                                        <w:bottom w:val="none" w:sz="0" w:space="0" w:color="auto"/>
                                                        <w:right w:val="none" w:sz="0" w:space="0" w:color="auto"/>
                                                      </w:divBdr>
                                                      <w:divsChild>
                                                        <w:div w:id="1374769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313095">
                          <w:marLeft w:val="0"/>
                          <w:marRight w:val="0"/>
                          <w:marTop w:val="0"/>
                          <w:marBottom w:val="0"/>
                          <w:divBdr>
                            <w:top w:val="none" w:sz="0" w:space="0" w:color="auto"/>
                            <w:left w:val="none" w:sz="0" w:space="0" w:color="auto"/>
                            <w:bottom w:val="none" w:sz="0" w:space="0" w:color="auto"/>
                            <w:right w:val="none" w:sz="0" w:space="0" w:color="auto"/>
                          </w:divBdr>
                          <w:divsChild>
                            <w:div w:id="769394241">
                              <w:marLeft w:val="0"/>
                              <w:marRight w:val="0"/>
                              <w:marTop w:val="0"/>
                              <w:marBottom w:val="0"/>
                              <w:divBdr>
                                <w:top w:val="none" w:sz="0" w:space="0" w:color="auto"/>
                                <w:left w:val="none" w:sz="0" w:space="0" w:color="auto"/>
                                <w:bottom w:val="none" w:sz="0" w:space="0" w:color="auto"/>
                                <w:right w:val="none" w:sz="0" w:space="0" w:color="auto"/>
                              </w:divBdr>
                              <w:divsChild>
                                <w:div w:id="77486941">
                                  <w:marLeft w:val="0"/>
                                  <w:marRight w:val="0"/>
                                  <w:marTop w:val="0"/>
                                  <w:marBottom w:val="0"/>
                                  <w:divBdr>
                                    <w:top w:val="none" w:sz="0" w:space="0" w:color="auto"/>
                                    <w:left w:val="none" w:sz="0" w:space="0" w:color="auto"/>
                                    <w:bottom w:val="none" w:sz="0" w:space="0" w:color="auto"/>
                                    <w:right w:val="none" w:sz="0" w:space="0" w:color="auto"/>
                                  </w:divBdr>
                                  <w:divsChild>
                                    <w:div w:id="124354028">
                                      <w:marLeft w:val="0"/>
                                      <w:marRight w:val="0"/>
                                      <w:marTop w:val="0"/>
                                      <w:marBottom w:val="0"/>
                                      <w:divBdr>
                                        <w:top w:val="none" w:sz="0" w:space="0" w:color="auto"/>
                                        <w:left w:val="none" w:sz="0" w:space="0" w:color="auto"/>
                                        <w:bottom w:val="none" w:sz="0" w:space="0" w:color="auto"/>
                                        <w:right w:val="none" w:sz="0" w:space="0" w:color="auto"/>
                                      </w:divBdr>
                                      <w:divsChild>
                                        <w:div w:id="1171064579">
                                          <w:marLeft w:val="0"/>
                                          <w:marRight w:val="0"/>
                                          <w:marTop w:val="0"/>
                                          <w:marBottom w:val="0"/>
                                          <w:divBdr>
                                            <w:top w:val="none" w:sz="0" w:space="0" w:color="auto"/>
                                            <w:left w:val="none" w:sz="0" w:space="0" w:color="auto"/>
                                            <w:bottom w:val="none" w:sz="0" w:space="0" w:color="auto"/>
                                            <w:right w:val="none" w:sz="0" w:space="0" w:color="auto"/>
                                          </w:divBdr>
                                          <w:divsChild>
                                            <w:div w:id="125901811">
                                              <w:marLeft w:val="0"/>
                                              <w:marRight w:val="0"/>
                                              <w:marTop w:val="0"/>
                                              <w:marBottom w:val="0"/>
                                              <w:divBdr>
                                                <w:top w:val="none" w:sz="0" w:space="0" w:color="auto"/>
                                                <w:left w:val="none" w:sz="0" w:space="0" w:color="auto"/>
                                                <w:bottom w:val="none" w:sz="0" w:space="0" w:color="auto"/>
                                                <w:right w:val="none" w:sz="0" w:space="0" w:color="auto"/>
                                              </w:divBdr>
                                              <w:divsChild>
                                                <w:div w:id="1945110212">
                                                  <w:marLeft w:val="0"/>
                                                  <w:marRight w:val="0"/>
                                                  <w:marTop w:val="0"/>
                                                  <w:marBottom w:val="0"/>
                                                  <w:divBdr>
                                                    <w:top w:val="none" w:sz="0" w:space="0" w:color="auto"/>
                                                    <w:left w:val="none" w:sz="0" w:space="0" w:color="auto"/>
                                                    <w:bottom w:val="none" w:sz="0" w:space="0" w:color="auto"/>
                                                    <w:right w:val="none" w:sz="0" w:space="0" w:color="auto"/>
                                                  </w:divBdr>
                                                  <w:divsChild>
                                                    <w:div w:id="631710542">
                                                      <w:marLeft w:val="0"/>
                                                      <w:marRight w:val="0"/>
                                                      <w:marTop w:val="0"/>
                                                      <w:marBottom w:val="0"/>
                                                      <w:divBdr>
                                                        <w:top w:val="none" w:sz="0" w:space="0" w:color="auto"/>
                                                        <w:left w:val="none" w:sz="0" w:space="0" w:color="auto"/>
                                                        <w:bottom w:val="none" w:sz="0" w:space="0" w:color="auto"/>
                                                        <w:right w:val="none" w:sz="0" w:space="0" w:color="auto"/>
                                                      </w:divBdr>
                                                      <w:divsChild>
                                                        <w:div w:id="973830093">
                                                          <w:marLeft w:val="0"/>
                                                          <w:marRight w:val="0"/>
                                                          <w:marTop w:val="0"/>
                                                          <w:marBottom w:val="0"/>
                                                          <w:divBdr>
                                                            <w:top w:val="none" w:sz="0" w:space="0" w:color="auto"/>
                                                            <w:left w:val="none" w:sz="0" w:space="0" w:color="auto"/>
                                                            <w:bottom w:val="none" w:sz="0" w:space="0" w:color="auto"/>
                                                            <w:right w:val="none" w:sz="0" w:space="0" w:color="auto"/>
                                                          </w:divBdr>
                                                          <w:divsChild>
                                                            <w:div w:id="1621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9283501">
                          <w:marLeft w:val="0"/>
                          <w:marRight w:val="0"/>
                          <w:marTop w:val="0"/>
                          <w:marBottom w:val="0"/>
                          <w:divBdr>
                            <w:top w:val="none" w:sz="0" w:space="0" w:color="auto"/>
                            <w:left w:val="none" w:sz="0" w:space="0" w:color="auto"/>
                            <w:bottom w:val="none" w:sz="0" w:space="0" w:color="auto"/>
                            <w:right w:val="none" w:sz="0" w:space="0" w:color="auto"/>
                          </w:divBdr>
                          <w:divsChild>
                            <w:div w:id="2121757454">
                              <w:marLeft w:val="0"/>
                              <w:marRight w:val="0"/>
                              <w:marTop w:val="0"/>
                              <w:marBottom w:val="0"/>
                              <w:divBdr>
                                <w:top w:val="none" w:sz="0" w:space="0" w:color="auto"/>
                                <w:left w:val="none" w:sz="0" w:space="0" w:color="auto"/>
                                <w:bottom w:val="none" w:sz="0" w:space="0" w:color="auto"/>
                                <w:right w:val="none" w:sz="0" w:space="0" w:color="auto"/>
                              </w:divBdr>
                              <w:divsChild>
                                <w:div w:id="38628967">
                                  <w:marLeft w:val="0"/>
                                  <w:marRight w:val="0"/>
                                  <w:marTop w:val="0"/>
                                  <w:marBottom w:val="0"/>
                                  <w:divBdr>
                                    <w:top w:val="none" w:sz="0" w:space="0" w:color="auto"/>
                                    <w:left w:val="none" w:sz="0" w:space="0" w:color="auto"/>
                                    <w:bottom w:val="none" w:sz="0" w:space="0" w:color="auto"/>
                                    <w:right w:val="none" w:sz="0" w:space="0" w:color="auto"/>
                                  </w:divBdr>
                                  <w:divsChild>
                                    <w:div w:id="1314524254">
                                      <w:marLeft w:val="0"/>
                                      <w:marRight w:val="0"/>
                                      <w:marTop w:val="0"/>
                                      <w:marBottom w:val="0"/>
                                      <w:divBdr>
                                        <w:top w:val="none" w:sz="0" w:space="0" w:color="auto"/>
                                        <w:left w:val="none" w:sz="0" w:space="0" w:color="auto"/>
                                        <w:bottom w:val="none" w:sz="0" w:space="0" w:color="auto"/>
                                        <w:right w:val="none" w:sz="0" w:space="0" w:color="auto"/>
                                      </w:divBdr>
                                      <w:divsChild>
                                        <w:div w:id="852768904">
                                          <w:marLeft w:val="0"/>
                                          <w:marRight w:val="0"/>
                                          <w:marTop w:val="0"/>
                                          <w:marBottom w:val="0"/>
                                          <w:divBdr>
                                            <w:top w:val="none" w:sz="0" w:space="0" w:color="auto"/>
                                            <w:left w:val="none" w:sz="0" w:space="0" w:color="auto"/>
                                            <w:bottom w:val="none" w:sz="0" w:space="0" w:color="auto"/>
                                            <w:right w:val="none" w:sz="0" w:space="0" w:color="auto"/>
                                          </w:divBdr>
                                          <w:divsChild>
                                            <w:div w:id="1963724645">
                                              <w:marLeft w:val="0"/>
                                              <w:marRight w:val="0"/>
                                              <w:marTop w:val="0"/>
                                              <w:marBottom w:val="0"/>
                                              <w:divBdr>
                                                <w:top w:val="none" w:sz="0" w:space="0" w:color="auto"/>
                                                <w:left w:val="none" w:sz="0" w:space="0" w:color="auto"/>
                                                <w:bottom w:val="none" w:sz="0" w:space="0" w:color="auto"/>
                                                <w:right w:val="none" w:sz="0" w:space="0" w:color="auto"/>
                                              </w:divBdr>
                                              <w:divsChild>
                                                <w:div w:id="1296910404">
                                                  <w:marLeft w:val="0"/>
                                                  <w:marRight w:val="0"/>
                                                  <w:marTop w:val="0"/>
                                                  <w:marBottom w:val="0"/>
                                                  <w:divBdr>
                                                    <w:top w:val="none" w:sz="0" w:space="0" w:color="auto"/>
                                                    <w:left w:val="none" w:sz="0" w:space="0" w:color="auto"/>
                                                    <w:bottom w:val="none" w:sz="0" w:space="0" w:color="auto"/>
                                                    <w:right w:val="none" w:sz="0" w:space="0" w:color="auto"/>
                                                  </w:divBdr>
                                                  <w:divsChild>
                                                    <w:div w:id="417020374">
                                                      <w:marLeft w:val="0"/>
                                                      <w:marRight w:val="0"/>
                                                      <w:marTop w:val="0"/>
                                                      <w:marBottom w:val="0"/>
                                                      <w:divBdr>
                                                        <w:top w:val="none" w:sz="0" w:space="0" w:color="auto"/>
                                                        <w:left w:val="none" w:sz="0" w:space="0" w:color="auto"/>
                                                        <w:bottom w:val="none" w:sz="0" w:space="0" w:color="auto"/>
                                                        <w:right w:val="none" w:sz="0" w:space="0" w:color="auto"/>
                                                      </w:divBdr>
                                                      <w:divsChild>
                                                        <w:div w:id="952053246">
                                                          <w:blockQuote w:val="1"/>
                                                          <w:marLeft w:val="720"/>
                                                          <w:marRight w:val="720"/>
                                                          <w:marTop w:val="100"/>
                                                          <w:marBottom w:val="100"/>
                                                          <w:divBdr>
                                                            <w:top w:val="none" w:sz="0" w:space="0" w:color="auto"/>
                                                            <w:left w:val="none" w:sz="0" w:space="0" w:color="auto"/>
                                                            <w:bottom w:val="none" w:sz="0" w:space="0" w:color="auto"/>
                                                            <w:right w:val="none" w:sz="0" w:space="0" w:color="auto"/>
                                                          </w:divBdr>
                                                        </w:div>
                                                        <w:div w:id="258221312">
                                                          <w:blockQuote w:val="1"/>
                                                          <w:marLeft w:val="720"/>
                                                          <w:marRight w:val="720"/>
                                                          <w:marTop w:val="100"/>
                                                          <w:marBottom w:val="100"/>
                                                          <w:divBdr>
                                                            <w:top w:val="none" w:sz="0" w:space="0" w:color="auto"/>
                                                            <w:left w:val="none" w:sz="0" w:space="0" w:color="auto"/>
                                                            <w:bottom w:val="none" w:sz="0" w:space="0" w:color="auto"/>
                                                            <w:right w:val="none" w:sz="0" w:space="0" w:color="auto"/>
                                                          </w:divBdr>
                                                        </w:div>
                                                        <w:div w:id="23142764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9135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1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307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308729">
                          <w:marLeft w:val="0"/>
                          <w:marRight w:val="0"/>
                          <w:marTop w:val="0"/>
                          <w:marBottom w:val="0"/>
                          <w:divBdr>
                            <w:top w:val="none" w:sz="0" w:space="0" w:color="auto"/>
                            <w:left w:val="none" w:sz="0" w:space="0" w:color="auto"/>
                            <w:bottom w:val="none" w:sz="0" w:space="0" w:color="auto"/>
                            <w:right w:val="none" w:sz="0" w:space="0" w:color="auto"/>
                          </w:divBdr>
                          <w:divsChild>
                            <w:div w:id="1247350125">
                              <w:marLeft w:val="0"/>
                              <w:marRight w:val="0"/>
                              <w:marTop w:val="0"/>
                              <w:marBottom w:val="0"/>
                              <w:divBdr>
                                <w:top w:val="none" w:sz="0" w:space="0" w:color="auto"/>
                                <w:left w:val="none" w:sz="0" w:space="0" w:color="auto"/>
                                <w:bottom w:val="none" w:sz="0" w:space="0" w:color="auto"/>
                                <w:right w:val="none" w:sz="0" w:space="0" w:color="auto"/>
                              </w:divBdr>
                              <w:divsChild>
                                <w:div w:id="2074312067">
                                  <w:marLeft w:val="0"/>
                                  <w:marRight w:val="0"/>
                                  <w:marTop w:val="0"/>
                                  <w:marBottom w:val="0"/>
                                  <w:divBdr>
                                    <w:top w:val="none" w:sz="0" w:space="0" w:color="auto"/>
                                    <w:left w:val="none" w:sz="0" w:space="0" w:color="auto"/>
                                    <w:bottom w:val="none" w:sz="0" w:space="0" w:color="auto"/>
                                    <w:right w:val="none" w:sz="0" w:space="0" w:color="auto"/>
                                  </w:divBdr>
                                  <w:divsChild>
                                    <w:div w:id="1856845424">
                                      <w:marLeft w:val="0"/>
                                      <w:marRight w:val="0"/>
                                      <w:marTop w:val="0"/>
                                      <w:marBottom w:val="0"/>
                                      <w:divBdr>
                                        <w:top w:val="none" w:sz="0" w:space="0" w:color="auto"/>
                                        <w:left w:val="none" w:sz="0" w:space="0" w:color="auto"/>
                                        <w:bottom w:val="none" w:sz="0" w:space="0" w:color="auto"/>
                                        <w:right w:val="none" w:sz="0" w:space="0" w:color="auto"/>
                                      </w:divBdr>
                                      <w:divsChild>
                                        <w:div w:id="1861120931">
                                          <w:marLeft w:val="0"/>
                                          <w:marRight w:val="0"/>
                                          <w:marTop w:val="0"/>
                                          <w:marBottom w:val="0"/>
                                          <w:divBdr>
                                            <w:top w:val="none" w:sz="0" w:space="0" w:color="auto"/>
                                            <w:left w:val="none" w:sz="0" w:space="0" w:color="auto"/>
                                            <w:bottom w:val="none" w:sz="0" w:space="0" w:color="auto"/>
                                            <w:right w:val="none" w:sz="0" w:space="0" w:color="auto"/>
                                          </w:divBdr>
                                          <w:divsChild>
                                            <w:div w:id="964429507">
                                              <w:marLeft w:val="0"/>
                                              <w:marRight w:val="0"/>
                                              <w:marTop w:val="0"/>
                                              <w:marBottom w:val="0"/>
                                              <w:divBdr>
                                                <w:top w:val="none" w:sz="0" w:space="0" w:color="auto"/>
                                                <w:left w:val="none" w:sz="0" w:space="0" w:color="auto"/>
                                                <w:bottom w:val="none" w:sz="0" w:space="0" w:color="auto"/>
                                                <w:right w:val="none" w:sz="0" w:space="0" w:color="auto"/>
                                              </w:divBdr>
                                              <w:divsChild>
                                                <w:div w:id="1745296424">
                                                  <w:marLeft w:val="0"/>
                                                  <w:marRight w:val="0"/>
                                                  <w:marTop w:val="0"/>
                                                  <w:marBottom w:val="0"/>
                                                  <w:divBdr>
                                                    <w:top w:val="none" w:sz="0" w:space="0" w:color="auto"/>
                                                    <w:left w:val="none" w:sz="0" w:space="0" w:color="auto"/>
                                                    <w:bottom w:val="none" w:sz="0" w:space="0" w:color="auto"/>
                                                    <w:right w:val="none" w:sz="0" w:space="0" w:color="auto"/>
                                                  </w:divBdr>
                                                  <w:divsChild>
                                                    <w:div w:id="1579166789">
                                                      <w:marLeft w:val="0"/>
                                                      <w:marRight w:val="0"/>
                                                      <w:marTop w:val="0"/>
                                                      <w:marBottom w:val="0"/>
                                                      <w:divBdr>
                                                        <w:top w:val="none" w:sz="0" w:space="0" w:color="auto"/>
                                                        <w:left w:val="none" w:sz="0" w:space="0" w:color="auto"/>
                                                        <w:bottom w:val="none" w:sz="0" w:space="0" w:color="auto"/>
                                                        <w:right w:val="none" w:sz="0" w:space="0" w:color="auto"/>
                                                      </w:divBdr>
                                                      <w:divsChild>
                                                        <w:div w:id="1909605660">
                                                          <w:marLeft w:val="0"/>
                                                          <w:marRight w:val="0"/>
                                                          <w:marTop w:val="0"/>
                                                          <w:marBottom w:val="0"/>
                                                          <w:divBdr>
                                                            <w:top w:val="none" w:sz="0" w:space="0" w:color="auto"/>
                                                            <w:left w:val="none" w:sz="0" w:space="0" w:color="auto"/>
                                                            <w:bottom w:val="none" w:sz="0" w:space="0" w:color="auto"/>
                                                            <w:right w:val="none" w:sz="0" w:space="0" w:color="auto"/>
                                                          </w:divBdr>
                                                          <w:divsChild>
                                                            <w:div w:id="16325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0314190">
                          <w:marLeft w:val="0"/>
                          <w:marRight w:val="0"/>
                          <w:marTop w:val="0"/>
                          <w:marBottom w:val="0"/>
                          <w:divBdr>
                            <w:top w:val="none" w:sz="0" w:space="0" w:color="auto"/>
                            <w:left w:val="none" w:sz="0" w:space="0" w:color="auto"/>
                            <w:bottom w:val="none" w:sz="0" w:space="0" w:color="auto"/>
                            <w:right w:val="none" w:sz="0" w:space="0" w:color="auto"/>
                          </w:divBdr>
                          <w:divsChild>
                            <w:div w:id="278997351">
                              <w:marLeft w:val="0"/>
                              <w:marRight w:val="0"/>
                              <w:marTop w:val="0"/>
                              <w:marBottom w:val="0"/>
                              <w:divBdr>
                                <w:top w:val="none" w:sz="0" w:space="0" w:color="auto"/>
                                <w:left w:val="none" w:sz="0" w:space="0" w:color="auto"/>
                                <w:bottom w:val="none" w:sz="0" w:space="0" w:color="auto"/>
                                <w:right w:val="none" w:sz="0" w:space="0" w:color="auto"/>
                              </w:divBdr>
                              <w:divsChild>
                                <w:div w:id="610666317">
                                  <w:marLeft w:val="0"/>
                                  <w:marRight w:val="0"/>
                                  <w:marTop w:val="0"/>
                                  <w:marBottom w:val="0"/>
                                  <w:divBdr>
                                    <w:top w:val="none" w:sz="0" w:space="0" w:color="auto"/>
                                    <w:left w:val="none" w:sz="0" w:space="0" w:color="auto"/>
                                    <w:bottom w:val="none" w:sz="0" w:space="0" w:color="auto"/>
                                    <w:right w:val="none" w:sz="0" w:space="0" w:color="auto"/>
                                  </w:divBdr>
                                  <w:divsChild>
                                    <w:div w:id="1076631588">
                                      <w:marLeft w:val="0"/>
                                      <w:marRight w:val="0"/>
                                      <w:marTop w:val="0"/>
                                      <w:marBottom w:val="0"/>
                                      <w:divBdr>
                                        <w:top w:val="none" w:sz="0" w:space="0" w:color="auto"/>
                                        <w:left w:val="none" w:sz="0" w:space="0" w:color="auto"/>
                                        <w:bottom w:val="none" w:sz="0" w:space="0" w:color="auto"/>
                                        <w:right w:val="none" w:sz="0" w:space="0" w:color="auto"/>
                                      </w:divBdr>
                                      <w:divsChild>
                                        <w:div w:id="2025596805">
                                          <w:marLeft w:val="0"/>
                                          <w:marRight w:val="0"/>
                                          <w:marTop w:val="0"/>
                                          <w:marBottom w:val="0"/>
                                          <w:divBdr>
                                            <w:top w:val="none" w:sz="0" w:space="0" w:color="auto"/>
                                            <w:left w:val="none" w:sz="0" w:space="0" w:color="auto"/>
                                            <w:bottom w:val="none" w:sz="0" w:space="0" w:color="auto"/>
                                            <w:right w:val="none" w:sz="0" w:space="0" w:color="auto"/>
                                          </w:divBdr>
                                          <w:divsChild>
                                            <w:div w:id="449785856">
                                              <w:marLeft w:val="0"/>
                                              <w:marRight w:val="0"/>
                                              <w:marTop w:val="0"/>
                                              <w:marBottom w:val="0"/>
                                              <w:divBdr>
                                                <w:top w:val="none" w:sz="0" w:space="0" w:color="auto"/>
                                                <w:left w:val="none" w:sz="0" w:space="0" w:color="auto"/>
                                                <w:bottom w:val="none" w:sz="0" w:space="0" w:color="auto"/>
                                                <w:right w:val="none" w:sz="0" w:space="0" w:color="auto"/>
                                              </w:divBdr>
                                              <w:divsChild>
                                                <w:div w:id="2146196220">
                                                  <w:marLeft w:val="0"/>
                                                  <w:marRight w:val="0"/>
                                                  <w:marTop w:val="0"/>
                                                  <w:marBottom w:val="0"/>
                                                  <w:divBdr>
                                                    <w:top w:val="none" w:sz="0" w:space="0" w:color="auto"/>
                                                    <w:left w:val="none" w:sz="0" w:space="0" w:color="auto"/>
                                                    <w:bottom w:val="none" w:sz="0" w:space="0" w:color="auto"/>
                                                    <w:right w:val="none" w:sz="0" w:space="0" w:color="auto"/>
                                                  </w:divBdr>
                                                  <w:divsChild>
                                                    <w:div w:id="37555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048987">
                          <w:marLeft w:val="0"/>
                          <w:marRight w:val="0"/>
                          <w:marTop w:val="0"/>
                          <w:marBottom w:val="0"/>
                          <w:divBdr>
                            <w:top w:val="none" w:sz="0" w:space="0" w:color="auto"/>
                            <w:left w:val="none" w:sz="0" w:space="0" w:color="auto"/>
                            <w:bottom w:val="none" w:sz="0" w:space="0" w:color="auto"/>
                            <w:right w:val="none" w:sz="0" w:space="0" w:color="auto"/>
                          </w:divBdr>
                          <w:divsChild>
                            <w:div w:id="1417363962">
                              <w:marLeft w:val="0"/>
                              <w:marRight w:val="0"/>
                              <w:marTop w:val="0"/>
                              <w:marBottom w:val="0"/>
                              <w:divBdr>
                                <w:top w:val="none" w:sz="0" w:space="0" w:color="auto"/>
                                <w:left w:val="none" w:sz="0" w:space="0" w:color="auto"/>
                                <w:bottom w:val="none" w:sz="0" w:space="0" w:color="auto"/>
                                <w:right w:val="none" w:sz="0" w:space="0" w:color="auto"/>
                              </w:divBdr>
                              <w:divsChild>
                                <w:div w:id="2071073108">
                                  <w:marLeft w:val="0"/>
                                  <w:marRight w:val="0"/>
                                  <w:marTop w:val="0"/>
                                  <w:marBottom w:val="0"/>
                                  <w:divBdr>
                                    <w:top w:val="none" w:sz="0" w:space="0" w:color="auto"/>
                                    <w:left w:val="none" w:sz="0" w:space="0" w:color="auto"/>
                                    <w:bottom w:val="none" w:sz="0" w:space="0" w:color="auto"/>
                                    <w:right w:val="none" w:sz="0" w:space="0" w:color="auto"/>
                                  </w:divBdr>
                                  <w:divsChild>
                                    <w:div w:id="932325766">
                                      <w:marLeft w:val="0"/>
                                      <w:marRight w:val="0"/>
                                      <w:marTop w:val="0"/>
                                      <w:marBottom w:val="0"/>
                                      <w:divBdr>
                                        <w:top w:val="none" w:sz="0" w:space="0" w:color="auto"/>
                                        <w:left w:val="none" w:sz="0" w:space="0" w:color="auto"/>
                                        <w:bottom w:val="none" w:sz="0" w:space="0" w:color="auto"/>
                                        <w:right w:val="none" w:sz="0" w:space="0" w:color="auto"/>
                                      </w:divBdr>
                                      <w:divsChild>
                                        <w:div w:id="2119248884">
                                          <w:marLeft w:val="0"/>
                                          <w:marRight w:val="0"/>
                                          <w:marTop w:val="0"/>
                                          <w:marBottom w:val="0"/>
                                          <w:divBdr>
                                            <w:top w:val="none" w:sz="0" w:space="0" w:color="auto"/>
                                            <w:left w:val="none" w:sz="0" w:space="0" w:color="auto"/>
                                            <w:bottom w:val="none" w:sz="0" w:space="0" w:color="auto"/>
                                            <w:right w:val="none" w:sz="0" w:space="0" w:color="auto"/>
                                          </w:divBdr>
                                          <w:divsChild>
                                            <w:div w:id="1692603507">
                                              <w:marLeft w:val="0"/>
                                              <w:marRight w:val="0"/>
                                              <w:marTop w:val="0"/>
                                              <w:marBottom w:val="0"/>
                                              <w:divBdr>
                                                <w:top w:val="none" w:sz="0" w:space="0" w:color="auto"/>
                                                <w:left w:val="none" w:sz="0" w:space="0" w:color="auto"/>
                                                <w:bottom w:val="none" w:sz="0" w:space="0" w:color="auto"/>
                                                <w:right w:val="none" w:sz="0" w:space="0" w:color="auto"/>
                                              </w:divBdr>
                                              <w:divsChild>
                                                <w:div w:id="1830977494">
                                                  <w:marLeft w:val="0"/>
                                                  <w:marRight w:val="0"/>
                                                  <w:marTop w:val="0"/>
                                                  <w:marBottom w:val="0"/>
                                                  <w:divBdr>
                                                    <w:top w:val="none" w:sz="0" w:space="0" w:color="auto"/>
                                                    <w:left w:val="none" w:sz="0" w:space="0" w:color="auto"/>
                                                    <w:bottom w:val="none" w:sz="0" w:space="0" w:color="auto"/>
                                                    <w:right w:val="none" w:sz="0" w:space="0" w:color="auto"/>
                                                  </w:divBdr>
                                                  <w:divsChild>
                                                    <w:div w:id="1008752532">
                                                      <w:marLeft w:val="0"/>
                                                      <w:marRight w:val="0"/>
                                                      <w:marTop w:val="0"/>
                                                      <w:marBottom w:val="0"/>
                                                      <w:divBdr>
                                                        <w:top w:val="none" w:sz="0" w:space="0" w:color="auto"/>
                                                        <w:left w:val="none" w:sz="0" w:space="0" w:color="auto"/>
                                                        <w:bottom w:val="none" w:sz="0" w:space="0" w:color="auto"/>
                                                        <w:right w:val="none" w:sz="0" w:space="0" w:color="auto"/>
                                                      </w:divBdr>
                                                      <w:divsChild>
                                                        <w:div w:id="738014433">
                                                          <w:marLeft w:val="0"/>
                                                          <w:marRight w:val="0"/>
                                                          <w:marTop w:val="0"/>
                                                          <w:marBottom w:val="0"/>
                                                          <w:divBdr>
                                                            <w:top w:val="none" w:sz="0" w:space="0" w:color="auto"/>
                                                            <w:left w:val="none" w:sz="0" w:space="0" w:color="auto"/>
                                                            <w:bottom w:val="none" w:sz="0" w:space="0" w:color="auto"/>
                                                            <w:right w:val="none" w:sz="0" w:space="0" w:color="auto"/>
                                                          </w:divBdr>
                                                          <w:divsChild>
                                                            <w:div w:id="20363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783371">
                          <w:marLeft w:val="0"/>
                          <w:marRight w:val="0"/>
                          <w:marTop w:val="0"/>
                          <w:marBottom w:val="0"/>
                          <w:divBdr>
                            <w:top w:val="none" w:sz="0" w:space="0" w:color="auto"/>
                            <w:left w:val="none" w:sz="0" w:space="0" w:color="auto"/>
                            <w:bottom w:val="none" w:sz="0" w:space="0" w:color="auto"/>
                            <w:right w:val="none" w:sz="0" w:space="0" w:color="auto"/>
                          </w:divBdr>
                          <w:divsChild>
                            <w:div w:id="1555191458">
                              <w:marLeft w:val="0"/>
                              <w:marRight w:val="0"/>
                              <w:marTop w:val="0"/>
                              <w:marBottom w:val="0"/>
                              <w:divBdr>
                                <w:top w:val="none" w:sz="0" w:space="0" w:color="auto"/>
                                <w:left w:val="none" w:sz="0" w:space="0" w:color="auto"/>
                                <w:bottom w:val="none" w:sz="0" w:space="0" w:color="auto"/>
                                <w:right w:val="none" w:sz="0" w:space="0" w:color="auto"/>
                              </w:divBdr>
                              <w:divsChild>
                                <w:div w:id="2094546851">
                                  <w:marLeft w:val="0"/>
                                  <w:marRight w:val="0"/>
                                  <w:marTop w:val="0"/>
                                  <w:marBottom w:val="0"/>
                                  <w:divBdr>
                                    <w:top w:val="none" w:sz="0" w:space="0" w:color="auto"/>
                                    <w:left w:val="none" w:sz="0" w:space="0" w:color="auto"/>
                                    <w:bottom w:val="none" w:sz="0" w:space="0" w:color="auto"/>
                                    <w:right w:val="none" w:sz="0" w:space="0" w:color="auto"/>
                                  </w:divBdr>
                                  <w:divsChild>
                                    <w:div w:id="1229880889">
                                      <w:marLeft w:val="0"/>
                                      <w:marRight w:val="0"/>
                                      <w:marTop w:val="0"/>
                                      <w:marBottom w:val="0"/>
                                      <w:divBdr>
                                        <w:top w:val="none" w:sz="0" w:space="0" w:color="auto"/>
                                        <w:left w:val="none" w:sz="0" w:space="0" w:color="auto"/>
                                        <w:bottom w:val="none" w:sz="0" w:space="0" w:color="auto"/>
                                        <w:right w:val="none" w:sz="0" w:space="0" w:color="auto"/>
                                      </w:divBdr>
                                      <w:divsChild>
                                        <w:div w:id="932207037">
                                          <w:marLeft w:val="0"/>
                                          <w:marRight w:val="0"/>
                                          <w:marTop w:val="0"/>
                                          <w:marBottom w:val="0"/>
                                          <w:divBdr>
                                            <w:top w:val="none" w:sz="0" w:space="0" w:color="auto"/>
                                            <w:left w:val="none" w:sz="0" w:space="0" w:color="auto"/>
                                            <w:bottom w:val="none" w:sz="0" w:space="0" w:color="auto"/>
                                            <w:right w:val="none" w:sz="0" w:space="0" w:color="auto"/>
                                          </w:divBdr>
                                          <w:divsChild>
                                            <w:div w:id="751968129">
                                              <w:marLeft w:val="0"/>
                                              <w:marRight w:val="0"/>
                                              <w:marTop w:val="0"/>
                                              <w:marBottom w:val="0"/>
                                              <w:divBdr>
                                                <w:top w:val="none" w:sz="0" w:space="0" w:color="auto"/>
                                                <w:left w:val="none" w:sz="0" w:space="0" w:color="auto"/>
                                                <w:bottom w:val="none" w:sz="0" w:space="0" w:color="auto"/>
                                                <w:right w:val="none" w:sz="0" w:space="0" w:color="auto"/>
                                              </w:divBdr>
                                              <w:divsChild>
                                                <w:div w:id="836382861">
                                                  <w:marLeft w:val="0"/>
                                                  <w:marRight w:val="0"/>
                                                  <w:marTop w:val="0"/>
                                                  <w:marBottom w:val="0"/>
                                                  <w:divBdr>
                                                    <w:top w:val="none" w:sz="0" w:space="0" w:color="auto"/>
                                                    <w:left w:val="none" w:sz="0" w:space="0" w:color="auto"/>
                                                    <w:bottom w:val="none" w:sz="0" w:space="0" w:color="auto"/>
                                                    <w:right w:val="none" w:sz="0" w:space="0" w:color="auto"/>
                                                  </w:divBdr>
                                                  <w:divsChild>
                                                    <w:div w:id="396322841">
                                                      <w:marLeft w:val="0"/>
                                                      <w:marRight w:val="0"/>
                                                      <w:marTop w:val="0"/>
                                                      <w:marBottom w:val="0"/>
                                                      <w:divBdr>
                                                        <w:top w:val="none" w:sz="0" w:space="0" w:color="auto"/>
                                                        <w:left w:val="none" w:sz="0" w:space="0" w:color="auto"/>
                                                        <w:bottom w:val="none" w:sz="0" w:space="0" w:color="auto"/>
                                                        <w:right w:val="none" w:sz="0" w:space="0" w:color="auto"/>
                                                      </w:divBdr>
                                                      <w:divsChild>
                                                        <w:div w:id="15553125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448142">
                                                          <w:blockQuote w:val="1"/>
                                                          <w:marLeft w:val="720"/>
                                                          <w:marRight w:val="720"/>
                                                          <w:marTop w:val="100"/>
                                                          <w:marBottom w:val="100"/>
                                                          <w:divBdr>
                                                            <w:top w:val="none" w:sz="0" w:space="0" w:color="auto"/>
                                                            <w:left w:val="none" w:sz="0" w:space="0" w:color="auto"/>
                                                            <w:bottom w:val="none" w:sz="0" w:space="0" w:color="auto"/>
                                                            <w:right w:val="none" w:sz="0" w:space="0" w:color="auto"/>
                                                          </w:divBdr>
                                                        </w:div>
                                                        <w:div w:id="327174284">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567275">
                                                          <w:blockQuote w:val="1"/>
                                                          <w:marLeft w:val="720"/>
                                                          <w:marRight w:val="720"/>
                                                          <w:marTop w:val="100"/>
                                                          <w:marBottom w:val="100"/>
                                                          <w:divBdr>
                                                            <w:top w:val="none" w:sz="0" w:space="0" w:color="auto"/>
                                                            <w:left w:val="none" w:sz="0" w:space="0" w:color="auto"/>
                                                            <w:bottom w:val="none" w:sz="0" w:space="0" w:color="auto"/>
                                                            <w:right w:val="none" w:sz="0" w:space="0" w:color="auto"/>
                                                          </w:divBdr>
                                                        </w:div>
                                                        <w:div w:id="5235969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45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37921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0387395">
                                                          <w:blockQuote w:val="1"/>
                                                          <w:marLeft w:val="720"/>
                                                          <w:marRight w:val="720"/>
                                                          <w:marTop w:val="100"/>
                                                          <w:marBottom w:val="100"/>
                                                          <w:divBdr>
                                                            <w:top w:val="none" w:sz="0" w:space="0" w:color="auto"/>
                                                            <w:left w:val="none" w:sz="0" w:space="0" w:color="auto"/>
                                                            <w:bottom w:val="none" w:sz="0" w:space="0" w:color="auto"/>
                                                            <w:right w:val="none" w:sz="0" w:space="0" w:color="auto"/>
                                                          </w:divBdr>
                                                        </w:div>
                                                        <w:div w:id="7834211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771195">
                                                          <w:blockQuote w:val="1"/>
                                                          <w:marLeft w:val="720"/>
                                                          <w:marRight w:val="720"/>
                                                          <w:marTop w:val="100"/>
                                                          <w:marBottom w:val="100"/>
                                                          <w:divBdr>
                                                            <w:top w:val="none" w:sz="0" w:space="0" w:color="auto"/>
                                                            <w:left w:val="none" w:sz="0" w:space="0" w:color="auto"/>
                                                            <w:bottom w:val="none" w:sz="0" w:space="0" w:color="auto"/>
                                                            <w:right w:val="none" w:sz="0" w:space="0" w:color="auto"/>
                                                          </w:divBdr>
                                                        </w:div>
                                                        <w:div w:id="3988716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716308">
                                                          <w:blockQuote w:val="1"/>
                                                          <w:marLeft w:val="720"/>
                                                          <w:marRight w:val="720"/>
                                                          <w:marTop w:val="100"/>
                                                          <w:marBottom w:val="100"/>
                                                          <w:divBdr>
                                                            <w:top w:val="none" w:sz="0" w:space="0" w:color="auto"/>
                                                            <w:left w:val="none" w:sz="0" w:space="0" w:color="auto"/>
                                                            <w:bottom w:val="none" w:sz="0" w:space="0" w:color="auto"/>
                                                            <w:right w:val="none" w:sz="0" w:space="0" w:color="auto"/>
                                                          </w:divBdr>
                                                        </w:div>
                                                        <w:div w:id="967472127">
                                                          <w:blockQuote w:val="1"/>
                                                          <w:marLeft w:val="720"/>
                                                          <w:marRight w:val="720"/>
                                                          <w:marTop w:val="100"/>
                                                          <w:marBottom w:val="100"/>
                                                          <w:divBdr>
                                                            <w:top w:val="none" w:sz="0" w:space="0" w:color="auto"/>
                                                            <w:left w:val="none" w:sz="0" w:space="0" w:color="auto"/>
                                                            <w:bottom w:val="none" w:sz="0" w:space="0" w:color="auto"/>
                                                            <w:right w:val="none" w:sz="0" w:space="0" w:color="auto"/>
                                                          </w:divBdr>
                                                        </w:div>
                                                        <w:div w:id="723065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254393">
                          <w:marLeft w:val="0"/>
                          <w:marRight w:val="0"/>
                          <w:marTop w:val="0"/>
                          <w:marBottom w:val="0"/>
                          <w:divBdr>
                            <w:top w:val="none" w:sz="0" w:space="0" w:color="auto"/>
                            <w:left w:val="none" w:sz="0" w:space="0" w:color="auto"/>
                            <w:bottom w:val="none" w:sz="0" w:space="0" w:color="auto"/>
                            <w:right w:val="none" w:sz="0" w:space="0" w:color="auto"/>
                          </w:divBdr>
                          <w:divsChild>
                            <w:div w:id="2129011548">
                              <w:marLeft w:val="0"/>
                              <w:marRight w:val="0"/>
                              <w:marTop w:val="0"/>
                              <w:marBottom w:val="0"/>
                              <w:divBdr>
                                <w:top w:val="none" w:sz="0" w:space="0" w:color="auto"/>
                                <w:left w:val="none" w:sz="0" w:space="0" w:color="auto"/>
                                <w:bottom w:val="none" w:sz="0" w:space="0" w:color="auto"/>
                                <w:right w:val="none" w:sz="0" w:space="0" w:color="auto"/>
                              </w:divBdr>
                              <w:divsChild>
                                <w:div w:id="751125799">
                                  <w:marLeft w:val="0"/>
                                  <w:marRight w:val="0"/>
                                  <w:marTop w:val="0"/>
                                  <w:marBottom w:val="0"/>
                                  <w:divBdr>
                                    <w:top w:val="none" w:sz="0" w:space="0" w:color="auto"/>
                                    <w:left w:val="none" w:sz="0" w:space="0" w:color="auto"/>
                                    <w:bottom w:val="none" w:sz="0" w:space="0" w:color="auto"/>
                                    <w:right w:val="none" w:sz="0" w:space="0" w:color="auto"/>
                                  </w:divBdr>
                                  <w:divsChild>
                                    <w:div w:id="1690061633">
                                      <w:marLeft w:val="0"/>
                                      <w:marRight w:val="0"/>
                                      <w:marTop w:val="0"/>
                                      <w:marBottom w:val="0"/>
                                      <w:divBdr>
                                        <w:top w:val="none" w:sz="0" w:space="0" w:color="auto"/>
                                        <w:left w:val="none" w:sz="0" w:space="0" w:color="auto"/>
                                        <w:bottom w:val="none" w:sz="0" w:space="0" w:color="auto"/>
                                        <w:right w:val="none" w:sz="0" w:space="0" w:color="auto"/>
                                      </w:divBdr>
                                      <w:divsChild>
                                        <w:div w:id="1884127040">
                                          <w:marLeft w:val="0"/>
                                          <w:marRight w:val="0"/>
                                          <w:marTop w:val="0"/>
                                          <w:marBottom w:val="0"/>
                                          <w:divBdr>
                                            <w:top w:val="none" w:sz="0" w:space="0" w:color="auto"/>
                                            <w:left w:val="none" w:sz="0" w:space="0" w:color="auto"/>
                                            <w:bottom w:val="none" w:sz="0" w:space="0" w:color="auto"/>
                                            <w:right w:val="none" w:sz="0" w:space="0" w:color="auto"/>
                                          </w:divBdr>
                                          <w:divsChild>
                                            <w:div w:id="588120874">
                                              <w:marLeft w:val="0"/>
                                              <w:marRight w:val="0"/>
                                              <w:marTop w:val="0"/>
                                              <w:marBottom w:val="0"/>
                                              <w:divBdr>
                                                <w:top w:val="none" w:sz="0" w:space="0" w:color="auto"/>
                                                <w:left w:val="none" w:sz="0" w:space="0" w:color="auto"/>
                                                <w:bottom w:val="none" w:sz="0" w:space="0" w:color="auto"/>
                                                <w:right w:val="none" w:sz="0" w:space="0" w:color="auto"/>
                                              </w:divBdr>
                                              <w:divsChild>
                                                <w:div w:id="1690597846">
                                                  <w:marLeft w:val="0"/>
                                                  <w:marRight w:val="0"/>
                                                  <w:marTop w:val="0"/>
                                                  <w:marBottom w:val="0"/>
                                                  <w:divBdr>
                                                    <w:top w:val="none" w:sz="0" w:space="0" w:color="auto"/>
                                                    <w:left w:val="none" w:sz="0" w:space="0" w:color="auto"/>
                                                    <w:bottom w:val="none" w:sz="0" w:space="0" w:color="auto"/>
                                                    <w:right w:val="none" w:sz="0" w:space="0" w:color="auto"/>
                                                  </w:divBdr>
                                                  <w:divsChild>
                                                    <w:div w:id="1441029292">
                                                      <w:marLeft w:val="0"/>
                                                      <w:marRight w:val="0"/>
                                                      <w:marTop w:val="0"/>
                                                      <w:marBottom w:val="0"/>
                                                      <w:divBdr>
                                                        <w:top w:val="none" w:sz="0" w:space="0" w:color="auto"/>
                                                        <w:left w:val="none" w:sz="0" w:space="0" w:color="auto"/>
                                                        <w:bottom w:val="none" w:sz="0" w:space="0" w:color="auto"/>
                                                        <w:right w:val="none" w:sz="0" w:space="0" w:color="auto"/>
                                                      </w:divBdr>
                                                      <w:divsChild>
                                                        <w:div w:id="1343510209">
                                                          <w:marLeft w:val="0"/>
                                                          <w:marRight w:val="0"/>
                                                          <w:marTop w:val="0"/>
                                                          <w:marBottom w:val="0"/>
                                                          <w:divBdr>
                                                            <w:top w:val="none" w:sz="0" w:space="0" w:color="auto"/>
                                                            <w:left w:val="none" w:sz="0" w:space="0" w:color="auto"/>
                                                            <w:bottom w:val="none" w:sz="0" w:space="0" w:color="auto"/>
                                                            <w:right w:val="none" w:sz="0" w:space="0" w:color="auto"/>
                                                          </w:divBdr>
                                                          <w:divsChild>
                                                            <w:div w:id="97602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281992">
                          <w:marLeft w:val="0"/>
                          <w:marRight w:val="0"/>
                          <w:marTop w:val="0"/>
                          <w:marBottom w:val="0"/>
                          <w:divBdr>
                            <w:top w:val="none" w:sz="0" w:space="0" w:color="auto"/>
                            <w:left w:val="none" w:sz="0" w:space="0" w:color="auto"/>
                            <w:bottom w:val="none" w:sz="0" w:space="0" w:color="auto"/>
                            <w:right w:val="none" w:sz="0" w:space="0" w:color="auto"/>
                          </w:divBdr>
                          <w:divsChild>
                            <w:div w:id="1662002124">
                              <w:marLeft w:val="0"/>
                              <w:marRight w:val="0"/>
                              <w:marTop w:val="0"/>
                              <w:marBottom w:val="0"/>
                              <w:divBdr>
                                <w:top w:val="none" w:sz="0" w:space="0" w:color="auto"/>
                                <w:left w:val="none" w:sz="0" w:space="0" w:color="auto"/>
                                <w:bottom w:val="none" w:sz="0" w:space="0" w:color="auto"/>
                                <w:right w:val="none" w:sz="0" w:space="0" w:color="auto"/>
                              </w:divBdr>
                              <w:divsChild>
                                <w:div w:id="942806744">
                                  <w:marLeft w:val="0"/>
                                  <w:marRight w:val="0"/>
                                  <w:marTop w:val="0"/>
                                  <w:marBottom w:val="0"/>
                                  <w:divBdr>
                                    <w:top w:val="none" w:sz="0" w:space="0" w:color="auto"/>
                                    <w:left w:val="none" w:sz="0" w:space="0" w:color="auto"/>
                                    <w:bottom w:val="none" w:sz="0" w:space="0" w:color="auto"/>
                                    <w:right w:val="none" w:sz="0" w:space="0" w:color="auto"/>
                                  </w:divBdr>
                                  <w:divsChild>
                                    <w:div w:id="403375943">
                                      <w:marLeft w:val="0"/>
                                      <w:marRight w:val="0"/>
                                      <w:marTop w:val="0"/>
                                      <w:marBottom w:val="0"/>
                                      <w:divBdr>
                                        <w:top w:val="none" w:sz="0" w:space="0" w:color="auto"/>
                                        <w:left w:val="none" w:sz="0" w:space="0" w:color="auto"/>
                                        <w:bottom w:val="none" w:sz="0" w:space="0" w:color="auto"/>
                                        <w:right w:val="none" w:sz="0" w:space="0" w:color="auto"/>
                                      </w:divBdr>
                                      <w:divsChild>
                                        <w:div w:id="1886408767">
                                          <w:marLeft w:val="0"/>
                                          <w:marRight w:val="0"/>
                                          <w:marTop w:val="0"/>
                                          <w:marBottom w:val="0"/>
                                          <w:divBdr>
                                            <w:top w:val="none" w:sz="0" w:space="0" w:color="auto"/>
                                            <w:left w:val="none" w:sz="0" w:space="0" w:color="auto"/>
                                            <w:bottom w:val="none" w:sz="0" w:space="0" w:color="auto"/>
                                            <w:right w:val="none" w:sz="0" w:space="0" w:color="auto"/>
                                          </w:divBdr>
                                          <w:divsChild>
                                            <w:div w:id="87503381">
                                              <w:marLeft w:val="0"/>
                                              <w:marRight w:val="0"/>
                                              <w:marTop w:val="0"/>
                                              <w:marBottom w:val="0"/>
                                              <w:divBdr>
                                                <w:top w:val="none" w:sz="0" w:space="0" w:color="auto"/>
                                                <w:left w:val="none" w:sz="0" w:space="0" w:color="auto"/>
                                                <w:bottom w:val="none" w:sz="0" w:space="0" w:color="auto"/>
                                                <w:right w:val="none" w:sz="0" w:space="0" w:color="auto"/>
                                              </w:divBdr>
                                              <w:divsChild>
                                                <w:div w:id="228032061">
                                                  <w:marLeft w:val="0"/>
                                                  <w:marRight w:val="0"/>
                                                  <w:marTop w:val="0"/>
                                                  <w:marBottom w:val="0"/>
                                                  <w:divBdr>
                                                    <w:top w:val="none" w:sz="0" w:space="0" w:color="auto"/>
                                                    <w:left w:val="none" w:sz="0" w:space="0" w:color="auto"/>
                                                    <w:bottom w:val="none" w:sz="0" w:space="0" w:color="auto"/>
                                                    <w:right w:val="none" w:sz="0" w:space="0" w:color="auto"/>
                                                  </w:divBdr>
                                                  <w:divsChild>
                                                    <w:div w:id="88042347">
                                                      <w:marLeft w:val="0"/>
                                                      <w:marRight w:val="0"/>
                                                      <w:marTop w:val="0"/>
                                                      <w:marBottom w:val="0"/>
                                                      <w:divBdr>
                                                        <w:top w:val="none" w:sz="0" w:space="0" w:color="auto"/>
                                                        <w:left w:val="none" w:sz="0" w:space="0" w:color="auto"/>
                                                        <w:bottom w:val="none" w:sz="0" w:space="0" w:color="auto"/>
                                                        <w:right w:val="none" w:sz="0" w:space="0" w:color="auto"/>
                                                      </w:divBdr>
                                                      <w:divsChild>
                                                        <w:div w:id="1921527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366727">
                                                          <w:blockQuote w:val="1"/>
                                                          <w:marLeft w:val="720"/>
                                                          <w:marRight w:val="720"/>
                                                          <w:marTop w:val="100"/>
                                                          <w:marBottom w:val="100"/>
                                                          <w:divBdr>
                                                            <w:top w:val="none" w:sz="0" w:space="0" w:color="auto"/>
                                                            <w:left w:val="none" w:sz="0" w:space="0" w:color="auto"/>
                                                            <w:bottom w:val="none" w:sz="0" w:space="0" w:color="auto"/>
                                                            <w:right w:val="none" w:sz="0" w:space="0" w:color="auto"/>
                                                          </w:divBdr>
                                                        </w:div>
                                                        <w:div w:id="427190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315909522">
                                                          <w:blockQuote w:val="1"/>
                                                          <w:marLeft w:val="720"/>
                                                          <w:marRight w:val="720"/>
                                                          <w:marTop w:val="100"/>
                                                          <w:marBottom w:val="100"/>
                                                          <w:divBdr>
                                                            <w:top w:val="none" w:sz="0" w:space="0" w:color="auto"/>
                                                            <w:left w:val="none" w:sz="0" w:space="0" w:color="auto"/>
                                                            <w:bottom w:val="none" w:sz="0" w:space="0" w:color="auto"/>
                                                            <w:right w:val="none" w:sz="0" w:space="0" w:color="auto"/>
                                                          </w:divBdr>
                                                        </w:div>
                                                        <w:div w:id="4641983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8781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049952">
                          <w:marLeft w:val="0"/>
                          <w:marRight w:val="0"/>
                          <w:marTop w:val="0"/>
                          <w:marBottom w:val="0"/>
                          <w:divBdr>
                            <w:top w:val="none" w:sz="0" w:space="0" w:color="auto"/>
                            <w:left w:val="none" w:sz="0" w:space="0" w:color="auto"/>
                            <w:bottom w:val="none" w:sz="0" w:space="0" w:color="auto"/>
                            <w:right w:val="none" w:sz="0" w:space="0" w:color="auto"/>
                          </w:divBdr>
                          <w:divsChild>
                            <w:div w:id="654337242">
                              <w:marLeft w:val="0"/>
                              <w:marRight w:val="0"/>
                              <w:marTop w:val="0"/>
                              <w:marBottom w:val="0"/>
                              <w:divBdr>
                                <w:top w:val="none" w:sz="0" w:space="0" w:color="auto"/>
                                <w:left w:val="none" w:sz="0" w:space="0" w:color="auto"/>
                                <w:bottom w:val="none" w:sz="0" w:space="0" w:color="auto"/>
                                <w:right w:val="none" w:sz="0" w:space="0" w:color="auto"/>
                              </w:divBdr>
                              <w:divsChild>
                                <w:div w:id="1392802015">
                                  <w:marLeft w:val="0"/>
                                  <w:marRight w:val="0"/>
                                  <w:marTop w:val="0"/>
                                  <w:marBottom w:val="0"/>
                                  <w:divBdr>
                                    <w:top w:val="none" w:sz="0" w:space="0" w:color="auto"/>
                                    <w:left w:val="none" w:sz="0" w:space="0" w:color="auto"/>
                                    <w:bottom w:val="none" w:sz="0" w:space="0" w:color="auto"/>
                                    <w:right w:val="none" w:sz="0" w:space="0" w:color="auto"/>
                                  </w:divBdr>
                                  <w:divsChild>
                                    <w:div w:id="2116705472">
                                      <w:marLeft w:val="0"/>
                                      <w:marRight w:val="0"/>
                                      <w:marTop w:val="0"/>
                                      <w:marBottom w:val="0"/>
                                      <w:divBdr>
                                        <w:top w:val="none" w:sz="0" w:space="0" w:color="auto"/>
                                        <w:left w:val="none" w:sz="0" w:space="0" w:color="auto"/>
                                        <w:bottom w:val="none" w:sz="0" w:space="0" w:color="auto"/>
                                        <w:right w:val="none" w:sz="0" w:space="0" w:color="auto"/>
                                      </w:divBdr>
                                      <w:divsChild>
                                        <w:div w:id="1152210746">
                                          <w:marLeft w:val="0"/>
                                          <w:marRight w:val="0"/>
                                          <w:marTop w:val="0"/>
                                          <w:marBottom w:val="0"/>
                                          <w:divBdr>
                                            <w:top w:val="none" w:sz="0" w:space="0" w:color="auto"/>
                                            <w:left w:val="none" w:sz="0" w:space="0" w:color="auto"/>
                                            <w:bottom w:val="none" w:sz="0" w:space="0" w:color="auto"/>
                                            <w:right w:val="none" w:sz="0" w:space="0" w:color="auto"/>
                                          </w:divBdr>
                                          <w:divsChild>
                                            <w:div w:id="825782882">
                                              <w:marLeft w:val="0"/>
                                              <w:marRight w:val="0"/>
                                              <w:marTop w:val="0"/>
                                              <w:marBottom w:val="0"/>
                                              <w:divBdr>
                                                <w:top w:val="none" w:sz="0" w:space="0" w:color="auto"/>
                                                <w:left w:val="none" w:sz="0" w:space="0" w:color="auto"/>
                                                <w:bottom w:val="none" w:sz="0" w:space="0" w:color="auto"/>
                                                <w:right w:val="none" w:sz="0" w:space="0" w:color="auto"/>
                                              </w:divBdr>
                                              <w:divsChild>
                                                <w:div w:id="2113428818">
                                                  <w:marLeft w:val="0"/>
                                                  <w:marRight w:val="0"/>
                                                  <w:marTop w:val="0"/>
                                                  <w:marBottom w:val="0"/>
                                                  <w:divBdr>
                                                    <w:top w:val="none" w:sz="0" w:space="0" w:color="auto"/>
                                                    <w:left w:val="none" w:sz="0" w:space="0" w:color="auto"/>
                                                    <w:bottom w:val="none" w:sz="0" w:space="0" w:color="auto"/>
                                                    <w:right w:val="none" w:sz="0" w:space="0" w:color="auto"/>
                                                  </w:divBdr>
                                                  <w:divsChild>
                                                    <w:div w:id="1007560663">
                                                      <w:marLeft w:val="0"/>
                                                      <w:marRight w:val="0"/>
                                                      <w:marTop w:val="0"/>
                                                      <w:marBottom w:val="0"/>
                                                      <w:divBdr>
                                                        <w:top w:val="none" w:sz="0" w:space="0" w:color="auto"/>
                                                        <w:left w:val="none" w:sz="0" w:space="0" w:color="auto"/>
                                                        <w:bottom w:val="none" w:sz="0" w:space="0" w:color="auto"/>
                                                        <w:right w:val="none" w:sz="0" w:space="0" w:color="auto"/>
                                                      </w:divBdr>
                                                      <w:divsChild>
                                                        <w:div w:id="1973441563">
                                                          <w:marLeft w:val="0"/>
                                                          <w:marRight w:val="0"/>
                                                          <w:marTop w:val="0"/>
                                                          <w:marBottom w:val="0"/>
                                                          <w:divBdr>
                                                            <w:top w:val="none" w:sz="0" w:space="0" w:color="auto"/>
                                                            <w:left w:val="none" w:sz="0" w:space="0" w:color="auto"/>
                                                            <w:bottom w:val="none" w:sz="0" w:space="0" w:color="auto"/>
                                                            <w:right w:val="none" w:sz="0" w:space="0" w:color="auto"/>
                                                          </w:divBdr>
                                                          <w:divsChild>
                                                            <w:div w:id="140471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0354351">
                          <w:marLeft w:val="0"/>
                          <w:marRight w:val="0"/>
                          <w:marTop w:val="0"/>
                          <w:marBottom w:val="0"/>
                          <w:divBdr>
                            <w:top w:val="none" w:sz="0" w:space="0" w:color="auto"/>
                            <w:left w:val="none" w:sz="0" w:space="0" w:color="auto"/>
                            <w:bottom w:val="none" w:sz="0" w:space="0" w:color="auto"/>
                            <w:right w:val="none" w:sz="0" w:space="0" w:color="auto"/>
                          </w:divBdr>
                          <w:divsChild>
                            <w:div w:id="2062167420">
                              <w:marLeft w:val="0"/>
                              <w:marRight w:val="0"/>
                              <w:marTop w:val="0"/>
                              <w:marBottom w:val="0"/>
                              <w:divBdr>
                                <w:top w:val="none" w:sz="0" w:space="0" w:color="auto"/>
                                <w:left w:val="none" w:sz="0" w:space="0" w:color="auto"/>
                                <w:bottom w:val="none" w:sz="0" w:space="0" w:color="auto"/>
                                <w:right w:val="none" w:sz="0" w:space="0" w:color="auto"/>
                              </w:divBdr>
                              <w:divsChild>
                                <w:div w:id="489057080">
                                  <w:marLeft w:val="0"/>
                                  <w:marRight w:val="0"/>
                                  <w:marTop w:val="0"/>
                                  <w:marBottom w:val="0"/>
                                  <w:divBdr>
                                    <w:top w:val="none" w:sz="0" w:space="0" w:color="auto"/>
                                    <w:left w:val="none" w:sz="0" w:space="0" w:color="auto"/>
                                    <w:bottom w:val="none" w:sz="0" w:space="0" w:color="auto"/>
                                    <w:right w:val="none" w:sz="0" w:space="0" w:color="auto"/>
                                  </w:divBdr>
                                  <w:divsChild>
                                    <w:div w:id="1237472306">
                                      <w:marLeft w:val="0"/>
                                      <w:marRight w:val="0"/>
                                      <w:marTop w:val="0"/>
                                      <w:marBottom w:val="0"/>
                                      <w:divBdr>
                                        <w:top w:val="none" w:sz="0" w:space="0" w:color="auto"/>
                                        <w:left w:val="none" w:sz="0" w:space="0" w:color="auto"/>
                                        <w:bottom w:val="none" w:sz="0" w:space="0" w:color="auto"/>
                                        <w:right w:val="none" w:sz="0" w:space="0" w:color="auto"/>
                                      </w:divBdr>
                                      <w:divsChild>
                                        <w:div w:id="1744765320">
                                          <w:marLeft w:val="0"/>
                                          <w:marRight w:val="0"/>
                                          <w:marTop w:val="0"/>
                                          <w:marBottom w:val="0"/>
                                          <w:divBdr>
                                            <w:top w:val="none" w:sz="0" w:space="0" w:color="auto"/>
                                            <w:left w:val="none" w:sz="0" w:space="0" w:color="auto"/>
                                            <w:bottom w:val="none" w:sz="0" w:space="0" w:color="auto"/>
                                            <w:right w:val="none" w:sz="0" w:space="0" w:color="auto"/>
                                          </w:divBdr>
                                          <w:divsChild>
                                            <w:div w:id="1159467612">
                                              <w:marLeft w:val="0"/>
                                              <w:marRight w:val="0"/>
                                              <w:marTop w:val="0"/>
                                              <w:marBottom w:val="0"/>
                                              <w:divBdr>
                                                <w:top w:val="none" w:sz="0" w:space="0" w:color="auto"/>
                                                <w:left w:val="none" w:sz="0" w:space="0" w:color="auto"/>
                                                <w:bottom w:val="none" w:sz="0" w:space="0" w:color="auto"/>
                                                <w:right w:val="none" w:sz="0" w:space="0" w:color="auto"/>
                                              </w:divBdr>
                                              <w:divsChild>
                                                <w:div w:id="554858636">
                                                  <w:marLeft w:val="0"/>
                                                  <w:marRight w:val="0"/>
                                                  <w:marTop w:val="0"/>
                                                  <w:marBottom w:val="0"/>
                                                  <w:divBdr>
                                                    <w:top w:val="none" w:sz="0" w:space="0" w:color="auto"/>
                                                    <w:left w:val="none" w:sz="0" w:space="0" w:color="auto"/>
                                                    <w:bottom w:val="none" w:sz="0" w:space="0" w:color="auto"/>
                                                    <w:right w:val="none" w:sz="0" w:space="0" w:color="auto"/>
                                                  </w:divBdr>
                                                  <w:divsChild>
                                                    <w:div w:id="582033094">
                                                      <w:marLeft w:val="0"/>
                                                      <w:marRight w:val="0"/>
                                                      <w:marTop w:val="0"/>
                                                      <w:marBottom w:val="0"/>
                                                      <w:divBdr>
                                                        <w:top w:val="none" w:sz="0" w:space="0" w:color="auto"/>
                                                        <w:left w:val="none" w:sz="0" w:space="0" w:color="auto"/>
                                                        <w:bottom w:val="none" w:sz="0" w:space="0" w:color="auto"/>
                                                        <w:right w:val="none" w:sz="0" w:space="0" w:color="auto"/>
                                                      </w:divBdr>
                                                      <w:divsChild>
                                                        <w:div w:id="149255657">
                                                          <w:blockQuote w:val="1"/>
                                                          <w:marLeft w:val="720"/>
                                                          <w:marRight w:val="720"/>
                                                          <w:marTop w:val="100"/>
                                                          <w:marBottom w:val="100"/>
                                                          <w:divBdr>
                                                            <w:top w:val="none" w:sz="0" w:space="0" w:color="auto"/>
                                                            <w:left w:val="none" w:sz="0" w:space="0" w:color="auto"/>
                                                            <w:bottom w:val="none" w:sz="0" w:space="0" w:color="auto"/>
                                                            <w:right w:val="none" w:sz="0" w:space="0" w:color="auto"/>
                                                          </w:divBdr>
                                                        </w:div>
                                                        <w:div w:id="4149331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8929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79671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456597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969221">
                                                          <w:blockQuote w:val="1"/>
                                                          <w:marLeft w:val="720"/>
                                                          <w:marRight w:val="720"/>
                                                          <w:marTop w:val="100"/>
                                                          <w:marBottom w:val="100"/>
                                                          <w:divBdr>
                                                            <w:top w:val="none" w:sz="0" w:space="0" w:color="auto"/>
                                                            <w:left w:val="none" w:sz="0" w:space="0" w:color="auto"/>
                                                            <w:bottom w:val="none" w:sz="0" w:space="0" w:color="auto"/>
                                                            <w:right w:val="none" w:sz="0" w:space="0" w:color="auto"/>
                                                          </w:divBdr>
                                                        </w:div>
                                                        <w:div w:id="779763290">
                                                          <w:blockQuote w:val="1"/>
                                                          <w:marLeft w:val="720"/>
                                                          <w:marRight w:val="720"/>
                                                          <w:marTop w:val="100"/>
                                                          <w:marBottom w:val="100"/>
                                                          <w:divBdr>
                                                            <w:top w:val="none" w:sz="0" w:space="0" w:color="auto"/>
                                                            <w:left w:val="none" w:sz="0" w:space="0" w:color="auto"/>
                                                            <w:bottom w:val="none" w:sz="0" w:space="0" w:color="auto"/>
                                                            <w:right w:val="none" w:sz="0" w:space="0" w:color="auto"/>
                                                          </w:divBdr>
                                                        </w:div>
                                                        <w:div w:id="223613840">
                                                          <w:blockQuote w:val="1"/>
                                                          <w:marLeft w:val="720"/>
                                                          <w:marRight w:val="720"/>
                                                          <w:marTop w:val="100"/>
                                                          <w:marBottom w:val="100"/>
                                                          <w:divBdr>
                                                            <w:top w:val="none" w:sz="0" w:space="0" w:color="auto"/>
                                                            <w:left w:val="none" w:sz="0" w:space="0" w:color="auto"/>
                                                            <w:bottom w:val="none" w:sz="0" w:space="0" w:color="auto"/>
                                                            <w:right w:val="none" w:sz="0" w:space="0" w:color="auto"/>
                                                          </w:divBdr>
                                                        </w:div>
                                                        <w:div w:id="5455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84081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741826">
                                                          <w:blockQuote w:val="1"/>
                                                          <w:marLeft w:val="720"/>
                                                          <w:marRight w:val="720"/>
                                                          <w:marTop w:val="100"/>
                                                          <w:marBottom w:val="100"/>
                                                          <w:divBdr>
                                                            <w:top w:val="none" w:sz="0" w:space="0" w:color="auto"/>
                                                            <w:left w:val="none" w:sz="0" w:space="0" w:color="auto"/>
                                                            <w:bottom w:val="none" w:sz="0" w:space="0" w:color="auto"/>
                                                            <w:right w:val="none" w:sz="0" w:space="0" w:color="auto"/>
                                                          </w:divBdr>
                                                        </w:div>
                                                        <w:div w:id="718283142">
                                                          <w:blockQuote w:val="1"/>
                                                          <w:marLeft w:val="720"/>
                                                          <w:marRight w:val="720"/>
                                                          <w:marTop w:val="100"/>
                                                          <w:marBottom w:val="100"/>
                                                          <w:divBdr>
                                                            <w:top w:val="none" w:sz="0" w:space="0" w:color="auto"/>
                                                            <w:left w:val="none" w:sz="0" w:space="0" w:color="auto"/>
                                                            <w:bottom w:val="none" w:sz="0" w:space="0" w:color="auto"/>
                                                            <w:right w:val="none" w:sz="0" w:space="0" w:color="auto"/>
                                                          </w:divBdr>
                                                        </w:div>
                                                        <w:div w:id="725764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314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250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380665377">
                                                          <w:blockQuote w:val="1"/>
                                                          <w:marLeft w:val="720"/>
                                                          <w:marRight w:val="720"/>
                                                          <w:marTop w:val="100"/>
                                                          <w:marBottom w:val="100"/>
                                                          <w:divBdr>
                                                            <w:top w:val="none" w:sz="0" w:space="0" w:color="auto"/>
                                                            <w:left w:val="none" w:sz="0" w:space="0" w:color="auto"/>
                                                            <w:bottom w:val="none" w:sz="0" w:space="0" w:color="auto"/>
                                                            <w:right w:val="none" w:sz="0" w:space="0" w:color="auto"/>
                                                          </w:divBdr>
                                                        </w:div>
                                                        <w:div w:id="7337006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168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976521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04223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451441">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171170">
                                                          <w:blockQuote w:val="1"/>
                                                          <w:marLeft w:val="720"/>
                                                          <w:marRight w:val="720"/>
                                                          <w:marTop w:val="100"/>
                                                          <w:marBottom w:val="100"/>
                                                          <w:divBdr>
                                                            <w:top w:val="none" w:sz="0" w:space="0" w:color="auto"/>
                                                            <w:left w:val="none" w:sz="0" w:space="0" w:color="auto"/>
                                                            <w:bottom w:val="none" w:sz="0" w:space="0" w:color="auto"/>
                                                            <w:right w:val="none" w:sz="0" w:space="0" w:color="auto"/>
                                                          </w:divBdr>
                                                        </w:div>
                                                        <w:div w:id="56172208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0165426">
                                                          <w:blockQuote w:val="1"/>
                                                          <w:marLeft w:val="720"/>
                                                          <w:marRight w:val="720"/>
                                                          <w:marTop w:val="100"/>
                                                          <w:marBottom w:val="100"/>
                                                          <w:divBdr>
                                                            <w:top w:val="none" w:sz="0" w:space="0" w:color="auto"/>
                                                            <w:left w:val="none" w:sz="0" w:space="0" w:color="auto"/>
                                                            <w:bottom w:val="none" w:sz="0" w:space="0" w:color="auto"/>
                                                            <w:right w:val="none" w:sz="0" w:space="0" w:color="auto"/>
                                                          </w:divBdr>
                                                        </w:div>
                                                        <w:div w:id="1486972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7472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254718">
                          <w:marLeft w:val="0"/>
                          <w:marRight w:val="0"/>
                          <w:marTop w:val="0"/>
                          <w:marBottom w:val="0"/>
                          <w:divBdr>
                            <w:top w:val="none" w:sz="0" w:space="0" w:color="auto"/>
                            <w:left w:val="none" w:sz="0" w:space="0" w:color="auto"/>
                            <w:bottom w:val="none" w:sz="0" w:space="0" w:color="auto"/>
                            <w:right w:val="none" w:sz="0" w:space="0" w:color="auto"/>
                          </w:divBdr>
                          <w:divsChild>
                            <w:div w:id="1487552474">
                              <w:marLeft w:val="0"/>
                              <w:marRight w:val="0"/>
                              <w:marTop w:val="0"/>
                              <w:marBottom w:val="0"/>
                              <w:divBdr>
                                <w:top w:val="none" w:sz="0" w:space="0" w:color="auto"/>
                                <w:left w:val="none" w:sz="0" w:space="0" w:color="auto"/>
                                <w:bottom w:val="none" w:sz="0" w:space="0" w:color="auto"/>
                                <w:right w:val="none" w:sz="0" w:space="0" w:color="auto"/>
                              </w:divBdr>
                              <w:divsChild>
                                <w:div w:id="828906403">
                                  <w:marLeft w:val="0"/>
                                  <w:marRight w:val="0"/>
                                  <w:marTop w:val="0"/>
                                  <w:marBottom w:val="0"/>
                                  <w:divBdr>
                                    <w:top w:val="none" w:sz="0" w:space="0" w:color="auto"/>
                                    <w:left w:val="none" w:sz="0" w:space="0" w:color="auto"/>
                                    <w:bottom w:val="none" w:sz="0" w:space="0" w:color="auto"/>
                                    <w:right w:val="none" w:sz="0" w:space="0" w:color="auto"/>
                                  </w:divBdr>
                                  <w:divsChild>
                                    <w:div w:id="1843619979">
                                      <w:marLeft w:val="0"/>
                                      <w:marRight w:val="0"/>
                                      <w:marTop w:val="0"/>
                                      <w:marBottom w:val="0"/>
                                      <w:divBdr>
                                        <w:top w:val="none" w:sz="0" w:space="0" w:color="auto"/>
                                        <w:left w:val="none" w:sz="0" w:space="0" w:color="auto"/>
                                        <w:bottom w:val="none" w:sz="0" w:space="0" w:color="auto"/>
                                        <w:right w:val="none" w:sz="0" w:space="0" w:color="auto"/>
                                      </w:divBdr>
                                      <w:divsChild>
                                        <w:div w:id="50815242">
                                          <w:marLeft w:val="0"/>
                                          <w:marRight w:val="0"/>
                                          <w:marTop w:val="0"/>
                                          <w:marBottom w:val="0"/>
                                          <w:divBdr>
                                            <w:top w:val="none" w:sz="0" w:space="0" w:color="auto"/>
                                            <w:left w:val="none" w:sz="0" w:space="0" w:color="auto"/>
                                            <w:bottom w:val="none" w:sz="0" w:space="0" w:color="auto"/>
                                            <w:right w:val="none" w:sz="0" w:space="0" w:color="auto"/>
                                          </w:divBdr>
                                          <w:divsChild>
                                            <w:div w:id="1341784548">
                                              <w:marLeft w:val="0"/>
                                              <w:marRight w:val="0"/>
                                              <w:marTop w:val="0"/>
                                              <w:marBottom w:val="0"/>
                                              <w:divBdr>
                                                <w:top w:val="none" w:sz="0" w:space="0" w:color="auto"/>
                                                <w:left w:val="none" w:sz="0" w:space="0" w:color="auto"/>
                                                <w:bottom w:val="none" w:sz="0" w:space="0" w:color="auto"/>
                                                <w:right w:val="none" w:sz="0" w:space="0" w:color="auto"/>
                                              </w:divBdr>
                                              <w:divsChild>
                                                <w:div w:id="954405271">
                                                  <w:marLeft w:val="0"/>
                                                  <w:marRight w:val="0"/>
                                                  <w:marTop w:val="0"/>
                                                  <w:marBottom w:val="0"/>
                                                  <w:divBdr>
                                                    <w:top w:val="none" w:sz="0" w:space="0" w:color="auto"/>
                                                    <w:left w:val="none" w:sz="0" w:space="0" w:color="auto"/>
                                                    <w:bottom w:val="none" w:sz="0" w:space="0" w:color="auto"/>
                                                    <w:right w:val="none" w:sz="0" w:space="0" w:color="auto"/>
                                                  </w:divBdr>
                                                  <w:divsChild>
                                                    <w:div w:id="752505950">
                                                      <w:marLeft w:val="0"/>
                                                      <w:marRight w:val="0"/>
                                                      <w:marTop w:val="0"/>
                                                      <w:marBottom w:val="0"/>
                                                      <w:divBdr>
                                                        <w:top w:val="none" w:sz="0" w:space="0" w:color="auto"/>
                                                        <w:left w:val="none" w:sz="0" w:space="0" w:color="auto"/>
                                                        <w:bottom w:val="none" w:sz="0" w:space="0" w:color="auto"/>
                                                        <w:right w:val="none" w:sz="0" w:space="0" w:color="auto"/>
                                                      </w:divBdr>
                                                      <w:divsChild>
                                                        <w:div w:id="202183212">
                                                          <w:marLeft w:val="0"/>
                                                          <w:marRight w:val="0"/>
                                                          <w:marTop w:val="0"/>
                                                          <w:marBottom w:val="0"/>
                                                          <w:divBdr>
                                                            <w:top w:val="none" w:sz="0" w:space="0" w:color="auto"/>
                                                            <w:left w:val="none" w:sz="0" w:space="0" w:color="auto"/>
                                                            <w:bottom w:val="none" w:sz="0" w:space="0" w:color="auto"/>
                                                            <w:right w:val="none" w:sz="0" w:space="0" w:color="auto"/>
                                                          </w:divBdr>
                                                          <w:divsChild>
                                                            <w:div w:id="92275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04216">
                          <w:marLeft w:val="0"/>
                          <w:marRight w:val="0"/>
                          <w:marTop w:val="0"/>
                          <w:marBottom w:val="0"/>
                          <w:divBdr>
                            <w:top w:val="none" w:sz="0" w:space="0" w:color="auto"/>
                            <w:left w:val="none" w:sz="0" w:space="0" w:color="auto"/>
                            <w:bottom w:val="none" w:sz="0" w:space="0" w:color="auto"/>
                            <w:right w:val="none" w:sz="0" w:space="0" w:color="auto"/>
                          </w:divBdr>
                          <w:divsChild>
                            <w:div w:id="1191800179">
                              <w:marLeft w:val="0"/>
                              <w:marRight w:val="0"/>
                              <w:marTop w:val="0"/>
                              <w:marBottom w:val="0"/>
                              <w:divBdr>
                                <w:top w:val="none" w:sz="0" w:space="0" w:color="auto"/>
                                <w:left w:val="none" w:sz="0" w:space="0" w:color="auto"/>
                                <w:bottom w:val="none" w:sz="0" w:space="0" w:color="auto"/>
                                <w:right w:val="none" w:sz="0" w:space="0" w:color="auto"/>
                              </w:divBdr>
                              <w:divsChild>
                                <w:div w:id="2138645044">
                                  <w:marLeft w:val="0"/>
                                  <w:marRight w:val="0"/>
                                  <w:marTop w:val="0"/>
                                  <w:marBottom w:val="0"/>
                                  <w:divBdr>
                                    <w:top w:val="none" w:sz="0" w:space="0" w:color="auto"/>
                                    <w:left w:val="none" w:sz="0" w:space="0" w:color="auto"/>
                                    <w:bottom w:val="none" w:sz="0" w:space="0" w:color="auto"/>
                                    <w:right w:val="none" w:sz="0" w:space="0" w:color="auto"/>
                                  </w:divBdr>
                                  <w:divsChild>
                                    <w:div w:id="2082629335">
                                      <w:marLeft w:val="0"/>
                                      <w:marRight w:val="0"/>
                                      <w:marTop w:val="0"/>
                                      <w:marBottom w:val="0"/>
                                      <w:divBdr>
                                        <w:top w:val="none" w:sz="0" w:space="0" w:color="auto"/>
                                        <w:left w:val="none" w:sz="0" w:space="0" w:color="auto"/>
                                        <w:bottom w:val="none" w:sz="0" w:space="0" w:color="auto"/>
                                        <w:right w:val="none" w:sz="0" w:space="0" w:color="auto"/>
                                      </w:divBdr>
                                      <w:divsChild>
                                        <w:div w:id="176502097">
                                          <w:marLeft w:val="0"/>
                                          <w:marRight w:val="0"/>
                                          <w:marTop w:val="0"/>
                                          <w:marBottom w:val="0"/>
                                          <w:divBdr>
                                            <w:top w:val="none" w:sz="0" w:space="0" w:color="auto"/>
                                            <w:left w:val="none" w:sz="0" w:space="0" w:color="auto"/>
                                            <w:bottom w:val="none" w:sz="0" w:space="0" w:color="auto"/>
                                            <w:right w:val="none" w:sz="0" w:space="0" w:color="auto"/>
                                          </w:divBdr>
                                          <w:divsChild>
                                            <w:div w:id="2012875557">
                                              <w:marLeft w:val="0"/>
                                              <w:marRight w:val="0"/>
                                              <w:marTop w:val="0"/>
                                              <w:marBottom w:val="0"/>
                                              <w:divBdr>
                                                <w:top w:val="none" w:sz="0" w:space="0" w:color="auto"/>
                                                <w:left w:val="none" w:sz="0" w:space="0" w:color="auto"/>
                                                <w:bottom w:val="none" w:sz="0" w:space="0" w:color="auto"/>
                                                <w:right w:val="none" w:sz="0" w:space="0" w:color="auto"/>
                                              </w:divBdr>
                                              <w:divsChild>
                                                <w:div w:id="1251426728">
                                                  <w:marLeft w:val="0"/>
                                                  <w:marRight w:val="0"/>
                                                  <w:marTop w:val="0"/>
                                                  <w:marBottom w:val="0"/>
                                                  <w:divBdr>
                                                    <w:top w:val="none" w:sz="0" w:space="0" w:color="auto"/>
                                                    <w:left w:val="none" w:sz="0" w:space="0" w:color="auto"/>
                                                    <w:bottom w:val="none" w:sz="0" w:space="0" w:color="auto"/>
                                                    <w:right w:val="none" w:sz="0" w:space="0" w:color="auto"/>
                                                  </w:divBdr>
                                                  <w:divsChild>
                                                    <w:div w:id="363987233">
                                                      <w:marLeft w:val="0"/>
                                                      <w:marRight w:val="0"/>
                                                      <w:marTop w:val="0"/>
                                                      <w:marBottom w:val="0"/>
                                                      <w:divBdr>
                                                        <w:top w:val="none" w:sz="0" w:space="0" w:color="auto"/>
                                                        <w:left w:val="none" w:sz="0" w:space="0" w:color="auto"/>
                                                        <w:bottom w:val="none" w:sz="0" w:space="0" w:color="auto"/>
                                                        <w:right w:val="none" w:sz="0" w:space="0" w:color="auto"/>
                                                      </w:divBdr>
                                                      <w:divsChild>
                                                        <w:div w:id="699353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43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90591">
                                                          <w:blockQuote w:val="1"/>
                                                          <w:marLeft w:val="720"/>
                                                          <w:marRight w:val="720"/>
                                                          <w:marTop w:val="100"/>
                                                          <w:marBottom w:val="100"/>
                                                          <w:divBdr>
                                                            <w:top w:val="none" w:sz="0" w:space="0" w:color="auto"/>
                                                            <w:left w:val="none" w:sz="0" w:space="0" w:color="auto"/>
                                                            <w:bottom w:val="none" w:sz="0" w:space="0" w:color="auto"/>
                                                            <w:right w:val="none" w:sz="0" w:space="0" w:color="auto"/>
                                                          </w:divBdr>
                                                        </w:div>
                                                        <w:div w:id="9025663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031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288213">
                          <w:marLeft w:val="0"/>
                          <w:marRight w:val="0"/>
                          <w:marTop w:val="0"/>
                          <w:marBottom w:val="0"/>
                          <w:divBdr>
                            <w:top w:val="none" w:sz="0" w:space="0" w:color="auto"/>
                            <w:left w:val="none" w:sz="0" w:space="0" w:color="auto"/>
                            <w:bottom w:val="none" w:sz="0" w:space="0" w:color="auto"/>
                            <w:right w:val="none" w:sz="0" w:space="0" w:color="auto"/>
                          </w:divBdr>
                          <w:divsChild>
                            <w:div w:id="651328740">
                              <w:marLeft w:val="0"/>
                              <w:marRight w:val="0"/>
                              <w:marTop w:val="0"/>
                              <w:marBottom w:val="0"/>
                              <w:divBdr>
                                <w:top w:val="none" w:sz="0" w:space="0" w:color="auto"/>
                                <w:left w:val="none" w:sz="0" w:space="0" w:color="auto"/>
                                <w:bottom w:val="none" w:sz="0" w:space="0" w:color="auto"/>
                                <w:right w:val="none" w:sz="0" w:space="0" w:color="auto"/>
                              </w:divBdr>
                              <w:divsChild>
                                <w:div w:id="1274628436">
                                  <w:marLeft w:val="0"/>
                                  <w:marRight w:val="0"/>
                                  <w:marTop w:val="0"/>
                                  <w:marBottom w:val="0"/>
                                  <w:divBdr>
                                    <w:top w:val="none" w:sz="0" w:space="0" w:color="auto"/>
                                    <w:left w:val="none" w:sz="0" w:space="0" w:color="auto"/>
                                    <w:bottom w:val="none" w:sz="0" w:space="0" w:color="auto"/>
                                    <w:right w:val="none" w:sz="0" w:space="0" w:color="auto"/>
                                  </w:divBdr>
                                  <w:divsChild>
                                    <w:div w:id="652832751">
                                      <w:marLeft w:val="0"/>
                                      <w:marRight w:val="0"/>
                                      <w:marTop w:val="0"/>
                                      <w:marBottom w:val="0"/>
                                      <w:divBdr>
                                        <w:top w:val="none" w:sz="0" w:space="0" w:color="auto"/>
                                        <w:left w:val="none" w:sz="0" w:space="0" w:color="auto"/>
                                        <w:bottom w:val="none" w:sz="0" w:space="0" w:color="auto"/>
                                        <w:right w:val="none" w:sz="0" w:space="0" w:color="auto"/>
                                      </w:divBdr>
                                      <w:divsChild>
                                        <w:div w:id="1143935925">
                                          <w:marLeft w:val="0"/>
                                          <w:marRight w:val="0"/>
                                          <w:marTop w:val="0"/>
                                          <w:marBottom w:val="0"/>
                                          <w:divBdr>
                                            <w:top w:val="none" w:sz="0" w:space="0" w:color="auto"/>
                                            <w:left w:val="none" w:sz="0" w:space="0" w:color="auto"/>
                                            <w:bottom w:val="none" w:sz="0" w:space="0" w:color="auto"/>
                                            <w:right w:val="none" w:sz="0" w:space="0" w:color="auto"/>
                                          </w:divBdr>
                                          <w:divsChild>
                                            <w:div w:id="1479229713">
                                              <w:marLeft w:val="0"/>
                                              <w:marRight w:val="0"/>
                                              <w:marTop w:val="0"/>
                                              <w:marBottom w:val="0"/>
                                              <w:divBdr>
                                                <w:top w:val="none" w:sz="0" w:space="0" w:color="auto"/>
                                                <w:left w:val="none" w:sz="0" w:space="0" w:color="auto"/>
                                                <w:bottom w:val="none" w:sz="0" w:space="0" w:color="auto"/>
                                                <w:right w:val="none" w:sz="0" w:space="0" w:color="auto"/>
                                              </w:divBdr>
                                              <w:divsChild>
                                                <w:div w:id="1134715019">
                                                  <w:marLeft w:val="0"/>
                                                  <w:marRight w:val="0"/>
                                                  <w:marTop w:val="0"/>
                                                  <w:marBottom w:val="0"/>
                                                  <w:divBdr>
                                                    <w:top w:val="none" w:sz="0" w:space="0" w:color="auto"/>
                                                    <w:left w:val="none" w:sz="0" w:space="0" w:color="auto"/>
                                                    <w:bottom w:val="none" w:sz="0" w:space="0" w:color="auto"/>
                                                    <w:right w:val="none" w:sz="0" w:space="0" w:color="auto"/>
                                                  </w:divBdr>
                                                  <w:divsChild>
                                                    <w:div w:id="265310792">
                                                      <w:marLeft w:val="0"/>
                                                      <w:marRight w:val="0"/>
                                                      <w:marTop w:val="0"/>
                                                      <w:marBottom w:val="0"/>
                                                      <w:divBdr>
                                                        <w:top w:val="none" w:sz="0" w:space="0" w:color="auto"/>
                                                        <w:left w:val="none" w:sz="0" w:space="0" w:color="auto"/>
                                                        <w:bottom w:val="none" w:sz="0" w:space="0" w:color="auto"/>
                                                        <w:right w:val="none" w:sz="0" w:space="0" w:color="auto"/>
                                                      </w:divBdr>
                                                      <w:divsChild>
                                                        <w:div w:id="1674607291">
                                                          <w:marLeft w:val="0"/>
                                                          <w:marRight w:val="0"/>
                                                          <w:marTop w:val="0"/>
                                                          <w:marBottom w:val="0"/>
                                                          <w:divBdr>
                                                            <w:top w:val="none" w:sz="0" w:space="0" w:color="auto"/>
                                                            <w:left w:val="none" w:sz="0" w:space="0" w:color="auto"/>
                                                            <w:bottom w:val="none" w:sz="0" w:space="0" w:color="auto"/>
                                                            <w:right w:val="none" w:sz="0" w:space="0" w:color="auto"/>
                                                          </w:divBdr>
                                                          <w:divsChild>
                                                            <w:div w:id="5113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3420027">
                          <w:marLeft w:val="0"/>
                          <w:marRight w:val="0"/>
                          <w:marTop w:val="0"/>
                          <w:marBottom w:val="0"/>
                          <w:divBdr>
                            <w:top w:val="none" w:sz="0" w:space="0" w:color="auto"/>
                            <w:left w:val="none" w:sz="0" w:space="0" w:color="auto"/>
                            <w:bottom w:val="none" w:sz="0" w:space="0" w:color="auto"/>
                            <w:right w:val="none" w:sz="0" w:space="0" w:color="auto"/>
                          </w:divBdr>
                          <w:divsChild>
                            <w:div w:id="1449204593">
                              <w:marLeft w:val="0"/>
                              <w:marRight w:val="0"/>
                              <w:marTop w:val="0"/>
                              <w:marBottom w:val="0"/>
                              <w:divBdr>
                                <w:top w:val="none" w:sz="0" w:space="0" w:color="auto"/>
                                <w:left w:val="none" w:sz="0" w:space="0" w:color="auto"/>
                                <w:bottom w:val="none" w:sz="0" w:space="0" w:color="auto"/>
                                <w:right w:val="none" w:sz="0" w:space="0" w:color="auto"/>
                              </w:divBdr>
                              <w:divsChild>
                                <w:div w:id="576979817">
                                  <w:marLeft w:val="0"/>
                                  <w:marRight w:val="0"/>
                                  <w:marTop w:val="0"/>
                                  <w:marBottom w:val="0"/>
                                  <w:divBdr>
                                    <w:top w:val="none" w:sz="0" w:space="0" w:color="auto"/>
                                    <w:left w:val="none" w:sz="0" w:space="0" w:color="auto"/>
                                    <w:bottom w:val="none" w:sz="0" w:space="0" w:color="auto"/>
                                    <w:right w:val="none" w:sz="0" w:space="0" w:color="auto"/>
                                  </w:divBdr>
                                  <w:divsChild>
                                    <w:div w:id="321544376">
                                      <w:marLeft w:val="0"/>
                                      <w:marRight w:val="0"/>
                                      <w:marTop w:val="0"/>
                                      <w:marBottom w:val="0"/>
                                      <w:divBdr>
                                        <w:top w:val="none" w:sz="0" w:space="0" w:color="auto"/>
                                        <w:left w:val="none" w:sz="0" w:space="0" w:color="auto"/>
                                        <w:bottom w:val="none" w:sz="0" w:space="0" w:color="auto"/>
                                        <w:right w:val="none" w:sz="0" w:space="0" w:color="auto"/>
                                      </w:divBdr>
                                      <w:divsChild>
                                        <w:div w:id="144317606">
                                          <w:marLeft w:val="0"/>
                                          <w:marRight w:val="0"/>
                                          <w:marTop w:val="0"/>
                                          <w:marBottom w:val="0"/>
                                          <w:divBdr>
                                            <w:top w:val="none" w:sz="0" w:space="0" w:color="auto"/>
                                            <w:left w:val="none" w:sz="0" w:space="0" w:color="auto"/>
                                            <w:bottom w:val="none" w:sz="0" w:space="0" w:color="auto"/>
                                            <w:right w:val="none" w:sz="0" w:space="0" w:color="auto"/>
                                          </w:divBdr>
                                          <w:divsChild>
                                            <w:div w:id="829054926">
                                              <w:marLeft w:val="0"/>
                                              <w:marRight w:val="0"/>
                                              <w:marTop w:val="0"/>
                                              <w:marBottom w:val="0"/>
                                              <w:divBdr>
                                                <w:top w:val="none" w:sz="0" w:space="0" w:color="auto"/>
                                                <w:left w:val="none" w:sz="0" w:space="0" w:color="auto"/>
                                                <w:bottom w:val="none" w:sz="0" w:space="0" w:color="auto"/>
                                                <w:right w:val="none" w:sz="0" w:space="0" w:color="auto"/>
                                              </w:divBdr>
                                              <w:divsChild>
                                                <w:div w:id="279727744">
                                                  <w:marLeft w:val="0"/>
                                                  <w:marRight w:val="0"/>
                                                  <w:marTop w:val="0"/>
                                                  <w:marBottom w:val="0"/>
                                                  <w:divBdr>
                                                    <w:top w:val="none" w:sz="0" w:space="0" w:color="auto"/>
                                                    <w:left w:val="none" w:sz="0" w:space="0" w:color="auto"/>
                                                    <w:bottom w:val="none" w:sz="0" w:space="0" w:color="auto"/>
                                                    <w:right w:val="none" w:sz="0" w:space="0" w:color="auto"/>
                                                  </w:divBdr>
                                                  <w:divsChild>
                                                    <w:div w:id="1091973491">
                                                      <w:marLeft w:val="0"/>
                                                      <w:marRight w:val="0"/>
                                                      <w:marTop w:val="0"/>
                                                      <w:marBottom w:val="0"/>
                                                      <w:divBdr>
                                                        <w:top w:val="none" w:sz="0" w:space="0" w:color="auto"/>
                                                        <w:left w:val="none" w:sz="0" w:space="0" w:color="auto"/>
                                                        <w:bottom w:val="none" w:sz="0" w:space="0" w:color="auto"/>
                                                        <w:right w:val="none" w:sz="0" w:space="0" w:color="auto"/>
                                                      </w:divBdr>
                                                      <w:divsChild>
                                                        <w:div w:id="396051646">
                                                          <w:marLeft w:val="0"/>
                                                          <w:marRight w:val="0"/>
                                                          <w:marTop w:val="0"/>
                                                          <w:marBottom w:val="0"/>
                                                          <w:divBdr>
                                                            <w:top w:val="none" w:sz="0" w:space="0" w:color="auto"/>
                                                            <w:left w:val="none" w:sz="0" w:space="0" w:color="auto"/>
                                                            <w:bottom w:val="none" w:sz="0" w:space="0" w:color="auto"/>
                                                            <w:right w:val="none" w:sz="0" w:space="0" w:color="auto"/>
                                                          </w:divBdr>
                                                          <w:divsChild>
                                                            <w:div w:id="89203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86971">
                          <w:marLeft w:val="0"/>
                          <w:marRight w:val="0"/>
                          <w:marTop w:val="0"/>
                          <w:marBottom w:val="0"/>
                          <w:divBdr>
                            <w:top w:val="none" w:sz="0" w:space="0" w:color="auto"/>
                            <w:left w:val="none" w:sz="0" w:space="0" w:color="auto"/>
                            <w:bottom w:val="none" w:sz="0" w:space="0" w:color="auto"/>
                            <w:right w:val="none" w:sz="0" w:space="0" w:color="auto"/>
                          </w:divBdr>
                          <w:divsChild>
                            <w:div w:id="991716966">
                              <w:marLeft w:val="0"/>
                              <w:marRight w:val="0"/>
                              <w:marTop w:val="0"/>
                              <w:marBottom w:val="0"/>
                              <w:divBdr>
                                <w:top w:val="none" w:sz="0" w:space="0" w:color="auto"/>
                                <w:left w:val="none" w:sz="0" w:space="0" w:color="auto"/>
                                <w:bottom w:val="none" w:sz="0" w:space="0" w:color="auto"/>
                                <w:right w:val="none" w:sz="0" w:space="0" w:color="auto"/>
                              </w:divBdr>
                              <w:divsChild>
                                <w:div w:id="1898931178">
                                  <w:marLeft w:val="0"/>
                                  <w:marRight w:val="0"/>
                                  <w:marTop w:val="0"/>
                                  <w:marBottom w:val="0"/>
                                  <w:divBdr>
                                    <w:top w:val="none" w:sz="0" w:space="0" w:color="auto"/>
                                    <w:left w:val="none" w:sz="0" w:space="0" w:color="auto"/>
                                    <w:bottom w:val="none" w:sz="0" w:space="0" w:color="auto"/>
                                    <w:right w:val="none" w:sz="0" w:space="0" w:color="auto"/>
                                  </w:divBdr>
                                  <w:divsChild>
                                    <w:div w:id="674725096">
                                      <w:marLeft w:val="0"/>
                                      <w:marRight w:val="0"/>
                                      <w:marTop w:val="0"/>
                                      <w:marBottom w:val="0"/>
                                      <w:divBdr>
                                        <w:top w:val="none" w:sz="0" w:space="0" w:color="auto"/>
                                        <w:left w:val="none" w:sz="0" w:space="0" w:color="auto"/>
                                        <w:bottom w:val="none" w:sz="0" w:space="0" w:color="auto"/>
                                        <w:right w:val="none" w:sz="0" w:space="0" w:color="auto"/>
                                      </w:divBdr>
                                      <w:divsChild>
                                        <w:div w:id="734930908">
                                          <w:marLeft w:val="0"/>
                                          <w:marRight w:val="0"/>
                                          <w:marTop w:val="0"/>
                                          <w:marBottom w:val="0"/>
                                          <w:divBdr>
                                            <w:top w:val="none" w:sz="0" w:space="0" w:color="auto"/>
                                            <w:left w:val="none" w:sz="0" w:space="0" w:color="auto"/>
                                            <w:bottom w:val="none" w:sz="0" w:space="0" w:color="auto"/>
                                            <w:right w:val="none" w:sz="0" w:space="0" w:color="auto"/>
                                          </w:divBdr>
                                          <w:divsChild>
                                            <w:div w:id="431047038">
                                              <w:marLeft w:val="0"/>
                                              <w:marRight w:val="0"/>
                                              <w:marTop w:val="0"/>
                                              <w:marBottom w:val="0"/>
                                              <w:divBdr>
                                                <w:top w:val="none" w:sz="0" w:space="0" w:color="auto"/>
                                                <w:left w:val="none" w:sz="0" w:space="0" w:color="auto"/>
                                                <w:bottom w:val="none" w:sz="0" w:space="0" w:color="auto"/>
                                                <w:right w:val="none" w:sz="0" w:space="0" w:color="auto"/>
                                              </w:divBdr>
                                              <w:divsChild>
                                                <w:div w:id="2028098883">
                                                  <w:marLeft w:val="0"/>
                                                  <w:marRight w:val="0"/>
                                                  <w:marTop w:val="0"/>
                                                  <w:marBottom w:val="0"/>
                                                  <w:divBdr>
                                                    <w:top w:val="none" w:sz="0" w:space="0" w:color="auto"/>
                                                    <w:left w:val="none" w:sz="0" w:space="0" w:color="auto"/>
                                                    <w:bottom w:val="none" w:sz="0" w:space="0" w:color="auto"/>
                                                    <w:right w:val="none" w:sz="0" w:space="0" w:color="auto"/>
                                                  </w:divBdr>
                                                  <w:divsChild>
                                                    <w:div w:id="679310374">
                                                      <w:marLeft w:val="0"/>
                                                      <w:marRight w:val="0"/>
                                                      <w:marTop w:val="0"/>
                                                      <w:marBottom w:val="0"/>
                                                      <w:divBdr>
                                                        <w:top w:val="none" w:sz="0" w:space="0" w:color="auto"/>
                                                        <w:left w:val="none" w:sz="0" w:space="0" w:color="auto"/>
                                                        <w:bottom w:val="none" w:sz="0" w:space="0" w:color="auto"/>
                                                        <w:right w:val="none" w:sz="0" w:space="0" w:color="auto"/>
                                                      </w:divBdr>
                                                      <w:divsChild>
                                                        <w:div w:id="889001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2430725">
                                                          <w:blockQuote w:val="1"/>
                                                          <w:marLeft w:val="720"/>
                                                          <w:marRight w:val="720"/>
                                                          <w:marTop w:val="100"/>
                                                          <w:marBottom w:val="100"/>
                                                          <w:divBdr>
                                                            <w:top w:val="none" w:sz="0" w:space="0" w:color="auto"/>
                                                            <w:left w:val="none" w:sz="0" w:space="0" w:color="auto"/>
                                                            <w:bottom w:val="none" w:sz="0" w:space="0" w:color="auto"/>
                                                            <w:right w:val="none" w:sz="0" w:space="0" w:color="auto"/>
                                                          </w:divBdr>
                                                        </w:div>
                                                        <w:div w:id="167256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55197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96510">
                                                          <w:blockQuote w:val="1"/>
                                                          <w:marLeft w:val="720"/>
                                                          <w:marRight w:val="720"/>
                                                          <w:marTop w:val="100"/>
                                                          <w:marBottom w:val="100"/>
                                                          <w:divBdr>
                                                            <w:top w:val="none" w:sz="0" w:space="0" w:color="auto"/>
                                                            <w:left w:val="none" w:sz="0" w:space="0" w:color="auto"/>
                                                            <w:bottom w:val="none" w:sz="0" w:space="0" w:color="auto"/>
                                                            <w:right w:val="none" w:sz="0" w:space="0" w:color="auto"/>
                                                          </w:divBdr>
                                                        </w:div>
                                                        <w:div w:id="68957445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1783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317542">
                                                          <w:blockQuote w:val="1"/>
                                                          <w:marLeft w:val="720"/>
                                                          <w:marRight w:val="720"/>
                                                          <w:marTop w:val="100"/>
                                                          <w:marBottom w:val="100"/>
                                                          <w:divBdr>
                                                            <w:top w:val="none" w:sz="0" w:space="0" w:color="auto"/>
                                                            <w:left w:val="none" w:sz="0" w:space="0" w:color="auto"/>
                                                            <w:bottom w:val="none" w:sz="0" w:space="0" w:color="auto"/>
                                                            <w:right w:val="none" w:sz="0" w:space="0" w:color="auto"/>
                                                          </w:divBdr>
                                                        </w:div>
                                                        <w:div w:id="25715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9312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4228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5319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4330213">
                                                          <w:blockQuote w:val="1"/>
                                                          <w:marLeft w:val="720"/>
                                                          <w:marRight w:val="720"/>
                                                          <w:marTop w:val="100"/>
                                                          <w:marBottom w:val="100"/>
                                                          <w:divBdr>
                                                            <w:top w:val="none" w:sz="0" w:space="0" w:color="auto"/>
                                                            <w:left w:val="none" w:sz="0" w:space="0" w:color="auto"/>
                                                            <w:bottom w:val="none" w:sz="0" w:space="0" w:color="auto"/>
                                                            <w:right w:val="none" w:sz="0" w:space="0" w:color="auto"/>
                                                          </w:divBdr>
                                                        </w:div>
                                                        <w:div w:id="373315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78047">
                                                          <w:blockQuote w:val="1"/>
                                                          <w:marLeft w:val="720"/>
                                                          <w:marRight w:val="720"/>
                                                          <w:marTop w:val="100"/>
                                                          <w:marBottom w:val="100"/>
                                                          <w:divBdr>
                                                            <w:top w:val="none" w:sz="0" w:space="0" w:color="auto"/>
                                                            <w:left w:val="none" w:sz="0" w:space="0" w:color="auto"/>
                                                            <w:bottom w:val="none" w:sz="0" w:space="0" w:color="auto"/>
                                                            <w:right w:val="none" w:sz="0" w:space="0" w:color="auto"/>
                                                          </w:divBdr>
                                                        </w:div>
                                                        <w:div w:id="639192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6820732">
                          <w:marLeft w:val="0"/>
                          <w:marRight w:val="0"/>
                          <w:marTop w:val="0"/>
                          <w:marBottom w:val="0"/>
                          <w:divBdr>
                            <w:top w:val="none" w:sz="0" w:space="0" w:color="auto"/>
                            <w:left w:val="none" w:sz="0" w:space="0" w:color="auto"/>
                            <w:bottom w:val="none" w:sz="0" w:space="0" w:color="auto"/>
                            <w:right w:val="none" w:sz="0" w:space="0" w:color="auto"/>
                          </w:divBdr>
                          <w:divsChild>
                            <w:div w:id="163596427">
                              <w:marLeft w:val="0"/>
                              <w:marRight w:val="0"/>
                              <w:marTop w:val="0"/>
                              <w:marBottom w:val="0"/>
                              <w:divBdr>
                                <w:top w:val="none" w:sz="0" w:space="0" w:color="auto"/>
                                <w:left w:val="none" w:sz="0" w:space="0" w:color="auto"/>
                                <w:bottom w:val="none" w:sz="0" w:space="0" w:color="auto"/>
                                <w:right w:val="none" w:sz="0" w:space="0" w:color="auto"/>
                              </w:divBdr>
                              <w:divsChild>
                                <w:div w:id="1044524996">
                                  <w:marLeft w:val="0"/>
                                  <w:marRight w:val="0"/>
                                  <w:marTop w:val="0"/>
                                  <w:marBottom w:val="0"/>
                                  <w:divBdr>
                                    <w:top w:val="none" w:sz="0" w:space="0" w:color="auto"/>
                                    <w:left w:val="none" w:sz="0" w:space="0" w:color="auto"/>
                                    <w:bottom w:val="none" w:sz="0" w:space="0" w:color="auto"/>
                                    <w:right w:val="none" w:sz="0" w:space="0" w:color="auto"/>
                                  </w:divBdr>
                                  <w:divsChild>
                                    <w:div w:id="731003553">
                                      <w:marLeft w:val="0"/>
                                      <w:marRight w:val="0"/>
                                      <w:marTop w:val="0"/>
                                      <w:marBottom w:val="0"/>
                                      <w:divBdr>
                                        <w:top w:val="none" w:sz="0" w:space="0" w:color="auto"/>
                                        <w:left w:val="none" w:sz="0" w:space="0" w:color="auto"/>
                                        <w:bottom w:val="none" w:sz="0" w:space="0" w:color="auto"/>
                                        <w:right w:val="none" w:sz="0" w:space="0" w:color="auto"/>
                                      </w:divBdr>
                                      <w:divsChild>
                                        <w:div w:id="1486432663">
                                          <w:marLeft w:val="0"/>
                                          <w:marRight w:val="0"/>
                                          <w:marTop w:val="0"/>
                                          <w:marBottom w:val="0"/>
                                          <w:divBdr>
                                            <w:top w:val="none" w:sz="0" w:space="0" w:color="auto"/>
                                            <w:left w:val="none" w:sz="0" w:space="0" w:color="auto"/>
                                            <w:bottom w:val="none" w:sz="0" w:space="0" w:color="auto"/>
                                            <w:right w:val="none" w:sz="0" w:space="0" w:color="auto"/>
                                          </w:divBdr>
                                          <w:divsChild>
                                            <w:div w:id="2126609459">
                                              <w:marLeft w:val="0"/>
                                              <w:marRight w:val="0"/>
                                              <w:marTop w:val="0"/>
                                              <w:marBottom w:val="0"/>
                                              <w:divBdr>
                                                <w:top w:val="none" w:sz="0" w:space="0" w:color="auto"/>
                                                <w:left w:val="none" w:sz="0" w:space="0" w:color="auto"/>
                                                <w:bottom w:val="none" w:sz="0" w:space="0" w:color="auto"/>
                                                <w:right w:val="none" w:sz="0" w:space="0" w:color="auto"/>
                                              </w:divBdr>
                                              <w:divsChild>
                                                <w:div w:id="1033268912">
                                                  <w:marLeft w:val="0"/>
                                                  <w:marRight w:val="0"/>
                                                  <w:marTop w:val="0"/>
                                                  <w:marBottom w:val="0"/>
                                                  <w:divBdr>
                                                    <w:top w:val="none" w:sz="0" w:space="0" w:color="auto"/>
                                                    <w:left w:val="none" w:sz="0" w:space="0" w:color="auto"/>
                                                    <w:bottom w:val="none" w:sz="0" w:space="0" w:color="auto"/>
                                                    <w:right w:val="none" w:sz="0" w:space="0" w:color="auto"/>
                                                  </w:divBdr>
                                                  <w:divsChild>
                                                    <w:div w:id="734551999">
                                                      <w:marLeft w:val="0"/>
                                                      <w:marRight w:val="0"/>
                                                      <w:marTop w:val="0"/>
                                                      <w:marBottom w:val="0"/>
                                                      <w:divBdr>
                                                        <w:top w:val="none" w:sz="0" w:space="0" w:color="auto"/>
                                                        <w:left w:val="none" w:sz="0" w:space="0" w:color="auto"/>
                                                        <w:bottom w:val="none" w:sz="0" w:space="0" w:color="auto"/>
                                                        <w:right w:val="none" w:sz="0" w:space="0" w:color="auto"/>
                                                      </w:divBdr>
                                                      <w:divsChild>
                                                        <w:div w:id="1180895550">
                                                          <w:marLeft w:val="0"/>
                                                          <w:marRight w:val="0"/>
                                                          <w:marTop w:val="0"/>
                                                          <w:marBottom w:val="0"/>
                                                          <w:divBdr>
                                                            <w:top w:val="none" w:sz="0" w:space="0" w:color="auto"/>
                                                            <w:left w:val="none" w:sz="0" w:space="0" w:color="auto"/>
                                                            <w:bottom w:val="none" w:sz="0" w:space="0" w:color="auto"/>
                                                            <w:right w:val="none" w:sz="0" w:space="0" w:color="auto"/>
                                                          </w:divBdr>
                                                          <w:divsChild>
                                                            <w:div w:id="17237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4691237">
                          <w:marLeft w:val="0"/>
                          <w:marRight w:val="0"/>
                          <w:marTop w:val="0"/>
                          <w:marBottom w:val="0"/>
                          <w:divBdr>
                            <w:top w:val="none" w:sz="0" w:space="0" w:color="auto"/>
                            <w:left w:val="none" w:sz="0" w:space="0" w:color="auto"/>
                            <w:bottom w:val="none" w:sz="0" w:space="0" w:color="auto"/>
                            <w:right w:val="none" w:sz="0" w:space="0" w:color="auto"/>
                          </w:divBdr>
                          <w:divsChild>
                            <w:div w:id="719865750">
                              <w:marLeft w:val="0"/>
                              <w:marRight w:val="0"/>
                              <w:marTop w:val="0"/>
                              <w:marBottom w:val="0"/>
                              <w:divBdr>
                                <w:top w:val="none" w:sz="0" w:space="0" w:color="auto"/>
                                <w:left w:val="none" w:sz="0" w:space="0" w:color="auto"/>
                                <w:bottom w:val="none" w:sz="0" w:space="0" w:color="auto"/>
                                <w:right w:val="none" w:sz="0" w:space="0" w:color="auto"/>
                              </w:divBdr>
                              <w:divsChild>
                                <w:div w:id="1938252955">
                                  <w:marLeft w:val="0"/>
                                  <w:marRight w:val="0"/>
                                  <w:marTop w:val="0"/>
                                  <w:marBottom w:val="0"/>
                                  <w:divBdr>
                                    <w:top w:val="none" w:sz="0" w:space="0" w:color="auto"/>
                                    <w:left w:val="none" w:sz="0" w:space="0" w:color="auto"/>
                                    <w:bottom w:val="none" w:sz="0" w:space="0" w:color="auto"/>
                                    <w:right w:val="none" w:sz="0" w:space="0" w:color="auto"/>
                                  </w:divBdr>
                                  <w:divsChild>
                                    <w:div w:id="1638025925">
                                      <w:marLeft w:val="0"/>
                                      <w:marRight w:val="0"/>
                                      <w:marTop w:val="0"/>
                                      <w:marBottom w:val="0"/>
                                      <w:divBdr>
                                        <w:top w:val="none" w:sz="0" w:space="0" w:color="auto"/>
                                        <w:left w:val="none" w:sz="0" w:space="0" w:color="auto"/>
                                        <w:bottom w:val="none" w:sz="0" w:space="0" w:color="auto"/>
                                        <w:right w:val="none" w:sz="0" w:space="0" w:color="auto"/>
                                      </w:divBdr>
                                      <w:divsChild>
                                        <w:div w:id="189296233">
                                          <w:marLeft w:val="0"/>
                                          <w:marRight w:val="0"/>
                                          <w:marTop w:val="0"/>
                                          <w:marBottom w:val="0"/>
                                          <w:divBdr>
                                            <w:top w:val="none" w:sz="0" w:space="0" w:color="auto"/>
                                            <w:left w:val="none" w:sz="0" w:space="0" w:color="auto"/>
                                            <w:bottom w:val="none" w:sz="0" w:space="0" w:color="auto"/>
                                            <w:right w:val="none" w:sz="0" w:space="0" w:color="auto"/>
                                          </w:divBdr>
                                          <w:divsChild>
                                            <w:div w:id="1148126859">
                                              <w:marLeft w:val="0"/>
                                              <w:marRight w:val="0"/>
                                              <w:marTop w:val="0"/>
                                              <w:marBottom w:val="0"/>
                                              <w:divBdr>
                                                <w:top w:val="none" w:sz="0" w:space="0" w:color="auto"/>
                                                <w:left w:val="none" w:sz="0" w:space="0" w:color="auto"/>
                                                <w:bottom w:val="none" w:sz="0" w:space="0" w:color="auto"/>
                                                <w:right w:val="none" w:sz="0" w:space="0" w:color="auto"/>
                                              </w:divBdr>
                                              <w:divsChild>
                                                <w:div w:id="1184133550">
                                                  <w:marLeft w:val="0"/>
                                                  <w:marRight w:val="0"/>
                                                  <w:marTop w:val="0"/>
                                                  <w:marBottom w:val="0"/>
                                                  <w:divBdr>
                                                    <w:top w:val="none" w:sz="0" w:space="0" w:color="auto"/>
                                                    <w:left w:val="none" w:sz="0" w:space="0" w:color="auto"/>
                                                    <w:bottom w:val="none" w:sz="0" w:space="0" w:color="auto"/>
                                                    <w:right w:val="none" w:sz="0" w:space="0" w:color="auto"/>
                                                  </w:divBdr>
                                                  <w:divsChild>
                                                    <w:div w:id="1544639289">
                                                      <w:marLeft w:val="0"/>
                                                      <w:marRight w:val="0"/>
                                                      <w:marTop w:val="0"/>
                                                      <w:marBottom w:val="0"/>
                                                      <w:divBdr>
                                                        <w:top w:val="none" w:sz="0" w:space="0" w:color="auto"/>
                                                        <w:left w:val="none" w:sz="0" w:space="0" w:color="auto"/>
                                                        <w:bottom w:val="none" w:sz="0" w:space="0" w:color="auto"/>
                                                        <w:right w:val="none" w:sz="0" w:space="0" w:color="auto"/>
                                                      </w:divBdr>
                                                      <w:divsChild>
                                                        <w:div w:id="838420853">
                                                          <w:blockQuote w:val="1"/>
                                                          <w:marLeft w:val="720"/>
                                                          <w:marRight w:val="720"/>
                                                          <w:marTop w:val="100"/>
                                                          <w:marBottom w:val="100"/>
                                                          <w:divBdr>
                                                            <w:top w:val="none" w:sz="0" w:space="0" w:color="auto"/>
                                                            <w:left w:val="none" w:sz="0" w:space="0" w:color="auto"/>
                                                            <w:bottom w:val="none" w:sz="0" w:space="0" w:color="auto"/>
                                                            <w:right w:val="none" w:sz="0" w:space="0" w:color="auto"/>
                                                          </w:divBdr>
                                                        </w:div>
                                                        <w:div w:id="338890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30857">
                          <w:marLeft w:val="0"/>
                          <w:marRight w:val="0"/>
                          <w:marTop w:val="0"/>
                          <w:marBottom w:val="0"/>
                          <w:divBdr>
                            <w:top w:val="none" w:sz="0" w:space="0" w:color="auto"/>
                            <w:left w:val="none" w:sz="0" w:space="0" w:color="auto"/>
                            <w:bottom w:val="none" w:sz="0" w:space="0" w:color="auto"/>
                            <w:right w:val="none" w:sz="0" w:space="0" w:color="auto"/>
                          </w:divBdr>
                          <w:divsChild>
                            <w:div w:id="1824543253">
                              <w:marLeft w:val="0"/>
                              <w:marRight w:val="0"/>
                              <w:marTop w:val="0"/>
                              <w:marBottom w:val="0"/>
                              <w:divBdr>
                                <w:top w:val="none" w:sz="0" w:space="0" w:color="auto"/>
                                <w:left w:val="none" w:sz="0" w:space="0" w:color="auto"/>
                                <w:bottom w:val="none" w:sz="0" w:space="0" w:color="auto"/>
                                <w:right w:val="none" w:sz="0" w:space="0" w:color="auto"/>
                              </w:divBdr>
                              <w:divsChild>
                                <w:div w:id="32272972">
                                  <w:marLeft w:val="0"/>
                                  <w:marRight w:val="0"/>
                                  <w:marTop w:val="0"/>
                                  <w:marBottom w:val="0"/>
                                  <w:divBdr>
                                    <w:top w:val="none" w:sz="0" w:space="0" w:color="auto"/>
                                    <w:left w:val="none" w:sz="0" w:space="0" w:color="auto"/>
                                    <w:bottom w:val="none" w:sz="0" w:space="0" w:color="auto"/>
                                    <w:right w:val="none" w:sz="0" w:space="0" w:color="auto"/>
                                  </w:divBdr>
                                  <w:divsChild>
                                    <w:div w:id="1633949624">
                                      <w:marLeft w:val="0"/>
                                      <w:marRight w:val="0"/>
                                      <w:marTop w:val="0"/>
                                      <w:marBottom w:val="0"/>
                                      <w:divBdr>
                                        <w:top w:val="none" w:sz="0" w:space="0" w:color="auto"/>
                                        <w:left w:val="none" w:sz="0" w:space="0" w:color="auto"/>
                                        <w:bottom w:val="none" w:sz="0" w:space="0" w:color="auto"/>
                                        <w:right w:val="none" w:sz="0" w:space="0" w:color="auto"/>
                                      </w:divBdr>
                                      <w:divsChild>
                                        <w:div w:id="978533986">
                                          <w:marLeft w:val="0"/>
                                          <w:marRight w:val="0"/>
                                          <w:marTop w:val="0"/>
                                          <w:marBottom w:val="0"/>
                                          <w:divBdr>
                                            <w:top w:val="none" w:sz="0" w:space="0" w:color="auto"/>
                                            <w:left w:val="none" w:sz="0" w:space="0" w:color="auto"/>
                                            <w:bottom w:val="none" w:sz="0" w:space="0" w:color="auto"/>
                                            <w:right w:val="none" w:sz="0" w:space="0" w:color="auto"/>
                                          </w:divBdr>
                                          <w:divsChild>
                                            <w:div w:id="1592397760">
                                              <w:marLeft w:val="0"/>
                                              <w:marRight w:val="0"/>
                                              <w:marTop w:val="0"/>
                                              <w:marBottom w:val="0"/>
                                              <w:divBdr>
                                                <w:top w:val="none" w:sz="0" w:space="0" w:color="auto"/>
                                                <w:left w:val="none" w:sz="0" w:space="0" w:color="auto"/>
                                                <w:bottom w:val="none" w:sz="0" w:space="0" w:color="auto"/>
                                                <w:right w:val="none" w:sz="0" w:space="0" w:color="auto"/>
                                              </w:divBdr>
                                              <w:divsChild>
                                                <w:div w:id="1652521271">
                                                  <w:marLeft w:val="0"/>
                                                  <w:marRight w:val="0"/>
                                                  <w:marTop w:val="0"/>
                                                  <w:marBottom w:val="0"/>
                                                  <w:divBdr>
                                                    <w:top w:val="none" w:sz="0" w:space="0" w:color="auto"/>
                                                    <w:left w:val="none" w:sz="0" w:space="0" w:color="auto"/>
                                                    <w:bottom w:val="none" w:sz="0" w:space="0" w:color="auto"/>
                                                    <w:right w:val="none" w:sz="0" w:space="0" w:color="auto"/>
                                                  </w:divBdr>
                                                  <w:divsChild>
                                                    <w:div w:id="193734234">
                                                      <w:marLeft w:val="0"/>
                                                      <w:marRight w:val="0"/>
                                                      <w:marTop w:val="0"/>
                                                      <w:marBottom w:val="0"/>
                                                      <w:divBdr>
                                                        <w:top w:val="none" w:sz="0" w:space="0" w:color="auto"/>
                                                        <w:left w:val="none" w:sz="0" w:space="0" w:color="auto"/>
                                                        <w:bottom w:val="none" w:sz="0" w:space="0" w:color="auto"/>
                                                        <w:right w:val="none" w:sz="0" w:space="0" w:color="auto"/>
                                                      </w:divBdr>
                                                      <w:divsChild>
                                                        <w:div w:id="922377409">
                                                          <w:marLeft w:val="0"/>
                                                          <w:marRight w:val="0"/>
                                                          <w:marTop w:val="0"/>
                                                          <w:marBottom w:val="0"/>
                                                          <w:divBdr>
                                                            <w:top w:val="none" w:sz="0" w:space="0" w:color="auto"/>
                                                            <w:left w:val="none" w:sz="0" w:space="0" w:color="auto"/>
                                                            <w:bottom w:val="none" w:sz="0" w:space="0" w:color="auto"/>
                                                            <w:right w:val="none" w:sz="0" w:space="0" w:color="auto"/>
                                                          </w:divBdr>
                                                          <w:divsChild>
                                                            <w:div w:id="172289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564495">
                          <w:marLeft w:val="0"/>
                          <w:marRight w:val="0"/>
                          <w:marTop w:val="0"/>
                          <w:marBottom w:val="0"/>
                          <w:divBdr>
                            <w:top w:val="none" w:sz="0" w:space="0" w:color="auto"/>
                            <w:left w:val="none" w:sz="0" w:space="0" w:color="auto"/>
                            <w:bottom w:val="none" w:sz="0" w:space="0" w:color="auto"/>
                            <w:right w:val="none" w:sz="0" w:space="0" w:color="auto"/>
                          </w:divBdr>
                          <w:divsChild>
                            <w:div w:id="186066702">
                              <w:marLeft w:val="0"/>
                              <w:marRight w:val="0"/>
                              <w:marTop w:val="0"/>
                              <w:marBottom w:val="0"/>
                              <w:divBdr>
                                <w:top w:val="none" w:sz="0" w:space="0" w:color="auto"/>
                                <w:left w:val="none" w:sz="0" w:space="0" w:color="auto"/>
                                <w:bottom w:val="none" w:sz="0" w:space="0" w:color="auto"/>
                                <w:right w:val="none" w:sz="0" w:space="0" w:color="auto"/>
                              </w:divBdr>
                              <w:divsChild>
                                <w:div w:id="1719403250">
                                  <w:marLeft w:val="0"/>
                                  <w:marRight w:val="0"/>
                                  <w:marTop w:val="0"/>
                                  <w:marBottom w:val="0"/>
                                  <w:divBdr>
                                    <w:top w:val="none" w:sz="0" w:space="0" w:color="auto"/>
                                    <w:left w:val="none" w:sz="0" w:space="0" w:color="auto"/>
                                    <w:bottom w:val="none" w:sz="0" w:space="0" w:color="auto"/>
                                    <w:right w:val="none" w:sz="0" w:space="0" w:color="auto"/>
                                  </w:divBdr>
                                  <w:divsChild>
                                    <w:div w:id="1107043416">
                                      <w:marLeft w:val="0"/>
                                      <w:marRight w:val="0"/>
                                      <w:marTop w:val="0"/>
                                      <w:marBottom w:val="0"/>
                                      <w:divBdr>
                                        <w:top w:val="none" w:sz="0" w:space="0" w:color="auto"/>
                                        <w:left w:val="none" w:sz="0" w:space="0" w:color="auto"/>
                                        <w:bottom w:val="none" w:sz="0" w:space="0" w:color="auto"/>
                                        <w:right w:val="none" w:sz="0" w:space="0" w:color="auto"/>
                                      </w:divBdr>
                                      <w:divsChild>
                                        <w:div w:id="1693919733">
                                          <w:marLeft w:val="0"/>
                                          <w:marRight w:val="0"/>
                                          <w:marTop w:val="0"/>
                                          <w:marBottom w:val="0"/>
                                          <w:divBdr>
                                            <w:top w:val="none" w:sz="0" w:space="0" w:color="auto"/>
                                            <w:left w:val="none" w:sz="0" w:space="0" w:color="auto"/>
                                            <w:bottom w:val="none" w:sz="0" w:space="0" w:color="auto"/>
                                            <w:right w:val="none" w:sz="0" w:space="0" w:color="auto"/>
                                          </w:divBdr>
                                          <w:divsChild>
                                            <w:div w:id="225461392">
                                              <w:marLeft w:val="0"/>
                                              <w:marRight w:val="0"/>
                                              <w:marTop w:val="0"/>
                                              <w:marBottom w:val="0"/>
                                              <w:divBdr>
                                                <w:top w:val="none" w:sz="0" w:space="0" w:color="auto"/>
                                                <w:left w:val="none" w:sz="0" w:space="0" w:color="auto"/>
                                                <w:bottom w:val="none" w:sz="0" w:space="0" w:color="auto"/>
                                                <w:right w:val="none" w:sz="0" w:space="0" w:color="auto"/>
                                              </w:divBdr>
                                              <w:divsChild>
                                                <w:div w:id="487326023">
                                                  <w:marLeft w:val="0"/>
                                                  <w:marRight w:val="0"/>
                                                  <w:marTop w:val="0"/>
                                                  <w:marBottom w:val="0"/>
                                                  <w:divBdr>
                                                    <w:top w:val="none" w:sz="0" w:space="0" w:color="auto"/>
                                                    <w:left w:val="none" w:sz="0" w:space="0" w:color="auto"/>
                                                    <w:bottom w:val="none" w:sz="0" w:space="0" w:color="auto"/>
                                                    <w:right w:val="none" w:sz="0" w:space="0" w:color="auto"/>
                                                  </w:divBdr>
                                                  <w:divsChild>
                                                    <w:div w:id="1546913823">
                                                      <w:marLeft w:val="0"/>
                                                      <w:marRight w:val="0"/>
                                                      <w:marTop w:val="0"/>
                                                      <w:marBottom w:val="0"/>
                                                      <w:divBdr>
                                                        <w:top w:val="none" w:sz="0" w:space="0" w:color="auto"/>
                                                        <w:left w:val="none" w:sz="0" w:space="0" w:color="auto"/>
                                                        <w:bottom w:val="none" w:sz="0" w:space="0" w:color="auto"/>
                                                        <w:right w:val="none" w:sz="0" w:space="0" w:color="auto"/>
                                                      </w:divBdr>
                                                      <w:divsChild>
                                                        <w:div w:id="1153453593">
                                                          <w:blockQuote w:val="1"/>
                                                          <w:marLeft w:val="720"/>
                                                          <w:marRight w:val="720"/>
                                                          <w:marTop w:val="100"/>
                                                          <w:marBottom w:val="100"/>
                                                          <w:divBdr>
                                                            <w:top w:val="none" w:sz="0" w:space="0" w:color="auto"/>
                                                            <w:left w:val="none" w:sz="0" w:space="0" w:color="auto"/>
                                                            <w:bottom w:val="none" w:sz="0" w:space="0" w:color="auto"/>
                                                            <w:right w:val="none" w:sz="0" w:space="0" w:color="auto"/>
                                                          </w:divBdr>
                                                        </w:div>
                                                        <w:div w:id="678393414">
                                                          <w:blockQuote w:val="1"/>
                                                          <w:marLeft w:val="720"/>
                                                          <w:marRight w:val="720"/>
                                                          <w:marTop w:val="100"/>
                                                          <w:marBottom w:val="100"/>
                                                          <w:divBdr>
                                                            <w:top w:val="none" w:sz="0" w:space="0" w:color="auto"/>
                                                            <w:left w:val="none" w:sz="0" w:space="0" w:color="auto"/>
                                                            <w:bottom w:val="none" w:sz="0" w:space="0" w:color="auto"/>
                                                            <w:right w:val="none" w:sz="0" w:space="0" w:color="auto"/>
                                                          </w:divBdr>
                                                        </w:div>
                                                        <w:div w:id="362486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805357">
                                                          <w:blockQuote w:val="1"/>
                                                          <w:marLeft w:val="720"/>
                                                          <w:marRight w:val="720"/>
                                                          <w:marTop w:val="100"/>
                                                          <w:marBottom w:val="100"/>
                                                          <w:divBdr>
                                                            <w:top w:val="none" w:sz="0" w:space="0" w:color="auto"/>
                                                            <w:left w:val="none" w:sz="0" w:space="0" w:color="auto"/>
                                                            <w:bottom w:val="none" w:sz="0" w:space="0" w:color="auto"/>
                                                            <w:right w:val="none" w:sz="0" w:space="0" w:color="auto"/>
                                                          </w:divBdr>
                                                        </w:div>
                                                        <w:div w:id="93213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656744">
                          <w:marLeft w:val="0"/>
                          <w:marRight w:val="0"/>
                          <w:marTop w:val="0"/>
                          <w:marBottom w:val="0"/>
                          <w:divBdr>
                            <w:top w:val="none" w:sz="0" w:space="0" w:color="auto"/>
                            <w:left w:val="none" w:sz="0" w:space="0" w:color="auto"/>
                            <w:bottom w:val="none" w:sz="0" w:space="0" w:color="auto"/>
                            <w:right w:val="none" w:sz="0" w:space="0" w:color="auto"/>
                          </w:divBdr>
                          <w:divsChild>
                            <w:div w:id="981926042">
                              <w:marLeft w:val="0"/>
                              <w:marRight w:val="0"/>
                              <w:marTop w:val="0"/>
                              <w:marBottom w:val="0"/>
                              <w:divBdr>
                                <w:top w:val="none" w:sz="0" w:space="0" w:color="auto"/>
                                <w:left w:val="none" w:sz="0" w:space="0" w:color="auto"/>
                                <w:bottom w:val="none" w:sz="0" w:space="0" w:color="auto"/>
                                <w:right w:val="none" w:sz="0" w:space="0" w:color="auto"/>
                              </w:divBdr>
                              <w:divsChild>
                                <w:div w:id="409157558">
                                  <w:marLeft w:val="0"/>
                                  <w:marRight w:val="0"/>
                                  <w:marTop w:val="0"/>
                                  <w:marBottom w:val="0"/>
                                  <w:divBdr>
                                    <w:top w:val="none" w:sz="0" w:space="0" w:color="auto"/>
                                    <w:left w:val="none" w:sz="0" w:space="0" w:color="auto"/>
                                    <w:bottom w:val="none" w:sz="0" w:space="0" w:color="auto"/>
                                    <w:right w:val="none" w:sz="0" w:space="0" w:color="auto"/>
                                  </w:divBdr>
                                  <w:divsChild>
                                    <w:div w:id="1934317231">
                                      <w:marLeft w:val="0"/>
                                      <w:marRight w:val="0"/>
                                      <w:marTop w:val="0"/>
                                      <w:marBottom w:val="0"/>
                                      <w:divBdr>
                                        <w:top w:val="none" w:sz="0" w:space="0" w:color="auto"/>
                                        <w:left w:val="none" w:sz="0" w:space="0" w:color="auto"/>
                                        <w:bottom w:val="none" w:sz="0" w:space="0" w:color="auto"/>
                                        <w:right w:val="none" w:sz="0" w:space="0" w:color="auto"/>
                                      </w:divBdr>
                                      <w:divsChild>
                                        <w:div w:id="1899824034">
                                          <w:marLeft w:val="0"/>
                                          <w:marRight w:val="0"/>
                                          <w:marTop w:val="0"/>
                                          <w:marBottom w:val="0"/>
                                          <w:divBdr>
                                            <w:top w:val="none" w:sz="0" w:space="0" w:color="auto"/>
                                            <w:left w:val="none" w:sz="0" w:space="0" w:color="auto"/>
                                            <w:bottom w:val="none" w:sz="0" w:space="0" w:color="auto"/>
                                            <w:right w:val="none" w:sz="0" w:space="0" w:color="auto"/>
                                          </w:divBdr>
                                          <w:divsChild>
                                            <w:div w:id="527529461">
                                              <w:marLeft w:val="0"/>
                                              <w:marRight w:val="0"/>
                                              <w:marTop w:val="0"/>
                                              <w:marBottom w:val="0"/>
                                              <w:divBdr>
                                                <w:top w:val="none" w:sz="0" w:space="0" w:color="auto"/>
                                                <w:left w:val="none" w:sz="0" w:space="0" w:color="auto"/>
                                                <w:bottom w:val="none" w:sz="0" w:space="0" w:color="auto"/>
                                                <w:right w:val="none" w:sz="0" w:space="0" w:color="auto"/>
                                              </w:divBdr>
                                              <w:divsChild>
                                                <w:div w:id="1858037865">
                                                  <w:marLeft w:val="0"/>
                                                  <w:marRight w:val="0"/>
                                                  <w:marTop w:val="0"/>
                                                  <w:marBottom w:val="0"/>
                                                  <w:divBdr>
                                                    <w:top w:val="none" w:sz="0" w:space="0" w:color="auto"/>
                                                    <w:left w:val="none" w:sz="0" w:space="0" w:color="auto"/>
                                                    <w:bottom w:val="none" w:sz="0" w:space="0" w:color="auto"/>
                                                    <w:right w:val="none" w:sz="0" w:space="0" w:color="auto"/>
                                                  </w:divBdr>
                                                  <w:divsChild>
                                                    <w:div w:id="117724359">
                                                      <w:marLeft w:val="0"/>
                                                      <w:marRight w:val="0"/>
                                                      <w:marTop w:val="0"/>
                                                      <w:marBottom w:val="0"/>
                                                      <w:divBdr>
                                                        <w:top w:val="none" w:sz="0" w:space="0" w:color="auto"/>
                                                        <w:left w:val="none" w:sz="0" w:space="0" w:color="auto"/>
                                                        <w:bottom w:val="none" w:sz="0" w:space="0" w:color="auto"/>
                                                        <w:right w:val="none" w:sz="0" w:space="0" w:color="auto"/>
                                                      </w:divBdr>
                                                      <w:divsChild>
                                                        <w:div w:id="325861474">
                                                          <w:marLeft w:val="0"/>
                                                          <w:marRight w:val="0"/>
                                                          <w:marTop w:val="0"/>
                                                          <w:marBottom w:val="0"/>
                                                          <w:divBdr>
                                                            <w:top w:val="none" w:sz="0" w:space="0" w:color="auto"/>
                                                            <w:left w:val="none" w:sz="0" w:space="0" w:color="auto"/>
                                                            <w:bottom w:val="none" w:sz="0" w:space="0" w:color="auto"/>
                                                            <w:right w:val="none" w:sz="0" w:space="0" w:color="auto"/>
                                                          </w:divBdr>
                                                          <w:divsChild>
                                                            <w:div w:id="153276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7962138">
                          <w:marLeft w:val="0"/>
                          <w:marRight w:val="0"/>
                          <w:marTop w:val="0"/>
                          <w:marBottom w:val="0"/>
                          <w:divBdr>
                            <w:top w:val="none" w:sz="0" w:space="0" w:color="auto"/>
                            <w:left w:val="none" w:sz="0" w:space="0" w:color="auto"/>
                            <w:bottom w:val="none" w:sz="0" w:space="0" w:color="auto"/>
                            <w:right w:val="none" w:sz="0" w:space="0" w:color="auto"/>
                          </w:divBdr>
                          <w:divsChild>
                            <w:div w:id="425226768">
                              <w:marLeft w:val="0"/>
                              <w:marRight w:val="0"/>
                              <w:marTop w:val="0"/>
                              <w:marBottom w:val="0"/>
                              <w:divBdr>
                                <w:top w:val="none" w:sz="0" w:space="0" w:color="auto"/>
                                <w:left w:val="none" w:sz="0" w:space="0" w:color="auto"/>
                                <w:bottom w:val="none" w:sz="0" w:space="0" w:color="auto"/>
                                <w:right w:val="none" w:sz="0" w:space="0" w:color="auto"/>
                              </w:divBdr>
                              <w:divsChild>
                                <w:div w:id="96172368">
                                  <w:marLeft w:val="0"/>
                                  <w:marRight w:val="0"/>
                                  <w:marTop w:val="0"/>
                                  <w:marBottom w:val="0"/>
                                  <w:divBdr>
                                    <w:top w:val="none" w:sz="0" w:space="0" w:color="auto"/>
                                    <w:left w:val="none" w:sz="0" w:space="0" w:color="auto"/>
                                    <w:bottom w:val="none" w:sz="0" w:space="0" w:color="auto"/>
                                    <w:right w:val="none" w:sz="0" w:space="0" w:color="auto"/>
                                  </w:divBdr>
                                  <w:divsChild>
                                    <w:div w:id="1051811436">
                                      <w:marLeft w:val="0"/>
                                      <w:marRight w:val="0"/>
                                      <w:marTop w:val="0"/>
                                      <w:marBottom w:val="0"/>
                                      <w:divBdr>
                                        <w:top w:val="none" w:sz="0" w:space="0" w:color="auto"/>
                                        <w:left w:val="none" w:sz="0" w:space="0" w:color="auto"/>
                                        <w:bottom w:val="none" w:sz="0" w:space="0" w:color="auto"/>
                                        <w:right w:val="none" w:sz="0" w:space="0" w:color="auto"/>
                                      </w:divBdr>
                                      <w:divsChild>
                                        <w:div w:id="453527365">
                                          <w:marLeft w:val="0"/>
                                          <w:marRight w:val="0"/>
                                          <w:marTop w:val="0"/>
                                          <w:marBottom w:val="0"/>
                                          <w:divBdr>
                                            <w:top w:val="none" w:sz="0" w:space="0" w:color="auto"/>
                                            <w:left w:val="none" w:sz="0" w:space="0" w:color="auto"/>
                                            <w:bottom w:val="none" w:sz="0" w:space="0" w:color="auto"/>
                                            <w:right w:val="none" w:sz="0" w:space="0" w:color="auto"/>
                                          </w:divBdr>
                                          <w:divsChild>
                                            <w:div w:id="1818060911">
                                              <w:marLeft w:val="0"/>
                                              <w:marRight w:val="0"/>
                                              <w:marTop w:val="0"/>
                                              <w:marBottom w:val="0"/>
                                              <w:divBdr>
                                                <w:top w:val="none" w:sz="0" w:space="0" w:color="auto"/>
                                                <w:left w:val="none" w:sz="0" w:space="0" w:color="auto"/>
                                                <w:bottom w:val="none" w:sz="0" w:space="0" w:color="auto"/>
                                                <w:right w:val="none" w:sz="0" w:space="0" w:color="auto"/>
                                              </w:divBdr>
                                              <w:divsChild>
                                                <w:div w:id="204295256">
                                                  <w:marLeft w:val="0"/>
                                                  <w:marRight w:val="0"/>
                                                  <w:marTop w:val="0"/>
                                                  <w:marBottom w:val="0"/>
                                                  <w:divBdr>
                                                    <w:top w:val="none" w:sz="0" w:space="0" w:color="auto"/>
                                                    <w:left w:val="none" w:sz="0" w:space="0" w:color="auto"/>
                                                    <w:bottom w:val="none" w:sz="0" w:space="0" w:color="auto"/>
                                                    <w:right w:val="none" w:sz="0" w:space="0" w:color="auto"/>
                                                  </w:divBdr>
                                                  <w:divsChild>
                                                    <w:div w:id="334498480">
                                                      <w:marLeft w:val="0"/>
                                                      <w:marRight w:val="0"/>
                                                      <w:marTop w:val="0"/>
                                                      <w:marBottom w:val="0"/>
                                                      <w:divBdr>
                                                        <w:top w:val="none" w:sz="0" w:space="0" w:color="auto"/>
                                                        <w:left w:val="none" w:sz="0" w:space="0" w:color="auto"/>
                                                        <w:bottom w:val="none" w:sz="0" w:space="0" w:color="auto"/>
                                                        <w:right w:val="none" w:sz="0" w:space="0" w:color="auto"/>
                                                      </w:divBdr>
                                                      <w:divsChild>
                                                        <w:div w:id="191327026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9786680">
                                                          <w:blockQuote w:val="1"/>
                                                          <w:marLeft w:val="720"/>
                                                          <w:marRight w:val="720"/>
                                                          <w:marTop w:val="100"/>
                                                          <w:marBottom w:val="100"/>
                                                          <w:divBdr>
                                                            <w:top w:val="none" w:sz="0" w:space="0" w:color="auto"/>
                                                            <w:left w:val="none" w:sz="0" w:space="0" w:color="auto"/>
                                                            <w:bottom w:val="none" w:sz="0" w:space="0" w:color="auto"/>
                                                            <w:right w:val="none" w:sz="0" w:space="0" w:color="auto"/>
                                                          </w:divBdr>
                                                        </w:div>
                                                        <w:div w:id="84422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2090796">
                          <w:marLeft w:val="0"/>
                          <w:marRight w:val="0"/>
                          <w:marTop w:val="0"/>
                          <w:marBottom w:val="0"/>
                          <w:divBdr>
                            <w:top w:val="none" w:sz="0" w:space="0" w:color="auto"/>
                            <w:left w:val="none" w:sz="0" w:space="0" w:color="auto"/>
                            <w:bottom w:val="none" w:sz="0" w:space="0" w:color="auto"/>
                            <w:right w:val="none" w:sz="0" w:space="0" w:color="auto"/>
                          </w:divBdr>
                          <w:divsChild>
                            <w:div w:id="1664773113">
                              <w:marLeft w:val="0"/>
                              <w:marRight w:val="0"/>
                              <w:marTop w:val="0"/>
                              <w:marBottom w:val="0"/>
                              <w:divBdr>
                                <w:top w:val="none" w:sz="0" w:space="0" w:color="auto"/>
                                <w:left w:val="none" w:sz="0" w:space="0" w:color="auto"/>
                                <w:bottom w:val="none" w:sz="0" w:space="0" w:color="auto"/>
                                <w:right w:val="none" w:sz="0" w:space="0" w:color="auto"/>
                              </w:divBdr>
                              <w:divsChild>
                                <w:div w:id="1866597229">
                                  <w:marLeft w:val="0"/>
                                  <w:marRight w:val="0"/>
                                  <w:marTop w:val="0"/>
                                  <w:marBottom w:val="0"/>
                                  <w:divBdr>
                                    <w:top w:val="none" w:sz="0" w:space="0" w:color="auto"/>
                                    <w:left w:val="none" w:sz="0" w:space="0" w:color="auto"/>
                                    <w:bottom w:val="none" w:sz="0" w:space="0" w:color="auto"/>
                                    <w:right w:val="none" w:sz="0" w:space="0" w:color="auto"/>
                                  </w:divBdr>
                                  <w:divsChild>
                                    <w:div w:id="818688510">
                                      <w:marLeft w:val="0"/>
                                      <w:marRight w:val="0"/>
                                      <w:marTop w:val="0"/>
                                      <w:marBottom w:val="0"/>
                                      <w:divBdr>
                                        <w:top w:val="none" w:sz="0" w:space="0" w:color="auto"/>
                                        <w:left w:val="none" w:sz="0" w:space="0" w:color="auto"/>
                                        <w:bottom w:val="none" w:sz="0" w:space="0" w:color="auto"/>
                                        <w:right w:val="none" w:sz="0" w:space="0" w:color="auto"/>
                                      </w:divBdr>
                                      <w:divsChild>
                                        <w:div w:id="986013333">
                                          <w:marLeft w:val="0"/>
                                          <w:marRight w:val="0"/>
                                          <w:marTop w:val="0"/>
                                          <w:marBottom w:val="0"/>
                                          <w:divBdr>
                                            <w:top w:val="none" w:sz="0" w:space="0" w:color="auto"/>
                                            <w:left w:val="none" w:sz="0" w:space="0" w:color="auto"/>
                                            <w:bottom w:val="none" w:sz="0" w:space="0" w:color="auto"/>
                                            <w:right w:val="none" w:sz="0" w:space="0" w:color="auto"/>
                                          </w:divBdr>
                                          <w:divsChild>
                                            <w:div w:id="665670330">
                                              <w:marLeft w:val="0"/>
                                              <w:marRight w:val="0"/>
                                              <w:marTop w:val="0"/>
                                              <w:marBottom w:val="0"/>
                                              <w:divBdr>
                                                <w:top w:val="none" w:sz="0" w:space="0" w:color="auto"/>
                                                <w:left w:val="none" w:sz="0" w:space="0" w:color="auto"/>
                                                <w:bottom w:val="none" w:sz="0" w:space="0" w:color="auto"/>
                                                <w:right w:val="none" w:sz="0" w:space="0" w:color="auto"/>
                                              </w:divBdr>
                                              <w:divsChild>
                                                <w:div w:id="816143154">
                                                  <w:marLeft w:val="0"/>
                                                  <w:marRight w:val="0"/>
                                                  <w:marTop w:val="0"/>
                                                  <w:marBottom w:val="0"/>
                                                  <w:divBdr>
                                                    <w:top w:val="none" w:sz="0" w:space="0" w:color="auto"/>
                                                    <w:left w:val="none" w:sz="0" w:space="0" w:color="auto"/>
                                                    <w:bottom w:val="none" w:sz="0" w:space="0" w:color="auto"/>
                                                    <w:right w:val="none" w:sz="0" w:space="0" w:color="auto"/>
                                                  </w:divBdr>
                                                  <w:divsChild>
                                                    <w:div w:id="591427053">
                                                      <w:marLeft w:val="0"/>
                                                      <w:marRight w:val="0"/>
                                                      <w:marTop w:val="0"/>
                                                      <w:marBottom w:val="0"/>
                                                      <w:divBdr>
                                                        <w:top w:val="none" w:sz="0" w:space="0" w:color="auto"/>
                                                        <w:left w:val="none" w:sz="0" w:space="0" w:color="auto"/>
                                                        <w:bottom w:val="none" w:sz="0" w:space="0" w:color="auto"/>
                                                        <w:right w:val="none" w:sz="0" w:space="0" w:color="auto"/>
                                                      </w:divBdr>
                                                      <w:divsChild>
                                                        <w:div w:id="1942763948">
                                                          <w:marLeft w:val="0"/>
                                                          <w:marRight w:val="0"/>
                                                          <w:marTop w:val="0"/>
                                                          <w:marBottom w:val="0"/>
                                                          <w:divBdr>
                                                            <w:top w:val="none" w:sz="0" w:space="0" w:color="auto"/>
                                                            <w:left w:val="none" w:sz="0" w:space="0" w:color="auto"/>
                                                            <w:bottom w:val="none" w:sz="0" w:space="0" w:color="auto"/>
                                                            <w:right w:val="none" w:sz="0" w:space="0" w:color="auto"/>
                                                          </w:divBdr>
                                                          <w:divsChild>
                                                            <w:div w:id="110966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7905333">
                          <w:marLeft w:val="0"/>
                          <w:marRight w:val="0"/>
                          <w:marTop w:val="0"/>
                          <w:marBottom w:val="0"/>
                          <w:divBdr>
                            <w:top w:val="none" w:sz="0" w:space="0" w:color="auto"/>
                            <w:left w:val="none" w:sz="0" w:space="0" w:color="auto"/>
                            <w:bottom w:val="none" w:sz="0" w:space="0" w:color="auto"/>
                            <w:right w:val="none" w:sz="0" w:space="0" w:color="auto"/>
                          </w:divBdr>
                          <w:divsChild>
                            <w:div w:id="1784299984">
                              <w:marLeft w:val="0"/>
                              <w:marRight w:val="0"/>
                              <w:marTop w:val="0"/>
                              <w:marBottom w:val="0"/>
                              <w:divBdr>
                                <w:top w:val="none" w:sz="0" w:space="0" w:color="auto"/>
                                <w:left w:val="none" w:sz="0" w:space="0" w:color="auto"/>
                                <w:bottom w:val="none" w:sz="0" w:space="0" w:color="auto"/>
                                <w:right w:val="none" w:sz="0" w:space="0" w:color="auto"/>
                              </w:divBdr>
                              <w:divsChild>
                                <w:div w:id="1103065269">
                                  <w:marLeft w:val="0"/>
                                  <w:marRight w:val="0"/>
                                  <w:marTop w:val="0"/>
                                  <w:marBottom w:val="0"/>
                                  <w:divBdr>
                                    <w:top w:val="none" w:sz="0" w:space="0" w:color="auto"/>
                                    <w:left w:val="none" w:sz="0" w:space="0" w:color="auto"/>
                                    <w:bottom w:val="none" w:sz="0" w:space="0" w:color="auto"/>
                                    <w:right w:val="none" w:sz="0" w:space="0" w:color="auto"/>
                                  </w:divBdr>
                                  <w:divsChild>
                                    <w:div w:id="1976523624">
                                      <w:marLeft w:val="0"/>
                                      <w:marRight w:val="0"/>
                                      <w:marTop w:val="0"/>
                                      <w:marBottom w:val="0"/>
                                      <w:divBdr>
                                        <w:top w:val="none" w:sz="0" w:space="0" w:color="auto"/>
                                        <w:left w:val="none" w:sz="0" w:space="0" w:color="auto"/>
                                        <w:bottom w:val="none" w:sz="0" w:space="0" w:color="auto"/>
                                        <w:right w:val="none" w:sz="0" w:space="0" w:color="auto"/>
                                      </w:divBdr>
                                      <w:divsChild>
                                        <w:div w:id="739600371">
                                          <w:marLeft w:val="0"/>
                                          <w:marRight w:val="0"/>
                                          <w:marTop w:val="0"/>
                                          <w:marBottom w:val="0"/>
                                          <w:divBdr>
                                            <w:top w:val="none" w:sz="0" w:space="0" w:color="auto"/>
                                            <w:left w:val="none" w:sz="0" w:space="0" w:color="auto"/>
                                            <w:bottom w:val="none" w:sz="0" w:space="0" w:color="auto"/>
                                            <w:right w:val="none" w:sz="0" w:space="0" w:color="auto"/>
                                          </w:divBdr>
                                          <w:divsChild>
                                            <w:div w:id="630287726">
                                              <w:marLeft w:val="0"/>
                                              <w:marRight w:val="0"/>
                                              <w:marTop w:val="0"/>
                                              <w:marBottom w:val="0"/>
                                              <w:divBdr>
                                                <w:top w:val="none" w:sz="0" w:space="0" w:color="auto"/>
                                                <w:left w:val="none" w:sz="0" w:space="0" w:color="auto"/>
                                                <w:bottom w:val="none" w:sz="0" w:space="0" w:color="auto"/>
                                                <w:right w:val="none" w:sz="0" w:space="0" w:color="auto"/>
                                              </w:divBdr>
                                              <w:divsChild>
                                                <w:div w:id="299653564">
                                                  <w:marLeft w:val="0"/>
                                                  <w:marRight w:val="0"/>
                                                  <w:marTop w:val="0"/>
                                                  <w:marBottom w:val="0"/>
                                                  <w:divBdr>
                                                    <w:top w:val="none" w:sz="0" w:space="0" w:color="auto"/>
                                                    <w:left w:val="none" w:sz="0" w:space="0" w:color="auto"/>
                                                    <w:bottom w:val="none" w:sz="0" w:space="0" w:color="auto"/>
                                                    <w:right w:val="none" w:sz="0" w:space="0" w:color="auto"/>
                                                  </w:divBdr>
                                                  <w:divsChild>
                                                    <w:div w:id="1242638553">
                                                      <w:marLeft w:val="0"/>
                                                      <w:marRight w:val="0"/>
                                                      <w:marTop w:val="0"/>
                                                      <w:marBottom w:val="0"/>
                                                      <w:divBdr>
                                                        <w:top w:val="none" w:sz="0" w:space="0" w:color="auto"/>
                                                        <w:left w:val="none" w:sz="0" w:space="0" w:color="auto"/>
                                                        <w:bottom w:val="none" w:sz="0" w:space="0" w:color="auto"/>
                                                        <w:right w:val="none" w:sz="0" w:space="0" w:color="auto"/>
                                                      </w:divBdr>
                                                      <w:divsChild>
                                                        <w:div w:id="175655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168161">
                          <w:marLeft w:val="0"/>
                          <w:marRight w:val="0"/>
                          <w:marTop w:val="0"/>
                          <w:marBottom w:val="0"/>
                          <w:divBdr>
                            <w:top w:val="none" w:sz="0" w:space="0" w:color="auto"/>
                            <w:left w:val="none" w:sz="0" w:space="0" w:color="auto"/>
                            <w:bottom w:val="none" w:sz="0" w:space="0" w:color="auto"/>
                            <w:right w:val="none" w:sz="0" w:space="0" w:color="auto"/>
                          </w:divBdr>
                          <w:divsChild>
                            <w:div w:id="1387223295">
                              <w:marLeft w:val="0"/>
                              <w:marRight w:val="0"/>
                              <w:marTop w:val="0"/>
                              <w:marBottom w:val="0"/>
                              <w:divBdr>
                                <w:top w:val="none" w:sz="0" w:space="0" w:color="auto"/>
                                <w:left w:val="none" w:sz="0" w:space="0" w:color="auto"/>
                                <w:bottom w:val="none" w:sz="0" w:space="0" w:color="auto"/>
                                <w:right w:val="none" w:sz="0" w:space="0" w:color="auto"/>
                              </w:divBdr>
                              <w:divsChild>
                                <w:div w:id="1133595565">
                                  <w:marLeft w:val="0"/>
                                  <w:marRight w:val="0"/>
                                  <w:marTop w:val="0"/>
                                  <w:marBottom w:val="0"/>
                                  <w:divBdr>
                                    <w:top w:val="none" w:sz="0" w:space="0" w:color="auto"/>
                                    <w:left w:val="none" w:sz="0" w:space="0" w:color="auto"/>
                                    <w:bottom w:val="none" w:sz="0" w:space="0" w:color="auto"/>
                                    <w:right w:val="none" w:sz="0" w:space="0" w:color="auto"/>
                                  </w:divBdr>
                                  <w:divsChild>
                                    <w:div w:id="1691253013">
                                      <w:marLeft w:val="0"/>
                                      <w:marRight w:val="0"/>
                                      <w:marTop w:val="0"/>
                                      <w:marBottom w:val="0"/>
                                      <w:divBdr>
                                        <w:top w:val="none" w:sz="0" w:space="0" w:color="auto"/>
                                        <w:left w:val="none" w:sz="0" w:space="0" w:color="auto"/>
                                        <w:bottom w:val="none" w:sz="0" w:space="0" w:color="auto"/>
                                        <w:right w:val="none" w:sz="0" w:space="0" w:color="auto"/>
                                      </w:divBdr>
                                      <w:divsChild>
                                        <w:div w:id="280185897">
                                          <w:marLeft w:val="0"/>
                                          <w:marRight w:val="0"/>
                                          <w:marTop w:val="0"/>
                                          <w:marBottom w:val="0"/>
                                          <w:divBdr>
                                            <w:top w:val="none" w:sz="0" w:space="0" w:color="auto"/>
                                            <w:left w:val="none" w:sz="0" w:space="0" w:color="auto"/>
                                            <w:bottom w:val="none" w:sz="0" w:space="0" w:color="auto"/>
                                            <w:right w:val="none" w:sz="0" w:space="0" w:color="auto"/>
                                          </w:divBdr>
                                          <w:divsChild>
                                            <w:div w:id="148058953">
                                              <w:marLeft w:val="0"/>
                                              <w:marRight w:val="0"/>
                                              <w:marTop w:val="0"/>
                                              <w:marBottom w:val="0"/>
                                              <w:divBdr>
                                                <w:top w:val="none" w:sz="0" w:space="0" w:color="auto"/>
                                                <w:left w:val="none" w:sz="0" w:space="0" w:color="auto"/>
                                                <w:bottom w:val="none" w:sz="0" w:space="0" w:color="auto"/>
                                                <w:right w:val="none" w:sz="0" w:space="0" w:color="auto"/>
                                              </w:divBdr>
                                              <w:divsChild>
                                                <w:div w:id="1746610119">
                                                  <w:marLeft w:val="0"/>
                                                  <w:marRight w:val="0"/>
                                                  <w:marTop w:val="0"/>
                                                  <w:marBottom w:val="0"/>
                                                  <w:divBdr>
                                                    <w:top w:val="none" w:sz="0" w:space="0" w:color="auto"/>
                                                    <w:left w:val="none" w:sz="0" w:space="0" w:color="auto"/>
                                                    <w:bottom w:val="none" w:sz="0" w:space="0" w:color="auto"/>
                                                    <w:right w:val="none" w:sz="0" w:space="0" w:color="auto"/>
                                                  </w:divBdr>
                                                  <w:divsChild>
                                                    <w:div w:id="64885347">
                                                      <w:marLeft w:val="0"/>
                                                      <w:marRight w:val="0"/>
                                                      <w:marTop w:val="0"/>
                                                      <w:marBottom w:val="0"/>
                                                      <w:divBdr>
                                                        <w:top w:val="none" w:sz="0" w:space="0" w:color="auto"/>
                                                        <w:left w:val="none" w:sz="0" w:space="0" w:color="auto"/>
                                                        <w:bottom w:val="none" w:sz="0" w:space="0" w:color="auto"/>
                                                        <w:right w:val="none" w:sz="0" w:space="0" w:color="auto"/>
                                                      </w:divBdr>
                                                      <w:divsChild>
                                                        <w:div w:id="160317024">
                                                          <w:marLeft w:val="0"/>
                                                          <w:marRight w:val="0"/>
                                                          <w:marTop w:val="0"/>
                                                          <w:marBottom w:val="0"/>
                                                          <w:divBdr>
                                                            <w:top w:val="none" w:sz="0" w:space="0" w:color="auto"/>
                                                            <w:left w:val="none" w:sz="0" w:space="0" w:color="auto"/>
                                                            <w:bottom w:val="none" w:sz="0" w:space="0" w:color="auto"/>
                                                            <w:right w:val="none" w:sz="0" w:space="0" w:color="auto"/>
                                                          </w:divBdr>
                                                          <w:divsChild>
                                                            <w:div w:id="20580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7756495">
                          <w:marLeft w:val="0"/>
                          <w:marRight w:val="0"/>
                          <w:marTop w:val="0"/>
                          <w:marBottom w:val="0"/>
                          <w:divBdr>
                            <w:top w:val="none" w:sz="0" w:space="0" w:color="auto"/>
                            <w:left w:val="none" w:sz="0" w:space="0" w:color="auto"/>
                            <w:bottom w:val="none" w:sz="0" w:space="0" w:color="auto"/>
                            <w:right w:val="none" w:sz="0" w:space="0" w:color="auto"/>
                          </w:divBdr>
                          <w:divsChild>
                            <w:div w:id="354114275">
                              <w:marLeft w:val="0"/>
                              <w:marRight w:val="0"/>
                              <w:marTop w:val="0"/>
                              <w:marBottom w:val="0"/>
                              <w:divBdr>
                                <w:top w:val="none" w:sz="0" w:space="0" w:color="auto"/>
                                <w:left w:val="none" w:sz="0" w:space="0" w:color="auto"/>
                                <w:bottom w:val="none" w:sz="0" w:space="0" w:color="auto"/>
                                <w:right w:val="none" w:sz="0" w:space="0" w:color="auto"/>
                              </w:divBdr>
                              <w:divsChild>
                                <w:div w:id="953706407">
                                  <w:marLeft w:val="0"/>
                                  <w:marRight w:val="0"/>
                                  <w:marTop w:val="0"/>
                                  <w:marBottom w:val="0"/>
                                  <w:divBdr>
                                    <w:top w:val="none" w:sz="0" w:space="0" w:color="auto"/>
                                    <w:left w:val="none" w:sz="0" w:space="0" w:color="auto"/>
                                    <w:bottom w:val="none" w:sz="0" w:space="0" w:color="auto"/>
                                    <w:right w:val="none" w:sz="0" w:space="0" w:color="auto"/>
                                  </w:divBdr>
                                  <w:divsChild>
                                    <w:div w:id="1767194523">
                                      <w:marLeft w:val="0"/>
                                      <w:marRight w:val="0"/>
                                      <w:marTop w:val="0"/>
                                      <w:marBottom w:val="0"/>
                                      <w:divBdr>
                                        <w:top w:val="none" w:sz="0" w:space="0" w:color="auto"/>
                                        <w:left w:val="none" w:sz="0" w:space="0" w:color="auto"/>
                                        <w:bottom w:val="none" w:sz="0" w:space="0" w:color="auto"/>
                                        <w:right w:val="none" w:sz="0" w:space="0" w:color="auto"/>
                                      </w:divBdr>
                                      <w:divsChild>
                                        <w:div w:id="217522748">
                                          <w:marLeft w:val="0"/>
                                          <w:marRight w:val="0"/>
                                          <w:marTop w:val="0"/>
                                          <w:marBottom w:val="0"/>
                                          <w:divBdr>
                                            <w:top w:val="none" w:sz="0" w:space="0" w:color="auto"/>
                                            <w:left w:val="none" w:sz="0" w:space="0" w:color="auto"/>
                                            <w:bottom w:val="none" w:sz="0" w:space="0" w:color="auto"/>
                                            <w:right w:val="none" w:sz="0" w:space="0" w:color="auto"/>
                                          </w:divBdr>
                                          <w:divsChild>
                                            <w:div w:id="1239055826">
                                              <w:marLeft w:val="0"/>
                                              <w:marRight w:val="0"/>
                                              <w:marTop w:val="0"/>
                                              <w:marBottom w:val="0"/>
                                              <w:divBdr>
                                                <w:top w:val="none" w:sz="0" w:space="0" w:color="auto"/>
                                                <w:left w:val="none" w:sz="0" w:space="0" w:color="auto"/>
                                                <w:bottom w:val="none" w:sz="0" w:space="0" w:color="auto"/>
                                                <w:right w:val="none" w:sz="0" w:space="0" w:color="auto"/>
                                              </w:divBdr>
                                              <w:divsChild>
                                                <w:div w:id="401492829">
                                                  <w:marLeft w:val="0"/>
                                                  <w:marRight w:val="0"/>
                                                  <w:marTop w:val="0"/>
                                                  <w:marBottom w:val="0"/>
                                                  <w:divBdr>
                                                    <w:top w:val="none" w:sz="0" w:space="0" w:color="auto"/>
                                                    <w:left w:val="none" w:sz="0" w:space="0" w:color="auto"/>
                                                    <w:bottom w:val="none" w:sz="0" w:space="0" w:color="auto"/>
                                                    <w:right w:val="none" w:sz="0" w:space="0" w:color="auto"/>
                                                  </w:divBdr>
                                                  <w:divsChild>
                                                    <w:div w:id="1649626465">
                                                      <w:marLeft w:val="0"/>
                                                      <w:marRight w:val="0"/>
                                                      <w:marTop w:val="0"/>
                                                      <w:marBottom w:val="0"/>
                                                      <w:divBdr>
                                                        <w:top w:val="none" w:sz="0" w:space="0" w:color="auto"/>
                                                        <w:left w:val="none" w:sz="0" w:space="0" w:color="auto"/>
                                                        <w:bottom w:val="none" w:sz="0" w:space="0" w:color="auto"/>
                                                        <w:right w:val="none" w:sz="0" w:space="0" w:color="auto"/>
                                                      </w:divBdr>
                                                      <w:divsChild>
                                                        <w:div w:id="61440561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9125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4427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52389799">
                                                          <w:blockQuote w:val="1"/>
                                                          <w:marLeft w:val="720"/>
                                                          <w:marRight w:val="720"/>
                                                          <w:marTop w:val="100"/>
                                                          <w:marBottom w:val="100"/>
                                                          <w:divBdr>
                                                            <w:top w:val="none" w:sz="0" w:space="0" w:color="auto"/>
                                                            <w:left w:val="none" w:sz="0" w:space="0" w:color="auto"/>
                                                            <w:bottom w:val="none" w:sz="0" w:space="0" w:color="auto"/>
                                                            <w:right w:val="none" w:sz="0" w:space="0" w:color="auto"/>
                                                          </w:divBdr>
                                                        </w:div>
                                                        <w:div w:id="843980139">
                                                          <w:blockQuote w:val="1"/>
                                                          <w:marLeft w:val="720"/>
                                                          <w:marRight w:val="720"/>
                                                          <w:marTop w:val="100"/>
                                                          <w:marBottom w:val="100"/>
                                                          <w:divBdr>
                                                            <w:top w:val="none" w:sz="0" w:space="0" w:color="auto"/>
                                                            <w:left w:val="none" w:sz="0" w:space="0" w:color="auto"/>
                                                            <w:bottom w:val="none" w:sz="0" w:space="0" w:color="auto"/>
                                                            <w:right w:val="none" w:sz="0" w:space="0" w:color="auto"/>
                                                          </w:divBdr>
                                                        </w:div>
                                                        <w:div w:id="4634234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923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844175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852253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911204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538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47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65541">
                          <w:marLeft w:val="0"/>
                          <w:marRight w:val="0"/>
                          <w:marTop w:val="0"/>
                          <w:marBottom w:val="0"/>
                          <w:divBdr>
                            <w:top w:val="none" w:sz="0" w:space="0" w:color="auto"/>
                            <w:left w:val="none" w:sz="0" w:space="0" w:color="auto"/>
                            <w:bottom w:val="none" w:sz="0" w:space="0" w:color="auto"/>
                            <w:right w:val="none" w:sz="0" w:space="0" w:color="auto"/>
                          </w:divBdr>
                          <w:divsChild>
                            <w:div w:id="2043894603">
                              <w:marLeft w:val="0"/>
                              <w:marRight w:val="0"/>
                              <w:marTop w:val="0"/>
                              <w:marBottom w:val="0"/>
                              <w:divBdr>
                                <w:top w:val="none" w:sz="0" w:space="0" w:color="auto"/>
                                <w:left w:val="none" w:sz="0" w:space="0" w:color="auto"/>
                                <w:bottom w:val="none" w:sz="0" w:space="0" w:color="auto"/>
                                <w:right w:val="none" w:sz="0" w:space="0" w:color="auto"/>
                              </w:divBdr>
                              <w:divsChild>
                                <w:div w:id="2028289071">
                                  <w:marLeft w:val="0"/>
                                  <w:marRight w:val="0"/>
                                  <w:marTop w:val="0"/>
                                  <w:marBottom w:val="0"/>
                                  <w:divBdr>
                                    <w:top w:val="none" w:sz="0" w:space="0" w:color="auto"/>
                                    <w:left w:val="none" w:sz="0" w:space="0" w:color="auto"/>
                                    <w:bottom w:val="none" w:sz="0" w:space="0" w:color="auto"/>
                                    <w:right w:val="none" w:sz="0" w:space="0" w:color="auto"/>
                                  </w:divBdr>
                                  <w:divsChild>
                                    <w:div w:id="537010405">
                                      <w:marLeft w:val="0"/>
                                      <w:marRight w:val="0"/>
                                      <w:marTop w:val="0"/>
                                      <w:marBottom w:val="0"/>
                                      <w:divBdr>
                                        <w:top w:val="none" w:sz="0" w:space="0" w:color="auto"/>
                                        <w:left w:val="none" w:sz="0" w:space="0" w:color="auto"/>
                                        <w:bottom w:val="none" w:sz="0" w:space="0" w:color="auto"/>
                                        <w:right w:val="none" w:sz="0" w:space="0" w:color="auto"/>
                                      </w:divBdr>
                                      <w:divsChild>
                                        <w:div w:id="2098862232">
                                          <w:marLeft w:val="0"/>
                                          <w:marRight w:val="0"/>
                                          <w:marTop w:val="0"/>
                                          <w:marBottom w:val="0"/>
                                          <w:divBdr>
                                            <w:top w:val="none" w:sz="0" w:space="0" w:color="auto"/>
                                            <w:left w:val="none" w:sz="0" w:space="0" w:color="auto"/>
                                            <w:bottom w:val="none" w:sz="0" w:space="0" w:color="auto"/>
                                            <w:right w:val="none" w:sz="0" w:space="0" w:color="auto"/>
                                          </w:divBdr>
                                          <w:divsChild>
                                            <w:div w:id="2041710279">
                                              <w:marLeft w:val="0"/>
                                              <w:marRight w:val="0"/>
                                              <w:marTop w:val="0"/>
                                              <w:marBottom w:val="0"/>
                                              <w:divBdr>
                                                <w:top w:val="none" w:sz="0" w:space="0" w:color="auto"/>
                                                <w:left w:val="none" w:sz="0" w:space="0" w:color="auto"/>
                                                <w:bottom w:val="none" w:sz="0" w:space="0" w:color="auto"/>
                                                <w:right w:val="none" w:sz="0" w:space="0" w:color="auto"/>
                                              </w:divBdr>
                                              <w:divsChild>
                                                <w:div w:id="1272201524">
                                                  <w:marLeft w:val="0"/>
                                                  <w:marRight w:val="0"/>
                                                  <w:marTop w:val="0"/>
                                                  <w:marBottom w:val="0"/>
                                                  <w:divBdr>
                                                    <w:top w:val="none" w:sz="0" w:space="0" w:color="auto"/>
                                                    <w:left w:val="none" w:sz="0" w:space="0" w:color="auto"/>
                                                    <w:bottom w:val="none" w:sz="0" w:space="0" w:color="auto"/>
                                                    <w:right w:val="none" w:sz="0" w:space="0" w:color="auto"/>
                                                  </w:divBdr>
                                                  <w:divsChild>
                                                    <w:div w:id="828327926">
                                                      <w:marLeft w:val="0"/>
                                                      <w:marRight w:val="0"/>
                                                      <w:marTop w:val="0"/>
                                                      <w:marBottom w:val="0"/>
                                                      <w:divBdr>
                                                        <w:top w:val="none" w:sz="0" w:space="0" w:color="auto"/>
                                                        <w:left w:val="none" w:sz="0" w:space="0" w:color="auto"/>
                                                        <w:bottom w:val="none" w:sz="0" w:space="0" w:color="auto"/>
                                                        <w:right w:val="none" w:sz="0" w:space="0" w:color="auto"/>
                                                      </w:divBdr>
                                                      <w:divsChild>
                                                        <w:div w:id="977879032">
                                                          <w:marLeft w:val="0"/>
                                                          <w:marRight w:val="0"/>
                                                          <w:marTop w:val="0"/>
                                                          <w:marBottom w:val="0"/>
                                                          <w:divBdr>
                                                            <w:top w:val="none" w:sz="0" w:space="0" w:color="auto"/>
                                                            <w:left w:val="none" w:sz="0" w:space="0" w:color="auto"/>
                                                            <w:bottom w:val="none" w:sz="0" w:space="0" w:color="auto"/>
                                                            <w:right w:val="none" w:sz="0" w:space="0" w:color="auto"/>
                                                          </w:divBdr>
                                                          <w:divsChild>
                                                            <w:div w:id="89004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9311859">
                          <w:marLeft w:val="0"/>
                          <w:marRight w:val="0"/>
                          <w:marTop w:val="0"/>
                          <w:marBottom w:val="0"/>
                          <w:divBdr>
                            <w:top w:val="none" w:sz="0" w:space="0" w:color="auto"/>
                            <w:left w:val="none" w:sz="0" w:space="0" w:color="auto"/>
                            <w:bottom w:val="none" w:sz="0" w:space="0" w:color="auto"/>
                            <w:right w:val="none" w:sz="0" w:space="0" w:color="auto"/>
                          </w:divBdr>
                          <w:divsChild>
                            <w:div w:id="141040517">
                              <w:marLeft w:val="0"/>
                              <w:marRight w:val="0"/>
                              <w:marTop w:val="0"/>
                              <w:marBottom w:val="0"/>
                              <w:divBdr>
                                <w:top w:val="none" w:sz="0" w:space="0" w:color="auto"/>
                                <w:left w:val="none" w:sz="0" w:space="0" w:color="auto"/>
                                <w:bottom w:val="none" w:sz="0" w:space="0" w:color="auto"/>
                                <w:right w:val="none" w:sz="0" w:space="0" w:color="auto"/>
                              </w:divBdr>
                              <w:divsChild>
                                <w:div w:id="542714249">
                                  <w:marLeft w:val="0"/>
                                  <w:marRight w:val="0"/>
                                  <w:marTop w:val="0"/>
                                  <w:marBottom w:val="0"/>
                                  <w:divBdr>
                                    <w:top w:val="none" w:sz="0" w:space="0" w:color="auto"/>
                                    <w:left w:val="none" w:sz="0" w:space="0" w:color="auto"/>
                                    <w:bottom w:val="none" w:sz="0" w:space="0" w:color="auto"/>
                                    <w:right w:val="none" w:sz="0" w:space="0" w:color="auto"/>
                                  </w:divBdr>
                                  <w:divsChild>
                                    <w:div w:id="23210264">
                                      <w:marLeft w:val="0"/>
                                      <w:marRight w:val="0"/>
                                      <w:marTop w:val="0"/>
                                      <w:marBottom w:val="0"/>
                                      <w:divBdr>
                                        <w:top w:val="none" w:sz="0" w:space="0" w:color="auto"/>
                                        <w:left w:val="none" w:sz="0" w:space="0" w:color="auto"/>
                                        <w:bottom w:val="none" w:sz="0" w:space="0" w:color="auto"/>
                                        <w:right w:val="none" w:sz="0" w:space="0" w:color="auto"/>
                                      </w:divBdr>
                                      <w:divsChild>
                                        <w:div w:id="1235621716">
                                          <w:marLeft w:val="0"/>
                                          <w:marRight w:val="0"/>
                                          <w:marTop w:val="0"/>
                                          <w:marBottom w:val="0"/>
                                          <w:divBdr>
                                            <w:top w:val="none" w:sz="0" w:space="0" w:color="auto"/>
                                            <w:left w:val="none" w:sz="0" w:space="0" w:color="auto"/>
                                            <w:bottom w:val="none" w:sz="0" w:space="0" w:color="auto"/>
                                            <w:right w:val="none" w:sz="0" w:space="0" w:color="auto"/>
                                          </w:divBdr>
                                          <w:divsChild>
                                            <w:div w:id="894463799">
                                              <w:marLeft w:val="0"/>
                                              <w:marRight w:val="0"/>
                                              <w:marTop w:val="0"/>
                                              <w:marBottom w:val="0"/>
                                              <w:divBdr>
                                                <w:top w:val="none" w:sz="0" w:space="0" w:color="auto"/>
                                                <w:left w:val="none" w:sz="0" w:space="0" w:color="auto"/>
                                                <w:bottom w:val="none" w:sz="0" w:space="0" w:color="auto"/>
                                                <w:right w:val="none" w:sz="0" w:space="0" w:color="auto"/>
                                              </w:divBdr>
                                              <w:divsChild>
                                                <w:div w:id="138233912">
                                                  <w:marLeft w:val="0"/>
                                                  <w:marRight w:val="0"/>
                                                  <w:marTop w:val="0"/>
                                                  <w:marBottom w:val="0"/>
                                                  <w:divBdr>
                                                    <w:top w:val="none" w:sz="0" w:space="0" w:color="auto"/>
                                                    <w:left w:val="none" w:sz="0" w:space="0" w:color="auto"/>
                                                    <w:bottom w:val="none" w:sz="0" w:space="0" w:color="auto"/>
                                                    <w:right w:val="none" w:sz="0" w:space="0" w:color="auto"/>
                                                  </w:divBdr>
                                                  <w:divsChild>
                                                    <w:div w:id="479814259">
                                                      <w:marLeft w:val="0"/>
                                                      <w:marRight w:val="0"/>
                                                      <w:marTop w:val="0"/>
                                                      <w:marBottom w:val="0"/>
                                                      <w:divBdr>
                                                        <w:top w:val="none" w:sz="0" w:space="0" w:color="auto"/>
                                                        <w:left w:val="none" w:sz="0" w:space="0" w:color="auto"/>
                                                        <w:bottom w:val="none" w:sz="0" w:space="0" w:color="auto"/>
                                                        <w:right w:val="none" w:sz="0" w:space="0" w:color="auto"/>
                                                      </w:divBdr>
                                                      <w:divsChild>
                                                        <w:div w:id="1640113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671203">
                          <w:marLeft w:val="0"/>
                          <w:marRight w:val="0"/>
                          <w:marTop w:val="0"/>
                          <w:marBottom w:val="0"/>
                          <w:divBdr>
                            <w:top w:val="none" w:sz="0" w:space="0" w:color="auto"/>
                            <w:left w:val="none" w:sz="0" w:space="0" w:color="auto"/>
                            <w:bottom w:val="none" w:sz="0" w:space="0" w:color="auto"/>
                            <w:right w:val="none" w:sz="0" w:space="0" w:color="auto"/>
                          </w:divBdr>
                          <w:divsChild>
                            <w:div w:id="636763516">
                              <w:marLeft w:val="0"/>
                              <w:marRight w:val="0"/>
                              <w:marTop w:val="0"/>
                              <w:marBottom w:val="0"/>
                              <w:divBdr>
                                <w:top w:val="none" w:sz="0" w:space="0" w:color="auto"/>
                                <w:left w:val="none" w:sz="0" w:space="0" w:color="auto"/>
                                <w:bottom w:val="none" w:sz="0" w:space="0" w:color="auto"/>
                                <w:right w:val="none" w:sz="0" w:space="0" w:color="auto"/>
                              </w:divBdr>
                              <w:divsChild>
                                <w:div w:id="1355233488">
                                  <w:marLeft w:val="0"/>
                                  <w:marRight w:val="0"/>
                                  <w:marTop w:val="0"/>
                                  <w:marBottom w:val="0"/>
                                  <w:divBdr>
                                    <w:top w:val="none" w:sz="0" w:space="0" w:color="auto"/>
                                    <w:left w:val="none" w:sz="0" w:space="0" w:color="auto"/>
                                    <w:bottom w:val="none" w:sz="0" w:space="0" w:color="auto"/>
                                    <w:right w:val="none" w:sz="0" w:space="0" w:color="auto"/>
                                  </w:divBdr>
                                  <w:divsChild>
                                    <w:div w:id="364065190">
                                      <w:marLeft w:val="0"/>
                                      <w:marRight w:val="0"/>
                                      <w:marTop w:val="0"/>
                                      <w:marBottom w:val="0"/>
                                      <w:divBdr>
                                        <w:top w:val="none" w:sz="0" w:space="0" w:color="auto"/>
                                        <w:left w:val="none" w:sz="0" w:space="0" w:color="auto"/>
                                        <w:bottom w:val="none" w:sz="0" w:space="0" w:color="auto"/>
                                        <w:right w:val="none" w:sz="0" w:space="0" w:color="auto"/>
                                      </w:divBdr>
                                      <w:divsChild>
                                        <w:div w:id="712467317">
                                          <w:marLeft w:val="0"/>
                                          <w:marRight w:val="0"/>
                                          <w:marTop w:val="0"/>
                                          <w:marBottom w:val="0"/>
                                          <w:divBdr>
                                            <w:top w:val="none" w:sz="0" w:space="0" w:color="auto"/>
                                            <w:left w:val="none" w:sz="0" w:space="0" w:color="auto"/>
                                            <w:bottom w:val="none" w:sz="0" w:space="0" w:color="auto"/>
                                            <w:right w:val="none" w:sz="0" w:space="0" w:color="auto"/>
                                          </w:divBdr>
                                          <w:divsChild>
                                            <w:div w:id="1854220929">
                                              <w:marLeft w:val="0"/>
                                              <w:marRight w:val="0"/>
                                              <w:marTop w:val="0"/>
                                              <w:marBottom w:val="0"/>
                                              <w:divBdr>
                                                <w:top w:val="none" w:sz="0" w:space="0" w:color="auto"/>
                                                <w:left w:val="none" w:sz="0" w:space="0" w:color="auto"/>
                                                <w:bottom w:val="none" w:sz="0" w:space="0" w:color="auto"/>
                                                <w:right w:val="none" w:sz="0" w:space="0" w:color="auto"/>
                                              </w:divBdr>
                                              <w:divsChild>
                                                <w:div w:id="1740708035">
                                                  <w:marLeft w:val="0"/>
                                                  <w:marRight w:val="0"/>
                                                  <w:marTop w:val="0"/>
                                                  <w:marBottom w:val="0"/>
                                                  <w:divBdr>
                                                    <w:top w:val="none" w:sz="0" w:space="0" w:color="auto"/>
                                                    <w:left w:val="none" w:sz="0" w:space="0" w:color="auto"/>
                                                    <w:bottom w:val="none" w:sz="0" w:space="0" w:color="auto"/>
                                                    <w:right w:val="none" w:sz="0" w:space="0" w:color="auto"/>
                                                  </w:divBdr>
                                                  <w:divsChild>
                                                    <w:div w:id="1479692083">
                                                      <w:marLeft w:val="0"/>
                                                      <w:marRight w:val="0"/>
                                                      <w:marTop w:val="0"/>
                                                      <w:marBottom w:val="0"/>
                                                      <w:divBdr>
                                                        <w:top w:val="none" w:sz="0" w:space="0" w:color="auto"/>
                                                        <w:left w:val="none" w:sz="0" w:space="0" w:color="auto"/>
                                                        <w:bottom w:val="none" w:sz="0" w:space="0" w:color="auto"/>
                                                        <w:right w:val="none" w:sz="0" w:space="0" w:color="auto"/>
                                                      </w:divBdr>
                                                      <w:divsChild>
                                                        <w:div w:id="960762720">
                                                          <w:marLeft w:val="0"/>
                                                          <w:marRight w:val="0"/>
                                                          <w:marTop w:val="0"/>
                                                          <w:marBottom w:val="0"/>
                                                          <w:divBdr>
                                                            <w:top w:val="none" w:sz="0" w:space="0" w:color="auto"/>
                                                            <w:left w:val="none" w:sz="0" w:space="0" w:color="auto"/>
                                                            <w:bottom w:val="none" w:sz="0" w:space="0" w:color="auto"/>
                                                            <w:right w:val="none" w:sz="0" w:space="0" w:color="auto"/>
                                                          </w:divBdr>
                                                          <w:divsChild>
                                                            <w:div w:id="16671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7301695">
                          <w:marLeft w:val="0"/>
                          <w:marRight w:val="0"/>
                          <w:marTop w:val="0"/>
                          <w:marBottom w:val="0"/>
                          <w:divBdr>
                            <w:top w:val="none" w:sz="0" w:space="0" w:color="auto"/>
                            <w:left w:val="none" w:sz="0" w:space="0" w:color="auto"/>
                            <w:bottom w:val="none" w:sz="0" w:space="0" w:color="auto"/>
                            <w:right w:val="none" w:sz="0" w:space="0" w:color="auto"/>
                          </w:divBdr>
                          <w:divsChild>
                            <w:div w:id="93287262">
                              <w:marLeft w:val="0"/>
                              <w:marRight w:val="0"/>
                              <w:marTop w:val="0"/>
                              <w:marBottom w:val="0"/>
                              <w:divBdr>
                                <w:top w:val="none" w:sz="0" w:space="0" w:color="auto"/>
                                <w:left w:val="none" w:sz="0" w:space="0" w:color="auto"/>
                                <w:bottom w:val="none" w:sz="0" w:space="0" w:color="auto"/>
                                <w:right w:val="none" w:sz="0" w:space="0" w:color="auto"/>
                              </w:divBdr>
                              <w:divsChild>
                                <w:div w:id="699860525">
                                  <w:marLeft w:val="0"/>
                                  <w:marRight w:val="0"/>
                                  <w:marTop w:val="0"/>
                                  <w:marBottom w:val="0"/>
                                  <w:divBdr>
                                    <w:top w:val="none" w:sz="0" w:space="0" w:color="auto"/>
                                    <w:left w:val="none" w:sz="0" w:space="0" w:color="auto"/>
                                    <w:bottom w:val="none" w:sz="0" w:space="0" w:color="auto"/>
                                    <w:right w:val="none" w:sz="0" w:space="0" w:color="auto"/>
                                  </w:divBdr>
                                  <w:divsChild>
                                    <w:div w:id="1947156876">
                                      <w:marLeft w:val="0"/>
                                      <w:marRight w:val="0"/>
                                      <w:marTop w:val="0"/>
                                      <w:marBottom w:val="0"/>
                                      <w:divBdr>
                                        <w:top w:val="none" w:sz="0" w:space="0" w:color="auto"/>
                                        <w:left w:val="none" w:sz="0" w:space="0" w:color="auto"/>
                                        <w:bottom w:val="none" w:sz="0" w:space="0" w:color="auto"/>
                                        <w:right w:val="none" w:sz="0" w:space="0" w:color="auto"/>
                                      </w:divBdr>
                                      <w:divsChild>
                                        <w:div w:id="474614864">
                                          <w:marLeft w:val="0"/>
                                          <w:marRight w:val="0"/>
                                          <w:marTop w:val="0"/>
                                          <w:marBottom w:val="0"/>
                                          <w:divBdr>
                                            <w:top w:val="none" w:sz="0" w:space="0" w:color="auto"/>
                                            <w:left w:val="none" w:sz="0" w:space="0" w:color="auto"/>
                                            <w:bottom w:val="none" w:sz="0" w:space="0" w:color="auto"/>
                                            <w:right w:val="none" w:sz="0" w:space="0" w:color="auto"/>
                                          </w:divBdr>
                                          <w:divsChild>
                                            <w:div w:id="1338725159">
                                              <w:marLeft w:val="0"/>
                                              <w:marRight w:val="0"/>
                                              <w:marTop w:val="0"/>
                                              <w:marBottom w:val="0"/>
                                              <w:divBdr>
                                                <w:top w:val="none" w:sz="0" w:space="0" w:color="auto"/>
                                                <w:left w:val="none" w:sz="0" w:space="0" w:color="auto"/>
                                                <w:bottom w:val="none" w:sz="0" w:space="0" w:color="auto"/>
                                                <w:right w:val="none" w:sz="0" w:space="0" w:color="auto"/>
                                              </w:divBdr>
                                              <w:divsChild>
                                                <w:div w:id="2129666619">
                                                  <w:marLeft w:val="0"/>
                                                  <w:marRight w:val="0"/>
                                                  <w:marTop w:val="0"/>
                                                  <w:marBottom w:val="0"/>
                                                  <w:divBdr>
                                                    <w:top w:val="none" w:sz="0" w:space="0" w:color="auto"/>
                                                    <w:left w:val="none" w:sz="0" w:space="0" w:color="auto"/>
                                                    <w:bottom w:val="none" w:sz="0" w:space="0" w:color="auto"/>
                                                    <w:right w:val="none" w:sz="0" w:space="0" w:color="auto"/>
                                                  </w:divBdr>
                                                  <w:divsChild>
                                                    <w:div w:id="612977799">
                                                      <w:marLeft w:val="0"/>
                                                      <w:marRight w:val="0"/>
                                                      <w:marTop w:val="0"/>
                                                      <w:marBottom w:val="0"/>
                                                      <w:divBdr>
                                                        <w:top w:val="none" w:sz="0" w:space="0" w:color="auto"/>
                                                        <w:left w:val="none" w:sz="0" w:space="0" w:color="auto"/>
                                                        <w:bottom w:val="none" w:sz="0" w:space="0" w:color="auto"/>
                                                        <w:right w:val="none" w:sz="0" w:space="0" w:color="auto"/>
                                                      </w:divBdr>
                                                      <w:divsChild>
                                                        <w:div w:id="192252665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3041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940803">
                                                          <w:blockQuote w:val="1"/>
                                                          <w:marLeft w:val="720"/>
                                                          <w:marRight w:val="720"/>
                                                          <w:marTop w:val="100"/>
                                                          <w:marBottom w:val="100"/>
                                                          <w:divBdr>
                                                            <w:top w:val="none" w:sz="0" w:space="0" w:color="auto"/>
                                                            <w:left w:val="none" w:sz="0" w:space="0" w:color="auto"/>
                                                            <w:bottom w:val="none" w:sz="0" w:space="0" w:color="auto"/>
                                                            <w:right w:val="none" w:sz="0" w:space="0" w:color="auto"/>
                                                          </w:divBdr>
                                                        </w:div>
                                                        <w:div w:id="830557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62450233">
                                                          <w:blockQuote w:val="1"/>
                                                          <w:marLeft w:val="720"/>
                                                          <w:marRight w:val="720"/>
                                                          <w:marTop w:val="100"/>
                                                          <w:marBottom w:val="100"/>
                                                          <w:divBdr>
                                                            <w:top w:val="none" w:sz="0" w:space="0" w:color="auto"/>
                                                            <w:left w:val="none" w:sz="0" w:space="0" w:color="auto"/>
                                                            <w:bottom w:val="none" w:sz="0" w:space="0" w:color="auto"/>
                                                            <w:right w:val="none" w:sz="0" w:space="0" w:color="auto"/>
                                                          </w:divBdr>
                                                        </w:div>
                                                        <w:div w:id="1429428611">
                                                          <w:blockQuote w:val="1"/>
                                                          <w:marLeft w:val="720"/>
                                                          <w:marRight w:val="720"/>
                                                          <w:marTop w:val="100"/>
                                                          <w:marBottom w:val="100"/>
                                                          <w:divBdr>
                                                            <w:top w:val="none" w:sz="0" w:space="0" w:color="auto"/>
                                                            <w:left w:val="none" w:sz="0" w:space="0" w:color="auto"/>
                                                            <w:bottom w:val="none" w:sz="0" w:space="0" w:color="auto"/>
                                                            <w:right w:val="none" w:sz="0" w:space="0" w:color="auto"/>
                                                          </w:divBdr>
                                                        </w:div>
                                                        <w:div w:id="494225251">
                                                          <w:blockQuote w:val="1"/>
                                                          <w:marLeft w:val="720"/>
                                                          <w:marRight w:val="720"/>
                                                          <w:marTop w:val="100"/>
                                                          <w:marBottom w:val="100"/>
                                                          <w:divBdr>
                                                            <w:top w:val="none" w:sz="0" w:space="0" w:color="auto"/>
                                                            <w:left w:val="none" w:sz="0" w:space="0" w:color="auto"/>
                                                            <w:bottom w:val="none" w:sz="0" w:space="0" w:color="auto"/>
                                                            <w:right w:val="none" w:sz="0" w:space="0" w:color="auto"/>
                                                          </w:divBdr>
                                                        </w:div>
                                                        <w:div w:id="939216235">
                                                          <w:blockQuote w:val="1"/>
                                                          <w:marLeft w:val="720"/>
                                                          <w:marRight w:val="720"/>
                                                          <w:marTop w:val="100"/>
                                                          <w:marBottom w:val="100"/>
                                                          <w:divBdr>
                                                            <w:top w:val="none" w:sz="0" w:space="0" w:color="auto"/>
                                                            <w:left w:val="none" w:sz="0" w:space="0" w:color="auto"/>
                                                            <w:bottom w:val="none" w:sz="0" w:space="0" w:color="auto"/>
                                                            <w:right w:val="none" w:sz="0" w:space="0" w:color="auto"/>
                                                          </w:divBdr>
                                                        </w:div>
                                                        <w:div w:id="332756006">
                                                          <w:blockQuote w:val="1"/>
                                                          <w:marLeft w:val="720"/>
                                                          <w:marRight w:val="720"/>
                                                          <w:marTop w:val="100"/>
                                                          <w:marBottom w:val="100"/>
                                                          <w:divBdr>
                                                            <w:top w:val="none" w:sz="0" w:space="0" w:color="auto"/>
                                                            <w:left w:val="none" w:sz="0" w:space="0" w:color="auto"/>
                                                            <w:bottom w:val="none" w:sz="0" w:space="0" w:color="auto"/>
                                                            <w:right w:val="none" w:sz="0" w:space="0" w:color="auto"/>
                                                          </w:divBdr>
                                                        </w:div>
                                                        <w:div w:id="277879591">
                                                          <w:blockQuote w:val="1"/>
                                                          <w:marLeft w:val="720"/>
                                                          <w:marRight w:val="720"/>
                                                          <w:marTop w:val="100"/>
                                                          <w:marBottom w:val="100"/>
                                                          <w:divBdr>
                                                            <w:top w:val="none" w:sz="0" w:space="0" w:color="auto"/>
                                                            <w:left w:val="none" w:sz="0" w:space="0" w:color="auto"/>
                                                            <w:bottom w:val="none" w:sz="0" w:space="0" w:color="auto"/>
                                                            <w:right w:val="none" w:sz="0" w:space="0" w:color="auto"/>
                                                          </w:divBdr>
                                                        </w:div>
                                                        <w:div w:id="68212932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352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02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029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9651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971445">
                          <w:marLeft w:val="0"/>
                          <w:marRight w:val="0"/>
                          <w:marTop w:val="0"/>
                          <w:marBottom w:val="0"/>
                          <w:divBdr>
                            <w:top w:val="none" w:sz="0" w:space="0" w:color="auto"/>
                            <w:left w:val="none" w:sz="0" w:space="0" w:color="auto"/>
                            <w:bottom w:val="none" w:sz="0" w:space="0" w:color="auto"/>
                            <w:right w:val="none" w:sz="0" w:space="0" w:color="auto"/>
                          </w:divBdr>
                          <w:divsChild>
                            <w:div w:id="1638340190">
                              <w:marLeft w:val="0"/>
                              <w:marRight w:val="0"/>
                              <w:marTop w:val="0"/>
                              <w:marBottom w:val="0"/>
                              <w:divBdr>
                                <w:top w:val="none" w:sz="0" w:space="0" w:color="auto"/>
                                <w:left w:val="none" w:sz="0" w:space="0" w:color="auto"/>
                                <w:bottom w:val="none" w:sz="0" w:space="0" w:color="auto"/>
                                <w:right w:val="none" w:sz="0" w:space="0" w:color="auto"/>
                              </w:divBdr>
                              <w:divsChild>
                                <w:div w:id="533615174">
                                  <w:marLeft w:val="0"/>
                                  <w:marRight w:val="0"/>
                                  <w:marTop w:val="0"/>
                                  <w:marBottom w:val="0"/>
                                  <w:divBdr>
                                    <w:top w:val="none" w:sz="0" w:space="0" w:color="auto"/>
                                    <w:left w:val="none" w:sz="0" w:space="0" w:color="auto"/>
                                    <w:bottom w:val="none" w:sz="0" w:space="0" w:color="auto"/>
                                    <w:right w:val="none" w:sz="0" w:space="0" w:color="auto"/>
                                  </w:divBdr>
                                  <w:divsChild>
                                    <w:div w:id="1789932361">
                                      <w:marLeft w:val="0"/>
                                      <w:marRight w:val="0"/>
                                      <w:marTop w:val="0"/>
                                      <w:marBottom w:val="0"/>
                                      <w:divBdr>
                                        <w:top w:val="none" w:sz="0" w:space="0" w:color="auto"/>
                                        <w:left w:val="none" w:sz="0" w:space="0" w:color="auto"/>
                                        <w:bottom w:val="none" w:sz="0" w:space="0" w:color="auto"/>
                                        <w:right w:val="none" w:sz="0" w:space="0" w:color="auto"/>
                                      </w:divBdr>
                                      <w:divsChild>
                                        <w:div w:id="266156269">
                                          <w:marLeft w:val="0"/>
                                          <w:marRight w:val="0"/>
                                          <w:marTop w:val="0"/>
                                          <w:marBottom w:val="0"/>
                                          <w:divBdr>
                                            <w:top w:val="none" w:sz="0" w:space="0" w:color="auto"/>
                                            <w:left w:val="none" w:sz="0" w:space="0" w:color="auto"/>
                                            <w:bottom w:val="none" w:sz="0" w:space="0" w:color="auto"/>
                                            <w:right w:val="none" w:sz="0" w:space="0" w:color="auto"/>
                                          </w:divBdr>
                                          <w:divsChild>
                                            <w:div w:id="1702973623">
                                              <w:marLeft w:val="0"/>
                                              <w:marRight w:val="0"/>
                                              <w:marTop w:val="0"/>
                                              <w:marBottom w:val="0"/>
                                              <w:divBdr>
                                                <w:top w:val="none" w:sz="0" w:space="0" w:color="auto"/>
                                                <w:left w:val="none" w:sz="0" w:space="0" w:color="auto"/>
                                                <w:bottom w:val="none" w:sz="0" w:space="0" w:color="auto"/>
                                                <w:right w:val="none" w:sz="0" w:space="0" w:color="auto"/>
                                              </w:divBdr>
                                              <w:divsChild>
                                                <w:div w:id="524440017">
                                                  <w:marLeft w:val="0"/>
                                                  <w:marRight w:val="0"/>
                                                  <w:marTop w:val="0"/>
                                                  <w:marBottom w:val="0"/>
                                                  <w:divBdr>
                                                    <w:top w:val="none" w:sz="0" w:space="0" w:color="auto"/>
                                                    <w:left w:val="none" w:sz="0" w:space="0" w:color="auto"/>
                                                    <w:bottom w:val="none" w:sz="0" w:space="0" w:color="auto"/>
                                                    <w:right w:val="none" w:sz="0" w:space="0" w:color="auto"/>
                                                  </w:divBdr>
                                                  <w:divsChild>
                                                    <w:div w:id="1103184655">
                                                      <w:marLeft w:val="0"/>
                                                      <w:marRight w:val="0"/>
                                                      <w:marTop w:val="0"/>
                                                      <w:marBottom w:val="0"/>
                                                      <w:divBdr>
                                                        <w:top w:val="none" w:sz="0" w:space="0" w:color="auto"/>
                                                        <w:left w:val="none" w:sz="0" w:space="0" w:color="auto"/>
                                                        <w:bottom w:val="none" w:sz="0" w:space="0" w:color="auto"/>
                                                        <w:right w:val="none" w:sz="0" w:space="0" w:color="auto"/>
                                                      </w:divBdr>
                                                      <w:divsChild>
                                                        <w:div w:id="2108767358">
                                                          <w:marLeft w:val="0"/>
                                                          <w:marRight w:val="0"/>
                                                          <w:marTop w:val="0"/>
                                                          <w:marBottom w:val="0"/>
                                                          <w:divBdr>
                                                            <w:top w:val="none" w:sz="0" w:space="0" w:color="auto"/>
                                                            <w:left w:val="none" w:sz="0" w:space="0" w:color="auto"/>
                                                            <w:bottom w:val="none" w:sz="0" w:space="0" w:color="auto"/>
                                                            <w:right w:val="none" w:sz="0" w:space="0" w:color="auto"/>
                                                          </w:divBdr>
                                                          <w:divsChild>
                                                            <w:div w:id="6884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673513">
                          <w:marLeft w:val="0"/>
                          <w:marRight w:val="0"/>
                          <w:marTop w:val="0"/>
                          <w:marBottom w:val="0"/>
                          <w:divBdr>
                            <w:top w:val="none" w:sz="0" w:space="0" w:color="auto"/>
                            <w:left w:val="none" w:sz="0" w:space="0" w:color="auto"/>
                            <w:bottom w:val="none" w:sz="0" w:space="0" w:color="auto"/>
                            <w:right w:val="none" w:sz="0" w:space="0" w:color="auto"/>
                          </w:divBdr>
                          <w:divsChild>
                            <w:div w:id="1190340232">
                              <w:marLeft w:val="0"/>
                              <w:marRight w:val="0"/>
                              <w:marTop w:val="0"/>
                              <w:marBottom w:val="0"/>
                              <w:divBdr>
                                <w:top w:val="none" w:sz="0" w:space="0" w:color="auto"/>
                                <w:left w:val="none" w:sz="0" w:space="0" w:color="auto"/>
                                <w:bottom w:val="none" w:sz="0" w:space="0" w:color="auto"/>
                                <w:right w:val="none" w:sz="0" w:space="0" w:color="auto"/>
                              </w:divBdr>
                              <w:divsChild>
                                <w:div w:id="1877311395">
                                  <w:marLeft w:val="0"/>
                                  <w:marRight w:val="0"/>
                                  <w:marTop w:val="0"/>
                                  <w:marBottom w:val="0"/>
                                  <w:divBdr>
                                    <w:top w:val="none" w:sz="0" w:space="0" w:color="auto"/>
                                    <w:left w:val="none" w:sz="0" w:space="0" w:color="auto"/>
                                    <w:bottom w:val="none" w:sz="0" w:space="0" w:color="auto"/>
                                    <w:right w:val="none" w:sz="0" w:space="0" w:color="auto"/>
                                  </w:divBdr>
                                  <w:divsChild>
                                    <w:div w:id="1616863395">
                                      <w:marLeft w:val="0"/>
                                      <w:marRight w:val="0"/>
                                      <w:marTop w:val="0"/>
                                      <w:marBottom w:val="0"/>
                                      <w:divBdr>
                                        <w:top w:val="none" w:sz="0" w:space="0" w:color="auto"/>
                                        <w:left w:val="none" w:sz="0" w:space="0" w:color="auto"/>
                                        <w:bottom w:val="none" w:sz="0" w:space="0" w:color="auto"/>
                                        <w:right w:val="none" w:sz="0" w:space="0" w:color="auto"/>
                                      </w:divBdr>
                                      <w:divsChild>
                                        <w:div w:id="420177443">
                                          <w:marLeft w:val="0"/>
                                          <w:marRight w:val="0"/>
                                          <w:marTop w:val="0"/>
                                          <w:marBottom w:val="0"/>
                                          <w:divBdr>
                                            <w:top w:val="none" w:sz="0" w:space="0" w:color="auto"/>
                                            <w:left w:val="none" w:sz="0" w:space="0" w:color="auto"/>
                                            <w:bottom w:val="none" w:sz="0" w:space="0" w:color="auto"/>
                                            <w:right w:val="none" w:sz="0" w:space="0" w:color="auto"/>
                                          </w:divBdr>
                                          <w:divsChild>
                                            <w:div w:id="1200582941">
                                              <w:marLeft w:val="0"/>
                                              <w:marRight w:val="0"/>
                                              <w:marTop w:val="0"/>
                                              <w:marBottom w:val="0"/>
                                              <w:divBdr>
                                                <w:top w:val="none" w:sz="0" w:space="0" w:color="auto"/>
                                                <w:left w:val="none" w:sz="0" w:space="0" w:color="auto"/>
                                                <w:bottom w:val="none" w:sz="0" w:space="0" w:color="auto"/>
                                                <w:right w:val="none" w:sz="0" w:space="0" w:color="auto"/>
                                              </w:divBdr>
                                              <w:divsChild>
                                                <w:div w:id="1123695722">
                                                  <w:marLeft w:val="0"/>
                                                  <w:marRight w:val="0"/>
                                                  <w:marTop w:val="0"/>
                                                  <w:marBottom w:val="0"/>
                                                  <w:divBdr>
                                                    <w:top w:val="none" w:sz="0" w:space="0" w:color="auto"/>
                                                    <w:left w:val="none" w:sz="0" w:space="0" w:color="auto"/>
                                                    <w:bottom w:val="none" w:sz="0" w:space="0" w:color="auto"/>
                                                    <w:right w:val="none" w:sz="0" w:space="0" w:color="auto"/>
                                                  </w:divBdr>
                                                  <w:divsChild>
                                                    <w:div w:id="1058213874">
                                                      <w:marLeft w:val="0"/>
                                                      <w:marRight w:val="0"/>
                                                      <w:marTop w:val="0"/>
                                                      <w:marBottom w:val="0"/>
                                                      <w:divBdr>
                                                        <w:top w:val="none" w:sz="0" w:space="0" w:color="auto"/>
                                                        <w:left w:val="none" w:sz="0" w:space="0" w:color="auto"/>
                                                        <w:bottom w:val="none" w:sz="0" w:space="0" w:color="auto"/>
                                                        <w:right w:val="none" w:sz="0" w:space="0" w:color="auto"/>
                                                      </w:divBdr>
                                                      <w:divsChild>
                                                        <w:div w:id="492142239">
                                                          <w:marLeft w:val="0"/>
                                                          <w:marRight w:val="0"/>
                                                          <w:marTop w:val="0"/>
                                                          <w:marBottom w:val="0"/>
                                                          <w:divBdr>
                                                            <w:top w:val="none" w:sz="0" w:space="0" w:color="auto"/>
                                                            <w:left w:val="none" w:sz="0" w:space="0" w:color="auto"/>
                                                            <w:bottom w:val="none" w:sz="0" w:space="0" w:color="auto"/>
                                                            <w:right w:val="none" w:sz="0" w:space="0" w:color="auto"/>
                                                          </w:divBdr>
                                                          <w:divsChild>
                                                            <w:div w:id="16197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015084">
                          <w:marLeft w:val="0"/>
                          <w:marRight w:val="0"/>
                          <w:marTop w:val="0"/>
                          <w:marBottom w:val="0"/>
                          <w:divBdr>
                            <w:top w:val="none" w:sz="0" w:space="0" w:color="auto"/>
                            <w:left w:val="none" w:sz="0" w:space="0" w:color="auto"/>
                            <w:bottom w:val="none" w:sz="0" w:space="0" w:color="auto"/>
                            <w:right w:val="none" w:sz="0" w:space="0" w:color="auto"/>
                          </w:divBdr>
                          <w:divsChild>
                            <w:div w:id="1488091800">
                              <w:marLeft w:val="0"/>
                              <w:marRight w:val="0"/>
                              <w:marTop w:val="0"/>
                              <w:marBottom w:val="0"/>
                              <w:divBdr>
                                <w:top w:val="none" w:sz="0" w:space="0" w:color="auto"/>
                                <w:left w:val="none" w:sz="0" w:space="0" w:color="auto"/>
                                <w:bottom w:val="none" w:sz="0" w:space="0" w:color="auto"/>
                                <w:right w:val="none" w:sz="0" w:space="0" w:color="auto"/>
                              </w:divBdr>
                              <w:divsChild>
                                <w:div w:id="156195819">
                                  <w:marLeft w:val="0"/>
                                  <w:marRight w:val="0"/>
                                  <w:marTop w:val="0"/>
                                  <w:marBottom w:val="0"/>
                                  <w:divBdr>
                                    <w:top w:val="none" w:sz="0" w:space="0" w:color="auto"/>
                                    <w:left w:val="none" w:sz="0" w:space="0" w:color="auto"/>
                                    <w:bottom w:val="none" w:sz="0" w:space="0" w:color="auto"/>
                                    <w:right w:val="none" w:sz="0" w:space="0" w:color="auto"/>
                                  </w:divBdr>
                                  <w:divsChild>
                                    <w:div w:id="633295781">
                                      <w:marLeft w:val="0"/>
                                      <w:marRight w:val="0"/>
                                      <w:marTop w:val="0"/>
                                      <w:marBottom w:val="0"/>
                                      <w:divBdr>
                                        <w:top w:val="none" w:sz="0" w:space="0" w:color="auto"/>
                                        <w:left w:val="none" w:sz="0" w:space="0" w:color="auto"/>
                                        <w:bottom w:val="none" w:sz="0" w:space="0" w:color="auto"/>
                                        <w:right w:val="none" w:sz="0" w:space="0" w:color="auto"/>
                                      </w:divBdr>
                                      <w:divsChild>
                                        <w:div w:id="1922638935">
                                          <w:marLeft w:val="0"/>
                                          <w:marRight w:val="0"/>
                                          <w:marTop w:val="0"/>
                                          <w:marBottom w:val="0"/>
                                          <w:divBdr>
                                            <w:top w:val="none" w:sz="0" w:space="0" w:color="auto"/>
                                            <w:left w:val="none" w:sz="0" w:space="0" w:color="auto"/>
                                            <w:bottom w:val="none" w:sz="0" w:space="0" w:color="auto"/>
                                            <w:right w:val="none" w:sz="0" w:space="0" w:color="auto"/>
                                          </w:divBdr>
                                          <w:divsChild>
                                            <w:div w:id="40910018">
                                              <w:marLeft w:val="0"/>
                                              <w:marRight w:val="0"/>
                                              <w:marTop w:val="0"/>
                                              <w:marBottom w:val="0"/>
                                              <w:divBdr>
                                                <w:top w:val="none" w:sz="0" w:space="0" w:color="auto"/>
                                                <w:left w:val="none" w:sz="0" w:space="0" w:color="auto"/>
                                                <w:bottom w:val="none" w:sz="0" w:space="0" w:color="auto"/>
                                                <w:right w:val="none" w:sz="0" w:space="0" w:color="auto"/>
                                              </w:divBdr>
                                              <w:divsChild>
                                                <w:div w:id="991983301">
                                                  <w:marLeft w:val="0"/>
                                                  <w:marRight w:val="0"/>
                                                  <w:marTop w:val="0"/>
                                                  <w:marBottom w:val="0"/>
                                                  <w:divBdr>
                                                    <w:top w:val="none" w:sz="0" w:space="0" w:color="auto"/>
                                                    <w:left w:val="none" w:sz="0" w:space="0" w:color="auto"/>
                                                    <w:bottom w:val="none" w:sz="0" w:space="0" w:color="auto"/>
                                                    <w:right w:val="none" w:sz="0" w:space="0" w:color="auto"/>
                                                  </w:divBdr>
                                                  <w:divsChild>
                                                    <w:div w:id="1924366009">
                                                      <w:marLeft w:val="0"/>
                                                      <w:marRight w:val="0"/>
                                                      <w:marTop w:val="0"/>
                                                      <w:marBottom w:val="0"/>
                                                      <w:divBdr>
                                                        <w:top w:val="none" w:sz="0" w:space="0" w:color="auto"/>
                                                        <w:left w:val="none" w:sz="0" w:space="0" w:color="auto"/>
                                                        <w:bottom w:val="none" w:sz="0" w:space="0" w:color="auto"/>
                                                        <w:right w:val="none" w:sz="0" w:space="0" w:color="auto"/>
                                                      </w:divBdr>
                                                      <w:divsChild>
                                                        <w:div w:id="706756310">
                                                          <w:blockQuote w:val="1"/>
                                                          <w:marLeft w:val="720"/>
                                                          <w:marRight w:val="720"/>
                                                          <w:marTop w:val="100"/>
                                                          <w:marBottom w:val="100"/>
                                                          <w:divBdr>
                                                            <w:top w:val="none" w:sz="0" w:space="0" w:color="auto"/>
                                                            <w:left w:val="none" w:sz="0" w:space="0" w:color="auto"/>
                                                            <w:bottom w:val="none" w:sz="0" w:space="0" w:color="auto"/>
                                                            <w:right w:val="none" w:sz="0" w:space="0" w:color="auto"/>
                                                          </w:divBdr>
                                                        </w:div>
                                                        <w:div w:id="886985955">
                                                          <w:blockQuote w:val="1"/>
                                                          <w:marLeft w:val="720"/>
                                                          <w:marRight w:val="720"/>
                                                          <w:marTop w:val="100"/>
                                                          <w:marBottom w:val="100"/>
                                                          <w:divBdr>
                                                            <w:top w:val="none" w:sz="0" w:space="0" w:color="auto"/>
                                                            <w:left w:val="none" w:sz="0" w:space="0" w:color="auto"/>
                                                            <w:bottom w:val="none" w:sz="0" w:space="0" w:color="auto"/>
                                                            <w:right w:val="none" w:sz="0" w:space="0" w:color="auto"/>
                                                          </w:divBdr>
                                                        </w:div>
                                                        <w:div w:id="89254168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271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922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694929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52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3723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929163">
                                                          <w:blockQuote w:val="1"/>
                                                          <w:marLeft w:val="720"/>
                                                          <w:marRight w:val="720"/>
                                                          <w:marTop w:val="100"/>
                                                          <w:marBottom w:val="100"/>
                                                          <w:divBdr>
                                                            <w:top w:val="none" w:sz="0" w:space="0" w:color="auto"/>
                                                            <w:left w:val="none" w:sz="0" w:space="0" w:color="auto"/>
                                                            <w:bottom w:val="none" w:sz="0" w:space="0" w:color="auto"/>
                                                            <w:right w:val="none" w:sz="0" w:space="0" w:color="auto"/>
                                                          </w:divBdr>
                                                        </w:div>
                                                        <w:div w:id="574411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45951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938227">
                                                          <w:blockQuote w:val="1"/>
                                                          <w:marLeft w:val="720"/>
                                                          <w:marRight w:val="720"/>
                                                          <w:marTop w:val="100"/>
                                                          <w:marBottom w:val="100"/>
                                                          <w:divBdr>
                                                            <w:top w:val="none" w:sz="0" w:space="0" w:color="auto"/>
                                                            <w:left w:val="none" w:sz="0" w:space="0" w:color="auto"/>
                                                            <w:bottom w:val="none" w:sz="0" w:space="0" w:color="auto"/>
                                                            <w:right w:val="none" w:sz="0" w:space="0" w:color="auto"/>
                                                          </w:divBdr>
                                                        </w:div>
                                                        <w:div w:id="838694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64006422">
                                                          <w:blockQuote w:val="1"/>
                                                          <w:marLeft w:val="720"/>
                                                          <w:marRight w:val="720"/>
                                                          <w:marTop w:val="100"/>
                                                          <w:marBottom w:val="100"/>
                                                          <w:divBdr>
                                                            <w:top w:val="none" w:sz="0" w:space="0" w:color="auto"/>
                                                            <w:left w:val="none" w:sz="0" w:space="0" w:color="auto"/>
                                                            <w:bottom w:val="none" w:sz="0" w:space="0" w:color="auto"/>
                                                            <w:right w:val="none" w:sz="0" w:space="0" w:color="auto"/>
                                                          </w:divBdr>
                                                        </w:div>
                                                        <w:div w:id="541215926">
                                                          <w:blockQuote w:val="1"/>
                                                          <w:marLeft w:val="720"/>
                                                          <w:marRight w:val="720"/>
                                                          <w:marTop w:val="100"/>
                                                          <w:marBottom w:val="100"/>
                                                          <w:divBdr>
                                                            <w:top w:val="none" w:sz="0" w:space="0" w:color="auto"/>
                                                            <w:left w:val="none" w:sz="0" w:space="0" w:color="auto"/>
                                                            <w:bottom w:val="none" w:sz="0" w:space="0" w:color="auto"/>
                                                            <w:right w:val="none" w:sz="0" w:space="0" w:color="auto"/>
                                                          </w:divBdr>
                                                        </w:div>
                                                        <w:div w:id="32571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403223">
                                                          <w:blockQuote w:val="1"/>
                                                          <w:marLeft w:val="720"/>
                                                          <w:marRight w:val="720"/>
                                                          <w:marTop w:val="100"/>
                                                          <w:marBottom w:val="100"/>
                                                          <w:divBdr>
                                                            <w:top w:val="none" w:sz="0" w:space="0" w:color="auto"/>
                                                            <w:left w:val="none" w:sz="0" w:space="0" w:color="auto"/>
                                                            <w:bottom w:val="none" w:sz="0" w:space="0" w:color="auto"/>
                                                            <w:right w:val="none" w:sz="0" w:space="0" w:color="auto"/>
                                                          </w:divBdr>
                                                        </w:div>
                                                        <w:div w:id="686560986">
                                                          <w:blockQuote w:val="1"/>
                                                          <w:marLeft w:val="720"/>
                                                          <w:marRight w:val="720"/>
                                                          <w:marTop w:val="100"/>
                                                          <w:marBottom w:val="100"/>
                                                          <w:divBdr>
                                                            <w:top w:val="none" w:sz="0" w:space="0" w:color="auto"/>
                                                            <w:left w:val="none" w:sz="0" w:space="0" w:color="auto"/>
                                                            <w:bottom w:val="none" w:sz="0" w:space="0" w:color="auto"/>
                                                            <w:right w:val="none" w:sz="0" w:space="0" w:color="auto"/>
                                                          </w:divBdr>
                                                        </w:div>
                                                        <w:div w:id="860389008">
                                                          <w:blockQuote w:val="1"/>
                                                          <w:marLeft w:val="720"/>
                                                          <w:marRight w:val="720"/>
                                                          <w:marTop w:val="100"/>
                                                          <w:marBottom w:val="100"/>
                                                          <w:divBdr>
                                                            <w:top w:val="none" w:sz="0" w:space="0" w:color="auto"/>
                                                            <w:left w:val="none" w:sz="0" w:space="0" w:color="auto"/>
                                                            <w:bottom w:val="none" w:sz="0" w:space="0" w:color="auto"/>
                                                            <w:right w:val="none" w:sz="0" w:space="0" w:color="auto"/>
                                                          </w:divBdr>
                                                        </w:div>
                                                        <w:div w:id="246043144">
                                                          <w:blockQuote w:val="1"/>
                                                          <w:marLeft w:val="720"/>
                                                          <w:marRight w:val="720"/>
                                                          <w:marTop w:val="100"/>
                                                          <w:marBottom w:val="100"/>
                                                          <w:divBdr>
                                                            <w:top w:val="none" w:sz="0" w:space="0" w:color="auto"/>
                                                            <w:left w:val="none" w:sz="0" w:space="0" w:color="auto"/>
                                                            <w:bottom w:val="none" w:sz="0" w:space="0" w:color="auto"/>
                                                            <w:right w:val="none" w:sz="0" w:space="0" w:color="auto"/>
                                                          </w:divBdr>
                                                        </w:div>
                                                        <w:div w:id="5319654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0573130">
                          <w:marLeft w:val="0"/>
                          <w:marRight w:val="0"/>
                          <w:marTop w:val="0"/>
                          <w:marBottom w:val="0"/>
                          <w:divBdr>
                            <w:top w:val="none" w:sz="0" w:space="0" w:color="auto"/>
                            <w:left w:val="none" w:sz="0" w:space="0" w:color="auto"/>
                            <w:bottom w:val="none" w:sz="0" w:space="0" w:color="auto"/>
                            <w:right w:val="none" w:sz="0" w:space="0" w:color="auto"/>
                          </w:divBdr>
                          <w:divsChild>
                            <w:div w:id="435367738">
                              <w:marLeft w:val="0"/>
                              <w:marRight w:val="0"/>
                              <w:marTop w:val="0"/>
                              <w:marBottom w:val="0"/>
                              <w:divBdr>
                                <w:top w:val="none" w:sz="0" w:space="0" w:color="auto"/>
                                <w:left w:val="none" w:sz="0" w:space="0" w:color="auto"/>
                                <w:bottom w:val="none" w:sz="0" w:space="0" w:color="auto"/>
                                <w:right w:val="none" w:sz="0" w:space="0" w:color="auto"/>
                              </w:divBdr>
                              <w:divsChild>
                                <w:div w:id="1701665055">
                                  <w:marLeft w:val="0"/>
                                  <w:marRight w:val="0"/>
                                  <w:marTop w:val="0"/>
                                  <w:marBottom w:val="0"/>
                                  <w:divBdr>
                                    <w:top w:val="none" w:sz="0" w:space="0" w:color="auto"/>
                                    <w:left w:val="none" w:sz="0" w:space="0" w:color="auto"/>
                                    <w:bottom w:val="none" w:sz="0" w:space="0" w:color="auto"/>
                                    <w:right w:val="none" w:sz="0" w:space="0" w:color="auto"/>
                                  </w:divBdr>
                                  <w:divsChild>
                                    <w:div w:id="1032613188">
                                      <w:marLeft w:val="0"/>
                                      <w:marRight w:val="0"/>
                                      <w:marTop w:val="0"/>
                                      <w:marBottom w:val="0"/>
                                      <w:divBdr>
                                        <w:top w:val="none" w:sz="0" w:space="0" w:color="auto"/>
                                        <w:left w:val="none" w:sz="0" w:space="0" w:color="auto"/>
                                        <w:bottom w:val="none" w:sz="0" w:space="0" w:color="auto"/>
                                        <w:right w:val="none" w:sz="0" w:space="0" w:color="auto"/>
                                      </w:divBdr>
                                      <w:divsChild>
                                        <w:div w:id="222835814">
                                          <w:marLeft w:val="0"/>
                                          <w:marRight w:val="0"/>
                                          <w:marTop w:val="0"/>
                                          <w:marBottom w:val="0"/>
                                          <w:divBdr>
                                            <w:top w:val="none" w:sz="0" w:space="0" w:color="auto"/>
                                            <w:left w:val="none" w:sz="0" w:space="0" w:color="auto"/>
                                            <w:bottom w:val="none" w:sz="0" w:space="0" w:color="auto"/>
                                            <w:right w:val="none" w:sz="0" w:space="0" w:color="auto"/>
                                          </w:divBdr>
                                          <w:divsChild>
                                            <w:div w:id="1271858347">
                                              <w:marLeft w:val="0"/>
                                              <w:marRight w:val="0"/>
                                              <w:marTop w:val="0"/>
                                              <w:marBottom w:val="0"/>
                                              <w:divBdr>
                                                <w:top w:val="none" w:sz="0" w:space="0" w:color="auto"/>
                                                <w:left w:val="none" w:sz="0" w:space="0" w:color="auto"/>
                                                <w:bottom w:val="none" w:sz="0" w:space="0" w:color="auto"/>
                                                <w:right w:val="none" w:sz="0" w:space="0" w:color="auto"/>
                                              </w:divBdr>
                                              <w:divsChild>
                                                <w:div w:id="1299531766">
                                                  <w:marLeft w:val="0"/>
                                                  <w:marRight w:val="0"/>
                                                  <w:marTop w:val="0"/>
                                                  <w:marBottom w:val="0"/>
                                                  <w:divBdr>
                                                    <w:top w:val="none" w:sz="0" w:space="0" w:color="auto"/>
                                                    <w:left w:val="none" w:sz="0" w:space="0" w:color="auto"/>
                                                    <w:bottom w:val="none" w:sz="0" w:space="0" w:color="auto"/>
                                                    <w:right w:val="none" w:sz="0" w:space="0" w:color="auto"/>
                                                  </w:divBdr>
                                                  <w:divsChild>
                                                    <w:div w:id="667293269">
                                                      <w:marLeft w:val="0"/>
                                                      <w:marRight w:val="0"/>
                                                      <w:marTop w:val="0"/>
                                                      <w:marBottom w:val="0"/>
                                                      <w:divBdr>
                                                        <w:top w:val="none" w:sz="0" w:space="0" w:color="auto"/>
                                                        <w:left w:val="none" w:sz="0" w:space="0" w:color="auto"/>
                                                        <w:bottom w:val="none" w:sz="0" w:space="0" w:color="auto"/>
                                                        <w:right w:val="none" w:sz="0" w:space="0" w:color="auto"/>
                                                      </w:divBdr>
                                                      <w:divsChild>
                                                        <w:div w:id="1875344944">
                                                          <w:marLeft w:val="0"/>
                                                          <w:marRight w:val="0"/>
                                                          <w:marTop w:val="0"/>
                                                          <w:marBottom w:val="0"/>
                                                          <w:divBdr>
                                                            <w:top w:val="none" w:sz="0" w:space="0" w:color="auto"/>
                                                            <w:left w:val="none" w:sz="0" w:space="0" w:color="auto"/>
                                                            <w:bottom w:val="none" w:sz="0" w:space="0" w:color="auto"/>
                                                            <w:right w:val="none" w:sz="0" w:space="0" w:color="auto"/>
                                                          </w:divBdr>
                                                          <w:divsChild>
                                                            <w:div w:id="127089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08022">
                          <w:marLeft w:val="0"/>
                          <w:marRight w:val="0"/>
                          <w:marTop w:val="0"/>
                          <w:marBottom w:val="0"/>
                          <w:divBdr>
                            <w:top w:val="none" w:sz="0" w:space="0" w:color="auto"/>
                            <w:left w:val="none" w:sz="0" w:space="0" w:color="auto"/>
                            <w:bottom w:val="none" w:sz="0" w:space="0" w:color="auto"/>
                            <w:right w:val="none" w:sz="0" w:space="0" w:color="auto"/>
                          </w:divBdr>
                          <w:divsChild>
                            <w:div w:id="2112431560">
                              <w:marLeft w:val="0"/>
                              <w:marRight w:val="0"/>
                              <w:marTop w:val="0"/>
                              <w:marBottom w:val="0"/>
                              <w:divBdr>
                                <w:top w:val="none" w:sz="0" w:space="0" w:color="auto"/>
                                <w:left w:val="none" w:sz="0" w:space="0" w:color="auto"/>
                                <w:bottom w:val="none" w:sz="0" w:space="0" w:color="auto"/>
                                <w:right w:val="none" w:sz="0" w:space="0" w:color="auto"/>
                              </w:divBdr>
                              <w:divsChild>
                                <w:div w:id="472065140">
                                  <w:marLeft w:val="0"/>
                                  <w:marRight w:val="0"/>
                                  <w:marTop w:val="0"/>
                                  <w:marBottom w:val="0"/>
                                  <w:divBdr>
                                    <w:top w:val="none" w:sz="0" w:space="0" w:color="auto"/>
                                    <w:left w:val="none" w:sz="0" w:space="0" w:color="auto"/>
                                    <w:bottom w:val="none" w:sz="0" w:space="0" w:color="auto"/>
                                    <w:right w:val="none" w:sz="0" w:space="0" w:color="auto"/>
                                  </w:divBdr>
                                  <w:divsChild>
                                    <w:div w:id="2018920550">
                                      <w:marLeft w:val="0"/>
                                      <w:marRight w:val="0"/>
                                      <w:marTop w:val="0"/>
                                      <w:marBottom w:val="0"/>
                                      <w:divBdr>
                                        <w:top w:val="none" w:sz="0" w:space="0" w:color="auto"/>
                                        <w:left w:val="none" w:sz="0" w:space="0" w:color="auto"/>
                                        <w:bottom w:val="none" w:sz="0" w:space="0" w:color="auto"/>
                                        <w:right w:val="none" w:sz="0" w:space="0" w:color="auto"/>
                                      </w:divBdr>
                                      <w:divsChild>
                                        <w:div w:id="1197085260">
                                          <w:marLeft w:val="0"/>
                                          <w:marRight w:val="0"/>
                                          <w:marTop w:val="0"/>
                                          <w:marBottom w:val="0"/>
                                          <w:divBdr>
                                            <w:top w:val="none" w:sz="0" w:space="0" w:color="auto"/>
                                            <w:left w:val="none" w:sz="0" w:space="0" w:color="auto"/>
                                            <w:bottom w:val="none" w:sz="0" w:space="0" w:color="auto"/>
                                            <w:right w:val="none" w:sz="0" w:space="0" w:color="auto"/>
                                          </w:divBdr>
                                          <w:divsChild>
                                            <w:div w:id="1045447223">
                                              <w:marLeft w:val="0"/>
                                              <w:marRight w:val="0"/>
                                              <w:marTop w:val="0"/>
                                              <w:marBottom w:val="0"/>
                                              <w:divBdr>
                                                <w:top w:val="none" w:sz="0" w:space="0" w:color="auto"/>
                                                <w:left w:val="none" w:sz="0" w:space="0" w:color="auto"/>
                                                <w:bottom w:val="none" w:sz="0" w:space="0" w:color="auto"/>
                                                <w:right w:val="none" w:sz="0" w:space="0" w:color="auto"/>
                                              </w:divBdr>
                                              <w:divsChild>
                                                <w:div w:id="313027226">
                                                  <w:marLeft w:val="0"/>
                                                  <w:marRight w:val="0"/>
                                                  <w:marTop w:val="0"/>
                                                  <w:marBottom w:val="0"/>
                                                  <w:divBdr>
                                                    <w:top w:val="none" w:sz="0" w:space="0" w:color="auto"/>
                                                    <w:left w:val="none" w:sz="0" w:space="0" w:color="auto"/>
                                                    <w:bottom w:val="none" w:sz="0" w:space="0" w:color="auto"/>
                                                    <w:right w:val="none" w:sz="0" w:space="0" w:color="auto"/>
                                                  </w:divBdr>
                                                  <w:divsChild>
                                                    <w:div w:id="762072370">
                                                      <w:marLeft w:val="0"/>
                                                      <w:marRight w:val="0"/>
                                                      <w:marTop w:val="0"/>
                                                      <w:marBottom w:val="0"/>
                                                      <w:divBdr>
                                                        <w:top w:val="none" w:sz="0" w:space="0" w:color="auto"/>
                                                        <w:left w:val="none" w:sz="0" w:space="0" w:color="auto"/>
                                                        <w:bottom w:val="none" w:sz="0" w:space="0" w:color="auto"/>
                                                        <w:right w:val="none" w:sz="0" w:space="0" w:color="auto"/>
                                                      </w:divBdr>
                                                      <w:divsChild>
                                                        <w:div w:id="1789858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2769224">
                          <w:marLeft w:val="0"/>
                          <w:marRight w:val="0"/>
                          <w:marTop w:val="0"/>
                          <w:marBottom w:val="0"/>
                          <w:divBdr>
                            <w:top w:val="none" w:sz="0" w:space="0" w:color="auto"/>
                            <w:left w:val="none" w:sz="0" w:space="0" w:color="auto"/>
                            <w:bottom w:val="none" w:sz="0" w:space="0" w:color="auto"/>
                            <w:right w:val="none" w:sz="0" w:space="0" w:color="auto"/>
                          </w:divBdr>
                          <w:divsChild>
                            <w:div w:id="1220048717">
                              <w:marLeft w:val="0"/>
                              <w:marRight w:val="0"/>
                              <w:marTop w:val="0"/>
                              <w:marBottom w:val="0"/>
                              <w:divBdr>
                                <w:top w:val="none" w:sz="0" w:space="0" w:color="auto"/>
                                <w:left w:val="none" w:sz="0" w:space="0" w:color="auto"/>
                                <w:bottom w:val="none" w:sz="0" w:space="0" w:color="auto"/>
                                <w:right w:val="none" w:sz="0" w:space="0" w:color="auto"/>
                              </w:divBdr>
                              <w:divsChild>
                                <w:div w:id="943659061">
                                  <w:marLeft w:val="0"/>
                                  <w:marRight w:val="0"/>
                                  <w:marTop w:val="0"/>
                                  <w:marBottom w:val="0"/>
                                  <w:divBdr>
                                    <w:top w:val="none" w:sz="0" w:space="0" w:color="auto"/>
                                    <w:left w:val="none" w:sz="0" w:space="0" w:color="auto"/>
                                    <w:bottom w:val="none" w:sz="0" w:space="0" w:color="auto"/>
                                    <w:right w:val="none" w:sz="0" w:space="0" w:color="auto"/>
                                  </w:divBdr>
                                  <w:divsChild>
                                    <w:div w:id="666985364">
                                      <w:marLeft w:val="0"/>
                                      <w:marRight w:val="0"/>
                                      <w:marTop w:val="0"/>
                                      <w:marBottom w:val="0"/>
                                      <w:divBdr>
                                        <w:top w:val="none" w:sz="0" w:space="0" w:color="auto"/>
                                        <w:left w:val="none" w:sz="0" w:space="0" w:color="auto"/>
                                        <w:bottom w:val="none" w:sz="0" w:space="0" w:color="auto"/>
                                        <w:right w:val="none" w:sz="0" w:space="0" w:color="auto"/>
                                      </w:divBdr>
                                      <w:divsChild>
                                        <w:div w:id="708799323">
                                          <w:marLeft w:val="0"/>
                                          <w:marRight w:val="0"/>
                                          <w:marTop w:val="0"/>
                                          <w:marBottom w:val="0"/>
                                          <w:divBdr>
                                            <w:top w:val="none" w:sz="0" w:space="0" w:color="auto"/>
                                            <w:left w:val="none" w:sz="0" w:space="0" w:color="auto"/>
                                            <w:bottom w:val="none" w:sz="0" w:space="0" w:color="auto"/>
                                            <w:right w:val="none" w:sz="0" w:space="0" w:color="auto"/>
                                          </w:divBdr>
                                          <w:divsChild>
                                            <w:div w:id="867374313">
                                              <w:marLeft w:val="0"/>
                                              <w:marRight w:val="0"/>
                                              <w:marTop w:val="0"/>
                                              <w:marBottom w:val="0"/>
                                              <w:divBdr>
                                                <w:top w:val="none" w:sz="0" w:space="0" w:color="auto"/>
                                                <w:left w:val="none" w:sz="0" w:space="0" w:color="auto"/>
                                                <w:bottom w:val="none" w:sz="0" w:space="0" w:color="auto"/>
                                                <w:right w:val="none" w:sz="0" w:space="0" w:color="auto"/>
                                              </w:divBdr>
                                              <w:divsChild>
                                                <w:div w:id="605232778">
                                                  <w:marLeft w:val="0"/>
                                                  <w:marRight w:val="0"/>
                                                  <w:marTop w:val="0"/>
                                                  <w:marBottom w:val="0"/>
                                                  <w:divBdr>
                                                    <w:top w:val="none" w:sz="0" w:space="0" w:color="auto"/>
                                                    <w:left w:val="none" w:sz="0" w:space="0" w:color="auto"/>
                                                    <w:bottom w:val="none" w:sz="0" w:space="0" w:color="auto"/>
                                                    <w:right w:val="none" w:sz="0" w:space="0" w:color="auto"/>
                                                  </w:divBdr>
                                                  <w:divsChild>
                                                    <w:div w:id="1911111595">
                                                      <w:marLeft w:val="0"/>
                                                      <w:marRight w:val="0"/>
                                                      <w:marTop w:val="0"/>
                                                      <w:marBottom w:val="0"/>
                                                      <w:divBdr>
                                                        <w:top w:val="none" w:sz="0" w:space="0" w:color="auto"/>
                                                        <w:left w:val="none" w:sz="0" w:space="0" w:color="auto"/>
                                                        <w:bottom w:val="none" w:sz="0" w:space="0" w:color="auto"/>
                                                        <w:right w:val="none" w:sz="0" w:space="0" w:color="auto"/>
                                                      </w:divBdr>
                                                      <w:divsChild>
                                                        <w:div w:id="1845388795">
                                                          <w:marLeft w:val="0"/>
                                                          <w:marRight w:val="0"/>
                                                          <w:marTop w:val="0"/>
                                                          <w:marBottom w:val="0"/>
                                                          <w:divBdr>
                                                            <w:top w:val="none" w:sz="0" w:space="0" w:color="auto"/>
                                                            <w:left w:val="none" w:sz="0" w:space="0" w:color="auto"/>
                                                            <w:bottom w:val="none" w:sz="0" w:space="0" w:color="auto"/>
                                                            <w:right w:val="none" w:sz="0" w:space="0" w:color="auto"/>
                                                          </w:divBdr>
                                                          <w:divsChild>
                                                            <w:div w:id="2232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0214685">
                          <w:marLeft w:val="0"/>
                          <w:marRight w:val="0"/>
                          <w:marTop w:val="0"/>
                          <w:marBottom w:val="0"/>
                          <w:divBdr>
                            <w:top w:val="none" w:sz="0" w:space="0" w:color="auto"/>
                            <w:left w:val="none" w:sz="0" w:space="0" w:color="auto"/>
                            <w:bottom w:val="none" w:sz="0" w:space="0" w:color="auto"/>
                            <w:right w:val="none" w:sz="0" w:space="0" w:color="auto"/>
                          </w:divBdr>
                          <w:divsChild>
                            <w:div w:id="920675507">
                              <w:marLeft w:val="0"/>
                              <w:marRight w:val="0"/>
                              <w:marTop w:val="0"/>
                              <w:marBottom w:val="0"/>
                              <w:divBdr>
                                <w:top w:val="none" w:sz="0" w:space="0" w:color="auto"/>
                                <w:left w:val="none" w:sz="0" w:space="0" w:color="auto"/>
                                <w:bottom w:val="none" w:sz="0" w:space="0" w:color="auto"/>
                                <w:right w:val="none" w:sz="0" w:space="0" w:color="auto"/>
                              </w:divBdr>
                              <w:divsChild>
                                <w:div w:id="1455563062">
                                  <w:marLeft w:val="0"/>
                                  <w:marRight w:val="0"/>
                                  <w:marTop w:val="0"/>
                                  <w:marBottom w:val="0"/>
                                  <w:divBdr>
                                    <w:top w:val="none" w:sz="0" w:space="0" w:color="auto"/>
                                    <w:left w:val="none" w:sz="0" w:space="0" w:color="auto"/>
                                    <w:bottom w:val="none" w:sz="0" w:space="0" w:color="auto"/>
                                    <w:right w:val="none" w:sz="0" w:space="0" w:color="auto"/>
                                  </w:divBdr>
                                  <w:divsChild>
                                    <w:div w:id="795828833">
                                      <w:marLeft w:val="0"/>
                                      <w:marRight w:val="0"/>
                                      <w:marTop w:val="0"/>
                                      <w:marBottom w:val="0"/>
                                      <w:divBdr>
                                        <w:top w:val="none" w:sz="0" w:space="0" w:color="auto"/>
                                        <w:left w:val="none" w:sz="0" w:space="0" w:color="auto"/>
                                        <w:bottom w:val="none" w:sz="0" w:space="0" w:color="auto"/>
                                        <w:right w:val="none" w:sz="0" w:space="0" w:color="auto"/>
                                      </w:divBdr>
                                      <w:divsChild>
                                        <w:div w:id="27683185">
                                          <w:marLeft w:val="0"/>
                                          <w:marRight w:val="0"/>
                                          <w:marTop w:val="0"/>
                                          <w:marBottom w:val="0"/>
                                          <w:divBdr>
                                            <w:top w:val="none" w:sz="0" w:space="0" w:color="auto"/>
                                            <w:left w:val="none" w:sz="0" w:space="0" w:color="auto"/>
                                            <w:bottom w:val="none" w:sz="0" w:space="0" w:color="auto"/>
                                            <w:right w:val="none" w:sz="0" w:space="0" w:color="auto"/>
                                          </w:divBdr>
                                          <w:divsChild>
                                            <w:div w:id="857231499">
                                              <w:marLeft w:val="0"/>
                                              <w:marRight w:val="0"/>
                                              <w:marTop w:val="0"/>
                                              <w:marBottom w:val="0"/>
                                              <w:divBdr>
                                                <w:top w:val="none" w:sz="0" w:space="0" w:color="auto"/>
                                                <w:left w:val="none" w:sz="0" w:space="0" w:color="auto"/>
                                                <w:bottom w:val="none" w:sz="0" w:space="0" w:color="auto"/>
                                                <w:right w:val="none" w:sz="0" w:space="0" w:color="auto"/>
                                              </w:divBdr>
                                              <w:divsChild>
                                                <w:div w:id="1859847450">
                                                  <w:marLeft w:val="0"/>
                                                  <w:marRight w:val="0"/>
                                                  <w:marTop w:val="0"/>
                                                  <w:marBottom w:val="0"/>
                                                  <w:divBdr>
                                                    <w:top w:val="none" w:sz="0" w:space="0" w:color="auto"/>
                                                    <w:left w:val="none" w:sz="0" w:space="0" w:color="auto"/>
                                                    <w:bottom w:val="none" w:sz="0" w:space="0" w:color="auto"/>
                                                    <w:right w:val="none" w:sz="0" w:space="0" w:color="auto"/>
                                                  </w:divBdr>
                                                  <w:divsChild>
                                                    <w:div w:id="1356809010">
                                                      <w:marLeft w:val="0"/>
                                                      <w:marRight w:val="0"/>
                                                      <w:marTop w:val="0"/>
                                                      <w:marBottom w:val="0"/>
                                                      <w:divBdr>
                                                        <w:top w:val="none" w:sz="0" w:space="0" w:color="auto"/>
                                                        <w:left w:val="none" w:sz="0" w:space="0" w:color="auto"/>
                                                        <w:bottom w:val="none" w:sz="0" w:space="0" w:color="auto"/>
                                                        <w:right w:val="none" w:sz="0" w:space="0" w:color="auto"/>
                                                      </w:divBdr>
                                                      <w:divsChild>
                                                        <w:div w:id="28997868">
                                                          <w:blockQuote w:val="1"/>
                                                          <w:marLeft w:val="720"/>
                                                          <w:marRight w:val="720"/>
                                                          <w:marTop w:val="100"/>
                                                          <w:marBottom w:val="100"/>
                                                          <w:divBdr>
                                                            <w:top w:val="none" w:sz="0" w:space="0" w:color="auto"/>
                                                            <w:left w:val="none" w:sz="0" w:space="0" w:color="auto"/>
                                                            <w:bottom w:val="none" w:sz="0" w:space="0" w:color="auto"/>
                                                            <w:right w:val="none" w:sz="0" w:space="0" w:color="auto"/>
                                                          </w:divBdr>
                                                        </w:div>
                                                        <w:div w:id="2771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841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64339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579152">
                                                          <w:blockQuote w:val="1"/>
                                                          <w:marLeft w:val="720"/>
                                                          <w:marRight w:val="720"/>
                                                          <w:marTop w:val="100"/>
                                                          <w:marBottom w:val="100"/>
                                                          <w:divBdr>
                                                            <w:top w:val="none" w:sz="0" w:space="0" w:color="auto"/>
                                                            <w:left w:val="none" w:sz="0" w:space="0" w:color="auto"/>
                                                            <w:bottom w:val="none" w:sz="0" w:space="0" w:color="auto"/>
                                                            <w:right w:val="none" w:sz="0" w:space="0" w:color="auto"/>
                                                          </w:divBdr>
                                                        </w:div>
                                                        <w:div w:id="74175922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9399827">
                                                          <w:blockQuote w:val="1"/>
                                                          <w:marLeft w:val="720"/>
                                                          <w:marRight w:val="720"/>
                                                          <w:marTop w:val="100"/>
                                                          <w:marBottom w:val="100"/>
                                                          <w:divBdr>
                                                            <w:top w:val="none" w:sz="0" w:space="0" w:color="auto"/>
                                                            <w:left w:val="none" w:sz="0" w:space="0" w:color="auto"/>
                                                            <w:bottom w:val="none" w:sz="0" w:space="0" w:color="auto"/>
                                                            <w:right w:val="none" w:sz="0" w:space="0" w:color="auto"/>
                                                          </w:divBdr>
                                                        </w:div>
                                                        <w:div w:id="640188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3936798">
                                                          <w:blockQuote w:val="1"/>
                                                          <w:marLeft w:val="720"/>
                                                          <w:marRight w:val="720"/>
                                                          <w:marTop w:val="100"/>
                                                          <w:marBottom w:val="100"/>
                                                          <w:divBdr>
                                                            <w:top w:val="none" w:sz="0" w:space="0" w:color="auto"/>
                                                            <w:left w:val="none" w:sz="0" w:space="0" w:color="auto"/>
                                                            <w:bottom w:val="none" w:sz="0" w:space="0" w:color="auto"/>
                                                            <w:right w:val="none" w:sz="0" w:space="0" w:color="auto"/>
                                                          </w:divBdr>
                                                        </w:div>
                                                        <w:div w:id="788284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88337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4266032">
                                                          <w:blockQuote w:val="1"/>
                                                          <w:marLeft w:val="720"/>
                                                          <w:marRight w:val="720"/>
                                                          <w:marTop w:val="100"/>
                                                          <w:marBottom w:val="100"/>
                                                          <w:divBdr>
                                                            <w:top w:val="none" w:sz="0" w:space="0" w:color="auto"/>
                                                            <w:left w:val="none" w:sz="0" w:space="0" w:color="auto"/>
                                                            <w:bottom w:val="none" w:sz="0" w:space="0" w:color="auto"/>
                                                            <w:right w:val="none" w:sz="0" w:space="0" w:color="auto"/>
                                                          </w:divBdr>
                                                        </w:div>
                                                        <w:div w:id="38406466">
                                                          <w:blockQuote w:val="1"/>
                                                          <w:marLeft w:val="720"/>
                                                          <w:marRight w:val="720"/>
                                                          <w:marTop w:val="100"/>
                                                          <w:marBottom w:val="100"/>
                                                          <w:divBdr>
                                                            <w:top w:val="none" w:sz="0" w:space="0" w:color="auto"/>
                                                            <w:left w:val="none" w:sz="0" w:space="0" w:color="auto"/>
                                                            <w:bottom w:val="none" w:sz="0" w:space="0" w:color="auto"/>
                                                            <w:right w:val="none" w:sz="0" w:space="0" w:color="auto"/>
                                                          </w:divBdr>
                                                        </w:div>
                                                        <w:div w:id="885796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3270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3169377">
                          <w:marLeft w:val="0"/>
                          <w:marRight w:val="0"/>
                          <w:marTop w:val="0"/>
                          <w:marBottom w:val="0"/>
                          <w:divBdr>
                            <w:top w:val="none" w:sz="0" w:space="0" w:color="auto"/>
                            <w:left w:val="none" w:sz="0" w:space="0" w:color="auto"/>
                            <w:bottom w:val="none" w:sz="0" w:space="0" w:color="auto"/>
                            <w:right w:val="none" w:sz="0" w:space="0" w:color="auto"/>
                          </w:divBdr>
                          <w:divsChild>
                            <w:div w:id="2115783280">
                              <w:marLeft w:val="0"/>
                              <w:marRight w:val="0"/>
                              <w:marTop w:val="0"/>
                              <w:marBottom w:val="0"/>
                              <w:divBdr>
                                <w:top w:val="none" w:sz="0" w:space="0" w:color="auto"/>
                                <w:left w:val="none" w:sz="0" w:space="0" w:color="auto"/>
                                <w:bottom w:val="none" w:sz="0" w:space="0" w:color="auto"/>
                                <w:right w:val="none" w:sz="0" w:space="0" w:color="auto"/>
                              </w:divBdr>
                              <w:divsChild>
                                <w:div w:id="1651641565">
                                  <w:marLeft w:val="0"/>
                                  <w:marRight w:val="0"/>
                                  <w:marTop w:val="0"/>
                                  <w:marBottom w:val="0"/>
                                  <w:divBdr>
                                    <w:top w:val="none" w:sz="0" w:space="0" w:color="auto"/>
                                    <w:left w:val="none" w:sz="0" w:space="0" w:color="auto"/>
                                    <w:bottom w:val="none" w:sz="0" w:space="0" w:color="auto"/>
                                    <w:right w:val="none" w:sz="0" w:space="0" w:color="auto"/>
                                  </w:divBdr>
                                  <w:divsChild>
                                    <w:div w:id="625624522">
                                      <w:marLeft w:val="0"/>
                                      <w:marRight w:val="0"/>
                                      <w:marTop w:val="0"/>
                                      <w:marBottom w:val="0"/>
                                      <w:divBdr>
                                        <w:top w:val="none" w:sz="0" w:space="0" w:color="auto"/>
                                        <w:left w:val="none" w:sz="0" w:space="0" w:color="auto"/>
                                        <w:bottom w:val="none" w:sz="0" w:space="0" w:color="auto"/>
                                        <w:right w:val="none" w:sz="0" w:space="0" w:color="auto"/>
                                      </w:divBdr>
                                      <w:divsChild>
                                        <w:div w:id="1487941426">
                                          <w:marLeft w:val="0"/>
                                          <w:marRight w:val="0"/>
                                          <w:marTop w:val="0"/>
                                          <w:marBottom w:val="0"/>
                                          <w:divBdr>
                                            <w:top w:val="none" w:sz="0" w:space="0" w:color="auto"/>
                                            <w:left w:val="none" w:sz="0" w:space="0" w:color="auto"/>
                                            <w:bottom w:val="none" w:sz="0" w:space="0" w:color="auto"/>
                                            <w:right w:val="none" w:sz="0" w:space="0" w:color="auto"/>
                                          </w:divBdr>
                                          <w:divsChild>
                                            <w:div w:id="1634210392">
                                              <w:marLeft w:val="0"/>
                                              <w:marRight w:val="0"/>
                                              <w:marTop w:val="0"/>
                                              <w:marBottom w:val="0"/>
                                              <w:divBdr>
                                                <w:top w:val="none" w:sz="0" w:space="0" w:color="auto"/>
                                                <w:left w:val="none" w:sz="0" w:space="0" w:color="auto"/>
                                                <w:bottom w:val="none" w:sz="0" w:space="0" w:color="auto"/>
                                                <w:right w:val="none" w:sz="0" w:space="0" w:color="auto"/>
                                              </w:divBdr>
                                              <w:divsChild>
                                                <w:div w:id="530151508">
                                                  <w:marLeft w:val="0"/>
                                                  <w:marRight w:val="0"/>
                                                  <w:marTop w:val="0"/>
                                                  <w:marBottom w:val="0"/>
                                                  <w:divBdr>
                                                    <w:top w:val="none" w:sz="0" w:space="0" w:color="auto"/>
                                                    <w:left w:val="none" w:sz="0" w:space="0" w:color="auto"/>
                                                    <w:bottom w:val="none" w:sz="0" w:space="0" w:color="auto"/>
                                                    <w:right w:val="none" w:sz="0" w:space="0" w:color="auto"/>
                                                  </w:divBdr>
                                                  <w:divsChild>
                                                    <w:div w:id="75053024">
                                                      <w:marLeft w:val="0"/>
                                                      <w:marRight w:val="0"/>
                                                      <w:marTop w:val="0"/>
                                                      <w:marBottom w:val="0"/>
                                                      <w:divBdr>
                                                        <w:top w:val="none" w:sz="0" w:space="0" w:color="auto"/>
                                                        <w:left w:val="none" w:sz="0" w:space="0" w:color="auto"/>
                                                        <w:bottom w:val="none" w:sz="0" w:space="0" w:color="auto"/>
                                                        <w:right w:val="none" w:sz="0" w:space="0" w:color="auto"/>
                                                      </w:divBdr>
                                                      <w:divsChild>
                                                        <w:div w:id="345404945">
                                                          <w:marLeft w:val="0"/>
                                                          <w:marRight w:val="0"/>
                                                          <w:marTop w:val="0"/>
                                                          <w:marBottom w:val="0"/>
                                                          <w:divBdr>
                                                            <w:top w:val="none" w:sz="0" w:space="0" w:color="auto"/>
                                                            <w:left w:val="none" w:sz="0" w:space="0" w:color="auto"/>
                                                            <w:bottom w:val="none" w:sz="0" w:space="0" w:color="auto"/>
                                                            <w:right w:val="none" w:sz="0" w:space="0" w:color="auto"/>
                                                          </w:divBdr>
                                                          <w:divsChild>
                                                            <w:div w:id="11700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6137770">
                          <w:marLeft w:val="0"/>
                          <w:marRight w:val="0"/>
                          <w:marTop w:val="0"/>
                          <w:marBottom w:val="0"/>
                          <w:divBdr>
                            <w:top w:val="none" w:sz="0" w:space="0" w:color="auto"/>
                            <w:left w:val="none" w:sz="0" w:space="0" w:color="auto"/>
                            <w:bottom w:val="none" w:sz="0" w:space="0" w:color="auto"/>
                            <w:right w:val="none" w:sz="0" w:space="0" w:color="auto"/>
                          </w:divBdr>
                          <w:divsChild>
                            <w:div w:id="1274902970">
                              <w:marLeft w:val="0"/>
                              <w:marRight w:val="0"/>
                              <w:marTop w:val="0"/>
                              <w:marBottom w:val="0"/>
                              <w:divBdr>
                                <w:top w:val="none" w:sz="0" w:space="0" w:color="auto"/>
                                <w:left w:val="none" w:sz="0" w:space="0" w:color="auto"/>
                                <w:bottom w:val="none" w:sz="0" w:space="0" w:color="auto"/>
                                <w:right w:val="none" w:sz="0" w:space="0" w:color="auto"/>
                              </w:divBdr>
                              <w:divsChild>
                                <w:div w:id="1074938156">
                                  <w:marLeft w:val="0"/>
                                  <w:marRight w:val="0"/>
                                  <w:marTop w:val="0"/>
                                  <w:marBottom w:val="0"/>
                                  <w:divBdr>
                                    <w:top w:val="none" w:sz="0" w:space="0" w:color="auto"/>
                                    <w:left w:val="none" w:sz="0" w:space="0" w:color="auto"/>
                                    <w:bottom w:val="none" w:sz="0" w:space="0" w:color="auto"/>
                                    <w:right w:val="none" w:sz="0" w:space="0" w:color="auto"/>
                                  </w:divBdr>
                                  <w:divsChild>
                                    <w:div w:id="1093748479">
                                      <w:marLeft w:val="0"/>
                                      <w:marRight w:val="0"/>
                                      <w:marTop w:val="0"/>
                                      <w:marBottom w:val="0"/>
                                      <w:divBdr>
                                        <w:top w:val="none" w:sz="0" w:space="0" w:color="auto"/>
                                        <w:left w:val="none" w:sz="0" w:space="0" w:color="auto"/>
                                        <w:bottom w:val="none" w:sz="0" w:space="0" w:color="auto"/>
                                        <w:right w:val="none" w:sz="0" w:space="0" w:color="auto"/>
                                      </w:divBdr>
                                      <w:divsChild>
                                        <w:div w:id="207307719">
                                          <w:marLeft w:val="0"/>
                                          <w:marRight w:val="0"/>
                                          <w:marTop w:val="0"/>
                                          <w:marBottom w:val="0"/>
                                          <w:divBdr>
                                            <w:top w:val="none" w:sz="0" w:space="0" w:color="auto"/>
                                            <w:left w:val="none" w:sz="0" w:space="0" w:color="auto"/>
                                            <w:bottom w:val="none" w:sz="0" w:space="0" w:color="auto"/>
                                            <w:right w:val="none" w:sz="0" w:space="0" w:color="auto"/>
                                          </w:divBdr>
                                          <w:divsChild>
                                            <w:div w:id="650065937">
                                              <w:marLeft w:val="0"/>
                                              <w:marRight w:val="0"/>
                                              <w:marTop w:val="0"/>
                                              <w:marBottom w:val="0"/>
                                              <w:divBdr>
                                                <w:top w:val="none" w:sz="0" w:space="0" w:color="auto"/>
                                                <w:left w:val="none" w:sz="0" w:space="0" w:color="auto"/>
                                                <w:bottom w:val="none" w:sz="0" w:space="0" w:color="auto"/>
                                                <w:right w:val="none" w:sz="0" w:space="0" w:color="auto"/>
                                              </w:divBdr>
                                              <w:divsChild>
                                                <w:div w:id="2072119454">
                                                  <w:marLeft w:val="0"/>
                                                  <w:marRight w:val="0"/>
                                                  <w:marTop w:val="0"/>
                                                  <w:marBottom w:val="0"/>
                                                  <w:divBdr>
                                                    <w:top w:val="none" w:sz="0" w:space="0" w:color="auto"/>
                                                    <w:left w:val="none" w:sz="0" w:space="0" w:color="auto"/>
                                                    <w:bottom w:val="none" w:sz="0" w:space="0" w:color="auto"/>
                                                    <w:right w:val="none" w:sz="0" w:space="0" w:color="auto"/>
                                                  </w:divBdr>
                                                  <w:divsChild>
                                                    <w:div w:id="335692361">
                                                      <w:marLeft w:val="0"/>
                                                      <w:marRight w:val="0"/>
                                                      <w:marTop w:val="0"/>
                                                      <w:marBottom w:val="0"/>
                                                      <w:divBdr>
                                                        <w:top w:val="none" w:sz="0" w:space="0" w:color="auto"/>
                                                        <w:left w:val="none" w:sz="0" w:space="0" w:color="auto"/>
                                                        <w:bottom w:val="none" w:sz="0" w:space="0" w:color="auto"/>
                                                        <w:right w:val="none" w:sz="0" w:space="0" w:color="auto"/>
                                                      </w:divBdr>
                                                      <w:divsChild>
                                                        <w:div w:id="14134282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342407">
                          <w:marLeft w:val="0"/>
                          <w:marRight w:val="0"/>
                          <w:marTop w:val="0"/>
                          <w:marBottom w:val="0"/>
                          <w:divBdr>
                            <w:top w:val="none" w:sz="0" w:space="0" w:color="auto"/>
                            <w:left w:val="none" w:sz="0" w:space="0" w:color="auto"/>
                            <w:bottom w:val="none" w:sz="0" w:space="0" w:color="auto"/>
                            <w:right w:val="none" w:sz="0" w:space="0" w:color="auto"/>
                          </w:divBdr>
                          <w:divsChild>
                            <w:div w:id="192504606">
                              <w:marLeft w:val="0"/>
                              <w:marRight w:val="0"/>
                              <w:marTop w:val="0"/>
                              <w:marBottom w:val="0"/>
                              <w:divBdr>
                                <w:top w:val="none" w:sz="0" w:space="0" w:color="auto"/>
                                <w:left w:val="none" w:sz="0" w:space="0" w:color="auto"/>
                                <w:bottom w:val="none" w:sz="0" w:space="0" w:color="auto"/>
                                <w:right w:val="none" w:sz="0" w:space="0" w:color="auto"/>
                              </w:divBdr>
                              <w:divsChild>
                                <w:div w:id="261571869">
                                  <w:marLeft w:val="0"/>
                                  <w:marRight w:val="0"/>
                                  <w:marTop w:val="0"/>
                                  <w:marBottom w:val="0"/>
                                  <w:divBdr>
                                    <w:top w:val="none" w:sz="0" w:space="0" w:color="auto"/>
                                    <w:left w:val="none" w:sz="0" w:space="0" w:color="auto"/>
                                    <w:bottom w:val="none" w:sz="0" w:space="0" w:color="auto"/>
                                    <w:right w:val="none" w:sz="0" w:space="0" w:color="auto"/>
                                  </w:divBdr>
                                  <w:divsChild>
                                    <w:div w:id="903612110">
                                      <w:marLeft w:val="0"/>
                                      <w:marRight w:val="0"/>
                                      <w:marTop w:val="0"/>
                                      <w:marBottom w:val="0"/>
                                      <w:divBdr>
                                        <w:top w:val="none" w:sz="0" w:space="0" w:color="auto"/>
                                        <w:left w:val="none" w:sz="0" w:space="0" w:color="auto"/>
                                        <w:bottom w:val="none" w:sz="0" w:space="0" w:color="auto"/>
                                        <w:right w:val="none" w:sz="0" w:space="0" w:color="auto"/>
                                      </w:divBdr>
                                      <w:divsChild>
                                        <w:div w:id="95489717">
                                          <w:marLeft w:val="0"/>
                                          <w:marRight w:val="0"/>
                                          <w:marTop w:val="0"/>
                                          <w:marBottom w:val="0"/>
                                          <w:divBdr>
                                            <w:top w:val="none" w:sz="0" w:space="0" w:color="auto"/>
                                            <w:left w:val="none" w:sz="0" w:space="0" w:color="auto"/>
                                            <w:bottom w:val="none" w:sz="0" w:space="0" w:color="auto"/>
                                            <w:right w:val="none" w:sz="0" w:space="0" w:color="auto"/>
                                          </w:divBdr>
                                          <w:divsChild>
                                            <w:div w:id="421535079">
                                              <w:marLeft w:val="0"/>
                                              <w:marRight w:val="0"/>
                                              <w:marTop w:val="0"/>
                                              <w:marBottom w:val="0"/>
                                              <w:divBdr>
                                                <w:top w:val="none" w:sz="0" w:space="0" w:color="auto"/>
                                                <w:left w:val="none" w:sz="0" w:space="0" w:color="auto"/>
                                                <w:bottom w:val="none" w:sz="0" w:space="0" w:color="auto"/>
                                                <w:right w:val="none" w:sz="0" w:space="0" w:color="auto"/>
                                              </w:divBdr>
                                              <w:divsChild>
                                                <w:div w:id="841966773">
                                                  <w:marLeft w:val="0"/>
                                                  <w:marRight w:val="0"/>
                                                  <w:marTop w:val="0"/>
                                                  <w:marBottom w:val="0"/>
                                                  <w:divBdr>
                                                    <w:top w:val="none" w:sz="0" w:space="0" w:color="auto"/>
                                                    <w:left w:val="none" w:sz="0" w:space="0" w:color="auto"/>
                                                    <w:bottom w:val="none" w:sz="0" w:space="0" w:color="auto"/>
                                                    <w:right w:val="none" w:sz="0" w:space="0" w:color="auto"/>
                                                  </w:divBdr>
                                                  <w:divsChild>
                                                    <w:div w:id="1152481530">
                                                      <w:marLeft w:val="0"/>
                                                      <w:marRight w:val="0"/>
                                                      <w:marTop w:val="0"/>
                                                      <w:marBottom w:val="0"/>
                                                      <w:divBdr>
                                                        <w:top w:val="none" w:sz="0" w:space="0" w:color="auto"/>
                                                        <w:left w:val="none" w:sz="0" w:space="0" w:color="auto"/>
                                                        <w:bottom w:val="none" w:sz="0" w:space="0" w:color="auto"/>
                                                        <w:right w:val="none" w:sz="0" w:space="0" w:color="auto"/>
                                                      </w:divBdr>
                                                      <w:divsChild>
                                                        <w:div w:id="1841575304">
                                                          <w:marLeft w:val="0"/>
                                                          <w:marRight w:val="0"/>
                                                          <w:marTop w:val="0"/>
                                                          <w:marBottom w:val="0"/>
                                                          <w:divBdr>
                                                            <w:top w:val="none" w:sz="0" w:space="0" w:color="auto"/>
                                                            <w:left w:val="none" w:sz="0" w:space="0" w:color="auto"/>
                                                            <w:bottom w:val="none" w:sz="0" w:space="0" w:color="auto"/>
                                                            <w:right w:val="none" w:sz="0" w:space="0" w:color="auto"/>
                                                          </w:divBdr>
                                                          <w:divsChild>
                                                            <w:div w:id="6278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1498283">
                          <w:marLeft w:val="0"/>
                          <w:marRight w:val="0"/>
                          <w:marTop w:val="0"/>
                          <w:marBottom w:val="0"/>
                          <w:divBdr>
                            <w:top w:val="none" w:sz="0" w:space="0" w:color="auto"/>
                            <w:left w:val="none" w:sz="0" w:space="0" w:color="auto"/>
                            <w:bottom w:val="none" w:sz="0" w:space="0" w:color="auto"/>
                            <w:right w:val="none" w:sz="0" w:space="0" w:color="auto"/>
                          </w:divBdr>
                          <w:divsChild>
                            <w:div w:id="1158497889">
                              <w:marLeft w:val="0"/>
                              <w:marRight w:val="0"/>
                              <w:marTop w:val="0"/>
                              <w:marBottom w:val="0"/>
                              <w:divBdr>
                                <w:top w:val="none" w:sz="0" w:space="0" w:color="auto"/>
                                <w:left w:val="none" w:sz="0" w:space="0" w:color="auto"/>
                                <w:bottom w:val="none" w:sz="0" w:space="0" w:color="auto"/>
                                <w:right w:val="none" w:sz="0" w:space="0" w:color="auto"/>
                              </w:divBdr>
                              <w:divsChild>
                                <w:div w:id="1454253430">
                                  <w:marLeft w:val="0"/>
                                  <w:marRight w:val="0"/>
                                  <w:marTop w:val="0"/>
                                  <w:marBottom w:val="0"/>
                                  <w:divBdr>
                                    <w:top w:val="none" w:sz="0" w:space="0" w:color="auto"/>
                                    <w:left w:val="none" w:sz="0" w:space="0" w:color="auto"/>
                                    <w:bottom w:val="none" w:sz="0" w:space="0" w:color="auto"/>
                                    <w:right w:val="none" w:sz="0" w:space="0" w:color="auto"/>
                                  </w:divBdr>
                                  <w:divsChild>
                                    <w:div w:id="1803040877">
                                      <w:marLeft w:val="0"/>
                                      <w:marRight w:val="0"/>
                                      <w:marTop w:val="0"/>
                                      <w:marBottom w:val="0"/>
                                      <w:divBdr>
                                        <w:top w:val="none" w:sz="0" w:space="0" w:color="auto"/>
                                        <w:left w:val="none" w:sz="0" w:space="0" w:color="auto"/>
                                        <w:bottom w:val="none" w:sz="0" w:space="0" w:color="auto"/>
                                        <w:right w:val="none" w:sz="0" w:space="0" w:color="auto"/>
                                      </w:divBdr>
                                      <w:divsChild>
                                        <w:div w:id="1807040693">
                                          <w:marLeft w:val="0"/>
                                          <w:marRight w:val="0"/>
                                          <w:marTop w:val="0"/>
                                          <w:marBottom w:val="0"/>
                                          <w:divBdr>
                                            <w:top w:val="none" w:sz="0" w:space="0" w:color="auto"/>
                                            <w:left w:val="none" w:sz="0" w:space="0" w:color="auto"/>
                                            <w:bottom w:val="none" w:sz="0" w:space="0" w:color="auto"/>
                                            <w:right w:val="none" w:sz="0" w:space="0" w:color="auto"/>
                                          </w:divBdr>
                                          <w:divsChild>
                                            <w:div w:id="1987663891">
                                              <w:marLeft w:val="0"/>
                                              <w:marRight w:val="0"/>
                                              <w:marTop w:val="0"/>
                                              <w:marBottom w:val="0"/>
                                              <w:divBdr>
                                                <w:top w:val="none" w:sz="0" w:space="0" w:color="auto"/>
                                                <w:left w:val="none" w:sz="0" w:space="0" w:color="auto"/>
                                                <w:bottom w:val="none" w:sz="0" w:space="0" w:color="auto"/>
                                                <w:right w:val="none" w:sz="0" w:space="0" w:color="auto"/>
                                              </w:divBdr>
                                              <w:divsChild>
                                                <w:div w:id="1667976805">
                                                  <w:marLeft w:val="0"/>
                                                  <w:marRight w:val="0"/>
                                                  <w:marTop w:val="0"/>
                                                  <w:marBottom w:val="0"/>
                                                  <w:divBdr>
                                                    <w:top w:val="none" w:sz="0" w:space="0" w:color="auto"/>
                                                    <w:left w:val="none" w:sz="0" w:space="0" w:color="auto"/>
                                                    <w:bottom w:val="none" w:sz="0" w:space="0" w:color="auto"/>
                                                    <w:right w:val="none" w:sz="0" w:space="0" w:color="auto"/>
                                                  </w:divBdr>
                                                </w:div>
                                                <w:div w:id="2047101003">
                                                  <w:marLeft w:val="0"/>
                                                  <w:marRight w:val="0"/>
                                                  <w:marTop w:val="0"/>
                                                  <w:marBottom w:val="0"/>
                                                  <w:divBdr>
                                                    <w:top w:val="none" w:sz="0" w:space="0" w:color="auto"/>
                                                    <w:left w:val="none" w:sz="0" w:space="0" w:color="auto"/>
                                                    <w:bottom w:val="none" w:sz="0" w:space="0" w:color="auto"/>
                                                    <w:right w:val="none" w:sz="0" w:space="0" w:color="auto"/>
                                                  </w:divBdr>
                                                  <w:divsChild>
                                                    <w:div w:id="770247934">
                                                      <w:marLeft w:val="0"/>
                                                      <w:marRight w:val="0"/>
                                                      <w:marTop w:val="0"/>
                                                      <w:marBottom w:val="0"/>
                                                      <w:divBdr>
                                                        <w:top w:val="none" w:sz="0" w:space="0" w:color="auto"/>
                                                        <w:left w:val="none" w:sz="0" w:space="0" w:color="auto"/>
                                                        <w:bottom w:val="none" w:sz="0" w:space="0" w:color="auto"/>
                                                        <w:right w:val="none" w:sz="0" w:space="0" w:color="auto"/>
                                                      </w:divBdr>
                                                      <w:divsChild>
                                                        <w:div w:id="1468204077">
                                                          <w:marLeft w:val="0"/>
                                                          <w:marRight w:val="0"/>
                                                          <w:marTop w:val="0"/>
                                                          <w:marBottom w:val="0"/>
                                                          <w:divBdr>
                                                            <w:top w:val="none" w:sz="0" w:space="0" w:color="auto"/>
                                                            <w:left w:val="none" w:sz="0" w:space="0" w:color="auto"/>
                                                            <w:bottom w:val="none" w:sz="0" w:space="0" w:color="auto"/>
                                                            <w:right w:val="none" w:sz="0" w:space="0" w:color="auto"/>
                                                          </w:divBdr>
                                                          <w:divsChild>
                                                            <w:div w:id="153692011">
                                                              <w:marLeft w:val="0"/>
                                                              <w:marRight w:val="0"/>
                                                              <w:marTop w:val="0"/>
                                                              <w:marBottom w:val="0"/>
                                                              <w:divBdr>
                                                                <w:top w:val="none" w:sz="0" w:space="0" w:color="auto"/>
                                                                <w:left w:val="none" w:sz="0" w:space="0" w:color="auto"/>
                                                                <w:bottom w:val="none" w:sz="0" w:space="0" w:color="auto"/>
                                                                <w:right w:val="none" w:sz="0" w:space="0" w:color="auto"/>
                                                              </w:divBdr>
                                                            </w:div>
                                                            <w:div w:id="1104113380">
                                                              <w:marLeft w:val="0"/>
                                                              <w:marRight w:val="0"/>
                                                              <w:marTop w:val="0"/>
                                                              <w:marBottom w:val="0"/>
                                                              <w:divBdr>
                                                                <w:top w:val="none" w:sz="0" w:space="0" w:color="auto"/>
                                                                <w:left w:val="none" w:sz="0" w:space="0" w:color="auto"/>
                                                                <w:bottom w:val="none" w:sz="0" w:space="0" w:color="auto"/>
                                                                <w:right w:val="none" w:sz="0" w:space="0" w:color="auto"/>
                                                              </w:divBdr>
                                                            </w:div>
                                                            <w:div w:id="1114445211">
                                                              <w:marLeft w:val="0"/>
                                                              <w:marRight w:val="0"/>
                                                              <w:marTop w:val="0"/>
                                                              <w:marBottom w:val="0"/>
                                                              <w:divBdr>
                                                                <w:top w:val="none" w:sz="0" w:space="0" w:color="auto"/>
                                                                <w:left w:val="none" w:sz="0" w:space="0" w:color="auto"/>
                                                                <w:bottom w:val="none" w:sz="0" w:space="0" w:color="auto"/>
                                                                <w:right w:val="none" w:sz="0" w:space="0" w:color="auto"/>
                                                              </w:divBdr>
                                                            </w:div>
                                                            <w:div w:id="1673600968">
                                                              <w:marLeft w:val="0"/>
                                                              <w:marRight w:val="0"/>
                                                              <w:marTop w:val="0"/>
                                                              <w:marBottom w:val="0"/>
                                                              <w:divBdr>
                                                                <w:top w:val="none" w:sz="0" w:space="0" w:color="auto"/>
                                                                <w:left w:val="none" w:sz="0" w:space="0" w:color="auto"/>
                                                                <w:bottom w:val="none" w:sz="0" w:space="0" w:color="auto"/>
                                                                <w:right w:val="none" w:sz="0" w:space="0" w:color="auto"/>
                                                              </w:divBdr>
                                                              <w:divsChild>
                                                                <w:div w:id="998002576">
                                                                  <w:marLeft w:val="0"/>
                                                                  <w:marRight w:val="0"/>
                                                                  <w:marTop w:val="0"/>
                                                                  <w:marBottom w:val="0"/>
                                                                  <w:divBdr>
                                                                    <w:top w:val="none" w:sz="0" w:space="0" w:color="auto"/>
                                                                    <w:left w:val="none" w:sz="0" w:space="0" w:color="auto"/>
                                                                    <w:bottom w:val="none" w:sz="0" w:space="0" w:color="auto"/>
                                                                    <w:right w:val="none" w:sz="0" w:space="0" w:color="auto"/>
                                                                  </w:divBdr>
                                                                  <w:divsChild>
                                                                    <w:div w:id="1697848020">
                                                                      <w:marLeft w:val="0"/>
                                                                      <w:marRight w:val="0"/>
                                                                      <w:marTop w:val="0"/>
                                                                      <w:marBottom w:val="0"/>
                                                                      <w:divBdr>
                                                                        <w:top w:val="none" w:sz="0" w:space="0" w:color="auto"/>
                                                                        <w:left w:val="none" w:sz="0" w:space="0" w:color="auto"/>
                                                                        <w:bottom w:val="none" w:sz="0" w:space="0" w:color="auto"/>
                                                                        <w:right w:val="none" w:sz="0" w:space="0" w:color="auto"/>
                                                                      </w:divBdr>
                                                                      <w:divsChild>
                                                                        <w:div w:id="152687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0316536">
                          <w:marLeft w:val="0"/>
                          <w:marRight w:val="0"/>
                          <w:marTop w:val="0"/>
                          <w:marBottom w:val="0"/>
                          <w:divBdr>
                            <w:top w:val="none" w:sz="0" w:space="0" w:color="auto"/>
                            <w:left w:val="none" w:sz="0" w:space="0" w:color="auto"/>
                            <w:bottom w:val="none" w:sz="0" w:space="0" w:color="auto"/>
                            <w:right w:val="none" w:sz="0" w:space="0" w:color="auto"/>
                          </w:divBdr>
                          <w:divsChild>
                            <w:div w:id="792746238">
                              <w:marLeft w:val="0"/>
                              <w:marRight w:val="0"/>
                              <w:marTop w:val="0"/>
                              <w:marBottom w:val="0"/>
                              <w:divBdr>
                                <w:top w:val="none" w:sz="0" w:space="0" w:color="auto"/>
                                <w:left w:val="none" w:sz="0" w:space="0" w:color="auto"/>
                                <w:bottom w:val="none" w:sz="0" w:space="0" w:color="auto"/>
                                <w:right w:val="none" w:sz="0" w:space="0" w:color="auto"/>
                              </w:divBdr>
                              <w:divsChild>
                                <w:div w:id="2139907123">
                                  <w:marLeft w:val="0"/>
                                  <w:marRight w:val="0"/>
                                  <w:marTop w:val="0"/>
                                  <w:marBottom w:val="0"/>
                                  <w:divBdr>
                                    <w:top w:val="none" w:sz="0" w:space="0" w:color="auto"/>
                                    <w:left w:val="none" w:sz="0" w:space="0" w:color="auto"/>
                                    <w:bottom w:val="none" w:sz="0" w:space="0" w:color="auto"/>
                                    <w:right w:val="none" w:sz="0" w:space="0" w:color="auto"/>
                                  </w:divBdr>
                                  <w:divsChild>
                                    <w:div w:id="192112721">
                                      <w:marLeft w:val="0"/>
                                      <w:marRight w:val="0"/>
                                      <w:marTop w:val="0"/>
                                      <w:marBottom w:val="0"/>
                                      <w:divBdr>
                                        <w:top w:val="none" w:sz="0" w:space="0" w:color="auto"/>
                                        <w:left w:val="none" w:sz="0" w:space="0" w:color="auto"/>
                                        <w:bottom w:val="none" w:sz="0" w:space="0" w:color="auto"/>
                                        <w:right w:val="none" w:sz="0" w:space="0" w:color="auto"/>
                                      </w:divBdr>
                                      <w:divsChild>
                                        <w:div w:id="1656029761">
                                          <w:marLeft w:val="0"/>
                                          <w:marRight w:val="0"/>
                                          <w:marTop w:val="0"/>
                                          <w:marBottom w:val="0"/>
                                          <w:divBdr>
                                            <w:top w:val="none" w:sz="0" w:space="0" w:color="auto"/>
                                            <w:left w:val="none" w:sz="0" w:space="0" w:color="auto"/>
                                            <w:bottom w:val="none" w:sz="0" w:space="0" w:color="auto"/>
                                            <w:right w:val="none" w:sz="0" w:space="0" w:color="auto"/>
                                          </w:divBdr>
                                          <w:divsChild>
                                            <w:div w:id="1972858680">
                                              <w:marLeft w:val="0"/>
                                              <w:marRight w:val="0"/>
                                              <w:marTop w:val="0"/>
                                              <w:marBottom w:val="0"/>
                                              <w:divBdr>
                                                <w:top w:val="none" w:sz="0" w:space="0" w:color="auto"/>
                                                <w:left w:val="none" w:sz="0" w:space="0" w:color="auto"/>
                                                <w:bottom w:val="none" w:sz="0" w:space="0" w:color="auto"/>
                                                <w:right w:val="none" w:sz="0" w:space="0" w:color="auto"/>
                                              </w:divBdr>
                                              <w:divsChild>
                                                <w:div w:id="447965288">
                                                  <w:marLeft w:val="0"/>
                                                  <w:marRight w:val="0"/>
                                                  <w:marTop w:val="0"/>
                                                  <w:marBottom w:val="0"/>
                                                  <w:divBdr>
                                                    <w:top w:val="none" w:sz="0" w:space="0" w:color="auto"/>
                                                    <w:left w:val="none" w:sz="0" w:space="0" w:color="auto"/>
                                                    <w:bottom w:val="none" w:sz="0" w:space="0" w:color="auto"/>
                                                    <w:right w:val="none" w:sz="0" w:space="0" w:color="auto"/>
                                                  </w:divBdr>
                                                  <w:divsChild>
                                                    <w:div w:id="1885605426">
                                                      <w:marLeft w:val="0"/>
                                                      <w:marRight w:val="0"/>
                                                      <w:marTop w:val="0"/>
                                                      <w:marBottom w:val="0"/>
                                                      <w:divBdr>
                                                        <w:top w:val="none" w:sz="0" w:space="0" w:color="auto"/>
                                                        <w:left w:val="none" w:sz="0" w:space="0" w:color="auto"/>
                                                        <w:bottom w:val="none" w:sz="0" w:space="0" w:color="auto"/>
                                                        <w:right w:val="none" w:sz="0" w:space="0" w:color="auto"/>
                                                      </w:divBdr>
                                                      <w:divsChild>
                                                        <w:div w:id="13189544">
                                                          <w:marLeft w:val="0"/>
                                                          <w:marRight w:val="0"/>
                                                          <w:marTop w:val="0"/>
                                                          <w:marBottom w:val="0"/>
                                                          <w:divBdr>
                                                            <w:top w:val="none" w:sz="0" w:space="0" w:color="auto"/>
                                                            <w:left w:val="none" w:sz="0" w:space="0" w:color="auto"/>
                                                            <w:bottom w:val="none" w:sz="0" w:space="0" w:color="auto"/>
                                                            <w:right w:val="none" w:sz="0" w:space="0" w:color="auto"/>
                                                          </w:divBdr>
                                                          <w:divsChild>
                                                            <w:div w:id="12531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9506265">
                          <w:marLeft w:val="0"/>
                          <w:marRight w:val="0"/>
                          <w:marTop w:val="0"/>
                          <w:marBottom w:val="0"/>
                          <w:divBdr>
                            <w:top w:val="none" w:sz="0" w:space="0" w:color="auto"/>
                            <w:left w:val="none" w:sz="0" w:space="0" w:color="auto"/>
                            <w:bottom w:val="none" w:sz="0" w:space="0" w:color="auto"/>
                            <w:right w:val="none" w:sz="0" w:space="0" w:color="auto"/>
                          </w:divBdr>
                          <w:divsChild>
                            <w:div w:id="444227359">
                              <w:marLeft w:val="0"/>
                              <w:marRight w:val="0"/>
                              <w:marTop w:val="0"/>
                              <w:marBottom w:val="0"/>
                              <w:divBdr>
                                <w:top w:val="none" w:sz="0" w:space="0" w:color="auto"/>
                                <w:left w:val="none" w:sz="0" w:space="0" w:color="auto"/>
                                <w:bottom w:val="none" w:sz="0" w:space="0" w:color="auto"/>
                                <w:right w:val="none" w:sz="0" w:space="0" w:color="auto"/>
                              </w:divBdr>
                              <w:divsChild>
                                <w:div w:id="1595749103">
                                  <w:marLeft w:val="0"/>
                                  <w:marRight w:val="0"/>
                                  <w:marTop w:val="0"/>
                                  <w:marBottom w:val="0"/>
                                  <w:divBdr>
                                    <w:top w:val="none" w:sz="0" w:space="0" w:color="auto"/>
                                    <w:left w:val="none" w:sz="0" w:space="0" w:color="auto"/>
                                    <w:bottom w:val="none" w:sz="0" w:space="0" w:color="auto"/>
                                    <w:right w:val="none" w:sz="0" w:space="0" w:color="auto"/>
                                  </w:divBdr>
                                  <w:divsChild>
                                    <w:div w:id="218831062">
                                      <w:marLeft w:val="0"/>
                                      <w:marRight w:val="0"/>
                                      <w:marTop w:val="0"/>
                                      <w:marBottom w:val="0"/>
                                      <w:divBdr>
                                        <w:top w:val="none" w:sz="0" w:space="0" w:color="auto"/>
                                        <w:left w:val="none" w:sz="0" w:space="0" w:color="auto"/>
                                        <w:bottom w:val="none" w:sz="0" w:space="0" w:color="auto"/>
                                        <w:right w:val="none" w:sz="0" w:space="0" w:color="auto"/>
                                      </w:divBdr>
                                      <w:divsChild>
                                        <w:div w:id="685133673">
                                          <w:marLeft w:val="0"/>
                                          <w:marRight w:val="0"/>
                                          <w:marTop w:val="0"/>
                                          <w:marBottom w:val="0"/>
                                          <w:divBdr>
                                            <w:top w:val="none" w:sz="0" w:space="0" w:color="auto"/>
                                            <w:left w:val="none" w:sz="0" w:space="0" w:color="auto"/>
                                            <w:bottom w:val="none" w:sz="0" w:space="0" w:color="auto"/>
                                            <w:right w:val="none" w:sz="0" w:space="0" w:color="auto"/>
                                          </w:divBdr>
                                          <w:divsChild>
                                            <w:div w:id="1028993152">
                                              <w:marLeft w:val="0"/>
                                              <w:marRight w:val="0"/>
                                              <w:marTop w:val="0"/>
                                              <w:marBottom w:val="0"/>
                                              <w:divBdr>
                                                <w:top w:val="none" w:sz="0" w:space="0" w:color="auto"/>
                                                <w:left w:val="none" w:sz="0" w:space="0" w:color="auto"/>
                                                <w:bottom w:val="none" w:sz="0" w:space="0" w:color="auto"/>
                                                <w:right w:val="none" w:sz="0" w:space="0" w:color="auto"/>
                                              </w:divBdr>
                                              <w:divsChild>
                                                <w:div w:id="1966811889">
                                                  <w:marLeft w:val="0"/>
                                                  <w:marRight w:val="0"/>
                                                  <w:marTop w:val="0"/>
                                                  <w:marBottom w:val="0"/>
                                                  <w:divBdr>
                                                    <w:top w:val="none" w:sz="0" w:space="0" w:color="auto"/>
                                                    <w:left w:val="none" w:sz="0" w:space="0" w:color="auto"/>
                                                    <w:bottom w:val="none" w:sz="0" w:space="0" w:color="auto"/>
                                                    <w:right w:val="none" w:sz="0" w:space="0" w:color="auto"/>
                                                  </w:divBdr>
                                                </w:div>
                                                <w:div w:id="193465203">
                                                  <w:marLeft w:val="0"/>
                                                  <w:marRight w:val="0"/>
                                                  <w:marTop w:val="0"/>
                                                  <w:marBottom w:val="0"/>
                                                  <w:divBdr>
                                                    <w:top w:val="none" w:sz="0" w:space="0" w:color="auto"/>
                                                    <w:left w:val="none" w:sz="0" w:space="0" w:color="auto"/>
                                                    <w:bottom w:val="none" w:sz="0" w:space="0" w:color="auto"/>
                                                    <w:right w:val="none" w:sz="0" w:space="0" w:color="auto"/>
                                                  </w:divBdr>
                                                  <w:divsChild>
                                                    <w:div w:id="544029303">
                                                      <w:marLeft w:val="0"/>
                                                      <w:marRight w:val="0"/>
                                                      <w:marTop w:val="0"/>
                                                      <w:marBottom w:val="0"/>
                                                      <w:divBdr>
                                                        <w:top w:val="none" w:sz="0" w:space="0" w:color="auto"/>
                                                        <w:left w:val="none" w:sz="0" w:space="0" w:color="auto"/>
                                                        <w:bottom w:val="none" w:sz="0" w:space="0" w:color="auto"/>
                                                        <w:right w:val="none" w:sz="0" w:space="0" w:color="auto"/>
                                                      </w:divBdr>
                                                      <w:divsChild>
                                                        <w:div w:id="1223100344">
                                                          <w:marLeft w:val="0"/>
                                                          <w:marRight w:val="0"/>
                                                          <w:marTop w:val="0"/>
                                                          <w:marBottom w:val="0"/>
                                                          <w:divBdr>
                                                            <w:top w:val="none" w:sz="0" w:space="0" w:color="auto"/>
                                                            <w:left w:val="none" w:sz="0" w:space="0" w:color="auto"/>
                                                            <w:bottom w:val="none" w:sz="0" w:space="0" w:color="auto"/>
                                                            <w:right w:val="none" w:sz="0" w:space="0" w:color="auto"/>
                                                          </w:divBdr>
                                                          <w:divsChild>
                                                            <w:div w:id="2046785777">
                                                              <w:marLeft w:val="0"/>
                                                              <w:marRight w:val="0"/>
                                                              <w:marTop w:val="0"/>
                                                              <w:marBottom w:val="0"/>
                                                              <w:divBdr>
                                                                <w:top w:val="none" w:sz="0" w:space="0" w:color="auto"/>
                                                                <w:left w:val="none" w:sz="0" w:space="0" w:color="auto"/>
                                                                <w:bottom w:val="none" w:sz="0" w:space="0" w:color="auto"/>
                                                                <w:right w:val="none" w:sz="0" w:space="0" w:color="auto"/>
                                                              </w:divBdr>
                                                            </w:div>
                                                            <w:div w:id="1597517452">
                                                              <w:marLeft w:val="0"/>
                                                              <w:marRight w:val="0"/>
                                                              <w:marTop w:val="0"/>
                                                              <w:marBottom w:val="0"/>
                                                              <w:divBdr>
                                                                <w:top w:val="none" w:sz="0" w:space="0" w:color="auto"/>
                                                                <w:left w:val="none" w:sz="0" w:space="0" w:color="auto"/>
                                                                <w:bottom w:val="none" w:sz="0" w:space="0" w:color="auto"/>
                                                                <w:right w:val="none" w:sz="0" w:space="0" w:color="auto"/>
                                                              </w:divBdr>
                                                            </w:div>
                                                            <w:div w:id="1242760879">
                                                              <w:marLeft w:val="0"/>
                                                              <w:marRight w:val="0"/>
                                                              <w:marTop w:val="0"/>
                                                              <w:marBottom w:val="0"/>
                                                              <w:divBdr>
                                                                <w:top w:val="none" w:sz="0" w:space="0" w:color="auto"/>
                                                                <w:left w:val="none" w:sz="0" w:space="0" w:color="auto"/>
                                                                <w:bottom w:val="none" w:sz="0" w:space="0" w:color="auto"/>
                                                                <w:right w:val="none" w:sz="0" w:space="0" w:color="auto"/>
                                                              </w:divBdr>
                                                            </w:div>
                                                            <w:div w:id="1037320285">
                                                              <w:marLeft w:val="0"/>
                                                              <w:marRight w:val="0"/>
                                                              <w:marTop w:val="0"/>
                                                              <w:marBottom w:val="0"/>
                                                              <w:divBdr>
                                                                <w:top w:val="none" w:sz="0" w:space="0" w:color="auto"/>
                                                                <w:left w:val="none" w:sz="0" w:space="0" w:color="auto"/>
                                                                <w:bottom w:val="none" w:sz="0" w:space="0" w:color="auto"/>
                                                                <w:right w:val="none" w:sz="0" w:space="0" w:color="auto"/>
                                                              </w:divBdr>
                                                              <w:divsChild>
                                                                <w:div w:id="1778719290">
                                                                  <w:marLeft w:val="0"/>
                                                                  <w:marRight w:val="0"/>
                                                                  <w:marTop w:val="0"/>
                                                                  <w:marBottom w:val="0"/>
                                                                  <w:divBdr>
                                                                    <w:top w:val="none" w:sz="0" w:space="0" w:color="auto"/>
                                                                    <w:left w:val="none" w:sz="0" w:space="0" w:color="auto"/>
                                                                    <w:bottom w:val="none" w:sz="0" w:space="0" w:color="auto"/>
                                                                    <w:right w:val="none" w:sz="0" w:space="0" w:color="auto"/>
                                                                  </w:divBdr>
                                                                  <w:divsChild>
                                                                    <w:div w:id="547956968">
                                                                      <w:marLeft w:val="0"/>
                                                                      <w:marRight w:val="0"/>
                                                                      <w:marTop w:val="0"/>
                                                                      <w:marBottom w:val="0"/>
                                                                      <w:divBdr>
                                                                        <w:top w:val="none" w:sz="0" w:space="0" w:color="auto"/>
                                                                        <w:left w:val="none" w:sz="0" w:space="0" w:color="auto"/>
                                                                        <w:bottom w:val="none" w:sz="0" w:space="0" w:color="auto"/>
                                                                        <w:right w:val="none" w:sz="0" w:space="0" w:color="auto"/>
                                                                      </w:divBdr>
                                                                      <w:divsChild>
                                                                        <w:div w:id="20391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7399511">
                          <w:marLeft w:val="0"/>
                          <w:marRight w:val="0"/>
                          <w:marTop w:val="0"/>
                          <w:marBottom w:val="0"/>
                          <w:divBdr>
                            <w:top w:val="none" w:sz="0" w:space="0" w:color="auto"/>
                            <w:left w:val="none" w:sz="0" w:space="0" w:color="auto"/>
                            <w:bottom w:val="none" w:sz="0" w:space="0" w:color="auto"/>
                            <w:right w:val="none" w:sz="0" w:space="0" w:color="auto"/>
                          </w:divBdr>
                          <w:divsChild>
                            <w:div w:id="1073698075">
                              <w:marLeft w:val="0"/>
                              <w:marRight w:val="0"/>
                              <w:marTop w:val="0"/>
                              <w:marBottom w:val="0"/>
                              <w:divBdr>
                                <w:top w:val="none" w:sz="0" w:space="0" w:color="auto"/>
                                <w:left w:val="none" w:sz="0" w:space="0" w:color="auto"/>
                                <w:bottom w:val="none" w:sz="0" w:space="0" w:color="auto"/>
                                <w:right w:val="none" w:sz="0" w:space="0" w:color="auto"/>
                              </w:divBdr>
                              <w:divsChild>
                                <w:div w:id="1872455652">
                                  <w:marLeft w:val="0"/>
                                  <w:marRight w:val="0"/>
                                  <w:marTop w:val="0"/>
                                  <w:marBottom w:val="0"/>
                                  <w:divBdr>
                                    <w:top w:val="none" w:sz="0" w:space="0" w:color="auto"/>
                                    <w:left w:val="none" w:sz="0" w:space="0" w:color="auto"/>
                                    <w:bottom w:val="none" w:sz="0" w:space="0" w:color="auto"/>
                                    <w:right w:val="none" w:sz="0" w:space="0" w:color="auto"/>
                                  </w:divBdr>
                                  <w:divsChild>
                                    <w:div w:id="71855421">
                                      <w:marLeft w:val="0"/>
                                      <w:marRight w:val="0"/>
                                      <w:marTop w:val="0"/>
                                      <w:marBottom w:val="0"/>
                                      <w:divBdr>
                                        <w:top w:val="none" w:sz="0" w:space="0" w:color="auto"/>
                                        <w:left w:val="none" w:sz="0" w:space="0" w:color="auto"/>
                                        <w:bottom w:val="none" w:sz="0" w:space="0" w:color="auto"/>
                                        <w:right w:val="none" w:sz="0" w:space="0" w:color="auto"/>
                                      </w:divBdr>
                                      <w:divsChild>
                                        <w:div w:id="835613964">
                                          <w:marLeft w:val="0"/>
                                          <w:marRight w:val="0"/>
                                          <w:marTop w:val="0"/>
                                          <w:marBottom w:val="0"/>
                                          <w:divBdr>
                                            <w:top w:val="none" w:sz="0" w:space="0" w:color="auto"/>
                                            <w:left w:val="none" w:sz="0" w:space="0" w:color="auto"/>
                                            <w:bottom w:val="none" w:sz="0" w:space="0" w:color="auto"/>
                                            <w:right w:val="none" w:sz="0" w:space="0" w:color="auto"/>
                                          </w:divBdr>
                                          <w:divsChild>
                                            <w:div w:id="455221975">
                                              <w:marLeft w:val="0"/>
                                              <w:marRight w:val="0"/>
                                              <w:marTop w:val="0"/>
                                              <w:marBottom w:val="0"/>
                                              <w:divBdr>
                                                <w:top w:val="none" w:sz="0" w:space="0" w:color="auto"/>
                                                <w:left w:val="none" w:sz="0" w:space="0" w:color="auto"/>
                                                <w:bottom w:val="none" w:sz="0" w:space="0" w:color="auto"/>
                                                <w:right w:val="none" w:sz="0" w:space="0" w:color="auto"/>
                                              </w:divBdr>
                                              <w:divsChild>
                                                <w:div w:id="280036049">
                                                  <w:marLeft w:val="0"/>
                                                  <w:marRight w:val="0"/>
                                                  <w:marTop w:val="0"/>
                                                  <w:marBottom w:val="0"/>
                                                  <w:divBdr>
                                                    <w:top w:val="none" w:sz="0" w:space="0" w:color="auto"/>
                                                    <w:left w:val="none" w:sz="0" w:space="0" w:color="auto"/>
                                                    <w:bottom w:val="none" w:sz="0" w:space="0" w:color="auto"/>
                                                    <w:right w:val="none" w:sz="0" w:space="0" w:color="auto"/>
                                                  </w:divBdr>
                                                  <w:divsChild>
                                                    <w:div w:id="1267883325">
                                                      <w:marLeft w:val="0"/>
                                                      <w:marRight w:val="0"/>
                                                      <w:marTop w:val="0"/>
                                                      <w:marBottom w:val="0"/>
                                                      <w:divBdr>
                                                        <w:top w:val="none" w:sz="0" w:space="0" w:color="auto"/>
                                                        <w:left w:val="none" w:sz="0" w:space="0" w:color="auto"/>
                                                        <w:bottom w:val="none" w:sz="0" w:space="0" w:color="auto"/>
                                                        <w:right w:val="none" w:sz="0" w:space="0" w:color="auto"/>
                                                      </w:divBdr>
                                                      <w:divsChild>
                                                        <w:div w:id="298925212">
                                                          <w:marLeft w:val="0"/>
                                                          <w:marRight w:val="0"/>
                                                          <w:marTop w:val="0"/>
                                                          <w:marBottom w:val="0"/>
                                                          <w:divBdr>
                                                            <w:top w:val="none" w:sz="0" w:space="0" w:color="auto"/>
                                                            <w:left w:val="none" w:sz="0" w:space="0" w:color="auto"/>
                                                            <w:bottom w:val="none" w:sz="0" w:space="0" w:color="auto"/>
                                                            <w:right w:val="none" w:sz="0" w:space="0" w:color="auto"/>
                                                          </w:divBdr>
                                                          <w:divsChild>
                                                            <w:div w:id="196603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903566">
                          <w:marLeft w:val="0"/>
                          <w:marRight w:val="0"/>
                          <w:marTop w:val="0"/>
                          <w:marBottom w:val="0"/>
                          <w:divBdr>
                            <w:top w:val="none" w:sz="0" w:space="0" w:color="auto"/>
                            <w:left w:val="none" w:sz="0" w:space="0" w:color="auto"/>
                            <w:bottom w:val="none" w:sz="0" w:space="0" w:color="auto"/>
                            <w:right w:val="none" w:sz="0" w:space="0" w:color="auto"/>
                          </w:divBdr>
                          <w:divsChild>
                            <w:div w:id="1139491948">
                              <w:marLeft w:val="0"/>
                              <w:marRight w:val="0"/>
                              <w:marTop w:val="0"/>
                              <w:marBottom w:val="0"/>
                              <w:divBdr>
                                <w:top w:val="none" w:sz="0" w:space="0" w:color="auto"/>
                                <w:left w:val="none" w:sz="0" w:space="0" w:color="auto"/>
                                <w:bottom w:val="none" w:sz="0" w:space="0" w:color="auto"/>
                                <w:right w:val="none" w:sz="0" w:space="0" w:color="auto"/>
                              </w:divBdr>
                              <w:divsChild>
                                <w:div w:id="1050495066">
                                  <w:marLeft w:val="0"/>
                                  <w:marRight w:val="0"/>
                                  <w:marTop w:val="0"/>
                                  <w:marBottom w:val="0"/>
                                  <w:divBdr>
                                    <w:top w:val="none" w:sz="0" w:space="0" w:color="auto"/>
                                    <w:left w:val="none" w:sz="0" w:space="0" w:color="auto"/>
                                    <w:bottom w:val="none" w:sz="0" w:space="0" w:color="auto"/>
                                    <w:right w:val="none" w:sz="0" w:space="0" w:color="auto"/>
                                  </w:divBdr>
                                  <w:divsChild>
                                    <w:div w:id="1019967581">
                                      <w:marLeft w:val="0"/>
                                      <w:marRight w:val="0"/>
                                      <w:marTop w:val="0"/>
                                      <w:marBottom w:val="0"/>
                                      <w:divBdr>
                                        <w:top w:val="none" w:sz="0" w:space="0" w:color="auto"/>
                                        <w:left w:val="none" w:sz="0" w:space="0" w:color="auto"/>
                                        <w:bottom w:val="none" w:sz="0" w:space="0" w:color="auto"/>
                                        <w:right w:val="none" w:sz="0" w:space="0" w:color="auto"/>
                                      </w:divBdr>
                                      <w:divsChild>
                                        <w:div w:id="2037465204">
                                          <w:marLeft w:val="0"/>
                                          <w:marRight w:val="0"/>
                                          <w:marTop w:val="0"/>
                                          <w:marBottom w:val="0"/>
                                          <w:divBdr>
                                            <w:top w:val="none" w:sz="0" w:space="0" w:color="auto"/>
                                            <w:left w:val="none" w:sz="0" w:space="0" w:color="auto"/>
                                            <w:bottom w:val="none" w:sz="0" w:space="0" w:color="auto"/>
                                            <w:right w:val="none" w:sz="0" w:space="0" w:color="auto"/>
                                          </w:divBdr>
                                          <w:divsChild>
                                            <w:div w:id="1129204414">
                                              <w:marLeft w:val="0"/>
                                              <w:marRight w:val="0"/>
                                              <w:marTop w:val="0"/>
                                              <w:marBottom w:val="0"/>
                                              <w:divBdr>
                                                <w:top w:val="none" w:sz="0" w:space="0" w:color="auto"/>
                                                <w:left w:val="none" w:sz="0" w:space="0" w:color="auto"/>
                                                <w:bottom w:val="none" w:sz="0" w:space="0" w:color="auto"/>
                                                <w:right w:val="none" w:sz="0" w:space="0" w:color="auto"/>
                                              </w:divBdr>
                                              <w:divsChild>
                                                <w:div w:id="2059550486">
                                                  <w:marLeft w:val="0"/>
                                                  <w:marRight w:val="0"/>
                                                  <w:marTop w:val="0"/>
                                                  <w:marBottom w:val="0"/>
                                                  <w:divBdr>
                                                    <w:top w:val="none" w:sz="0" w:space="0" w:color="auto"/>
                                                    <w:left w:val="none" w:sz="0" w:space="0" w:color="auto"/>
                                                    <w:bottom w:val="none" w:sz="0" w:space="0" w:color="auto"/>
                                                    <w:right w:val="none" w:sz="0" w:space="0" w:color="auto"/>
                                                  </w:divBdr>
                                                  <w:divsChild>
                                                    <w:div w:id="770783686">
                                                      <w:marLeft w:val="0"/>
                                                      <w:marRight w:val="0"/>
                                                      <w:marTop w:val="0"/>
                                                      <w:marBottom w:val="0"/>
                                                      <w:divBdr>
                                                        <w:top w:val="none" w:sz="0" w:space="0" w:color="auto"/>
                                                        <w:left w:val="none" w:sz="0" w:space="0" w:color="auto"/>
                                                        <w:bottom w:val="none" w:sz="0" w:space="0" w:color="auto"/>
                                                        <w:right w:val="none" w:sz="0" w:space="0" w:color="auto"/>
                                                      </w:divBdr>
                                                    </w:div>
                                                  </w:divsChild>
                                                </w:div>
                                                <w:div w:id="2070574700">
                                                  <w:marLeft w:val="0"/>
                                                  <w:marRight w:val="0"/>
                                                  <w:marTop w:val="0"/>
                                                  <w:marBottom w:val="0"/>
                                                  <w:divBdr>
                                                    <w:top w:val="none" w:sz="0" w:space="0" w:color="auto"/>
                                                    <w:left w:val="none" w:sz="0" w:space="0" w:color="auto"/>
                                                    <w:bottom w:val="none" w:sz="0" w:space="0" w:color="auto"/>
                                                    <w:right w:val="none" w:sz="0" w:space="0" w:color="auto"/>
                                                  </w:divBdr>
                                                  <w:divsChild>
                                                    <w:div w:id="1113550208">
                                                      <w:marLeft w:val="0"/>
                                                      <w:marRight w:val="0"/>
                                                      <w:marTop w:val="0"/>
                                                      <w:marBottom w:val="0"/>
                                                      <w:divBdr>
                                                        <w:top w:val="none" w:sz="0" w:space="0" w:color="auto"/>
                                                        <w:left w:val="none" w:sz="0" w:space="0" w:color="auto"/>
                                                        <w:bottom w:val="none" w:sz="0" w:space="0" w:color="auto"/>
                                                        <w:right w:val="none" w:sz="0" w:space="0" w:color="auto"/>
                                                      </w:divBdr>
                                                      <w:divsChild>
                                                        <w:div w:id="353270634">
                                                          <w:marLeft w:val="0"/>
                                                          <w:marRight w:val="0"/>
                                                          <w:marTop w:val="0"/>
                                                          <w:marBottom w:val="0"/>
                                                          <w:divBdr>
                                                            <w:top w:val="none" w:sz="0" w:space="0" w:color="auto"/>
                                                            <w:left w:val="none" w:sz="0" w:space="0" w:color="auto"/>
                                                            <w:bottom w:val="none" w:sz="0" w:space="0" w:color="auto"/>
                                                            <w:right w:val="none" w:sz="0" w:space="0" w:color="auto"/>
                                                          </w:divBdr>
                                                          <w:divsChild>
                                                            <w:div w:id="1306011938">
                                                              <w:marLeft w:val="0"/>
                                                              <w:marRight w:val="0"/>
                                                              <w:marTop w:val="0"/>
                                                              <w:marBottom w:val="0"/>
                                                              <w:divBdr>
                                                                <w:top w:val="none" w:sz="0" w:space="0" w:color="auto"/>
                                                                <w:left w:val="none" w:sz="0" w:space="0" w:color="auto"/>
                                                                <w:bottom w:val="none" w:sz="0" w:space="0" w:color="auto"/>
                                                                <w:right w:val="none" w:sz="0" w:space="0" w:color="auto"/>
                                                              </w:divBdr>
                                                              <w:divsChild>
                                                                <w:div w:id="1396513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6673527">
                          <w:marLeft w:val="0"/>
                          <w:marRight w:val="0"/>
                          <w:marTop w:val="0"/>
                          <w:marBottom w:val="0"/>
                          <w:divBdr>
                            <w:top w:val="none" w:sz="0" w:space="0" w:color="auto"/>
                            <w:left w:val="none" w:sz="0" w:space="0" w:color="auto"/>
                            <w:bottom w:val="none" w:sz="0" w:space="0" w:color="auto"/>
                            <w:right w:val="none" w:sz="0" w:space="0" w:color="auto"/>
                          </w:divBdr>
                          <w:divsChild>
                            <w:div w:id="1240478540">
                              <w:marLeft w:val="0"/>
                              <w:marRight w:val="0"/>
                              <w:marTop w:val="0"/>
                              <w:marBottom w:val="0"/>
                              <w:divBdr>
                                <w:top w:val="none" w:sz="0" w:space="0" w:color="auto"/>
                                <w:left w:val="none" w:sz="0" w:space="0" w:color="auto"/>
                                <w:bottom w:val="none" w:sz="0" w:space="0" w:color="auto"/>
                                <w:right w:val="none" w:sz="0" w:space="0" w:color="auto"/>
                              </w:divBdr>
                              <w:divsChild>
                                <w:div w:id="1589927584">
                                  <w:marLeft w:val="0"/>
                                  <w:marRight w:val="0"/>
                                  <w:marTop w:val="0"/>
                                  <w:marBottom w:val="0"/>
                                  <w:divBdr>
                                    <w:top w:val="none" w:sz="0" w:space="0" w:color="auto"/>
                                    <w:left w:val="none" w:sz="0" w:space="0" w:color="auto"/>
                                    <w:bottom w:val="none" w:sz="0" w:space="0" w:color="auto"/>
                                    <w:right w:val="none" w:sz="0" w:space="0" w:color="auto"/>
                                  </w:divBdr>
                                  <w:divsChild>
                                    <w:div w:id="153644682">
                                      <w:marLeft w:val="0"/>
                                      <w:marRight w:val="0"/>
                                      <w:marTop w:val="0"/>
                                      <w:marBottom w:val="0"/>
                                      <w:divBdr>
                                        <w:top w:val="none" w:sz="0" w:space="0" w:color="auto"/>
                                        <w:left w:val="none" w:sz="0" w:space="0" w:color="auto"/>
                                        <w:bottom w:val="none" w:sz="0" w:space="0" w:color="auto"/>
                                        <w:right w:val="none" w:sz="0" w:space="0" w:color="auto"/>
                                      </w:divBdr>
                                      <w:divsChild>
                                        <w:div w:id="1501849621">
                                          <w:marLeft w:val="0"/>
                                          <w:marRight w:val="0"/>
                                          <w:marTop w:val="0"/>
                                          <w:marBottom w:val="0"/>
                                          <w:divBdr>
                                            <w:top w:val="none" w:sz="0" w:space="0" w:color="auto"/>
                                            <w:left w:val="none" w:sz="0" w:space="0" w:color="auto"/>
                                            <w:bottom w:val="none" w:sz="0" w:space="0" w:color="auto"/>
                                            <w:right w:val="none" w:sz="0" w:space="0" w:color="auto"/>
                                          </w:divBdr>
                                          <w:divsChild>
                                            <w:div w:id="269704401">
                                              <w:marLeft w:val="0"/>
                                              <w:marRight w:val="0"/>
                                              <w:marTop w:val="0"/>
                                              <w:marBottom w:val="0"/>
                                              <w:divBdr>
                                                <w:top w:val="none" w:sz="0" w:space="0" w:color="auto"/>
                                                <w:left w:val="none" w:sz="0" w:space="0" w:color="auto"/>
                                                <w:bottom w:val="none" w:sz="0" w:space="0" w:color="auto"/>
                                                <w:right w:val="none" w:sz="0" w:space="0" w:color="auto"/>
                                              </w:divBdr>
                                              <w:divsChild>
                                                <w:div w:id="1588612155">
                                                  <w:marLeft w:val="0"/>
                                                  <w:marRight w:val="0"/>
                                                  <w:marTop w:val="0"/>
                                                  <w:marBottom w:val="0"/>
                                                  <w:divBdr>
                                                    <w:top w:val="none" w:sz="0" w:space="0" w:color="auto"/>
                                                    <w:left w:val="none" w:sz="0" w:space="0" w:color="auto"/>
                                                    <w:bottom w:val="none" w:sz="0" w:space="0" w:color="auto"/>
                                                    <w:right w:val="none" w:sz="0" w:space="0" w:color="auto"/>
                                                  </w:divBdr>
                                                  <w:divsChild>
                                                    <w:div w:id="575091975">
                                                      <w:marLeft w:val="0"/>
                                                      <w:marRight w:val="0"/>
                                                      <w:marTop w:val="0"/>
                                                      <w:marBottom w:val="0"/>
                                                      <w:divBdr>
                                                        <w:top w:val="none" w:sz="0" w:space="0" w:color="auto"/>
                                                        <w:left w:val="none" w:sz="0" w:space="0" w:color="auto"/>
                                                        <w:bottom w:val="none" w:sz="0" w:space="0" w:color="auto"/>
                                                        <w:right w:val="none" w:sz="0" w:space="0" w:color="auto"/>
                                                      </w:divBdr>
                                                      <w:divsChild>
                                                        <w:div w:id="503788425">
                                                          <w:marLeft w:val="0"/>
                                                          <w:marRight w:val="0"/>
                                                          <w:marTop w:val="0"/>
                                                          <w:marBottom w:val="0"/>
                                                          <w:divBdr>
                                                            <w:top w:val="none" w:sz="0" w:space="0" w:color="auto"/>
                                                            <w:left w:val="none" w:sz="0" w:space="0" w:color="auto"/>
                                                            <w:bottom w:val="none" w:sz="0" w:space="0" w:color="auto"/>
                                                            <w:right w:val="none" w:sz="0" w:space="0" w:color="auto"/>
                                                          </w:divBdr>
                                                          <w:divsChild>
                                                            <w:div w:id="147602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9721827">
                          <w:marLeft w:val="0"/>
                          <w:marRight w:val="0"/>
                          <w:marTop w:val="0"/>
                          <w:marBottom w:val="0"/>
                          <w:divBdr>
                            <w:top w:val="none" w:sz="0" w:space="0" w:color="auto"/>
                            <w:left w:val="none" w:sz="0" w:space="0" w:color="auto"/>
                            <w:bottom w:val="none" w:sz="0" w:space="0" w:color="auto"/>
                            <w:right w:val="none" w:sz="0" w:space="0" w:color="auto"/>
                          </w:divBdr>
                          <w:divsChild>
                            <w:div w:id="1483622459">
                              <w:marLeft w:val="0"/>
                              <w:marRight w:val="0"/>
                              <w:marTop w:val="0"/>
                              <w:marBottom w:val="0"/>
                              <w:divBdr>
                                <w:top w:val="none" w:sz="0" w:space="0" w:color="auto"/>
                                <w:left w:val="none" w:sz="0" w:space="0" w:color="auto"/>
                                <w:bottom w:val="none" w:sz="0" w:space="0" w:color="auto"/>
                                <w:right w:val="none" w:sz="0" w:space="0" w:color="auto"/>
                              </w:divBdr>
                              <w:divsChild>
                                <w:div w:id="474682999">
                                  <w:marLeft w:val="0"/>
                                  <w:marRight w:val="0"/>
                                  <w:marTop w:val="0"/>
                                  <w:marBottom w:val="0"/>
                                  <w:divBdr>
                                    <w:top w:val="none" w:sz="0" w:space="0" w:color="auto"/>
                                    <w:left w:val="none" w:sz="0" w:space="0" w:color="auto"/>
                                    <w:bottom w:val="none" w:sz="0" w:space="0" w:color="auto"/>
                                    <w:right w:val="none" w:sz="0" w:space="0" w:color="auto"/>
                                  </w:divBdr>
                                  <w:divsChild>
                                    <w:div w:id="800882107">
                                      <w:marLeft w:val="0"/>
                                      <w:marRight w:val="0"/>
                                      <w:marTop w:val="0"/>
                                      <w:marBottom w:val="0"/>
                                      <w:divBdr>
                                        <w:top w:val="none" w:sz="0" w:space="0" w:color="auto"/>
                                        <w:left w:val="none" w:sz="0" w:space="0" w:color="auto"/>
                                        <w:bottom w:val="none" w:sz="0" w:space="0" w:color="auto"/>
                                        <w:right w:val="none" w:sz="0" w:space="0" w:color="auto"/>
                                      </w:divBdr>
                                      <w:divsChild>
                                        <w:div w:id="1472091744">
                                          <w:marLeft w:val="0"/>
                                          <w:marRight w:val="0"/>
                                          <w:marTop w:val="0"/>
                                          <w:marBottom w:val="0"/>
                                          <w:divBdr>
                                            <w:top w:val="none" w:sz="0" w:space="0" w:color="auto"/>
                                            <w:left w:val="none" w:sz="0" w:space="0" w:color="auto"/>
                                            <w:bottom w:val="none" w:sz="0" w:space="0" w:color="auto"/>
                                            <w:right w:val="none" w:sz="0" w:space="0" w:color="auto"/>
                                          </w:divBdr>
                                          <w:divsChild>
                                            <w:div w:id="413205780">
                                              <w:marLeft w:val="0"/>
                                              <w:marRight w:val="0"/>
                                              <w:marTop w:val="0"/>
                                              <w:marBottom w:val="0"/>
                                              <w:divBdr>
                                                <w:top w:val="none" w:sz="0" w:space="0" w:color="auto"/>
                                                <w:left w:val="none" w:sz="0" w:space="0" w:color="auto"/>
                                                <w:bottom w:val="none" w:sz="0" w:space="0" w:color="auto"/>
                                                <w:right w:val="none" w:sz="0" w:space="0" w:color="auto"/>
                                              </w:divBdr>
                                              <w:divsChild>
                                                <w:div w:id="387611424">
                                                  <w:marLeft w:val="0"/>
                                                  <w:marRight w:val="0"/>
                                                  <w:marTop w:val="0"/>
                                                  <w:marBottom w:val="0"/>
                                                  <w:divBdr>
                                                    <w:top w:val="none" w:sz="0" w:space="0" w:color="auto"/>
                                                    <w:left w:val="none" w:sz="0" w:space="0" w:color="auto"/>
                                                    <w:bottom w:val="none" w:sz="0" w:space="0" w:color="auto"/>
                                                    <w:right w:val="none" w:sz="0" w:space="0" w:color="auto"/>
                                                  </w:divBdr>
                                                </w:div>
                                                <w:div w:id="611207527">
                                                  <w:marLeft w:val="0"/>
                                                  <w:marRight w:val="0"/>
                                                  <w:marTop w:val="0"/>
                                                  <w:marBottom w:val="0"/>
                                                  <w:divBdr>
                                                    <w:top w:val="none" w:sz="0" w:space="0" w:color="auto"/>
                                                    <w:left w:val="none" w:sz="0" w:space="0" w:color="auto"/>
                                                    <w:bottom w:val="none" w:sz="0" w:space="0" w:color="auto"/>
                                                    <w:right w:val="none" w:sz="0" w:space="0" w:color="auto"/>
                                                  </w:divBdr>
                                                  <w:divsChild>
                                                    <w:div w:id="2143644390">
                                                      <w:marLeft w:val="0"/>
                                                      <w:marRight w:val="0"/>
                                                      <w:marTop w:val="0"/>
                                                      <w:marBottom w:val="0"/>
                                                      <w:divBdr>
                                                        <w:top w:val="none" w:sz="0" w:space="0" w:color="auto"/>
                                                        <w:left w:val="none" w:sz="0" w:space="0" w:color="auto"/>
                                                        <w:bottom w:val="none" w:sz="0" w:space="0" w:color="auto"/>
                                                        <w:right w:val="none" w:sz="0" w:space="0" w:color="auto"/>
                                                      </w:divBdr>
                                                      <w:divsChild>
                                                        <w:div w:id="788403401">
                                                          <w:marLeft w:val="0"/>
                                                          <w:marRight w:val="0"/>
                                                          <w:marTop w:val="0"/>
                                                          <w:marBottom w:val="0"/>
                                                          <w:divBdr>
                                                            <w:top w:val="none" w:sz="0" w:space="0" w:color="auto"/>
                                                            <w:left w:val="none" w:sz="0" w:space="0" w:color="auto"/>
                                                            <w:bottom w:val="none" w:sz="0" w:space="0" w:color="auto"/>
                                                            <w:right w:val="none" w:sz="0" w:space="0" w:color="auto"/>
                                                          </w:divBdr>
                                                          <w:divsChild>
                                                            <w:div w:id="976565441">
                                                              <w:marLeft w:val="0"/>
                                                              <w:marRight w:val="0"/>
                                                              <w:marTop w:val="0"/>
                                                              <w:marBottom w:val="0"/>
                                                              <w:divBdr>
                                                                <w:top w:val="none" w:sz="0" w:space="0" w:color="auto"/>
                                                                <w:left w:val="none" w:sz="0" w:space="0" w:color="auto"/>
                                                                <w:bottom w:val="none" w:sz="0" w:space="0" w:color="auto"/>
                                                                <w:right w:val="none" w:sz="0" w:space="0" w:color="auto"/>
                                                              </w:divBdr>
                                                            </w:div>
                                                            <w:div w:id="1617832168">
                                                              <w:marLeft w:val="0"/>
                                                              <w:marRight w:val="0"/>
                                                              <w:marTop w:val="0"/>
                                                              <w:marBottom w:val="0"/>
                                                              <w:divBdr>
                                                                <w:top w:val="none" w:sz="0" w:space="0" w:color="auto"/>
                                                                <w:left w:val="none" w:sz="0" w:space="0" w:color="auto"/>
                                                                <w:bottom w:val="none" w:sz="0" w:space="0" w:color="auto"/>
                                                                <w:right w:val="none" w:sz="0" w:space="0" w:color="auto"/>
                                                              </w:divBdr>
                                                            </w:div>
                                                            <w:div w:id="1429933701">
                                                              <w:marLeft w:val="0"/>
                                                              <w:marRight w:val="0"/>
                                                              <w:marTop w:val="0"/>
                                                              <w:marBottom w:val="0"/>
                                                              <w:divBdr>
                                                                <w:top w:val="none" w:sz="0" w:space="0" w:color="auto"/>
                                                                <w:left w:val="none" w:sz="0" w:space="0" w:color="auto"/>
                                                                <w:bottom w:val="none" w:sz="0" w:space="0" w:color="auto"/>
                                                                <w:right w:val="none" w:sz="0" w:space="0" w:color="auto"/>
                                                              </w:divBdr>
                                                            </w:div>
                                                            <w:div w:id="434709865">
                                                              <w:marLeft w:val="0"/>
                                                              <w:marRight w:val="0"/>
                                                              <w:marTop w:val="0"/>
                                                              <w:marBottom w:val="0"/>
                                                              <w:divBdr>
                                                                <w:top w:val="none" w:sz="0" w:space="0" w:color="auto"/>
                                                                <w:left w:val="none" w:sz="0" w:space="0" w:color="auto"/>
                                                                <w:bottom w:val="none" w:sz="0" w:space="0" w:color="auto"/>
                                                                <w:right w:val="none" w:sz="0" w:space="0" w:color="auto"/>
                                                              </w:divBdr>
                                                              <w:divsChild>
                                                                <w:div w:id="1635678981">
                                                                  <w:marLeft w:val="0"/>
                                                                  <w:marRight w:val="0"/>
                                                                  <w:marTop w:val="0"/>
                                                                  <w:marBottom w:val="0"/>
                                                                  <w:divBdr>
                                                                    <w:top w:val="none" w:sz="0" w:space="0" w:color="auto"/>
                                                                    <w:left w:val="none" w:sz="0" w:space="0" w:color="auto"/>
                                                                    <w:bottom w:val="none" w:sz="0" w:space="0" w:color="auto"/>
                                                                    <w:right w:val="none" w:sz="0" w:space="0" w:color="auto"/>
                                                                  </w:divBdr>
                                                                  <w:divsChild>
                                                                    <w:div w:id="222179844">
                                                                      <w:marLeft w:val="0"/>
                                                                      <w:marRight w:val="0"/>
                                                                      <w:marTop w:val="0"/>
                                                                      <w:marBottom w:val="0"/>
                                                                      <w:divBdr>
                                                                        <w:top w:val="none" w:sz="0" w:space="0" w:color="auto"/>
                                                                        <w:left w:val="none" w:sz="0" w:space="0" w:color="auto"/>
                                                                        <w:bottom w:val="none" w:sz="0" w:space="0" w:color="auto"/>
                                                                        <w:right w:val="none" w:sz="0" w:space="0" w:color="auto"/>
                                                                      </w:divBdr>
                                                                      <w:divsChild>
                                                                        <w:div w:id="58684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5731995">
                          <w:marLeft w:val="0"/>
                          <w:marRight w:val="0"/>
                          <w:marTop w:val="0"/>
                          <w:marBottom w:val="0"/>
                          <w:divBdr>
                            <w:top w:val="none" w:sz="0" w:space="0" w:color="auto"/>
                            <w:left w:val="none" w:sz="0" w:space="0" w:color="auto"/>
                            <w:bottom w:val="none" w:sz="0" w:space="0" w:color="auto"/>
                            <w:right w:val="none" w:sz="0" w:space="0" w:color="auto"/>
                          </w:divBdr>
                          <w:divsChild>
                            <w:div w:id="1685940213">
                              <w:marLeft w:val="0"/>
                              <w:marRight w:val="0"/>
                              <w:marTop w:val="0"/>
                              <w:marBottom w:val="0"/>
                              <w:divBdr>
                                <w:top w:val="none" w:sz="0" w:space="0" w:color="auto"/>
                                <w:left w:val="none" w:sz="0" w:space="0" w:color="auto"/>
                                <w:bottom w:val="none" w:sz="0" w:space="0" w:color="auto"/>
                                <w:right w:val="none" w:sz="0" w:space="0" w:color="auto"/>
                              </w:divBdr>
                              <w:divsChild>
                                <w:div w:id="1278175872">
                                  <w:marLeft w:val="0"/>
                                  <w:marRight w:val="0"/>
                                  <w:marTop w:val="0"/>
                                  <w:marBottom w:val="0"/>
                                  <w:divBdr>
                                    <w:top w:val="none" w:sz="0" w:space="0" w:color="auto"/>
                                    <w:left w:val="none" w:sz="0" w:space="0" w:color="auto"/>
                                    <w:bottom w:val="none" w:sz="0" w:space="0" w:color="auto"/>
                                    <w:right w:val="none" w:sz="0" w:space="0" w:color="auto"/>
                                  </w:divBdr>
                                  <w:divsChild>
                                    <w:div w:id="583298321">
                                      <w:marLeft w:val="0"/>
                                      <w:marRight w:val="0"/>
                                      <w:marTop w:val="0"/>
                                      <w:marBottom w:val="0"/>
                                      <w:divBdr>
                                        <w:top w:val="none" w:sz="0" w:space="0" w:color="auto"/>
                                        <w:left w:val="none" w:sz="0" w:space="0" w:color="auto"/>
                                        <w:bottom w:val="none" w:sz="0" w:space="0" w:color="auto"/>
                                        <w:right w:val="none" w:sz="0" w:space="0" w:color="auto"/>
                                      </w:divBdr>
                                      <w:divsChild>
                                        <w:div w:id="1266041204">
                                          <w:marLeft w:val="0"/>
                                          <w:marRight w:val="0"/>
                                          <w:marTop w:val="0"/>
                                          <w:marBottom w:val="0"/>
                                          <w:divBdr>
                                            <w:top w:val="none" w:sz="0" w:space="0" w:color="auto"/>
                                            <w:left w:val="none" w:sz="0" w:space="0" w:color="auto"/>
                                            <w:bottom w:val="none" w:sz="0" w:space="0" w:color="auto"/>
                                            <w:right w:val="none" w:sz="0" w:space="0" w:color="auto"/>
                                          </w:divBdr>
                                          <w:divsChild>
                                            <w:div w:id="1849520465">
                                              <w:marLeft w:val="0"/>
                                              <w:marRight w:val="0"/>
                                              <w:marTop w:val="0"/>
                                              <w:marBottom w:val="0"/>
                                              <w:divBdr>
                                                <w:top w:val="none" w:sz="0" w:space="0" w:color="auto"/>
                                                <w:left w:val="none" w:sz="0" w:space="0" w:color="auto"/>
                                                <w:bottom w:val="none" w:sz="0" w:space="0" w:color="auto"/>
                                                <w:right w:val="none" w:sz="0" w:space="0" w:color="auto"/>
                                              </w:divBdr>
                                              <w:divsChild>
                                                <w:div w:id="1272589985">
                                                  <w:marLeft w:val="0"/>
                                                  <w:marRight w:val="0"/>
                                                  <w:marTop w:val="0"/>
                                                  <w:marBottom w:val="0"/>
                                                  <w:divBdr>
                                                    <w:top w:val="none" w:sz="0" w:space="0" w:color="auto"/>
                                                    <w:left w:val="none" w:sz="0" w:space="0" w:color="auto"/>
                                                    <w:bottom w:val="none" w:sz="0" w:space="0" w:color="auto"/>
                                                    <w:right w:val="none" w:sz="0" w:space="0" w:color="auto"/>
                                                  </w:divBdr>
                                                  <w:divsChild>
                                                    <w:div w:id="1108307114">
                                                      <w:marLeft w:val="0"/>
                                                      <w:marRight w:val="0"/>
                                                      <w:marTop w:val="0"/>
                                                      <w:marBottom w:val="0"/>
                                                      <w:divBdr>
                                                        <w:top w:val="none" w:sz="0" w:space="0" w:color="auto"/>
                                                        <w:left w:val="none" w:sz="0" w:space="0" w:color="auto"/>
                                                        <w:bottom w:val="none" w:sz="0" w:space="0" w:color="auto"/>
                                                        <w:right w:val="none" w:sz="0" w:space="0" w:color="auto"/>
                                                      </w:divBdr>
                                                      <w:divsChild>
                                                        <w:div w:id="1445807067">
                                                          <w:marLeft w:val="0"/>
                                                          <w:marRight w:val="0"/>
                                                          <w:marTop w:val="0"/>
                                                          <w:marBottom w:val="0"/>
                                                          <w:divBdr>
                                                            <w:top w:val="none" w:sz="0" w:space="0" w:color="auto"/>
                                                            <w:left w:val="none" w:sz="0" w:space="0" w:color="auto"/>
                                                            <w:bottom w:val="none" w:sz="0" w:space="0" w:color="auto"/>
                                                            <w:right w:val="none" w:sz="0" w:space="0" w:color="auto"/>
                                                          </w:divBdr>
                                                          <w:divsChild>
                                                            <w:div w:id="16929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7261825">
                          <w:marLeft w:val="0"/>
                          <w:marRight w:val="0"/>
                          <w:marTop w:val="0"/>
                          <w:marBottom w:val="0"/>
                          <w:divBdr>
                            <w:top w:val="none" w:sz="0" w:space="0" w:color="auto"/>
                            <w:left w:val="none" w:sz="0" w:space="0" w:color="auto"/>
                            <w:bottom w:val="none" w:sz="0" w:space="0" w:color="auto"/>
                            <w:right w:val="none" w:sz="0" w:space="0" w:color="auto"/>
                          </w:divBdr>
                          <w:divsChild>
                            <w:div w:id="1920671559">
                              <w:marLeft w:val="0"/>
                              <w:marRight w:val="0"/>
                              <w:marTop w:val="0"/>
                              <w:marBottom w:val="0"/>
                              <w:divBdr>
                                <w:top w:val="none" w:sz="0" w:space="0" w:color="auto"/>
                                <w:left w:val="none" w:sz="0" w:space="0" w:color="auto"/>
                                <w:bottom w:val="none" w:sz="0" w:space="0" w:color="auto"/>
                                <w:right w:val="none" w:sz="0" w:space="0" w:color="auto"/>
                              </w:divBdr>
                              <w:divsChild>
                                <w:div w:id="1618291207">
                                  <w:marLeft w:val="0"/>
                                  <w:marRight w:val="0"/>
                                  <w:marTop w:val="0"/>
                                  <w:marBottom w:val="0"/>
                                  <w:divBdr>
                                    <w:top w:val="none" w:sz="0" w:space="0" w:color="auto"/>
                                    <w:left w:val="none" w:sz="0" w:space="0" w:color="auto"/>
                                    <w:bottom w:val="none" w:sz="0" w:space="0" w:color="auto"/>
                                    <w:right w:val="none" w:sz="0" w:space="0" w:color="auto"/>
                                  </w:divBdr>
                                  <w:divsChild>
                                    <w:div w:id="232202665">
                                      <w:marLeft w:val="0"/>
                                      <w:marRight w:val="0"/>
                                      <w:marTop w:val="0"/>
                                      <w:marBottom w:val="0"/>
                                      <w:divBdr>
                                        <w:top w:val="none" w:sz="0" w:space="0" w:color="auto"/>
                                        <w:left w:val="none" w:sz="0" w:space="0" w:color="auto"/>
                                        <w:bottom w:val="none" w:sz="0" w:space="0" w:color="auto"/>
                                        <w:right w:val="none" w:sz="0" w:space="0" w:color="auto"/>
                                      </w:divBdr>
                                      <w:divsChild>
                                        <w:div w:id="1680307749">
                                          <w:marLeft w:val="0"/>
                                          <w:marRight w:val="0"/>
                                          <w:marTop w:val="0"/>
                                          <w:marBottom w:val="0"/>
                                          <w:divBdr>
                                            <w:top w:val="none" w:sz="0" w:space="0" w:color="auto"/>
                                            <w:left w:val="none" w:sz="0" w:space="0" w:color="auto"/>
                                            <w:bottom w:val="none" w:sz="0" w:space="0" w:color="auto"/>
                                            <w:right w:val="none" w:sz="0" w:space="0" w:color="auto"/>
                                          </w:divBdr>
                                          <w:divsChild>
                                            <w:div w:id="974410714">
                                              <w:marLeft w:val="0"/>
                                              <w:marRight w:val="0"/>
                                              <w:marTop w:val="0"/>
                                              <w:marBottom w:val="0"/>
                                              <w:divBdr>
                                                <w:top w:val="none" w:sz="0" w:space="0" w:color="auto"/>
                                                <w:left w:val="none" w:sz="0" w:space="0" w:color="auto"/>
                                                <w:bottom w:val="none" w:sz="0" w:space="0" w:color="auto"/>
                                                <w:right w:val="none" w:sz="0" w:space="0" w:color="auto"/>
                                              </w:divBdr>
                                              <w:divsChild>
                                                <w:div w:id="1008631628">
                                                  <w:marLeft w:val="0"/>
                                                  <w:marRight w:val="0"/>
                                                  <w:marTop w:val="0"/>
                                                  <w:marBottom w:val="0"/>
                                                  <w:divBdr>
                                                    <w:top w:val="none" w:sz="0" w:space="0" w:color="auto"/>
                                                    <w:left w:val="none" w:sz="0" w:space="0" w:color="auto"/>
                                                    <w:bottom w:val="none" w:sz="0" w:space="0" w:color="auto"/>
                                                    <w:right w:val="none" w:sz="0" w:space="0" w:color="auto"/>
                                                  </w:divBdr>
                                                  <w:divsChild>
                                                    <w:div w:id="1161458661">
                                                      <w:marLeft w:val="0"/>
                                                      <w:marRight w:val="0"/>
                                                      <w:marTop w:val="0"/>
                                                      <w:marBottom w:val="0"/>
                                                      <w:divBdr>
                                                        <w:top w:val="none" w:sz="0" w:space="0" w:color="auto"/>
                                                        <w:left w:val="none" w:sz="0" w:space="0" w:color="auto"/>
                                                        <w:bottom w:val="none" w:sz="0" w:space="0" w:color="auto"/>
                                                        <w:right w:val="none" w:sz="0" w:space="0" w:color="auto"/>
                                                      </w:divBdr>
                                                      <w:divsChild>
                                                        <w:div w:id="94324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916707">
                          <w:marLeft w:val="0"/>
                          <w:marRight w:val="0"/>
                          <w:marTop w:val="0"/>
                          <w:marBottom w:val="0"/>
                          <w:divBdr>
                            <w:top w:val="none" w:sz="0" w:space="0" w:color="auto"/>
                            <w:left w:val="none" w:sz="0" w:space="0" w:color="auto"/>
                            <w:bottom w:val="none" w:sz="0" w:space="0" w:color="auto"/>
                            <w:right w:val="none" w:sz="0" w:space="0" w:color="auto"/>
                          </w:divBdr>
                          <w:divsChild>
                            <w:div w:id="1181893155">
                              <w:marLeft w:val="0"/>
                              <w:marRight w:val="0"/>
                              <w:marTop w:val="0"/>
                              <w:marBottom w:val="0"/>
                              <w:divBdr>
                                <w:top w:val="none" w:sz="0" w:space="0" w:color="auto"/>
                                <w:left w:val="none" w:sz="0" w:space="0" w:color="auto"/>
                                <w:bottom w:val="none" w:sz="0" w:space="0" w:color="auto"/>
                                <w:right w:val="none" w:sz="0" w:space="0" w:color="auto"/>
                              </w:divBdr>
                              <w:divsChild>
                                <w:div w:id="1064793859">
                                  <w:marLeft w:val="0"/>
                                  <w:marRight w:val="0"/>
                                  <w:marTop w:val="0"/>
                                  <w:marBottom w:val="0"/>
                                  <w:divBdr>
                                    <w:top w:val="none" w:sz="0" w:space="0" w:color="auto"/>
                                    <w:left w:val="none" w:sz="0" w:space="0" w:color="auto"/>
                                    <w:bottom w:val="none" w:sz="0" w:space="0" w:color="auto"/>
                                    <w:right w:val="none" w:sz="0" w:space="0" w:color="auto"/>
                                  </w:divBdr>
                                  <w:divsChild>
                                    <w:div w:id="613488563">
                                      <w:marLeft w:val="0"/>
                                      <w:marRight w:val="0"/>
                                      <w:marTop w:val="0"/>
                                      <w:marBottom w:val="0"/>
                                      <w:divBdr>
                                        <w:top w:val="none" w:sz="0" w:space="0" w:color="auto"/>
                                        <w:left w:val="none" w:sz="0" w:space="0" w:color="auto"/>
                                        <w:bottom w:val="none" w:sz="0" w:space="0" w:color="auto"/>
                                        <w:right w:val="none" w:sz="0" w:space="0" w:color="auto"/>
                                      </w:divBdr>
                                      <w:divsChild>
                                        <w:div w:id="1875993224">
                                          <w:marLeft w:val="0"/>
                                          <w:marRight w:val="0"/>
                                          <w:marTop w:val="0"/>
                                          <w:marBottom w:val="0"/>
                                          <w:divBdr>
                                            <w:top w:val="none" w:sz="0" w:space="0" w:color="auto"/>
                                            <w:left w:val="none" w:sz="0" w:space="0" w:color="auto"/>
                                            <w:bottom w:val="none" w:sz="0" w:space="0" w:color="auto"/>
                                            <w:right w:val="none" w:sz="0" w:space="0" w:color="auto"/>
                                          </w:divBdr>
                                          <w:divsChild>
                                            <w:div w:id="755328033">
                                              <w:marLeft w:val="0"/>
                                              <w:marRight w:val="0"/>
                                              <w:marTop w:val="0"/>
                                              <w:marBottom w:val="0"/>
                                              <w:divBdr>
                                                <w:top w:val="none" w:sz="0" w:space="0" w:color="auto"/>
                                                <w:left w:val="none" w:sz="0" w:space="0" w:color="auto"/>
                                                <w:bottom w:val="none" w:sz="0" w:space="0" w:color="auto"/>
                                                <w:right w:val="none" w:sz="0" w:space="0" w:color="auto"/>
                                              </w:divBdr>
                                              <w:divsChild>
                                                <w:div w:id="2117677884">
                                                  <w:marLeft w:val="0"/>
                                                  <w:marRight w:val="0"/>
                                                  <w:marTop w:val="0"/>
                                                  <w:marBottom w:val="0"/>
                                                  <w:divBdr>
                                                    <w:top w:val="none" w:sz="0" w:space="0" w:color="auto"/>
                                                    <w:left w:val="none" w:sz="0" w:space="0" w:color="auto"/>
                                                    <w:bottom w:val="none" w:sz="0" w:space="0" w:color="auto"/>
                                                    <w:right w:val="none" w:sz="0" w:space="0" w:color="auto"/>
                                                  </w:divBdr>
                                                  <w:divsChild>
                                                    <w:div w:id="65302699">
                                                      <w:marLeft w:val="0"/>
                                                      <w:marRight w:val="0"/>
                                                      <w:marTop w:val="0"/>
                                                      <w:marBottom w:val="0"/>
                                                      <w:divBdr>
                                                        <w:top w:val="none" w:sz="0" w:space="0" w:color="auto"/>
                                                        <w:left w:val="none" w:sz="0" w:space="0" w:color="auto"/>
                                                        <w:bottom w:val="none" w:sz="0" w:space="0" w:color="auto"/>
                                                        <w:right w:val="none" w:sz="0" w:space="0" w:color="auto"/>
                                                      </w:divBdr>
                                                      <w:divsChild>
                                                        <w:div w:id="881789299">
                                                          <w:marLeft w:val="0"/>
                                                          <w:marRight w:val="0"/>
                                                          <w:marTop w:val="0"/>
                                                          <w:marBottom w:val="0"/>
                                                          <w:divBdr>
                                                            <w:top w:val="none" w:sz="0" w:space="0" w:color="auto"/>
                                                            <w:left w:val="none" w:sz="0" w:space="0" w:color="auto"/>
                                                            <w:bottom w:val="none" w:sz="0" w:space="0" w:color="auto"/>
                                                            <w:right w:val="none" w:sz="0" w:space="0" w:color="auto"/>
                                                          </w:divBdr>
                                                          <w:divsChild>
                                                            <w:div w:id="9234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6936079">
                          <w:marLeft w:val="0"/>
                          <w:marRight w:val="0"/>
                          <w:marTop w:val="0"/>
                          <w:marBottom w:val="0"/>
                          <w:divBdr>
                            <w:top w:val="none" w:sz="0" w:space="0" w:color="auto"/>
                            <w:left w:val="none" w:sz="0" w:space="0" w:color="auto"/>
                            <w:bottom w:val="none" w:sz="0" w:space="0" w:color="auto"/>
                            <w:right w:val="none" w:sz="0" w:space="0" w:color="auto"/>
                          </w:divBdr>
                          <w:divsChild>
                            <w:div w:id="1498422370">
                              <w:marLeft w:val="0"/>
                              <w:marRight w:val="0"/>
                              <w:marTop w:val="0"/>
                              <w:marBottom w:val="0"/>
                              <w:divBdr>
                                <w:top w:val="none" w:sz="0" w:space="0" w:color="auto"/>
                                <w:left w:val="none" w:sz="0" w:space="0" w:color="auto"/>
                                <w:bottom w:val="none" w:sz="0" w:space="0" w:color="auto"/>
                                <w:right w:val="none" w:sz="0" w:space="0" w:color="auto"/>
                              </w:divBdr>
                              <w:divsChild>
                                <w:div w:id="77023730">
                                  <w:marLeft w:val="0"/>
                                  <w:marRight w:val="0"/>
                                  <w:marTop w:val="0"/>
                                  <w:marBottom w:val="0"/>
                                  <w:divBdr>
                                    <w:top w:val="none" w:sz="0" w:space="0" w:color="auto"/>
                                    <w:left w:val="none" w:sz="0" w:space="0" w:color="auto"/>
                                    <w:bottom w:val="none" w:sz="0" w:space="0" w:color="auto"/>
                                    <w:right w:val="none" w:sz="0" w:space="0" w:color="auto"/>
                                  </w:divBdr>
                                  <w:divsChild>
                                    <w:div w:id="228269101">
                                      <w:marLeft w:val="0"/>
                                      <w:marRight w:val="0"/>
                                      <w:marTop w:val="0"/>
                                      <w:marBottom w:val="0"/>
                                      <w:divBdr>
                                        <w:top w:val="none" w:sz="0" w:space="0" w:color="auto"/>
                                        <w:left w:val="none" w:sz="0" w:space="0" w:color="auto"/>
                                        <w:bottom w:val="none" w:sz="0" w:space="0" w:color="auto"/>
                                        <w:right w:val="none" w:sz="0" w:space="0" w:color="auto"/>
                                      </w:divBdr>
                                      <w:divsChild>
                                        <w:div w:id="674191153">
                                          <w:marLeft w:val="0"/>
                                          <w:marRight w:val="0"/>
                                          <w:marTop w:val="0"/>
                                          <w:marBottom w:val="0"/>
                                          <w:divBdr>
                                            <w:top w:val="none" w:sz="0" w:space="0" w:color="auto"/>
                                            <w:left w:val="none" w:sz="0" w:space="0" w:color="auto"/>
                                            <w:bottom w:val="none" w:sz="0" w:space="0" w:color="auto"/>
                                            <w:right w:val="none" w:sz="0" w:space="0" w:color="auto"/>
                                          </w:divBdr>
                                          <w:divsChild>
                                            <w:div w:id="1881747640">
                                              <w:marLeft w:val="0"/>
                                              <w:marRight w:val="0"/>
                                              <w:marTop w:val="0"/>
                                              <w:marBottom w:val="0"/>
                                              <w:divBdr>
                                                <w:top w:val="none" w:sz="0" w:space="0" w:color="auto"/>
                                                <w:left w:val="none" w:sz="0" w:space="0" w:color="auto"/>
                                                <w:bottom w:val="none" w:sz="0" w:space="0" w:color="auto"/>
                                                <w:right w:val="none" w:sz="0" w:space="0" w:color="auto"/>
                                              </w:divBdr>
                                              <w:divsChild>
                                                <w:div w:id="1891727181">
                                                  <w:marLeft w:val="0"/>
                                                  <w:marRight w:val="0"/>
                                                  <w:marTop w:val="0"/>
                                                  <w:marBottom w:val="0"/>
                                                  <w:divBdr>
                                                    <w:top w:val="none" w:sz="0" w:space="0" w:color="auto"/>
                                                    <w:left w:val="none" w:sz="0" w:space="0" w:color="auto"/>
                                                    <w:bottom w:val="none" w:sz="0" w:space="0" w:color="auto"/>
                                                    <w:right w:val="none" w:sz="0" w:space="0" w:color="auto"/>
                                                  </w:divBdr>
                                                  <w:divsChild>
                                                    <w:div w:id="2096122101">
                                                      <w:marLeft w:val="0"/>
                                                      <w:marRight w:val="0"/>
                                                      <w:marTop w:val="0"/>
                                                      <w:marBottom w:val="0"/>
                                                      <w:divBdr>
                                                        <w:top w:val="none" w:sz="0" w:space="0" w:color="auto"/>
                                                        <w:left w:val="none" w:sz="0" w:space="0" w:color="auto"/>
                                                        <w:bottom w:val="none" w:sz="0" w:space="0" w:color="auto"/>
                                                        <w:right w:val="none" w:sz="0" w:space="0" w:color="auto"/>
                                                      </w:divBdr>
                                                      <w:divsChild>
                                                        <w:div w:id="1825311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5985460">
                                                  <w:marLeft w:val="0"/>
                                                  <w:marRight w:val="0"/>
                                                  <w:marTop w:val="0"/>
                                                  <w:marBottom w:val="0"/>
                                                  <w:divBdr>
                                                    <w:top w:val="none" w:sz="0" w:space="0" w:color="auto"/>
                                                    <w:left w:val="none" w:sz="0" w:space="0" w:color="auto"/>
                                                    <w:bottom w:val="none" w:sz="0" w:space="0" w:color="auto"/>
                                                    <w:right w:val="none" w:sz="0" w:space="0" w:color="auto"/>
                                                  </w:divBdr>
                                                  <w:divsChild>
                                                    <w:div w:id="1912614593">
                                                      <w:marLeft w:val="0"/>
                                                      <w:marRight w:val="0"/>
                                                      <w:marTop w:val="0"/>
                                                      <w:marBottom w:val="0"/>
                                                      <w:divBdr>
                                                        <w:top w:val="none" w:sz="0" w:space="0" w:color="auto"/>
                                                        <w:left w:val="none" w:sz="0" w:space="0" w:color="auto"/>
                                                        <w:bottom w:val="none" w:sz="0" w:space="0" w:color="auto"/>
                                                        <w:right w:val="none" w:sz="0" w:space="0" w:color="auto"/>
                                                      </w:divBdr>
                                                      <w:divsChild>
                                                        <w:div w:id="1325234988">
                                                          <w:marLeft w:val="0"/>
                                                          <w:marRight w:val="0"/>
                                                          <w:marTop w:val="0"/>
                                                          <w:marBottom w:val="0"/>
                                                          <w:divBdr>
                                                            <w:top w:val="none" w:sz="0" w:space="0" w:color="auto"/>
                                                            <w:left w:val="none" w:sz="0" w:space="0" w:color="auto"/>
                                                            <w:bottom w:val="none" w:sz="0" w:space="0" w:color="auto"/>
                                                            <w:right w:val="none" w:sz="0" w:space="0" w:color="auto"/>
                                                          </w:divBdr>
                                                          <w:divsChild>
                                                            <w:div w:id="840580349">
                                                              <w:marLeft w:val="0"/>
                                                              <w:marRight w:val="0"/>
                                                              <w:marTop w:val="0"/>
                                                              <w:marBottom w:val="0"/>
                                                              <w:divBdr>
                                                                <w:top w:val="none" w:sz="0" w:space="0" w:color="auto"/>
                                                                <w:left w:val="none" w:sz="0" w:space="0" w:color="auto"/>
                                                                <w:bottom w:val="none" w:sz="0" w:space="0" w:color="auto"/>
                                                                <w:right w:val="none" w:sz="0" w:space="0" w:color="auto"/>
                                                              </w:divBdr>
                                                              <w:divsChild>
                                                                <w:div w:id="181826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2457330">
                          <w:marLeft w:val="0"/>
                          <w:marRight w:val="0"/>
                          <w:marTop w:val="0"/>
                          <w:marBottom w:val="0"/>
                          <w:divBdr>
                            <w:top w:val="none" w:sz="0" w:space="0" w:color="auto"/>
                            <w:left w:val="none" w:sz="0" w:space="0" w:color="auto"/>
                            <w:bottom w:val="none" w:sz="0" w:space="0" w:color="auto"/>
                            <w:right w:val="none" w:sz="0" w:space="0" w:color="auto"/>
                          </w:divBdr>
                          <w:divsChild>
                            <w:div w:id="92089466">
                              <w:marLeft w:val="0"/>
                              <w:marRight w:val="0"/>
                              <w:marTop w:val="0"/>
                              <w:marBottom w:val="0"/>
                              <w:divBdr>
                                <w:top w:val="none" w:sz="0" w:space="0" w:color="auto"/>
                                <w:left w:val="none" w:sz="0" w:space="0" w:color="auto"/>
                                <w:bottom w:val="none" w:sz="0" w:space="0" w:color="auto"/>
                                <w:right w:val="none" w:sz="0" w:space="0" w:color="auto"/>
                              </w:divBdr>
                              <w:divsChild>
                                <w:div w:id="985012813">
                                  <w:marLeft w:val="0"/>
                                  <w:marRight w:val="0"/>
                                  <w:marTop w:val="0"/>
                                  <w:marBottom w:val="0"/>
                                  <w:divBdr>
                                    <w:top w:val="none" w:sz="0" w:space="0" w:color="auto"/>
                                    <w:left w:val="none" w:sz="0" w:space="0" w:color="auto"/>
                                    <w:bottom w:val="none" w:sz="0" w:space="0" w:color="auto"/>
                                    <w:right w:val="none" w:sz="0" w:space="0" w:color="auto"/>
                                  </w:divBdr>
                                  <w:divsChild>
                                    <w:div w:id="1262028578">
                                      <w:marLeft w:val="0"/>
                                      <w:marRight w:val="0"/>
                                      <w:marTop w:val="0"/>
                                      <w:marBottom w:val="0"/>
                                      <w:divBdr>
                                        <w:top w:val="none" w:sz="0" w:space="0" w:color="auto"/>
                                        <w:left w:val="none" w:sz="0" w:space="0" w:color="auto"/>
                                        <w:bottom w:val="none" w:sz="0" w:space="0" w:color="auto"/>
                                        <w:right w:val="none" w:sz="0" w:space="0" w:color="auto"/>
                                      </w:divBdr>
                                      <w:divsChild>
                                        <w:div w:id="1256748092">
                                          <w:marLeft w:val="0"/>
                                          <w:marRight w:val="0"/>
                                          <w:marTop w:val="0"/>
                                          <w:marBottom w:val="0"/>
                                          <w:divBdr>
                                            <w:top w:val="none" w:sz="0" w:space="0" w:color="auto"/>
                                            <w:left w:val="none" w:sz="0" w:space="0" w:color="auto"/>
                                            <w:bottom w:val="none" w:sz="0" w:space="0" w:color="auto"/>
                                            <w:right w:val="none" w:sz="0" w:space="0" w:color="auto"/>
                                          </w:divBdr>
                                          <w:divsChild>
                                            <w:div w:id="389614585">
                                              <w:marLeft w:val="0"/>
                                              <w:marRight w:val="0"/>
                                              <w:marTop w:val="0"/>
                                              <w:marBottom w:val="0"/>
                                              <w:divBdr>
                                                <w:top w:val="none" w:sz="0" w:space="0" w:color="auto"/>
                                                <w:left w:val="none" w:sz="0" w:space="0" w:color="auto"/>
                                                <w:bottom w:val="none" w:sz="0" w:space="0" w:color="auto"/>
                                                <w:right w:val="none" w:sz="0" w:space="0" w:color="auto"/>
                                              </w:divBdr>
                                              <w:divsChild>
                                                <w:div w:id="409474123">
                                                  <w:marLeft w:val="0"/>
                                                  <w:marRight w:val="0"/>
                                                  <w:marTop w:val="0"/>
                                                  <w:marBottom w:val="0"/>
                                                  <w:divBdr>
                                                    <w:top w:val="none" w:sz="0" w:space="0" w:color="auto"/>
                                                    <w:left w:val="none" w:sz="0" w:space="0" w:color="auto"/>
                                                    <w:bottom w:val="none" w:sz="0" w:space="0" w:color="auto"/>
                                                    <w:right w:val="none" w:sz="0" w:space="0" w:color="auto"/>
                                                  </w:divBdr>
                                                  <w:divsChild>
                                                    <w:div w:id="1193609958">
                                                      <w:marLeft w:val="0"/>
                                                      <w:marRight w:val="0"/>
                                                      <w:marTop w:val="0"/>
                                                      <w:marBottom w:val="0"/>
                                                      <w:divBdr>
                                                        <w:top w:val="none" w:sz="0" w:space="0" w:color="auto"/>
                                                        <w:left w:val="none" w:sz="0" w:space="0" w:color="auto"/>
                                                        <w:bottom w:val="none" w:sz="0" w:space="0" w:color="auto"/>
                                                        <w:right w:val="none" w:sz="0" w:space="0" w:color="auto"/>
                                                      </w:divBdr>
                                                      <w:divsChild>
                                                        <w:div w:id="597370998">
                                                          <w:marLeft w:val="0"/>
                                                          <w:marRight w:val="0"/>
                                                          <w:marTop w:val="0"/>
                                                          <w:marBottom w:val="0"/>
                                                          <w:divBdr>
                                                            <w:top w:val="none" w:sz="0" w:space="0" w:color="auto"/>
                                                            <w:left w:val="none" w:sz="0" w:space="0" w:color="auto"/>
                                                            <w:bottom w:val="none" w:sz="0" w:space="0" w:color="auto"/>
                                                            <w:right w:val="none" w:sz="0" w:space="0" w:color="auto"/>
                                                          </w:divBdr>
                                                          <w:divsChild>
                                                            <w:div w:id="166481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285406">
                          <w:marLeft w:val="0"/>
                          <w:marRight w:val="0"/>
                          <w:marTop w:val="0"/>
                          <w:marBottom w:val="0"/>
                          <w:divBdr>
                            <w:top w:val="none" w:sz="0" w:space="0" w:color="auto"/>
                            <w:left w:val="none" w:sz="0" w:space="0" w:color="auto"/>
                            <w:bottom w:val="none" w:sz="0" w:space="0" w:color="auto"/>
                            <w:right w:val="none" w:sz="0" w:space="0" w:color="auto"/>
                          </w:divBdr>
                          <w:divsChild>
                            <w:div w:id="1299074397">
                              <w:marLeft w:val="0"/>
                              <w:marRight w:val="0"/>
                              <w:marTop w:val="0"/>
                              <w:marBottom w:val="0"/>
                              <w:divBdr>
                                <w:top w:val="none" w:sz="0" w:space="0" w:color="auto"/>
                                <w:left w:val="none" w:sz="0" w:space="0" w:color="auto"/>
                                <w:bottom w:val="none" w:sz="0" w:space="0" w:color="auto"/>
                                <w:right w:val="none" w:sz="0" w:space="0" w:color="auto"/>
                              </w:divBdr>
                              <w:divsChild>
                                <w:div w:id="2129086498">
                                  <w:marLeft w:val="0"/>
                                  <w:marRight w:val="0"/>
                                  <w:marTop w:val="0"/>
                                  <w:marBottom w:val="0"/>
                                  <w:divBdr>
                                    <w:top w:val="none" w:sz="0" w:space="0" w:color="auto"/>
                                    <w:left w:val="none" w:sz="0" w:space="0" w:color="auto"/>
                                    <w:bottom w:val="none" w:sz="0" w:space="0" w:color="auto"/>
                                    <w:right w:val="none" w:sz="0" w:space="0" w:color="auto"/>
                                  </w:divBdr>
                                  <w:divsChild>
                                    <w:div w:id="110563766">
                                      <w:marLeft w:val="0"/>
                                      <w:marRight w:val="0"/>
                                      <w:marTop w:val="0"/>
                                      <w:marBottom w:val="0"/>
                                      <w:divBdr>
                                        <w:top w:val="none" w:sz="0" w:space="0" w:color="auto"/>
                                        <w:left w:val="none" w:sz="0" w:space="0" w:color="auto"/>
                                        <w:bottom w:val="none" w:sz="0" w:space="0" w:color="auto"/>
                                        <w:right w:val="none" w:sz="0" w:space="0" w:color="auto"/>
                                      </w:divBdr>
                                      <w:divsChild>
                                        <w:div w:id="1093816005">
                                          <w:marLeft w:val="0"/>
                                          <w:marRight w:val="0"/>
                                          <w:marTop w:val="0"/>
                                          <w:marBottom w:val="0"/>
                                          <w:divBdr>
                                            <w:top w:val="none" w:sz="0" w:space="0" w:color="auto"/>
                                            <w:left w:val="none" w:sz="0" w:space="0" w:color="auto"/>
                                            <w:bottom w:val="none" w:sz="0" w:space="0" w:color="auto"/>
                                            <w:right w:val="none" w:sz="0" w:space="0" w:color="auto"/>
                                          </w:divBdr>
                                          <w:divsChild>
                                            <w:div w:id="1717971913">
                                              <w:marLeft w:val="0"/>
                                              <w:marRight w:val="0"/>
                                              <w:marTop w:val="0"/>
                                              <w:marBottom w:val="0"/>
                                              <w:divBdr>
                                                <w:top w:val="none" w:sz="0" w:space="0" w:color="auto"/>
                                                <w:left w:val="none" w:sz="0" w:space="0" w:color="auto"/>
                                                <w:bottom w:val="none" w:sz="0" w:space="0" w:color="auto"/>
                                                <w:right w:val="none" w:sz="0" w:space="0" w:color="auto"/>
                                              </w:divBdr>
                                              <w:divsChild>
                                                <w:div w:id="1013805981">
                                                  <w:marLeft w:val="0"/>
                                                  <w:marRight w:val="0"/>
                                                  <w:marTop w:val="0"/>
                                                  <w:marBottom w:val="0"/>
                                                  <w:divBdr>
                                                    <w:top w:val="none" w:sz="0" w:space="0" w:color="auto"/>
                                                    <w:left w:val="none" w:sz="0" w:space="0" w:color="auto"/>
                                                    <w:bottom w:val="none" w:sz="0" w:space="0" w:color="auto"/>
                                                    <w:right w:val="none" w:sz="0" w:space="0" w:color="auto"/>
                                                  </w:divBdr>
                                                  <w:divsChild>
                                                    <w:div w:id="1007364067">
                                                      <w:marLeft w:val="0"/>
                                                      <w:marRight w:val="0"/>
                                                      <w:marTop w:val="0"/>
                                                      <w:marBottom w:val="0"/>
                                                      <w:divBdr>
                                                        <w:top w:val="none" w:sz="0" w:space="0" w:color="auto"/>
                                                        <w:left w:val="none" w:sz="0" w:space="0" w:color="auto"/>
                                                        <w:bottom w:val="none" w:sz="0" w:space="0" w:color="auto"/>
                                                        <w:right w:val="none" w:sz="0" w:space="0" w:color="auto"/>
                                                      </w:divBdr>
                                                      <w:divsChild>
                                                        <w:div w:id="3771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394186">
                          <w:marLeft w:val="0"/>
                          <w:marRight w:val="0"/>
                          <w:marTop w:val="0"/>
                          <w:marBottom w:val="0"/>
                          <w:divBdr>
                            <w:top w:val="none" w:sz="0" w:space="0" w:color="auto"/>
                            <w:left w:val="none" w:sz="0" w:space="0" w:color="auto"/>
                            <w:bottom w:val="none" w:sz="0" w:space="0" w:color="auto"/>
                            <w:right w:val="none" w:sz="0" w:space="0" w:color="auto"/>
                          </w:divBdr>
                          <w:divsChild>
                            <w:div w:id="1540121004">
                              <w:marLeft w:val="0"/>
                              <w:marRight w:val="0"/>
                              <w:marTop w:val="0"/>
                              <w:marBottom w:val="0"/>
                              <w:divBdr>
                                <w:top w:val="none" w:sz="0" w:space="0" w:color="auto"/>
                                <w:left w:val="none" w:sz="0" w:space="0" w:color="auto"/>
                                <w:bottom w:val="none" w:sz="0" w:space="0" w:color="auto"/>
                                <w:right w:val="none" w:sz="0" w:space="0" w:color="auto"/>
                              </w:divBdr>
                              <w:divsChild>
                                <w:div w:id="205946791">
                                  <w:marLeft w:val="0"/>
                                  <w:marRight w:val="0"/>
                                  <w:marTop w:val="0"/>
                                  <w:marBottom w:val="0"/>
                                  <w:divBdr>
                                    <w:top w:val="none" w:sz="0" w:space="0" w:color="auto"/>
                                    <w:left w:val="none" w:sz="0" w:space="0" w:color="auto"/>
                                    <w:bottom w:val="none" w:sz="0" w:space="0" w:color="auto"/>
                                    <w:right w:val="none" w:sz="0" w:space="0" w:color="auto"/>
                                  </w:divBdr>
                                  <w:divsChild>
                                    <w:div w:id="1580558407">
                                      <w:marLeft w:val="0"/>
                                      <w:marRight w:val="0"/>
                                      <w:marTop w:val="0"/>
                                      <w:marBottom w:val="0"/>
                                      <w:divBdr>
                                        <w:top w:val="none" w:sz="0" w:space="0" w:color="auto"/>
                                        <w:left w:val="none" w:sz="0" w:space="0" w:color="auto"/>
                                        <w:bottom w:val="none" w:sz="0" w:space="0" w:color="auto"/>
                                        <w:right w:val="none" w:sz="0" w:space="0" w:color="auto"/>
                                      </w:divBdr>
                                      <w:divsChild>
                                        <w:div w:id="698511794">
                                          <w:marLeft w:val="0"/>
                                          <w:marRight w:val="0"/>
                                          <w:marTop w:val="0"/>
                                          <w:marBottom w:val="0"/>
                                          <w:divBdr>
                                            <w:top w:val="none" w:sz="0" w:space="0" w:color="auto"/>
                                            <w:left w:val="none" w:sz="0" w:space="0" w:color="auto"/>
                                            <w:bottom w:val="none" w:sz="0" w:space="0" w:color="auto"/>
                                            <w:right w:val="none" w:sz="0" w:space="0" w:color="auto"/>
                                          </w:divBdr>
                                          <w:divsChild>
                                            <w:div w:id="245919359">
                                              <w:marLeft w:val="0"/>
                                              <w:marRight w:val="0"/>
                                              <w:marTop w:val="0"/>
                                              <w:marBottom w:val="0"/>
                                              <w:divBdr>
                                                <w:top w:val="none" w:sz="0" w:space="0" w:color="auto"/>
                                                <w:left w:val="none" w:sz="0" w:space="0" w:color="auto"/>
                                                <w:bottom w:val="none" w:sz="0" w:space="0" w:color="auto"/>
                                                <w:right w:val="none" w:sz="0" w:space="0" w:color="auto"/>
                                              </w:divBdr>
                                              <w:divsChild>
                                                <w:div w:id="291835779">
                                                  <w:marLeft w:val="0"/>
                                                  <w:marRight w:val="0"/>
                                                  <w:marTop w:val="0"/>
                                                  <w:marBottom w:val="0"/>
                                                  <w:divBdr>
                                                    <w:top w:val="none" w:sz="0" w:space="0" w:color="auto"/>
                                                    <w:left w:val="none" w:sz="0" w:space="0" w:color="auto"/>
                                                    <w:bottom w:val="none" w:sz="0" w:space="0" w:color="auto"/>
                                                    <w:right w:val="none" w:sz="0" w:space="0" w:color="auto"/>
                                                  </w:divBdr>
                                                  <w:divsChild>
                                                    <w:div w:id="1187327013">
                                                      <w:marLeft w:val="0"/>
                                                      <w:marRight w:val="0"/>
                                                      <w:marTop w:val="0"/>
                                                      <w:marBottom w:val="0"/>
                                                      <w:divBdr>
                                                        <w:top w:val="none" w:sz="0" w:space="0" w:color="auto"/>
                                                        <w:left w:val="none" w:sz="0" w:space="0" w:color="auto"/>
                                                        <w:bottom w:val="none" w:sz="0" w:space="0" w:color="auto"/>
                                                        <w:right w:val="none" w:sz="0" w:space="0" w:color="auto"/>
                                                      </w:divBdr>
                                                      <w:divsChild>
                                                        <w:div w:id="940642654">
                                                          <w:marLeft w:val="0"/>
                                                          <w:marRight w:val="0"/>
                                                          <w:marTop w:val="0"/>
                                                          <w:marBottom w:val="0"/>
                                                          <w:divBdr>
                                                            <w:top w:val="none" w:sz="0" w:space="0" w:color="auto"/>
                                                            <w:left w:val="none" w:sz="0" w:space="0" w:color="auto"/>
                                                            <w:bottom w:val="none" w:sz="0" w:space="0" w:color="auto"/>
                                                            <w:right w:val="none" w:sz="0" w:space="0" w:color="auto"/>
                                                          </w:divBdr>
                                                          <w:divsChild>
                                                            <w:div w:id="19645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739767">
                          <w:marLeft w:val="0"/>
                          <w:marRight w:val="0"/>
                          <w:marTop w:val="0"/>
                          <w:marBottom w:val="0"/>
                          <w:divBdr>
                            <w:top w:val="none" w:sz="0" w:space="0" w:color="auto"/>
                            <w:left w:val="none" w:sz="0" w:space="0" w:color="auto"/>
                            <w:bottom w:val="none" w:sz="0" w:space="0" w:color="auto"/>
                            <w:right w:val="none" w:sz="0" w:space="0" w:color="auto"/>
                          </w:divBdr>
                          <w:divsChild>
                            <w:div w:id="2119523024">
                              <w:marLeft w:val="0"/>
                              <w:marRight w:val="0"/>
                              <w:marTop w:val="0"/>
                              <w:marBottom w:val="0"/>
                              <w:divBdr>
                                <w:top w:val="none" w:sz="0" w:space="0" w:color="auto"/>
                                <w:left w:val="none" w:sz="0" w:space="0" w:color="auto"/>
                                <w:bottom w:val="none" w:sz="0" w:space="0" w:color="auto"/>
                                <w:right w:val="none" w:sz="0" w:space="0" w:color="auto"/>
                              </w:divBdr>
                              <w:divsChild>
                                <w:div w:id="1024592903">
                                  <w:marLeft w:val="0"/>
                                  <w:marRight w:val="0"/>
                                  <w:marTop w:val="0"/>
                                  <w:marBottom w:val="0"/>
                                  <w:divBdr>
                                    <w:top w:val="none" w:sz="0" w:space="0" w:color="auto"/>
                                    <w:left w:val="none" w:sz="0" w:space="0" w:color="auto"/>
                                    <w:bottom w:val="none" w:sz="0" w:space="0" w:color="auto"/>
                                    <w:right w:val="none" w:sz="0" w:space="0" w:color="auto"/>
                                  </w:divBdr>
                                  <w:divsChild>
                                    <w:div w:id="1184437361">
                                      <w:marLeft w:val="0"/>
                                      <w:marRight w:val="0"/>
                                      <w:marTop w:val="0"/>
                                      <w:marBottom w:val="0"/>
                                      <w:divBdr>
                                        <w:top w:val="none" w:sz="0" w:space="0" w:color="auto"/>
                                        <w:left w:val="none" w:sz="0" w:space="0" w:color="auto"/>
                                        <w:bottom w:val="none" w:sz="0" w:space="0" w:color="auto"/>
                                        <w:right w:val="none" w:sz="0" w:space="0" w:color="auto"/>
                                      </w:divBdr>
                                      <w:divsChild>
                                        <w:div w:id="1534610749">
                                          <w:marLeft w:val="0"/>
                                          <w:marRight w:val="0"/>
                                          <w:marTop w:val="0"/>
                                          <w:marBottom w:val="0"/>
                                          <w:divBdr>
                                            <w:top w:val="none" w:sz="0" w:space="0" w:color="auto"/>
                                            <w:left w:val="none" w:sz="0" w:space="0" w:color="auto"/>
                                            <w:bottom w:val="none" w:sz="0" w:space="0" w:color="auto"/>
                                            <w:right w:val="none" w:sz="0" w:space="0" w:color="auto"/>
                                          </w:divBdr>
                                          <w:divsChild>
                                            <w:div w:id="1528331989">
                                              <w:marLeft w:val="0"/>
                                              <w:marRight w:val="0"/>
                                              <w:marTop w:val="0"/>
                                              <w:marBottom w:val="0"/>
                                              <w:divBdr>
                                                <w:top w:val="none" w:sz="0" w:space="0" w:color="auto"/>
                                                <w:left w:val="none" w:sz="0" w:space="0" w:color="auto"/>
                                                <w:bottom w:val="none" w:sz="0" w:space="0" w:color="auto"/>
                                                <w:right w:val="none" w:sz="0" w:space="0" w:color="auto"/>
                                              </w:divBdr>
                                              <w:divsChild>
                                                <w:div w:id="887455045">
                                                  <w:marLeft w:val="0"/>
                                                  <w:marRight w:val="0"/>
                                                  <w:marTop w:val="0"/>
                                                  <w:marBottom w:val="0"/>
                                                  <w:divBdr>
                                                    <w:top w:val="none" w:sz="0" w:space="0" w:color="auto"/>
                                                    <w:left w:val="none" w:sz="0" w:space="0" w:color="auto"/>
                                                    <w:bottom w:val="none" w:sz="0" w:space="0" w:color="auto"/>
                                                    <w:right w:val="none" w:sz="0" w:space="0" w:color="auto"/>
                                                  </w:divBdr>
                                                  <w:divsChild>
                                                    <w:div w:id="1631931969">
                                                      <w:marLeft w:val="0"/>
                                                      <w:marRight w:val="0"/>
                                                      <w:marTop w:val="0"/>
                                                      <w:marBottom w:val="0"/>
                                                      <w:divBdr>
                                                        <w:top w:val="none" w:sz="0" w:space="0" w:color="auto"/>
                                                        <w:left w:val="none" w:sz="0" w:space="0" w:color="auto"/>
                                                        <w:bottom w:val="none" w:sz="0" w:space="0" w:color="auto"/>
                                                        <w:right w:val="none" w:sz="0" w:space="0" w:color="auto"/>
                                                      </w:divBdr>
                                                      <w:divsChild>
                                                        <w:div w:id="6289721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2482518">
          <w:marLeft w:val="0"/>
          <w:marRight w:val="0"/>
          <w:marTop w:val="0"/>
          <w:marBottom w:val="0"/>
          <w:divBdr>
            <w:top w:val="none" w:sz="0" w:space="0" w:color="auto"/>
            <w:left w:val="none" w:sz="0" w:space="0" w:color="auto"/>
            <w:bottom w:val="none" w:sz="0" w:space="0" w:color="auto"/>
            <w:right w:val="none" w:sz="0" w:space="0" w:color="auto"/>
          </w:divBdr>
          <w:divsChild>
            <w:div w:id="1597981173">
              <w:marLeft w:val="0"/>
              <w:marRight w:val="0"/>
              <w:marTop w:val="0"/>
              <w:marBottom w:val="0"/>
              <w:divBdr>
                <w:top w:val="none" w:sz="0" w:space="0" w:color="auto"/>
                <w:left w:val="none" w:sz="0" w:space="0" w:color="auto"/>
                <w:bottom w:val="none" w:sz="0" w:space="0" w:color="auto"/>
                <w:right w:val="none" w:sz="0" w:space="0" w:color="auto"/>
              </w:divBdr>
              <w:divsChild>
                <w:div w:id="1046490558">
                  <w:marLeft w:val="0"/>
                  <w:marRight w:val="0"/>
                  <w:marTop w:val="0"/>
                  <w:marBottom w:val="0"/>
                  <w:divBdr>
                    <w:top w:val="none" w:sz="0" w:space="0" w:color="auto"/>
                    <w:left w:val="none" w:sz="0" w:space="0" w:color="auto"/>
                    <w:bottom w:val="none" w:sz="0" w:space="0" w:color="auto"/>
                    <w:right w:val="none" w:sz="0" w:space="0" w:color="auto"/>
                  </w:divBdr>
                  <w:divsChild>
                    <w:div w:id="765342361">
                      <w:marLeft w:val="0"/>
                      <w:marRight w:val="0"/>
                      <w:marTop w:val="0"/>
                      <w:marBottom w:val="0"/>
                      <w:divBdr>
                        <w:top w:val="none" w:sz="0" w:space="0" w:color="auto"/>
                        <w:left w:val="none" w:sz="0" w:space="0" w:color="auto"/>
                        <w:bottom w:val="none" w:sz="0" w:space="0" w:color="auto"/>
                        <w:right w:val="none" w:sz="0" w:space="0" w:color="auto"/>
                      </w:divBdr>
                      <w:divsChild>
                        <w:div w:id="162361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824176">
      <w:bodyDiv w:val="1"/>
      <w:marLeft w:val="0"/>
      <w:marRight w:val="0"/>
      <w:marTop w:val="0"/>
      <w:marBottom w:val="0"/>
      <w:divBdr>
        <w:top w:val="none" w:sz="0" w:space="0" w:color="auto"/>
        <w:left w:val="none" w:sz="0" w:space="0" w:color="auto"/>
        <w:bottom w:val="none" w:sz="0" w:space="0" w:color="auto"/>
        <w:right w:val="none" w:sz="0" w:space="0" w:color="auto"/>
      </w:divBdr>
    </w:div>
    <w:div w:id="1500852297">
      <w:bodyDiv w:val="1"/>
      <w:marLeft w:val="0"/>
      <w:marRight w:val="0"/>
      <w:marTop w:val="0"/>
      <w:marBottom w:val="0"/>
      <w:divBdr>
        <w:top w:val="none" w:sz="0" w:space="0" w:color="auto"/>
        <w:left w:val="none" w:sz="0" w:space="0" w:color="auto"/>
        <w:bottom w:val="none" w:sz="0" w:space="0" w:color="auto"/>
        <w:right w:val="none" w:sz="0" w:space="0" w:color="auto"/>
      </w:divBdr>
    </w:div>
    <w:div w:id="1510678887">
      <w:bodyDiv w:val="1"/>
      <w:marLeft w:val="0"/>
      <w:marRight w:val="0"/>
      <w:marTop w:val="0"/>
      <w:marBottom w:val="0"/>
      <w:divBdr>
        <w:top w:val="none" w:sz="0" w:space="0" w:color="auto"/>
        <w:left w:val="none" w:sz="0" w:space="0" w:color="auto"/>
        <w:bottom w:val="none" w:sz="0" w:space="0" w:color="auto"/>
        <w:right w:val="none" w:sz="0" w:space="0" w:color="auto"/>
      </w:divBdr>
    </w:div>
    <w:div w:id="1527257970">
      <w:bodyDiv w:val="1"/>
      <w:marLeft w:val="0"/>
      <w:marRight w:val="0"/>
      <w:marTop w:val="0"/>
      <w:marBottom w:val="0"/>
      <w:divBdr>
        <w:top w:val="none" w:sz="0" w:space="0" w:color="auto"/>
        <w:left w:val="none" w:sz="0" w:space="0" w:color="auto"/>
        <w:bottom w:val="none" w:sz="0" w:space="0" w:color="auto"/>
        <w:right w:val="none" w:sz="0" w:space="0" w:color="auto"/>
      </w:divBdr>
    </w:div>
    <w:div w:id="1545167821">
      <w:bodyDiv w:val="1"/>
      <w:marLeft w:val="0"/>
      <w:marRight w:val="0"/>
      <w:marTop w:val="0"/>
      <w:marBottom w:val="0"/>
      <w:divBdr>
        <w:top w:val="none" w:sz="0" w:space="0" w:color="auto"/>
        <w:left w:val="none" w:sz="0" w:space="0" w:color="auto"/>
        <w:bottom w:val="none" w:sz="0" w:space="0" w:color="auto"/>
        <w:right w:val="none" w:sz="0" w:space="0" w:color="auto"/>
      </w:divBdr>
    </w:div>
    <w:div w:id="1554659374">
      <w:bodyDiv w:val="1"/>
      <w:marLeft w:val="0"/>
      <w:marRight w:val="0"/>
      <w:marTop w:val="0"/>
      <w:marBottom w:val="0"/>
      <w:divBdr>
        <w:top w:val="none" w:sz="0" w:space="0" w:color="auto"/>
        <w:left w:val="none" w:sz="0" w:space="0" w:color="auto"/>
        <w:bottom w:val="none" w:sz="0" w:space="0" w:color="auto"/>
        <w:right w:val="none" w:sz="0" w:space="0" w:color="auto"/>
      </w:divBdr>
    </w:div>
    <w:div w:id="1558006966">
      <w:bodyDiv w:val="1"/>
      <w:marLeft w:val="0"/>
      <w:marRight w:val="0"/>
      <w:marTop w:val="0"/>
      <w:marBottom w:val="0"/>
      <w:divBdr>
        <w:top w:val="none" w:sz="0" w:space="0" w:color="auto"/>
        <w:left w:val="none" w:sz="0" w:space="0" w:color="auto"/>
        <w:bottom w:val="none" w:sz="0" w:space="0" w:color="auto"/>
        <w:right w:val="none" w:sz="0" w:space="0" w:color="auto"/>
      </w:divBdr>
    </w:div>
    <w:div w:id="1560095187">
      <w:bodyDiv w:val="1"/>
      <w:marLeft w:val="0"/>
      <w:marRight w:val="0"/>
      <w:marTop w:val="0"/>
      <w:marBottom w:val="0"/>
      <w:divBdr>
        <w:top w:val="none" w:sz="0" w:space="0" w:color="auto"/>
        <w:left w:val="none" w:sz="0" w:space="0" w:color="auto"/>
        <w:bottom w:val="none" w:sz="0" w:space="0" w:color="auto"/>
        <w:right w:val="none" w:sz="0" w:space="0" w:color="auto"/>
      </w:divBdr>
      <w:divsChild>
        <w:div w:id="10001566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177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62297">
          <w:blockQuote w:val="1"/>
          <w:marLeft w:val="720"/>
          <w:marRight w:val="720"/>
          <w:marTop w:val="100"/>
          <w:marBottom w:val="100"/>
          <w:divBdr>
            <w:top w:val="none" w:sz="0" w:space="0" w:color="auto"/>
            <w:left w:val="none" w:sz="0" w:space="0" w:color="auto"/>
            <w:bottom w:val="none" w:sz="0" w:space="0" w:color="auto"/>
            <w:right w:val="none" w:sz="0" w:space="0" w:color="auto"/>
          </w:divBdr>
        </w:div>
        <w:div w:id="358748905">
          <w:blockQuote w:val="1"/>
          <w:marLeft w:val="720"/>
          <w:marRight w:val="720"/>
          <w:marTop w:val="100"/>
          <w:marBottom w:val="100"/>
          <w:divBdr>
            <w:top w:val="none" w:sz="0" w:space="0" w:color="auto"/>
            <w:left w:val="none" w:sz="0" w:space="0" w:color="auto"/>
            <w:bottom w:val="none" w:sz="0" w:space="0" w:color="auto"/>
            <w:right w:val="none" w:sz="0" w:space="0" w:color="auto"/>
          </w:divBdr>
        </w:div>
        <w:div w:id="284972786">
          <w:blockQuote w:val="1"/>
          <w:marLeft w:val="720"/>
          <w:marRight w:val="720"/>
          <w:marTop w:val="100"/>
          <w:marBottom w:val="100"/>
          <w:divBdr>
            <w:top w:val="none" w:sz="0" w:space="0" w:color="auto"/>
            <w:left w:val="none" w:sz="0" w:space="0" w:color="auto"/>
            <w:bottom w:val="none" w:sz="0" w:space="0" w:color="auto"/>
            <w:right w:val="none" w:sz="0" w:space="0" w:color="auto"/>
          </w:divBdr>
        </w:div>
        <w:div w:id="868227323">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72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333684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5967886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4491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313024">
          <w:blockQuote w:val="1"/>
          <w:marLeft w:val="720"/>
          <w:marRight w:val="720"/>
          <w:marTop w:val="100"/>
          <w:marBottom w:val="100"/>
          <w:divBdr>
            <w:top w:val="none" w:sz="0" w:space="0" w:color="auto"/>
            <w:left w:val="none" w:sz="0" w:space="0" w:color="auto"/>
            <w:bottom w:val="none" w:sz="0" w:space="0" w:color="auto"/>
            <w:right w:val="none" w:sz="0" w:space="0" w:color="auto"/>
          </w:divBdr>
        </w:div>
        <w:div w:id="925579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721277">
      <w:bodyDiv w:val="1"/>
      <w:marLeft w:val="0"/>
      <w:marRight w:val="0"/>
      <w:marTop w:val="0"/>
      <w:marBottom w:val="0"/>
      <w:divBdr>
        <w:top w:val="none" w:sz="0" w:space="0" w:color="auto"/>
        <w:left w:val="none" w:sz="0" w:space="0" w:color="auto"/>
        <w:bottom w:val="none" w:sz="0" w:space="0" w:color="auto"/>
        <w:right w:val="none" w:sz="0" w:space="0" w:color="auto"/>
      </w:divBdr>
    </w:div>
    <w:div w:id="1567104879">
      <w:bodyDiv w:val="1"/>
      <w:marLeft w:val="0"/>
      <w:marRight w:val="0"/>
      <w:marTop w:val="0"/>
      <w:marBottom w:val="0"/>
      <w:divBdr>
        <w:top w:val="none" w:sz="0" w:space="0" w:color="auto"/>
        <w:left w:val="none" w:sz="0" w:space="0" w:color="auto"/>
        <w:bottom w:val="none" w:sz="0" w:space="0" w:color="auto"/>
        <w:right w:val="none" w:sz="0" w:space="0" w:color="auto"/>
      </w:divBdr>
    </w:div>
    <w:div w:id="1591157633">
      <w:bodyDiv w:val="1"/>
      <w:marLeft w:val="0"/>
      <w:marRight w:val="0"/>
      <w:marTop w:val="0"/>
      <w:marBottom w:val="0"/>
      <w:divBdr>
        <w:top w:val="none" w:sz="0" w:space="0" w:color="auto"/>
        <w:left w:val="none" w:sz="0" w:space="0" w:color="auto"/>
        <w:bottom w:val="none" w:sz="0" w:space="0" w:color="auto"/>
        <w:right w:val="none" w:sz="0" w:space="0" w:color="auto"/>
      </w:divBdr>
    </w:div>
    <w:div w:id="1595162671">
      <w:bodyDiv w:val="1"/>
      <w:marLeft w:val="0"/>
      <w:marRight w:val="0"/>
      <w:marTop w:val="0"/>
      <w:marBottom w:val="0"/>
      <w:divBdr>
        <w:top w:val="none" w:sz="0" w:space="0" w:color="auto"/>
        <w:left w:val="none" w:sz="0" w:space="0" w:color="auto"/>
        <w:bottom w:val="none" w:sz="0" w:space="0" w:color="auto"/>
        <w:right w:val="none" w:sz="0" w:space="0" w:color="auto"/>
      </w:divBdr>
    </w:div>
    <w:div w:id="1598296434">
      <w:bodyDiv w:val="1"/>
      <w:marLeft w:val="0"/>
      <w:marRight w:val="0"/>
      <w:marTop w:val="0"/>
      <w:marBottom w:val="0"/>
      <w:divBdr>
        <w:top w:val="none" w:sz="0" w:space="0" w:color="auto"/>
        <w:left w:val="none" w:sz="0" w:space="0" w:color="auto"/>
        <w:bottom w:val="none" w:sz="0" w:space="0" w:color="auto"/>
        <w:right w:val="none" w:sz="0" w:space="0" w:color="auto"/>
      </w:divBdr>
    </w:div>
    <w:div w:id="1606619166">
      <w:bodyDiv w:val="1"/>
      <w:marLeft w:val="0"/>
      <w:marRight w:val="0"/>
      <w:marTop w:val="0"/>
      <w:marBottom w:val="0"/>
      <w:divBdr>
        <w:top w:val="none" w:sz="0" w:space="0" w:color="auto"/>
        <w:left w:val="none" w:sz="0" w:space="0" w:color="auto"/>
        <w:bottom w:val="none" w:sz="0" w:space="0" w:color="auto"/>
        <w:right w:val="none" w:sz="0" w:space="0" w:color="auto"/>
      </w:divBdr>
    </w:div>
    <w:div w:id="1613897971">
      <w:bodyDiv w:val="1"/>
      <w:marLeft w:val="0"/>
      <w:marRight w:val="0"/>
      <w:marTop w:val="0"/>
      <w:marBottom w:val="0"/>
      <w:divBdr>
        <w:top w:val="none" w:sz="0" w:space="0" w:color="auto"/>
        <w:left w:val="none" w:sz="0" w:space="0" w:color="auto"/>
        <w:bottom w:val="none" w:sz="0" w:space="0" w:color="auto"/>
        <w:right w:val="none" w:sz="0" w:space="0" w:color="auto"/>
      </w:divBdr>
    </w:div>
    <w:div w:id="1616980995">
      <w:bodyDiv w:val="1"/>
      <w:marLeft w:val="0"/>
      <w:marRight w:val="0"/>
      <w:marTop w:val="0"/>
      <w:marBottom w:val="0"/>
      <w:divBdr>
        <w:top w:val="none" w:sz="0" w:space="0" w:color="auto"/>
        <w:left w:val="none" w:sz="0" w:space="0" w:color="auto"/>
        <w:bottom w:val="none" w:sz="0" w:space="0" w:color="auto"/>
        <w:right w:val="none" w:sz="0" w:space="0" w:color="auto"/>
      </w:divBdr>
    </w:div>
    <w:div w:id="1621836501">
      <w:bodyDiv w:val="1"/>
      <w:marLeft w:val="0"/>
      <w:marRight w:val="0"/>
      <w:marTop w:val="0"/>
      <w:marBottom w:val="0"/>
      <w:divBdr>
        <w:top w:val="none" w:sz="0" w:space="0" w:color="auto"/>
        <w:left w:val="none" w:sz="0" w:space="0" w:color="auto"/>
        <w:bottom w:val="none" w:sz="0" w:space="0" w:color="auto"/>
        <w:right w:val="none" w:sz="0" w:space="0" w:color="auto"/>
      </w:divBdr>
    </w:div>
    <w:div w:id="1626346181">
      <w:bodyDiv w:val="1"/>
      <w:marLeft w:val="0"/>
      <w:marRight w:val="0"/>
      <w:marTop w:val="0"/>
      <w:marBottom w:val="0"/>
      <w:divBdr>
        <w:top w:val="none" w:sz="0" w:space="0" w:color="auto"/>
        <w:left w:val="none" w:sz="0" w:space="0" w:color="auto"/>
        <w:bottom w:val="none" w:sz="0" w:space="0" w:color="auto"/>
        <w:right w:val="none" w:sz="0" w:space="0" w:color="auto"/>
      </w:divBdr>
    </w:div>
    <w:div w:id="1649093346">
      <w:bodyDiv w:val="1"/>
      <w:marLeft w:val="0"/>
      <w:marRight w:val="0"/>
      <w:marTop w:val="0"/>
      <w:marBottom w:val="0"/>
      <w:divBdr>
        <w:top w:val="none" w:sz="0" w:space="0" w:color="auto"/>
        <w:left w:val="none" w:sz="0" w:space="0" w:color="auto"/>
        <w:bottom w:val="none" w:sz="0" w:space="0" w:color="auto"/>
        <w:right w:val="none" w:sz="0" w:space="0" w:color="auto"/>
      </w:divBdr>
    </w:div>
    <w:div w:id="1655719941">
      <w:bodyDiv w:val="1"/>
      <w:marLeft w:val="0"/>
      <w:marRight w:val="0"/>
      <w:marTop w:val="0"/>
      <w:marBottom w:val="0"/>
      <w:divBdr>
        <w:top w:val="none" w:sz="0" w:space="0" w:color="auto"/>
        <w:left w:val="none" w:sz="0" w:space="0" w:color="auto"/>
        <w:bottom w:val="none" w:sz="0" w:space="0" w:color="auto"/>
        <w:right w:val="none" w:sz="0" w:space="0" w:color="auto"/>
      </w:divBdr>
    </w:div>
    <w:div w:id="1684091057">
      <w:bodyDiv w:val="1"/>
      <w:marLeft w:val="0"/>
      <w:marRight w:val="0"/>
      <w:marTop w:val="0"/>
      <w:marBottom w:val="0"/>
      <w:divBdr>
        <w:top w:val="none" w:sz="0" w:space="0" w:color="auto"/>
        <w:left w:val="none" w:sz="0" w:space="0" w:color="auto"/>
        <w:bottom w:val="none" w:sz="0" w:space="0" w:color="auto"/>
        <w:right w:val="none" w:sz="0" w:space="0" w:color="auto"/>
      </w:divBdr>
      <w:divsChild>
        <w:div w:id="169949967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318558">
          <w:blockQuote w:val="1"/>
          <w:marLeft w:val="720"/>
          <w:marRight w:val="720"/>
          <w:marTop w:val="100"/>
          <w:marBottom w:val="100"/>
          <w:divBdr>
            <w:top w:val="none" w:sz="0" w:space="0" w:color="auto"/>
            <w:left w:val="none" w:sz="0" w:space="0" w:color="auto"/>
            <w:bottom w:val="none" w:sz="0" w:space="0" w:color="auto"/>
            <w:right w:val="none" w:sz="0" w:space="0" w:color="auto"/>
          </w:divBdr>
        </w:div>
        <w:div w:id="1311910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29723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516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51972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36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421074112">
          <w:blockQuote w:val="1"/>
          <w:marLeft w:val="720"/>
          <w:marRight w:val="720"/>
          <w:marTop w:val="100"/>
          <w:marBottom w:val="100"/>
          <w:divBdr>
            <w:top w:val="none" w:sz="0" w:space="0" w:color="auto"/>
            <w:left w:val="none" w:sz="0" w:space="0" w:color="auto"/>
            <w:bottom w:val="none" w:sz="0" w:space="0" w:color="auto"/>
            <w:right w:val="none" w:sz="0" w:space="0" w:color="auto"/>
          </w:divBdr>
        </w:div>
        <w:div w:id="315300090">
          <w:blockQuote w:val="1"/>
          <w:marLeft w:val="720"/>
          <w:marRight w:val="720"/>
          <w:marTop w:val="100"/>
          <w:marBottom w:val="100"/>
          <w:divBdr>
            <w:top w:val="none" w:sz="0" w:space="0" w:color="auto"/>
            <w:left w:val="none" w:sz="0" w:space="0" w:color="auto"/>
            <w:bottom w:val="none" w:sz="0" w:space="0" w:color="auto"/>
            <w:right w:val="none" w:sz="0" w:space="0" w:color="auto"/>
          </w:divBdr>
        </w:div>
        <w:div w:id="810319403">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15001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01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230504613">
          <w:blockQuote w:val="1"/>
          <w:marLeft w:val="720"/>
          <w:marRight w:val="720"/>
          <w:marTop w:val="100"/>
          <w:marBottom w:val="100"/>
          <w:divBdr>
            <w:top w:val="none" w:sz="0" w:space="0" w:color="auto"/>
            <w:left w:val="none" w:sz="0" w:space="0" w:color="auto"/>
            <w:bottom w:val="none" w:sz="0" w:space="0" w:color="auto"/>
            <w:right w:val="none" w:sz="0" w:space="0" w:color="auto"/>
          </w:divBdr>
        </w:div>
        <w:div w:id="8573550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93558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6825949">
      <w:bodyDiv w:val="1"/>
      <w:marLeft w:val="0"/>
      <w:marRight w:val="0"/>
      <w:marTop w:val="0"/>
      <w:marBottom w:val="0"/>
      <w:divBdr>
        <w:top w:val="none" w:sz="0" w:space="0" w:color="auto"/>
        <w:left w:val="none" w:sz="0" w:space="0" w:color="auto"/>
        <w:bottom w:val="none" w:sz="0" w:space="0" w:color="auto"/>
        <w:right w:val="none" w:sz="0" w:space="0" w:color="auto"/>
      </w:divBdr>
    </w:div>
    <w:div w:id="1719233906">
      <w:bodyDiv w:val="1"/>
      <w:marLeft w:val="0"/>
      <w:marRight w:val="0"/>
      <w:marTop w:val="0"/>
      <w:marBottom w:val="0"/>
      <w:divBdr>
        <w:top w:val="none" w:sz="0" w:space="0" w:color="auto"/>
        <w:left w:val="none" w:sz="0" w:space="0" w:color="auto"/>
        <w:bottom w:val="none" w:sz="0" w:space="0" w:color="auto"/>
        <w:right w:val="none" w:sz="0" w:space="0" w:color="auto"/>
      </w:divBdr>
      <w:divsChild>
        <w:div w:id="210194851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0088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98955457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0199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3075346">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1063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80616092">
          <w:blockQuote w:val="1"/>
          <w:marLeft w:val="720"/>
          <w:marRight w:val="720"/>
          <w:marTop w:val="100"/>
          <w:marBottom w:val="100"/>
          <w:divBdr>
            <w:top w:val="none" w:sz="0" w:space="0" w:color="auto"/>
            <w:left w:val="none" w:sz="0" w:space="0" w:color="auto"/>
            <w:bottom w:val="none" w:sz="0" w:space="0" w:color="auto"/>
            <w:right w:val="none" w:sz="0" w:space="0" w:color="auto"/>
          </w:divBdr>
        </w:div>
        <w:div w:id="1418407237">
          <w:blockQuote w:val="1"/>
          <w:marLeft w:val="720"/>
          <w:marRight w:val="720"/>
          <w:marTop w:val="100"/>
          <w:marBottom w:val="100"/>
          <w:divBdr>
            <w:top w:val="none" w:sz="0" w:space="0" w:color="auto"/>
            <w:left w:val="none" w:sz="0" w:space="0" w:color="auto"/>
            <w:bottom w:val="none" w:sz="0" w:space="0" w:color="auto"/>
            <w:right w:val="none" w:sz="0" w:space="0" w:color="auto"/>
          </w:divBdr>
        </w:div>
        <w:div w:id="941691512">
          <w:blockQuote w:val="1"/>
          <w:marLeft w:val="720"/>
          <w:marRight w:val="720"/>
          <w:marTop w:val="100"/>
          <w:marBottom w:val="100"/>
          <w:divBdr>
            <w:top w:val="none" w:sz="0" w:space="0" w:color="auto"/>
            <w:left w:val="none" w:sz="0" w:space="0" w:color="auto"/>
            <w:bottom w:val="none" w:sz="0" w:space="0" w:color="auto"/>
            <w:right w:val="none" w:sz="0" w:space="0" w:color="auto"/>
          </w:divBdr>
        </w:div>
        <w:div w:id="552276007">
          <w:blockQuote w:val="1"/>
          <w:marLeft w:val="720"/>
          <w:marRight w:val="720"/>
          <w:marTop w:val="100"/>
          <w:marBottom w:val="100"/>
          <w:divBdr>
            <w:top w:val="none" w:sz="0" w:space="0" w:color="auto"/>
            <w:left w:val="none" w:sz="0" w:space="0" w:color="auto"/>
            <w:bottom w:val="none" w:sz="0" w:space="0" w:color="auto"/>
            <w:right w:val="none" w:sz="0" w:space="0" w:color="auto"/>
          </w:divBdr>
        </w:div>
        <w:div w:id="8578160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891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227637">
          <w:blockQuote w:val="1"/>
          <w:marLeft w:val="720"/>
          <w:marRight w:val="720"/>
          <w:marTop w:val="100"/>
          <w:marBottom w:val="100"/>
          <w:divBdr>
            <w:top w:val="none" w:sz="0" w:space="0" w:color="auto"/>
            <w:left w:val="none" w:sz="0" w:space="0" w:color="auto"/>
            <w:bottom w:val="none" w:sz="0" w:space="0" w:color="auto"/>
            <w:right w:val="none" w:sz="0" w:space="0" w:color="auto"/>
          </w:divBdr>
        </w:div>
        <w:div w:id="630939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5799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9620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278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8693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638488">
          <w:blockQuote w:val="1"/>
          <w:marLeft w:val="720"/>
          <w:marRight w:val="720"/>
          <w:marTop w:val="100"/>
          <w:marBottom w:val="100"/>
          <w:divBdr>
            <w:top w:val="none" w:sz="0" w:space="0" w:color="auto"/>
            <w:left w:val="none" w:sz="0" w:space="0" w:color="auto"/>
            <w:bottom w:val="none" w:sz="0" w:space="0" w:color="auto"/>
            <w:right w:val="none" w:sz="0" w:space="0" w:color="auto"/>
          </w:divBdr>
        </w:div>
        <w:div w:id="490216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5686095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556167">
      <w:bodyDiv w:val="1"/>
      <w:marLeft w:val="0"/>
      <w:marRight w:val="0"/>
      <w:marTop w:val="0"/>
      <w:marBottom w:val="0"/>
      <w:divBdr>
        <w:top w:val="none" w:sz="0" w:space="0" w:color="auto"/>
        <w:left w:val="none" w:sz="0" w:space="0" w:color="auto"/>
        <w:bottom w:val="none" w:sz="0" w:space="0" w:color="auto"/>
        <w:right w:val="none" w:sz="0" w:space="0" w:color="auto"/>
      </w:divBdr>
    </w:div>
    <w:div w:id="1743065756">
      <w:bodyDiv w:val="1"/>
      <w:marLeft w:val="0"/>
      <w:marRight w:val="0"/>
      <w:marTop w:val="0"/>
      <w:marBottom w:val="0"/>
      <w:divBdr>
        <w:top w:val="none" w:sz="0" w:space="0" w:color="auto"/>
        <w:left w:val="none" w:sz="0" w:space="0" w:color="auto"/>
        <w:bottom w:val="none" w:sz="0" w:space="0" w:color="auto"/>
        <w:right w:val="none" w:sz="0" w:space="0" w:color="auto"/>
      </w:divBdr>
    </w:div>
    <w:div w:id="1750884897">
      <w:bodyDiv w:val="1"/>
      <w:marLeft w:val="0"/>
      <w:marRight w:val="0"/>
      <w:marTop w:val="0"/>
      <w:marBottom w:val="0"/>
      <w:divBdr>
        <w:top w:val="none" w:sz="0" w:space="0" w:color="auto"/>
        <w:left w:val="none" w:sz="0" w:space="0" w:color="auto"/>
        <w:bottom w:val="none" w:sz="0" w:space="0" w:color="auto"/>
        <w:right w:val="none" w:sz="0" w:space="0" w:color="auto"/>
      </w:divBdr>
    </w:div>
    <w:div w:id="1782914407">
      <w:bodyDiv w:val="1"/>
      <w:marLeft w:val="0"/>
      <w:marRight w:val="0"/>
      <w:marTop w:val="0"/>
      <w:marBottom w:val="0"/>
      <w:divBdr>
        <w:top w:val="none" w:sz="0" w:space="0" w:color="auto"/>
        <w:left w:val="none" w:sz="0" w:space="0" w:color="auto"/>
        <w:bottom w:val="none" w:sz="0" w:space="0" w:color="auto"/>
        <w:right w:val="none" w:sz="0" w:space="0" w:color="auto"/>
      </w:divBdr>
      <w:divsChild>
        <w:div w:id="1939675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378956">
      <w:bodyDiv w:val="1"/>
      <w:marLeft w:val="0"/>
      <w:marRight w:val="0"/>
      <w:marTop w:val="0"/>
      <w:marBottom w:val="0"/>
      <w:divBdr>
        <w:top w:val="none" w:sz="0" w:space="0" w:color="auto"/>
        <w:left w:val="none" w:sz="0" w:space="0" w:color="auto"/>
        <w:bottom w:val="none" w:sz="0" w:space="0" w:color="auto"/>
        <w:right w:val="none" w:sz="0" w:space="0" w:color="auto"/>
      </w:divBdr>
    </w:div>
    <w:div w:id="1809469395">
      <w:bodyDiv w:val="1"/>
      <w:marLeft w:val="0"/>
      <w:marRight w:val="0"/>
      <w:marTop w:val="0"/>
      <w:marBottom w:val="0"/>
      <w:divBdr>
        <w:top w:val="none" w:sz="0" w:space="0" w:color="auto"/>
        <w:left w:val="none" w:sz="0" w:space="0" w:color="auto"/>
        <w:bottom w:val="none" w:sz="0" w:space="0" w:color="auto"/>
        <w:right w:val="none" w:sz="0" w:space="0" w:color="auto"/>
      </w:divBdr>
      <w:divsChild>
        <w:div w:id="1380057728">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 w:id="1812749202">
      <w:bodyDiv w:val="1"/>
      <w:marLeft w:val="0"/>
      <w:marRight w:val="0"/>
      <w:marTop w:val="0"/>
      <w:marBottom w:val="0"/>
      <w:divBdr>
        <w:top w:val="none" w:sz="0" w:space="0" w:color="auto"/>
        <w:left w:val="none" w:sz="0" w:space="0" w:color="auto"/>
        <w:bottom w:val="none" w:sz="0" w:space="0" w:color="auto"/>
        <w:right w:val="none" w:sz="0" w:space="0" w:color="auto"/>
      </w:divBdr>
    </w:div>
    <w:div w:id="1817408628">
      <w:bodyDiv w:val="1"/>
      <w:marLeft w:val="0"/>
      <w:marRight w:val="0"/>
      <w:marTop w:val="0"/>
      <w:marBottom w:val="0"/>
      <w:divBdr>
        <w:top w:val="none" w:sz="0" w:space="0" w:color="auto"/>
        <w:left w:val="none" w:sz="0" w:space="0" w:color="auto"/>
        <w:bottom w:val="none" w:sz="0" w:space="0" w:color="auto"/>
        <w:right w:val="none" w:sz="0" w:space="0" w:color="auto"/>
      </w:divBdr>
    </w:div>
    <w:div w:id="1843543824">
      <w:bodyDiv w:val="1"/>
      <w:marLeft w:val="0"/>
      <w:marRight w:val="0"/>
      <w:marTop w:val="0"/>
      <w:marBottom w:val="0"/>
      <w:divBdr>
        <w:top w:val="none" w:sz="0" w:space="0" w:color="auto"/>
        <w:left w:val="none" w:sz="0" w:space="0" w:color="auto"/>
        <w:bottom w:val="none" w:sz="0" w:space="0" w:color="auto"/>
        <w:right w:val="none" w:sz="0" w:space="0" w:color="auto"/>
      </w:divBdr>
    </w:div>
    <w:div w:id="1845630151">
      <w:bodyDiv w:val="1"/>
      <w:marLeft w:val="0"/>
      <w:marRight w:val="0"/>
      <w:marTop w:val="0"/>
      <w:marBottom w:val="0"/>
      <w:divBdr>
        <w:top w:val="none" w:sz="0" w:space="0" w:color="auto"/>
        <w:left w:val="none" w:sz="0" w:space="0" w:color="auto"/>
        <w:bottom w:val="none" w:sz="0" w:space="0" w:color="auto"/>
        <w:right w:val="none" w:sz="0" w:space="0" w:color="auto"/>
      </w:divBdr>
    </w:div>
    <w:div w:id="1860196333">
      <w:bodyDiv w:val="1"/>
      <w:marLeft w:val="0"/>
      <w:marRight w:val="0"/>
      <w:marTop w:val="0"/>
      <w:marBottom w:val="0"/>
      <w:divBdr>
        <w:top w:val="none" w:sz="0" w:space="0" w:color="auto"/>
        <w:left w:val="none" w:sz="0" w:space="0" w:color="auto"/>
        <w:bottom w:val="none" w:sz="0" w:space="0" w:color="auto"/>
        <w:right w:val="none" w:sz="0" w:space="0" w:color="auto"/>
      </w:divBdr>
      <w:divsChild>
        <w:div w:id="1070619627">
          <w:blockQuote w:val="1"/>
          <w:marLeft w:val="720"/>
          <w:marRight w:val="720"/>
          <w:marTop w:val="100"/>
          <w:marBottom w:val="100"/>
          <w:divBdr>
            <w:top w:val="none" w:sz="0" w:space="0" w:color="auto"/>
            <w:left w:val="none" w:sz="0" w:space="0" w:color="auto"/>
            <w:bottom w:val="none" w:sz="0" w:space="0" w:color="auto"/>
            <w:right w:val="none" w:sz="0" w:space="0" w:color="auto"/>
          </w:divBdr>
        </w:div>
        <w:div w:id="1554390875">
          <w:blockQuote w:val="1"/>
          <w:marLeft w:val="720"/>
          <w:marRight w:val="720"/>
          <w:marTop w:val="100"/>
          <w:marBottom w:val="100"/>
          <w:divBdr>
            <w:top w:val="none" w:sz="0" w:space="0" w:color="auto"/>
            <w:left w:val="none" w:sz="0" w:space="0" w:color="auto"/>
            <w:bottom w:val="none" w:sz="0" w:space="0" w:color="auto"/>
            <w:right w:val="none" w:sz="0" w:space="0" w:color="auto"/>
          </w:divBdr>
        </w:div>
        <w:div w:id="2091809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8253136">
      <w:bodyDiv w:val="1"/>
      <w:marLeft w:val="0"/>
      <w:marRight w:val="0"/>
      <w:marTop w:val="0"/>
      <w:marBottom w:val="0"/>
      <w:divBdr>
        <w:top w:val="none" w:sz="0" w:space="0" w:color="auto"/>
        <w:left w:val="none" w:sz="0" w:space="0" w:color="auto"/>
        <w:bottom w:val="none" w:sz="0" w:space="0" w:color="auto"/>
        <w:right w:val="none" w:sz="0" w:space="0" w:color="auto"/>
      </w:divBdr>
    </w:div>
    <w:div w:id="1875388730">
      <w:bodyDiv w:val="1"/>
      <w:marLeft w:val="0"/>
      <w:marRight w:val="0"/>
      <w:marTop w:val="0"/>
      <w:marBottom w:val="0"/>
      <w:divBdr>
        <w:top w:val="none" w:sz="0" w:space="0" w:color="auto"/>
        <w:left w:val="none" w:sz="0" w:space="0" w:color="auto"/>
        <w:bottom w:val="none" w:sz="0" w:space="0" w:color="auto"/>
        <w:right w:val="none" w:sz="0" w:space="0" w:color="auto"/>
      </w:divBdr>
      <w:divsChild>
        <w:div w:id="431827684">
          <w:marLeft w:val="0"/>
          <w:marRight w:val="0"/>
          <w:marTop w:val="0"/>
          <w:marBottom w:val="0"/>
          <w:divBdr>
            <w:top w:val="none" w:sz="0" w:space="0" w:color="auto"/>
            <w:left w:val="none" w:sz="0" w:space="0" w:color="auto"/>
            <w:bottom w:val="none" w:sz="0" w:space="0" w:color="auto"/>
            <w:right w:val="none" w:sz="0" w:space="0" w:color="auto"/>
          </w:divBdr>
        </w:div>
      </w:divsChild>
    </w:div>
    <w:div w:id="1879782216">
      <w:bodyDiv w:val="1"/>
      <w:marLeft w:val="0"/>
      <w:marRight w:val="0"/>
      <w:marTop w:val="0"/>
      <w:marBottom w:val="0"/>
      <w:divBdr>
        <w:top w:val="none" w:sz="0" w:space="0" w:color="auto"/>
        <w:left w:val="none" w:sz="0" w:space="0" w:color="auto"/>
        <w:bottom w:val="none" w:sz="0" w:space="0" w:color="auto"/>
        <w:right w:val="none" w:sz="0" w:space="0" w:color="auto"/>
      </w:divBdr>
    </w:div>
    <w:div w:id="1880624766">
      <w:bodyDiv w:val="1"/>
      <w:marLeft w:val="0"/>
      <w:marRight w:val="0"/>
      <w:marTop w:val="0"/>
      <w:marBottom w:val="0"/>
      <w:divBdr>
        <w:top w:val="none" w:sz="0" w:space="0" w:color="auto"/>
        <w:left w:val="none" w:sz="0" w:space="0" w:color="auto"/>
        <w:bottom w:val="none" w:sz="0" w:space="0" w:color="auto"/>
        <w:right w:val="none" w:sz="0" w:space="0" w:color="auto"/>
      </w:divBdr>
    </w:div>
    <w:div w:id="1883976208">
      <w:bodyDiv w:val="1"/>
      <w:marLeft w:val="0"/>
      <w:marRight w:val="0"/>
      <w:marTop w:val="0"/>
      <w:marBottom w:val="0"/>
      <w:divBdr>
        <w:top w:val="none" w:sz="0" w:space="0" w:color="auto"/>
        <w:left w:val="none" w:sz="0" w:space="0" w:color="auto"/>
        <w:bottom w:val="none" w:sz="0" w:space="0" w:color="auto"/>
        <w:right w:val="none" w:sz="0" w:space="0" w:color="auto"/>
      </w:divBdr>
    </w:div>
    <w:div w:id="1899050618">
      <w:bodyDiv w:val="1"/>
      <w:marLeft w:val="0"/>
      <w:marRight w:val="0"/>
      <w:marTop w:val="0"/>
      <w:marBottom w:val="0"/>
      <w:divBdr>
        <w:top w:val="none" w:sz="0" w:space="0" w:color="auto"/>
        <w:left w:val="none" w:sz="0" w:space="0" w:color="auto"/>
        <w:bottom w:val="none" w:sz="0" w:space="0" w:color="auto"/>
        <w:right w:val="none" w:sz="0" w:space="0" w:color="auto"/>
      </w:divBdr>
    </w:div>
    <w:div w:id="1915356095">
      <w:bodyDiv w:val="1"/>
      <w:marLeft w:val="0"/>
      <w:marRight w:val="0"/>
      <w:marTop w:val="0"/>
      <w:marBottom w:val="0"/>
      <w:divBdr>
        <w:top w:val="none" w:sz="0" w:space="0" w:color="auto"/>
        <w:left w:val="none" w:sz="0" w:space="0" w:color="auto"/>
        <w:bottom w:val="none" w:sz="0" w:space="0" w:color="auto"/>
        <w:right w:val="none" w:sz="0" w:space="0" w:color="auto"/>
      </w:divBdr>
      <w:divsChild>
        <w:div w:id="2137523417">
          <w:marLeft w:val="0"/>
          <w:marRight w:val="0"/>
          <w:marTop w:val="0"/>
          <w:marBottom w:val="0"/>
          <w:divBdr>
            <w:top w:val="none" w:sz="0" w:space="0" w:color="auto"/>
            <w:left w:val="none" w:sz="0" w:space="0" w:color="auto"/>
            <w:bottom w:val="none" w:sz="0" w:space="0" w:color="auto"/>
            <w:right w:val="none" w:sz="0" w:space="0" w:color="auto"/>
          </w:divBdr>
        </w:div>
      </w:divsChild>
    </w:div>
    <w:div w:id="1928464866">
      <w:bodyDiv w:val="1"/>
      <w:marLeft w:val="0"/>
      <w:marRight w:val="0"/>
      <w:marTop w:val="0"/>
      <w:marBottom w:val="0"/>
      <w:divBdr>
        <w:top w:val="none" w:sz="0" w:space="0" w:color="auto"/>
        <w:left w:val="none" w:sz="0" w:space="0" w:color="auto"/>
        <w:bottom w:val="none" w:sz="0" w:space="0" w:color="auto"/>
        <w:right w:val="none" w:sz="0" w:space="0" w:color="auto"/>
      </w:divBdr>
    </w:div>
    <w:div w:id="1929725087">
      <w:bodyDiv w:val="1"/>
      <w:marLeft w:val="0"/>
      <w:marRight w:val="0"/>
      <w:marTop w:val="0"/>
      <w:marBottom w:val="0"/>
      <w:divBdr>
        <w:top w:val="none" w:sz="0" w:space="0" w:color="auto"/>
        <w:left w:val="none" w:sz="0" w:space="0" w:color="auto"/>
        <w:bottom w:val="none" w:sz="0" w:space="0" w:color="auto"/>
        <w:right w:val="none" w:sz="0" w:space="0" w:color="auto"/>
      </w:divBdr>
    </w:div>
    <w:div w:id="1939098878">
      <w:bodyDiv w:val="1"/>
      <w:marLeft w:val="0"/>
      <w:marRight w:val="0"/>
      <w:marTop w:val="0"/>
      <w:marBottom w:val="0"/>
      <w:divBdr>
        <w:top w:val="none" w:sz="0" w:space="0" w:color="auto"/>
        <w:left w:val="none" w:sz="0" w:space="0" w:color="auto"/>
        <w:bottom w:val="none" w:sz="0" w:space="0" w:color="auto"/>
        <w:right w:val="none" w:sz="0" w:space="0" w:color="auto"/>
      </w:divBdr>
    </w:div>
    <w:div w:id="1953046859">
      <w:bodyDiv w:val="1"/>
      <w:marLeft w:val="0"/>
      <w:marRight w:val="0"/>
      <w:marTop w:val="0"/>
      <w:marBottom w:val="0"/>
      <w:divBdr>
        <w:top w:val="none" w:sz="0" w:space="0" w:color="auto"/>
        <w:left w:val="none" w:sz="0" w:space="0" w:color="auto"/>
        <w:bottom w:val="none" w:sz="0" w:space="0" w:color="auto"/>
        <w:right w:val="none" w:sz="0" w:space="0" w:color="auto"/>
      </w:divBdr>
    </w:div>
    <w:div w:id="1999570763">
      <w:bodyDiv w:val="1"/>
      <w:marLeft w:val="0"/>
      <w:marRight w:val="0"/>
      <w:marTop w:val="0"/>
      <w:marBottom w:val="0"/>
      <w:divBdr>
        <w:top w:val="none" w:sz="0" w:space="0" w:color="auto"/>
        <w:left w:val="none" w:sz="0" w:space="0" w:color="auto"/>
        <w:bottom w:val="none" w:sz="0" w:space="0" w:color="auto"/>
        <w:right w:val="none" w:sz="0" w:space="0" w:color="auto"/>
      </w:divBdr>
    </w:div>
    <w:div w:id="2003659421">
      <w:bodyDiv w:val="1"/>
      <w:marLeft w:val="0"/>
      <w:marRight w:val="0"/>
      <w:marTop w:val="0"/>
      <w:marBottom w:val="0"/>
      <w:divBdr>
        <w:top w:val="none" w:sz="0" w:space="0" w:color="auto"/>
        <w:left w:val="none" w:sz="0" w:space="0" w:color="auto"/>
        <w:bottom w:val="none" w:sz="0" w:space="0" w:color="auto"/>
        <w:right w:val="none" w:sz="0" w:space="0" w:color="auto"/>
      </w:divBdr>
    </w:div>
    <w:div w:id="2011520414">
      <w:bodyDiv w:val="1"/>
      <w:marLeft w:val="0"/>
      <w:marRight w:val="0"/>
      <w:marTop w:val="0"/>
      <w:marBottom w:val="0"/>
      <w:divBdr>
        <w:top w:val="none" w:sz="0" w:space="0" w:color="auto"/>
        <w:left w:val="none" w:sz="0" w:space="0" w:color="auto"/>
        <w:bottom w:val="none" w:sz="0" w:space="0" w:color="auto"/>
        <w:right w:val="none" w:sz="0" w:space="0" w:color="auto"/>
      </w:divBdr>
    </w:div>
    <w:div w:id="2038892566">
      <w:bodyDiv w:val="1"/>
      <w:marLeft w:val="0"/>
      <w:marRight w:val="0"/>
      <w:marTop w:val="0"/>
      <w:marBottom w:val="0"/>
      <w:divBdr>
        <w:top w:val="none" w:sz="0" w:space="0" w:color="auto"/>
        <w:left w:val="none" w:sz="0" w:space="0" w:color="auto"/>
        <w:bottom w:val="none" w:sz="0" w:space="0" w:color="auto"/>
        <w:right w:val="none" w:sz="0" w:space="0" w:color="auto"/>
      </w:divBdr>
      <w:divsChild>
        <w:div w:id="1379205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206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8914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466635">
          <w:blockQuote w:val="1"/>
          <w:marLeft w:val="720"/>
          <w:marRight w:val="720"/>
          <w:marTop w:val="100"/>
          <w:marBottom w:val="100"/>
          <w:divBdr>
            <w:top w:val="none" w:sz="0" w:space="0" w:color="auto"/>
            <w:left w:val="none" w:sz="0" w:space="0" w:color="auto"/>
            <w:bottom w:val="none" w:sz="0" w:space="0" w:color="auto"/>
            <w:right w:val="none" w:sz="0" w:space="0" w:color="auto"/>
          </w:divBdr>
        </w:div>
        <w:div w:id="1762532908">
          <w:blockQuote w:val="1"/>
          <w:marLeft w:val="720"/>
          <w:marRight w:val="720"/>
          <w:marTop w:val="100"/>
          <w:marBottom w:val="100"/>
          <w:divBdr>
            <w:top w:val="none" w:sz="0" w:space="0" w:color="auto"/>
            <w:left w:val="none" w:sz="0" w:space="0" w:color="auto"/>
            <w:bottom w:val="none" w:sz="0" w:space="0" w:color="auto"/>
            <w:right w:val="none" w:sz="0" w:space="0" w:color="auto"/>
          </w:divBdr>
        </w:div>
        <w:div w:id="3700338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545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910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182469919">
          <w:blockQuote w:val="1"/>
          <w:marLeft w:val="720"/>
          <w:marRight w:val="720"/>
          <w:marTop w:val="100"/>
          <w:marBottom w:val="100"/>
          <w:divBdr>
            <w:top w:val="none" w:sz="0" w:space="0" w:color="auto"/>
            <w:left w:val="none" w:sz="0" w:space="0" w:color="auto"/>
            <w:bottom w:val="none" w:sz="0" w:space="0" w:color="auto"/>
            <w:right w:val="none" w:sz="0" w:space="0" w:color="auto"/>
          </w:divBdr>
        </w:div>
        <w:div w:id="377708796">
          <w:blockQuote w:val="1"/>
          <w:marLeft w:val="720"/>
          <w:marRight w:val="720"/>
          <w:marTop w:val="100"/>
          <w:marBottom w:val="100"/>
          <w:divBdr>
            <w:top w:val="none" w:sz="0" w:space="0" w:color="auto"/>
            <w:left w:val="none" w:sz="0" w:space="0" w:color="auto"/>
            <w:bottom w:val="none" w:sz="0" w:space="0" w:color="auto"/>
            <w:right w:val="none" w:sz="0" w:space="0" w:color="auto"/>
          </w:divBdr>
        </w:div>
        <w:div w:id="1308392217">
          <w:blockQuote w:val="1"/>
          <w:marLeft w:val="720"/>
          <w:marRight w:val="720"/>
          <w:marTop w:val="100"/>
          <w:marBottom w:val="100"/>
          <w:divBdr>
            <w:top w:val="none" w:sz="0" w:space="0" w:color="auto"/>
            <w:left w:val="none" w:sz="0" w:space="0" w:color="auto"/>
            <w:bottom w:val="none" w:sz="0" w:space="0" w:color="auto"/>
            <w:right w:val="none" w:sz="0" w:space="0" w:color="auto"/>
          </w:divBdr>
        </w:div>
        <w:div w:id="681006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396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91107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5810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617624">
      <w:bodyDiv w:val="1"/>
      <w:marLeft w:val="0"/>
      <w:marRight w:val="0"/>
      <w:marTop w:val="0"/>
      <w:marBottom w:val="0"/>
      <w:divBdr>
        <w:top w:val="none" w:sz="0" w:space="0" w:color="auto"/>
        <w:left w:val="none" w:sz="0" w:space="0" w:color="auto"/>
        <w:bottom w:val="none" w:sz="0" w:space="0" w:color="auto"/>
        <w:right w:val="none" w:sz="0" w:space="0" w:color="auto"/>
      </w:divBdr>
      <w:divsChild>
        <w:div w:id="465901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308242">
          <w:marLeft w:val="0"/>
          <w:marRight w:val="0"/>
          <w:marTop w:val="0"/>
          <w:marBottom w:val="0"/>
          <w:divBdr>
            <w:top w:val="none" w:sz="0" w:space="0" w:color="auto"/>
            <w:left w:val="none" w:sz="0" w:space="0" w:color="auto"/>
            <w:bottom w:val="none" w:sz="0" w:space="0" w:color="auto"/>
            <w:right w:val="none" w:sz="0" w:space="0" w:color="auto"/>
          </w:divBdr>
        </w:div>
      </w:divsChild>
    </w:div>
    <w:div w:id="2042702269">
      <w:bodyDiv w:val="1"/>
      <w:marLeft w:val="0"/>
      <w:marRight w:val="0"/>
      <w:marTop w:val="0"/>
      <w:marBottom w:val="0"/>
      <w:divBdr>
        <w:top w:val="none" w:sz="0" w:space="0" w:color="auto"/>
        <w:left w:val="none" w:sz="0" w:space="0" w:color="auto"/>
        <w:bottom w:val="none" w:sz="0" w:space="0" w:color="auto"/>
        <w:right w:val="none" w:sz="0" w:space="0" w:color="auto"/>
      </w:divBdr>
    </w:div>
    <w:div w:id="2046783090">
      <w:bodyDiv w:val="1"/>
      <w:marLeft w:val="0"/>
      <w:marRight w:val="0"/>
      <w:marTop w:val="0"/>
      <w:marBottom w:val="0"/>
      <w:divBdr>
        <w:top w:val="none" w:sz="0" w:space="0" w:color="auto"/>
        <w:left w:val="none" w:sz="0" w:space="0" w:color="auto"/>
        <w:bottom w:val="none" w:sz="0" w:space="0" w:color="auto"/>
        <w:right w:val="none" w:sz="0" w:space="0" w:color="auto"/>
      </w:divBdr>
    </w:div>
    <w:div w:id="2059233276">
      <w:bodyDiv w:val="1"/>
      <w:marLeft w:val="0"/>
      <w:marRight w:val="0"/>
      <w:marTop w:val="0"/>
      <w:marBottom w:val="0"/>
      <w:divBdr>
        <w:top w:val="none" w:sz="0" w:space="0" w:color="auto"/>
        <w:left w:val="none" w:sz="0" w:space="0" w:color="auto"/>
        <w:bottom w:val="none" w:sz="0" w:space="0" w:color="auto"/>
        <w:right w:val="none" w:sz="0" w:space="0" w:color="auto"/>
      </w:divBdr>
    </w:div>
    <w:div w:id="2089383663">
      <w:bodyDiv w:val="1"/>
      <w:marLeft w:val="0"/>
      <w:marRight w:val="0"/>
      <w:marTop w:val="0"/>
      <w:marBottom w:val="0"/>
      <w:divBdr>
        <w:top w:val="none" w:sz="0" w:space="0" w:color="auto"/>
        <w:left w:val="none" w:sz="0" w:space="0" w:color="auto"/>
        <w:bottom w:val="none" w:sz="0" w:space="0" w:color="auto"/>
        <w:right w:val="none" w:sz="0" w:space="0" w:color="auto"/>
      </w:divBdr>
      <w:divsChild>
        <w:div w:id="1888640330">
          <w:marLeft w:val="0"/>
          <w:marRight w:val="0"/>
          <w:marTop w:val="0"/>
          <w:marBottom w:val="0"/>
          <w:divBdr>
            <w:top w:val="none" w:sz="0" w:space="0" w:color="auto"/>
            <w:left w:val="none" w:sz="0" w:space="0" w:color="auto"/>
            <w:bottom w:val="none" w:sz="0" w:space="0" w:color="auto"/>
            <w:right w:val="none" w:sz="0" w:space="0" w:color="auto"/>
          </w:divBdr>
        </w:div>
      </w:divsChild>
    </w:div>
    <w:div w:id="2109080853">
      <w:bodyDiv w:val="1"/>
      <w:marLeft w:val="0"/>
      <w:marRight w:val="0"/>
      <w:marTop w:val="0"/>
      <w:marBottom w:val="0"/>
      <w:divBdr>
        <w:top w:val="none" w:sz="0" w:space="0" w:color="auto"/>
        <w:left w:val="none" w:sz="0" w:space="0" w:color="auto"/>
        <w:bottom w:val="none" w:sz="0" w:space="0" w:color="auto"/>
        <w:right w:val="none" w:sz="0" w:space="0" w:color="auto"/>
      </w:divBdr>
    </w:div>
    <w:div w:id="2110537164">
      <w:bodyDiv w:val="1"/>
      <w:marLeft w:val="0"/>
      <w:marRight w:val="0"/>
      <w:marTop w:val="0"/>
      <w:marBottom w:val="0"/>
      <w:divBdr>
        <w:top w:val="none" w:sz="0" w:space="0" w:color="auto"/>
        <w:left w:val="none" w:sz="0" w:space="0" w:color="auto"/>
        <w:bottom w:val="none" w:sz="0" w:space="0" w:color="auto"/>
        <w:right w:val="none" w:sz="0" w:space="0" w:color="auto"/>
      </w:divBdr>
      <w:divsChild>
        <w:div w:id="1418014851">
          <w:blockQuote w:val="1"/>
          <w:marLeft w:val="720"/>
          <w:marRight w:val="720"/>
          <w:marTop w:val="100"/>
          <w:marBottom w:val="100"/>
          <w:divBdr>
            <w:top w:val="none" w:sz="0" w:space="0" w:color="auto"/>
            <w:left w:val="none" w:sz="0" w:space="0" w:color="auto"/>
            <w:bottom w:val="none" w:sz="0" w:space="0" w:color="auto"/>
            <w:right w:val="none" w:sz="0" w:space="0" w:color="auto"/>
          </w:divBdr>
        </w:div>
        <w:div w:id="374277708">
          <w:blockQuote w:val="1"/>
          <w:marLeft w:val="720"/>
          <w:marRight w:val="720"/>
          <w:marTop w:val="100"/>
          <w:marBottom w:val="100"/>
          <w:divBdr>
            <w:top w:val="none" w:sz="0" w:space="0" w:color="auto"/>
            <w:left w:val="none" w:sz="0" w:space="0" w:color="auto"/>
            <w:bottom w:val="none" w:sz="0" w:space="0" w:color="auto"/>
            <w:right w:val="none" w:sz="0" w:space="0" w:color="auto"/>
          </w:divBdr>
        </w:div>
        <w:div w:id="420221317">
          <w:blockQuote w:val="1"/>
          <w:marLeft w:val="720"/>
          <w:marRight w:val="720"/>
          <w:marTop w:val="100"/>
          <w:marBottom w:val="100"/>
          <w:divBdr>
            <w:top w:val="none" w:sz="0" w:space="0" w:color="auto"/>
            <w:left w:val="none" w:sz="0" w:space="0" w:color="auto"/>
            <w:bottom w:val="none" w:sz="0" w:space="0" w:color="auto"/>
            <w:right w:val="none" w:sz="0" w:space="0" w:color="auto"/>
          </w:divBdr>
        </w:div>
        <w:div w:id="918977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65677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347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25063">
          <w:blockQuote w:val="1"/>
          <w:marLeft w:val="720"/>
          <w:marRight w:val="720"/>
          <w:marTop w:val="100"/>
          <w:marBottom w:val="100"/>
          <w:divBdr>
            <w:top w:val="none" w:sz="0" w:space="0" w:color="auto"/>
            <w:left w:val="none" w:sz="0" w:space="0" w:color="auto"/>
            <w:bottom w:val="none" w:sz="0" w:space="0" w:color="auto"/>
            <w:right w:val="none" w:sz="0" w:space="0" w:color="auto"/>
          </w:divBdr>
        </w:div>
        <w:div w:id="539175269">
          <w:blockQuote w:val="1"/>
          <w:marLeft w:val="720"/>
          <w:marRight w:val="720"/>
          <w:marTop w:val="100"/>
          <w:marBottom w:val="100"/>
          <w:divBdr>
            <w:top w:val="none" w:sz="0" w:space="0" w:color="auto"/>
            <w:left w:val="none" w:sz="0" w:space="0" w:color="auto"/>
            <w:bottom w:val="none" w:sz="0" w:space="0" w:color="auto"/>
            <w:right w:val="none" w:sz="0" w:space="0" w:color="auto"/>
          </w:divBdr>
        </w:div>
        <w:div w:id="216011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37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8283451">
          <w:blockQuote w:val="1"/>
          <w:marLeft w:val="720"/>
          <w:marRight w:val="720"/>
          <w:marTop w:val="100"/>
          <w:marBottom w:val="100"/>
          <w:divBdr>
            <w:top w:val="none" w:sz="0" w:space="0" w:color="auto"/>
            <w:left w:val="none" w:sz="0" w:space="0" w:color="auto"/>
            <w:bottom w:val="none" w:sz="0" w:space="0" w:color="auto"/>
            <w:right w:val="none" w:sz="0" w:space="0" w:color="auto"/>
          </w:divBdr>
        </w:div>
        <w:div w:id="72122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170690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525546">
          <w:blockQuote w:val="1"/>
          <w:marLeft w:val="720"/>
          <w:marRight w:val="720"/>
          <w:marTop w:val="100"/>
          <w:marBottom w:val="100"/>
          <w:divBdr>
            <w:top w:val="none" w:sz="0" w:space="0" w:color="auto"/>
            <w:left w:val="none" w:sz="0" w:space="0" w:color="auto"/>
            <w:bottom w:val="none" w:sz="0" w:space="0" w:color="auto"/>
            <w:right w:val="none" w:sz="0" w:space="0" w:color="auto"/>
          </w:divBdr>
        </w:div>
        <w:div w:id="481435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King_of_England"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en.wikipedia.org/wiki/Duke_of_Aquitaine" TargetMode="External" /><Relationship Id="rId4" Type="http://schemas.openxmlformats.org/officeDocument/2006/relationships/settings" Target="settings.xml" /><Relationship Id="rId9" Type="http://schemas.openxmlformats.org/officeDocument/2006/relationships/hyperlink" Target="https://en.wikipedia.org/wiki/Lord_of_Ireland" TargetMode="External" /></Relationships>
</file>

<file path=word/theme/_rels/theme1.xml.rels><?xml version="1.0" encoding="UTF-8" standalone="yes"?>
<Relationships xmlns="http://schemas.openxmlformats.org/package/2006/relationships"><Relationship Id="rId2" Type="http://schemas.openxmlformats.org/officeDocument/2006/relationships/image" Target="../media/image2.jpeg" /><Relationship Id="rId1" Type="http://schemas.openxmlformats.org/officeDocument/2006/relationships/image" Target="../media/image1.jpeg" /></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Garamond">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632FF-1B71-4B95-8399-4708CEB78C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105346</Words>
  <Characters>499162</Characters>
  <Application>Microsoft Office Word</Application>
  <DocSecurity>0</DocSecurity>
  <Lines>4159</Lines>
  <Paragraphs>1206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Carlye Davis Peine</dc:creator>
  <cp:keywords/>
  <dc:description/>
  <cp:lastModifiedBy>Carlye Davis Peine</cp:lastModifiedBy>
  <cp:revision>3</cp:revision>
  <dcterms:created xsi:type="dcterms:W3CDTF">2025-09-07T20:36:00Z</dcterms:created>
  <dcterms:modified xsi:type="dcterms:W3CDTF">2025-09-07T20:36:00Z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44f5b5cd-b2c5-454c-937b-3cea4043446d</vt:lpwstr>
  </property>
</Properties>
</file>