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23498" w:rsidRPr="00936675" w:rsidRDefault="00823498" w:rsidP="00823498">
      <w:pPr>
        <w:pStyle w:val="Heading1"/>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All rights reserved.</w:t>
      </w:r>
    </w:p>
    <w:p w:rsidR="00823498" w:rsidRPr="00936675" w:rsidRDefault="00823498" w:rsidP="00823498">
      <w:pPr>
        <w:spacing w:line="360" w:lineRule="auto"/>
        <w:jc w:val="both"/>
        <w:rPr>
          <w:rFonts w:cs="Times New Roman"/>
          <w:szCs w:val="24"/>
        </w:rPr>
      </w:pPr>
      <w:r w:rsidRPr="00936675">
        <w:rPr>
          <w:rFonts w:cs="Times New Roman"/>
          <w:szCs w:val="24"/>
        </w:rPr>
        <w:br w:type="page"/>
      </w:r>
    </w:p>
    <w:p w:rsidR="00823498" w:rsidRPr="00936675" w:rsidRDefault="00823498" w:rsidP="00823498">
      <w:pPr>
        <w:pStyle w:val="Heading1"/>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lastRenderedPageBreak/>
        <w:t>PART I: FOUNDATIONS OF FAITH AND CONFLICT</w:t>
      </w:r>
    </w:p>
    <w:p w:rsidR="00823498" w:rsidRPr="00936675" w:rsidRDefault="00823498" w:rsidP="00823498">
      <w:pPr>
        <w:spacing w:line="360" w:lineRule="auto"/>
        <w:jc w:val="both"/>
        <w:rPr>
          <w:rFonts w:cs="Times New Roman"/>
          <w:szCs w:val="24"/>
        </w:rPr>
      </w:pPr>
      <w:r w:rsidRPr="00936675">
        <w:rPr>
          <w:rFonts w:cs="Times New Roman"/>
          <w:szCs w:val="24"/>
        </w:rPr>
        <w:t>Historical Background of Jonglei and the Murle Conflict Zone</w:t>
      </w:r>
    </w:p>
    <w:p w:rsidR="00823498" w:rsidRPr="00936675" w:rsidRDefault="00823498" w:rsidP="00823498">
      <w:pPr>
        <w:spacing w:line="360" w:lineRule="auto"/>
        <w:jc w:val="both"/>
        <w:rPr>
          <w:rFonts w:cs="Times New Roman"/>
          <w:szCs w:val="24"/>
        </w:rPr>
      </w:pPr>
      <w:r w:rsidRPr="00936675">
        <w:rPr>
          <w:rFonts w:cs="Times New Roman"/>
          <w:szCs w:val="24"/>
        </w:rPr>
        <w:t xml:space="preserve">In this chapter, I reflect on in depth the thematic undercurrents, community sentiments, and peacebuilding philosophies related to this topic. Drawing from field dialogues, interviews, and traditional rituals, the chapter analyzes how the cultural and spiritual frameworks of the Nuer ethnic group, Dinka ethnic group, and Murle ethnic group influence post-conflict reintegration and justice. In this chapter, I reflect on in depth the thematic undercurrents, community sentiments, and peacebuilding philosophies related to this topic. Drawing from field dialogues, interviews, and traditional rituals, the chapter analyzes how the cultural and spiritual frameworks of the Nuer ethnic group, Dinka ethnic group, and Murle ethnic group influence post-conflict reintegration and </w:t>
      </w:r>
      <w:proofErr w:type="spellStart"/>
      <w:proofErr w:type="gramStart"/>
      <w:r w:rsidRPr="00936675">
        <w:rPr>
          <w:rFonts w:cs="Times New Roman"/>
          <w:szCs w:val="24"/>
        </w:rPr>
        <w:t>justice.In</w:t>
      </w:r>
      <w:proofErr w:type="spellEnd"/>
      <w:proofErr w:type="gramEnd"/>
      <w:r w:rsidRPr="00936675">
        <w:rPr>
          <w:rFonts w:cs="Times New Roman"/>
          <w:szCs w:val="24"/>
        </w:rPr>
        <w:t xml:space="preserve"> this chapter, I reflect on in depth the thematic undercurrents, community sentiments, and peacebuilding philosophies related to this topic. Drawing from field dialogues, interviews, and traditional rituals, the chapter analyzes how the cultural and spiritual frameworks of the Nuer ethnic group, Dinka ethnic group, and Murle ethnic group influence post-conflict reintegration and justice.</w:t>
      </w:r>
    </w:p>
    <w:p w:rsidR="00823498" w:rsidRPr="00936675" w:rsidRDefault="00823498" w:rsidP="00823498">
      <w:pPr>
        <w:spacing w:line="360" w:lineRule="auto"/>
        <w:jc w:val="both"/>
        <w:rPr>
          <w:rFonts w:cs="Times New Roman"/>
          <w:szCs w:val="24"/>
        </w:rPr>
      </w:pPr>
      <w:r w:rsidRPr="00936675">
        <w:rPr>
          <w:rFonts w:cs="Times New Roman"/>
          <w:szCs w:val="24"/>
        </w:rPr>
        <w:t>The Evolution of Prophetic Movements in South Sudan</w:t>
      </w:r>
    </w:p>
    <w:p w:rsidR="00823498" w:rsidRPr="00936675" w:rsidRDefault="00823498" w:rsidP="00823498">
      <w:pPr>
        <w:spacing w:line="360" w:lineRule="auto"/>
        <w:jc w:val="both"/>
        <w:rPr>
          <w:rFonts w:cs="Times New Roman"/>
          <w:szCs w:val="24"/>
        </w:rPr>
      </w:pPr>
      <w:r w:rsidRPr="00936675">
        <w:rPr>
          <w:rFonts w:cs="Times New Roman"/>
          <w:szCs w:val="24"/>
        </w:rPr>
        <w:t xml:space="preserve">In this chapter, I reflect on in depth the thematic undercurrents, community sentiments, and peacebuilding philosophies related to this topic. Drawing from field dialogues, interviews, and traditional rituals, the chapter analyzes how the cultural and spiritual frameworks of the Nuer ethnic group, Dinka ethnic group, and Murle ethnic group influence post-conflict reintegration and </w:t>
      </w:r>
      <w:proofErr w:type="spellStart"/>
      <w:proofErr w:type="gramStart"/>
      <w:r w:rsidRPr="00936675">
        <w:rPr>
          <w:rFonts w:cs="Times New Roman"/>
          <w:szCs w:val="24"/>
        </w:rPr>
        <w:t>justice.In</w:t>
      </w:r>
      <w:proofErr w:type="spellEnd"/>
      <w:proofErr w:type="gramEnd"/>
      <w:r w:rsidRPr="00936675">
        <w:rPr>
          <w:rFonts w:cs="Times New Roman"/>
          <w:szCs w:val="24"/>
        </w:rPr>
        <w:t xml:space="preserve"> this chapter, I reflect on in depth the thematic undercurrents, community sentiments, and peacebuilding philosophies related to this topic. Drawing from field dialogues, interviews, and traditional rituals, the chapter analyzes how the cultural and spiritual frameworks of the Nuer ethnic group, Dinka ethnic group, and Murle ethnic group influence post-conflict reintegration and </w:t>
      </w:r>
      <w:proofErr w:type="spellStart"/>
      <w:proofErr w:type="gramStart"/>
      <w:r w:rsidRPr="00936675">
        <w:rPr>
          <w:rFonts w:cs="Times New Roman"/>
          <w:szCs w:val="24"/>
        </w:rPr>
        <w:t>justice.In</w:t>
      </w:r>
      <w:proofErr w:type="spellEnd"/>
      <w:proofErr w:type="gramEnd"/>
      <w:r w:rsidRPr="00936675">
        <w:rPr>
          <w:rFonts w:cs="Times New Roman"/>
          <w:szCs w:val="24"/>
        </w:rPr>
        <w:t xml:space="preserve"> this chapter, I reflect on in depth the thematic undercurrents, community sentiments, and peacebuilding philosophies related to this topic. Drawing from field dialogues, interviews, and traditional rituals, the chapter analyzes how the cultural and spiritual frameworks of the Nuer ethnic group, Dinka ethnic group, and Murle ethnic group influence post-conflict reintegration and justice.</w:t>
      </w:r>
    </w:p>
    <w:p w:rsidR="00823498" w:rsidRPr="00936675" w:rsidRDefault="00823498" w:rsidP="00823498">
      <w:pPr>
        <w:pStyle w:val="Heading1"/>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lastRenderedPageBreak/>
        <w:t>PART II: PATHS TO RECONCILIATION</w:t>
      </w:r>
    </w:p>
    <w:p w:rsidR="00823498" w:rsidRPr="00936675" w:rsidRDefault="00823498" w:rsidP="00823498">
      <w:pPr>
        <w:spacing w:line="360" w:lineRule="auto"/>
        <w:jc w:val="both"/>
        <w:rPr>
          <w:rFonts w:cs="Times New Roman"/>
          <w:szCs w:val="24"/>
        </w:rPr>
      </w:pPr>
      <w:r w:rsidRPr="00936675">
        <w:rPr>
          <w:rFonts w:cs="Times New Roman"/>
          <w:szCs w:val="24"/>
        </w:rPr>
        <w:br w:type="page"/>
      </w:r>
    </w:p>
    <w:p w:rsidR="00823498" w:rsidRPr="00936675" w:rsidRDefault="00823498" w:rsidP="00823498">
      <w:pPr>
        <w:spacing w:line="360" w:lineRule="auto"/>
        <w:jc w:val="both"/>
        <w:rPr>
          <w:rFonts w:cs="Times New Roman"/>
          <w:szCs w:val="24"/>
        </w:rPr>
      </w:pPr>
    </w:p>
    <w:p w:rsidR="00823498" w:rsidRPr="00936675" w:rsidRDefault="00823498" w:rsidP="00823498">
      <w:pPr>
        <w:spacing w:line="360" w:lineRule="auto"/>
        <w:jc w:val="both"/>
        <w:rPr>
          <w:rFonts w:cs="Times New Roman"/>
          <w:szCs w:val="24"/>
        </w:rPr>
      </w:pPr>
      <w:r w:rsidRPr="00936675">
        <w:rPr>
          <w:rFonts w:cs="Times New Roman"/>
          <w:szCs w:val="24"/>
        </w:rPr>
        <w:t>Youth Testimonies and Transformation Stories</w:t>
      </w:r>
    </w:p>
    <w:p w:rsidR="00823498" w:rsidRPr="00936675" w:rsidRDefault="00823498" w:rsidP="00823498">
      <w:pPr>
        <w:spacing w:line="360" w:lineRule="auto"/>
        <w:jc w:val="both"/>
        <w:rPr>
          <w:rFonts w:cs="Times New Roman"/>
          <w:szCs w:val="24"/>
        </w:rPr>
      </w:pPr>
      <w:r w:rsidRPr="00936675">
        <w:rPr>
          <w:rFonts w:cs="Times New Roman"/>
          <w:szCs w:val="24"/>
        </w:rPr>
        <w:t>Community Rituals in Post-Conflict Settings</w:t>
      </w:r>
    </w:p>
    <w:p w:rsidR="00823498" w:rsidRPr="00936675" w:rsidRDefault="00823498" w:rsidP="00823498">
      <w:pPr>
        <w:spacing w:line="360" w:lineRule="auto"/>
        <w:jc w:val="both"/>
        <w:rPr>
          <w:rFonts w:cs="Times New Roman"/>
          <w:szCs w:val="24"/>
        </w:rPr>
      </w:pPr>
    </w:p>
    <w:p w:rsidR="00823498" w:rsidRPr="00936675" w:rsidRDefault="00823498" w:rsidP="00823498">
      <w:pPr>
        <w:pStyle w:val="Heading1"/>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PART III: STRATEGY, BETRAYAL, AND THE STATE</w:t>
      </w:r>
    </w:p>
    <w:p w:rsidR="00823498" w:rsidRPr="00936675" w:rsidRDefault="00823498" w:rsidP="00823498">
      <w:pPr>
        <w:spacing w:line="360" w:lineRule="auto"/>
        <w:jc w:val="both"/>
        <w:rPr>
          <w:rFonts w:cs="Times New Roman"/>
          <w:szCs w:val="24"/>
        </w:rPr>
      </w:pPr>
      <w:r w:rsidRPr="00936675">
        <w:rPr>
          <w:rFonts w:cs="Times New Roman"/>
          <w:szCs w:val="24"/>
        </w:rPr>
        <w:br w:type="page"/>
      </w:r>
    </w:p>
    <w:p w:rsidR="00823498" w:rsidRPr="00936675" w:rsidRDefault="00823498" w:rsidP="00823498">
      <w:pPr>
        <w:spacing w:line="360" w:lineRule="auto"/>
        <w:jc w:val="both"/>
        <w:rPr>
          <w:rFonts w:cs="Times New Roman"/>
          <w:szCs w:val="24"/>
        </w:rPr>
      </w:pPr>
    </w:p>
    <w:p w:rsidR="00823498" w:rsidRPr="00936675" w:rsidRDefault="00823498" w:rsidP="00823498">
      <w:pPr>
        <w:spacing w:line="360" w:lineRule="auto"/>
        <w:jc w:val="both"/>
        <w:rPr>
          <w:rFonts w:cs="Times New Roman"/>
          <w:szCs w:val="24"/>
        </w:rPr>
      </w:pPr>
      <w:r w:rsidRPr="00936675">
        <w:rPr>
          <w:rFonts w:cs="Times New Roman"/>
          <w:szCs w:val="24"/>
        </w:rPr>
        <w:t>The Role of the State in Marginalized Regions</w:t>
      </w:r>
    </w:p>
    <w:p w:rsidR="00823498" w:rsidRPr="00936675" w:rsidRDefault="00823498" w:rsidP="00823498">
      <w:pPr>
        <w:spacing w:line="360" w:lineRule="auto"/>
        <w:jc w:val="both"/>
        <w:rPr>
          <w:rFonts w:cs="Times New Roman"/>
          <w:szCs w:val="24"/>
        </w:rPr>
      </w:pPr>
      <w:r w:rsidRPr="00936675">
        <w:rPr>
          <w:rFonts w:cs="Times New Roman"/>
          <w:szCs w:val="24"/>
        </w:rPr>
        <w:t>When Peace Agreements Fail: Lessons from the Ground</w:t>
      </w:r>
    </w:p>
    <w:p w:rsidR="00823498" w:rsidRPr="00936675" w:rsidRDefault="00823498" w:rsidP="00823498">
      <w:pPr>
        <w:spacing w:line="360" w:lineRule="auto"/>
        <w:jc w:val="both"/>
        <w:rPr>
          <w:rFonts w:cs="Times New Roman"/>
          <w:szCs w:val="24"/>
        </w:rPr>
      </w:pPr>
    </w:p>
    <w:p w:rsidR="00823498" w:rsidRPr="00936675" w:rsidRDefault="00823498" w:rsidP="00823498">
      <w:pPr>
        <w:pStyle w:val="Heading1"/>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PART IV: VISION BEYOND THE HORIZON</w:t>
      </w:r>
    </w:p>
    <w:p w:rsidR="00823498" w:rsidRPr="00936675" w:rsidRDefault="00823498" w:rsidP="00823498">
      <w:pPr>
        <w:spacing w:line="360" w:lineRule="auto"/>
        <w:jc w:val="both"/>
        <w:rPr>
          <w:rFonts w:cs="Times New Roman"/>
          <w:szCs w:val="24"/>
        </w:rPr>
      </w:pPr>
      <w:r w:rsidRPr="00936675">
        <w:rPr>
          <w:rFonts w:cs="Times New Roman"/>
          <w:szCs w:val="24"/>
        </w:rPr>
        <w:br w:type="page"/>
      </w:r>
    </w:p>
    <w:p w:rsidR="00823498" w:rsidRPr="00936675" w:rsidRDefault="00823498" w:rsidP="00823498">
      <w:pPr>
        <w:spacing w:line="360" w:lineRule="auto"/>
        <w:jc w:val="both"/>
        <w:rPr>
          <w:rFonts w:cs="Times New Roman"/>
          <w:szCs w:val="24"/>
        </w:rPr>
      </w:pPr>
    </w:p>
    <w:p w:rsidR="00823498" w:rsidRPr="00936675" w:rsidRDefault="00823498" w:rsidP="00823498">
      <w:pPr>
        <w:spacing w:line="360" w:lineRule="auto"/>
        <w:jc w:val="both"/>
        <w:rPr>
          <w:rFonts w:cs="Times New Roman"/>
          <w:szCs w:val="24"/>
        </w:rPr>
      </w:pPr>
      <w:r w:rsidRPr="00936675">
        <w:rPr>
          <w:rFonts w:cs="Times New Roman"/>
          <w:szCs w:val="24"/>
        </w:rPr>
        <w:t>Cultural Memory and Peacebuilding</w:t>
      </w:r>
    </w:p>
    <w:p w:rsidR="00823498" w:rsidRPr="00936675" w:rsidRDefault="00823498" w:rsidP="00823498">
      <w:pPr>
        <w:spacing w:line="360" w:lineRule="auto"/>
        <w:jc w:val="both"/>
        <w:rPr>
          <w:rFonts w:cs="Times New Roman"/>
          <w:szCs w:val="24"/>
        </w:rPr>
      </w:pPr>
      <w:r w:rsidRPr="00936675">
        <w:rPr>
          <w:rFonts w:cs="Times New Roman"/>
          <w:szCs w:val="24"/>
        </w:rPr>
        <w:t>The Role of Spiritual Ecology in Conflict Recovery</w:t>
      </w:r>
    </w:p>
    <w:p w:rsidR="00823498" w:rsidRPr="00936675" w:rsidRDefault="00823498" w:rsidP="00823498">
      <w:pPr>
        <w:spacing w:line="360" w:lineRule="auto"/>
        <w:jc w:val="both"/>
        <w:rPr>
          <w:rFonts w:cs="Times New Roman"/>
          <w:szCs w:val="24"/>
        </w:rPr>
      </w:pPr>
      <w:r w:rsidRPr="00936675">
        <w:rPr>
          <w:rFonts w:cs="Times New Roman"/>
          <w:szCs w:val="24"/>
        </w:rPr>
        <w:t>No part of this publication may be reproduced, stored in a retrieval system, or transmitted in any means, electronic, mechanical, photocopying, recording, or otherwise, without the prior permission of the copyright owner.</w:t>
      </w:r>
    </w:p>
    <w:p w:rsidR="00823498" w:rsidRPr="00936675" w:rsidRDefault="00823498" w:rsidP="00823498">
      <w:pPr>
        <w:pStyle w:val="Heading1"/>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Dedication</w:t>
      </w:r>
    </w:p>
    <w:p w:rsidR="00823498" w:rsidRPr="00936675" w:rsidRDefault="00823498" w:rsidP="00823498">
      <w:pPr>
        <w:spacing w:line="360" w:lineRule="auto"/>
        <w:jc w:val="both"/>
        <w:rPr>
          <w:rFonts w:cs="Times New Roman"/>
          <w:szCs w:val="24"/>
        </w:rPr>
      </w:pPr>
      <w:r w:rsidRPr="00936675">
        <w:rPr>
          <w:rFonts w:cs="Times New Roman"/>
          <w:szCs w:val="24"/>
        </w:rPr>
        <w:br w:type="page"/>
      </w:r>
    </w:p>
    <w:p w:rsidR="00823498" w:rsidRPr="00936675" w:rsidRDefault="00823498" w:rsidP="00823498">
      <w:pPr>
        <w:spacing w:line="360" w:lineRule="auto"/>
        <w:jc w:val="both"/>
        <w:rPr>
          <w:rFonts w:cs="Times New Roman"/>
          <w:szCs w:val="24"/>
        </w:rPr>
      </w:pPr>
    </w:p>
    <w:p w:rsidR="00823498" w:rsidRDefault="00823498" w:rsidP="00823498">
      <w:pPr>
        <w:spacing w:line="360" w:lineRule="auto"/>
        <w:jc w:val="both"/>
        <w:rPr>
          <w:rFonts w:cs="Times New Roman"/>
          <w:szCs w:val="24"/>
        </w:rPr>
      </w:pPr>
      <w:r w:rsidRPr="00936675">
        <w:rPr>
          <w:rFonts w:cs="Times New Roman"/>
          <w:szCs w:val="24"/>
        </w:rPr>
        <w:t>This book is dedicated to the people of Jonglei State and the Greater Pibor Administrative Area (Murle ethnic group), whose suffering, strength, and stories are the heartbeat of this work; to the children born into conflict who deserve a future where peace is not a prayer but a promise; to the mothers who mourn, the fathers who endure, and the youth who carry both the trauma and the hope of this land; to Prophet Dak Kueth Deng and Prophet Makuach Tut not merely as men of faith, but as voices of a people navigating between tradition and turmoil; to the brave peacebuilders, spiritual leaders, elders, and community champions who chose dialogue over violence, justice over revenge, and unity over division—even when it was dangerous to do so; to my late father, Jacob Mier Mar Jickoak, who taught me to choose life, education, and integrity when death and destruction surrounded me; and finally, to every displaced soul, every healing heart, and every silent warrior for peace in South Sudan—this work is your story, your witness, and your legacy. May this book be a seed for truth, a tool for healing, and a tribute to the unbreakable spirit of our people.</w:t>
      </w:r>
    </w:p>
    <w:p w:rsidR="00E9486E" w:rsidRDefault="00E9486E" w:rsidP="00823498">
      <w:pPr>
        <w:spacing w:line="360" w:lineRule="auto"/>
        <w:jc w:val="both"/>
        <w:rPr>
          <w:rFonts w:cs="Times New Roman"/>
          <w:szCs w:val="24"/>
        </w:rPr>
      </w:pPr>
    </w:p>
    <w:p w:rsidR="00E9486E" w:rsidRDefault="00E9486E" w:rsidP="00823498">
      <w:pPr>
        <w:spacing w:line="360" w:lineRule="auto"/>
        <w:jc w:val="both"/>
        <w:rPr>
          <w:rFonts w:cs="Times New Roman"/>
          <w:szCs w:val="24"/>
        </w:rPr>
      </w:pPr>
    </w:p>
    <w:p w:rsidR="00E9486E" w:rsidRDefault="00E9486E" w:rsidP="00823498">
      <w:pPr>
        <w:spacing w:line="360" w:lineRule="auto"/>
        <w:jc w:val="both"/>
        <w:rPr>
          <w:rFonts w:cs="Times New Roman"/>
          <w:szCs w:val="24"/>
        </w:rPr>
      </w:pPr>
    </w:p>
    <w:p w:rsidR="00E9486E" w:rsidRDefault="00E9486E" w:rsidP="00823498">
      <w:pPr>
        <w:spacing w:line="360" w:lineRule="auto"/>
        <w:jc w:val="both"/>
        <w:rPr>
          <w:rFonts w:cs="Times New Roman"/>
          <w:szCs w:val="24"/>
        </w:rPr>
      </w:pPr>
    </w:p>
    <w:p w:rsidR="00E9486E" w:rsidRDefault="00E9486E" w:rsidP="00823498">
      <w:pPr>
        <w:spacing w:line="360" w:lineRule="auto"/>
        <w:jc w:val="both"/>
        <w:rPr>
          <w:rFonts w:cs="Times New Roman"/>
          <w:szCs w:val="24"/>
        </w:rPr>
      </w:pPr>
    </w:p>
    <w:p w:rsidR="00E9486E" w:rsidRPr="00936675" w:rsidRDefault="00E9486E" w:rsidP="00823498">
      <w:pPr>
        <w:spacing w:line="360" w:lineRule="auto"/>
        <w:jc w:val="both"/>
        <w:rPr>
          <w:rFonts w:cs="Times New Roman"/>
          <w:szCs w:val="24"/>
        </w:rPr>
      </w:pPr>
    </w:p>
    <w:p w:rsidR="00823498" w:rsidRPr="00936675" w:rsidRDefault="00823498" w:rsidP="00823498">
      <w:pPr>
        <w:spacing w:line="360" w:lineRule="auto"/>
        <w:jc w:val="both"/>
        <w:rPr>
          <w:rFonts w:cs="Times New Roman"/>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Pr="00E9486E" w:rsidRDefault="00E9486E" w:rsidP="00E9486E"/>
    <w:p w:rsidR="00823498" w:rsidRPr="00936675" w:rsidRDefault="00823498" w:rsidP="00823498">
      <w:pPr>
        <w:pStyle w:val="Heading1"/>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lastRenderedPageBreak/>
        <w:t>Acknowledgments</w:t>
      </w:r>
    </w:p>
    <w:p w:rsidR="00823498" w:rsidRPr="00936675" w:rsidRDefault="00823498" w:rsidP="00823498">
      <w:pPr>
        <w:spacing w:line="360" w:lineRule="auto"/>
        <w:jc w:val="both"/>
        <w:rPr>
          <w:rFonts w:cs="Times New Roman"/>
          <w:szCs w:val="24"/>
        </w:rPr>
      </w:pPr>
      <w:r w:rsidRPr="00936675">
        <w:rPr>
          <w:rFonts w:cs="Times New Roman"/>
          <w:szCs w:val="24"/>
        </w:rPr>
        <w:t>I extend my deepest gratitude to all those who walked with me on this treacherous journey of peace—my family, for their unwavering support and sacrifice; my colleagues at Peace Canal, for their tireless commitment to building bridges where others saw walls; and the community elders, youth leaders, and women’s groups in Greater Akobo and Ayod, who offered wisdom, courage, and companionship in the face of uncertainty.</w:t>
      </w:r>
    </w:p>
    <w:p w:rsidR="00823498" w:rsidRPr="00936675" w:rsidRDefault="00823498" w:rsidP="00823498">
      <w:pPr>
        <w:spacing w:line="360" w:lineRule="auto"/>
        <w:jc w:val="both"/>
        <w:rPr>
          <w:rFonts w:cs="Times New Roman"/>
          <w:szCs w:val="24"/>
        </w:rPr>
      </w:pPr>
      <w:r w:rsidRPr="00936675">
        <w:rPr>
          <w:rFonts w:cs="Times New Roman"/>
          <w:szCs w:val="24"/>
        </w:rPr>
        <w:t>To the UNMISS Civil Affairs Division, the Peacebuilding Opportunities Fund, and the entire RSRTF partners—thank you for your partnership and belief in locally led solutions.</w:t>
      </w:r>
    </w:p>
    <w:p w:rsidR="00823498" w:rsidRPr="00936675" w:rsidRDefault="00823498" w:rsidP="00823498">
      <w:pPr>
        <w:spacing w:line="360" w:lineRule="auto"/>
        <w:jc w:val="both"/>
        <w:rPr>
          <w:rFonts w:cs="Times New Roman"/>
          <w:szCs w:val="24"/>
        </w:rPr>
      </w:pPr>
      <w:r w:rsidRPr="00936675">
        <w:rPr>
          <w:rFonts w:cs="Times New Roman"/>
          <w:szCs w:val="24"/>
        </w:rPr>
        <w:t>A special tribute goes to Michael Comerford—a man who walked beside me when the path was most uncertain. He took me into this treacherous journey to meet the prophets, and stood as both a guide and a companion. Michael has been more than a mentor; he is a true friend whose expertise, humility, and unwavering belief in peace inspired me deeply. His wisdom helped shape not just the direction of this book, but the hope behind it.</w:t>
      </w:r>
    </w:p>
    <w:p w:rsidR="00823498" w:rsidRPr="00936675" w:rsidRDefault="00823498" w:rsidP="00823498">
      <w:pPr>
        <w:spacing w:line="360" w:lineRule="auto"/>
        <w:jc w:val="both"/>
        <w:rPr>
          <w:rFonts w:cs="Times New Roman"/>
          <w:szCs w:val="24"/>
        </w:rPr>
      </w:pPr>
      <w:r w:rsidRPr="00936675">
        <w:rPr>
          <w:rFonts w:cs="Times New Roman"/>
          <w:szCs w:val="24"/>
        </w:rPr>
        <w:t>To every prophet, chief, and ordinary citizen who welcomed me into their homes, trusted me with their stories, and inspired the words in these pages—this book would not exist without your faith, your pain, and your hope.</w:t>
      </w: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823498" w:rsidRPr="00936675" w:rsidRDefault="00823498" w:rsidP="00823498">
      <w:pPr>
        <w:pStyle w:val="Heading1"/>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lastRenderedPageBreak/>
        <w:t>PREFACE</w:t>
      </w:r>
    </w:p>
    <w:p w:rsidR="00823498" w:rsidRPr="00936675" w:rsidRDefault="00823498" w:rsidP="00823498">
      <w:pPr>
        <w:spacing w:line="360" w:lineRule="auto"/>
        <w:jc w:val="both"/>
        <w:rPr>
          <w:rFonts w:cs="Times New Roman"/>
          <w:szCs w:val="24"/>
        </w:rPr>
      </w:pPr>
      <w:r w:rsidRPr="00936675">
        <w:rPr>
          <w:rFonts w:cs="Times New Roman"/>
          <w:szCs w:val="24"/>
        </w:rPr>
        <w:t>Few books manage to capture both the searing pain and quiet hope of a nation in conflict. My Work for Peace: A Treacherous Journey to Spiritual leaders</w:t>
      </w:r>
    </w:p>
    <w:p w:rsidR="00823498" w:rsidRPr="00936675" w:rsidRDefault="00823498" w:rsidP="00823498">
      <w:pPr>
        <w:spacing w:line="360" w:lineRule="auto"/>
        <w:jc w:val="both"/>
        <w:rPr>
          <w:rFonts w:cs="Times New Roman"/>
          <w:szCs w:val="24"/>
        </w:rPr>
      </w:pPr>
      <w:r w:rsidRPr="00936675">
        <w:rPr>
          <w:rFonts w:cs="Times New Roman"/>
          <w:szCs w:val="24"/>
        </w:rPr>
        <w:t>This work is not simply a memoir or an analytical account—it is a field diary of conviction. It is written by someone who has not only observed the unraveling of communities in Jonglei State and the Greater Pibor Administrative Area but has lived through it, walked among the ruins, spoken with the wounded, and dared to plant seeds of peace in soil soaked with grief.</w:t>
      </w:r>
    </w:p>
    <w:p w:rsidR="00823498" w:rsidRPr="00936675" w:rsidRDefault="00823498" w:rsidP="00823498">
      <w:pPr>
        <w:spacing w:line="360" w:lineRule="auto"/>
        <w:jc w:val="both"/>
        <w:rPr>
          <w:rFonts w:cs="Times New Roman"/>
          <w:szCs w:val="24"/>
        </w:rPr>
      </w:pPr>
      <w:r w:rsidRPr="00936675">
        <w:rPr>
          <w:rFonts w:cs="Times New Roman"/>
          <w:szCs w:val="24"/>
        </w:rPr>
        <w:t>Simon Duop Jacob stands at the intersection of tradition and transformation. As a peacebuilder and policy analyst, his voice is both deeply local and strategically global. He understands that in South Sudan, the path to peace does not lie solely in political chambers or elite negotiations. It lies in muddy cattle camps, under sacred trees where elders convene, in the whispered prayers of prophets, and in the determined steps of youth who choose dialogue over revenge.</w:t>
      </w:r>
    </w:p>
    <w:p w:rsidR="00823498" w:rsidRPr="00936675" w:rsidRDefault="00823498" w:rsidP="00823498">
      <w:pPr>
        <w:spacing w:line="360" w:lineRule="auto"/>
        <w:jc w:val="both"/>
        <w:rPr>
          <w:rFonts w:cs="Times New Roman"/>
          <w:szCs w:val="24"/>
        </w:rPr>
      </w:pPr>
      <w:r w:rsidRPr="00936675">
        <w:rPr>
          <w:rFonts w:cs="Times New Roman"/>
          <w:szCs w:val="24"/>
        </w:rPr>
        <w:t>This book is particularly relevant at a time when the legitimacy of spiritual authority in South Sudan is under both scrutiny and strain. Through the lens of figures like Prophet Dak Kueth and Prophet Makuach Tut, Simon offers rare insight into how faith, culture, and grassroots leadership intertwine in both the making and unmaking of peace. These are not just religious leaders—they are institutions in their own right, shaping the moral and psychological architecture of their communities.</w:t>
      </w:r>
    </w:p>
    <w:p w:rsidR="00823498" w:rsidRPr="00936675" w:rsidRDefault="00823498" w:rsidP="00823498">
      <w:pPr>
        <w:spacing w:line="360" w:lineRule="auto"/>
        <w:jc w:val="both"/>
        <w:rPr>
          <w:rFonts w:cs="Times New Roman"/>
          <w:szCs w:val="24"/>
        </w:rPr>
      </w:pPr>
      <w:r w:rsidRPr="00936675">
        <w:rPr>
          <w:rFonts w:cs="Times New Roman"/>
          <w:szCs w:val="24"/>
        </w:rPr>
        <w:t>But what makes this work stand out is not simply its content—it is its authenticity. Simon does not sanitize the chaos. He writes with the rawness of someone who has been displaced, threatened, and tested, yet still believes. His narratives are deeply personal, but always tethered to a larger vision: a South Sudan that belongs to its people, heals through its customs, and rises from within.</w:t>
      </w:r>
    </w:p>
    <w:p w:rsidR="00823498" w:rsidRPr="00936675" w:rsidRDefault="00823498" w:rsidP="00823498">
      <w:pPr>
        <w:spacing w:line="360" w:lineRule="auto"/>
        <w:jc w:val="both"/>
        <w:rPr>
          <w:rFonts w:cs="Times New Roman"/>
          <w:szCs w:val="24"/>
        </w:rPr>
      </w:pPr>
      <w:r w:rsidRPr="00936675">
        <w:rPr>
          <w:rFonts w:cs="Times New Roman"/>
          <w:szCs w:val="24"/>
        </w:rPr>
        <w:t xml:space="preserve">To those unfamiliar with the complexities of Jonglei and Murle ethnic group, this book offers a necessary education. To those of us who have worked alongside local peace actors in these regions, it reads like a field manual for resilience. And to the next generation of </w:t>
      </w:r>
      <w:r w:rsidRPr="00936675">
        <w:rPr>
          <w:rFonts w:cs="Times New Roman"/>
          <w:szCs w:val="24"/>
        </w:rPr>
        <w:lastRenderedPageBreak/>
        <w:t>South Sudanese leaders, it is a charge: to remember, to resist despair, and to rebuild with wisdom.</w:t>
      </w:r>
    </w:p>
    <w:p w:rsidR="00823498" w:rsidRPr="00936675" w:rsidRDefault="00823498" w:rsidP="00823498">
      <w:pPr>
        <w:spacing w:line="360" w:lineRule="auto"/>
        <w:jc w:val="both"/>
        <w:rPr>
          <w:rFonts w:cs="Times New Roman"/>
          <w:szCs w:val="24"/>
        </w:rPr>
      </w:pPr>
      <w:r w:rsidRPr="00936675">
        <w:rPr>
          <w:rFonts w:cs="Times New Roman"/>
          <w:szCs w:val="24"/>
        </w:rPr>
        <w:t>I am honored to introduce this work—not as a distant observer, but as someone who has witnessed Simon’s unwavering commitment in some of South Sudan’s most challenging terrains. His courage, clarity, and compassion are evident in every chapter. May this book not only inform but inspire a deeper, more durable peace.</w:t>
      </w: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E9486E" w:rsidRDefault="00E9486E" w:rsidP="00823498">
      <w:pPr>
        <w:pStyle w:val="Heading1"/>
        <w:spacing w:line="360" w:lineRule="auto"/>
        <w:jc w:val="both"/>
        <w:rPr>
          <w:rFonts w:ascii="Times New Roman" w:hAnsi="Times New Roman" w:cs="Times New Roman"/>
          <w:sz w:val="24"/>
          <w:szCs w:val="24"/>
        </w:rPr>
      </w:pPr>
    </w:p>
    <w:p w:rsidR="00823498" w:rsidRPr="00936675" w:rsidRDefault="00823498" w:rsidP="00823498">
      <w:pPr>
        <w:pStyle w:val="Heading1"/>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lastRenderedPageBreak/>
        <w:t>INTRODUCTION</w:t>
      </w:r>
    </w:p>
    <w:p w:rsidR="00823498" w:rsidRPr="00936675" w:rsidRDefault="00823498" w:rsidP="00823498">
      <w:pPr>
        <w:spacing w:line="360" w:lineRule="auto"/>
        <w:jc w:val="both"/>
        <w:rPr>
          <w:rFonts w:cs="Times New Roman"/>
          <w:szCs w:val="24"/>
        </w:rPr>
      </w:pPr>
      <w:r w:rsidRPr="00936675">
        <w:rPr>
          <w:rFonts w:cs="Times New Roman"/>
          <w:szCs w:val="24"/>
        </w:rPr>
        <w:t>This book is born from the ashes of war and the undying flame of hope.</w:t>
      </w:r>
    </w:p>
    <w:p w:rsidR="00823498" w:rsidRPr="00936675" w:rsidRDefault="00823498" w:rsidP="00823498">
      <w:pPr>
        <w:spacing w:line="360" w:lineRule="auto"/>
        <w:jc w:val="both"/>
        <w:rPr>
          <w:rFonts w:cs="Times New Roman"/>
          <w:szCs w:val="24"/>
        </w:rPr>
      </w:pPr>
      <w:r w:rsidRPr="00936675">
        <w:rPr>
          <w:rFonts w:cs="Times New Roman"/>
          <w:szCs w:val="24"/>
        </w:rPr>
        <w:t>It is not the product of a research desk or written from a distance. Rather, it is a living document—shaped by years of fieldwork, personal notes, interviews, peace meetings, spiritual consultations, and difficult conversations. Every chapter reflects not just reflection, but firsthand encounters, drawn from dialogues I facilitated, shrines I visited, and voices I recorded across Jonglei State and the Greater Pibor Administrative Area (Murle ethnic group).</w:t>
      </w:r>
    </w:p>
    <w:p w:rsidR="00823498" w:rsidRPr="00936675" w:rsidRDefault="00823498" w:rsidP="00823498">
      <w:pPr>
        <w:spacing w:line="360" w:lineRule="auto"/>
        <w:jc w:val="both"/>
        <w:rPr>
          <w:rFonts w:cs="Times New Roman"/>
          <w:szCs w:val="24"/>
        </w:rPr>
      </w:pPr>
      <w:r w:rsidRPr="00936675">
        <w:rPr>
          <w:rFonts w:cs="Times New Roman"/>
          <w:szCs w:val="24"/>
        </w:rPr>
        <w:t>For years, I have walked the paths of this land—not as a politician, not as an outsider, but as a son of the soil. I have stood in flooded villages where homes floated away with history. I have sat in the compounds of grieving mothers, in the shade of sacred trees with elders, and beside prophets whose voices can still silence warriors and awaken nations. I have listened to the rage of the youth and the wisdom of the women. I have felt the spiritual power of peace that emerges from within communities long forgotten by politics.</w:t>
      </w:r>
    </w:p>
    <w:p w:rsidR="00823498" w:rsidRPr="00936675" w:rsidRDefault="00823498" w:rsidP="00823498">
      <w:pPr>
        <w:spacing w:line="360" w:lineRule="auto"/>
        <w:jc w:val="both"/>
        <w:rPr>
          <w:rFonts w:cs="Times New Roman"/>
          <w:szCs w:val="24"/>
        </w:rPr>
      </w:pPr>
      <w:r w:rsidRPr="00936675">
        <w:rPr>
          <w:rFonts w:cs="Times New Roman"/>
          <w:szCs w:val="24"/>
        </w:rPr>
        <w:t>This book is not an academic thesis. It is a deeply personal and often painful narrative account—a witness to what it means to build peace where the very idea has been betrayed too many times. It captures what I saw, heard, and sometimes wept over. It is a mirror of our people’s pain, and a testimony to their resilience.</w:t>
      </w:r>
    </w:p>
    <w:p w:rsidR="00823498" w:rsidRPr="00936675" w:rsidRDefault="00823498" w:rsidP="00823498">
      <w:pPr>
        <w:spacing w:line="360" w:lineRule="auto"/>
        <w:jc w:val="both"/>
        <w:rPr>
          <w:rFonts w:cs="Times New Roman"/>
          <w:szCs w:val="24"/>
        </w:rPr>
      </w:pPr>
      <w:r w:rsidRPr="00936675">
        <w:rPr>
          <w:rFonts w:cs="Times New Roman"/>
          <w:szCs w:val="24"/>
        </w:rPr>
        <w:t>At its heart is the story of Prophet Tut Jok of Ayod, whose transformation from soldier to spiritual leader symbolizes what is still possible in a broken land: personal redemption, communal healing, and sacred authority. Alongside him is Prophet Dak Kueth, whose presence carries spiritual weight across entire counties. These men, and others like them, are not mere religious figures—they are peace anchors, moral compasses in a country where institutions have collapsed and vengeance has become a norm.</w:t>
      </w:r>
    </w:p>
    <w:p w:rsidR="00823498" w:rsidRPr="00936675" w:rsidRDefault="00823498" w:rsidP="00823498">
      <w:pPr>
        <w:spacing w:line="360" w:lineRule="auto"/>
        <w:jc w:val="both"/>
        <w:rPr>
          <w:rFonts w:cs="Times New Roman"/>
          <w:szCs w:val="24"/>
        </w:rPr>
      </w:pPr>
      <w:r w:rsidRPr="00936675">
        <w:rPr>
          <w:rFonts w:cs="Times New Roman"/>
          <w:szCs w:val="24"/>
        </w:rPr>
        <w:t xml:space="preserve">This journey also reveals my own transformation—from a youth driven by revenge to a man committed to justice and reconciliation. I share the internal conflicts I’ve faced: the burden of being a peacebuilder among my own people, the suspicion that comes with neutrality, and the heartbreak of advocating for peace where impunity often reigns. Yet, </w:t>
      </w:r>
      <w:r w:rsidRPr="00936675">
        <w:rPr>
          <w:rFonts w:cs="Times New Roman"/>
          <w:szCs w:val="24"/>
        </w:rPr>
        <w:lastRenderedPageBreak/>
        <w:t>even though these trials, I remain convinced: peace is not a fantasy. It is possible. But it must rise from within.</w:t>
      </w:r>
    </w:p>
    <w:p w:rsidR="00823498" w:rsidRPr="00936675" w:rsidRDefault="00823498" w:rsidP="00823498">
      <w:pPr>
        <w:spacing w:line="360" w:lineRule="auto"/>
        <w:jc w:val="both"/>
        <w:rPr>
          <w:rFonts w:cs="Times New Roman"/>
          <w:szCs w:val="24"/>
        </w:rPr>
      </w:pPr>
      <w:r w:rsidRPr="00936675">
        <w:rPr>
          <w:rFonts w:cs="Times New Roman"/>
          <w:szCs w:val="24"/>
        </w:rPr>
        <w:t>The book is divided into two parts. Part I delves into the spiritual and cultural foundations of leadership and conflict—how prophets, belief systems, and traditional values shape identity, power, and violence. Part II focuses on community-driven reconciliation, showcasing stories of peace dialogues, spiritual interventions, women's leadership, youth engagement, and indigenous justice mechanisms.</w:t>
      </w:r>
    </w:p>
    <w:p w:rsidR="00823498" w:rsidRPr="00936675" w:rsidRDefault="00823498" w:rsidP="00823498">
      <w:pPr>
        <w:spacing w:line="360" w:lineRule="auto"/>
        <w:jc w:val="both"/>
        <w:rPr>
          <w:rFonts w:cs="Times New Roman"/>
          <w:szCs w:val="24"/>
        </w:rPr>
      </w:pPr>
      <w:r w:rsidRPr="00936675">
        <w:rPr>
          <w:rFonts w:cs="Times New Roman"/>
          <w:szCs w:val="24"/>
        </w:rPr>
        <w:t>This book is not just mine. It is the voice of many—the silent peacemakers, the forgotten victims, the resilient elders, and the spiritual leaders who continue to guide us through storms we thought would drown us.</w:t>
      </w:r>
    </w:p>
    <w:p w:rsidR="00823498" w:rsidRPr="00936675" w:rsidRDefault="00823498" w:rsidP="00823498">
      <w:pPr>
        <w:spacing w:line="360" w:lineRule="auto"/>
        <w:jc w:val="both"/>
        <w:rPr>
          <w:rFonts w:cs="Times New Roman"/>
          <w:szCs w:val="24"/>
        </w:rPr>
      </w:pPr>
      <w:r w:rsidRPr="00936675">
        <w:rPr>
          <w:rFonts w:cs="Times New Roman"/>
          <w:szCs w:val="24"/>
        </w:rPr>
        <w:t>I do not claim to have the answers. But I believe stories—when told with honesty, humility, and respect—can lead us closer to understanding. And understanding is the first step toward peace. If you have ever wondered how a nation rises after it has been torn apart from within, I invite you into these pages—not just to read, but to feel, to reflect, and perhaps, to act.</w:t>
      </w:r>
    </w:p>
    <w:p w:rsidR="00823498" w:rsidRPr="00936675" w:rsidRDefault="00823498" w:rsidP="00823498">
      <w:pPr>
        <w:spacing w:line="360" w:lineRule="auto"/>
        <w:jc w:val="both"/>
        <w:rPr>
          <w:rFonts w:cs="Times New Roman"/>
          <w:szCs w:val="24"/>
        </w:rPr>
      </w:pPr>
      <w:r w:rsidRPr="00936675">
        <w:rPr>
          <w:rFonts w:cs="Times New Roman"/>
          <w:szCs w:val="24"/>
        </w:rPr>
        <w:t>Welcome to the journey.</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w:t>
      </w:r>
    </w:p>
    <w:p w:rsidR="00823498" w:rsidRPr="00936675" w:rsidRDefault="00823498" w:rsidP="00823498">
      <w:pPr>
        <w:spacing w:line="360" w:lineRule="auto"/>
        <w:jc w:val="both"/>
        <w:rPr>
          <w:rFonts w:cs="Times New Roman"/>
          <w:szCs w:val="24"/>
        </w:rPr>
      </w:pPr>
      <w:r w:rsidRPr="00936675">
        <w:rPr>
          <w:rFonts w:cs="Times New Roman"/>
          <w:szCs w:val="24"/>
        </w:rPr>
        <w:t>The Call to Peace in a Land of War</w:t>
      </w:r>
    </w:p>
    <w:p w:rsidR="00823498" w:rsidRPr="00936675" w:rsidRDefault="00823498" w:rsidP="00823498">
      <w:pPr>
        <w:spacing w:line="360" w:lineRule="auto"/>
        <w:jc w:val="both"/>
        <w:rPr>
          <w:rFonts w:cs="Times New Roman"/>
          <w:szCs w:val="24"/>
        </w:rPr>
      </w:pPr>
      <w:r w:rsidRPr="00936675">
        <w:rPr>
          <w:rFonts w:cs="Times New Roman"/>
          <w:szCs w:val="24"/>
        </w:rPr>
        <w:t>There are moments in every man’s life when silence becomes betrayal—when to remain still in the face of violence is to be complicit in its spread. For me, that moment came not with the sound of gunfire, but with the wailing of a mother who had lost her son to a revenge killing, and the haunting silence that followed.</w:t>
      </w:r>
    </w:p>
    <w:p w:rsidR="00823498" w:rsidRPr="00936675" w:rsidRDefault="00823498" w:rsidP="00823498">
      <w:pPr>
        <w:spacing w:line="360" w:lineRule="auto"/>
        <w:jc w:val="both"/>
        <w:rPr>
          <w:rFonts w:cs="Times New Roman"/>
          <w:szCs w:val="24"/>
        </w:rPr>
      </w:pPr>
      <w:r w:rsidRPr="00936675">
        <w:rPr>
          <w:rFonts w:cs="Times New Roman"/>
          <w:szCs w:val="24"/>
        </w:rPr>
        <w:t xml:space="preserve">South Sudan, my beloved homeland, has for too long been a land where the cycle of war has devoured entire generations. Jonglei State and the Greater Pibor Administrative Area are not strangers to conflicts. They are battlefields of identity, memory, and unresolved pain. Yet amid the ashes of cattle raids, child abductions, intercommunal retaliatory attacks, and political abandonment, a quiet call to peace continues to rise, not from </w:t>
      </w:r>
      <w:r w:rsidRPr="00936675">
        <w:rPr>
          <w:rFonts w:cs="Times New Roman"/>
          <w:szCs w:val="24"/>
        </w:rPr>
        <w:lastRenderedPageBreak/>
        <w:t>boardrooms in Juba, but from the hearts of the people, from the shrines of prophets, and from the land itself.</w:t>
      </w:r>
    </w:p>
    <w:p w:rsidR="00823498" w:rsidRPr="00936675" w:rsidRDefault="00823498" w:rsidP="00823498">
      <w:pPr>
        <w:spacing w:line="360" w:lineRule="auto"/>
        <w:jc w:val="both"/>
        <w:rPr>
          <w:rFonts w:cs="Times New Roman"/>
          <w:szCs w:val="24"/>
        </w:rPr>
      </w:pPr>
      <w:r w:rsidRPr="00936675">
        <w:rPr>
          <w:rFonts w:cs="Times New Roman"/>
          <w:szCs w:val="24"/>
        </w:rPr>
        <w:t>This chapter is not about the war. It is about the refusal to be defined by it.</w:t>
      </w:r>
    </w:p>
    <w:p w:rsidR="00823498" w:rsidRPr="00936675" w:rsidRDefault="00823498" w:rsidP="00823498">
      <w:pPr>
        <w:spacing w:line="360" w:lineRule="auto"/>
        <w:jc w:val="both"/>
        <w:rPr>
          <w:rFonts w:cs="Times New Roman"/>
          <w:szCs w:val="24"/>
        </w:rPr>
      </w:pPr>
      <w:r w:rsidRPr="00936675">
        <w:rPr>
          <w:rFonts w:cs="Times New Roman"/>
          <w:szCs w:val="24"/>
        </w:rPr>
        <w:t>When I began my work for peace, I carried not a title, but a wound—personal loss, displacement, the bitter taste of vengeance almost acted upon. But I also carried a memory: the image of my father, Jacob Mier Mar Jickoak, a devout Christian and trained paramedic, who taught me that education was a better inheritance than a rifle, and that dignity could survive even in the shadows of death. His voice, steady even in crisis, planted the first seeds of peace in me long before I knew what peacebuilding meant.</w:t>
      </w:r>
    </w:p>
    <w:p w:rsidR="00823498" w:rsidRPr="00936675" w:rsidRDefault="00823498" w:rsidP="00823498">
      <w:pPr>
        <w:spacing w:line="360" w:lineRule="auto"/>
        <w:jc w:val="both"/>
        <w:rPr>
          <w:rFonts w:cs="Times New Roman"/>
          <w:szCs w:val="24"/>
        </w:rPr>
      </w:pPr>
      <w:r w:rsidRPr="00936675">
        <w:rPr>
          <w:rFonts w:cs="Times New Roman"/>
          <w:szCs w:val="24"/>
        </w:rPr>
        <w:t>The call to peace is not always a loud one. In fact, it often begins as a whisper—beneath the breath of a mother pleading for her child’s life, in the trembling hands of an elder tying a white flag to a stick, in the hesitant step of a youth returning from a raid, unsure of forgiveness. But when that whisper is honored, it grows into a movement.</w:t>
      </w:r>
    </w:p>
    <w:p w:rsidR="00823498" w:rsidRPr="00936675" w:rsidRDefault="00823498" w:rsidP="00823498">
      <w:pPr>
        <w:spacing w:line="360" w:lineRule="auto"/>
        <w:jc w:val="both"/>
        <w:rPr>
          <w:rFonts w:cs="Times New Roman"/>
          <w:szCs w:val="24"/>
        </w:rPr>
      </w:pPr>
      <w:r w:rsidRPr="00936675">
        <w:rPr>
          <w:rFonts w:cs="Times New Roman"/>
          <w:szCs w:val="24"/>
        </w:rPr>
        <w:t>In Jonglei and GPAA that movement is spiritual. When systems fail—when the courts collapse, the chiefs are silenced, and the leaders are absent—the people look elsewhere for guidance. And in our context, they look up. They turn to prophets—not only for revelation, but for restoration.</w:t>
      </w:r>
    </w:p>
    <w:p w:rsidR="00823498" w:rsidRPr="00936675" w:rsidRDefault="00823498" w:rsidP="00823498">
      <w:pPr>
        <w:spacing w:line="360" w:lineRule="auto"/>
        <w:jc w:val="both"/>
        <w:rPr>
          <w:rFonts w:cs="Times New Roman"/>
          <w:szCs w:val="24"/>
        </w:rPr>
      </w:pPr>
      <w:r w:rsidRPr="00936675">
        <w:rPr>
          <w:rFonts w:cs="Times New Roman"/>
          <w:szCs w:val="24"/>
        </w:rPr>
        <w:t>Prophets like Dak Kueth Deng Mayen and Tut Jok of Ayod emerged not just as religious figures, but as societal anchors in a sea of chaos. Their shrines became places of mediation. Their voices replaced law books. They did not wait for government resolutions—they spoke directly to the soul of the people. And the people listened.</w:t>
      </w:r>
    </w:p>
    <w:p w:rsidR="00823498" w:rsidRPr="00936675" w:rsidRDefault="00823498" w:rsidP="00823498">
      <w:pPr>
        <w:spacing w:line="360" w:lineRule="auto"/>
        <w:jc w:val="both"/>
        <w:rPr>
          <w:rFonts w:cs="Times New Roman"/>
          <w:szCs w:val="24"/>
        </w:rPr>
      </w:pPr>
      <w:r w:rsidRPr="00936675">
        <w:rPr>
          <w:rFonts w:cs="Times New Roman"/>
          <w:szCs w:val="24"/>
        </w:rPr>
        <w:t>I witnessed youth put down their guns when told by a prophet, “There is no honor in blood that cries from the earth.” I sat beside women who, empowered by their faith, insisted on participating in dialogues once reserved for men. I listened as communities composed new songs—songs not of victory in battle, but of return, of reconciliation, of replanting life in the fields of the fallen.</w:t>
      </w:r>
    </w:p>
    <w:p w:rsidR="00823498" w:rsidRPr="00936675" w:rsidRDefault="00823498" w:rsidP="00823498">
      <w:pPr>
        <w:spacing w:line="360" w:lineRule="auto"/>
        <w:jc w:val="both"/>
        <w:rPr>
          <w:rFonts w:cs="Times New Roman"/>
          <w:szCs w:val="24"/>
        </w:rPr>
      </w:pPr>
      <w:r w:rsidRPr="00936675">
        <w:rPr>
          <w:rFonts w:cs="Times New Roman"/>
          <w:szCs w:val="24"/>
        </w:rPr>
        <w:t xml:space="preserve">Yet the call to peace is never easy. It demands that we confront uncomfortable truths: that every victim was once someone’s loved one, that revenge does not restore dignity, and that </w:t>
      </w:r>
      <w:r w:rsidRPr="00936675">
        <w:rPr>
          <w:rFonts w:cs="Times New Roman"/>
          <w:szCs w:val="24"/>
        </w:rPr>
        <w:lastRenderedPageBreak/>
        <w:t>true justice cannot be carried out by those who are wounded by hate. It asks communities to embrace something radically difficult—a future not yet proven, but deeply needed.</w:t>
      </w:r>
    </w:p>
    <w:p w:rsidR="00823498" w:rsidRPr="00936675" w:rsidRDefault="00823498" w:rsidP="00823498">
      <w:pPr>
        <w:spacing w:line="360" w:lineRule="auto"/>
        <w:jc w:val="both"/>
        <w:rPr>
          <w:rFonts w:cs="Times New Roman"/>
          <w:szCs w:val="24"/>
        </w:rPr>
      </w:pPr>
      <w:r w:rsidRPr="00936675">
        <w:rPr>
          <w:rFonts w:cs="Times New Roman"/>
          <w:szCs w:val="24"/>
        </w:rPr>
        <w:t>Our country cannot afford another generation raised on revenge. We have seen what it brings: homes turned into battlegrounds, dreams buried beside the dead, and children taught that violence is the language of strength. In Jonglei and Murle ethnic group, this inheritance of hatred is not just a political issue—it is a spiritual and moral crisis. The path to peace will not be forged in Juba boardrooms alone. National conferences, peace agreements, and high-level negotiations have their place—but the soul of this country resides elsewhere. It lives in the hearts of our youth, who still dream despite the trauma they carry. It echoes in the voices of our prophets, who continue to call for repentance, healing, and reconciliation. And it finds strength in the courage of our communities, who rise each day amidst adversity, believing in a better tomorrow.</w:t>
      </w:r>
    </w:p>
    <w:p w:rsidR="00823498" w:rsidRPr="00936675" w:rsidRDefault="00823498" w:rsidP="00823498">
      <w:pPr>
        <w:spacing w:line="360" w:lineRule="auto"/>
        <w:jc w:val="both"/>
        <w:rPr>
          <w:rFonts w:cs="Times New Roman"/>
          <w:szCs w:val="24"/>
        </w:rPr>
      </w:pPr>
      <w:r w:rsidRPr="00936675">
        <w:rPr>
          <w:rFonts w:cs="Times New Roman"/>
          <w:szCs w:val="24"/>
        </w:rPr>
        <w:t>To answer the call to peace is to risk everything—forgiveness, reputation, even safety. But to ignore it is to guarantee the death of a future we are trying so hard to imagine. I have chosen the risk.</w:t>
      </w:r>
    </w:p>
    <w:p w:rsidR="00823498" w:rsidRPr="00936675" w:rsidRDefault="00823498" w:rsidP="00823498">
      <w:pPr>
        <w:spacing w:line="360" w:lineRule="auto"/>
        <w:jc w:val="both"/>
        <w:rPr>
          <w:rFonts w:cs="Times New Roman"/>
          <w:szCs w:val="24"/>
        </w:rPr>
      </w:pPr>
      <w:r w:rsidRPr="00936675">
        <w:rPr>
          <w:rFonts w:cs="Times New Roman"/>
          <w:szCs w:val="24"/>
        </w:rPr>
        <w:t>This chapter, and this book, are my response to that call.</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2</w:t>
      </w:r>
    </w:p>
    <w:p w:rsidR="00823498" w:rsidRPr="00936675" w:rsidRDefault="00823498" w:rsidP="00823498">
      <w:pPr>
        <w:spacing w:line="360" w:lineRule="auto"/>
        <w:jc w:val="both"/>
        <w:rPr>
          <w:rFonts w:cs="Times New Roman"/>
          <w:szCs w:val="24"/>
        </w:rPr>
      </w:pPr>
      <w:r w:rsidRPr="00936675">
        <w:rPr>
          <w:rFonts w:cs="Times New Roman"/>
          <w:szCs w:val="24"/>
        </w:rPr>
        <w:t>A People Torn Apart: The Tragedy of Jonglei and Murle ethnic group</w:t>
      </w:r>
    </w:p>
    <w:p w:rsidR="00823498" w:rsidRPr="00936675" w:rsidRDefault="00823498" w:rsidP="00823498">
      <w:pPr>
        <w:spacing w:line="360" w:lineRule="auto"/>
        <w:jc w:val="both"/>
        <w:rPr>
          <w:rFonts w:cs="Times New Roman"/>
          <w:szCs w:val="24"/>
        </w:rPr>
      </w:pPr>
      <w:r w:rsidRPr="00936675">
        <w:rPr>
          <w:rFonts w:cs="Times New Roman"/>
          <w:szCs w:val="24"/>
        </w:rPr>
        <w:t>The story of Jonglei and the Greater Pibor Administrative Area (Murle ethnic group) is not only a political crisis—it is a deeply human tragedy. It is the story of neighbors turned enemies, of brothers divided by tribal lines, of generations raised in fear instead of freedom. It is also the story of a people desperate to heal, but unsure how to begin.</w:t>
      </w:r>
    </w:p>
    <w:p w:rsidR="00823498" w:rsidRPr="00936675" w:rsidRDefault="00823498" w:rsidP="00823498">
      <w:pPr>
        <w:spacing w:line="360" w:lineRule="auto"/>
        <w:jc w:val="both"/>
        <w:rPr>
          <w:rFonts w:cs="Times New Roman"/>
          <w:szCs w:val="24"/>
        </w:rPr>
      </w:pPr>
      <w:r w:rsidRPr="00936675">
        <w:rPr>
          <w:rFonts w:cs="Times New Roman"/>
          <w:szCs w:val="24"/>
        </w:rPr>
        <w:t xml:space="preserve">Once, these lands were interconnected. There was a time when a Nuer ethnic group herdsman could graze alongside a Murle counterpart, when Dinka ethnic group families could trade with Lou Nuer ethnic group clans without fear of abduction, and when </w:t>
      </w:r>
      <w:proofErr w:type="spellStart"/>
      <w:r w:rsidRPr="00936675">
        <w:rPr>
          <w:rFonts w:cs="Times New Roman"/>
          <w:szCs w:val="24"/>
        </w:rPr>
        <w:t>Anyuak</w:t>
      </w:r>
      <w:proofErr w:type="spellEnd"/>
      <w:r w:rsidRPr="00936675">
        <w:rPr>
          <w:rFonts w:cs="Times New Roman"/>
          <w:szCs w:val="24"/>
        </w:rPr>
        <w:t xml:space="preserve"> fishermen shared their catch freely in the spirit of kinship. Cattle migrated, children played, elders blessed marriages that crossed clans. Conflict, when it occurred, was managed through traditional mechanisms—negotiations held under trees, mediated by respected </w:t>
      </w:r>
      <w:r w:rsidRPr="00936675">
        <w:rPr>
          <w:rFonts w:cs="Times New Roman"/>
          <w:szCs w:val="24"/>
        </w:rPr>
        <w:lastRenderedPageBreak/>
        <w:t>elders, resolved with the exchange of cattle or public apology. But that world, fragile as it was, has since been shattered.</w:t>
      </w:r>
    </w:p>
    <w:p w:rsidR="00823498" w:rsidRPr="00936675" w:rsidRDefault="00823498" w:rsidP="00823498">
      <w:pPr>
        <w:spacing w:line="360" w:lineRule="auto"/>
        <w:jc w:val="both"/>
        <w:rPr>
          <w:rFonts w:cs="Times New Roman"/>
          <w:szCs w:val="24"/>
        </w:rPr>
      </w:pPr>
      <w:r w:rsidRPr="00936675">
        <w:rPr>
          <w:rFonts w:cs="Times New Roman"/>
          <w:szCs w:val="24"/>
        </w:rPr>
        <w:t xml:space="preserve">The rise of identity-based violence, the erosion of trust, and the spread of militarized youth have torn the social fabric beyond recognition. Every community—Murle, Lou Nuer ethnic group, Gawaar, Dinka ethnic group, Jie, </w:t>
      </w:r>
      <w:proofErr w:type="spellStart"/>
      <w:r w:rsidRPr="00936675">
        <w:rPr>
          <w:rFonts w:cs="Times New Roman"/>
          <w:szCs w:val="24"/>
        </w:rPr>
        <w:t>Anyuak</w:t>
      </w:r>
      <w:proofErr w:type="spellEnd"/>
      <w:r w:rsidRPr="00936675">
        <w:rPr>
          <w:rFonts w:cs="Times New Roman"/>
          <w:szCs w:val="24"/>
        </w:rPr>
        <w:t>—has known both the pain of loss and the temptation of retaliation. The problem is not only what has been done to each group—it is what they have done to one another, often under the illusion of righteousness.</w:t>
      </w:r>
    </w:p>
    <w:p w:rsidR="00823498" w:rsidRPr="00936675" w:rsidRDefault="00823498" w:rsidP="00823498">
      <w:pPr>
        <w:spacing w:line="360" w:lineRule="auto"/>
        <w:jc w:val="both"/>
        <w:rPr>
          <w:rFonts w:cs="Times New Roman"/>
          <w:szCs w:val="24"/>
        </w:rPr>
      </w:pPr>
      <w:r w:rsidRPr="00936675">
        <w:rPr>
          <w:rFonts w:cs="Times New Roman"/>
          <w:szCs w:val="24"/>
        </w:rPr>
        <w:t>I have walked these roads. I have stood at graves freshly dug after ambushes. I have comforted mothers whose daughters were abducted in the night and prayed with youth whose brothers were killed in retaliation raids. I have spoken with chiefs who can no longer control their own sons and with spiritual leaders who are overwhelmed by a flood of grief they can neither stop nor explain.</w:t>
      </w:r>
    </w:p>
    <w:p w:rsidR="00823498" w:rsidRPr="00936675" w:rsidRDefault="00823498" w:rsidP="00823498">
      <w:pPr>
        <w:spacing w:line="360" w:lineRule="auto"/>
        <w:jc w:val="both"/>
        <w:rPr>
          <w:rFonts w:cs="Times New Roman"/>
          <w:szCs w:val="24"/>
        </w:rPr>
      </w:pPr>
      <w:r w:rsidRPr="00936675">
        <w:rPr>
          <w:rFonts w:cs="Times New Roman"/>
          <w:szCs w:val="24"/>
        </w:rPr>
        <w:t xml:space="preserve">What makes the tragedy of Jonglei and Murle ethnic group so devastating is that it is both cyclical and cumulative. Each act of violence becomes the seed for the next. A child abducted in </w:t>
      </w:r>
      <w:proofErr w:type="spellStart"/>
      <w:r w:rsidRPr="00936675">
        <w:rPr>
          <w:rFonts w:cs="Times New Roman"/>
          <w:szCs w:val="24"/>
        </w:rPr>
        <w:t>Likuangole</w:t>
      </w:r>
      <w:proofErr w:type="spellEnd"/>
      <w:r w:rsidRPr="00936675">
        <w:rPr>
          <w:rFonts w:cs="Times New Roman"/>
          <w:szCs w:val="24"/>
        </w:rPr>
        <w:t xml:space="preserve"> triggers a retaliatory raid in Nyirol. A cattle theft in Duk leads to ambushes in Uror. Even peace dialogues become fragile, often collapsing under the weight of unhealed trauma and broken promises.</w:t>
      </w:r>
    </w:p>
    <w:p w:rsidR="00823498" w:rsidRPr="00936675" w:rsidRDefault="00823498" w:rsidP="00823498">
      <w:pPr>
        <w:spacing w:line="360" w:lineRule="auto"/>
        <w:jc w:val="both"/>
        <w:rPr>
          <w:rFonts w:cs="Times New Roman"/>
          <w:szCs w:val="24"/>
        </w:rPr>
      </w:pPr>
      <w:r w:rsidRPr="00936675">
        <w:rPr>
          <w:rFonts w:cs="Times New Roman"/>
          <w:szCs w:val="24"/>
        </w:rPr>
        <w:t>And all the while, the government remains distant—either unable or unwilling to respond. Trust in state institutions is nearly nonexistent. Justice is inaccessible. Security is inconsistent. Communities have been left to fend for themselves, and in that vacuum, violence has become the only language many young men understand.</w:t>
      </w:r>
    </w:p>
    <w:p w:rsidR="00823498" w:rsidRPr="00936675" w:rsidRDefault="00823498" w:rsidP="00823498">
      <w:pPr>
        <w:spacing w:line="360" w:lineRule="auto"/>
        <w:jc w:val="both"/>
        <w:rPr>
          <w:rFonts w:cs="Times New Roman"/>
          <w:szCs w:val="24"/>
        </w:rPr>
      </w:pPr>
      <w:r w:rsidRPr="00936675">
        <w:rPr>
          <w:rFonts w:cs="Times New Roman"/>
          <w:szCs w:val="24"/>
        </w:rPr>
        <w:t>But even in this darkness, I have seen light.</w:t>
      </w:r>
    </w:p>
    <w:p w:rsidR="00823498" w:rsidRPr="00936675" w:rsidRDefault="00823498" w:rsidP="00823498">
      <w:pPr>
        <w:spacing w:line="360" w:lineRule="auto"/>
        <w:jc w:val="both"/>
        <w:rPr>
          <w:rFonts w:cs="Times New Roman"/>
          <w:szCs w:val="24"/>
        </w:rPr>
      </w:pPr>
      <w:r w:rsidRPr="00936675">
        <w:rPr>
          <w:rFonts w:cs="Times New Roman"/>
          <w:szCs w:val="24"/>
        </w:rPr>
        <w:t>When the Lou and Gawaar elders met in Thuokrikna, it wasn’t just a dialogue—it was an act of defiance against the logic of revenge. When women stood up in Karaam to demand an end to abductions, they were not just grieving mothers—they were the guardians of a future. And when prophets like Makuach Tut Khor called for spiritual cleansing and repentance, they were not preaching—they were rebuilding moral order.</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This tragedy is not inevitable. It is the product of choices—some made by political actors far from the pain, others made by young men who see no alternative to the gun. But just as violence is a choice, so too is peace.</w:t>
      </w:r>
    </w:p>
    <w:p w:rsidR="00823498" w:rsidRPr="00936675" w:rsidRDefault="00823498" w:rsidP="00823498">
      <w:pPr>
        <w:spacing w:line="360" w:lineRule="auto"/>
        <w:jc w:val="both"/>
        <w:rPr>
          <w:rFonts w:cs="Times New Roman"/>
          <w:szCs w:val="24"/>
        </w:rPr>
      </w:pPr>
      <w:r w:rsidRPr="00936675">
        <w:rPr>
          <w:rFonts w:cs="Times New Roman"/>
          <w:szCs w:val="24"/>
        </w:rPr>
        <w:t>The healing of Jonglei and Murle ethnic group will not come from new borders or imposed policies. It will come when communities recognize one another again—not as threats, but as fellow survivors. It will come when we teach our children that dignity is not restored through vengeance, but through reconciliation. And it will come when we allow ourselves to grieve not only for our own dead but for the children of our enemies, who were victims, too.</w:t>
      </w:r>
    </w:p>
    <w:p w:rsidR="00823498" w:rsidRPr="00936675" w:rsidRDefault="00823498" w:rsidP="00823498">
      <w:pPr>
        <w:spacing w:line="360" w:lineRule="auto"/>
        <w:jc w:val="both"/>
        <w:rPr>
          <w:rFonts w:cs="Times New Roman"/>
          <w:szCs w:val="24"/>
        </w:rPr>
      </w:pPr>
      <w:r w:rsidRPr="00936675">
        <w:rPr>
          <w:rFonts w:cs="Times New Roman"/>
          <w:szCs w:val="24"/>
        </w:rPr>
        <w:t>This is the tragedy of Jonglei and Murle ethnic group: a people who once knew how to live together, now struggling to remember how. But within that struggle lies the potential for renewal—if we are brave enough to see our enemies as human again.</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3</w:t>
      </w:r>
    </w:p>
    <w:p w:rsidR="00823498" w:rsidRPr="00936675" w:rsidRDefault="00823498" w:rsidP="00823498">
      <w:pPr>
        <w:spacing w:line="360" w:lineRule="auto"/>
        <w:jc w:val="both"/>
        <w:rPr>
          <w:rFonts w:cs="Times New Roman"/>
          <w:szCs w:val="24"/>
        </w:rPr>
      </w:pPr>
      <w:r w:rsidRPr="00936675">
        <w:rPr>
          <w:rFonts w:cs="Times New Roman"/>
          <w:szCs w:val="24"/>
        </w:rPr>
        <w:t>Between Faith and Fire: The Rise of Spiritual Authority</w:t>
      </w:r>
    </w:p>
    <w:p w:rsidR="00823498" w:rsidRPr="00936675" w:rsidRDefault="00823498" w:rsidP="00823498">
      <w:pPr>
        <w:spacing w:line="360" w:lineRule="auto"/>
        <w:jc w:val="both"/>
        <w:rPr>
          <w:rFonts w:cs="Times New Roman"/>
          <w:szCs w:val="24"/>
        </w:rPr>
      </w:pPr>
      <w:r w:rsidRPr="00936675">
        <w:rPr>
          <w:rFonts w:cs="Times New Roman"/>
          <w:szCs w:val="24"/>
        </w:rPr>
        <w:t>When the Lou and Gawaar elders met in Thuokrikna, it wasn’t just a dialogue—it was an act of defiance against the logic of revenge. When women stood up in Karaam to demand an end to abductions, they were not just grieving mothers—they were the guardians of a future. And when prophets like Makuach Tut Jok called for spiritual cleansing and repentance, they were not preaching—they were rebuilding moral order.</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4: My Journey to Prophet Dak Kueth</w:t>
      </w:r>
    </w:p>
    <w:p w:rsidR="00823498" w:rsidRPr="00936675" w:rsidRDefault="00823498" w:rsidP="00823498">
      <w:pPr>
        <w:spacing w:line="360" w:lineRule="auto"/>
        <w:jc w:val="both"/>
        <w:rPr>
          <w:rFonts w:cs="Times New Roman"/>
          <w:szCs w:val="24"/>
        </w:rPr>
      </w:pPr>
      <w:r w:rsidRPr="00936675">
        <w:rPr>
          <w:rFonts w:cs="Times New Roman"/>
          <w:szCs w:val="24"/>
        </w:rPr>
        <w:t>The journey to meet Prophet Dak Kueth had been long in the making—carefully thought out and spiritually anticipated since the day I took up my role as Area Coordinator for Greater Akobo and Ayod. When I left Juba after nine rewarding years with Africa Development Aid (ADA) in Human Resources and peace work, many thought I was making a mistake. Friends, colleagues, and even some relatives questioned why I would abandon relative comfort to head into the field. But one person understood—my wife. She recognized, more than anyone, the call I felt to return to the grassroots and walk alongside communities searching for peace.</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By December 2024, the stars began to align. Michael Comerford, Strategic Adviser for Peacebuilding Opportunities Fund (POF) and Peace Canal, called to share his intention to visit Prophet Dak as part of the Spiritual Leaders Engagement Initiative—an effort he had helped craft in the wake of the landmark Pieri Peace Agreement signed by the Nuer ethnic group, Dinka ethnic group, and Murle. That agreement marked a turning point in the way we approached intercommunal reconciliation, and a visit to Prophet Dak felt like the next crucial step.</w:t>
      </w:r>
    </w:p>
    <w:p w:rsidR="00823498" w:rsidRPr="00936675" w:rsidRDefault="00823498" w:rsidP="00823498">
      <w:pPr>
        <w:spacing w:line="360" w:lineRule="auto"/>
        <w:jc w:val="both"/>
        <w:rPr>
          <w:rFonts w:cs="Times New Roman"/>
          <w:szCs w:val="24"/>
        </w:rPr>
      </w:pPr>
      <w:r w:rsidRPr="00936675">
        <w:rPr>
          <w:rFonts w:cs="Times New Roman"/>
          <w:szCs w:val="24"/>
        </w:rPr>
        <w:t xml:space="preserve">We agreed to make the journey on January 10th, 2025. Our destination was Yuai, the administrative headquarters of Uror County. From there, we would travel four hours to Ber in </w:t>
      </w:r>
      <w:proofErr w:type="spellStart"/>
      <w:r w:rsidRPr="00936675">
        <w:rPr>
          <w:rFonts w:cs="Times New Roman"/>
          <w:szCs w:val="24"/>
        </w:rPr>
        <w:t>Motdit</w:t>
      </w:r>
      <w:proofErr w:type="spellEnd"/>
      <w:r w:rsidRPr="00936675">
        <w:rPr>
          <w:rFonts w:cs="Times New Roman"/>
          <w:szCs w:val="24"/>
        </w:rPr>
        <w:t xml:space="preserve">, under </w:t>
      </w:r>
      <w:proofErr w:type="spellStart"/>
      <w:r w:rsidRPr="00936675">
        <w:rPr>
          <w:rFonts w:cs="Times New Roman"/>
          <w:szCs w:val="24"/>
        </w:rPr>
        <w:t>Pathai</w:t>
      </w:r>
      <w:proofErr w:type="spellEnd"/>
      <w:r w:rsidRPr="00936675">
        <w:rPr>
          <w:rFonts w:cs="Times New Roman"/>
          <w:szCs w:val="24"/>
        </w:rPr>
        <w:t xml:space="preserve"> Payam, where the Prophet's shrine was located.</w:t>
      </w:r>
    </w:p>
    <w:p w:rsidR="00823498" w:rsidRPr="00936675" w:rsidRDefault="00823498" w:rsidP="00823498">
      <w:pPr>
        <w:spacing w:line="360" w:lineRule="auto"/>
        <w:jc w:val="both"/>
        <w:rPr>
          <w:rFonts w:cs="Times New Roman"/>
          <w:szCs w:val="24"/>
        </w:rPr>
      </w:pPr>
      <w:r w:rsidRPr="00936675">
        <w:rPr>
          <w:rFonts w:cs="Times New Roman"/>
          <w:szCs w:val="24"/>
        </w:rPr>
        <w:t xml:space="preserve">Our arrival in Yuai was met with coincidence and ceremony—the Governor of Jonglei State, </w:t>
      </w:r>
      <w:proofErr w:type="spellStart"/>
      <w:r w:rsidRPr="00936675">
        <w:rPr>
          <w:rFonts w:cs="Times New Roman"/>
          <w:szCs w:val="24"/>
        </w:rPr>
        <w:t>Majhuob</w:t>
      </w:r>
      <w:proofErr w:type="spellEnd"/>
      <w:r w:rsidRPr="00936675">
        <w:rPr>
          <w:rFonts w:cs="Times New Roman"/>
          <w:szCs w:val="24"/>
        </w:rPr>
        <w:t xml:space="preserve"> Biel Turuk, a Lou Nuer ethnic group from Nyirol County, was visiting the town that same day. The streets were alive with joy. Traditional songs echoed through the air, clan chiefs in formal regalia led their people in dance and praise. There was a collective spirit of unity I had rarely witnessed so vividly.</w:t>
      </w:r>
    </w:p>
    <w:p w:rsidR="00823498" w:rsidRPr="00936675" w:rsidRDefault="00823498" w:rsidP="00823498">
      <w:pPr>
        <w:spacing w:line="360" w:lineRule="auto"/>
        <w:jc w:val="both"/>
        <w:rPr>
          <w:rFonts w:cs="Times New Roman"/>
          <w:szCs w:val="24"/>
        </w:rPr>
      </w:pPr>
      <w:r w:rsidRPr="00936675">
        <w:rPr>
          <w:rFonts w:cs="Times New Roman"/>
          <w:szCs w:val="24"/>
        </w:rPr>
        <w:t>Our accommodation had been arranged by my Deputy Area Coordinator, Mr. Tut Riam Nyoach, alongside Koang Nyang and Thok James. We stayed in a simple but welcoming compound near a local kiosk, and Tut had managed to organize a cook for our meals. Though far from luxurious, we were cared for with heart and warmth. While in Yuai, we also attended one of the Governor’s community rallies—an event that revealed the underlying political tension between him and his deputy, with accusations flying over the management of state affairs.</w:t>
      </w:r>
    </w:p>
    <w:p w:rsidR="00823498" w:rsidRPr="00936675" w:rsidRDefault="00823498" w:rsidP="00823498">
      <w:pPr>
        <w:spacing w:line="360" w:lineRule="auto"/>
        <w:jc w:val="both"/>
        <w:rPr>
          <w:rFonts w:cs="Times New Roman"/>
          <w:szCs w:val="24"/>
        </w:rPr>
      </w:pPr>
      <w:r w:rsidRPr="00936675">
        <w:rPr>
          <w:rFonts w:cs="Times New Roman"/>
          <w:szCs w:val="24"/>
        </w:rPr>
        <w:t xml:space="preserve">On Tuesday, January 14th, we set off for Ber. Transportation was difficult, but we managed to arrange a local vehicle and received fuel support from Oxfam’s Technical Team Leader, Mr. Gatwech </w:t>
      </w:r>
      <w:proofErr w:type="spellStart"/>
      <w:r w:rsidRPr="00936675">
        <w:rPr>
          <w:rFonts w:cs="Times New Roman"/>
          <w:szCs w:val="24"/>
        </w:rPr>
        <w:t>Gatkuoth</w:t>
      </w:r>
      <w:proofErr w:type="spellEnd"/>
      <w:r w:rsidRPr="00936675">
        <w:rPr>
          <w:rFonts w:cs="Times New Roman"/>
          <w:szCs w:val="24"/>
        </w:rPr>
        <w:t xml:space="preserve">. The journey took us to </w:t>
      </w:r>
      <w:proofErr w:type="spellStart"/>
      <w:r w:rsidRPr="00936675">
        <w:rPr>
          <w:rFonts w:cs="Times New Roman"/>
          <w:szCs w:val="24"/>
        </w:rPr>
        <w:t>Pabuom</w:t>
      </w:r>
      <w:proofErr w:type="spellEnd"/>
      <w:r w:rsidRPr="00936675">
        <w:rPr>
          <w:rFonts w:cs="Times New Roman"/>
          <w:szCs w:val="24"/>
        </w:rPr>
        <w:t xml:space="preserve">, a village between Yuai and </w:t>
      </w:r>
      <w:proofErr w:type="spellStart"/>
      <w:r w:rsidRPr="00936675">
        <w:rPr>
          <w:rFonts w:cs="Times New Roman"/>
          <w:szCs w:val="24"/>
        </w:rPr>
        <w:t>Motdit</w:t>
      </w:r>
      <w:proofErr w:type="spellEnd"/>
      <w:r w:rsidRPr="00936675">
        <w:rPr>
          <w:rFonts w:cs="Times New Roman"/>
          <w:szCs w:val="24"/>
        </w:rPr>
        <w:t>. From there, the road became impassable due to a swamp. We left the car and walked through thick mud and uncertain waters—driven by mission and faith.</w:t>
      </w:r>
    </w:p>
    <w:p w:rsidR="00823498" w:rsidRPr="00936675" w:rsidRDefault="00823498" w:rsidP="00823498">
      <w:pPr>
        <w:spacing w:line="360" w:lineRule="auto"/>
        <w:jc w:val="both"/>
        <w:rPr>
          <w:rFonts w:cs="Times New Roman"/>
          <w:szCs w:val="24"/>
        </w:rPr>
      </w:pPr>
      <w:r w:rsidRPr="00936675">
        <w:rPr>
          <w:rFonts w:cs="Times New Roman"/>
          <w:szCs w:val="24"/>
        </w:rPr>
        <w:t xml:space="preserve">After more than an hour on foot, we reached </w:t>
      </w:r>
      <w:proofErr w:type="spellStart"/>
      <w:r w:rsidRPr="00936675">
        <w:rPr>
          <w:rFonts w:cs="Times New Roman"/>
          <w:szCs w:val="24"/>
        </w:rPr>
        <w:t>Motdit</w:t>
      </w:r>
      <w:proofErr w:type="spellEnd"/>
      <w:r w:rsidRPr="00936675">
        <w:rPr>
          <w:rFonts w:cs="Times New Roman"/>
          <w:szCs w:val="24"/>
        </w:rPr>
        <w:t xml:space="preserve">. Waiting for us was Thok James, once a spiritual messenger and now a community mobilizer with Peace Canal. The meeting with </w:t>
      </w:r>
      <w:r w:rsidRPr="00936675">
        <w:rPr>
          <w:rFonts w:cs="Times New Roman"/>
          <w:szCs w:val="24"/>
        </w:rPr>
        <w:lastRenderedPageBreak/>
        <w:t xml:space="preserve">the Prophet had been carefully prepared. Our delegation included Uror Women’s Leader Mrs. </w:t>
      </w:r>
      <w:proofErr w:type="spellStart"/>
      <w:r w:rsidRPr="00936675">
        <w:rPr>
          <w:rFonts w:cs="Times New Roman"/>
          <w:szCs w:val="24"/>
        </w:rPr>
        <w:t>Biliny</w:t>
      </w:r>
      <w:proofErr w:type="spellEnd"/>
      <w:r w:rsidRPr="00936675">
        <w:rPr>
          <w:rFonts w:cs="Times New Roman"/>
          <w:szCs w:val="24"/>
        </w:rPr>
        <w:t xml:space="preserve"> Ruot, a powerful voice for peace; Paramount Chief Koang Gatluak of Pieri, one of the Pieri Peace Agreement signatories; and Daniel Lony, a former abductee who had been taken by Murle raiders and sold to the sister of their former Red Chief and spiritual leader Barchoch Lual. To make the experience even more dynamic, we were accompanied by Koang Nyang Yiee, a skilled bilingual fluent in both Nuer ethnic group and Murle. Koang serves as a contracted interpreter for our intercommunal engagements with the Murle community. More than just a translator, he is a powerful cultural bridge—a voice that not only conveys language but also helps us navigate deep-rooted cultural nuances and historical sensitivities. His presence ensured that our messages were not only heard but understood in the spirit they were intended, making him an indispensable part of our peacebuilding mission.</w:t>
      </w:r>
    </w:p>
    <w:p w:rsidR="00823498" w:rsidRPr="00936675" w:rsidRDefault="00823498" w:rsidP="00823498">
      <w:pPr>
        <w:spacing w:line="360" w:lineRule="auto"/>
        <w:jc w:val="both"/>
        <w:rPr>
          <w:rFonts w:cs="Times New Roman"/>
          <w:szCs w:val="24"/>
        </w:rPr>
      </w:pPr>
      <w:r w:rsidRPr="00936675">
        <w:rPr>
          <w:rFonts w:cs="Times New Roman"/>
          <w:szCs w:val="24"/>
        </w:rPr>
        <w:t>Although we had an assigned cook for the team, Mama Pal, the wife of Koang Nyang, always made sure to prepare something special for me—knowing that I don’t eat meat. She is a woman with a golden heart: soft-spoken, gracious, and endlessly welcoming. Her kindness was not limited to the kitchen; it extended to every visitor who crossed her path.</w:t>
      </w:r>
    </w:p>
    <w:p w:rsidR="00823498" w:rsidRPr="00936675" w:rsidRDefault="00823498" w:rsidP="00823498">
      <w:pPr>
        <w:spacing w:line="360" w:lineRule="auto"/>
        <w:jc w:val="both"/>
        <w:rPr>
          <w:rFonts w:cs="Times New Roman"/>
          <w:szCs w:val="24"/>
        </w:rPr>
      </w:pPr>
      <w:r w:rsidRPr="00936675">
        <w:rPr>
          <w:rFonts w:cs="Times New Roman"/>
          <w:szCs w:val="24"/>
        </w:rPr>
        <w:t>Long before her child was born, villagers and guests alike spoke with certainty that she would have a son. It became a communal blessing—an unspoken prophecy shared by many. When the baby arrived and it was indeed a boy, there was joy across the household and beyond. We celebrated with heartfelt gratitude, and the name he was given— “Pal”—carried the weight of that collective hope fulfilled.</w:t>
      </w:r>
    </w:p>
    <w:p w:rsidR="00823498" w:rsidRPr="00936675" w:rsidRDefault="00823498" w:rsidP="00823498">
      <w:pPr>
        <w:spacing w:line="360" w:lineRule="auto"/>
        <w:jc w:val="both"/>
        <w:rPr>
          <w:rFonts w:cs="Times New Roman"/>
          <w:szCs w:val="24"/>
        </w:rPr>
      </w:pPr>
      <w:r w:rsidRPr="00936675">
        <w:rPr>
          <w:rFonts w:cs="Times New Roman"/>
          <w:szCs w:val="24"/>
        </w:rPr>
        <w:t>Given the insecurity along the road, Uror County Commissioner Hon. James Gatkhor Gatluak assigned armed escorts to accompany us and carry essential supplies, including our tents. Upon arrival at Ber, we were welcomed by a gathering of shrine-goers and spiritual advisers. It was a sacred moment. Silence fell. Then the Prophet emerged—dressed in leopard skins, his neck adorned with ostrich eggshell beads, and surrounded by guards. We stood in respect, offering no handshakes, only bows. Sacred songs filled the air, vibrating with ancestral power. That was the beginning of the meeting.</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After we introduced ourselves, Prophet Dak Kueth welcomed us and opened the dialogue. He was visibly disturbed by the continued Murle attacks—killings, cattle raids, and especially the abduction of women and children. As he spoke, news reached the shrine that one village nearby had fled in fear of an impending Murle attack. The Prophet was asked to consult the divine. He stepped aside and, in solemn ritual, sought spiritual guidance for protection.</w:t>
      </w:r>
    </w:p>
    <w:p w:rsidR="00823498" w:rsidRPr="00936675" w:rsidRDefault="00823498" w:rsidP="00823498">
      <w:pPr>
        <w:spacing w:line="360" w:lineRule="auto"/>
        <w:jc w:val="both"/>
        <w:rPr>
          <w:rFonts w:cs="Times New Roman"/>
          <w:szCs w:val="24"/>
        </w:rPr>
      </w:pPr>
      <w:r w:rsidRPr="00936675">
        <w:rPr>
          <w:rFonts w:cs="Times New Roman"/>
          <w:szCs w:val="24"/>
        </w:rPr>
        <w:t>His hospitality was unmatched. A goat was slaughtered in our honor, and no one left hungry. His generosity reminded me of the ancient traditions of Nuer ethnic group leadership—where spiritual duty, hospitality, and justice were inseparable.</w:t>
      </w:r>
    </w:p>
    <w:p w:rsidR="00823498" w:rsidRPr="00936675" w:rsidRDefault="00823498" w:rsidP="00823498">
      <w:pPr>
        <w:spacing w:line="360" w:lineRule="auto"/>
        <w:jc w:val="both"/>
        <w:rPr>
          <w:rFonts w:cs="Times New Roman"/>
          <w:szCs w:val="24"/>
        </w:rPr>
      </w:pPr>
      <w:r w:rsidRPr="00936675">
        <w:rPr>
          <w:rFonts w:cs="Times New Roman"/>
          <w:szCs w:val="24"/>
        </w:rPr>
        <w:t xml:space="preserve">But this visit was not only about political or spiritual affairs—it was also deeply personal. I met my aunt’s son, Malou Giel Puol. His mother, </w:t>
      </w:r>
      <w:proofErr w:type="spellStart"/>
      <w:r w:rsidRPr="00936675">
        <w:rPr>
          <w:rFonts w:cs="Times New Roman"/>
          <w:szCs w:val="24"/>
        </w:rPr>
        <w:t>Nyawit</w:t>
      </w:r>
      <w:proofErr w:type="spellEnd"/>
      <w:r w:rsidRPr="00936675">
        <w:rPr>
          <w:rFonts w:cs="Times New Roman"/>
          <w:szCs w:val="24"/>
        </w:rPr>
        <w:t xml:space="preserve"> Mar Jickoak, had married into the </w:t>
      </w:r>
      <w:proofErr w:type="spellStart"/>
      <w:r w:rsidRPr="00936675">
        <w:rPr>
          <w:rFonts w:cs="Times New Roman"/>
          <w:szCs w:val="24"/>
        </w:rPr>
        <w:t>Cieng-Nyajikany</w:t>
      </w:r>
      <w:proofErr w:type="spellEnd"/>
      <w:r w:rsidRPr="00936675">
        <w:rPr>
          <w:rFonts w:cs="Times New Roman"/>
          <w:szCs w:val="24"/>
        </w:rPr>
        <w:t xml:space="preserve"> (locally known as </w:t>
      </w:r>
      <w:proofErr w:type="spellStart"/>
      <w:r w:rsidRPr="00936675">
        <w:rPr>
          <w:rFonts w:cs="Times New Roman"/>
          <w:szCs w:val="24"/>
        </w:rPr>
        <w:t>Cieng</w:t>
      </w:r>
      <w:proofErr w:type="spellEnd"/>
      <w:r w:rsidRPr="00936675">
        <w:rPr>
          <w:rFonts w:cs="Times New Roman"/>
          <w:szCs w:val="24"/>
        </w:rPr>
        <w:t xml:space="preserve"> </w:t>
      </w:r>
      <w:proofErr w:type="spellStart"/>
      <w:r w:rsidRPr="00936675">
        <w:rPr>
          <w:rFonts w:cs="Times New Roman"/>
          <w:szCs w:val="24"/>
        </w:rPr>
        <w:t>Nyaykany</w:t>
      </w:r>
      <w:proofErr w:type="spellEnd"/>
      <w:r w:rsidRPr="00936675">
        <w:rPr>
          <w:rFonts w:cs="Times New Roman"/>
          <w:szCs w:val="24"/>
        </w:rPr>
        <w:t xml:space="preserve">) of </w:t>
      </w:r>
      <w:proofErr w:type="spellStart"/>
      <w:r w:rsidRPr="00936675">
        <w:rPr>
          <w:rFonts w:cs="Times New Roman"/>
          <w:szCs w:val="24"/>
        </w:rPr>
        <w:t>Pathai</w:t>
      </w:r>
      <w:proofErr w:type="spellEnd"/>
      <w:r w:rsidRPr="00936675">
        <w:rPr>
          <w:rFonts w:cs="Times New Roman"/>
          <w:szCs w:val="24"/>
        </w:rPr>
        <w:t xml:space="preserve"> Payam. I had last seen Malou in </w:t>
      </w:r>
      <w:proofErr w:type="spellStart"/>
      <w:r w:rsidRPr="00936675">
        <w:rPr>
          <w:rFonts w:cs="Times New Roman"/>
          <w:szCs w:val="24"/>
        </w:rPr>
        <w:t>Bor</w:t>
      </w:r>
      <w:proofErr w:type="spellEnd"/>
      <w:r w:rsidRPr="00936675">
        <w:rPr>
          <w:rFonts w:cs="Times New Roman"/>
          <w:szCs w:val="24"/>
        </w:rPr>
        <w:t xml:space="preserve"> in 1990, when he served with SPLA’s 104 Battalion. Word spread quickly of my presence, and before long, many members of my extended family came. Elders recalled my late father, Jacob Mier Jickoak—a devout Christian and paramedic—who had visited Motot during a smallpox outbreak and returned several times, the last being in 1987. My kin brought me gifts, including two </w:t>
      </w:r>
      <w:proofErr w:type="spellStart"/>
      <w:r w:rsidRPr="00936675">
        <w:rPr>
          <w:rFonts w:cs="Times New Roman"/>
          <w:szCs w:val="24"/>
        </w:rPr>
        <w:t>billy</w:t>
      </w:r>
      <w:proofErr w:type="spellEnd"/>
      <w:r w:rsidRPr="00936675">
        <w:rPr>
          <w:rFonts w:cs="Times New Roman"/>
          <w:szCs w:val="24"/>
        </w:rPr>
        <w:t xml:space="preserve"> goats, in a gesture of heartfelt welcome.</w:t>
      </w:r>
    </w:p>
    <w:p w:rsidR="00823498" w:rsidRPr="00936675" w:rsidRDefault="00823498" w:rsidP="00823498">
      <w:pPr>
        <w:spacing w:line="360" w:lineRule="auto"/>
        <w:jc w:val="both"/>
        <w:rPr>
          <w:rFonts w:cs="Times New Roman"/>
          <w:szCs w:val="24"/>
        </w:rPr>
      </w:pPr>
      <w:r w:rsidRPr="00936675">
        <w:rPr>
          <w:rFonts w:cs="Times New Roman"/>
          <w:szCs w:val="24"/>
        </w:rPr>
        <w:t>Back at the shrine, we formally presented a heifer—Yang Kuoth—that we had purchased as a gift for the divinity. Though it had arrived before us, Prophet Dak asked that we personally present it. Mick Comerford, a former Catholic priest and our Strategic Adviser, was asked to walk the heifer around the shrine as a symbol of reverence. When the cow urinated, the crowd gasped with wonder. The sacred singers began to chant, and whispers passed through the assembly: “The divinity has accepted the offering.” Prophet Dak blessed us in that sacred moment.</w:t>
      </w:r>
    </w:p>
    <w:p w:rsidR="00823498" w:rsidRPr="00936675" w:rsidRDefault="00823498" w:rsidP="00823498">
      <w:pPr>
        <w:spacing w:line="360" w:lineRule="auto"/>
        <w:jc w:val="both"/>
        <w:rPr>
          <w:rFonts w:cs="Times New Roman"/>
          <w:szCs w:val="24"/>
        </w:rPr>
      </w:pPr>
      <w:r w:rsidRPr="00936675">
        <w:rPr>
          <w:rFonts w:cs="Times New Roman"/>
          <w:szCs w:val="24"/>
        </w:rPr>
        <w:t>The following morning, he led us to a site where a water reservoir (</w:t>
      </w:r>
      <w:proofErr w:type="spellStart"/>
      <w:r w:rsidRPr="00936675">
        <w:rPr>
          <w:rFonts w:cs="Times New Roman"/>
          <w:szCs w:val="24"/>
        </w:rPr>
        <w:t>hafir</w:t>
      </w:r>
      <w:proofErr w:type="spellEnd"/>
      <w:r w:rsidRPr="00936675">
        <w:rPr>
          <w:rFonts w:cs="Times New Roman"/>
          <w:szCs w:val="24"/>
        </w:rPr>
        <w:t xml:space="preserve">) was to be constructed to sustain his large herd of cattle. It was an ambitious and promising plan—one that, sadly, would never be realized. Soon after our visit, Prophet Dak came under pressure from local youth and blessed a renewed mobilization for violence. His actions contradicted the spirit of our engagement, and the peace partners, including Peace Canal </w:t>
      </w:r>
      <w:r w:rsidRPr="00936675">
        <w:rPr>
          <w:rFonts w:cs="Times New Roman"/>
          <w:szCs w:val="24"/>
        </w:rPr>
        <w:lastRenderedPageBreak/>
        <w:t>and POF, had no choice but to suspend his involvement in the Spiritual Leaders Engagement.</w:t>
      </w:r>
    </w:p>
    <w:p w:rsidR="00823498" w:rsidRPr="00936675" w:rsidRDefault="00823498" w:rsidP="00823498">
      <w:pPr>
        <w:spacing w:line="360" w:lineRule="auto"/>
        <w:jc w:val="both"/>
        <w:rPr>
          <w:rFonts w:cs="Times New Roman"/>
          <w:szCs w:val="24"/>
        </w:rPr>
      </w:pPr>
      <w:r w:rsidRPr="00936675">
        <w:rPr>
          <w:rFonts w:cs="Times New Roman"/>
          <w:szCs w:val="24"/>
        </w:rPr>
        <w:t>It was a bitter end to a sacred visit. Yet, despite the disappointment, I remain grateful. We witnessed not just a prophet but a people trying to reconcile faith and survival. And for a moment, we believed—truly believed—that peace could take root in the soil of Ber.</w:t>
      </w:r>
    </w:p>
    <w:p w:rsidR="00823498" w:rsidRPr="00936675" w:rsidRDefault="00823498" w:rsidP="00823498">
      <w:pPr>
        <w:spacing w:line="360" w:lineRule="auto"/>
        <w:jc w:val="both"/>
        <w:rPr>
          <w:rFonts w:cs="Times New Roman"/>
          <w:szCs w:val="24"/>
        </w:rPr>
      </w:pPr>
      <w:r w:rsidRPr="00936675">
        <w:rPr>
          <w:rFonts w:cs="Times New Roman"/>
          <w:szCs w:val="24"/>
        </w:rPr>
        <w:t>Prophet Dak Kueth: The Man, the Mission, the Myth</w:t>
      </w:r>
    </w:p>
    <w:p w:rsidR="00823498" w:rsidRPr="00936675" w:rsidRDefault="00823498" w:rsidP="00823498">
      <w:pPr>
        <w:spacing w:line="360" w:lineRule="auto"/>
        <w:jc w:val="both"/>
        <w:rPr>
          <w:rFonts w:cs="Times New Roman"/>
          <w:szCs w:val="24"/>
        </w:rPr>
      </w:pPr>
      <w:r w:rsidRPr="00936675">
        <w:rPr>
          <w:rFonts w:cs="Times New Roman"/>
          <w:szCs w:val="24"/>
        </w:rPr>
        <w:t>Across the wind-beaten plains and flood-soaked valleys of Jonglei, one name rises like smoke from a sacred fire—Prophet Dak Kueth Deng, known to many in reverent tones as Gok Deng—the living channel of Deng, the divine force that shaped Nuer ethnic group prophecy. His name is not simply uttered. It is invoked. It lives on the lips of elders, in the whispers of warriors, and in the prayers of mothers who believe he can still summon rain, still withhold wrath, still avert war.</w:t>
      </w:r>
    </w:p>
    <w:p w:rsidR="00823498" w:rsidRPr="00936675" w:rsidRDefault="00823498" w:rsidP="00823498">
      <w:pPr>
        <w:spacing w:line="360" w:lineRule="auto"/>
        <w:jc w:val="both"/>
        <w:rPr>
          <w:rFonts w:cs="Times New Roman"/>
          <w:szCs w:val="24"/>
        </w:rPr>
      </w:pPr>
      <w:r w:rsidRPr="00936675">
        <w:rPr>
          <w:rFonts w:cs="Times New Roman"/>
          <w:szCs w:val="24"/>
        </w:rPr>
        <w:t>To the faithful, he is a vessel of ancestral power—chosen, consecrated, and commanded. To the uninitiated, he is a mystery cloaked in silence and awe. And to critics, government authorities, and foreign observers, he is a phenomenon that transcends ordinary governance, defies Western paradigms, and unsettles any tidy definition of power.</w:t>
      </w:r>
    </w:p>
    <w:p w:rsidR="00823498" w:rsidRPr="00936675" w:rsidRDefault="00823498" w:rsidP="00823498">
      <w:pPr>
        <w:spacing w:line="360" w:lineRule="auto"/>
        <w:jc w:val="both"/>
        <w:rPr>
          <w:rFonts w:cs="Times New Roman"/>
          <w:szCs w:val="24"/>
        </w:rPr>
      </w:pPr>
      <w:r w:rsidRPr="00936675">
        <w:rPr>
          <w:rFonts w:cs="Times New Roman"/>
          <w:szCs w:val="24"/>
        </w:rPr>
        <w:t>But to truly understand Dak Kueth, one must leave behind the language of ministries and missions, and descend into the deeper spiritual terrain of Nuer ethnic group cosmology—a world where spirits govern the living, where justice is not an institution but a balance, and where prophets are not religious figures but societal cornerstones.</w:t>
      </w:r>
    </w:p>
    <w:p w:rsidR="00823498" w:rsidRPr="00936675" w:rsidRDefault="00823498" w:rsidP="00823498">
      <w:pPr>
        <w:spacing w:line="360" w:lineRule="auto"/>
        <w:jc w:val="both"/>
        <w:rPr>
          <w:rFonts w:cs="Times New Roman"/>
          <w:szCs w:val="24"/>
        </w:rPr>
      </w:pPr>
      <w:r w:rsidRPr="00936675">
        <w:rPr>
          <w:rFonts w:cs="Times New Roman"/>
          <w:szCs w:val="24"/>
        </w:rPr>
        <w:t>Dak Kueth did not emerge in times of order. He rose from the cracked earth of collapse—from the hollowness left by civil war, displacement, and disillusionment. The traditional chiefs had been stripped of influence by militarized youth. The churches, products of foreign liturgy, struggled to address the existential pain of a people raised on cattle and conflict. The government—distant, fragmented, and distrusted—offered neither protection nor peace. What remained was a deep spiritual hunger, a vacuum where chaos reigned and certainty was scarce.</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 xml:space="preserve">It was into this void that Dak Kueth stepped—not as a self-made leader, but as a man possessed. He did not claim authority. He claimed possession—by Deng, the very spirit that once moved through </w:t>
      </w:r>
      <w:proofErr w:type="spellStart"/>
      <w:r w:rsidRPr="00936675">
        <w:rPr>
          <w:rFonts w:cs="Times New Roman"/>
          <w:szCs w:val="24"/>
        </w:rPr>
        <w:t>Ngundeng</w:t>
      </w:r>
      <w:proofErr w:type="spellEnd"/>
      <w:r w:rsidRPr="00936675">
        <w:rPr>
          <w:rFonts w:cs="Times New Roman"/>
          <w:szCs w:val="24"/>
        </w:rPr>
        <w:t xml:space="preserve"> Bong, the great 19th-century Nuer ethnic group prophet whose prophecies still echo through the generations. Such a claim is no small thing. It is a mantle of immense weight and sacred accountability.</w:t>
      </w:r>
    </w:p>
    <w:p w:rsidR="00823498" w:rsidRPr="00936675" w:rsidRDefault="00823498" w:rsidP="00823498">
      <w:pPr>
        <w:spacing w:line="360" w:lineRule="auto"/>
        <w:jc w:val="both"/>
        <w:rPr>
          <w:rFonts w:cs="Times New Roman"/>
          <w:szCs w:val="24"/>
        </w:rPr>
      </w:pPr>
      <w:r w:rsidRPr="00936675">
        <w:rPr>
          <w:rFonts w:cs="Times New Roman"/>
          <w:szCs w:val="24"/>
        </w:rPr>
        <w:t>To declare oneself touched by Deng is to become more than human. It is to become a living shrine, a mediator between realms, a guardian of the cosmic equilibrium. From the moment Dak was believed to be inhabited by Deng, his transformation was complete. He was no longer just a man. He was a spiritual sovereign.</w:t>
      </w:r>
    </w:p>
    <w:p w:rsidR="00823498" w:rsidRPr="00936675" w:rsidRDefault="00823498" w:rsidP="00823498">
      <w:pPr>
        <w:spacing w:line="360" w:lineRule="auto"/>
        <w:jc w:val="both"/>
        <w:rPr>
          <w:rFonts w:cs="Times New Roman"/>
          <w:szCs w:val="24"/>
        </w:rPr>
      </w:pPr>
      <w:r w:rsidRPr="00936675">
        <w:rPr>
          <w:rFonts w:cs="Times New Roman"/>
          <w:szCs w:val="24"/>
        </w:rPr>
        <w:t>Dak became the de facto moral and metaphysical commander of the White Army. He was a prophet-warrior, a rainmaker, a keeper of rituals that stitched the torn soul of a fragmented society. He blessed commanders before battle, mediated between the living and the dead, and performed symbolic cleansings to realign communities with ancestral expectations.</w:t>
      </w:r>
    </w:p>
    <w:p w:rsidR="00823498" w:rsidRPr="00936675" w:rsidRDefault="00823498" w:rsidP="00823498">
      <w:pPr>
        <w:spacing w:line="360" w:lineRule="auto"/>
        <w:jc w:val="both"/>
        <w:rPr>
          <w:rFonts w:cs="Times New Roman"/>
          <w:szCs w:val="24"/>
        </w:rPr>
      </w:pPr>
      <w:r w:rsidRPr="00936675">
        <w:rPr>
          <w:rFonts w:cs="Times New Roman"/>
          <w:szCs w:val="24"/>
        </w:rPr>
        <w:t>He did not preach salvation in the Christian sense. He preached order—not imposed through policy, but summoned through ritual and enforced through the invisible hand of ancestral mandate. His followers submitted not out of fear, but out of belief that he alone could interpret the will of the spirits. His declarations shaped behavior more than any government decree. His white flags were not symbols of surrender, but of realignment—calls to step back into sacred harmony.</w:t>
      </w:r>
    </w:p>
    <w:p w:rsidR="00823498" w:rsidRPr="00936675" w:rsidRDefault="00823498" w:rsidP="00823498">
      <w:pPr>
        <w:spacing w:line="360" w:lineRule="auto"/>
        <w:jc w:val="both"/>
        <w:rPr>
          <w:rFonts w:cs="Times New Roman"/>
          <w:szCs w:val="24"/>
        </w:rPr>
      </w:pPr>
      <w:r w:rsidRPr="00936675">
        <w:rPr>
          <w:rFonts w:cs="Times New Roman"/>
          <w:szCs w:val="24"/>
        </w:rPr>
        <w:t xml:space="preserve">Though I did not witness it myself, I learned of a powerful moment that took place in </w:t>
      </w:r>
      <w:proofErr w:type="spellStart"/>
      <w:r w:rsidRPr="00936675">
        <w:rPr>
          <w:rFonts w:cs="Times New Roman"/>
          <w:szCs w:val="24"/>
        </w:rPr>
        <w:t>Waat</w:t>
      </w:r>
      <w:proofErr w:type="spellEnd"/>
      <w:r w:rsidRPr="00936675">
        <w:rPr>
          <w:rFonts w:cs="Times New Roman"/>
          <w:szCs w:val="24"/>
        </w:rPr>
        <w:t xml:space="preserve"> during a fragile peace dialogue, one that hovered on the brink of collapse. The armed youth present were reportedly defiant, unmoved by any plea for reconciliation. Then, as the story was shared with me, Prophet Dak arrived. He is said to have walked in with quiet authority, eyes sharp with a deeper vision. He didn’t thunder, but his words struck with force: “This land will not rest until those who polluted it confess and cleanse themselves.” Witnesses described an immediate transformation. Youth bowed their heads. Elders wept openly. What diplomacy had failed to achieve was, in that moment, made possible by his presence—his words seemed to mend not only the conflict, but the spiritual wound beneath </w:t>
      </w:r>
      <w:r w:rsidRPr="00936675">
        <w:rPr>
          <w:rFonts w:cs="Times New Roman"/>
          <w:szCs w:val="24"/>
        </w:rPr>
        <w:lastRenderedPageBreak/>
        <w:t>it. And yet, power drawn from the spiritual realm is still power—and power is never innocent.</w:t>
      </w:r>
    </w:p>
    <w:p w:rsidR="00823498" w:rsidRPr="00936675" w:rsidRDefault="00823498" w:rsidP="00823498">
      <w:pPr>
        <w:spacing w:line="360" w:lineRule="auto"/>
        <w:jc w:val="both"/>
        <w:rPr>
          <w:rFonts w:cs="Times New Roman"/>
          <w:szCs w:val="24"/>
        </w:rPr>
      </w:pPr>
      <w:r w:rsidRPr="00936675">
        <w:rPr>
          <w:rFonts w:cs="Times New Roman"/>
          <w:szCs w:val="24"/>
        </w:rPr>
        <w:t>Dak Kueth has been accused of constructing a parallel spiritual state—a theocratic structure where his word eclipses that of county commissioners, pastors, and chiefs. Some see him as a holy man turned monarch, whose edicts control who may speak, who may lead, and who must be exiled. Others allege he blesses operations that escalate communal violence, and that his silences speak as loudly as his proclamations.</w:t>
      </w:r>
    </w:p>
    <w:p w:rsidR="00823498" w:rsidRPr="00936675" w:rsidRDefault="00823498" w:rsidP="00823498">
      <w:pPr>
        <w:spacing w:line="360" w:lineRule="auto"/>
        <w:jc w:val="both"/>
        <w:rPr>
          <w:rFonts w:cs="Times New Roman"/>
          <w:szCs w:val="24"/>
        </w:rPr>
      </w:pPr>
      <w:r w:rsidRPr="00936675">
        <w:rPr>
          <w:rFonts w:cs="Times New Roman"/>
          <w:szCs w:val="24"/>
        </w:rPr>
        <w:t>To reduce Dak to a warlord cloaked in ritual, however, is to misunderstand his role—and misread the society that gave rise to him. Dak Kueth is not simply a political actor. He is a cultural phenomenon. He embodies the Nuer ethnic group understanding that war, rain, famine, justice, and healing are not separate matters—they are all spiritual expressions. In this worldview, the prophet is not a preacher. He is a pillar.</w:t>
      </w:r>
    </w:p>
    <w:p w:rsidR="00823498" w:rsidRPr="00936675" w:rsidRDefault="00823498" w:rsidP="00823498">
      <w:pPr>
        <w:spacing w:line="360" w:lineRule="auto"/>
        <w:jc w:val="both"/>
        <w:rPr>
          <w:rFonts w:cs="Times New Roman"/>
          <w:szCs w:val="24"/>
        </w:rPr>
      </w:pPr>
      <w:r w:rsidRPr="00936675">
        <w:rPr>
          <w:rFonts w:cs="Times New Roman"/>
          <w:szCs w:val="24"/>
        </w:rPr>
        <w:t>He is the one to restore equilibrium after blood has soaked the soil. He is the one to summon rain in times of drought. He is the one to cleanse the youth before they return to the cattle camps. And when war is imminent, he is the one to determine whether the land is spiritually ready—or whether its sons must be spiritually cleansed before a single shot is fired.</w:t>
      </w:r>
    </w:p>
    <w:p w:rsidR="00823498" w:rsidRPr="00936675" w:rsidRDefault="00823498" w:rsidP="00823498">
      <w:pPr>
        <w:spacing w:line="360" w:lineRule="auto"/>
        <w:jc w:val="both"/>
        <w:rPr>
          <w:rFonts w:cs="Times New Roman"/>
          <w:szCs w:val="24"/>
        </w:rPr>
      </w:pPr>
      <w:r w:rsidRPr="00936675">
        <w:rPr>
          <w:rFonts w:cs="Times New Roman"/>
          <w:szCs w:val="24"/>
        </w:rPr>
        <w:t>Dak Kueth cannot be neatly classified. He is not merely a preacher. Not just a rebel. Not simply a mystic. He is all these things at once—a figure born of tradition, raised in trauma, and sustained by faith.</w:t>
      </w:r>
    </w:p>
    <w:p w:rsidR="00823498" w:rsidRPr="00936675" w:rsidRDefault="00823498" w:rsidP="00823498">
      <w:pPr>
        <w:spacing w:line="360" w:lineRule="auto"/>
        <w:jc w:val="both"/>
        <w:rPr>
          <w:rFonts w:cs="Times New Roman"/>
          <w:szCs w:val="24"/>
        </w:rPr>
      </w:pPr>
      <w:r w:rsidRPr="00936675">
        <w:rPr>
          <w:rFonts w:cs="Times New Roman"/>
          <w:szCs w:val="24"/>
        </w:rPr>
        <w:t>Whether he becomes a bridge to peace or a barrier to reconciliation will depend not on his spiritual legitimacy—but on his moral restraint. Prophets are human, too. And even the voice of the divine, when carried by imperfect vessels, can become distorted. Yet no history of Jonglei, no map of South Sudan’s future, can be drawn without him.</w:t>
      </w:r>
    </w:p>
    <w:p w:rsidR="00823498" w:rsidRPr="00936675" w:rsidRDefault="00823498" w:rsidP="00823498">
      <w:pPr>
        <w:spacing w:line="360" w:lineRule="auto"/>
        <w:jc w:val="both"/>
        <w:rPr>
          <w:rFonts w:cs="Times New Roman"/>
          <w:szCs w:val="24"/>
        </w:rPr>
      </w:pPr>
      <w:r w:rsidRPr="00936675">
        <w:rPr>
          <w:rFonts w:cs="Times New Roman"/>
          <w:szCs w:val="24"/>
        </w:rPr>
        <w:t>Because Dak Kueth is not a side note in this story—he is one of its central characters. He is the man believed to walk with the spirit of Deng. He is the mission that organizes and commands thousands. And for many, he is the myth through whom the ancestors still speak.</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lastRenderedPageBreak/>
        <w:t>CHAPTER 5: Ayod in the Flood: Survival and Displacement</w:t>
      </w:r>
    </w:p>
    <w:p w:rsidR="00823498" w:rsidRPr="00936675" w:rsidRDefault="00823498" w:rsidP="00823498">
      <w:pPr>
        <w:spacing w:line="360" w:lineRule="auto"/>
        <w:jc w:val="both"/>
        <w:rPr>
          <w:rFonts w:cs="Times New Roman"/>
          <w:szCs w:val="24"/>
        </w:rPr>
      </w:pPr>
      <w:r w:rsidRPr="00936675">
        <w:rPr>
          <w:rFonts w:cs="Times New Roman"/>
          <w:szCs w:val="24"/>
        </w:rPr>
        <w:t>There are disasters that announce themselves with thunder and fire, and then there are those that arrive silently—seeping into the soil, creeping across the land, swallowing villages one by one. The flood in Ayod County was the latter: a slow, suffocating disaster that did not kill with immediacy, but crushed the will of a people over time.</w:t>
      </w:r>
    </w:p>
    <w:p w:rsidR="00823498" w:rsidRPr="00936675" w:rsidRDefault="00823498" w:rsidP="00823498">
      <w:pPr>
        <w:spacing w:line="360" w:lineRule="auto"/>
        <w:jc w:val="both"/>
        <w:rPr>
          <w:rFonts w:cs="Times New Roman"/>
          <w:szCs w:val="24"/>
        </w:rPr>
      </w:pPr>
      <w:r w:rsidRPr="00936675">
        <w:rPr>
          <w:rFonts w:cs="Times New Roman"/>
          <w:szCs w:val="24"/>
        </w:rPr>
        <w:t>What began as seasonal rain became something far more sinister—five consecutive years of rising water, unchecked by infrastructure and unmet by national urgency. Entire payams turned into lakes. Roads vanished. Livelihoods dissolved. What remained was an endless stretch of murky water and the stubborn resilience of a community determined not to disappear.</w:t>
      </w:r>
    </w:p>
    <w:p w:rsidR="00823498" w:rsidRPr="00936675" w:rsidRDefault="00823498" w:rsidP="00823498">
      <w:pPr>
        <w:spacing w:line="360" w:lineRule="auto"/>
        <w:jc w:val="both"/>
        <w:rPr>
          <w:rFonts w:cs="Times New Roman"/>
          <w:szCs w:val="24"/>
        </w:rPr>
      </w:pPr>
      <w:r w:rsidRPr="00936675">
        <w:rPr>
          <w:rFonts w:cs="Times New Roman"/>
          <w:szCs w:val="24"/>
        </w:rPr>
        <w:t>I remember returning to Ayod during the height of the flood. The landscape was unrecognizable. Familiar tukuls now stood like forgotten monuments rising from water. Children paddled through what used to be cattle kraals. Churches had become shelters, and trees were no longer shade—they were high ground. The rhythm of daily life had been drowned. Markets, schools, clinics—everything that gave structure to existence—had been swept away or submerged. The flood was not just a natural disaster. It was a social unraveling.</w:t>
      </w:r>
    </w:p>
    <w:p w:rsidR="00823498" w:rsidRPr="00936675" w:rsidRDefault="00823498" w:rsidP="00823498">
      <w:pPr>
        <w:spacing w:line="360" w:lineRule="auto"/>
        <w:jc w:val="both"/>
        <w:rPr>
          <w:rFonts w:cs="Times New Roman"/>
          <w:szCs w:val="24"/>
        </w:rPr>
      </w:pPr>
      <w:r w:rsidRPr="00936675">
        <w:rPr>
          <w:rFonts w:cs="Times New Roman"/>
          <w:szCs w:val="24"/>
        </w:rPr>
        <w:t>Families that had remained rooted for generations were now displaced—scattered across the Eastern banks of the Jonglei Canal, others trapped on isolated patches of dry land, surrounded by stagnation and uncertainty. Some were herded by desperation toward the wilderness, where wild fruits and fishing lines offered the only hope of survival.</w:t>
      </w:r>
    </w:p>
    <w:p w:rsidR="00823498" w:rsidRPr="00936675" w:rsidRDefault="00823498" w:rsidP="00823498">
      <w:pPr>
        <w:spacing w:line="360" w:lineRule="auto"/>
        <w:jc w:val="both"/>
        <w:rPr>
          <w:rFonts w:cs="Times New Roman"/>
          <w:szCs w:val="24"/>
        </w:rPr>
      </w:pPr>
      <w:r w:rsidRPr="00936675">
        <w:rPr>
          <w:rFonts w:cs="Times New Roman"/>
          <w:szCs w:val="24"/>
        </w:rPr>
        <w:t>Cattle—the pride of the Nuer ethnic group people, the living bank of Ayod—fared no better. Many drowned in the rising waters. Others grew thin and sick from a lack of pasture. The bond between man and animal, central to our identity and economy, was strained to its limits. Young boys who once sang songs to their herds now carried fishing spears and empty sacks. Rituals were abandoned; celebrations postponed indefinitely. Even the shrines of prophets and the graves of ancestors were not spared. The flood desecrated the sacred.</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 xml:space="preserve">In </w:t>
      </w:r>
      <w:proofErr w:type="spellStart"/>
      <w:r w:rsidRPr="00936675">
        <w:rPr>
          <w:rFonts w:cs="Times New Roman"/>
          <w:szCs w:val="24"/>
        </w:rPr>
        <w:t>Kuachdeng</w:t>
      </w:r>
      <w:proofErr w:type="spellEnd"/>
      <w:r w:rsidRPr="00936675">
        <w:rPr>
          <w:rFonts w:cs="Times New Roman"/>
          <w:szCs w:val="24"/>
        </w:rPr>
        <w:t xml:space="preserve"> and along the Canal, I witnessed a people fighting not just for land—but for dignity. Displacement in Ayod was not merely physical. It was existential. When your home, your land, your livestock, and your ancestors are submerged, what remains to anchor your identity?</w:t>
      </w:r>
    </w:p>
    <w:p w:rsidR="00823498" w:rsidRPr="00936675" w:rsidRDefault="00823498" w:rsidP="00823498">
      <w:pPr>
        <w:spacing w:line="360" w:lineRule="auto"/>
        <w:jc w:val="both"/>
        <w:rPr>
          <w:rFonts w:cs="Times New Roman"/>
          <w:szCs w:val="24"/>
        </w:rPr>
      </w:pPr>
      <w:r w:rsidRPr="00936675">
        <w:rPr>
          <w:rFonts w:cs="Times New Roman"/>
          <w:szCs w:val="24"/>
        </w:rPr>
        <w:t>And yet, amid the despair, the spirit of the people did not surrender. I saw youth rebuilding homes from reeds and plastic sheeting. I met women who organized communal meals from fish caught in floodwaters. Elders convened peace circles on raised earth mounds, still guiding the moral compass of the community. The displaced did not wait for government relief or humanitarian perfection—they did what they have always done: they adapted.</w:t>
      </w:r>
    </w:p>
    <w:p w:rsidR="00823498" w:rsidRPr="00936675" w:rsidRDefault="00823498" w:rsidP="00823498">
      <w:pPr>
        <w:spacing w:line="360" w:lineRule="auto"/>
        <w:jc w:val="both"/>
        <w:rPr>
          <w:rFonts w:cs="Times New Roman"/>
          <w:szCs w:val="24"/>
        </w:rPr>
      </w:pPr>
      <w:r w:rsidRPr="00936675">
        <w:rPr>
          <w:rFonts w:cs="Times New Roman"/>
          <w:szCs w:val="24"/>
        </w:rPr>
        <w:t>Spiritual leaders, including Prophet Tut Jok, continued their work even as their shrines became inaccessible. Mass prayers were held under trees, spiritual cleansing rituals were modified for swampy terrain, and the prophetic voice remained audible—insisting that displacement must not become disconnection.</w:t>
      </w:r>
    </w:p>
    <w:p w:rsidR="00823498" w:rsidRPr="00936675" w:rsidRDefault="00823498" w:rsidP="00823498">
      <w:pPr>
        <w:spacing w:line="360" w:lineRule="auto"/>
        <w:jc w:val="both"/>
        <w:rPr>
          <w:rFonts w:cs="Times New Roman"/>
          <w:szCs w:val="24"/>
        </w:rPr>
      </w:pPr>
      <w:r w:rsidRPr="00936675">
        <w:rPr>
          <w:rFonts w:cs="Times New Roman"/>
          <w:szCs w:val="24"/>
        </w:rPr>
        <w:t>Yet, the psychological toll was deep. Children grew up knowing water as a threat, not a source of life. Young people began to equate migration with normalcy. Marriage patterns shifted, food customs changed, and so too did the language of survival. The cultural compass of Ayod was being re-written in real time—by necessity, not by choice.</w:t>
      </w:r>
    </w:p>
    <w:p w:rsidR="00823498" w:rsidRPr="00936675" w:rsidRDefault="00823498" w:rsidP="00823498">
      <w:pPr>
        <w:spacing w:line="360" w:lineRule="auto"/>
        <w:jc w:val="both"/>
        <w:rPr>
          <w:rFonts w:cs="Times New Roman"/>
          <w:szCs w:val="24"/>
        </w:rPr>
      </w:pPr>
      <w:r w:rsidRPr="00936675">
        <w:rPr>
          <w:rFonts w:cs="Times New Roman"/>
          <w:szCs w:val="24"/>
        </w:rPr>
        <w:t>Still, what inspired me most during this time was the unrelenting hope. I met a boy no older than ten who told me, “The water will go. Ayod will come back. My father said we belong here.” That voice, soft and certain, reminded me that survival in South Sudan is not merely about staying alive—it is about keeping faith in return.</w:t>
      </w:r>
    </w:p>
    <w:p w:rsidR="00823498" w:rsidRPr="00936675" w:rsidRDefault="00823498" w:rsidP="00823498">
      <w:pPr>
        <w:spacing w:line="360" w:lineRule="auto"/>
        <w:jc w:val="both"/>
        <w:rPr>
          <w:rFonts w:cs="Times New Roman"/>
          <w:szCs w:val="24"/>
        </w:rPr>
      </w:pPr>
      <w:r w:rsidRPr="00936675">
        <w:rPr>
          <w:rFonts w:cs="Times New Roman"/>
          <w:szCs w:val="24"/>
        </w:rPr>
        <w:t>Today, as the waters slowly recede and the earth begins to breathe again, the people of Ayod are preparing—not for a celebration, but for a homecoming. They will not return with songs of triumph, but with quiet steps, guided by memory and faith. They will reclaim the land not just with shovels, but with ceremonies—prayers, cleansings, and rebuilding of the spiritual and physical alike.</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What Ayod has endured is more than a humanitarian crisis. It is a testimony. A witness to what happens when a community is left to face disaster alone—and to what becomes possible when they refuse to be broken by it.</w:t>
      </w:r>
    </w:p>
    <w:p w:rsidR="00823498" w:rsidRPr="00936675" w:rsidRDefault="00823498" w:rsidP="00823498">
      <w:pPr>
        <w:spacing w:line="360" w:lineRule="auto"/>
        <w:jc w:val="both"/>
        <w:rPr>
          <w:rFonts w:cs="Times New Roman"/>
          <w:szCs w:val="24"/>
        </w:rPr>
      </w:pPr>
      <w:r w:rsidRPr="00936675">
        <w:rPr>
          <w:rFonts w:cs="Times New Roman"/>
          <w:szCs w:val="24"/>
        </w:rPr>
        <w:t>The flood came to erase.</w:t>
      </w:r>
    </w:p>
    <w:p w:rsidR="00823498" w:rsidRPr="00936675" w:rsidRDefault="00823498" w:rsidP="00823498">
      <w:pPr>
        <w:spacing w:line="360" w:lineRule="auto"/>
        <w:jc w:val="both"/>
        <w:rPr>
          <w:rFonts w:cs="Times New Roman"/>
          <w:szCs w:val="24"/>
        </w:rPr>
      </w:pPr>
      <w:r w:rsidRPr="00936675">
        <w:rPr>
          <w:rFonts w:cs="Times New Roman"/>
          <w:szCs w:val="24"/>
        </w:rPr>
        <w:t>But Ayod has chosen to remember.</w:t>
      </w:r>
    </w:p>
    <w:p w:rsidR="00823498" w:rsidRPr="00936675" w:rsidRDefault="00823498" w:rsidP="00823498">
      <w:pPr>
        <w:spacing w:line="360" w:lineRule="auto"/>
        <w:jc w:val="both"/>
        <w:rPr>
          <w:rFonts w:cs="Times New Roman"/>
          <w:szCs w:val="24"/>
        </w:rPr>
      </w:pPr>
      <w:r w:rsidRPr="00936675">
        <w:rPr>
          <w:rFonts w:cs="Times New Roman"/>
          <w:szCs w:val="24"/>
        </w:rPr>
        <w:t>And from that memory, it will rise again.</w:t>
      </w:r>
    </w:p>
    <w:p w:rsidR="00823498" w:rsidRPr="00936675" w:rsidRDefault="00823498" w:rsidP="00823498">
      <w:pPr>
        <w:spacing w:line="360" w:lineRule="auto"/>
        <w:jc w:val="both"/>
        <w:rPr>
          <w:rFonts w:cs="Times New Roman"/>
          <w:szCs w:val="24"/>
        </w:rPr>
      </w:pPr>
      <w:r w:rsidRPr="00936675">
        <w:rPr>
          <w:rFonts w:cs="Times New Roman"/>
          <w:szCs w:val="24"/>
        </w:rPr>
        <w:t>Generation beyond the revenge</w:t>
      </w:r>
    </w:p>
    <w:p w:rsidR="00823498" w:rsidRPr="00936675" w:rsidRDefault="00823498" w:rsidP="00823498">
      <w:pPr>
        <w:spacing w:line="360" w:lineRule="auto"/>
        <w:jc w:val="both"/>
        <w:rPr>
          <w:rFonts w:cs="Times New Roman"/>
          <w:szCs w:val="24"/>
        </w:rPr>
      </w:pPr>
      <w:r w:rsidRPr="00936675">
        <w:rPr>
          <w:rFonts w:cs="Times New Roman"/>
          <w:szCs w:val="24"/>
        </w:rPr>
        <w:t xml:space="preserve">In South Sudan, revenge has too often masqueraded as justice. From the floodplains of Upper Nile to the savannahs of Equatoria, and across the cattle camps of Bahr </w:t>
      </w:r>
      <w:proofErr w:type="spellStart"/>
      <w:r w:rsidRPr="00936675">
        <w:rPr>
          <w:rFonts w:cs="Times New Roman"/>
          <w:szCs w:val="24"/>
        </w:rPr>
        <w:t>el</w:t>
      </w:r>
      <w:proofErr w:type="spellEnd"/>
      <w:r w:rsidRPr="00936675">
        <w:rPr>
          <w:rFonts w:cs="Times New Roman"/>
          <w:szCs w:val="24"/>
        </w:rPr>
        <w:t xml:space="preserve"> Ghazal, generations have been raised not on songs of peace, but on stories of bloodshed. Fathers passed down the names of those who wronged them like sacred family history. Sons were groomed to avenge before they were even old enough to speak at a council. In many communities, survival alone was not enough—honor demanded retaliation.</w:t>
      </w:r>
    </w:p>
    <w:p w:rsidR="00823498" w:rsidRPr="00936675" w:rsidRDefault="00823498" w:rsidP="00823498">
      <w:pPr>
        <w:spacing w:line="360" w:lineRule="auto"/>
        <w:jc w:val="both"/>
        <w:rPr>
          <w:rFonts w:cs="Times New Roman"/>
          <w:szCs w:val="24"/>
        </w:rPr>
      </w:pPr>
      <w:r w:rsidRPr="00936675">
        <w:rPr>
          <w:rFonts w:cs="Times New Roman"/>
          <w:szCs w:val="24"/>
        </w:rPr>
        <w:t>But what kind of future can be built upon such foundations?</w:t>
      </w:r>
    </w:p>
    <w:p w:rsidR="00823498" w:rsidRPr="00936675" w:rsidRDefault="00823498" w:rsidP="00823498">
      <w:pPr>
        <w:spacing w:line="360" w:lineRule="auto"/>
        <w:jc w:val="both"/>
        <w:rPr>
          <w:rFonts w:cs="Times New Roman"/>
          <w:szCs w:val="24"/>
        </w:rPr>
      </w:pPr>
      <w:r w:rsidRPr="00936675">
        <w:rPr>
          <w:rFonts w:cs="Times New Roman"/>
          <w:szCs w:val="24"/>
        </w:rPr>
        <w:t>Our country cannot endure another generation shaped in the furnace of grief and retribution. We already know where this path leads: razed villages, orphaned children, and a culture where violence is not only normalized but glorified. This is not merely a crisis of insecurity—it is a spiritual wound, a moral fracture in the soul of a young nation still struggling to define its identity.</w:t>
      </w:r>
    </w:p>
    <w:p w:rsidR="00823498" w:rsidRPr="00936675" w:rsidRDefault="00823498" w:rsidP="00823498">
      <w:pPr>
        <w:spacing w:line="360" w:lineRule="auto"/>
        <w:jc w:val="both"/>
        <w:rPr>
          <w:rFonts w:cs="Times New Roman"/>
          <w:szCs w:val="24"/>
        </w:rPr>
      </w:pPr>
      <w:r w:rsidRPr="00936675">
        <w:rPr>
          <w:rFonts w:cs="Times New Roman"/>
          <w:szCs w:val="24"/>
        </w:rPr>
        <w:t>I speak not only as a peacebuilder but as someone who once walked the dark path of vengeance—and carried its weight for years.</w:t>
      </w:r>
    </w:p>
    <w:p w:rsidR="00823498" w:rsidRPr="00936675" w:rsidRDefault="00823498" w:rsidP="00823498">
      <w:pPr>
        <w:spacing w:line="360" w:lineRule="auto"/>
        <w:jc w:val="both"/>
        <w:rPr>
          <w:rFonts w:cs="Times New Roman"/>
          <w:szCs w:val="24"/>
        </w:rPr>
      </w:pPr>
      <w:r w:rsidRPr="00936675">
        <w:rPr>
          <w:rFonts w:cs="Times New Roman"/>
          <w:szCs w:val="24"/>
        </w:rPr>
        <w:t xml:space="preserve">When my cousin, A/CDR Isaac Gatluok Riek, was killed by the Sudanese Armed Forces (SAF) in Leer, Unity State, it broke something inside me. Isaac wasn’t just a commander—he was family, protector, and the one entrusted with my future. He had been escorting me from our home in Gezira Fangak to Torit, where he was stationed at the SPLA headquarters. I was too young then to make the dangerous trek to Ethiopia, like many children of the war. Though I had already been conscripted into the Red Army, Isaac and </w:t>
      </w:r>
      <w:r w:rsidRPr="00936675">
        <w:rPr>
          <w:rFonts w:cs="Times New Roman"/>
          <w:szCs w:val="24"/>
        </w:rPr>
        <w:lastRenderedPageBreak/>
        <w:t>my father had made a different plan for me: that I would first go to school before eventually joining the liberation struggle. As the lastborn, my father's love and hope for a better path had prevailed.</w:t>
      </w:r>
    </w:p>
    <w:p w:rsidR="00823498" w:rsidRPr="00936675" w:rsidRDefault="00823498" w:rsidP="00823498">
      <w:pPr>
        <w:spacing w:line="360" w:lineRule="auto"/>
        <w:jc w:val="both"/>
        <w:rPr>
          <w:rFonts w:cs="Times New Roman"/>
          <w:szCs w:val="24"/>
        </w:rPr>
      </w:pPr>
      <w:r w:rsidRPr="00936675">
        <w:rPr>
          <w:rFonts w:cs="Times New Roman"/>
          <w:szCs w:val="24"/>
        </w:rPr>
        <w:t xml:space="preserve">To reach Torit, we had to pass through Leer, where we would board the only SPLA-operated steamer at Adok El Bhar port, then travel to </w:t>
      </w:r>
      <w:proofErr w:type="spellStart"/>
      <w:r w:rsidRPr="00936675">
        <w:rPr>
          <w:rFonts w:cs="Times New Roman"/>
          <w:szCs w:val="24"/>
        </w:rPr>
        <w:t>Bor</w:t>
      </w:r>
      <w:proofErr w:type="spellEnd"/>
      <w:r w:rsidRPr="00936675">
        <w:rPr>
          <w:rFonts w:cs="Times New Roman"/>
          <w:szCs w:val="24"/>
        </w:rPr>
        <w:t xml:space="preserve"> and proceed inland. It was a treacherous route—but Isaac was determined, committed to the liberation struggle he too joined at very earlier age.</w:t>
      </w:r>
    </w:p>
    <w:p w:rsidR="00823498" w:rsidRPr="00936675" w:rsidRDefault="00823498" w:rsidP="00823498">
      <w:pPr>
        <w:spacing w:line="360" w:lineRule="auto"/>
        <w:jc w:val="both"/>
        <w:rPr>
          <w:rFonts w:cs="Times New Roman"/>
          <w:szCs w:val="24"/>
        </w:rPr>
      </w:pPr>
      <w:r w:rsidRPr="00936675">
        <w:rPr>
          <w:rFonts w:cs="Times New Roman"/>
          <w:szCs w:val="24"/>
        </w:rPr>
        <w:t xml:space="preserve">But he never made it. In Leer, Isaac, his eldest son </w:t>
      </w:r>
      <w:proofErr w:type="spellStart"/>
      <w:r w:rsidRPr="00936675">
        <w:rPr>
          <w:rFonts w:cs="Times New Roman"/>
          <w:szCs w:val="24"/>
        </w:rPr>
        <w:t>Kaang</w:t>
      </w:r>
      <w:proofErr w:type="spellEnd"/>
      <w:r w:rsidRPr="00936675">
        <w:rPr>
          <w:rFonts w:cs="Times New Roman"/>
          <w:szCs w:val="24"/>
        </w:rPr>
        <w:t xml:space="preserve"> Isaac Gatluok (RIP), and several of their comrades were bombed by SAF Antonov and killed. In one moment, a dream collapsed. A family was shattered. And in the silence that followed, something bitter took root in me.</w:t>
      </w:r>
    </w:p>
    <w:p w:rsidR="00823498" w:rsidRPr="00936675" w:rsidRDefault="00823498" w:rsidP="00823498">
      <w:pPr>
        <w:spacing w:line="360" w:lineRule="auto"/>
        <w:jc w:val="both"/>
        <w:rPr>
          <w:rFonts w:cs="Times New Roman"/>
          <w:szCs w:val="24"/>
        </w:rPr>
      </w:pPr>
      <w:r w:rsidRPr="00936675">
        <w:rPr>
          <w:rFonts w:cs="Times New Roman"/>
          <w:szCs w:val="24"/>
        </w:rPr>
        <w:t>Revenge became my purpose. I didn’t understand Isaac’s sacrifice; I only understood my pain. The loss was unbearable—and the only relief I could imagine was to inflict the same pain on those who caused it. That rage consumed me, hardened me. For years, it drove every step I took in the war. I carried that thirst for vengeance into the SPLA ranks, believing that by fighting, I was settling a score that could not be forgiven.</w:t>
      </w:r>
    </w:p>
    <w:p w:rsidR="00823498" w:rsidRPr="00936675" w:rsidRDefault="00823498" w:rsidP="00823498">
      <w:pPr>
        <w:spacing w:line="360" w:lineRule="auto"/>
        <w:jc w:val="both"/>
        <w:rPr>
          <w:rFonts w:cs="Times New Roman"/>
          <w:szCs w:val="24"/>
        </w:rPr>
      </w:pPr>
      <w:r w:rsidRPr="00936675">
        <w:rPr>
          <w:rFonts w:cs="Times New Roman"/>
          <w:szCs w:val="24"/>
        </w:rPr>
        <w:t>But revenge is not a release. It is a chain that tightens with time. It haunted me, reshaped me, and left me emptier with every battle. The justice I sought never came. Instead, I learned that vengeance only extends the suffering—passing pain from one generation to the next, like a curse.</w:t>
      </w:r>
    </w:p>
    <w:p w:rsidR="00823498" w:rsidRPr="00936675" w:rsidRDefault="00823498" w:rsidP="00823498">
      <w:pPr>
        <w:spacing w:line="360" w:lineRule="auto"/>
        <w:jc w:val="both"/>
        <w:rPr>
          <w:rFonts w:cs="Times New Roman"/>
          <w:szCs w:val="24"/>
        </w:rPr>
      </w:pPr>
      <w:r w:rsidRPr="00936675">
        <w:rPr>
          <w:rFonts w:cs="Times New Roman"/>
          <w:szCs w:val="24"/>
        </w:rPr>
        <w:t>It took me years to understand that healing begins when we choose to let go of the need to hurt back. That is why I now speak the language of peace—not because I have forgotten Isaac, but because I have finally understood what his life, and his loss, must teach us.</w:t>
      </w:r>
    </w:p>
    <w:p w:rsidR="00823498" w:rsidRPr="00936675" w:rsidRDefault="00823498" w:rsidP="00823498">
      <w:pPr>
        <w:spacing w:line="360" w:lineRule="auto"/>
        <w:jc w:val="both"/>
        <w:rPr>
          <w:rFonts w:cs="Times New Roman"/>
          <w:szCs w:val="24"/>
        </w:rPr>
      </w:pPr>
      <w:r w:rsidRPr="00936675">
        <w:rPr>
          <w:rFonts w:cs="Times New Roman"/>
          <w:szCs w:val="24"/>
        </w:rPr>
        <w:t>That loss filled me with rage. Not grief, but fury. It twisted my young heart. I swore that one day, when I was old enough to carry a gun, I would avenge him. That vow became my compass. And when I was forcibly conscripted into the SPLA, I never considered escaping. I embraced the gun, believing that revenge was the only way to make sense of the pain.</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In the rugged hills of Central and Eastern Equatoria, I fought. I endured. But deep inside, I was haunted—not by enemies, but by the slow realization that revenge was devouring me. I witnessed deaths that brought no closure. I watched anger morph into destruction. And in that place of smoke and sorrow, I began to see that revenge doesn’t settle the score—it writes a new one.</w:t>
      </w:r>
    </w:p>
    <w:p w:rsidR="00823498" w:rsidRPr="00936675" w:rsidRDefault="00823498" w:rsidP="00823498">
      <w:pPr>
        <w:spacing w:line="360" w:lineRule="auto"/>
        <w:jc w:val="both"/>
        <w:rPr>
          <w:rFonts w:cs="Times New Roman"/>
          <w:szCs w:val="24"/>
        </w:rPr>
      </w:pPr>
      <w:r w:rsidRPr="00936675">
        <w:rPr>
          <w:rFonts w:cs="Times New Roman"/>
          <w:szCs w:val="24"/>
        </w:rPr>
        <w:t>Eventually, I let go of that vow. I gave up my rage—not because I had forgotten Isaac, but because I had finally understood him. He died for freedom, not for vengeance. And if I was to honor him, it would not be through violence, but through peace.</w:t>
      </w:r>
    </w:p>
    <w:p w:rsidR="00823498" w:rsidRPr="00936675" w:rsidRDefault="00823498" w:rsidP="00823498">
      <w:pPr>
        <w:spacing w:line="360" w:lineRule="auto"/>
        <w:jc w:val="both"/>
        <w:rPr>
          <w:rFonts w:cs="Times New Roman"/>
          <w:szCs w:val="24"/>
        </w:rPr>
      </w:pPr>
      <w:r w:rsidRPr="00936675">
        <w:rPr>
          <w:rFonts w:cs="Times New Roman"/>
          <w:szCs w:val="24"/>
        </w:rPr>
        <w:t>Since that transformation, I have sat with countless young people across South Sudan who, like me once, believed that revenge was the only inheritance available to them. With limited access to education, no meaningful employment, and few elders who model peaceful leadership, the gun often becomes both shield and identity. I recall a 14-year-old boy who said to me, “I don’t know who started this fight. I just know if I don’t fight back, they will return.” His words echoed my own thoughts from years ago. That boy wasn’t born into hatred—he was shaped by fear, grief, and a world without options.</w:t>
      </w:r>
    </w:p>
    <w:p w:rsidR="00823498" w:rsidRPr="00936675" w:rsidRDefault="00823498" w:rsidP="00823498">
      <w:pPr>
        <w:spacing w:line="360" w:lineRule="auto"/>
        <w:jc w:val="both"/>
        <w:rPr>
          <w:rFonts w:cs="Times New Roman"/>
          <w:szCs w:val="24"/>
        </w:rPr>
      </w:pPr>
      <w:r w:rsidRPr="00936675">
        <w:rPr>
          <w:rFonts w:cs="Times New Roman"/>
          <w:szCs w:val="24"/>
        </w:rPr>
        <w:t>And yet, I have also seen change.</w:t>
      </w:r>
    </w:p>
    <w:p w:rsidR="00823498" w:rsidRPr="00936675" w:rsidRDefault="00823498" w:rsidP="00823498">
      <w:pPr>
        <w:spacing w:line="360" w:lineRule="auto"/>
        <w:jc w:val="both"/>
        <w:rPr>
          <w:rFonts w:cs="Times New Roman"/>
          <w:szCs w:val="24"/>
        </w:rPr>
      </w:pPr>
      <w:r w:rsidRPr="00936675">
        <w:rPr>
          <w:rFonts w:cs="Times New Roman"/>
          <w:szCs w:val="24"/>
        </w:rPr>
        <w:t>I have witnessed a new generation emerging—young men and women who carry the scars of conflict but refuse to let those wounds define them. These youth are not naïve. They know the cost of violence, because they have lived it. And still, they choose peace. They choose forgiveness. They choose healing over harm.</w:t>
      </w:r>
    </w:p>
    <w:p w:rsidR="00823498" w:rsidRPr="00936675" w:rsidRDefault="00823498" w:rsidP="00823498">
      <w:pPr>
        <w:spacing w:line="360" w:lineRule="auto"/>
        <w:jc w:val="both"/>
        <w:rPr>
          <w:rFonts w:cs="Times New Roman"/>
          <w:szCs w:val="24"/>
        </w:rPr>
      </w:pPr>
      <w:r w:rsidRPr="00936675">
        <w:rPr>
          <w:rFonts w:cs="Times New Roman"/>
          <w:szCs w:val="24"/>
        </w:rPr>
        <w:t>Across community dialogues—from Fangak to Torit, from Wau to Lopa—I’ve seen former raiders sit silently as elders recount the destruction their actions caused. I’ve seen them bow their heads. I’ve seen them cry. And I’ve seen them pledge, in front of their communities, to never raise arms again. These were not rehearsed moments. They were real transformations—brought forth by spiritual guidance, truth-telling, and the deep, human desire to stop the bleeding.</w:t>
      </w:r>
    </w:p>
    <w:p w:rsidR="00823498" w:rsidRPr="00936675" w:rsidRDefault="00823498" w:rsidP="00823498">
      <w:pPr>
        <w:spacing w:line="360" w:lineRule="auto"/>
        <w:jc w:val="both"/>
        <w:rPr>
          <w:rFonts w:cs="Times New Roman"/>
          <w:szCs w:val="24"/>
        </w:rPr>
      </w:pPr>
      <w:r w:rsidRPr="00936675">
        <w:rPr>
          <w:rFonts w:cs="Times New Roman"/>
          <w:szCs w:val="24"/>
        </w:rPr>
        <w:t xml:space="preserve">Spiritual leaders have been the pillars of this transformation. Prophets like Dak Kueth and Makuach Tut have not simply preached peace—they’ve embodied it. They speak with </w:t>
      </w:r>
      <w:r w:rsidRPr="00936675">
        <w:rPr>
          <w:rFonts w:cs="Times New Roman"/>
          <w:szCs w:val="24"/>
        </w:rPr>
        <w:lastRenderedPageBreak/>
        <w:t>moral clarity, grounded in ancestral wisdom. They remind us that the land remembers the blood it swallows, and that justice delayed without restoration breeds more blood. Their teachings bring us back to the days when peace was not forged through treaties alone, but through truth, cleansing, and communal reckoning.</w:t>
      </w:r>
    </w:p>
    <w:p w:rsidR="00823498" w:rsidRPr="00936675" w:rsidRDefault="00823498" w:rsidP="00823498">
      <w:pPr>
        <w:spacing w:line="360" w:lineRule="auto"/>
        <w:jc w:val="both"/>
        <w:rPr>
          <w:rFonts w:cs="Times New Roman"/>
          <w:szCs w:val="24"/>
        </w:rPr>
      </w:pPr>
      <w:r w:rsidRPr="00936675">
        <w:rPr>
          <w:rFonts w:cs="Times New Roman"/>
          <w:szCs w:val="24"/>
        </w:rPr>
        <w:t>One of the most sacred tools in our tradition is blood compensation. In times past, when a life was taken, another was not. Instead, a process of dialogue and restitution followed. The family or clan responsible would offer cattle or resources—not as a price for life, but as a gesture of humility, sorrow, and a commitment to peace. These acts weren’t symbolic. They were binding. They prevented escalation. They honored life. They reminded all that justice is not about retribution—it is about restoration.</w:t>
      </w:r>
    </w:p>
    <w:p w:rsidR="00823498" w:rsidRPr="00936675" w:rsidRDefault="00823498" w:rsidP="00823498">
      <w:pPr>
        <w:spacing w:line="360" w:lineRule="auto"/>
        <w:jc w:val="both"/>
        <w:rPr>
          <w:rFonts w:cs="Times New Roman"/>
          <w:szCs w:val="24"/>
        </w:rPr>
      </w:pPr>
      <w:r w:rsidRPr="00936675">
        <w:rPr>
          <w:rFonts w:cs="Times New Roman"/>
          <w:szCs w:val="24"/>
        </w:rPr>
        <w:t>This is the kind of justice South Sudan must reclaim today.</w:t>
      </w:r>
    </w:p>
    <w:p w:rsidR="00823498" w:rsidRPr="00936675" w:rsidRDefault="00823498" w:rsidP="00823498">
      <w:pPr>
        <w:spacing w:line="360" w:lineRule="auto"/>
        <w:jc w:val="both"/>
        <w:rPr>
          <w:rFonts w:cs="Times New Roman"/>
          <w:szCs w:val="24"/>
        </w:rPr>
      </w:pPr>
      <w:r w:rsidRPr="00936675">
        <w:rPr>
          <w:rFonts w:cs="Times New Roman"/>
          <w:szCs w:val="24"/>
        </w:rPr>
        <w:t>We must strengthen the traditional justice systems that once kept our communities whole. Our elders didn’t view justice as punishment alone—they saw it as healing. The wronged family needed to be acknowledged, and the offending family needed to take responsibility. Where formal courts are distrusted or out of reach, customary courts remain accessible and legitimate. Let us protect and empower them—modernizing where needed, but never stripping them of their soul.</w:t>
      </w:r>
    </w:p>
    <w:p w:rsidR="00823498" w:rsidRPr="00936675" w:rsidRDefault="00823498" w:rsidP="00823498">
      <w:pPr>
        <w:spacing w:line="360" w:lineRule="auto"/>
        <w:jc w:val="both"/>
        <w:rPr>
          <w:rFonts w:cs="Times New Roman"/>
          <w:szCs w:val="24"/>
        </w:rPr>
      </w:pPr>
      <w:r w:rsidRPr="00936675">
        <w:rPr>
          <w:rFonts w:cs="Times New Roman"/>
          <w:szCs w:val="24"/>
        </w:rPr>
        <w:t>Forgiveness, too, must return to the heart of our national story. It is not weakness. It is not surrender. It is the bravest choice one can make. To forgive is to say: “The pain is real, but it will not own me.” It is choosing life over vengeance, humanity over hatred, and building where others only seek to destroy.</w:t>
      </w:r>
    </w:p>
    <w:p w:rsidR="00823498" w:rsidRPr="00936675" w:rsidRDefault="00823498" w:rsidP="00823498">
      <w:pPr>
        <w:spacing w:line="360" w:lineRule="auto"/>
        <w:jc w:val="both"/>
        <w:rPr>
          <w:rFonts w:cs="Times New Roman"/>
          <w:szCs w:val="24"/>
        </w:rPr>
      </w:pPr>
      <w:r w:rsidRPr="00936675">
        <w:rPr>
          <w:rFonts w:cs="Times New Roman"/>
          <w:szCs w:val="24"/>
        </w:rPr>
        <w:t>This mission has taken me to the furthest reaches of our country—from muddy riversides to conflict-weary villages. I have walked alongside warriors, mothers, orphans, and elders—people who once picked up arms, now picking up hope.</w:t>
      </w:r>
    </w:p>
    <w:p w:rsidR="00823498" w:rsidRPr="00936675" w:rsidRDefault="00823498" w:rsidP="00823498">
      <w:pPr>
        <w:spacing w:line="360" w:lineRule="auto"/>
        <w:jc w:val="both"/>
        <w:rPr>
          <w:rFonts w:cs="Times New Roman"/>
          <w:szCs w:val="24"/>
        </w:rPr>
      </w:pPr>
      <w:r w:rsidRPr="00936675">
        <w:rPr>
          <w:rFonts w:cs="Times New Roman"/>
          <w:szCs w:val="24"/>
        </w:rPr>
        <w:t>Our scars will never vanish, but they can become reminders of wisdom, not warfare. From those healed wounds, something new and beautiful can grow: a South Sudan that thrives in peace, not perishes in pain.</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 xml:space="preserve">Let this chapter be a call—not just to Jonglei or Murle ethnic group, but to all of South Sudan. To the youth of Rumbek, </w:t>
      </w:r>
      <w:proofErr w:type="spellStart"/>
      <w:r w:rsidRPr="00936675">
        <w:rPr>
          <w:rFonts w:cs="Times New Roman"/>
          <w:szCs w:val="24"/>
        </w:rPr>
        <w:t>Bor</w:t>
      </w:r>
      <w:proofErr w:type="spellEnd"/>
      <w:r w:rsidRPr="00936675">
        <w:rPr>
          <w:rFonts w:cs="Times New Roman"/>
          <w:szCs w:val="24"/>
        </w:rPr>
        <w:t xml:space="preserve">, Yei, Malakal, and beyond. To the chiefs of Fangak and Torit. To mothers in Bentiu and teachers in Wau. To every prophet in </w:t>
      </w:r>
      <w:proofErr w:type="gramStart"/>
      <w:r w:rsidRPr="00936675">
        <w:rPr>
          <w:rFonts w:cs="Times New Roman"/>
          <w:szCs w:val="24"/>
        </w:rPr>
        <w:t>Lou  and</w:t>
      </w:r>
      <w:proofErr w:type="gramEnd"/>
      <w:r w:rsidRPr="00936675">
        <w:rPr>
          <w:rFonts w:cs="Times New Roman"/>
          <w:szCs w:val="24"/>
        </w:rPr>
        <w:t xml:space="preserve"> Gawaar Nuer ethnic group, to the Red – Chiefs and age-set leaders in Pibor and the </w:t>
      </w:r>
      <w:proofErr w:type="spellStart"/>
      <w:r w:rsidRPr="00936675">
        <w:rPr>
          <w:rFonts w:cs="Times New Roman"/>
          <w:szCs w:val="24"/>
        </w:rPr>
        <w:t>Monyumoji</w:t>
      </w:r>
      <w:proofErr w:type="spellEnd"/>
      <w:r w:rsidRPr="00936675">
        <w:rPr>
          <w:rFonts w:cs="Times New Roman"/>
          <w:szCs w:val="24"/>
        </w:rPr>
        <w:t xml:space="preserve"> in Torit and to the parents who refuse to teach their children vengeance but love and the will to over-come the rage that comes with it.</w:t>
      </w:r>
    </w:p>
    <w:p w:rsidR="00823498" w:rsidRPr="00936675" w:rsidRDefault="00823498" w:rsidP="00823498">
      <w:pPr>
        <w:spacing w:line="360" w:lineRule="auto"/>
        <w:jc w:val="both"/>
        <w:rPr>
          <w:rFonts w:cs="Times New Roman"/>
          <w:szCs w:val="24"/>
        </w:rPr>
      </w:pPr>
      <w:r w:rsidRPr="00936675">
        <w:rPr>
          <w:rFonts w:cs="Times New Roman"/>
          <w:szCs w:val="24"/>
        </w:rPr>
        <w:t>Let us raise a generation beyond revenge. Let us rebuild the sacred institutions that once brought justice without blood. Let us show our children that justice can be healing, not harming—that strength lies in forgiveness, and peace is the highest form of power.</w:t>
      </w:r>
    </w:p>
    <w:p w:rsidR="00823498" w:rsidRPr="00936675" w:rsidRDefault="00823498" w:rsidP="00823498">
      <w:pPr>
        <w:spacing w:line="360" w:lineRule="auto"/>
        <w:jc w:val="both"/>
        <w:rPr>
          <w:rFonts w:cs="Times New Roman"/>
          <w:szCs w:val="24"/>
        </w:rPr>
      </w:pPr>
      <w:r w:rsidRPr="00936675">
        <w:rPr>
          <w:rFonts w:cs="Times New Roman"/>
          <w:szCs w:val="24"/>
        </w:rPr>
        <w:t>Let this be our legacy: that the violence ended with us, and a new South Sudan—restored, reconciled, and rising—began with our children.</w:t>
      </w:r>
    </w:p>
    <w:p w:rsidR="00823498" w:rsidRPr="00EC0C33" w:rsidRDefault="00EC0C33" w:rsidP="00823498">
      <w:pPr>
        <w:pStyle w:val="Heading2"/>
        <w:spacing w:line="360" w:lineRule="auto"/>
        <w:jc w:val="both"/>
        <w:rPr>
          <w:rFonts w:ascii="Times New Roman" w:hAnsi="Times New Roman" w:cs="Times New Roman"/>
          <w:sz w:val="24"/>
          <w:szCs w:val="24"/>
        </w:rPr>
      </w:pPr>
      <w:r w:rsidRPr="00EC0C33">
        <w:rPr>
          <w:rFonts w:ascii="Times New Roman" w:hAnsi="Times New Roman" w:cs="Times New Roman"/>
          <w:sz w:val="24"/>
          <w:szCs w:val="24"/>
        </w:rPr>
        <w:t>CHAPTER 6: SPIRITUAL AUTHORITY IN TIMES OF CHAOS</w:t>
      </w:r>
    </w:p>
    <w:p w:rsidR="00823498" w:rsidRPr="00936675" w:rsidRDefault="00823498" w:rsidP="00823498">
      <w:pPr>
        <w:spacing w:line="360" w:lineRule="auto"/>
        <w:jc w:val="both"/>
        <w:rPr>
          <w:rFonts w:cs="Times New Roman"/>
          <w:szCs w:val="24"/>
        </w:rPr>
      </w:pPr>
      <w:r w:rsidRPr="00936675">
        <w:rPr>
          <w:rFonts w:cs="Times New Roman"/>
          <w:szCs w:val="24"/>
        </w:rPr>
        <w:t>When order collapses and chaos become the norm, people do not stop seeking leadership—they simply look elsewhere. In the shadows of broken government institutions, absent service delivery, and the betrayals of elite politics, a different kind of authority has risen across Jonglei and the Greater Pibor Administrative Area (Murle ethnic group): spiritual authority—rooted in ancestral legitimacy, guided by moral conviction, and forged in the crucible of survival.</w:t>
      </w:r>
    </w:p>
    <w:p w:rsidR="00823498" w:rsidRPr="00936675" w:rsidRDefault="00823498" w:rsidP="00823498">
      <w:pPr>
        <w:spacing w:line="360" w:lineRule="auto"/>
        <w:jc w:val="both"/>
        <w:rPr>
          <w:rFonts w:cs="Times New Roman"/>
          <w:szCs w:val="24"/>
        </w:rPr>
      </w:pPr>
      <w:r w:rsidRPr="00936675">
        <w:rPr>
          <w:rFonts w:cs="Times New Roman"/>
          <w:szCs w:val="24"/>
        </w:rPr>
        <w:t>In these times of instability, the voices that resonate most are not those in government offices, but those in shrines, sacred trees, and open-air altars. They are the voices of prophets, visionaries, and spiritual guardians whose authority does not derive from legislation but from lineage, dreams, and divine encounters.</w:t>
      </w:r>
    </w:p>
    <w:p w:rsidR="00823498" w:rsidRPr="00936675" w:rsidRDefault="00823498" w:rsidP="00823498">
      <w:pPr>
        <w:spacing w:line="360" w:lineRule="auto"/>
        <w:jc w:val="both"/>
        <w:rPr>
          <w:rFonts w:cs="Times New Roman"/>
          <w:szCs w:val="24"/>
        </w:rPr>
      </w:pPr>
      <w:r w:rsidRPr="00936675">
        <w:rPr>
          <w:rFonts w:cs="Times New Roman"/>
          <w:szCs w:val="24"/>
        </w:rPr>
        <w:t>When bullets fly, when chiefs are silenced by their own youth, and when the rule of law becomes a rumor, it is the prophets who are still listened to.</w:t>
      </w:r>
    </w:p>
    <w:p w:rsidR="00823498" w:rsidRPr="00936675" w:rsidRDefault="00823498" w:rsidP="00823498">
      <w:pPr>
        <w:spacing w:line="360" w:lineRule="auto"/>
        <w:jc w:val="both"/>
        <w:rPr>
          <w:rFonts w:cs="Times New Roman"/>
          <w:szCs w:val="24"/>
        </w:rPr>
      </w:pPr>
      <w:r w:rsidRPr="00936675">
        <w:rPr>
          <w:rFonts w:cs="Times New Roman"/>
          <w:szCs w:val="24"/>
        </w:rPr>
        <w:t xml:space="preserve">In South Sudan’s most fractured landscapes, spiritual leaders have become the default moral infrastructure—arbiters of justice, mediators of conflict, and the final word in questions of war, peace, and communal conduct. They are trusted not because they hold </w:t>
      </w:r>
      <w:r w:rsidRPr="00936675">
        <w:rPr>
          <w:rFonts w:cs="Times New Roman"/>
          <w:szCs w:val="24"/>
        </w:rPr>
        <w:lastRenderedPageBreak/>
        <w:t>formal power, but because they are believed to be tethered to a higher one. Their role is not symbolic; it is functional. In times of chaos, they are the only constant.</w:t>
      </w:r>
    </w:p>
    <w:p w:rsidR="00823498" w:rsidRPr="00936675" w:rsidRDefault="00823498" w:rsidP="00823498">
      <w:pPr>
        <w:spacing w:line="360" w:lineRule="auto"/>
        <w:jc w:val="both"/>
        <w:rPr>
          <w:rFonts w:cs="Times New Roman"/>
          <w:szCs w:val="24"/>
        </w:rPr>
      </w:pPr>
      <w:r w:rsidRPr="00936675">
        <w:rPr>
          <w:rFonts w:cs="Times New Roman"/>
          <w:szCs w:val="24"/>
        </w:rPr>
        <w:t xml:space="preserve">The rise of spiritual authority during crisis is not new. It is deeply historical—and deeply African. In Nuer ethnic group and Murle cosmology, governance has never been purely political. It has always been spiritual. Prophets like </w:t>
      </w:r>
      <w:proofErr w:type="spellStart"/>
      <w:r w:rsidRPr="00936675">
        <w:rPr>
          <w:rFonts w:cs="Times New Roman"/>
          <w:szCs w:val="24"/>
        </w:rPr>
        <w:t>Ngundeng</w:t>
      </w:r>
      <w:proofErr w:type="spellEnd"/>
      <w:r w:rsidRPr="00936675">
        <w:rPr>
          <w:rFonts w:cs="Times New Roman"/>
          <w:szCs w:val="24"/>
        </w:rPr>
        <w:t xml:space="preserve"> Bong once wielded as much, if not more, influence than kings. In the 21st century, this pattern continues with figures such as Dak Kueth Deng, Tut Jok, and Makuach Tut, whose leadership during conflict has often held back bloodshed where diplomacy failed.</w:t>
      </w:r>
    </w:p>
    <w:p w:rsidR="00823498" w:rsidRPr="00936675" w:rsidRDefault="00823498" w:rsidP="00823498">
      <w:pPr>
        <w:spacing w:line="360" w:lineRule="auto"/>
        <w:jc w:val="both"/>
        <w:rPr>
          <w:rFonts w:cs="Times New Roman"/>
          <w:szCs w:val="24"/>
        </w:rPr>
      </w:pPr>
      <w:r w:rsidRPr="00936675">
        <w:rPr>
          <w:rFonts w:cs="Times New Roman"/>
          <w:szCs w:val="24"/>
        </w:rPr>
        <w:t>I have witnessed this with my own eyes. During our dialogues in Thuokrikna, it was not the arrival of officials that restored calm—it was the presence of prophets. Their words were not mere appeals—they were edicts, believed to be anchored in the unseen. And because they are perceived to speak on behalf of spirits or ancestors, their influence touches something deeper than politics—it touches identity, memory, and collective purpose.</w:t>
      </w:r>
    </w:p>
    <w:p w:rsidR="00823498" w:rsidRPr="00936675" w:rsidRDefault="00823498" w:rsidP="00823498">
      <w:pPr>
        <w:spacing w:line="360" w:lineRule="auto"/>
        <w:jc w:val="both"/>
        <w:rPr>
          <w:rFonts w:cs="Times New Roman"/>
          <w:szCs w:val="24"/>
        </w:rPr>
      </w:pPr>
      <w:r w:rsidRPr="00936675">
        <w:rPr>
          <w:rFonts w:cs="Times New Roman"/>
          <w:szCs w:val="24"/>
        </w:rPr>
        <w:t>Prior to our January 10th, 2025 meeting, Prophet Dak Kueth had taken part in a significant gathering held in Yuai, aimed at demobilizing youth amid growing fears of a potential incursion into the Greater Pibor Administrative Area (Murle ethnic group). Tensions were high, and pressure mounted from the Lou Nuer ethnic group community, who had been calling on the Prophet to summon the youth—known as the White Army—to respond to a surge in sporadic attacks, cattle raids, and child abductions.</w:t>
      </w:r>
    </w:p>
    <w:p w:rsidR="00823498" w:rsidRPr="00936675" w:rsidRDefault="00823498" w:rsidP="00823498">
      <w:pPr>
        <w:spacing w:line="360" w:lineRule="auto"/>
        <w:jc w:val="both"/>
        <w:rPr>
          <w:rFonts w:cs="Times New Roman"/>
          <w:szCs w:val="24"/>
        </w:rPr>
      </w:pPr>
      <w:r w:rsidRPr="00936675">
        <w:rPr>
          <w:rFonts w:cs="Times New Roman"/>
          <w:szCs w:val="24"/>
        </w:rPr>
        <w:t>Though deeply provoked by these events, Prophet Dak made a bold and principled decision: he refused to authorize retaliation. Instead, he reaffirmed his commitment to the landmark Pieri Peace Agreement, a pact he had previously signed with the Dinka ethnic group and Murle communities. His restraint, rooted in spiritual conviction and foresight, sent a powerful message—peace, not vengeance, must guide the way forward.</w:t>
      </w:r>
    </w:p>
    <w:p w:rsidR="00823498" w:rsidRPr="00936675" w:rsidRDefault="00823498" w:rsidP="00823498">
      <w:pPr>
        <w:spacing w:line="360" w:lineRule="auto"/>
        <w:jc w:val="both"/>
        <w:rPr>
          <w:rFonts w:cs="Times New Roman"/>
          <w:szCs w:val="24"/>
        </w:rPr>
      </w:pPr>
      <w:r w:rsidRPr="00936675">
        <w:rPr>
          <w:rFonts w:cs="Times New Roman"/>
          <w:szCs w:val="24"/>
        </w:rPr>
        <w:t xml:space="preserve">Upon his arrival in Yuai, Prophet Dak was accorded a hero’s welcome by the Dak and Jaak communities of Uror County. Pilgrims traveled from as far as Nyirol to meet the revered spiritual leader. His presence was not just a visit—it was a pilgrimage of hope. In a deeply symbolic gesture, he reconciled the Lou Nuer ethnic group from their internal divisions </w:t>
      </w:r>
      <w:r w:rsidRPr="00936675">
        <w:rPr>
          <w:rFonts w:cs="Times New Roman"/>
          <w:szCs w:val="24"/>
        </w:rPr>
        <w:lastRenderedPageBreak/>
        <w:t>and called upon them not to take up arms, but to protect the land and preserve peace. “Protect the land,” he said, “but do not attack.”</w:t>
      </w:r>
    </w:p>
    <w:p w:rsidR="00823498" w:rsidRPr="00936675" w:rsidRDefault="00823498" w:rsidP="00823498">
      <w:pPr>
        <w:spacing w:line="360" w:lineRule="auto"/>
        <w:jc w:val="both"/>
        <w:rPr>
          <w:rFonts w:cs="Times New Roman"/>
          <w:szCs w:val="24"/>
        </w:rPr>
      </w:pPr>
      <w:r w:rsidRPr="00936675">
        <w:rPr>
          <w:rFonts w:cs="Times New Roman"/>
          <w:szCs w:val="24"/>
        </w:rPr>
        <w:t>His words brought a collective sigh of relief. For the first time in weeks, we all breathed with ease and optimism.</w:t>
      </w:r>
    </w:p>
    <w:p w:rsidR="00823498" w:rsidRPr="00936675" w:rsidRDefault="00823498" w:rsidP="00823498">
      <w:pPr>
        <w:spacing w:line="360" w:lineRule="auto"/>
        <w:jc w:val="both"/>
        <w:rPr>
          <w:rFonts w:cs="Times New Roman"/>
          <w:szCs w:val="24"/>
        </w:rPr>
      </w:pPr>
      <w:r w:rsidRPr="00936675">
        <w:rPr>
          <w:rFonts w:cs="Times New Roman"/>
          <w:szCs w:val="24"/>
        </w:rPr>
        <w:t>During that same meeting, Reath Tut, the overall youth leader, was entrusted with organizing the youth into patrolling units and reconnaissance teams, tasked with monitoring movement and maintaining vigilance—especially along the eastern frontiers. These units were not formed for aggression, but for observation and deterrence, marking a strategic shift toward responsible community defense.</w:t>
      </w:r>
    </w:p>
    <w:p w:rsidR="00823498" w:rsidRPr="00936675" w:rsidRDefault="00823498" w:rsidP="00823498">
      <w:pPr>
        <w:spacing w:line="360" w:lineRule="auto"/>
        <w:jc w:val="both"/>
        <w:rPr>
          <w:rFonts w:cs="Times New Roman"/>
          <w:szCs w:val="24"/>
        </w:rPr>
      </w:pPr>
      <w:r w:rsidRPr="00936675">
        <w:rPr>
          <w:rFonts w:cs="Times New Roman"/>
          <w:szCs w:val="24"/>
        </w:rPr>
        <w:t>The gathering was organized under the leadership of the Uror County Executive Director, Thomas Lual Puot, popularly known as Dol Teny. With the combined support of local authorities and spiritual leadership, the meeting stood as a testament to the transformative power of indigenous leadership, unity, and faith-based conflict resolution.</w:t>
      </w:r>
    </w:p>
    <w:p w:rsidR="00823498" w:rsidRPr="00936675" w:rsidRDefault="00823498" w:rsidP="00823498">
      <w:pPr>
        <w:spacing w:line="360" w:lineRule="auto"/>
        <w:jc w:val="both"/>
        <w:rPr>
          <w:rFonts w:cs="Times New Roman"/>
          <w:szCs w:val="24"/>
        </w:rPr>
      </w:pPr>
      <w:r w:rsidRPr="00936675">
        <w:rPr>
          <w:rFonts w:cs="Times New Roman"/>
          <w:szCs w:val="24"/>
        </w:rPr>
        <w:t>But such power, especially in times of chaos, must be handled with care.</w:t>
      </w:r>
    </w:p>
    <w:p w:rsidR="00823498" w:rsidRPr="00936675" w:rsidRDefault="00823498" w:rsidP="00823498">
      <w:pPr>
        <w:spacing w:line="360" w:lineRule="auto"/>
        <w:jc w:val="both"/>
        <w:rPr>
          <w:rFonts w:cs="Times New Roman"/>
          <w:szCs w:val="24"/>
        </w:rPr>
      </w:pPr>
      <w:r w:rsidRPr="00936675">
        <w:rPr>
          <w:rFonts w:cs="Times New Roman"/>
          <w:szCs w:val="24"/>
        </w:rPr>
        <w:t>When spiritual leaders remain grounded in humility and community service, they become pillars of peace and guardians of balance. But when they succumb to the temptations of unchecked control, or allow themselves to be co-opted by political factions, the very authority that once held communities together can become a weapon of division.</w:t>
      </w:r>
    </w:p>
    <w:p w:rsidR="00823498" w:rsidRPr="00936675" w:rsidRDefault="00823498" w:rsidP="00823498">
      <w:pPr>
        <w:spacing w:line="360" w:lineRule="auto"/>
        <w:jc w:val="both"/>
        <w:rPr>
          <w:rFonts w:cs="Times New Roman"/>
          <w:szCs w:val="24"/>
        </w:rPr>
      </w:pPr>
      <w:r w:rsidRPr="00936675">
        <w:rPr>
          <w:rFonts w:cs="Times New Roman"/>
          <w:szCs w:val="24"/>
        </w:rPr>
        <w:t>This is the paradox of spiritual authority in fragile settings: it is essential, but volatile. It can resolve conflict—or sanctify violence. It can build trust—or reinforce fear. It can awaken collective healing—or entrench unaccountable power. And so, the question is not whether spiritual authority should be part of peacebuilding—it already is. The real question is: how do we guide it, accompany it, and ensure that it remains rooted in justice rather than dominance?</w:t>
      </w:r>
    </w:p>
    <w:p w:rsidR="00823498" w:rsidRPr="00936675" w:rsidRDefault="00823498" w:rsidP="00823498">
      <w:pPr>
        <w:spacing w:line="360" w:lineRule="auto"/>
        <w:jc w:val="both"/>
        <w:rPr>
          <w:rFonts w:cs="Times New Roman"/>
          <w:szCs w:val="24"/>
        </w:rPr>
      </w:pPr>
      <w:r w:rsidRPr="00936675">
        <w:rPr>
          <w:rFonts w:cs="Times New Roman"/>
          <w:szCs w:val="24"/>
        </w:rPr>
        <w:t xml:space="preserve">In my work, I have seen that the best approach is not to sideline spiritual leaders, nor to romanticize them—but to engage them as full actors in peace processes. They must be part of planning, implementation, and accountability. Their voices should be included not only </w:t>
      </w:r>
      <w:r w:rsidRPr="00936675">
        <w:rPr>
          <w:rFonts w:cs="Times New Roman"/>
          <w:szCs w:val="24"/>
        </w:rPr>
        <w:lastRenderedPageBreak/>
        <w:t>in rituals, but in strategy. They must be respected—but also supported with the skills and tools necessary to mediate complex and evolving conflicts.</w:t>
      </w:r>
    </w:p>
    <w:p w:rsidR="00823498" w:rsidRPr="00936675" w:rsidRDefault="00823498" w:rsidP="00823498">
      <w:pPr>
        <w:spacing w:line="360" w:lineRule="auto"/>
        <w:jc w:val="both"/>
        <w:rPr>
          <w:rFonts w:cs="Times New Roman"/>
          <w:szCs w:val="24"/>
        </w:rPr>
      </w:pPr>
      <w:r w:rsidRPr="00936675">
        <w:rPr>
          <w:rFonts w:cs="Times New Roman"/>
          <w:szCs w:val="24"/>
        </w:rPr>
        <w:t>We cannot speak of sustainable peace in Jonglei and Murle ethnic group without speaking of the shrines, the symbols, the sacred oaths, and the prophetic voices that shape behavior far more than peace agreements written in Juba. The prophets may not sit at the national negotiation tables—but their influence determines whether the outcomes of those tables hold.</w:t>
      </w:r>
    </w:p>
    <w:p w:rsidR="00823498" w:rsidRPr="00936675" w:rsidRDefault="00823498" w:rsidP="00823498">
      <w:pPr>
        <w:spacing w:line="360" w:lineRule="auto"/>
        <w:jc w:val="both"/>
        <w:rPr>
          <w:rFonts w:cs="Times New Roman"/>
          <w:szCs w:val="24"/>
        </w:rPr>
      </w:pPr>
      <w:r w:rsidRPr="00936675">
        <w:rPr>
          <w:rFonts w:cs="Times New Roman"/>
          <w:szCs w:val="24"/>
        </w:rPr>
        <w:t>In times of chaos, the people follow those who help them make sense of the storm.</w:t>
      </w:r>
    </w:p>
    <w:p w:rsidR="00823498" w:rsidRPr="00936675" w:rsidRDefault="00823498" w:rsidP="00823498">
      <w:pPr>
        <w:spacing w:line="360" w:lineRule="auto"/>
        <w:jc w:val="both"/>
        <w:rPr>
          <w:rFonts w:cs="Times New Roman"/>
          <w:szCs w:val="24"/>
        </w:rPr>
      </w:pPr>
      <w:r w:rsidRPr="00936675">
        <w:rPr>
          <w:rFonts w:cs="Times New Roman"/>
          <w:szCs w:val="24"/>
        </w:rPr>
        <w:t>And in South Sudan, more often than not, that person is not a minister. It is a prophet—standing barefoot in the mud, calling a community back to itself, back to order, and back to the ancestors.</w:t>
      </w:r>
    </w:p>
    <w:p w:rsidR="00823498" w:rsidRPr="00936675" w:rsidRDefault="00823498" w:rsidP="00823498">
      <w:pPr>
        <w:spacing w:line="360" w:lineRule="auto"/>
        <w:jc w:val="both"/>
        <w:rPr>
          <w:rFonts w:cs="Times New Roman"/>
          <w:szCs w:val="24"/>
        </w:rPr>
      </w:pPr>
      <w:r w:rsidRPr="00936675">
        <w:rPr>
          <w:rFonts w:cs="Times New Roman"/>
          <w:szCs w:val="24"/>
        </w:rPr>
        <w:t>If we are to chart a path out of the chaos, we must walk alongside them.</w:t>
      </w:r>
    </w:p>
    <w:p w:rsidR="00823498" w:rsidRPr="00936675" w:rsidRDefault="00EC0C33"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7: LEADERSHIP FOR PEACE IN A TIME OF CRISIS</w:t>
      </w:r>
    </w:p>
    <w:p w:rsidR="00823498" w:rsidRPr="00936675" w:rsidRDefault="00823498" w:rsidP="00823498">
      <w:pPr>
        <w:spacing w:line="360" w:lineRule="auto"/>
        <w:jc w:val="both"/>
        <w:rPr>
          <w:rFonts w:cs="Times New Roman"/>
          <w:szCs w:val="24"/>
        </w:rPr>
      </w:pPr>
      <w:r w:rsidRPr="00936675">
        <w:rPr>
          <w:rFonts w:cs="Times New Roman"/>
          <w:szCs w:val="24"/>
        </w:rPr>
        <w:t>In the vast wetland heart of Jonglei, where the Gawaar and Lou Nuer ethnic group have long shared borders, cattle camps, and bloodlines—and yet, in recent years, also shared grief—there rose a man whose quiet presence began to stitch together what war and revenge had torn apart. His name is Prophet Makuach Tut, a man not propelled by force, but by spiritual clarity, ancestral calling, and an unwavering commitment to unity.</w:t>
      </w:r>
    </w:p>
    <w:p w:rsidR="00823498" w:rsidRPr="00936675" w:rsidRDefault="00823498" w:rsidP="00823498">
      <w:pPr>
        <w:spacing w:line="360" w:lineRule="auto"/>
        <w:jc w:val="both"/>
        <w:rPr>
          <w:rFonts w:cs="Times New Roman"/>
          <w:szCs w:val="24"/>
        </w:rPr>
      </w:pPr>
      <w:r w:rsidRPr="00936675">
        <w:rPr>
          <w:rFonts w:cs="Times New Roman"/>
          <w:szCs w:val="24"/>
        </w:rPr>
        <w:t>The Warrior of Sacred Resolve</w:t>
      </w:r>
    </w:p>
    <w:p w:rsidR="00823498" w:rsidRPr="00936675" w:rsidRDefault="00823498" w:rsidP="00823498">
      <w:pPr>
        <w:spacing w:line="360" w:lineRule="auto"/>
        <w:jc w:val="both"/>
        <w:rPr>
          <w:rFonts w:cs="Times New Roman"/>
          <w:szCs w:val="24"/>
        </w:rPr>
      </w:pPr>
      <w:r w:rsidRPr="00936675">
        <w:rPr>
          <w:rFonts w:cs="Times New Roman"/>
          <w:szCs w:val="24"/>
        </w:rPr>
        <w:t xml:space="preserve">When I first encountered Prophet Makuach Tut, it was not in a place of ceremony. Michael Comerford, Strategic Adviser for the Peacebuilding Opportunities Fund–UK, and I embarked on a journey to </w:t>
      </w:r>
      <w:proofErr w:type="spellStart"/>
      <w:r w:rsidRPr="00936675">
        <w:rPr>
          <w:rFonts w:cs="Times New Roman"/>
          <w:szCs w:val="24"/>
        </w:rPr>
        <w:t>Tuok</w:t>
      </w:r>
      <w:proofErr w:type="spellEnd"/>
      <w:r w:rsidRPr="00936675">
        <w:rPr>
          <w:rFonts w:cs="Times New Roman"/>
          <w:szCs w:val="24"/>
        </w:rPr>
        <w:t xml:space="preserve"> village of </w:t>
      </w:r>
      <w:proofErr w:type="spellStart"/>
      <w:r w:rsidRPr="00936675">
        <w:rPr>
          <w:rFonts w:cs="Times New Roman"/>
          <w:szCs w:val="24"/>
        </w:rPr>
        <w:t>Pajiek</w:t>
      </w:r>
      <w:proofErr w:type="spellEnd"/>
      <w:r w:rsidRPr="00936675">
        <w:rPr>
          <w:rFonts w:cs="Times New Roman"/>
          <w:szCs w:val="24"/>
        </w:rPr>
        <w:t xml:space="preserve"> Payam. Prophet Makuach owned almost the entire hamlet. He was returning from </w:t>
      </w:r>
      <w:proofErr w:type="spellStart"/>
      <w:r w:rsidRPr="00936675">
        <w:rPr>
          <w:rFonts w:cs="Times New Roman"/>
          <w:szCs w:val="24"/>
        </w:rPr>
        <w:t>Pariang</w:t>
      </w:r>
      <w:proofErr w:type="spellEnd"/>
      <w:r w:rsidRPr="00936675">
        <w:rPr>
          <w:rFonts w:cs="Times New Roman"/>
          <w:szCs w:val="24"/>
        </w:rPr>
        <w:t xml:space="preserve">, a village located in the swamp west of Ayod. We reached </w:t>
      </w:r>
      <w:proofErr w:type="spellStart"/>
      <w:r w:rsidRPr="00936675">
        <w:rPr>
          <w:rFonts w:cs="Times New Roman"/>
          <w:szCs w:val="24"/>
        </w:rPr>
        <w:t>Tuok</w:t>
      </w:r>
      <w:proofErr w:type="spellEnd"/>
      <w:r w:rsidRPr="00936675">
        <w:rPr>
          <w:rFonts w:cs="Times New Roman"/>
          <w:szCs w:val="24"/>
        </w:rPr>
        <w:t xml:space="preserve"> along the Canal, and we were told he had crossed to his home on the western bank. A canoe was brought, and we crossed after his spiritual adviser, Gai Biel, confirmed our meeting.</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As we reached, women ululated—a sign of welcoming important guests. More significantly, they had been informed of the sacred gift we brought: Yang Kuoth, a cow with a calf, presented to the Divinity. The meeting was quickly arranged. Mats made of river reeds were laid down, and a few wooden chairs were gathered to prepare the venue.</w:t>
      </w:r>
    </w:p>
    <w:p w:rsidR="00823498" w:rsidRPr="00936675" w:rsidRDefault="00823498" w:rsidP="00823498">
      <w:pPr>
        <w:spacing w:line="360" w:lineRule="auto"/>
        <w:jc w:val="both"/>
        <w:rPr>
          <w:rFonts w:cs="Times New Roman"/>
          <w:szCs w:val="24"/>
        </w:rPr>
      </w:pPr>
      <w:r w:rsidRPr="00936675">
        <w:rPr>
          <w:rFonts w:cs="Times New Roman"/>
          <w:szCs w:val="24"/>
        </w:rPr>
        <w:t>Prophet Makuach emerged from his well-thatched house, flanked by senior spiritual leader Gai Biel and junior Dayim—custodians of smaller divinities. We all stood and bowed. He silently lifted his hands—fly whisk in his right hand, a semi-automatic rifle in his left. He gestured for us to sit. A holy silence settled.</w:t>
      </w:r>
    </w:p>
    <w:p w:rsidR="00823498" w:rsidRPr="00936675" w:rsidRDefault="00823498" w:rsidP="00823498">
      <w:pPr>
        <w:spacing w:line="360" w:lineRule="auto"/>
        <w:jc w:val="both"/>
        <w:rPr>
          <w:rFonts w:cs="Times New Roman"/>
          <w:szCs w:val="24"/>
        </w:rPr>
      </w:pPr>
      <w:r w:rsidRPr="00936675">
        <w:rPr>
          <w:rFonts w:cs="Times New Roman"/>
          <w:szCs w:val="24"/>
        </w:rPr>
        <w:t>The meeting was formally opened by the spiritual adviser, who began by inviting each of us to introduce ourselves. Michael Camerford was already a familiar face to many in the crowd, but I was a newcomer. Anticipating the importance of making a meaningful first impression, I had done my homework beforehand.</w:t>
      </w:r>
    </w:p>
    <w:p w:rsidR="00823498" w:rsidRPr="00936675" w:rsidRDefault="00823498" w:rsidP="00823498">
      <w:pPr>
        <w:spacing w:line="360" w:lineRule="auto"/>
        <w:jc w:val="both"/>
        <w:rPr>
          <w:rFonts w:cs="Times New Roman"/>
          <w:szCs w:val="24"/>
        </w:rPr>
      </w:pPr>
      <w:r w:rsidRPr="00936675">
        <w:rPr>
          <w:rFonts w:cs="Times New Roman"/>
          <w:szCs w:val="24"/>
        </w:rPr>
        <w:t>I had quietly learned about the Prophet’s favorite bull—its name and its striking color: Rol-</w:t>
      </w:r>
      <w:proofErr w:type="spellStart"/>
      <w:r w:rsidRPr="00936675">
        <w:rPr>
          <w:rFonts w:cs="Times New Roman"/>
          <w:szCs w:val="24"/>
        </w:rPr>
        <w:t>Nyaang</w:t>
      </w:r>
      <w:proofErr w:type="spellEnd"/>
      <w:r w:rsidRPr="00936675">
        <w:rPr>
          <w:rFonts w:cs="Times New Roman"/>
          <w:szCs w:val="24"/>
        </w:rPr>
        <w:t>. Before the meeting, I briefed Michael, suggesting he mention it during his introduction. When he did, the response was electric.</w:t>
      </w:r>
    </w:p>
    <w:p w:rsidR="00823498" w:rsidRPr="00936675" w:rsidRDefault="00823498" w:rsidP="00823498">
      <w:pPr>
        <w:spacing w:line="360" w:lineRule="auto"/>
        <w:jc w:val="both"/>
        <w:rPr>
          <w:rFonts w:cs="Times New Roman"/>
          <w:szCs w:val="24"/>
        </w:rPr>
      </w:pPr>
      <w:r w:rsidRPr="00936675">
        <w:rPr>
          <w:rFonts w:cs="Times New Roman"/>
          <w:szCs w:val="24"/>
        </w:rPr>
        <w:t>The crowd murmured in astonishment. There were giggles, gasps, and whispered exchanges:</w:t>
      </w:r>
    </w:p>
    <w:p w:rsidR="00823498" w:rsidRPr="00936675" w:rsidRDefault="00823498" w:rsidP="00823498">
      <w:pPr>
        <w:spacing w:line="360" w:lineRule="auto"/>
        <w:jc w:val="both"/>
        <w:rPr>
          <w:rFonts w:cs="Times New Roman"/>
          <w:szCs w:val="24"/>
        </w:rPr>
      </w:pPr>
      <w:r w:rsidRPr="00936675">
        <w:rPr>
          <w:rFonts w:cs="Times New Roman"/>
          <w:szCs w:val="24"/>
        </w:rPr>
        <w:t>“How could he know?”</w:t>
      </w:r>
    </w:p>
    <w:p w:rsidR="00823498" w:rsidRPr="00936675" w:rsidRDefault="00823498" w:rsidP="00823498">
      <w:pPr>
        <w:spacing w:line="360" w:lineRule="auto"/>
        <w:jc w:val="both"/>
        <w:rPr>
          <w:rFonts w:cs="Times New Roman"/>
          <w:szCs w:val="24"/>
        </w:rPr>
      </w:pPr>
      <w:r w:rsidRPr="00936675">
        <w:rPr>
          <w:rFonts w:cs="Times New Roman"/>
          <w:szCs w:val="24"/>
        </w:rPr>
        <w:t>“He must be a true friend.”</w:t>
      </w:r>
    </w:p>
    <w:p w:rsidR="00823498" w:rsidRPr="00936675" w:rsidRDefault="00823498" w:rsidP="00823498">
      <w:pPr>
        <w:spacing w:line="360" w:lineRule="auto"/>
        <w:jc w:val="both"/>
        <w:rPr>
          <w:rFonts w:cs="Times New Roman"/>
          <w:szCs w:val="24"/>
        </w:rPr>
      </w:pPr>
      <w:r w:rsidRPr="00936675">
        <w:rPr>
          <w:rFonts w:cs="Times New Roman"/>
          <w:szCs w:val="24"/>
        </w:rPr>
        <w:t>One elder leaned forward and said with conviction,</w:t>
      </w:r>
    </w:p>
    <w:p w:rsidR="00823498" w:rsidRPr="00936675" w:rsidRDefault="00823498" w:rsidP="00823498">
      <w:pPr>
        <w:spacing w:line="360" w:lineRule="auto"/>
        <w:jc w:val="both"/>
        <w:rPr>
          <w:rFonts w:cs="Times New Roman"/>
          <w:szCs w:val="24"/>
        </w:rPr>
      </w:pPr>
      <w:r w:rsidRPr="00936675">
        <w:rPr>
          <w:rFonts w:cs="Times New Roman"/>
          <w:szCs w:val="24"/>
        </w:rPr>
        <w:t>“Divinity spoke to him in silence.”</w:t>
      </w:r>
    </w:p>
    <w:p w:rsidR="00823498" w:rsidRPr="00936675" w:rsidRDefault="00823498" w:rsidP="00823498">
      <w:pPr>
        <w:spacing w:line="360" w:lineRule="auto"/>
        <w:jc w:val="both"/>
        <w:rPr>
          <w:rFonts w:cs="Times New Roman"/>
          <w:szCs w:val="24"/>
        </w:rPr>
      </w:pPr>
      <w:r w:rsidRPr="00936675">
        <w:rPr>
          <w:rFonts w:cs="Times New Roman"/>
          <w:szCs w:val="24"/>
        </w:rPr>
        <w:t>In that moment, something shifted. It wasn’t just words or cultural references—it was a gesture of deep respect that opened hearts and built trust before any agenda was discussed.</w:t>
      </w:r>
    </w:p>
    <w:p w:rsidR="00823498" w:rsidRPr="00936675" w:rsidRDefault="00823498" w:rsidP="00823498">
      <w:pPr>
        <w:spacing w:line="360" w:lineRule="auto"/>
        <w:jc w:val="both"/>
        <w:rPr>
          <w:rFonts w:cs="Times New Roman"/>
          <w:szCs w:val="24"/>
        </w:rPr>
      </w:pPr>
      <w:r w:rsidRPr="00936675">
        <w:rPr>
          <w:rFonts w:cs="Times New Roman"/>
          <w:szCs w:val="24"/>
        </w:rPr>
        <w:t xml:space="preserve">The objective of our visit was to compare notes with Prophet Makuach following his last meeting with Mick in June 2024, where the strategy to engage spiritual leaders under the Abduction Prevention Strategy was introduced. We also came to reaffirm his commitment </w:t>
      </w:r>
      <w:r w:rsidRPr="00936675">
        <w:rPr>
          <w:rFonts w:cs="Times New Roman"/>
          <w:szCs w:val="24"/>
        </w:rPr>
        <w:lastRenderedPageBreak/>
        <w:t>to peace between the communities of Jonglei and Murle ethnic group and the rumors of heightened tension between Gawaar and Lou Nuer ethnic group following high profile assassinations of notable figures in Ayod, a police chief and a military commander.  He confirmed he had no intention to mobilize, though he expressed frustration over continued Murle attacks and abductions.</w:t>
      </w:r>
    </w:p>
    <w:p w:rsidR="00823498" w:rsidRPr="00936675" w:rsidRDefault="00823498" w:rsidP="00823498">
      <w:pPr>
        <w:spacing w:line="360" w:lineRule="auto"/>
        <w:jc w:val="both"/>
        <w:rPr>
          <w:rFonts w:cs="Times New Roman"/>
          <w:szCs w:val="24"/>
        </w:rPr>
      </w:pPr>
      <w:r w:rsidRPr="00936675">
        <w:rPr>
          <w:rFonts w:cs="Times New Roman"/>
          <w:szCs w:val="24"/>
        </w:rPr>
        <w:t>We informed him that a follow-up meeting with the Lou Nuer ethnic group youth at his Thuokrikna shrine was being planned. He welcomed this and agreed to perform rituals to seal the wounds of cattle theft and violence. Owing to his hospitality, we were served bottled mineral water. At the end of the meeting, he offered us tobacco—a sign of cleansing and blessing. We received it with deep thanks.</w:t>
      </w:r>
    </w:p>
    <w:p w:rsidR="00823498" w:rsidRPr="00936675" w:rsidRDefault="00823498" w:rsidP="00823498">
      <w:pPr>
        <w:spacing w:line="360" w:lineRule="auto"/>
        <w:jc w:val="both"/>
        <w:rPr>
          <w:rFonts w:cs="Times New Roman"/>
          <w:szCs w:val="24"/>
        </w:rPr>
      </w:pPr>
      <w:r w:rsidRPr="00936675">
        <w:rPr>
          <w:rFonts w:cs="Times New Roman"/>
          <w:szCs w:val="24"/>
        </w:rPr>
        <w:t>Later, at a community gathering in Thuokrikna—a flood-stricken settlement and haven for displaced souls and divided clans—Prophet Makuach appeared not with drama or show of force but walking among the people barefoot, draped in leopard skins, carrying a walking stick and a spirit of peace.</w:t>
      </w:r>
    </w:p>
    <w:p w:rsidR="00823498" w:rsidRPr="00936675" w:rsidRDefault="00823498" w:rsidP="00823498">
      <w:pPr>
        <w:spacing w:line="360" w:lineRule="auto"/>
        <w:jc w:val="both"/>
        <w:rPr>
          <w:rFonts w:cs="Times New Roman"/>
          <w:szCs w:val="24"/>
        </w:rPr>
      </w:pPr>
      <w:r w:rsidRPr="00936675">
        <w:rPr>
          <w:rFonts w:cs="Times New Roman"/>
          <w:szCs w:val="24"/>
        </w:rPr>
        <w:t>Despite his humble presence, Makuach Tut is every bit a warrior. He ties a pistol to his waist—not for bloodshed, but as a signal of readiness to enforce order. He mocks violence with symbolic warning shots—loud, harmless, yet powerfully symbolic. He blends discipline with mercy, evoking reverence and fear alike.</w:t>
      </w:r>
    </w:p>
    <w:p w:rsidR="00823498" w:rsidRPr="00936675" w:rsidRDefault="00823498" w:rsidP="00823498">
      <w:pPr>
        <w:spacing w:line="360" w:lineRule="auto"/>
        <w:jc w:val="both"/>
        <w:rPr>
          <w:rFonts w:cs="Times New Roman"/>
          <w:szCs w:val="24"/>
        </w:rPr>
      </w:pPr>
      <w:r w:rsidRPr="00936675">
        <w:rPr>
          <w:rFonts w:cs="Times New Roman"/>
          <w:szCs w:val="24"/>
        </w:rPr>
        <w:t>To many, he is more than a prophet. He is a strict administrator, a polygamist with a sprawling household, and a man whose cattle wealth matches his spiritual stature. His large herds grazing the plains are a living testament to his respect and authority.</w:t>
      </w:r>
    </w:p>
    <w:p w:rsidR="00823498" w:rsidRPr="00936675" w:rsidRDefault="00823498" w:rsidP="00823498">
      <w:pPr>
        <w:spacing w:line="360" w:lineRule="auto"/>
        <w:jc w:val="both"/>
        <w:rPr>
          <w:rFonts w:cs="Times New Roman"/>
          <w:szCs w:val="24"/>
        </w:rPr>
      </w:pPr>
      <w:r w:rsidRPr="00936675">
        <w:rPr>
          <w:rFonts w:cs="Times New Roman"/>
          <w:szCs w:val="24"/>
        </w:rPr>
        <w:t>What struck me most was how people responded to him. Elders leaned in to hear his whispers. Former raiders bowed their heads in respect. Mothers wept during his prayers. Chiefs who had struggled to maintain cohesion found in him not a replacement, but a moral reinforcement.</w:t>
      </w:r>
    </w:p>
    <w:p w:rsidR="00823498" w:rsidRPr="00936675" w:rsidRDefault="00823498" w:rsidP="00823498">
      <w:pPr>
        <w:spacing w:line="360" w:lineRule="auto"/>
        <w:jc w:val="both"/>
        <w:rPr>
          <w:rFonts w:cs="Times New Roman"/>
          <w:szCs w:val="24"/>
        </w:rPr>
      </w:pPr>
      <w:r w:rsidRPr="00936675">
        <w:rPr>
          <w:rFonts w:cs="Times New Roman"/>
          <w:szCs w:val="24"/>
        </w:rPr>
        <w:t>Makuach Tut’s authority stems not just from charisma but from alignment—with ancestral values, present suffering, and a hope for peace untainted by revenge. He sees the Gawaar–</w:t>
      </w:r>
      <w:r w:rsidRPr="00936675">
        <w:rPr>
          <w:rFonts w:cs="Times New Roman"/>
          <w:szCs w:val="24"/>
        </w:rPr>
        <w:lastRenderedPageBreak/>
        <w:t>Lou conflict as more than political. It is emotional. It is spiritual. It is historical pain inherited across generations.</w:t>
      </w:r>
    </w:p>
    <w:p w:rsidR="00823498" w:rsidRPr="00936675" w:rsidRDefault="00823498" w:rsidP="00823498">
      <w:pPr>
        <w:spacing w:line="360" w:lineRule="auto"/>
        <w:jc w:val="both"/>
        <w:rPr>
          <w:rFonts w:cs="Times New Roman"/>
          <w:szCs w:val="24"/>
        </w:rPr>
      </w:pPr>
      <w:r w:rsidRPr="00936675">
        <w:rPr>
          <w:rFonts w:cs="Times New Roman"/>
          <w:szCs w:val="24"/>
        </w:rPr>
        <w:t>Healer of Historical Wounds</w:t>
      </w:r>
    </w:p>
    <w:p w:rsidR="00823498" w:rsidRPr="00936675" w:rsidRDefault="00823498" w:rsidP="00823498">
      <w:pPr>
        <w:spacing w:line="360" w:lineRule="auto"/>
        <w:jc w:val="both"/>
        <w:rPr>
          <w:rFonts w:cs="Times New Roman"/>
          <w:szCs w:val="24"/>
        </w:rPr>
      </w:pPr>
      <w:r w:rsidRPr="00936675">
        <w:rPr>
          <w:rFonts w:cs="Times New Roman"/>
          <w:szCs w:val="24"/>
        </w:rPr>
        <w:t>In these sacred wounds, Makuach chose not to act as a commander—but as a healer.</w:t>
      </w:r>
    </w:p>
    <w:p w:rsidR="00823498" w:rsidRPr="00936675" w:rsidRDefault="00823498" w:rsidP="00823498">
      <w:pPr>
        <w:spacing w:line="360" w:lineRule="auto"/>
        <w:jc w:val="both"/>
        <w:rPr>
          <w:rFonts w:cs="Times New Roman"/>
          <w:szCs w:val="24"/>
        </w:rPr>
      </w:pPr>
      <w:r w:rsidRPr="00936675">
        <w:rPr>
          <w:rFonts w:cs="Times New Roman"/>
          <w:szCs w:val="24"/>
        </w:rPr>
        <w:t>Through prayer, fasting, and Nuer ethnic group-rooted spiritual rituals, he gathered fractured voices. His dialogues weren’t limited to cattle returns or blood compensation. They were calls to kinship—reminders that these communities, before being torn by raids, were one lineage. He invoked intermarriage, elder pacts, and sacred codes that predate the AK-47.</w:t>
      </w:r>
    </w:p>
    <w:p w:rsidR="00823498" w:rsidRPr="00936675" w:rsidRDefault="00823498" w:rsidP="00823498">
      <w:pPr>
        <w:spacing w:line="360" w:lineRule="auto"/>
        <w:jc w:val="both"/>
        <w:rPr>
          <w:rFonts w:cs="Times New Roman"/>
          <w:szCs w:val="24"/>
        </w:rPr>
      </w:pPr>
      <w:r w:rsidRPr="00936675">
        <w:rPr>
          <w:rFonts w:cs="Times New Roman"/>
          <w:szCs w:val="24"/>
        </w:rPr>
        <w:t>At a powerful gathering, I saw him speak to both Gawaar and Lou leaders—many still mourning loved ones lost in raids. He didn’t blame or scold them. Instead, he said, “You are one people, not two nations. You share more than rivers—you share the same spirit. If one of you drowns, the other is already sinking.” He then turned to the youth, who were at the center of the revenge attacks and cattle raids, and urged them to understand the deep meaning of the ritual he was about to perform. He warned that anyone who felt unsure or unwilling should return to their camp and not take part—because the curse could follow those who joined without full belief or commitment.</w:t>
      </w:r>
    </w:p>
    <w:p w:rsidR="00823498" w:rsidRPr="00936675" w:rsidRDefault="00823498" w:rsidP="00823498">
      <w:pPr>
        <w:spacing w:line="360" w:lineRule="auto"/>
        <w:jc w:val="both"/>
        <w:rPr>
          <w:rFonts w:cs="Times New Roman"/>
          <w:szCs w:val="24"/>
        </w:rPr>
      </w:pPr>
      <w:r w:rsidRPr="00936675">
        <w:rPr>
          <w:rFonts w:cs="Times New Roman"/>
          <w:szCs w:val="24"/>
        </w:rPr>
        <w:t>This was not rhetoric. It was prophecy.</w:t>
      </w:r>
    </w:p>
    <w:p w:rsidR="00823498" w:rsidRPr="00936675" w:rsidRDefault="00823498" w:rsidP="00823498">
      <w:pPr>
        <w:spacing w:line="360" w:lineRule="auto"/>
        <w:jc w:val="both"/>
        <w:rPr>
          <w:rFonts w:cs="Times New Roman"/>
          <w:szCs w:val="24"/>
        </w:rPr>
      </w:pPr>
      <w:r w:rsidRPr="00936675">
        <w:rPr>
          <w:rFonts w:cs="Times New Roman"/>
          <w:szCs w:val="24"/>
        </w:rPr>
        <w:t>Peacemaker in a Time of Fracture</w:t>
      </w:r>
    </w:p>
    <w:p w:rsidR="00823498" w:rsidRPr="00936675" w:rsidRDefault="00823498" w:rsidP="00823498">
      <w:pPr>
        <w:spacing w:line="360" w:lineRule="auto"/>
        <w:jc w:val="both"/>
        <w:rPr>
          <w:rFonts w:cs="Times New Roman"/>
          <w:szCs w:val="24"/>
        </w:rPr>
      </w:pPr>
      <w:r w:rsidRPr="00936675">
        <w:rPr>
          <w:rFonts w:cs="Times New Roman"/>
          <w:szCs w:val="24"/>
        </w:rPr>
        <w:t>Under the leadership of Prophet Makuach Tut, peace meetings in Thuokrikna and Karaam moved beyond politics—they became spiritual reconciliations. These gatherings were marked not just by dialogue, but by confession, shared meals, and powerful rituals that touched something deeper in the soul of the communities. They rekindled hope. The youth were urged to honor this peace by reviving a time when cattle for dowries could be taken from the Gawaar to the Lou without need for armed escorts, when grazing lands and water points were shared freely, and when dances, courtships, and communal life defined their youthful identity—not revenge, not war.</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Yet, Prophet Makuach Tut is not naïve. He acknowledges the complex layers—political manipulation, armed youth, absent protection. But he refuses to let these be excuses. He leads because things are broken.</w:t>
      </w:r>
    </w:p>
    <w:p w:rsidR="00823498" w:rsidRPr="00936675" w:rsidRDefault="00823498" w:rsidP="00823498">
      <w:pPr>
        <w:spacing w:line="360" w:lineRule="auto"/>
        <w:jc w:val="both"/>
        <w:rPr>
          <w:rFonts w:cs="Times New Roman"/>
          <w:szCs w:val="24"/>
        </w:rPr>
      </w:pPr>
      <w:r w:rsidRPr="00936675">
        <w:rPr>
          <w:rFonts w:cs="Times New Roman"/>
          <w:szCs w:val="24"/>
        </w:rPr>
        <w:t>His leadership is not loud—it is relentless. He listens more than he speaks. When he does speak, his words echo the ancestors. He seeks no followers—he cultivates co-responsibility.</w:t>
      </w:r>
    </w:p>
    <w:p w:rsidR="00823498" w:rsidRPr="00936675" w:rsidRDefault="00823498" w:rsidP="00823498">
      <w:pPr>
        <w:spacing w:line="360" w:lineRule="auto"/>
        <w:jc w:val="both"/>
        <w:rPr>
          <w:rFonts w:cs="Times New Roman"/>
          <w:szCs w:val="24"/>
        </w:rPr>
      </w:pPr>
      <w:r w:rsidRPr="00936675">
        <w:rPr>
          <w:rFonts w:cs="Times New Roman"/>
          <w:szCs w:val="24"/>
        </w:rPr>
        <w:t>What makes him exceptional is his unwavering moral compass. While others shift with politics, Makuach Tut remains consistent. His truth does not change—whether among warriors or women, elders or administrators.</w:t>
      </w:r>
    </w:p>
    <w:p w:rsidR="00823498" w:rsidRPr="00936675" w:rsidRDefault="00823498" w:rsidP="00823498">
      <w:pPr>
        <w:spacing w:line="360" w:lineRule="auto"/>
        <w:jc w:val="both"/>
        <w:rPr>
          <w:rFonts w:cs="Times New Roman"/>
          <w:szCs w:val="24"/>
        </w:rPr>
      </w:pPr>
      <w:r w:rsidRPr="00936675">
        <w:rPr>
          <w:rFonts w:cs="Times New Roman"/>
          <w:szCs w:val="24"/>
        </w:rPr>
        <w:t>And so, in a time when peace is fragile and unity elusive, Makuach Tut’s work stands as a quiet revolution: a reminder that even in the aftermath of loss, a prophet in leopard skins with a pistol can call a people back to themselves.</w:t>
      </w:r>
    </w:p>
    <w:p w:rsidR="00823498" w:rsidRPr="00936675" w:rsidRDefault="00823498" w:rsidP="00823498">
      <w:pPr>
        <w:spacing w:line="360" w:lineRule="auto"/>
        <w:jc w:val="both"/>
        <w:rPr>
          <w:rFonts w:cs="Times New Roman"/>
          <w:szCs w:val="24"/>
        </w:rPr>
      </w:pPr>
      <w:r w:rsidRPr="00936675">
        <w:rPr>
          <w:rFonts w:cs="Times New Roman"/>
          <w:szCs w:val="24"/>
        </w:rPr>
        <w:t>He is not just a spiritual leader. He is a divine enforcer of peace. And in that role, he carries more than hope—he carries the memory of unity, and the courage to make it real again.</w:t>
      </w:r>
    </w:p>
    <w:p w:rsidR="00823498" w:rsidRPr="00936675" w:rsidRDefault="00EC0C33"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8: GRASSROOTS PEACEMAKING: COMMUNITY DIALOGUES AND RITUALS</w:t>
      </w:r>
    </w:p>
    <w:p w:rsidR="00823498" w:rsidRPr="00936675" w:rsidRDefault="00823498" w:rsidP="00823498">
      <w:pPr>
        <w:spacing w:line="360" w:lineRule="auto"/>
        <w:jc w:val="both"/>
        <w:rPr>
          <w:rFonts w:cs="Times New Roman"/>
          <w:szCs w:val="24"/>
        </w:rPr>
      </w:pPr>
      <w:r w:rsidRPr="00936675">
        <w:rPr>
          <w:rFonts w:cs="Times New Roman"/>
          <w:szCs w:val="24"/>
        </w:rPr>
        <w:t>Peace, when it is real, does not begin in the halls of government—it begins beneath trees, beside cattle kraals, and in the dust of places where blood was once spilled. It begins where pain is personal, where conflict is not just a statistic but a wound on the body of the community. In Jonglei and the Greater Pibor Administrative Area (Murle ethnic group), grassroots peacemaking is not a concept. It is a necessity. A way of survival. A way of life.</w:t>
      </w:r>
    </w:p>
    <w:p w:rsidR="00823498" w:rsidRPr="00936675" w:rsidRDefault="00823498" w:rsidP="00823498">
      <w:pPr>
        <w:spacing w:line="360" w:lineRule="auto"/>
        <w:jc w:val="both"/>
        <w:rPr>
          <w:rFonts w:cs="Times New Roman"/>
          <w:szCs w:val="24"/>
        </w:rPr>
      </w:pPr>
      <w:r w:rsidRPr="00936675">
        <w:rPr>
          <w:rFonts w:cs="Times New Roman"/>
          <w:szCs w:val="24"/>
        </w:rPr>
        <w:t>In these communities, where state institutions are often distant or distrusted, peace is made the same way it has always been: through dialogue, ritual, and relationship. Not through signatures on paper, but through the shared voice of the people—the elders, the women, the youth, the prophets, the chiefs.</w:t>
      </w:r>
    </w:p>
    <w:p w:rsidR="00823498" w:rsidRPr="00936675" w:rsidRDefault="00823498" w:rsidP="00823498">
      <w:pPr>
        <w:spacing w:line="360" w:lineRule="auto"/>
        <w:jc w:val="both"/>
        <w:rPr>
          <w:rFonts w:cs="Times New Roman"/>
          <w:szCs w:val="24"/>
        </w:rPr>
      </w:pPr>
      <w:r w:rsidRPr="00936675">
        <w:rPr>
          <w:rFonts w:cs="Times New Roman"/>
          <w:szCs w:val="24"/>
        </w:rPr>
        <w:t>These are not just discussions. They are ceremonies of healing.</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 xml:space="preserve">I’ve been privileged to take part in and facilitate community peace dialogues—in Thuokrikna, Karaam, </w:t>
      </w:r>
      <w:proofErr w:type="spellStart"/>
      <w:r w:rsidRPr="00936675">
        <w:rPr>
          <w:rFonts w:cs="Times New Roman"/>
          <w:szCs w:val="24"/>
        </w:rPr>
        <w:t>Kuachdeng</w:t>
      </w:r>
      <w:proofErr w:type="spellEnd"/>
      <w:r w:rsidRPr="00936675">
        <w:rPr>
          <w:rFonts w:cs="Times New Roman"/>
          <w:szCs w:val="24"/>
        </w:rPr>
        <w:t>, Old Fangak, and Motot. These gatherings are not simply meetings. They are sacred spaces where wounds speak, and healing begins. People do not come merely to talk; they come to remember what was lost, to repent for what was done, and to restore what still can be saved.</w:t>
      </w:r>
    </w:p>
    <w:p w:rsidR="00823498" w:rsidRPr="00936675" w:rsidRDefault="00823498" w:rsidP="00823498">
      <w:pPr>
        <w:spacing w:line="360" w:lineRule="auto"/>
        <w:jc w:val="both"/>
        <w:rPr>
          <w:rFonts w:cs="Times New Roman"/>
          <w:szCs w:val="24"/>
        </w:rPr>
      </w:pPr>
      <w:r w:rsidRPr="00936675">
        <w:rPr>
          <w:rFonts w:cs="Times New Roman"/>
          <w:szCs w:val="24"/>
        </w:rPr>
        <w:t>In Thuokrikna, we sat beneath an old Heglig tree—its roots deep in the soil of both friendship and conflict. Elders from the Gawaar and Lou Nuer ethnic group faced one another in silence. The air was heavy with memory, thick with things unspoken. Then a Gawaar elder, his voice quivering like his hand on the stick he leaned upon, broke the stillness: “We used to trade bulls and brides, not bullets. Now we bury our sons before we bless them.”</w:t>
      </w:r>
    </w:p>
    <w:p w:rsidR="00823498" w:rsidRPr="00936675" w:rsidRDefault="00823498" w:rsidP="00823498">
      <w:pPr>
        <w:spacing w:line="360" w:lineRule="auto"/>
        <w:jc w:val="both"/>
        <w:rPr>
          <w:rFonts w:cs="Times New Roman"/>
          <w:szCs w:val="24"/>
        </w:rPr>
      </w:pPr>
      <w:r w:rsidRPr="00936675">
        <w:rPr>
          <w:rFonts w:cs="Times New Roman"/>
          <w:szCs w:val="24"/>
        </w:rPr>
        <w:t>On the other side, a Lou youth leader stood, took a deep breath, and responded not with anger, but with hope: “We are tired—tired of burying friends instead of dancing at their weddings. We did not come to blame. We came to begin again. Let this be the place where our generation chooses peace. We want to protect life, not take it. We want to walk to your homes not with guns, but with greetings. If our fathers strayed, let the sons be the ones to bring the light back.”</w:t>
      </w:r>
    </w:p>
    <w:p w:rsidR="00823498" w:rsidRPr="00936675" w:rsidRDefault="00823498" w:rsidP="00823498">
      <w:pPr>
        <w:spacing w:line="360" w:lineRule="auto"/>
        <w:jc w:val="both"/>
        <w:rPr>
          <w:rFonts w:cs="Times New Roman"/>
          <w:szCs w:val="24"/>
        </w:rPr>
      </w:pPr>
      <w:r w:rsidRPr="00936675">
        <w:rPr>
          <w:rFonts w:cs="Times New Roman"/>
          <w:szCs w:val="24"/>
        </w:rPr>
        <w:t>In Karaam, the atmosphere was spiritual, almost reverent. The meeting opened with prayers from Reverend Peter, former Moderator of the Northeast Jonglei Akobo congregation under the Presbyterian Church. His words were a vivid reminder of the curse carried by those who dishonor peace agreements. He spoke with a depth of moral clarity that silenced the crowd. His integrity, his calm, and his conviction lent the gathering a sacred weight.</w:t>
      </w:r>
    </w:p>
    <w:p w:rsidR="00823498" w:rsidRPr="00936675" w:rsidRDefault="00823498" w:rsidP="00823498">
      <w:pPr>
        <w:spacing w:line="360" w:lineRule="auto"/>
        <w:jc w:val="both"/>
        <w:rPr>
          <w:rFonts w:cs="Times New Roman"/>
          <w:szCs w:val="24"/>
        </w:rPr>
      </w:pPr>
      <w:r w:rsidRPr="00936675">
        <w:rPr>
          <w:rFonts w:cs="Times New Roman"/>
          <w:szCs w:val="24"/>
        </w:rPr>
        <w:t>Women in the meeting raised their voices, not in anger, but in sorrow. They spoke of the senseless deaths inflicted upon their communities by their own sons—young men who now carry guns, raid cattle, and retaliate in cycles of revenge, abandoning the peaceful customs long enshrined in the Nuer ethnic group tradition known as the "Fangak Law." Many women called for the review and restoration of that law and its harmonization with the national legal framework.</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One Lou Nuer ethnic group woman, her voice cracking from distance and years of searching, stood with tears in her eyes: “I have not come to accuse. I have come to ask for forgiveness through you all. We are not an exception. We know our sons and husbands have committed the very crimes we speak of today. I appeal to you—let us end the raids, end the killings. We have a country to build. A land to defend. Let us stop the violence. And let us expose those who seek to destroy this peace.”</w:t>
      </w:r>
    </w:p>
    <w:p w:rsidR="00823498" w:rsidRPr="00936675" w:rsidRDefault="00823498" w:rsidP="00823498">
      <w:pPr>
        <w:spacing w:line="360" w:lineRule="auto"/>
        <w:jc w:val="both"/>
        <w:rPr>
          <w:rFonts w:cs="Times New Roman"/>
          <w:szCs w:val="24"/>
        </w:rPr>
      </w:pPr>
      <w:r w:rsidRPr="00936675">
        <w:rPr>
          <w:rFonts w:cs="Times New Roman"/>
          <w:szCs w:val="24"/>
        </w:rPr>
        <w:t xml:space="preserve">In </w:t>
      </w:r>
      <w:proofErr w:type="spellStart"/>
      <w:r w:rsidRPr="00936675">
        <w:rPr>
          <w:rFonts w:cs="Times New Roman"/>
          <w:szCs w:val="24"/>
        </w:rPr>
        <w:t>Kuachdeng</w:t>
      </w:r>
      <w:proofErr w:type="spellEnd"/>
      <w:r w:rsidRPr="00936675">
        <w:rPr>
          <w:rFonts w:cs="Times New Roman"/>
          <w:szCs w:val="24"/>
        </w:rPr>
        <w:t xml:space="preserve">, where the scars of the December raid still bled into everyday life, the mood was tense. Youth arrived, some armed with guns, others carrying sticks, all burdened with fury. The December 2024 raid had been sparked by the abduction of four boys in </w:t>
      </w:r>
      <w:proofErr w:type="spellStart"/>
      <w:r w:rsidRPr="00936675">
        <w:rPr>
          <w:rFonts w:cs="Times New Roman"/>
          <w:szCs w:val="24"/>
        </w:rPr>
        <w:t>Kuachdeng</w:t>
      </w:r>
      <w:proofErr w:type="spellEnd"/>
      <w:r w:rsidRPr="00936675">
        <w:rPr>
          <w:rFonts w:cs="Times New Roman"/>
          <w:szCs w:val="24"/>
        </w:rPr>
        <w:t>. That single act set off a chain of rage that drew Prophet Tut Jok into a dangerous alliance with armed youth from Duk County to launch a retaliatory attack.</w:t>
      </w:r>
    </w:p>
    <w:p w:rsidR="00823498" w:rsidRPr="00936675" w:rsidRDefault="00823498" w:rsidP="00823498">
      <w:pPr>
        <w:spacing w:line="360" w:lineRule="auto"/>
        <w:jc w:val="both"/>
        <w:rPr>
          <w:rFonts w:cs="Times New Roman"/>
          <w:szCs w:val="24"/>
        </w:rPr>
      </w:pPr>
      <w:r w:rsidRPr="00936675">
        <w:rPr>
          <w:rFonts w:cs="Times New Roman"/>
          <w:szCs w:val="24"/>
        </w:rPr>
        <w:t xml:space="preserve">Peace partners were outraged. The Jonglei State government expressed deep disappointment. The mobilization violated every protocol of the fragile peace. A team was formed to respond. I, along with my colleague Aleer Jacob Longar—a native of Duk—was dispatched to Duk </w:t>
      </w:r>
      <w:proofErr w:type="spellStart"/>
      <w:r w:rsidRPr="00936675">
        <w:rPr>
          <w:rFonts w:cs="Times New Roman"/>
          <w:szCs w:val="24"/>
        </w:rPr>
        <w:t>Padiet</w:t>
      </w:r>
      <w:proofErr w:type="spellEnd"/>
      <w:r w:rsidRPr="00936675">
        <w:rPr>
          <w:rFonts w:cs="Times New Roman"/>
          <w:szCs w:val="24"/>
        </w:rPr>
        <w:t xml:space="preserve">. We flew in using a UNHAS plane, but by the time we arrived, the youth and Prophet Tut had already vanished into the thick bushlands of </w:t>
      </w:r>
      <w:proofErr w:type="spellStart"/>
      <w:r w:rsidRPr="00936675">
        <w:rPr>
          <w:rFonts w:cs="Times New Roman"/>
          <w:szCs w:val="24"/>
        </w:rPr>
        <w:t>Gatdiang</w:t>
      </w:r>
      <w:proofErr w:type="spellEnd"/>
      <w:r w:rsidRPr="00936675">
        <w:rPr>
          <w:rFonts w:cs="Times New Roman"/>
          <w:szCs w:val="24"/>
        </w:rPr>
        <w:t xml:space="preserve">, </w:t>
      </w:r>
      <w:proofErr w:type="spellStart"/>
      <w:r w:rsidRPr="00936675">
        <w:rPr>
          <w:rFonts w:cs="Times New Roman"/>
          <w:szCs w:val="24"/>
        </w:rPr>
        <w:t>en</w:t>
      </w:r>
      <w:proofErr w:type="spellEnd"/>
      <w:r w:rsidRPr="00936675">
        <w:rPr>
          <w:rFonts w:cs="Times New Roman"/>
          <w:szCs w:val="24"/>
        </w:rPr>
        <w:t xml:space="preserve"> route to Murle ethnic group.</w:t>
      </w:r>
    </w:p>
    <w:p w:rsidR="00823498" w:rsidRPr="00936675" w:rsidRDefault="00823498" w:rsidP="00823498">
      <w:pPr>
        <w:spacing w:line="360" w:lineRule="auto"/>
        <w:jc w:val="both"/>
        <w:rPr>
          <w:rFonts w:cs="Times New Roman"/>
          <w:szCs w:val="24"/>
        </w:rPr>
      </w:pPr>
      <w:r w:rsidRPr="00936675">
        <w:rPr>
          <w:rFonts w:cs="Times New Roman"/>
          <w:szCs w:val="24"/>
        </w:rPr>
        <w:t xml:space="preserve">We were heartbroken but pressed on. We engaged the remaining youth, local chiefs, and members of the Inter-Community Governance Structure (ICGS) under Commissioner John Chatim. Days before our return, the youth who had attacked </w:t>
      </w:r>
      <w:proofErr w:type="spellStart"/>
      <w:r w:rsidRPr="00936675">
        <w:rPr>
          <w:rFonts w:cs="Times New Roman"/>
          <w:szCs w:val="24"/>
        </w:rPr>
        <w:t>Manyabol</w:t>
      </w:r>
      <w:proofErr w:type="spellEnd"/>
      <w:r w:rsidRPr="00936675">
        <w:rPr>
          <w:rFonts w:cs="Times New Roman"/>
          <w:szCs w:val="24"/>
        </w:rPr>
        <w:t xml:space="preserve"> came back. Rumors of fallen fighters trickled in. The village entered mourning. Brave sons had been lost.</w:t>
      </w:r>
    </w:p>
    <w:p w:rsidR="00823498" w:rsidRPr="00936675" w:rsidRDefault="00823498" w:rsidP="00823498">
      <w:pPr>
        <w:spacing w:line="360" w:lineRule="auto"/>
        <w:jc w:val="both"/>
        <w:rPr>
          <w:rFonts w:cs="Times New Roman"/>
          <w:szCs w:val="24"/>
        </w:rPr>
      </w:pPr>
      <w:r w:rsidRPr="00936675">
        <w:rPr>
          <w:rFonts w:cs="Times New Roman"/>
          <w:szCs w:val="24"/>
        </w:rPr>
        <w:t>Raiding is a costly and deadly venture. Aleer and I were deeply affected. One of the fallen was a youth leader, a member of ICGS—someone we had spoken with just weeks before. The weight of that loss stayed with us through the Christmas season, haunting each festive moment with grief.</w:t>
      </w:r>
    </w:p>
    <w:p w:rsidR="00823498" w:rsidRPr="00936675" w:rsidRDefault="00823498" w:rsidP="00823498">
      <w:pPr>
        <w:spacing w:line="360" w:lineRule="auto"/>
        <w:jc w:val="both"/>
        <w:rPr>
          <w:rFonts w:cs="Times New Roman"/>
          <w:szCs w:val="24"/>
        </w:rPr>
      </w:pPr>
      <w:r w:rsidRPr="00936675">
        <w:rPr>
          <w:rFonts w:cs="Times New Roman"/>
          <w:szCs w:val="24"/>
        </w:rPr>
        <w:t xml:space="preserve">And in Motot, peace was not brokered through long speeches, but through shared memory. People sat in circles—not to argue, but to remember. A Lou elder spoke of his nephew: “He was not just killed. He was a wrestler. A singer. A father of five. When we only speak of how they died, we forget who they were.” A Gawaar woman nodded slowly, her voice </w:t>
      </w:r>
      <w:r w:rsidRPr="00936675">
        <w:rPr>
          <w:rFonts w:cs="Times New Roman"/>
          <w:szCs w:val="24"/>
        </w:rPr>
        <w:lastRenderedPageBreak/>
        <w:t>soft but resolute: “We must remember their names—not to sharpen our anger, but so we do not lose more.”</w:t>
      </w:r>
    </w:p>
    <w:p w:rsidR="00823498" w:rsidRPr="00936675" w:rsidRDefault="00823498" w:rsidP="00823498">
      <w:pPr>
        <w:spacing w:line="360" w:lineRule="auto"/>
        <w:jc w:val="both"/>
        <w:rPr>
          <w:rFonts w:cs="Times New Roman"/>
          <w:szCs w:val="24"/>
        </w:rPr>
      </w:pPr>
      <w:r w:rsidRPr="00936675">
        <w:rPr>
          <w:rFonts w:cs="Times New Roman"/>
          <w:szCs w:val="24"/>
        </w:rPr>
        <w:t>In every place, beneath the anger and the grief, there was something deeper: a quiet, unyielding yearning for dignity, for safety, for memory, for peace. These dialogues were not political rituals. They were acts of soul-repair. And each time someone chose to listen rather than accuse, to speak from the heart rather than from fear, I witnessed something extraordinary: peace being built—not with signatures, but with trembling hands once hardened by pain.</w:t>
      </w:r>
    </w:p>
    <w:p w:rsidR="00823498" w:rsidRPr="00936675" w:rsidRDefault="00823498" w:rsidP="00823498">
      <w:pPr>
        <w:spacing w:line="360" w:lineRule="auto"/>
        <w:jc w:val="both"/>
        <w:rPr>
          <w:rFonts w:cs="Times New Roman"/>
          <w:szCs w:val="24"/>
        </w:rPr>
      </w:pPr>
      <w:r w:rsidRPr="00936675">
        <w:rPr>
          <w:rFonts w:cs="Times New Roman"/>
          <w:szCs w:val="24"/>
        </w:rPr>
        <w:t>A typical grassroots dialogue begins with a spiritual opening. Whether Christian prayer, prophetic declaration, or ancestral invocation, the sacred is always present. This is not formality. It is the recognition that peace cannot take root unless it is planted first in the spiritual soil of the people.</w:t>
      </w:r>
    </w:p>
    <w:p w:rsidR="00823498" w:rsidRPr="00936675" w:rsidRDefault="00823498" w:rsidP="00823498">
      <w:pPr>
        <w:spacing w:line="360" w:lineRule="auto"/>
        <w:jc w:val="both"/>
        <w:rPr>
          <w:rFonts w:cs="Times New Roman"/>
          <w:szCs w:val="24"/>
        </w:rPr>
      </w:pPr>
      <w:r w:rsidRPr="00936675">
        <w:rPr>
          <w:rFonts w:cs="Times New Roman"/>
          <w:szCs w:val="24"/>
        </w:rPr>
        <w:t>From there, truth-telling begins—not mediated by lawyers or consultants, but by respected elders who remember past agreements, who know the stories behind the raids, and who can speak the truth without stirring new hatred. Victims are not silenced. They are honored. Offenders are not humiliated. They are called to account—and invited into restorative justice, not punishment.</w:t>
      </w:r>
    </w:p>
    <w:p w:rsidR="00823498" w:rsidRPr="00936675" w:rsidRDefault="00823498" w:rsidP="00823498">
      <w:pPr>
        <w:spacing w:line="360" w:lineRule="auto"/>
        <w:jc w:val="both"/>
        <w:rPr>
          <w:rFonts w:cs="Times New Roman"/>
          <w:szCs w:val="24"/>
        </w:rPr>
      </w:pPr>
      <w:r w:rsidRPr="00936675">
        <w:rPr>
          <w:rFonts w:cs="Times New Roman"/>
          <w:szCs w:val="24"/>
        </w:rPr>
        <w:t>One of the most powerful practices I have witnessed is the public exchange of ash. This ancient ritual, performed when two feuding communities agree to peace, involves the smearing of ash on each other’s foreheads—symbolizing the burial of vengeance and the cleansing of bitterness. It is deeply symbolic, and yet practical: it marks a visible turning point. It reminds all present that from this moment forward, violence has no spiritual sanction.</w:t>
      </w:r>
    </w:p>
    <w:p w:rsidR="00823498" w:rsidRPr="00936675" w:rsidRDefault="00823498" w:rsidP="00823498">
      <w:pPr>
        <w:spacing w:line="360" w:lineRule="auto"/>
        <w:jc w:val="both"/>
        <w:rPr>
          <w:rFonts w:cs="Times New Roman"/>
          <w:szCs w:val="24"/>
        </w:rPr>
      </w:pPr>
      <w:r w:rsidRPr="00936675">
        <w:rPr>
          <w:rFonts w:cs="Times New Roman"/>
          <w:szCs w:val="24"/>
        </w:rPr>
        <w:t xml:space="preserve">Another key component is the sharing of food known as </w:t>
      </w:r>
      <w:proofErr w:type="gramStart"/>
      <w:r w:rsidRPr="00936675">
        <w:rPr>
          <w:rFonts w:cs="Times New Roman"/>
          <w:szCs w:val="24"/>
        </w:rPr>
        <w:t xml:space="preserve">“ </w:t>
      </w:r>
      <w:proofErr w:type="spellStart"/>
      <w:r w:rsidRPr="00936675">
        <w:rPr>
          <w:rFonts w:cs="Times New Roman"/>
          <w:szCs w:val="24"/>
        </w:rPr>
        <w:t>maath</w:t>
      </w:r>
      <w:proofErr w:type="spellEnd"/>
      <w:proofErr w:type="gramEnd"/>
      <w:r w:rsidRPr="00936675">
        <w:rPr>
          <w:rFonts w:cs="Times New Roman"/>
          <w:szCs w:val="24"/>
        </w:rPr>
        <w:t xml:space="preserve">” in Thok </w:t>
      </w:r>
      <w:proofErr w:type="spellStart"/>
      <w:r w:rsidRPr="00936675">
        <w:rPr>
          <w:rFonts w:cs="Times New Roman"/>
          <w:szCs w:val="24"/>
        </w:rPr>
        <w:t>Naath</w:t>
      </w:r>
      <w:proofErr w:type="spellEnd"/>
      <w:r w:rsidRPr="00936675">
        <w:rPr>
          <w:rFonts w:cs="Times New Roman"/>
          <w:szCs w:val="24"/>
        </w:rPr>
        <w:t>. Peace agreements are not sealed with documents, but with meals. Eating together—elders, women, warriors, and prophets—communicates that trust has begun to return. A shared pot speaks louder than a signed declaration.</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But perhaps the most critical element of grassroots peacemaking is the role of youth, sanction by elders and facilitated by spiritual leaders. Leopard skin priests carry traditional significance. They hold the power to curse and make sacred vows.  In South Sudan, youth are often both the victims and agents of violence. But they are also the heartbeat of change. In our dialogues, we do not exclude them. We invite them—not just to listen, but to speak. To confess. To commit. In several dialogues, former raiders publicly apologized for their actions, then pledged to protect rather than harm. That transformation is not theoretical—it is personal, public, and powerful.</w:t>
      </w:r>
    </w:p>
    <w:p w:rsidR="00823498" w:rsidRPr="00936675" w:rsidRDefault="00823498" w:rsidP="00823498">
      <w:pPr>
        <w:spacing w:line="360" w:lineRule="auto"/>
        <w:jc w:val="both"/>
        <w:rPr>
          <w:rFonts w:cs="Times New Roman"/>
          <w:szCs w:val="24"/>
        </w:rPr>
      </w:pPr>
      <w:r w:rsidRPr="00936675">
        <w:rPr>
          <w:rFonts w:cs="Times New Roman"/>
          <w:szCs w:val="24"/>
        </w:rPr>
        <w:t>Grassroots peacebuilding also respects gendered wisdom. Women, long the silent bearers of suffering, are now becoming the vocal stewards of peace. In Karaam, I saw women stand to demand that their sons be disarmed and their daughters be protected. They did not speak with anger. They spoke with authority—the authority that comes from losing too much and refusing to lose more.</w:t>
      </w:r>
    </w:p>
    <w:p w:rsidR="00823498" w:rsidRPr="00936675" w:rsidRDefault="00823498" w:rsidP="00823498">
      <w:pPr>
        <w:spacing w:line="360" w:lineRule="auto"/>
        <w:jc w:val="both"/>
        <w:rPr>
          <w:rFonts w:cs="Times New Roman"/>
          <w:szCs w:val="24"/>
        </w:rPr>
      </w:pPr>
      <w:r w:rsidRPr="00936675">
        <w:rPr>
          <w:rFonts w:cs="Times New Roman"/>
          <w:szCs w:val="24"/>
        </w:rPr>
        <w:t>And then there is the role of spiritual leaders. As discussed in earlier chapters, prophets like Dak Kueth, Tut Jok, and Makuach Tut are essential figures in these spaces. Their blessings sanctify the peace. Their presence ensures it is taken seriously. Without them, dialogue feels incomplete. With them, it becomes sacred.</w:t>
      </w:r>
    </w:p>
    <w:p w:rsidR="00823498" w:rsidRPr="00936675" w:rsidRDefault="00823498" w:rsidP="00823498">
      <w:pPr>
        <w:spacing w:line="360" w:lineRule="auto"/>
        <w:jc w:val="both"/>
        <w:rPr>
          <w:rFonts w:cs="Times New Roman"/>
          <w:szCs w:val="24"/>
        </w:rPr>
      </w:pPr>
      <w:r w:rsidRPr="00936675">
        <w:rPr>
          <w:rFonts w:cs="Times New Roman"/>
          <w:szCs w:val="24"/>
        </w:rPr>
        <w:t>Of course, these processes are not perfect. They are often fragile, occasionally manipulated, and always dependent on the goodwill of the participants. But they are real. They are rooted. And they endure.</w:t>
      </w:r>
    </w:p>
    <w:p w:rsidR="00823498" w:rsidRPr="00936675" w:rsidRDefault="00823498" w:rsidP="00823498">
      <w:pPr>
        <w:spacing w:line="360" w:lineRule="auto"/>
        <w:jc w:val="both"/>
        <w:rPr>
          <w:rFonts w:cs="Times New Roman"/>
          <w:szCs w:val="24"/>
        </w:rPr>
      </w:pPr>
      <w:r w:rsidRPr="00936675">
        <w:rPr>
          <w:rFonts w:cs="Times New Roman"/>
          <w:szCs w:val="24"/>
        </w:rPr>
        <w:t>Because grassroots peacemaking is not about quick resolutions. It is about reweaving the social fabric—thread by thread, story by story, ritual by ritual. It is about turning old enemies into new neighbors. It is about teaching children that peace is not weakness, but wisdom.</w:t>
      </w:r>
    </w:p>
    <w:p w:rsidR="00823498" w:rsidRPr="00936675" w:rsidRDefault="00823498" w:rsidP="00823498">
      <w:pPr>
        <w:spacing w:line="360" w:lineRule="auto"/>
        <w:jc w:val="both"/>
        <w:rPr>
          <w:rFonts w:cs="Times New Roman"/>
          <w:szCs w:val="24"/>
        </w:rPr>
      </w:pPr>
      <w:r w:rsidRPr="00936675">
        <w:rPr>
          <w:rFonts w:cs="Times New Roman"/>
          <w:szCs w:val="24"/>
        </w:rPr>
        <w:t>In a country where national peace talks often collapse or stall, it is these community dialogues that keep the fire of reconciliation alive. Quietly. Persistently. Faithfully.</w:t>
      </w:r>
    </w:p>
    <w:p w:rsidR="00823498" w:rsidRPr="00936675" w:rsidRDefault="00823498" w:rsidP="00823498">
      <w:pPr>
        <w:spacing w:line="360" w:lineRule="auto"/>
        <w:jc w:val="both"/>
        <w:rPr>
          <w:rFonts w:cs="Times New Roman"/>
          <w:szCs w:val="24"/>
        </w:rPr>
      </w:pPr>
      <w:proofErr w:type="gramStart"/>
      <w:r w:rsidRPr="00936675">
        <w:rPr>
          <w:rFonts w:cs="Times New Roman"/>
          <w:szCs w:val="24"/>
        </w:rPr>
        <w:t>So</w:t>
      </w:r>
      <w:proofErr w:type="gramEnd"/>
      <w:r w:rsidRPr="00936675">
        <w:rPr>
          <w:rFonts w:cs="Times New Roman"/>
          <w:szCs w:val="24"/>
        </w:rPr>
        <w:t xml:space="preserve"> if you ask me where peace in South Sudan truly begins, I will not point to Juba. I will point to a dusty village where two former enemies are sharing a meal, where ash is being </w:t>
      </w:r>
      <w:r w:rsidRPr="00936675">
        <w:rPr>
          <w:rFonts w:cs="Times New Roman"/>
          <w:szCs w:val="24"/>
        </w:rPr>
        <w:lastRenderedPageBreak/>
        <w:t>exchanged, and where a boy who once held a gun is now learning how to listen. That is where peace is born. And that is where it must be protected.</w:t>
      </w:r>
    </w:p>
    <w:p w:rsidR="00823498" w:rsidRPr="00936675" w:rsidRDefault="00EC0C33" w:rsidP="00EC0C33">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9</w:t>
      </w:r>
      <w:r>
        <w:rPr>
          <w:rFonts w:ascii="Times New Roman" w:hAnsi="Times New Roman" w:cs="Times New Roman"/>
          <w:sz w:val="24"/>
          <w:szCs w:val="24"/>
        </w:rPr>
        <w:t xml:space="preserve">: </w:t>
      </w:r>
      <w:r w:rsidRPr="00936675">
        <w:rPr>
          <w:rFonts w:ascii="Times New Roman" w:hAnsi="Times New Roman" w:cs="Times New Roman"/>
          <w:sz w:val="24"/>
          <w:szCs w:val="24"/>
        </w:rPr>
        <w:t>WOMEN, YOUTH, AND CATTLE: REFRAMING CONFLICT DYNAMICS</w:t>
      </w:r>
    </w:p>
    <w:p w:rsidR="00823498" w:rsidRPr="00936675" w:rsidRDefault="00823498" w:rsidP="00823498">
      <w:pPr>
        <w:spacing w:line="360" w:lineRule="auto"/>
        <w:jc w:val="both"/>
        <w:rPr>
          <w:rFonts w:cs="Times New Roman"/>
          <w:szCs w:val="24"/>
        </w:rPr>
      </w:pPr>
      <w:r w:rsidRPr="00936675">
        <w:rPr>
          <w:rFonts w:cs="Times New Roman"/>
          <w:szCs w:val="24"/>
        </w:rPr>
        <w:t>In the dominant narratives of conflict across Jonglei and the Greater Pibor Administrative Area (Murle ethnic group), analysts often cite tribal rivalries, political fragmentation, and armed youth as the leading drivers of violence. These perspectives are not wrong—but they are incomplete. Beneath these headline explanations lies a deeper triad of forces that quietly shapes the rhythms of both conflict and peace: women, youth, and cattle. These are not side issues. They are central pillars. They are not merely reactive to conflict—they are generative forces within it. And unless we begin to understand, elevate, and intentionally engage with them, every peace agreement will remain fragile.</w:t>
      </w:r>
    </w:p>
    <w:p w:rsidR="00823498" w:rsidRPr="00936675" w:rsidRDefault="00823498" w:rsidP="00823498">
      <w:pPr>
        <w:spacing w:line="360" w:lineRule="auto"/>
        <w:jc w:val="both"/>
        <w:rPr>
          <w:rFonts w:cs="Times New Roman"/>
          <w:szCs w:val="24"/>
        </w:rPr>
      </w:pPr>
      <w:r w:rsidRPr="00936675">
        <w:rPr>
          <w:rFonts w:cs="Times New Roman"/>
          <w:szCs w:val="24"/>
        </w:rPr>
        <w:t>Youth: From Warriors to Custodians of the Future</w:t>
      </w:r>
    </w:p>
    <w:p w:rsidR="00823498" w:rsidRPr="00936675" w:rsidRDefault="00823498" w:rsidP="00823498">
      <w:pPr>
        <w:spacing w:line="360" w:lineRule="auto"/>
        <w:jc w:val="both"/>
        <w:rPr>
          <w:rFonts w:cs="Times New Roman"/>
          <w:szCs w:val="24"/>
        </w:rPr>
      </w:pPr>
      <w:r w:rsidRPr="00936675">
        <w:rPr>
          <w:rFonts w:cs="Times New Roman"/>
          <w:szCs w:val="24"/>
        </w:rPr>
        <w:t xml:space="preserve">In today’s South Sudan, no generation has been more mobilized by violence, and no generation has more to lose—or gain—than the youth. They are the inheritors of war, raised in the shadows of disintegration. In Ayod, Uror, Akobo, </w:t>
      </w:r>
      <w:proofErr w:type="spellStart"/>
      <w:r w:rsidRPr="00936675">
        <w:rPr>
          <w:rFonts w:cs="Times New Roman"/>
          <w:szCs w:val="24"/>
        </w:rPr>
        <w:t>Likuangole</w:t>
      </w:r>
      <w:proofErr w:type="spellEnd"/>
      <w:r w:rsidRPr="00936675">
        <w:rPr>
          <w:rFonts w:cs="Times New Roman"/>
          <w:szCs w:val="24"/>
        </w:rPr>
        <w:t>, and beyond, youth have grown up in a vacuum left by failed promises—unmet needs for education, livelihoods, dignity, and belonging.</w:t>
      </w:r>
    </w:p>
    <w:p w:rsidR="00823498" w:rsidRPr="00936675" w:rsidRDefault="00823498" w:rsidP="00823498">
      <w:pPr>
        <w:spacing w:line="360" w:lineRule="auto"/>
        <w:jc w:val="both"/>
        <w:rPr>
          <w:rFonts w:cs="Times New Roman"/>
          <w:szCs w:val="24"/>
        </w:rPr>
      </w:pPr>
      <w:r w:rsidRPr="00936675">
        <w:rPr>
          <w:rFonts w:cs="Times New Roman"/>
          <w:szCs w:val="24"/>
        </w:rPr>
        <w:t>Where the state retreated, identity hardened.</w:t>
      </w:r>
    </w:p>
    <w:p w:rsidR="00823498" w:rsidRPr="00936675" w:rsidRDefault="00823498" w:rsidP="00823498">
      <w:pPr>
        <w:spacing w:line="360" w:lineRule="auto"/>
        <w:jc w:val="both"/>
        <w:rPr>
          <w:rFonts w:cs="Times New Roman"/>
          <w:szCs w:val="24"/>
        </w:rPr>
      </w:pPr>
      <w:r w:rsidRPr="00936675">
        <w:rPr>
          <w:rFonts w:cs="Times New Roman"/>
          <w:szCs w:val="24"/>
        </w:rPr>
        <w:t>Where jobs were absent, raids became enterprise.</w:t>
      </w:r>
    </w:p>
    <w:p w:rsidR="00823498" w:rsidRPr="00936675" w:rsidRDefault="00823498" w:rsidP="00823498">
      <w:pPr>
        <w:spacing w:line="360" w:lineRule="auto"/>
        <w:jc w:val="both"/>
        <w:rPr>
          <w:rFonts w:cs="Times New Roman"/>
          <w:szCs w:val="24"/>
        </w:rPr>
      </w:pPr>
      <w:r w:rsidRPr="00936675">
        <w:rPr>
          <w:rFonts w:cs="Times New Roman"/>
          <w:szCs w:val="24"/>
        </w:rPr>
        <w:t>Where school books were missing, guns filled their place.</w:t>
      </w:r>
    </w:p>
    <w:p w:rsidR="00823498" w:rsidRPr="00936675" w:rsidRDefault="00823498" w:rsidP="00823498">
      <w:pPr>
        <w:spacing w:line="360" w:lineRule="auto"/>
        <w:jc w:val="both"/>
        <w:rPr>
          <w:rFonts w:cs="Times New Roman"/>
          <w:szCs w:val="24"/>
        </w:rPr>
      </w:pPr>
      <w:r w:rsidRPr="00936675">
        <w:rPr>
          <w:rFonts w:cs="Times New Roman"/>
          <w:szCs w:val="24"/>
        </w:rPr>
        <w:t>Most young men do not choose violence out of desire. They are driven into it by despair, duty, and distorted honor. Inherited trauma becomes action; retaliation becomes initiation. In some communities, carrying a gun is seen not as a threat, but as a rite of passage. The warrior archetype has become the standard of masculinity.</w:t>
      </w:r>
    </w:p>
    <w:p w:rsidR="00823498" w:rsidRPr="00936675" w:rsidRDefault="00823498" w:rsidP="00823498">
      <w:pPr>
        <w:spacing w:line="360" w:lineRule="auto"/>
        <w:jc w:val="both"/>
        <w:rPr>
          <w:rFonts w:cs="Times New Roman"/>
          <w:szCs w:val="24"/>
        </w:rPr>
      </w:pPr>
      <w:r w:rsidRPr="00936675">
        <w:rPr>
          <w:rFonts w:cs="Times New Roman"/>
          <w:szCs w:val="24"/>
        </w:rPr>
        <w:t>Yet, this cycle is not inevitable—it is manufactured. And what is made by systems can be unmade by vision.</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In peacebuilding dialogues I’ve facilitated across Greater Akobo, Ayod, and some parts of Fangak, I have sat with young men who have both taken and lost life. I have listened to confessions heavy with remorse: “We were told it was for honor. Now we are tired of burying our brothers.” These are not boys without dreams. They are youth without options. And when purpose is absent, violence fills the void.</w:t>
      </w:r>
    </w:p>
    <w:p w:rsidR="00823498" w:rsidRPr="00936675" w:rsidRDefault="00823498" w:rsidP="00823498">
      <w:pPr>
        <w:spacing w:line="360" w:lineRule="auto"/>
        <w:jc w:val="both"/>
        <w:rPr>
          <w:rFonts w:cs="Times New Roman"/>
          <w:szCs w:val="24"/>
        </w:rPr>
      </w:pPr>
      <w:r w:rsidRPr="00936675">
        <w:rPr>
          <w:rFonts w:cs="Times New Roman"/>
          <w:szCs w:val="24"/>
        </w:rPr>
        <w:t>So, our peacebuilding must do more than call them to “put down their weapons.” We must give them something greater to carry: a sense of purpose, identity, and responsibility that goes beyond war.</w:t>
      </w:r>
    </w:p>
    <w:p w:rsidR="00823498" w:rsidRPr="00936675" w:rsidRDefault="00823498" w:rsidP="00823498">
      <w:pPr>
        <w:spacing w:line="360" w:lineRule="auto"/>
        <w:jc w:val="both"/>
        <w:rPr>
          <w:rFonts w:cs="Times New Roman"/>
          <w:szCs w:val="24"/>
        </w:rPr>
      </w:pPr>
      <w:r w:rsidRPr="00936675">
        <w:rPr>
          <w:rFonts w:cs="Times New Roman"/>
          <w:szCs w:val="24"/>
        </w:rPr>
        <w:t>In recent years, we have piloted a new model of engagement: training youth as community peace agents, involving them in early warning systems, reconciliation ceremonies, and protection of civilians during gatherings. These same youth who once led cattle raids now guard markets, escort schoolgirls, and sit on village dispute resolution panels. In Ayod, I met a former raider who now helps mediate land disputes among displaced families. “I used to steal cattle to be respected,” he said. “Now I resolve fights, and people come to me for peace.”</w:t>
      </w:r>
    </w:p>
    <w:p w:rsidR="00823498" w:rsidRPr="00936675" w:rsidRDefault="00823498" w:rsidP="00823498">
      <w:pPr>
        <w:spacing w:line="360" w:lineRule="auto"/>
        <w:jc w:val="both"/>
        <w:rPr>
          <w:rFonts w:cs="Times New Roman"/>
          <w:szCs w:val="24"/>
        </w:rPr>
      </w:pPr>
      <w:r w:rsidRPr="00936675">
        <w:rPr>
          <w:rFonts w:cs="Times New Roman"/>
          <w:szCs w:val="24"/>
        </w:rPr>
        <w:t>This is the transformation our country needs—not from fighters to pacifists, but from fighters to defenders of peace.</w:t>
      </w:r>
    </w:p>
    <w:p w:rsidR="00823498" w:rsidRPr="00936675" w:rsidRDefault="00823498" w:rsidP="00823498">
      <w:pPr>
        <w:spacing w:line="360" w:lineRule="auto"/>
        <w:jc w:val="both"/>
        <w:rPr>
          <w:rFonts w:cs="Times New Roman"/>
          <w:szCs w:val="24"/>
        </w:rPr>
      </w:pPr>
      <w:r w:rsidRPr="00936675">
        <w:rPr>
          <w:rFonts w:cs="Times New Roman"/>
          <w:szCs w:val="24"/>
        </w:rPr>
        <w:t>If peace is to endure, youth must not be treated as passive beneficiaries—they must be primary stakeholders. They must be employed as guardians of communities, as restorers of dignity, as bridges between broken generations. Their strength, when guided by wisdom, becomes the most powerful peace infrastructure we have.</w:t>
      </w:r>
    </w:p>
    <w:p w:rsidR="00823498" w:rsidRPr="00936675" w:rsidRDefault="00823498" w:rsidP="00823498">
      <w:pPr>
        <w:spacing w:line="360" w:lineRule="auto"/>
        <w:jc w:val="both"/>
        <w:rPr>
          <w:rFonts w:cs="Times New Roman"/>
          <w:szCs w:val="24"/>
        </w:rPr>
      </w:pPr>
      <w:r w:rsidRPr="00936675">
        <w:rPr>
          <w:rFonts w:cs="Times New Roman"/>
          <w:szCs w:val="24"/>
        </w:rPr>
        <w:t>We must shift our questions from “What do we do about youth?” to “What can we do with them?”</w:t>
      </w:r>
    </w:p>
    <w:p w:rsidR="00823498" w:rsidRPr="00936675" w:rsidRDefault="00823498" w:rsidP="00823498">
      <w:pPr>
        <w:spacing w:line="360" w:lineRule="auto"/>
        <w:jc w:val="both"/>
        <w:rPr>
          <w:rFonts w:cs="Times New Roman"/>
          <w:szCs w:val="24"/>
        </w:rPr>
      </w:pPr>
      <w:r w:rsidRPr="00936675">
        <w:rPr>
          <w:rFonts w:cs="Times New Roman"/>
          <w:szCs w:val="24"/>
        </w:rPr>
        <w:t>Because youths are not a threat to peace. They are its fiercest possibility—if peace is made theirs to defend.</w:t>
      </w:r>
    </w:p>
    <w:p w:rsidR="00823498" w:rsidRPr="00936675" w:rsidRDefault="00EC0C33"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10: THE PEACE OF THUOKRIKNA: A TESTAMENT OF PROPHETS</w:t>
      </w:r>
    </w:p>
    <w:p w:rsidR="00823498" w:rsidRPr="00936675" w:rsidRDefault="00823498" w:rsidP="00823498">
      <w:pPr>
        <w:spacing w:line="360" w:lineRule="auto"/>
        <w:jc w:val="both"/>
        <w:rPr>
          <w:rFonts w:cs="Times New Roman"/>
          <w:szCs w:val="24"/>
        </w:rPr>
      </w:pPr>
      <w:r w:rsidRPr="00936675">
        <w:rPr>
          <w:rFonts w:cs="Times New Roman"/>
          <w:szCs w:val="24"/>
        </w:rPr>
        <w:t xml:space="preserve">Thuokrikna, a name that echoes across the plains of Ayod not just as a village, but as a sacred site where war-worn hearts dared to believe in peace again. It was here, beneath the </w:t>
      </w:r>
      <w:r w:rsidRPr="00936675">
        <w:rPr>
          <w:rFonts w:cs="Times New Roman"/>
          <w:szCs w:val="24"/>
        </w:rPr>
        <w:lastRenderedPageBreak/>
        <w:t>shade of Heglig (</w:t>
      </w:r>
      <w:proofErr w:type="spellStart"/>
      <w:r w:rsidRPr="00936675">
        <w:rPr>
          <w:rFonts w:cs="Times New Roman"/>
          <w:szCs w:val="24"/>
        </w:rPr>
        <w:t>lalop</w:t>
      </w:r>
      <w:proofErr w:type="spellEnd"/>
      <w:r w:rsidRPr="00936675">
        <w:rPr>
          <w:rFonts w:cs="Times New Roman"/>
          <w:szCs w:val="24"/>
        </w:rPr>
        <w:t>) and acacia trees and under the spiritual authority of Prophet Makuach Tut, that ancient rivalries were brought to the table—not by soldiers or politicians, but by prophets, elders, and common people who had seen too much blood and buried too many sons.</w:t>
      </w:r>
    </w:p>
    <w:p w:rsidR="00823498" w:rsidRPr="00936675" w:rsidRDefault="00823498" w:rsidP="00823498">
      <w:pPr>
        <w:spacing w:line="360" w:lineRule="auto"/>
        <w:jc w:val="both"/>
        <w:rPr>
          <w:rFonts w:cs="Times New Roman"/>
          <w:szCs w:val="24"/>
        </w:rPr>
      </w:pPr>
      <w:r w:rsidRPr="00936675">
        <w:rPr>
          <w:rFonts w:cs="Times New Roman"/>
          <w:szCs w:val="24"/>
        </w:rPr>
        <w:t xml:space="preserve">The road to Thuokrikna </w:t>
      </w:r>
      <w:proofErr w:type="spellStart"/>
      <w:r w:rsidRPr="00936675">
        <w:rPr>
          <w:rFonts w:cs="Times New Roman"/>
          <w:szCs w:val="24"/>
        </w:rPr>
        <w:t>formely</w:t>
      </w:r>
      <w:proofErr w:type="spellEnd"/>
      <w:r w:rsidRPr="00936675">
        <w:rPr>
          <w:rFonts w:cs="Times New Roman"/>
          <w:szCs w:val="24"/>
        </w:rPr>
        <w:t xml:space="preserve"> “Guul” was not paved in certainty. It was a journey carved out of desperation and faith. Armed youth from Gawaar and Lou Nuer ethnic group had, for years, transformed every grazing ground into a battleground, every cattle migration into a calculated risk. The names of fallen warriors—many of them mere boys—filled the silence of mothers, the bitterness of widows, and the dreams of children. There were meetings before Thuokrikna—failed ones. Promises broken. Spirits discouraged. But something changed when the prophets took center stage.</w:t>
      </w:r>
    </w:p>
    <w:p w:rsidR="00823498" w:rsidRPr="00936675" w:rsidRDefault="00823498" w:rsidP="00823498">
      <w:pPr>
        <w:spacing w:line="360" w:lineRule="auto"/>
        <w:jc w:val="both"/>
        <w:rPr>
          <w:rFonts w:cs="Times New Roman"/>
          <w:szCs w:val="24"/>
        </w:rPr>
      </w:pPr>
      <w:r w:rsidRPr="00936675">
        <w:rPr>
          <w:rFonts w:cs="Times New Roman"/>
          <w:szCs w:val="24"/>
        </w:rPr>
        <w:t>I remember the first moments of the gathering. There was no formality, no military procession, just the quiet sound of sandals on dust and murmured greetings. Delegations from both communities arrived in guarded silence. Prophets—men like Makuach Tut and others—sat with staff in hand, not as symbols of dominance, but as vessels of divine instruction. These were men believed to hear the voice of God, and in a land where politics had failed and weapons had spoken for too long, the people were ready to listen again—not to command, but to conscience. The meeting venue was designated at a side where visitors could still wear their shoes and sandals unlike other parts of the shrine. The reason for this is to not bring impurity into the shrine. We comply and instructions passed to the participants in advanced.</w:t>
      </w:r>
    </w:p>
    <w:p w:rsidR="00823498" w:rsidRPr="00936675" w:rsidRDefault="00823498" w:rsidP="00823498">
      <w:pPr>
        <w:spacing w:line="360" w:lineRule="auto"/>
        <w:jc w:val="both"/>
        <w:rPr>
          <w:rFonts w:cs="Times New Roman"/>
          <w:szCs w:val="24"/>
        </w:rPr>
      </w:pPr>
      <w:r w:rsidRPr="00936675">
        <w:rPr>
          <w:rFonts w:cs="Times New Roman"/>
          <w:szCs w:val="24"/>
        </w:rPr>
        <w:t>Makuach stood that morning like an old tree rooted in truth. His voice was not raised, but it carried. "This is not a peace from Juba," he said. "It is not the peace of men seeking power. This is the peace of God, brought through tears, visions, and the blood of your children. Do not treat it lightly."</w:t>
      </w:r>
    </w:p>
    <w:p w:rsidR="00823498" w:rsidRPr="00936675" w:rsidRDefault="00823498" w:rsidP="00823498">
      <w:pPr>
        <w:spacing w:line="360" w:lineRule="auto"/>
        <w:jc w:val="both"/>
        <w:rPr>
          <w:rFonts w:cs="Times New Roman"/>
          <w:szCs w:val="24"/>
        </w:rPr>
      </w:pPr>
      <w:r w:rsidRPr="00936675">
        <w:rPr>
          <w:rFonts w:cs="Times New Roman"/>
          <w:szCs w:val="24"/>
        </w:rPr>
        <w:t xml:space="preserve">For two days, Gawaar and Lou elders confessed grievances, recounted the names of the dead, and invoked ancient rituals to cleanse the land of bloodguilt. Cattle were offered. Prayers were chanted in the language of the ancestors. And perhaps most importantly, </w:t>
      </w:r>
      <w:r w:rsidRPr="00936675">
        <w:rPr>
          <w:rFonts w:cs="Times New Roman"/>
          <w:szCs w:val="24"/>
        </w:rPr>
        <w:lastRenderedPageBreak/>
        <w:t>youth who had once raided each other’s kraals sat side by side, listening to the prophets speak not of revenge, but of responsibility.</w:t>
      </w:r>
    </w:p>
    <w:p w:rsidR="00823498" w:rsidRPr="00936675" w:rsidRDefault="00823498" w:rsidP="00823498">
      <w:pPr>
        <w:spacing w:line="360" w:lineRule="auto"/>
        <w:jc w:val="both"/>
        <w:rPr>
          <w:rFonts w:cs="Times New Roman"/>
          <w:szCs w:val="24"/>
        </w:rPr>
      </w:pPr>
      <w:r w:rsidRPr="00936675">
        <w:rPr>
          <w:rFonts w:cs="Times New Roman"/>
          <w:szCs w:val="24"/>
        </w:rPr>
        <w:t>In a deeply moving ritual, both communities offered sacrificial bulls—to symbolize the end of hostility. The bulls were not just animals; they were chosen with prayer and significance, meant to carry away the sin of communal violence. As the blood was spilled, a silence fell over Thuokrikna that felt sacred. It wasn’t the silence of fear, but of surrender. Surrender to a higher calling.</w:t>
      </w:r>
    </w:p>
    <w:p w:rsidR="00823498" w:rsidRPr="00936675" w:rsidRDefault="00823498" w:rsidP="00823498">
      <w:pPr>
        <w:spacing w:line="360" w:lineRule="auto"/>
        <w:jc w:val="both"/>
        <w:rPr>
          <w:rFonts w:cs="Times New Roman"/>
          <w:szCs w:val="24"/>
        </w:rPr>
      </w:pPr>
      <w:r w:rsidRPr="00936675">
        <w:rPr>
          <w:rFonts w:cs="Times New Roman"/>
          <w:szCs w:val="24"/>
        </w:rPr>
        <w:t>I looked around and saw something I hadn’t seen in years: youth laying down their guns, even if momentarily, and picking up the words of reconciliation. There were tears. There were embraces. There were apologies. The prophets had not only mediated—they had transformed.</w:t>
      </w:r>
    </w:p>
    <w:p w:rsidR="00823498" w:rsidRPr="00936675" w:rsidRDefault="00823498" w:rsidP="00823498">
      <w:pPr>
        <w:spacing w:line="360" w:lineRule="auto"/>
        <w:jc w:val="both"/>
        <w:rPr>
          <w:rFonts w:cs="Times New Roman"/>
          <w:szCs w:val="24"/>
        </w:rPr>
      </w:pPr>
      <w:r w:rsidRPr="00936675">
        <w:rPr>
          <w:rFonts w:cs="Times New Roman"/>
          <w:szCs w:val="24"/>
        </w:rPr>
        <w:t>A written agreement was drafted, not by international lawyers, but by local scribes under the watchful eyes of prophets and elders. It contained promises to end the cycle of revenge, to report crimes instead of retaliate, and to consult prophets and chiefs before acting in anger. That document may never make headlines abroad, but in our hearts, it became scripture.</w:t>
      </w:r>
    </w:p>
    <w:p w:rsidR="00823498" w:rsidRPr="00936675" w:rsidRDefault="00823498" w:rsidP="00823498">
      <w:pPr>
        <w:spacing w:line="360" w:lineRule="auto"/>
        <w:jc w:val="both"/>
        <w:rPr>
          <w:rFonts w:cs="Times New Roman"/>
          <w:szCs w:val="24"/>
        </w:rPr>
      </w:pPr>
      <w:r w:rsidRPr="00936675">
        <w:rPr>
          <w:rFonts w:cs="Times New Roman"/>
          <w:szCs w:val="24"/>
        </w:rPr>
        <w:t>The peace of Thuokrikna held because it was not enforced—it was believed. It rested not on military might, but on spiritual conviction. And for the first time, the youth began to imagine a future that didn’t require them to avenge their fathers to prove their manhood.</w:t>
      </w:r>
    </w:p>
    <w:p w:rsidR="00823498" w:rsidRPr="00936675" w:rsidRDefault="00823498" w:rsidP="00823498">
      <w:pPr>
        <w:spacing w:line="360" w:lineRule="auto"/>
        <w:jc w:val="both"/>
        <w:rPr>
          <w:rFonts w:cs="Times New Roman"/>
          <w:szCs w:val="24"/>
        </w:rPr>
      </w:pPr>
      <w:r w:rsidRPr="00936675">
        <w:rPr>
          <w:rFonts w:cs="Times New Roman"/>
          <w:szCs w:val="24"/>
        </w:rPr>
        <w:t>Years later, people still point to Thuokrikna as a turning point. Not the end of all conflict, but the beginning of a different way. A way where prophets are not voices of doom, but architects of healing. A way where communities remember that the land is sacred, and that to shed blood upon it is to desecrate not just a person, but a people.</w:t>
      </w:r>
    </w:p>
    <w:p w:rsidR="00823498" w:rsidRPr="00936675" w:rsidRDefault="00823498" w:rsidP="00823498">
      <w:pPr>
        <w:spacing w:line="360" w:lineRule="auto"/>
        <w:jc w:val="both"/>
        <w:rPr>
          <w:rFonts w:cs="Times New Roman"/>
          <w:szCs w:val="24"/>
        </w:rPr>
      </w:pPr>
      <w:r w:rsidRPr="00936675">
        <w:rPr>
          <w:rFonts w:cs="Times New Roman"/>
          <w:szCs w:val="24"/>
        </w:rPr>
        <w:t>Thuokrikna taught me this: peace built by the prophets may not come with UN trucks or headlines, but it lives longer in the soul of a community than any paper signed in a capital city.</w:t>
      </w:r>
    </w:p>
    <w:p w:rsidR="00823498" w:rsidRPr="00936675" w:rsidRDefault="00823498" w:rsidP="00823498">
      <w:pPr>
        <w:spacing w:line="360" w:lineRule="auto"/>
        <w:jc w:val="both"/>
        <w:rPr>
          <w:rFonts w:cs="Times New Roman"/>
          <w:szCs w:val="24"/>
        </w:rPr>
      </w:pPr>
      <w:r w:rsidRPr="00936675">
        <w:rPr>
          <w:rFonts w:cs="Times New Roman"/>
          <w:szCs w:val="24"/>
        </w:rPr>
        <w:t>It was, and remains, a testament that even in South Sudan, peace can be holy.</w:t>
      </w:r>
    </w:p>
    <w:p w:rsidR="00823498" w:rsidRPr="00936675" w:rsidRDefault="00EC0C33"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lastRenderedPageBreak/>
        <w:t>CHAPTER 11: WOMEN: THE UNSEEN ARCHITECTS OF PEACE</w:t>
      </w:r>
    </w:p>
    <w:p w:rsidR="00823498" w:rsidRPr="00936675" w:rsidRDefault="00823498" w:rsidP="00823498">
      <w:pPr>
        <w:spacing w:line="360" w:lineRule="auto"/>
        <w:jc w:val="both"/>
        <w:rPr>
          <w:rFonts w:cs="Times New Roman"/>
          <w:szCs w:val="24"/>
        </w:rPr>
      </w:pPr>
      <w:r w:rsidRPr="00936675">
        <w:rPr>
          <w:rFonts w:cs="Times New Roman"/>
          <w:szCs w:val="24"/>
        </w:rPr>
        <w:t>In the aftermath of every raid, displacement, or abduction, it is the women who gather the broken pieces—quietly, faithfully, and without applause. They bury the dead, nurse the wounded, raise orphaned children, and stretch scarce resources to sustain entire households. Yet despite carrying the heaviest burdens of war, women remain the most underutilized actors in peacebuilding.</w:t>
      </w:r>
    </w:p>
    <w:p w:rsidR="00823498" w:rsidRPr="00936675" w:rsidRDefault="00823498" w:rsidP="00823498">
      <w:pPr>
        <w:spacing w:line="360" w:lineRule="auto"/>
        <w:jc w:val="both"/>
        <w:rPr>
          <w:rFonts w:cs="Times New Roman"/>
          <w:szCs w:val="24"/>
        </w:rPr>
      </w:pPr>
      <w:r w:rsidRPr="00936675">
        <w:rPr>
          <w:rFonts w:cs="Times New Roman"/>
          <w:szCs w:val="24"/>
        </w:rPr>
        <w:t>This silence is not cultural—it is systemic. Patriarchal norms and political exclusion have long kept women at the margins of formal negotiation spaces. But make no mistake: women in South Sudan are not passive bystanders in conflict—they are active peacebuilders in their own right.</w:t>
      </w:r>
    </w:p>
    <w:p w:rsidR="00823498" w:rsidRPr="00936675" w:rsidRDefault="00823498" w:rsidP="00823498">
      <w:pPr>
        <w:spacing w:line="360" w:lineRule="auto"/>
        <w:jc w:val="both"/>
        <w:rPr>
          <w:rFonts w:cs="Times New Roman"/>
          <w:szCs w:val="24"/>
        </w:rPr>
      </w:pPr>
      <w:r w:rsidRPr="00936675">
        <w:rPr>
          <w:rFonts w:cs="Times New Roman"/>
          <w:szCs w:val="24"/>
        </w:rPr>
        <w:t>In Karaam, I witnessed firsthand how women shifted the trajectory of a tense peace dialogue between the Gawaar and Lou Nuer ethnic group. As tempers flared among the men, a group of women entered the circle, barefoot and holding calabashes of milk—a cultural gesture of peace, nurture, and humility. One elder woman stepped forward and said, “We carried you in our wombs. We cannot carry your coffins. Let this be the last time we gather for revenge.” Her words dissolved the tension more effectively than any mediator could have.</w:t>
      </w:r>
    </w:p>
    <w:p w:rsidR="00823498" w:rsidRPr="00936675" w:rsidRDefault="00823498" w:rsidP="00823498">
      <w:pPr>
        <w:spacing w:line="360" w:lineRule="auto"/>
        <w:jc w:val="both"/>
        <w:rPr>
          <w:rFonts w:cs="Times New Roman"/>
          <w:szCs w:val="24"/>
        </w:rPr>
      </w:pPr>
      <w:r w:rsidRPr="00936675">
        <w:rPr>
          <w:rFonts w:cs="Times New Roman"/>
          <w:szCs w:val="24"/>
        </w:rPr>
        <w:t>This was not an anomaly. Across Jonglei and Murle ethnic group, women act as informal diplomats, moral anchors, and custodians of memory. They move between clans through marriage ties, maintain dialogue through kinship networks, and offer perspectives grounded not in retaliation—but in survival.</w:t>
      </w:r>
    </w:p>
    <w:p w:rsidR="00823498" w:rsidRPr="00936675" w:rsidRDefault="00823498" w:rsidP="00823498">
      <w:pPr>
        <w:spacing w:line="360" w:lineRule="auto"/>
        <w:jc w:val="both"/>
        <w:rPr>
          <w:rFonts w:cs="Times New Roman"/>
          <w:szCs w:val="24"/>
        </w:rPr>
      </w:pPr>
      <w:r w:rsidRPr="00936675">
        <w:rPr>
          <w:rFonts w:cs="Times New Roman"/>
          <w:szCs w:val="24"/>
        </w:rPr>
        <w:t>Women mediate household disputes. They counsel their sons away from raids. They support ex-combatants through reintegration. They organize food and logistics during peace events. And increasingly, they are stepping forward to demand a seat at the decision-making table—not as guests, but as rightful contributors.</w:t>
      </w:r>
    </w:p>
    <w:p w:rsidR="00823498" w:rsidRPr="00936675" w:rsidRDefault="00823498" w:rsidP="00823498">
      <w:pPr>
        <w:spacing w:line="360" w:lineRule="auto"/>
        <w:jc w:val="both"/>
        <w:rPr>
          <w:rFonts w:cs="Times New Roman"/>
          <w:szCs w:val="24"/>
        </w:rPr>
      </w:pPr>
      <w:r w:rsidRPr="00936675">
        <w:rPr>
          <w:rFonts w:cs="Times New Roman"/>
          <w:szCs w:val="24"/>
        </w:rPr>
        <w:t>In spiritual contexts, many women are also spiritual advisors to prophets, intercessors in rituals, and keepers of ancestral wisdom. Their peace work is both visible and invisible—woven into daily life, ceremony, and social resilience.</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Yet their inclusion in peace processes is still often treated as symbolic. One seat at the table. One speech. One checkbox for gender balance. This is not inclusion. It is tokenism.</w:t>
      </w:r>
    </w:p>
    <w:p w:rsidR="00823498" w:rsidRPr="00936675" w:rsidRDefault="00823498" w:rsidP="00823498">
      <w:pPr>
        <w:spacing w:line="360" w:lineRule="auto"/>
        <w:jc w:val="both"/>
        <w:rPr>
          <w:rFonts w:cs="Times New Roman"/>
          <w:szCs w:val="24"/>
        </w:rPr>
      </w:pPr>
      <w:r w:rsidRPr="00936675">
        <w:rPr>
          <w:rFonts w:cs="Times New Roman"/>
          <w:szCs w:val="24"/>
        </w:rPr>
        <w:t>True peace cannot be built without women—not because it is fashionable to say so, but because it is impossible to sustain peace while excluding half of the population that carries its cost.</w:t>
      </w:r>
    </w:p>
    <w:p w:rsidR="00823498" w:rsidRPr="00936675" w:rsidRDefault="00823498" w:rsidP="00823498">
      <w:pPr>
        <w:spacing w:line="360" w:lineRule="auto"/>
        <w:jc w:val="both"/>
        <w:rPr>
          <w:rFonts w:cs="Times New Roman"/>
          <w:szCs w:val="24"/>
        </w:rPr>
      </w:pPr>
      <w:r w:rsidRPr="00936675">
        <w:rPr>
          <w:rFonts w:cs="Times New Roman"/>
          <w:szCs w:val="24"/>
        </w:rPr>
        <w:t>We must reimagine peace processes that are not just inclusive in word, but transformative in structure. Women must be engaged as planners, monitors, facilitators, and enforcers of peace. Their perspectives must shape not only the content of agreements—but the spirit in which those agreements are made.</w:t>
      </w:r>
    </w:p>
    <w:p w:rsidR="00823498" w:rsidRPr="00936675" w:rsidRDefault="00823498" w:rsidP="00823498">
      <w:pPr>
        <w:spacing w:line="360" w:lineRule="auto"/>
        <w:jc w:val="both"/>
        <w:rPr>
          <w:rFonts w:cs="Times New Roman"/>
          <w:szCs w:val="24"/>
        </w:rPr>
      </w:pPr>
      <w:r w:rsidRPr="00936675">
        <w:rPr>
          <w:rFonts w:cs="Times New Roman"/>
          <w:szCs w:val="24"/>
        </w:rPr>
        <w:t>If youth are the hands of peace,</w:t>
      </w:r>
    </w:p>
    <w:p w:rsidR="00823498" w:rsidRPr="00936675" w:rsidRDefault="00823498" w:rsidP="00823498">
      <w:pPr>
        <w:spacing w:line="360" w:lineRule="auto"/>
        <w:jc w:val="both"/>
        <w:rPr>
          <w:rFonts w:cs="Times New Roman"/>
          <w:szCs w:val="24"/>
        </w:rPr>
      </w:pPr>
      <w:r w:rsidRPr="00936675">
        <w:rPr>
          <w:rFonts w:cs="Times New Roman"/>
          <w:szCs w:val="24"/>
        </w:rPr>
        <w:t>then women are its heart.</w:t>
      </w:r>
    </w:p>
    <w:p w:rsidR="00823498" w:rsidRPr="00936675" w:rsidRDefault="00823498" w:rsidP="00823498">
      <w:pPr>
        <w:spacing w:line="360" w:lineRule="auto"/>
        <w:jc w:val="both"/>
        <w:rPr>
          <w:rFonts w:cs="Times New Roman"/>
          <w:szCs w:val="24"/>
        </w:rPr>
      </w:pPr>
      <w:r w:rsidRPr="00936675">
        <w:rPr>
          <w:rFonts w:cs="Times New Roman"/>
          <w:szCs w:val="24"/>
        </w:rPr>
        <w:t>And without both, peace cannot breathe.</w:t>
      </w:r>
    </w:p>
    <w:p w:rsidR="00823498" w:rsidRPr="00936675" w:rsidRDefault="00823498" w:rsidP="00823498">
      <w:pPr>
        <w:spacing w:line="360" w:lineRule="auto"/>
        <w:jc w:val="both"/>
        <w:rPr>
          <w:rFonts w:cs="Times New Roman"/>
          <w:szCs w:val="24"/>
        </w:rPr>
      </w:pPr>
      <w:r w:rsidRPr="00936675">
        <w:rPr>
          <w:rFonts w:cs="Times New Roman"/>
          <w:szCs w:val="24"/>
        </w:rPr>
        <w:t>Cattle: From Currency of Revenge to Covenant of Reconciliation</w:t>
      </w:r>
    </w:p>
    <w:p w:rsidR="00823498" w:rsidRPr="00936675" w:rsidRDefault="00823498" w:rsidP="00823498">
      <w:pPr>
        <w:spacing w:line="360" w:lineRule="auto"/>
        <w:jc w:val="both"/>
        <w:rPr>
          <w:rFonts w:cs="Times New Roman"/>
          <w:szCs w:val="24"/>
        </w:rPr>
      </w:pPr>
      <w:r w:rsidRPr="00936675">
        <w:rPr>
          <w:rFonts w:cs="Times New Roman"/>
          <w:szCs w:val="24"/>
        </w:rPr>
        <w:t>To outsiders, cattle in South Sudan may appear as mere livestock—economic units, tradable goods. But to the people of Jonglei and Murle ethnic group, cattle are not just property—they are cosmology. They represent identity, lineage, wealth, status, and sacred memory.</w:t>
      </w:r>
    </w:p>
    <w:p w:rsidR="00823498" w:rsidRPr="00936675" w:rsidRDefault="00823498" w:rsidP="00823498">
      <w:pPr>
        <w:spacing w:line="360" w:lineRule="auto"/>
        <w:jc w:val="both"/>
        <w:rPr>
          <w:rFonts w:cs="Times New Roman"/>
          <w:szCs w:val="24"/>
        </w:rPr>
      </w:pPr>
      <w:r w:rsidRPr="00936675">
        <w:rPr>
          <w:rFonts w:cs="Times New Roman"/>
          <w:szCs w:val="24"/>
        </w:rPr>
        <w:t>From the moment a child is born, cattle shape their life’s path—used for naming ceremonies, marriage dowries, spiritual sacrifices, and reconciliation rites. A man’s reputation is measured not just in words or deeds, but in the strength and beauty of his herd.</w:t>
      </w:r>
    </w:p>
    <w:p w:rsidR="00823498" w:rsidRPr="00936675" w:rsidRDefault="00823498" w:rsidP="00823498">
      <w:pPr>
        <w:spacing w:line="360" w:lineRule="auto"/>
        <w:jc w:val="both"/>
        <w:rPr>
          <w:rFonts w:cs="Times New Roman"/>
          <w:szCs w:val="24"/>
        </w:rPr>
      </w:pPr>
      <w:r w:rsidRPr="00936675">
        <w:rPr>
          <w:rFonts w:cs="Times New Roman"/>
          <w:szCs w:val="24"/>
        </w:rPr>
        <w:t>Yet, this deep cultural value also makes cattle a potent trigger of violence.</w:t>
      </w:r>
    </w:p>
    <w:p w:rsidR="00823498" w:rsidRPr="00936675" w:rsidRDefault="00823498" w:rsidP="00823498">
      <w:pPr>
        <w:spacing w:line="360" w:lineRule="auto"/>
        <w:jc w:val="both"/>
        <w:rPr>
          <w:rFonts w:cs="Times New Roman"/>
          <w:szCs w:val="24"/>
        </w:rPr>
      </w:pPr>
      <w:r w:rsidRPr="00936675">
        <w:rPr>
          <w:rFonts w:cs="Times New Roman"/>
          <w:szCs w:val="24"/>
        </w:rPr>
        <w:t xml:space="preserve">Cattle raids are not new in our history. For generations, they were governed by strict honor codes and ancestral restrictions. Elders mediated disputes; stolen animals were returned or compensated. But today’s raids—armed with AK-47s and fueled by lawlessness—have lost their traditional moral compass. What was once ritualized has become militarized. Cattle are now targeted for revenge. For dowry debts. For survival. And because they are </w:t>
      </w:r>
      <w:r w:rsidRPr="00936675">
        <w:rPr>
          <w:rFonts w:cs="Times New Roman"/>
          <w:szCs w:val="24"/>
        </w:rPr>
        <w:lastRenderedPageBreak/>
        <w:t>mobile, valuable, and deeply symbolic, they have become the fuel for cycles of generational conflict. But just as cattle have been used to justify bloodshed, they can also be used to build peace.</w:t>
      </w:r>
    </w:p>
    <w:p w:rsidR="00823498" w:rsidRPr="00936675" w:rsidRDefault="00823498" w:rsidP="00823498">
      <w:pPr>
        <w:spacing w:line="360" w:lineRule="auto"/>
        <w:jc w:val="both"/>
        <w:rPr>
          <w:rFonts w:cs="Times New Roman"/>
          <w:szCs w:val="24"/>
        </w:rPr>
      </w:pPr>
      <w:r w:rsidRPr="00936675">
        <w:rPr>
          <w:rFonts w:cs="Times New Roman"/>
          <w:szCs w:val="24"/>
        </w:rPr>
        <w:t xml:space="preserve">In </w:t>
      </w:r>
      <w:proofErr w:type="spellStart"/>
      <w:r w:rsidRPr="00936675">
        <w:rPr>
          <w:rFonts w:cs="Times New Roman"/>
          <w:szCs w:val="24"/>
        </w:rPr>
        <w:t>Kuachdeng</w:t>
      </w:r>
      <w:proofErr w:type="spellEnd"/>
      <w:r w:rsidRPr="00936675">
        <w:rPr>
          <w:rFonts w:cs="Times New Roman"/>
          <w:szCs w:val="24"/>
        </w:rPr>
        <w:t>, I helped facilitate a peace gathering where rival youth leaders committed to a symbolic initiative called “cattle for peace.” Rather than demand new dowries or exact revenge, they agreed to return previously stolen herds as gestures of goodwill. The moment was powerful—not just economically, but spiritually. Cattle once used to divide now became bridges between communities. In another community, elders proposed a rotating “shared grazing corridor,” monitored by youth and elders from both clans, where cattle could feed without fear of attack. The land was reclaimed not by force, but by mutual stewardship.</w:t>
      </w:r>
    </w:p>
    <w:p w:rsidR="00823498" w:rsidRPr="00936675" w:rsidRDefault="00823498" w:rsidP="00823498">
      <w:pPr>
        <w:spacing w:line="360" w:lineRule="auto"/>
        <w:jc w:val="both"/>
        <w:rPr>
          <w:rFonts w:cs="Times New Roman"/>
          <w:szCs w:val="24"/>
        </w:rPr>
      </w:pPr>
      <w:r w:rsidRPr="00936675">
        <w:rPr>
          <w:rFonts w:cs="Times New Roman"/>
          <w:szCs w:val="24"/>
        </w:rPr>
        <w:t>These examples are not isolated. They represent a growing understanding that the conflict around cattle is not about livestock—it is about dignity, memory, and the sacred balance of relationships. To change the cattle conflict dynamic, we must do more than impose disarmament. We must revive traditional values, re-establish customary law, and empower communities to enforce moral codes around livestock ownership, exchange, and restitution. The cows will remain. But their meaning can shift.</w:t>
      </w:r>
    </w:p>
    <w:p w:rsidR="00823498" w:rsidRPr="00936675" w:rsidRDefault="00823498" w:rsidP="00823498">
      <w:pPr>
        <w:spacing w:line="360" w:lineRule="auto"/>
        <w:jc w:val="both"/>
        <w:rPr>
          <w:rFonts w:cs="Times New Roman"/>
          <w:szCs w:val="24"/>
        </w:rPr>
      </w:pPr>
      <w:r w:rsidRPr="00936675">
        <w:rPr>
          <w:rFonts w:cs="Times New Roman"/>
          <w:szCs w:val="24"/>
        </w:rPr>
        <w:t>From weapons of revenge to tools of repair.</w:t>
      </w:r>
    </w:p>
    <w:p w:rsidR="00823498" w:rsidRPr="00936675" w:rsidRDefault="00823498" w:rsidP="00823498">
      <w:pPr>
        <w:spacing w:line="360" w:lineRule="auto"/>
        <w:jc w:val="both"/>
        <w:rPr>
          <w:rFonts w:cs="Times New Roman"/>
          <w:szCs w:val="24"/>
        </w:rPr>
      </w:pPr>
      <w:r w:rsidRPr="00936675">
        <w:rPr>
          <w:rFonts w:cs="Times New Roman"/>
          <w:szCs w:val="24"/>
        </w:rPr>
        <w:t>From the cause of death to the symbol of rebirth.</w:t>
      </w:r>
    </w:p>
    <w:p w:rsidR="00823498" w:rsidRPr="00936675" w:rsidRDefault="00823498" w:rsidP="00823498">
      <w:pPr>
        <w:spacing w:line="360" w:lineRule="auto"/>
        <w:jc w:val="both"/>
        <w:rPr>
          <w:rFonts w:cs="Times New Roman"/>
          <w:szCs w:val="24"/>
        </w:rPr>
      </w:pPr>
      <w:r w:rsidRPr="00936675">
        <w:rPr>
          <w:rFonts w:cs="Times New Roman"/>
          <w:szCs w:val="24"/>
        </w:rPr>
        <w:t>From trophies of war to treaties of peace.</w:t>
      </w:r>
    </w:p>
    <w:p w:rsidR="00823498" w:rsidRPr="00936675" w:rsidRDefault="00823498" w:rsidP="00823498">
      <w:pPr>
        <w:spacing w:line="360" w:lineRule="auto"/>
        <w:jc w:val="both"/>
        <w:rPr>
          <w:rFonts w:cs="Times New Roman"/>
          <w:szCs w:val="24"/>
        </w:rPr>
      </w:pPr>
      <w:r w:rsidRPr="00936675">
        <w:rPr>
          <w:rFonts w:cs="Times New Roman"/>
          <w:szCs w:val="24"/>
        </w:rPr>
        <w:t>Reframing the Narrative: From Risk to Resource</w:t>
      </w:r>
    </w:p>
    <w:p w:rsidR="00823498" w:rsidRPr="00936675" w:rsidRDefault="00823498" w:rsidP="00823498">
      <w:pPr>
        <w:spacing w:line="360" w:lineRule="auto"/>
        <w:jc w:val="both"/>
        <w:rPr>
          <w:rFonts w:cs="Times New Roman"/>
          <w:szCs w:val="24"/>
        </w:rPr>
      </w:pPr>
      <w:r w:rsidRPr="00936675">
        <w:rPr>
          <w:rFonts w:cs="Times New Roman"/>
          <w:szCs w:val="24"/>
        </w:rPr>
        <w:t>In every peace mission, donors, agencies, and analysts tend to view women, youth, and cattle as risks to be managed. But in truth, they are resources to be mobilized. They are not liabilities. They are the living systems upon which our society rests. And if engaged with wisdom and dignity, they can form the very foundation of a homegrown, lasting peace.</w:t>
      </w:r>
    </w:p>
    <w:p w:rsidR="00823498" w:rsidRPr="00936675" w:rsidRDefault="00823498" w:rsidP="00823498">
      <w:pPr>
        <w:spacing w:line="360" w:lineRule="auto"/>
        <w:jc w:val="both"/>
        <w:rPr>
          <w:rFonts w:cs="Times New Roman"/>
          <w:szCs w:val="24"/>
        </w:rPr>
      </w:pPr>
      <w:r w:rsidRPr="00936675">
        <w:rPr>
          <w:rFonts w:cs="Times New Roman"/>
          <w:szCs w:val="24"/>
        </w:rPr>
        <w:t>We must flip the script.</w:t>
      </w:r>
    </w:p>
    <w:p w:rsidR="00823498" w:rsidRPr="00936675" w:rsidRDefault="00823498" w:rsidP="00823498">
      <w:pPr>
        <w:spacing w:line="360" w:lineRule="auto"/>
        <w:jc w:val="both"/>
        <w:rPr>
          <w:rFonts w:cs="Times New Roman"/>
          <w:szCs w:val="24"/>
        </w:rPr>
      </w:pPr>
      <w:r w:rsidRPr="00936675">
        <w:rPr>
          <w:rFonts w:cs="Times New Roman"/>
          <w:szCs w:val="24"/>
        </w:rPr>
        <w:t>Let us no longer see youth as ticking time bombs,</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but as torchbearers of a new ethic.</w:t>
      </w:r>
    </w:p>
    <w:p w:rsidR="00823498" w:rsidRPr="00936675" w:rsidRDefault="00823498" w:rsidP="00823498">
      <w:pPr>
        <w:spacing w:line="360" w:lineRule="auto"/>
        <w:jc w:val="both"/>
        <w:rPr>
          <w:rFonts w:cs="Times New Roman"/>
          <w:szCs w:val="24"/>
        </w:rPr>
      </w:pPr>
      <w:r w:rsidRPr="00936675">
        <w:rPr>
          <w:rFonts w:cs="Times New Roman"/>
          <w:szCs w:val="24"/>
        </w:rPr>
        <w:t>Let us no longer hear women only as lamenters,</w:t>
      </w:r>
    </w:p>
    <w:p w:rsidR="00823498" w:rsidRPr="00936675" w:rsidRDefault="00823498" w:rsidP="00823498">
      <w:pPr>
        <w:spacing w:line="360" w:lineRule="auto"/>
        <w:jc w:val="both"/>
        <w:rPr>
          <w:rFonts w:cs="Times New Roman"/>
          <w:szCs w:val="24"/>
        </w:rPr>
      </w:pPr>
      <w:r w:rsidRPr="00936675">
        <w:rPr>
          <w:rFonts w:cs="Times New Roman"/>
          <w:szCs w:val="24"/>
        </w:rPr>
        <w:t>but as legislators of peace rooted in lived experience.</w:t>
      </w:r>
    </w:p>
    <w:p w:rsidR="00823498" w:rsidRPr="00936675" w:rsidRDefault="00823498" w:rsidP="00823498">
      <w:pPr>
        <w:spacing w:line="360" w:lineRule="auto"/>
        <w:jc w:val="both"/>
        <w:rPr>
          <w:rFonts w:cs="Times New Roman"/>
          <w:szCs w:val="24"/>
        </w:rPr>
      </w:pPr>
      <w:r w:rsidRPr="00936675">
        <w:rPr>
          <w:rFonts w:cs="Times New Roman"/>
          <w:szCs w:val="24"/>
        </w:rPr>
        <w:t>Let us no longer treat cattle as spoils of conquest,</w:t>
      </w:r>
    </w:p>
    <w:p w:rsidR="00823498" w:rsidRPr="00936675" w:rsidRDefault="00823498" w:rsidP="00823498">
      <w:pPr>
        <w:spacing w:line="360" w:lineRule="auto"/>
        <w:jc w:val="both"/>
        <w:rPr>
          <w:rFonts w:cs="Times New Roman"/>
          <w:szCs w:val="24"/>
        </w:rPr>
      </w:pPr>
      <w:r w:rsidRPr="00936675">
        <w:rPr>
          <w:rFonts w:cs="Times New Roman"/>
          <w:szCs w:val="24"/>
        </w:rPr>
        <w:t>but as sacred instruments of covenant.</w:t>
      </w:r>
    </w:p>
    <w:p w:rsidR="00823498" w:rsidRPr="00936675" w:rsidRDefault="00823498" w:rsidP="00823498">
      <w:pPr>
        <w:spacing w:line="360" w:lineRule="auto"/>
        <w:jc w:val="both"/>
        <w:rPr>
          <w:rFonts w:cs="Times New Roman"/>
          <w:szCs w:val="24"/>
        </w:rPr>
      </w:pPr>
      <w:r w:rsidRPr="00936675">
        <w:rPr>
          <w:rFonts w:cs="Times New Roman"/>
          <w:szCs w:val="24"/>
        </w:rPr>
        <w:t>Because in every boma I have walked—in Ayod, Uror, Akobo, and Lekuangole—I have seen it: the potential for peace already exists. It breathes through our cultures, our relationships, and our resilience.</w:t>
      </w:r>
    </w:p>
    <w:p w:rsidR="00823498" w:rsidRPr="00936675" w:rsidRDefault="00823498" w:rsidP="00823498">
      <w:pPr>
        <w:spacing w:line="360" w:lineRule="auto"/>
        <w:jc w:val="both"/>
        <w:rPr>
          <w:rFonts w:cs="Times New Roman"/>
          <w:szCs w:val="24"/>
        </w:rPr>
      </w:pPr>
      <w:r w:rsidRPr="00936675">
        <w:rPr>
          <w:rFonts w:cs="Times New Roman"/>
          <w:szCs w:val="24"/>
        </w:rPr>
        <w:t>We do not need to import peace from outside.</w:t>
      </w:r>
    </w:p>
    <w:p w:rsidR="00823498" w:rsidRPr="00936675" w:rsidRDefault="00823498" w:rsidP="00823498">
      <w:pPr>
        <w:spacing w:line="360" w:lineRule="auto"/>
        <w:jc w:val="both"/>
        <w:rPr>
          <w:rFonts w:cs="Times New Roman"/>
          <w:szCs w:val="24"/>
        </w:rPr>
      </w:pPr>
      <w:r w:rsidRPr="00936675">
        <w:rPr>
          <w:rFonts w:cs="Times New Roman"/>
          <w:szCs w:val="24"/>
        </w:rPr>
        <w:t>We need to ignite it from within—through the very hands, hearts, and herds we too often overlook.</w:t>
      </w:r>
    </w:p>
    <w:p w:rsidR="00823498" w:rsidRPr="00936675" w:rsidRDefault="00823498" w:rsidP="00823498">
      <w:pPr>
        <w:spacing w:line="360" w:lineRule="auto"/>
        <w:jc w:val="both"/>
        <w:rPr>
          <w:rFonts w:cs="Times New Roman"/>
          <w:szCs w:val="24"/>
        </w:rPr>
      </w:pPr>
      <w:r w:rsidRPr="00936675">
        <w:rPr>
          <w:rFonts w:cs="Times New Roman"/>
          <w:szCs w:val="24"/>
        </w:rPr>
        <w:t>This is not just a reframing of conflict.</w:t>
      </w:r>
    </w:p>
    <w:p w:rsidR="00823498" w:rsidRPr="00936675" w:rsidRDefault="00823498" w:rsidP="00823498">
      <w:pPr>
        <w:spacing w:line="360" w:lineRule="auto"/>
        <w:jc w:val="both"/>
        <w:rPr>
          <w:rFonts w:cs="Times New Roman"/>
          <w:szCs w:val="24"/>
        </w:rPr>
      </w:pPr>
      <w:r w:rsidRPr="00936675">
        <w:rPr>
          <w:rFonts w:cs="Times New Roman"/>
          <w:szCs w:val="24"/>
        </w:rPr>
        <w:t>It is the restoration of our deepest truths.</w:t>
      </w:r>
    </w:p>
    <w:p w:rsidR="00823498" w:rsidRPr="00936675" w:rsidRDefault="00EC0C33"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12: BETWEEN TWO WORLDS: THE GOVERNMENT AND THE SPIRITS</w:t>
      </w:r>
    </w:p>
    <w:p w:rsidR="00823498" w:rsidRPr="00936675" w:rsidRDefault="00823498" w:rsidP="00823498">
      <w:pPr>
        <w:spacing w:line="360" w:lineRule="auto"/>
        <w:jc w:val="both"/>
        <w:rPr>
          <w:rFonts w:cs="Times New Roman"/>
          <w:szCs w:val="24"/>
        </w:rPr>
      </w:pPr>
      <w:r w:rsidRPr="00936675">
        <w:rPr>
          <w:rFonts w:cs="Times New Roman"/>
          <w:szCs w:val="24"/>
        </w:rPr>
        <w:t>In South Sudan, especially in Jonglei and the Greater Pibor Administrative Area (Murle ethnic group), governance is not confined to offices, uniforms, or parliamentary debates. It is also carried in the wind that moves through shrines, spoken through the mouths of prophets, and enacted in rituals that predate any constitution. To lead in this land is to govern between two worlds—the world of the state, and the world of the spirits.</w:t>
      </w:r>
    </w:p>
    <w:p w:rsidR="00823498" w:rsidRPr="00936675" w:rsidRDefault="00823498" w:rsidP="00823498">
      <w:pPr>
        <w:spacing w:line="360" w:lineRule="auto"/>
        <w:jc w:val="both"/>
        <w:rPr>
          <w:rFonts w:cs="Times New Roman"/>
          <w:szCs w:val="24"/>
        </w:rPr>
      </w:pPr>
      <w:r w:rsidRPr="00936675">
        <w:rPr>
          <w:rFonts w:cs="Times New Roman"/>
          <w:szCs w:val="24"/>
        </w:rPr>
        <w:t>The failure to recognize this duality has cost the country dearly. While national and state governments cling to formal authority based on laws and decrees, much of the real influence—especially in rural communities—rests with those who draw their legitimacy from ancestral spirits, sacred visions, and cosmological order.</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 xml:space="preserve">In places like Ayod, Uror, </w:t>
      </w:r>
      <w:proofErr w:type="spellStart"/>
      <w:r w:rsidRPr="00936675">
        <w:rPr>
          <w:rFonts w:cs="Times New Roman"/>
          <w:szCs w:val="24"/>
        </w:rPr>
        <w:t>Likuangole</w:t>
      </w:r>
      <w:proofErr w:type="spellEnd"/>
      <w:r w:rsidRPr="00936675">
        <w:rPr>
          <w:rFonts w:cs="Times New Roman"/>
          <w:szCs w:val="24"/>
        </w:rPr>
        <w:t>, and parts of Pibor, the decisions of prophets such as Dak Kueth, Tut Jok, and Makuach Tut often carry more weight than any county commissioner. A decree from the government may be questioned. A message from the spirits is obeyed.</w:t>
      </w:r>
    </w:p>
    <w:p w:rsidR="00823498" w:rsidRPr="00936675" w:rsidRDefault="00823498" w:rsidP="00823498">
      <w:pPr>
        <w:spacing w:line="360" w:lineRule="auto"/>
        <w:jc w:val="both"/>
        <w:rPr>
          <w:rFonts w:cs="Times New Roman"/>
          <w:szCs w:val="24"/>
        </w:rPr>
      </w:pPr>
      <w:r w:rsidRPr="00936675">
        <w:rPr>
          <w:rFonts w:cs="Times New Roman"/>
          <w:szCs w:val="24"/>
        </w:rPr>
        <w:t>This is not merely superstition—it is a reflection of how communities understand power, trust, and accountability. The government is seen as distant, political, and unpredictable. The spirits, by contrast, are ever-present, ancestral, and morally binding. In a landscape where the formal state is fragile, the spiritual realm remains the ultimate court of appeal.</w:t>
      </w:r>
    </w:p>
    <w:p w:rsidR="00823498" w:rsidRPr="00936675" w:rsidRDefault="00823498" w:rsidP="00823498">
      <w:pPr>
        <w:spacing w:line="360" w:lineRule="auto"/>
        <w:jc w:val="both"/>
        <w:rPr>
          <w:rFonts w:cs="Times New Roman"/>
          <w:szCs w:val="24"/>
        </w:rPr>
      </w:pPr>
      <w:r w:rsidRPr="00936675">
        <w:rPr>
          <w:rFonts w:cs="Times New Roman"/>
          <w:szCs w:val="24"/>
        </w:rPr>
        <w:t>The Fragile Legitimacy of the State</w:t>
      </w:r>
    </w:p>
    <w:p w:rsidR="00823498" w:rsidRPr="00936675" w:rsidRDefault="00823498" w:rsidP="00823498">
      <w:pPr>
        <w:spacing w:line="360" w:lineRule="auto"/>
        <w:jc w:val="both"/>
        <w:rPr>
          <w:rFonts w:cs="Times New Roman"/>
          <w:szCs w:val="24"/>
        </w:rPr>
      </w:pPr>
      <w:r w:rsidRPr="00936675">
        <w:rPr>
          <w:rFonts w:cs="Times New Roman"/>
          <w:szCs w:val="24"/>
        </w:rPr>
        <w:t>The government of South Sudan emerged from a long war of liberation. It was forged in resistance, not built through inclusive dialogue or cultural reconciliation. As a result, the structures it imposed were often externally modeled and internally disconnected. Local communities were told to follow systems they did not create, implemented by actors they did not choose.</w:t>
      </w:r>
    </w:p>
    <w:p w:rsidR="00823498" w:rsidRPr="00936675" w:rsidRDefault="00823498" w:rsidP="00823498">
      <w:pPr>
        <w:spacing w:line="360" w:lineRule="auto"/>
        <w:jc w:val="both"/>
        <w:rPr>
          <w:rFonts w:cs="Times New Roman"/>
          <w:szCs w:val="24"/>
        </w:rPr>
      </w:pPr>
      <w:r w:rsidRPr="00936675">
        <w:rPr>
          <w:rFonts w:cs="Times New Roman"/>
          <w:szCs w:val="24"/>
        </w:rPr>
        <w:t>The result was predictable: skepticism, alienation, and resistance. In Jonglei, government presence is often limited to sporadic military deployments or administrative visits. Chiefs complain of being bypassed. Youth are not consulted. Community needs are misread. The state's failure to understand spiritual institutions has led to confrontations, missed opportunities, and even violence.</w:t>
      </w:r>
    </w:p>
    <w:p w:rsidR="00823498" w:rsidRPr="00936675" w:rsidRDefault="00823498" w:rsidP="00823498">
      <w:pPr>
        <w:spacing w:line="360" w:lineRule="auto"/>
        <w:jc w:val="both"/>
        <w:rPr>
          <w:rFonts w:cs="Times New Roman"/>
          <w:szCs w:val="24"/>
        </w:rPr>
      </w:pPr>
      <w:r w:rsidRPr="00936675">
        <w:rPr>
          <w:rFonts w:cs="Times New Roman"/>
          <w:szCs w:val="24"/>
        </w:rPr>
        <w:t>When state actors arrest a prophet, close a shrine, or dismiss a ritual as irrelevant, they do not just challenge an individual—they challenge the very moral compass of the community.</w:t>
      </w:r>
    </w:p>
    <w:p w:rsidR="00823498" w:rsidRPr="00936675" w:rsidRDefault="00823498" w:rsidP="00823498">
      <w:pPr>
        <w:spacing w:line="360" w:lineRule="auto"/>
        <w:jc w:val="both"/>
        <w:rPr>
          <w:rFonts w:cs="Times New Roman"/>
          <w:szCs w:val="24"/>
        </w:rPr>
      </w:pPr>
      <w:r w:rsidRPr="00936675">
        <w:rPr>
          <w:rFonts w:cs="Times New Roman"/>
          <w:szCs w:val="24"/>
        </w:rPr>
        <w:t>The Enduring Authority of the Spirits</w:t>
      </w:r>
    </w:p>
    <w:p w:rsidR="00823498" w:rsidRPr="00936675" w:rsidRDefault="00823498" w:rsidP="00823498">
      <w:pPr>
        <w:spacing w:line="360" w:lineRule="auto"/>
        <w:jc w:val="both"/>
        <w:rPr>
          <w:rFonts w:cs="Times New Roman"/>
          <w:szCs w:val="24"/>
        </w:rPr>
      </w:pPr>
      <w:r w:rsidRPr="00936675">
        <w:rPr>
          <w:rFonts w:cs="Times New Roman"/>
          <w:szCs w:val="24"/>
        </w:rPr>
        <w:t xml:space="preserve">By contrast, the authority of the spiritual realm is interwoven with daily life. A prophet’s legitimacy is not declared—it is discerned. It emerges through visions, healing, symbolic signs, and community affirmation. Prophets are not elected, but recognized—a recognition that can transcend clan, age, or political status. Their power lies in their perceived proximity to truth. While politicians campaign with promises, prophets pronounce with </w:t>
      </w:r>
      <w:r w:rsidRPr="00936675">
        <w:rPr>
          <w:rFonts w:cs="Times New Roman"/>
          <w:szCs w:val="24"/>
        </w:rPr>
        <w:lastRenderedPageBreak/>
        <w:t>purpose. While officials wear uniforms, prophets wear sacred ash, walk with staffs, and speak with urgency that bypasses bureaucracy.</w:t>
      </w:r>
    </w:p>
    <w:p w:rsidR="00823498" w:rsidRPr="00936675" w:rsidRDefault="00823498" w:rsidP="00823498">
      <w:pPr>
        <w:spacing w:line="360" w:lineRule="auto"/>
        <w:jc w:val="both"/>
        <w:rPr>
          <w:rFonts w:cs="Times New Roman"/>
          <w:szCs w:val="24"/>
        </w:rPr>
      </w:pPr>
      <w:r w:rsidRPr="00936675">
        <w:rPr>
          <w:rFonts w:cs="Times New Roman"/>
          <w:szCs w:val="24"/>
        </w:rPr>
        <w:t>In my travels, I’ve witnessed youth laying down weapons not at the order of a general, but at the plea of a prophet. I’ve seen community decisions reversed because a vision foretold sickness if action was taken too quickly. These moments cannot be dismissed—they must be interpreted as legitimate forms of governance, rooted not in paperwork, but in prophecy.</w:t>
      </w:r>
    </w:p>
    <w:p w:rsidR="00823498" w:rsidRPr="00936675" w:rsidRDefault="00823498" w:rsidP="00823498">
      <w:pPr>
        <w:spacing w:line="360" w:lineRule="auto"/>
        <w:jc w:val="both"/>
        <w:rPr>
          <w:rFonts w:cs="Times New Roman"/>
          <w:szCs w:val="24"/>
        </w:rPr>
      </w:pPr>
      <w:r w:rsidRPr="00936675">
        <w:rPr>
          <w:rFonts w:cs="Times New Roman"/>
          <w:szCs w:val="24"/>
        </w:rPr>
        <w:t>Where the Worlds Collide—and Must Converge</w:t>
      </w:r>
    </w:p>
    <w:p w:rsidR="00823498" w:rsidRPr="00936675" w:rsidRDefault="00823498" w:rsidP="00823498">
      <w:pPr>
        <w:spacing w:line="360" w:lineRule="auto"/>
        <w:jc w:val="both"/>
        <w:rPr>
          <w:rFonts w:cs="Times New Roman"/>
          <w:szCs w:val="24"/>
        </w:rPr>
      </w:pPr>
      <w:r w:rsidRPr="00936675">
        <w:rPr>
          <w:rFonts w:cs="Times New Roman"/>
          <w:szCs w:val="24"/>
        </w:rPr>
        <w:t>Too often, these two worlds—government and spirit—are positioned as oppositional. In reality, they must become complementary.</w:t>
      </w:r>
    </w:p>
    <w:p w:rsidR="00823498" w:rsidRPr="00936675" w:rsidRDefault="00823498" w:rsidP="00823498">
      <w:pPr>
        <w:spacing w:line="360" w:lineRule="auto"/>
        <w:jc w:val="both"/>
        <w:rPr>
          <w:rFonts w:cs="Times New Roman"/>
          <w:szCs w:val="24"/>
        </w:rPr>
      </w:pPr>
      <w:r w:rsidRPr="00936675">
        <w:rPr>
          <w:rFonts w:cs="Times New Roman"/>
          <w:szCs w:val="24"/>
        </w:rPr>
        <w:t>The government has resources, laws, and external legitimacy. The spiritual domain has social trust, cultural resonance, and moral depth. When combined, they form a uniquely South Sudanese form of governance—one that speaks both to the law and to the soul.</w:t>
      </w:r>
    </w:p>
    <w:p w:rsidR="00823498" w:rsidRPr="00936675" w:rsidRDefault="00823498" w:rsidP="00823498">
      <w:pPr>
        <w:spacing w:line="360" w:lineRule="auto"/>
        <w:jc w:val="both"/>
        <w:rPr>
          <w:rFonts w:cs="Times New Roman"/>
          <w:szCs w:val="24"/>
        </w:rPr>
      </w:pPr>
      <w:r w:rsidRPr="00936675">
        <w:rPr>
          <w:rFonts w:cs="Times New Roman"/>
          <w:szCs w:val="24"/>
        </w:rPr>
        <w:t>There are signs of this potential already emerging. In recent peace processes, spiritual leaders have been invited to bless reconciliation ceremonies. Government commissioners have participated in rituals of cleansing. In some counties, traditional authorities are being consulted in conflict resolution alongside police and administrators.</w:t>
      </w:r>
    </w:p>
    <w:p w:rsidR="00823498" w:rsidRPr="00936675" w:rsidRDefault="00823498" w:rsidP="00823498">
      <w:pPr>
        <w:spacing w:line="360" w:lineRule="auto"/>
        <w:jc w:val="both"/>
        <w:rPr>
          <w:rFonts w:cs="Times New Roman"/>
          <w:szCs w:val="24"/>
        </w:rPr>
      </w:pPr>
      <w:r w:rsidRPr="00936675">
        <w:rPr>
          <w:rFonts w:cs="Times New Roman"/>
          <w:szCs w:val="24"/>
        </w:rPr>
        <w:t>But more needs to be done. The state must move beyond tolerance to integration. Policies should be developed in consultation with spiritual leaders. Prophets should be involved in civic education. Customary justice systems, guided by both ancestral wisdom and human rights principles, should be empowered—not replaced.</w:t>
      </w:r>
    </w:p>
    <w:p w:rsidR="00823498" w:rsidRPr="00936675" w:rsidRDefault="00823498" w:rsidP="00823498">
      <w:pPr>
        <w:spacing w:line="360" w:lineRule="auto"/>
        <w:jc w:val="both"/>
        <w:rPr>
          <w:rFonts w:cs="Times New Roman"/>
          <w:szCs w:val="24"/>
        </w:rPr>
      </w:pPr>
      <w:r w:rsidRPr="00936675">
        <w:rPr>
          <w:rFonts w:cs="Times New Roman"/>
          <w:szCs w:val="24"/>
        </w:rPr>
        <w:t>Because in South Sudan, legitimacy is not just about holding office. It is about holding the community’s trust. And that trust often resides in the spiritual realm.</w:t>
      </w:r>
    </w:p>
    <w:p w:rsidR="00823498" w:rsidRPr="00936675" w:rsidRDefault="00823498" w:rsidP="00823498">
      <w:pPr>
        <w:spacing w:line="360" w:lineRule="auto"/>
        <w:jc w:val="both"/>
        <w:rPr>
          <w:rFonts w:cs="Times New Roman"/>
          <w:szCs w:val="24"/>
        </w:rPr>
      </w:pPr>
      <w:r w:rsidRPr="00936675">
        <w:rPr>
          <w:rFonts w:cs="Times New Roman"/>
          <w:szCs w:val="24"/>
        </w:rPr>
        <w:t>A Path Forward: Governance That Listens to the Ground and the Sky</w:t>
      </w:r>
    </w:p>
    <w:p w:rsidR="00823498" w:rsidRPr="00936675" w:rsidRDefault="00823498" w:rsidP="00823498">
      <w:pPr>
        <w:spacing w:line="360" w:lineRule="auto"/>
        <w:jc w:val="both"/>
        <w:rPr>
          <w:rFonts w:cs="Times New Roman"/>
          <w:szCs w:val="24"/>
        </w:rPr>
      </w:pPr>
      <w:r w:rsidRPr="00936675">
        <w:rPr>
          <w:rFonts w:cs="Times New Roman"/>
          <w:szCs w:val="24"/>
        </w:rPr>
        <w:t xml:space="preserve">If South Sudan is to become truly stable, its leaders must learn to govern not only from above—but from within. They must speak not only the language of law, but the language of land, cattle, spirits, and dreams. They must recognize that the soul of the nation does not </w:t>
      </w:r>
      <w:r w:rsidRPr="00936675">
        <w:rPr>
          <w:rFonts w:cs="Times New Roman"/>
          <w:szCs w:val="24"/>
        </w:rPr>
        <w:lastRenderedPageBreak/>
        <w:t>reside in Juba alone—it resides in the hearts of prophets, in the rituals of elders, and in the whispers of those who still believe peace must be blessed to be real.</w:t>
      </w:r>
    </w:p>
    <w:p w:rsidR="00823498" w:rsidRPr="00936675" w:rsidRDefault="00823498" w:rsidP="00823498">
      <w:pPr>
        <w:spacing w:line="360" w:lineRule="auto"/>
        <w:jc w:val="both"/>
        <w:rPr>
          <w:rFonts w:cs="Times New Roman"/>
          <w:szCs w:val="24"/>
        </w:rPr>
      </w:pPr>
      <w:r w:rsidRPr="00936675">
        <w:rPr>
          <w:rFonts w:cs="Times New Roman"/>
          <w:szCs w:val="24"/>
        </w:rPr>
        <w:t>To ignore this spiritual governance is to ignore the very foundation of legitimacy in many communities.  To embrace it is not weakness—it is wisdom. Between these two worlds lies a bridge. And on that bridge walks every peacebuilder, every prophet, every chief, and every honest leader who understands that in South Sudan, true authority is both seen and unseen.</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13</w:t>
      </w:r>
    </w:p>
    <w:p w:rsidR="00823498" w:rsidRPr="00936675" w:rsidRDefault="00823498" w:rsidP="00823498">
      <w:pPr>
        <w:spacing w:line="360" w:lineRule="auto"/>
        <w:jc w:val="both"/>
        <w:rPr>
          <w:rFonts w:cs="Times New Roman"/>
          <w:szCs w:val="24"/>
        </w:rPr>
      </w:pPr>
      <w:r w:rsidRPr="00936675">
        <w:rPr>
          <w:rFonts w:cs="Times New Roman"/>
          <w:szCs w:val="24"/>
        </w:rPr>
        <w:t>When the Lou and Gawaar elders met in Thuokrikna, it wasn’t just a dialogue—it was an act of defiance against the logic of revenge. These elders, burdened by the history of bloodshed and hardened by the cost of silence, chose to meet under the spiritual guidance of prophets, signaling that the healing of Jonglei would not begin with politics, but with prayer. When women stood up in Karaam to demand an end to abductions, they were not just grieving mothers—they were the guardians of a future they refused to let perish. Their cry was both a lament and a prophecy: that the land must no longer nourish hatred. And when prophets like Makuach Tut Jok called for spiritual cleansing and repentance, they were not preaching—they were rebuilding a shattered moral compass that once gave structure to the community.</w:t>
      </w:r>
    </w:p>
    <w:p w:rsidR="00823498" w:rsidRPr="00936675" w:rsidRDefault="00823498" w:rsidP="00823498">
      <w:pPr>
        <w:spacing w:line="360" w:lineRule="auto"/>
        <w:jc w:val="both"/>
        <w:rPr>
          <w:rFonts w:cs="Times New Roman"/>
          <w:szCs w:val="24"/>
        </w:rPr>
      </w:pPr>
      <w:r w:rsidRPr="00936675">
        <w:rPr>
          <w:rFonts w:cs="Times New Roman"/>
          <w:szCs w:val="24"/>
        </w:rPr>
        <w:t>This chapter examines the extraordinary rise of spiritual authority in Jonglei and the Greater Pibor Administrative Area (Murle ethnic group), exploring how faith, prophecy, and cultural belief systems are not only anchoring communities amidst chaos but also redefining leadership, justice, and collective memory. Spiritual authority has emerged not as a substitute for governance, but as its moral foundation in regions where formal institutions have repeatedly failed.</w:t>
      </w:r>
    </w:p>
    <w:p w:rsidR="00823498" w:rsidRPr="00936675" w:rsidRDefault="00823498" w:rsidP="00823498">
      <w:pPr>
        <w:spacing w:line="360" w:lineRule="auto"/>
        <w:jc w:val="both"/>
        <w:rPr>
          <w:rFonts w:cs="Times New Roman"/>
          <w:szCs w:val="24"/>
        </w:rPr>
      </w:pPr>
      <w:r w:rsidRPr="00936675">
        <w:rPr>
          <w:rFonts w:cs="Times New Roman"/>
          <w:szCs w:val="24"/>
        </w:rPr>
        <w:t>The Vacuum of Authority and the Return of Prophets</w:t>
      </w:r>
    </w:p>
    <w:p w:rsidR="00823498" w:rsidRPr="00936675" w:rsidRDefault="00823498" w:rsidP="00823498">
      <w:pPr>
        <w:spacing w:line="360" w:lineRule="auto"/>
        <w:jc w:val="both"/>
        <w:rPr>
          <w:rFonts w:cs="Times New Roman"/>
          <w:szCs w:val="24"/>
        </w:rPr>
      </w:pPr>
      <w:r w:rsidRPr="00936675">
        <w:rPr>
          <w:rFonts w:cs="Times New Roman"/>
          <w:szCs w:val="24"/>
        </w:rPr>
        <w:t xml:space="preserve">In many parts of South Sudan, state institutions have struggled—or outright failed—to uphold law, order, and community cohesion. Chiefs, once revered, are often caught between loyalties to their people and the state, weakened by political interference and sometimes corrupted by self-interest. The traditional justice systems that once mediated </w:t>
      </w:r>
      <w:r w:rsidRPr="00936675">
        <w:rPr>
          <w:rFonts w:cs="Times New Roman"/>
          <w:szCs w:val="24"/>
        </w:rPr>
        <w:lastRenderedPageBreak/>
        <w:t>conflict have been sidelined by militarized youth and local warlords. Youth, hardened by trauma and shaped by gun culture, have taken center stage in community decision-making.</w:t>
      </w:r>
    </w:p>
    <w:p w:rsidR="00823498" w:rsidRPr="00936675" w:rsidRDefault="00823498" w:rsidP="00823498">
      <w:pPr>
        <w:spacing w:line="360" w:lineRule="auto"/>
        <w:jc w:val="both"/>
        <w:rPr>
          <w:rFonts w:cs="Times New Roman"/>
          <w:szCs w:val="24"/>
        </w:rPr>
      </w:pPr>
      <w:r w:rsidRPr="00936675">
        <w:rPr>
          <w:rFonts w:cs="Times New Roman"/>
          <w:szCs w:val="24"/>
        </w:rPr>
        <w:t xml:space="preserve">Into this vacuum stepped the prophets. Men like Makuach Tut of Ayod, Dak Kueth of </w:t>
      </w:r>
      <w:proofErr w:type="spellStart"/>
      <w:r w:rsidRPr="00936675">
        <w:rPr>
          <w:rFonts w:cs="Times New Roman"/>
          <w:szCs w:val="24"/>
        </w:rPr>
        <w:t>Waat</w:t>
      </w:r>
      <w:proofErr w:type="spellEnd"/>
      <w:r w:rsidRPr="00936675">
        <w:rPr>
          <w:rFonts w:cs="Times New Roman"/>
          <w:szCs w:val="24"/>
        </w:rPr>
        <w:t>, and others have filled a void left by fractured leadership. Their authority does not stem from military might or political office but from spiritual reverence. These prophets offer moral clarity in a time of confusion. They declare visions, announce taboos, and enforce divine decrees that regulate behavior and reinforce communal norms. In the eyes of their followers, they are not just messengers of God—they are guardians of moral order.</w:t>
      </w:r>
    </w:p>
    <w:p w:rsidR="00823498" w:rsidRPr="00936675" w:rsidRDefault="00823498" w:rsidP="00EC0C33">
      <w:pPr>
        <w:pStyle w:val="Heading2"/>
      </w:pPr>
      <w:r w:rsidRPr="00936675">
        <w:t>Spiritual Engagement as Peace Infrastructure</w:t>
      </w:r>
    </w:p>
    <w:p w:rsidR="00823498" w:rsidRPr="00936675" w:rsidRDefault="00823498" w:rsidP="00823498">
      <w:pPr>
        <w:spacing w:line="360" w:lineRule="auto"/>
        <w:jc w:val="both"/>
        <w:rPr>
          <w:rFonts w:cs="Times New Roman"/>
          <w:szCs w:val="24"/>
        </w:rPr>
      </w:pPr>
      <w:r w:rsidRPr="00936675">
        <w:rPr>
          <w:rFonts w:cs="Times New Roman"/>
          <w:szCs w:val="24"/>
        </w:rPr>
        <w:t>Spiritual leaders have increasingly assumed roles that go far beyond traditional ritual. They have become mediators in peace processes, conveners of inter-communal dialogues, and moral arbiters in times of tension. Unlike political actors, prophets are often perceived as neutral and divinely inspired, which grants them credibility and trust across rival clans.</w:t>
      </w:r>
    </w:p>
    <w:p w:rsidR="00823498" w:rsidRPr="00936675" w:rsidRDefault="00823498" w:rsidP="00823498">
      <w:pPr>
        <w:spacing w:line="360" w:lineRule="auto"/>
        <w:jc w:val="both"/>
        <w:rPr>
          <w:rFonts w:cs="Times New Roman"/>
          <w:szCs w:val="24"/>
        </w:rPr>
      </w:pPr>
      <w:r w:rsidRPr="00936675">
        <w:rPr>
          <w:rFonts w:cs="Times New Roman"/>
          <w:szCs w:val="24"/>
        </w:rPr>
        <w:t>In violent aftermaths, prophets are invited to cleanse sites of killings, bless cattle camps, and purify individuals believed to carry the curse of revenge. These rituals are more than symbolic; they are psychological resets for communities traumatized by violence. In Thuokrikna, the presence of Prophet Makuach Tut turned a tense political gathering into a spiritual awakening. His declaration that “the curse of hatred must be lifted before reconciliation can take root” reframed peace not as a negotiation, but as a moral imperative. Elders wept. Youth paused. Something shifted.</w:t>
      </w:r>
    </w:p>
    <w:p w:rsidR="00823498" w:rsidRPr="00936675" w:rsidRDefault="00823498" w:rsidP="00823498">
      <w:pPr>
        <w:spacing w:line="360" w:lineRule="auto"/>
        <w:jc w:val="both"/>
        <w:rPr>
          <w:rFonts w:cs="Times New Roman"/>
          <w:szCs w:val="24"/>
        </w:rPr>
      </w:pPr>
      <w:r w:rsidRPr="00936675">
        <w:rPr>
          <w:rFonts w:cs="Times New Roman"/>
          <w:szCs w:val="24"/>
        </w:rPr>
        <w:t>In remote villages where the government is absent, these rituals, visions, and spiritual assemblies form a kind of peace infrastructure. They prevent escalation, restore dignity, and offer a spiritual vocabulary for forgiveness and coexistence.</w:t>
      </w:r>
    </w:p>
    <w:p w:rsidR="00823498" w:rsidRPr="00936675" w:rsidRDefault="00823498" w:rsidP="00EC0C33">
      <w:pPr>
        <w:pStyle w:val="Heading2"/>
      </w:pPr>
      <w:r w:rsidRPr="00936675">
        <w:t>The Power of Moral Imagination</w:t>
      </w:r>
    </w:p>
    <w:p w:rsidR="00823498" w:rsidRPr="00936675" w:rsidRDefault="00823498" w:rsidP="00823498">
      <w:pPr>
        <w:spacing w:line="360" w:lineRule="auto"/>
        <w:jc w:val="both"/>
        <w:rPr>
          <w:rFonts w:cs="Times New Roman"/>
          <w:szCs w:val="24"/>
        </w:rPr>
      </w:pPr>
      <w:r w:rsidRPr="00936675">
        <w:rPr>
          <w:rFonts w:cs="Times New Roman"/>
          <w:szCs w:val="24"/>
        </w:rPr>
        <w:t>Prophets are not only healers—they are visionaries. They reconstruct the moral frameworks that define how communities understand power, leadership, masculinity, and justice. In a society where masculinity has long been equated with raiding and dominance, prophets challenge this by proclaiming that true power lies in restraint and divine favor.</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Cattle raiders are reminded not just of the risk of retaliation but of the spiritual consequences—curses that can extend across generations. Prophets speak of ancestral shame, of disrupted spirits, and of sacred land defiled by blood. In doing so, they offer a higher code of justice than the tit-for-tat logic of revenge.</w:t>
      </w:r>
    </w:p>
    <w:p w:rsidR="00823498" w:rsidRPr="00936675" w:rsidRDefault="00823498" w:rsidP="00823498">
      <w:pPr>
        <w:spacing w:line="360" w:lineRule="auto"/>
        <w:jc w:val="both"/>
        <w:rPr>
          <w:rFonts w:cs="Times New Roman"/>
          <w:szCs w:val="24"/>
        </w:rPr>
      </w:pPr>
      <w:r w:rsidRPr="00936675">
        <w:rPr>
          <w:rFonts w:cs="Times New Roman"/>
          <w:szCs w:val="24"/>
        </w:rPr>
        <w:t>When the women of Karaam rose against abduction, their words were fortified by prophetic teachings. They declared: “Our children are not cattle to be taken.” Their cries gained momentum not because they were loud, but because they echoed the spiritual truths spoken from pulpits and prayer gatherings across the region.</w:t>
      </w:r>
    </w:p>
    <w:p w:rsidR="00823498" w:rsidRPr="00936675" w:rsidRDefault="00823498" w:rsidP="00EC0C33">
      <w:pPr>
        <w:pStyle w:val="Heading2"/>
      </w:pPr>
      <w:r w:rsidRPr="00936675">
        <w:t>Challenges and Risks</w:t>
      </w:r>
    </w:p>
    <w:p w:rsidR="00823498" w:rsidRPr="00936675" w:rsidRDefault="00823498" w:rsidP="00823498">
      <w:pPr>
        <w:spacing w:line="360" w:lineRule="auto"/>
        <w:jc w:val="both"/>
        <w:rPr>
          <w:rFonts w:cs="Times New Roman"/>
          <w:szCs w:val="24"/>
        </w:rPr>
      </w:pPr>
      <w:r w:rsidRPr="00936675">
        <w:rPr>
          <w:rFonts w:cs="Times New Roman"/>
          <w:szCs w:val="24"/>
        </w:rPr>
        <w:t>Despite their influence, spiritual leaders face significant risks. Some prophets have become entwined with armed youth or local militias, diminishing their neutrality. Others have found themselves co-opted by political actors, using prophecy to justify ethnic chauvinism or personal vendettas.</w:t>
      </w:r>
    </w:p>
    <w:p w:rsidR="00823498" w:rsidRPr="00936675" w:rsidRDefault="00823498" w:rsidP="00823498">
      <w:pPr>
        <w:spacing w:line="360" w:lineRule="auto"/>
        <w:jc w:val="both"/>
        <w:rPr>
          <w:rFonts w:cs="Times New Roman"/>
          <w:szCs w:val="24"/>
        </w:rPr>
      </w:pPr>
      <w:r w:rsidRPr="00936675">
        <w:rPr>
          <w:rFonts w:cs="Times New Roman"/>
          <w:szCs w:val="24"/>
        </w:rPr>
        <w:t>The state often regards these figures with suspicion. Their ability to command loyalty, inspire action, and shape moral discourse can be threatening to fragile political orders. Attempts to silence or marginalize them—whether through arrest, defamation, or exile—have only made communities more distrustful of the state. The true danger lies in silencing prophets who genuinely promote peace, while elevating those who manipulate faith for power. The challenge is to support prophetic voices that heal, while guarding against those who divide.</w:t>
      </w:r>
    </w:p>
    <w:p w:rsidR="00823498" w:rsidRPr="00936675" w:rsidRDefault="00823498" w:rsidP="00EC0C33">
      <w:pPr>
        <w:pStyle w:val="Heading2"/>
      </w:pPr>
      <w:r w:rsidRPr="00936675">
        <w:t>Rebuilding from the Spirit</w:t>
      </w:r>
    </w:p>
    <w:p w:rsidR="00823498" w:rsidRPr="00936675" w:rsidRDefault="00823498" w:rsidP="00823498">
      <w:pPr>
        <w:spacing w:line="360" w:lineRule="auto"/>
        <w:jc w:val="both"/>
        <w:rPr>
          <w:rFonts w:cs="Times New Roman"/>
          <w:szCs w:val="24"/>
        </w:rPr>
      </w:pPr>
      <w:r w:rsidRPr="00936675">
        <w:rPr>
          <w:rFonts w:cs="Times New Roman"/>
          <w:szCs w:val="24"/>
        </w:rPr>
        <w:t>If peace is to take root in Jonglei and Murle ethnic group, it must grow from spiritual soil. Infrastructure projects and political reforms are necessary, but without a moral awakening, they are insufficient. Communities must be rebuilt from within—from their values, from their memory, and from their faith.</w:t>
      </w:r>
    </w:p>
    <w:p w:rsidR="00823498" w:rsidRPr="00936675" w:rsidRDefault="00823498" w:rsidP="00823498">
      <w:pPr>
        <w:spacing w:line="360" w:lineRule="auto"/>
        <w:jc w:val="both"/>
        <w:rPr>
          <w:rFonts w:cs="Times New Roman"/>
          <w:szCs w:val="24"/>
        </w:rPr>
      </w:pPr>
      <w:r w:rsidRPr="00936675">
        <w:rPr>
          <w:rFonts w:cs="Times New Roman"/>
          <w:szCs w:val="24"/>
        </w:rPr>
        <w:t>Prophets have proven to be the keepers of that inner reconstruction. They remind people of who they were before the wars. They offer a vision of who they could become after the guns fall silent. They challenge both the youth and the elders to reclaim dignity—not through violence, but through moral revival.</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Between faith and fire, the prophets of Jonglei and Murle ethnic group have chosen faith. And in that choice, they have given others permission to hope again. The journey to peace in South Sudan will not only be paved by agreements, but also by prayers. It will be guided not only by laws, but by moral clarity. And perhaps, it will be led not by generals or governors, but by prophets who speak to the soul.</w:t>
      </w:r>
    </w:p>
    <w:p w:rsidR="00823498" w:rsidRPr="00936675" w:rsidRDefault="00823498" w:rsidP="00EC0C33">
      <w:pPr>
        <w:pStyle w:val="Heading2"/>
      </w:pPr>
      <w:r w:rsidRPr="00936675">
        <w:t>When Prophets Speak: Diplomacy or Defiance?</w:t>
      </w:r>
    </w:p>
    <w:p w:rsidR="00823498" w:rsidRPr="00936675" w:rsidRDefault="00823498" w:rsidP="00823498">
      <w:pPr>
        <w:spacing w:line="360" w:lineRule="auto"/>
        <w:jc w:val="both"/>
        <w:rPr>
          <w:rFonts w:cs="Times New Roman"/>
          <w:szCs w:val="24"/>
        </w:rPr>
      </w:pPr>
      <w:r w:rsidRPr="00936675">
        <w:rPr>
          <w:rFonts w:cs="Times New Roman"/>
          <w:szCs w:val="24"/>
        </w:rPr>
        <w:t>In most countries, diplomacy is conducted by politicians, ambassadors, and technocrats. In South Sudan, especially across Jonglei and the Greater Pibor Administrative Area (Murle ethnic group), diplomacy often wears different robes. It walks barefoot, speaks in parables, and is invoked beneath trees rather than at podiums. Here, prophets speak not only for the heavens—but often for the people. And when they do, the world listens in uneasy silence.</w:t>
      </w:r>
    </w:p>
    <w:p w:rsidR="00823498" w:rsidRPr="00936675" w:rsidRDefault="00823498" w:rsidP="00823498">
      <w:pPr>
        <w:spacing w:line="360" w:lineRule="auto"/>
        <w:jc w:val="both"/>
        <w:rPr>
          <w:rFonts w:cs="Times New Roman"/>
          <w:szCs w:val="24"/>
        </w:rPr>
      </w:pPr>
      <w:r w:rsidRPr="00936675">
        <w:rPr>
          <w:rFonts w:cs="Times New Roman"/>
          <w:szCs w:val="24"/>
        </w:rPr>
        <w:t>But what are they speaking?</w:t>
      </w:r>
    </w:p>
    <w:p w:rsidR="00823498" w:rsidRPr="00936675" w:rsidRDefault="00823498" w:rsidP="00823498">
      <w:pPr>
        <w:spacing w:line="360" w:lineRule="auto"/>
        <w:jc w:val="both"/>
        <w:rPr>
          <w:rFonts w:cs="Times New Roman"/>
          <w:szCs w:val="24"/>
        </w:rPr>
      </w:pPr>
      <w:r w:rsidRPr="00936675">
        <w:rPr>
          <w:rFonts w:cs="Times New Roman"/>
          <w:szCs w:val="24"/>
        </w:rPr>
        <w:t>Is it diplomacy rooted in cultural legitimacy and spiritual wisdom?</w:t>
      </w:r>
    </w:p>
    <w:p w:rsidR="00823498" w:rsidRPr="00936675" w:rsidRDefault="00823498" w:rsidP="00823498">
      <w:pPr>
        <w:spacing w:line="360" w:lineRule="auto"/>
        <w:jc w:val="both"/>
        <w:rPr>
          <w:rFonts w:cs="Times New Roman"/>
          <w:szCs w:val="24"/>
        </w:rPr>
      </w:pPr>
      <w:r w:rsidRPr="00936675">
        <w:rPr>
          <w:rFonts w:cs="Times New Roman"/>
          <w:szCs w:val="24"/>
        </w:rPr>
        <w:t>Or is it a subtle form of defiance against a political order that has lost the trust of the governed?</w:t>
      </w:r>
    </w:p>
    <w:p w:rsidR="00823498" w:rsidRPr="00936675" w:rsidRDefault="00823498" w:rsidP="00823498">
      <w:pPr>
        <w:spacing w:line="360" w:lineRule="auto"/>
        <w:jc w:val="both"/>
        <w:rPr>
          <w:rFonts w:cs="Times New Roman"/>
          <w:szCs w:val="24"/>
        </w:rPr>
      </w:pPr>
      <w:r w:rsidRPr="00936675">
        <w:rPr>
          <w:rFonts w:cs="Times New Roman"/>
          <w:szCs w:val="24"/>
        </w:rPr>
        <w:t>The line is thin—and growing thinner.</w:t>
      </w:r>
    </w:p>
    <w:p w:rsidR="00823498" w:rsidRPr="00936675" w:rsidRDefault="00823498" w:rsidP="00823498">
      <w:pPr>
        <w:spacing w:line="360" w:lineRule="auto"/>
        <w:jc w:val="both"/>
        <w:rPr>
          <w:rFonts w:cs="Times New Roman"/>
          <w:szCs w:val="24"/>
        </w:rPr>
      </w:pPr>
      <w:r w:rsidRPr="00936675">
        <w:rPr>
          <w:rFonts w:cs="Times New Roman"/>
          <w:szCs w:val="24"/>
        </w:rPr>
        <w:t>The Prophet as Diplomat</w:t>
      </w:r>
    </w:p>
    <w:p w:rsidR="00823498" w:rsidRPr="00936675" w:rsidRDefault="00823498" w:rsidP="00823498">
      <w:pPr>
        <w:spacing w:line="360" w:lineRule="auto"/>
        <w:jc w:val="both"/>
        <w:rPr>
          <w:rFonts w:cs="Times New Roman"/>
          <w:szCs w:val="24"/>
        </w:rPr>
      </w:pPr>
      <w:r w:rsidRPr="00936675">
        <w:rPr>
          <w:rFonts w:cs="Times New Roman"/>
          <w:szCs w:val="24"/>
        </w:rPr>
        <w:t>In communities where the state is absent or ineffective, prophets step in—not only as spiritual mediators, but as cultural diplomats. When Prophet Dak Kueth calls for peace between clans, or when Prophet Makuach Tut leads rituals to cleanse violence, they are engaging in diplomacy—grounded not in foreign policy but in sacred responsibility. Their words carry moral weight. Their presence reshapes tensions.</w:t>
      </w:r>
    </w:p>
    <w:p w:rsidR="00823498" w:rsidRPr="00936675" w:rsidRDefault="00823498" w:rsidP="00823498">
      <w:pPr>
        <w:spacing w:line="360" w:lineRule="auto"/>
        <w:jc w:val="both"/>
        <w:rPr>
          <w:rFonts w:cs="Times New Roman"/>
          <w:szCs w:val="24"/>
        </w:rPr>
      </w:pPr>
      <w:r w:rsidRPr="00936675">
        <w:rPr>
          <w:rFonts w:cs="Times New Roman"/>
          <w:szCs w:val="24"/>
        </w:rPr>
        <w:t xml:space="preserve">During peace dialogues I’ve helped facilitate, especially in Ayod and Uror, the presence of prophets was not ceremonial—it was strategic. They calmed armed youth who would not listen to government officials. They reminded communities of their shared ancestry, their spiritual obligations, and the curses that follow the spilling of innocent blood. In one such meeting, Prophet Tut Jok stood and said, “Any peace not blessed is already broken.” That </w:t>
      </w:r>
      <w:r w:rsidRPr="00936675">
        <w:rPr>
          <w:rFonts w:cs="Times New Roman"/>
          <w:szCs w:val="24"/>
        </w:rPr>
        <w:lastRenderedPageBreak/>
        <w:t>was not just poetry—it was a diplomatic doctrine born of centuries of tradition. This is diplomacy at its most indigenous: a fusion of spiritual insight, communal trust, and moral vision. It may not look like diplomacy in a textbook, but it functions as a binding agreement, spiritually sanctioned and socially enforced.</w:t>
      </w:r>
    </w:p>
    <w:p w:rsidR="00823498" w:rsidRPr="00936675" w:rsidRDefault="00823498" w:rsidP="00EC0C33">
      <w:pPr>
        <w:pStyle w:val="Heading2"/>
      </w:pPr>
      <w:r w:rsidRPr="00936675">
        <w:t>The Prophet as Rebel</w:t>
      </w:r>
    </w:p>
    <w:p w:rsidR="00823498" w:rsidRPr="00936675" w:rsidRDefault="00823498" w:rsidP="00823498">
      <w:pPr>
        <w:spacing w:line="360" w:lineRule="auto"/>
        <w:jc w:val="both"/>
        <w:rPr>
          <w:rFonts w:cs="Times New Roman"/>
          <w:szCs w:val="24"/>
        </w:rPr>
      </w:pPr>
      <w:r w:rsidRPr="00936675">
        <w:rPr>
          <w:rFonts w:cs="Times New Roman"/>
          <w:szCs w:val="24"/>
        </w:rPr>
        <w:t>But when prophets speak against injustice, corruption, or political exclusion, they are quickly labeled as defiant, or worse—dangerous. Their sermons become subversive. Their rituals are watched. Their gatherings are monitored. And yet, many of them continue to speak—because prophecy, by nature, cannot be tamed.</w:t>
      </w:r>
    </w:p>
    <w:p w:rsidR="00823498" w:rsidRPr="00936675" w:rsidRDefault="00823498" w:rsidP="00823498">
      <w:pPr>
        <w:spacing w:line="360" w:lineRule="auto"/>
        <w:jc w:val="both"/>
        <w:rPr>
          <w:rFonts w:cs="Times New Roman"/>
          <w:szCs w:val="24"/>
        </w:rPr>
      </w:pPr>
      <w:r w:rsidRPr="00936675">
        <w:rPr>
          <w:rFonts w:cs="Times New Roman"/>
          <w:szCs w:val="24"/>
        </w:rPr>
        <w:t>Prophets in South Sudan do not separate the sacred from the social. If a government official hoards resources, the land is cursed. If youth die in revenge killings, it is a sign of unrepented sin. These interpretations, while spiritual, carry sharp political implications.</w:t>
      </w:r>
    </w:p>
    <w:p w:rsidR="00823498" w:rsidRPr="00936675" w:rsidRDefault="00823498" w:rsidP="00823498">
      <w:pPr>
        <w:spacing w:line="360" w:lineRule="auto"/>
        <w:jc w:val="both"/>
        <w:rPr>
          <w:rFonts w:cs="Times New Roman"/>
          <w:szCs w:val="24"/>
        </w:rPr>
      </w:pPr>
      <w:r w:rsidRPr="00936675">
        <w:rPr>
          <w:rFonts w:cs="Times New Roman"/>
          <w:szCs w:val="24"/>
        </w:rPr>
        <w:t>When Prophet Dak Kueth refused to endorse the political status quo, he was seen by some as a destabilizer. But among his followers, he was simply remaining faithful to a higher authority. Similarly, when Prophet Makuach Tut publicly rebukes leaders who fail to reconcile their communities, his words are not political speeches—they are spiritual verdicts.</w:t>
      </w:r>
    </w:p>
    <w:p w:rsidR="00823498" w:rsidRPr="00936675" w:rsidRDefault="00823498" w:rsidP="00823498">
      <w:pPr>
        <w:spacing w:line="360" w:lineRule="auto"/>
        <w:jc w:val="both"/>
        <w:rPr>
          <w:rFonts w:cs="Times New Roman"/>
          <w:szCs w:val="24"/>
        </w:rPr>
      </w:pPr>
      <w:r w:rsidRPr="00936675">
        <w:rPr>
          <w:rFonts w:cs="Times New Roman"/>
          <w:szCs w:val="24"/>
        </w:rPr>
        <w:t>So, when prophets speak, we must ask: are they being political, or are they fulfilling a prophetic obligation to speak truth, regardless of consequence? In reality, they are doing both. And that makes them powerful—perhaps too powerful for a state still struggling to accommodate alternative forms of authority.</w:t>
      </w:r>
    </w:p>
    <w:p w:rsidR="00823498" w:rsidRPr="00936675" w:rsidRDefault="00823498" w:rsidP="00EC0C33">
      <w:pPr>
        <w:pStyle w:val="Heading2"/>
      </w:pPr>
      <w:r w:rsidRPr="00936675">
        <w:t>A State That Fears the Sacred</w:t>
      </w:r>
    </w:p>
    <w:p w:rsidR="00823498" w:rsidRPr="00936675" w:rsidRDefault="00823498" w:rsidP="00823498">
      <w:pPr>
        <w:spacing w:line="360" w:lineRule="auto"/>
        <w:jc w:val="both"/>
        <w:rPr>
          <w:rFonts w:cs="Times New Roman"/>
          <w:szCs w:val="24"/>
        </w:rPr>
      </w:pPr>
      <w:r w:rsidRPr="00936675">
        <w:rPr>
          <w:rFonts w:cs="Times New Roman"/>
          <w:szCs w:val="24"/>
        </w:rPr>
        <w:t>The modern South Sudanese state often treats prophetic authority with suspicion. Shrines are monitored. Prophets are summoned. Some have been harassed, others arrested. The fear is understandable: a prophet with mass followership, armed youth backing, and cultural legitimacy is not easily controlled. But suppressing these voices has never silenced them—it only radicalizes them. Rather than fearing prophetic influence, the state should engage it constructively.</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Prophets are not inherently oppositional. They become so when they are ignored, dismissed, or manipulated. When included meaningfully, they can broker peace, reinforce reconciliation, and serve as bridges between formal governance and grassroots belief systems. It is time to recognize that there is more than one kind of diplomacy in this land—and that spiritual diplomacy may be the most effective in places where conventional politics has failed.</w:t>
      </w:r>
    </w:p>
    <w:p w:rsidR="00823498" w:rsidRPr="00936675" w:rsidRDefault="00823498" w:rsidP="00EC0C33">
      <w:pPr>
        <w:pStyle w:val="Heading2"/>
      </w:pPr>
      <w:r w:rsidRPr="00936675">
        <w:t>Prophets in the Age of Peace Agreements</w:t>
      </w:r>
    </w:p>
    <w:p w:rsidR="00823498" w:rsidRPr="00936675" w:rsidRDefault="00823498" w:rsidP="00823498">
      <w:pPr>
        <w:spacing w:line="360" w:lineRule="auto"/>
        <w:jc w:val="both"/>
        <w:rPr>
          <w:rFonts w:cs="Times New Roman"/>
          <w:szCs w:val="24"/>
        </w:rPr>
      </w:pPr>
      <w:r w:rsidRPr="00936675">
        <w:rPr>
          <w:rFonts w:cs="Times New Roman"/>
          <w:szCs w:val="24"/>
        </w:rPr>
        <w:t>With the rise and fall of peace accords in South Sudan, one pattern is clear: no peace lasts if it is not grounded in the hearts of the people. And no peace reaches the people unless it is spoken in a language they understand—often through prophets, elders, and rituals. Prophets, then, are not a threat to peace—they are its missing interpreters. They can translate agreements into symbols. They can sanctify ceasefires with rituals. They can hold youth accountable in ways the police cannot. But they must be allowed to speak—not just when it is convenient, but when it is uncomfortable. Because true peace is not built by silencing difficult voices—it is built by listening to them.</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14: The Legacy of Broken Agreements</w:t>
      </w:r>
    </w:p>
    <w:p w:rsidR="00823498" w:rsidRPr="00936675" w:rsidRDefault="00823498" w:rsidP="00823498">
      <w:pPr>
        <w:spacing w:line="360" w:lineRule="auto"/>
        <w:jc w:val="both"/>
        <w:rPr>
          <w:rFonts w:cs="Times New Roman"/>
          <w:szCs w:val="24"/>
        </w:rPr>
      </w:pPr>
      <w:r w:rsidRPr="00936675">
        <w:rPr>
          <w:rFonts w:cs="Times New Roman"/>
          <w:szCs w:val="24"/>
        </w:rPr>
        <w:t>South Sudan’s political terrain is not only carved by rivers, cattle paths, and conflict zones—it is shaped by the shattered remnants of peace agreements that never took root. From Nairobi to Khartoum, from Addis Ababa to Juba, the archives of international diplomacy are thick with accords meant to end the cycle of violence. Some were brokered in five-star hotels. Others were celebrated with choirs and candles in public squares. But far too many were broken before the ink had dried.</w:t>
      </w:r>
    </w:p>
    <w:p w:rsidR="00823498" w:rsidRPr="00936675" w:rsidRDefault="00823498" w:rsidP="00823498">
      <w:pPr>
        <w:spacing w:line="360" w:lineRule="auto"/>
        <w:jc w:val="both"/>
        <w:rPr>
          <w:rFonts w:cs="Times New Roman"/>
          <w:szCs w:val="24"/>
        </w:rPr>
      </w:pPr>
      <w:r w:rsidRPr="00936675">
        <w:rPr>
          <w:rFonts w:cs="Times New Roman"/>
          <w:szCs w:val="24"/>
        </w:rPr>
        <w:t>These are not just failed documents. They are spiritual betrayals, social injuries, and political wounds. Each broken agreement leaves behind not only disillusioned signatories but entire communities fractured by false hope. In Jonglei and the Greater Pibor Administrative Area (Murle ethnic group), where the cost of violence is measured not in headlines but in lives lost, cattle stolen, children abducted, and villages burned, the legacy of unfulfilled promises has become a wound etched into daily life.</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The people of this land remember. They remember the 2015 Agreement on the Resolution of the Conflict in South Sudan (ARCSS), heralded as a moment of unity—only to collapse in 2016 with gunfire in Juba. They remember the revitalized 2018 peace deal, which brought a fragile calm but never dismantled the architecture of mistrust or the culture of impunity. They remember the countless local peace declarations signed between warring clans, only to be shattered by the next revenge raid or political provocation.</w:t>
      </w:r>
    </w:p>
    <w:p w:rsidR="00823498" w:rsidRPr="00936675" w:rsidRDefault="00823498" w:rsidP="00823498">
      <w:pPr>
        <w:spacing w:line="360" w:lineRule="auto"/>
        <w:jc w:val="both"/>
        <w:rPr>
          <w:rFonts w:cs="Times New Roman"/>
          <w:szCs w:val="24"/>
        </w:rPr>
      </w:pPr>
      <w:r w:rsidRPr="00936675">
        <w:rPr>
          <w:rFonts w:cs="Times New Roman"/>
          <w:szCs w:val="24"/>
        </w:rPr>
        <w:t xml:space="preserve">For the ordinary citizen, these broken agreements are not political footnotes. They are lived trauma. In places like Ayod, </w:t>
      </w:r>
      <w:proofErr w:type="spellStart"/>
      <w:r w:rsidRPr="00936675">
        <w:rPr>
          <w:rFonts w:cs="Times New Roman"/>
          <w:szCs w:val="24"/>
        </w:rPr>
        <w:t>Waat</w:t>
      </w:r>
      <w:proofErr w:type="spellEnd"/>
      <w:r w:rsidRPr="00936675">
        <w:rPr>
          <w:rFonts w:cs="Times New Roman"/>
          <w:szCs w:val="24"/>
        </w:rPr>
        <w:t xml:space="preserve">, Pieri, and </w:t>
      </w:r>
      <w:proofErr w:type="spellStart"/>
      <w:r w:rsidRPr="00936675">
        <w:rPr>
          <w:rFonts w:cs="Times New Roman"/>
          <w:szCs w:val="24"/>
        </w:rPr>
        <w:t>Likuangole</w:t>
      </w:r>
      <w:proofErr w:type="spellEnd"/>
      <w:r w:rsidRPr="00936675">
        <w:rPr>
          <w:rFonts w:cs="Times New Roman"/>
          <w:szCs w:val="24"/>
        </w:rPr>
        <w:t xml:space="preserve">, I have sat across from elders, youth, and mothers who ask the same question every time a new peace process </w:t>
      </w:r>
      <w:proofErr w:type="spellStart"/>
      <w:r w:rsidRPr="00936675">
        <w:rPr>
          <w:rFonts w:cs="Times New Roman"/>
          <w:szCs w:val="24"/>
        </w:rPr>
        <w:t>begins:"Will</w:t>
      </w:r>
      <w:proofErr w:type="spellEnd"/>
      <w:r w:rsidRPr="00936675">
        <w:rPr>
          <w:rFonts w:cs="Times New Roman"/>
          <w:szCs w:val="24"/>
        </w:rPr>
        <w:t xml:space="preserve"> this be another agreement that dies on paper?"</w:t>
      </w:r>
    </w:p>
    <w:p w:rsidR="00823498" w:rsidRPr="00936675" w:rsidRDefault="00823498" w:rsidP="00823498">
      <w:pPr>
        <w:spacing w:line="360" w:lineRule="auto"/>
        <w:jc w:val="both"/>
        <w:rPr>
          <w:rFonts w:cs="Times New Roman"/>
          <w:szCs w:val="24"/>
        </w:rPr>
      </w:pPr>
      <w:r w:rsidRPr="00936675">
        <w:rPr>
          <w:rFonts w:cs="Times New Roman"/>
          <w:szCs w:val="24"/>
        </w:rPr>
        <w:t>This question does not come from cynicism. It comes from history. From the experience of watching their hopes raised and dashed too many times. From seeing their sons disarmed only to be left vulnerable. From watching communities reconciled through rituals, only to be divided again by a lack of follow-through from the state or manipulation by local elites.</w:t>
      </w:r>
    </w:p>
    <w:p w:rsidR="00823498" w:rsidRPr="00936675" w:rsidRDefault="00823498" w:rsidP="00EC0C33">
      <w:pPr>
        <w:pStyle w:val="Heading2"/>
      </w:pPr>
      <w:r w:rsidRPr="00936675">
        <w:t>The Cost of Broken Promises</w:t>
      </w:r>
    </w:p>
    <w:p w:rsidR="00823498" w:rsidRPr="00936675" w:rsidRDefault="00823498" w:rsidP="00823498">
      <w:pPr>
        <w:spacing w:line="360" w:lineRule="auto"/>
        <w:jc w:val="both"/>
        <w:rPr>
          <w:rFonts w:cs="Times New Roman"/>
          <w:szCs w:val="24"/>
        </w:rPr>
      </w:pPr>
      <w:r w:rsidRPr="00936675">
        <w:rPr>
          <w:rFonts w:cs="Times New Roman"/>
          <w:szCs w:val="24"/>
        </w:rPr>
        <w:t>South Sudan’s landscape is littered not only with the scars of war, but with the ghosts of broken promises. Ceasefires signed in foreign capitals, power-sharing deals announced with handshakes and headlines, peace declarations sealed with national prayers—all shattered within days or weeks.</w:t>
      </w:r>
    </w:p>
    <w:p w:rsidR="00823498" w:rsidRPr="00936675" w:rsidRDefault="00823498" w:rsidP="00823498">
      <w:pPr>
        <w:spacing w:line="360" w:lineRule="auto"/>
        <w:jc w:val="both"/>
        <w:rPr>
          <w:rFonts w:cs="Times New Roman"/>
          <w:szCs w:val="24"/>
        </w:rPr>
      </w:pPr>
      <w:r w:rsidRPr="00936675">
        <w:rPr>
          <w:rFonts w:cs="Times New Roman"/>
          <w:szCs w:val="24"/>
        </w:rPr>
        <w:t>These are not just failed documents. They are fractured communities, deepened mistrust, and a generation of youth raised to believe that peace is a temporary lie and betrayal is inevitable. Every broken promise becomes a fresh wound, reopened with every cattle raid, every abduction, every silence from leaders when justice cries out.</w:t>
      </w:r>
    </w:p>
    <w:p w:rsidR="00823498" w:rsidRPr="00936675" w:rsidRDefault="00823498" w:rsidP="00823498">
      <w:pPr>
        <w:spacing w:line="360" w:lineRule="auto"/>
        <w:jc w:val="both"/>
        <w:rPr>
          <w:rFonts w:cs="Times New Roman"/>
          <w:szCs w:val="24"/>
        </w:rPr>
      </w:pPr>
      <w:r w:rsidRPr="00936675">
        <w:rPr>
          <w:rFonts w:cs="Times New Roman"/>
          <w:szCs w:val="24"/>
        </w:rPr>
        <w:t>For prophets like Makuach Tut, the cost of these betrayals is personal. They do not sit in boardrooms. They live among the grieving, walk among the displaced, and speak to the spirit of a people who have been promised too much and delivered too little.</w:t>
      </w:r>
    </w:p>
    <w:p w:rsidR="00823498" w:rsidRPr="00936675" w:rsidRDefault="00823498" w:rsidP="00823498">
      <w:pPr>
        <w:spacing w:line="360" w:lineRule="auto"/>
        <w:jc w:val="both"/>
        <w:rPr>
          <w:rFonts w:cs="Times New Roman"/>
          <w:szCs w:val="24"/>
        </w:rPr>
      </w:pPr>
      <w:r w:rsidRPr="00936675">
        <w:rPr>
          <w:rFonts w:cs="Times New Roman"/>
          <w:szCs w:val="24"/>
        </w:rPr>
        <w:t xml:space="preserve">Broken promises do more than undermine peace—they poison hope. They turn treaties into myths and leaders into cynics. They make communities hesitant to forgive and slower to </w:t>
      </w:r>
      <w:r w:rsidRPr="00936675">
        <w:rPr>
          <w:rFonts w:cs="Times New Roman"/>
          <w:szCs w:val="24"/>
        </w:rPr>
        <w:lastRenderedPageBreak/>
        <w:t>trust. And yet, even amidst the ruins of these failures, voices like Makuach Tut’s persist. Not because it is easy, but because giving up would mean surrendering to despair.</w:t>
      </w:r>
    </w:p>
    <w:p w:rsidR="00823498" w:rsidRPr="00936675" w:rsidRDefault="00823498" w:rsidP="00823498">
      <w:pPr>
        <w:spacing w:line="360" w:lineRule="auto"/>
        <w:jc w:val="both"/>
        <w:rPr>
          <w:rFonts w:cs="Times New Roman"/>
          <w:szCs w:val="24"/>
        </w:rPr>
      </w:pPr>
      <w:r w:rsidRPr="00936675">
        <w:rPr>
          <w:rFonts w:cs="Times New Roman"/>
          <w:szCs w:val="24"/>
        </w:rPr>
        <w:t>When communities gather under trees and beside canals to speak of peace, they are not starting from scratch. They are trying to believe again. They are testing, with cautious hearts, whether this time will be different. Whether their pain has been heard.</w:t>
      </w:r>
    </w:p>
    <w:p w:rsidR="00823498" w:rsidRPr="00936675" w:rsidRDefault="00823498" w:rsidP="00823498">
      <w:pPr>
        <w:spacing w:line="360" w:lineRule="auto"/>
        <w:jc w:val="both"/>
        <w:rPr>
          <w:rFonts w:cs="Times New Roman"/>
          <w:szCs w:val="24"/>
        </w:rPr>
      </w:pPr>
      <w:r w:rsidRPr="00936675">
        <w:rPr>
          <w:rFonts w:cs="Times New Roman"/>
          <w:szCs w:val="24"/>
        </w:rPr>
        <w:t>Prophets do not carry the power to guarantee peace. But they carry something just as powerful: the memory of what peace looked like, and the vision of what it could become. And when the state forgets its promises, the prophet reminds them. Not with weapons—but with truth, tradition, and unrelenting courage.</w:t>
      </w:r>
    </w:p>
    <w:p w:rsidR="00823498" w:rsidRPr="00936675" w:rsidRDefault="00EC0C33"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15: THE ROLE OF CUSTOMARY JUSTICE IN LASTING PEACE</w:t>
      </w:r>
    </w:p>
    <w:p w:rsidR="00823498" w:rsidRPr="00936675" w:rsidRDefault="00823498" w:rsidP="00823498">
      <w:pPr>
        <w:spacing w:line="360" w:lineRule="auto"/>
        <w:jc w:val="both"/>
        <w:rPr>
          <w:rFonts w:cs="Times New Roman"/>
          <w:szCs w:val="24"/>
        </w:rPr>
      </w:pPr>
      <w:r w:rsidRPr="00936675">
        <w:rPr>
          <w:rFonts w:cs="Times New Roman"/>
          <w:szCs w:val="24"/>
        </w:rPr>
        <w:t>In the search for peace in South Sudan, much attention has been given to national-level negotiations, elite power-sharing deals, and state-based institutions. But beneath the formal layers of governance lies a system that has quietly preserved social order for generations, often with more legitimacy than the state itself. That system is customary justice—and in communities across Jonglei and the Greater Pibor Administrative Area (Murle ethnic group), it remains a vital cornerstone for reconciliation, accountability, and the prevention of further violence.</w:t>
      </w:r>
    </w:p>
    <w:p w:rsidR="00823498" w:rsidRPr="00936675" w:rsidRDefault="00823498" w:rsidP="00823498">
      <w:pPr>
        <w:spacing w:line="360" w:lineRule="auto"/>
        <w:jc w:val="both"/>
        <w:rPr>
          <w:rFonts w:cs="Times New Roman"/>
          <w:szCs w:val="24"/>
        </w:rPr>
      </w:pPr>
      <w:r w:rsidRPr="00936675">
        <w:rPr>
          <w:rFonts w:cs="Times New Roman"/>
          <w:szCs w:val="24"/>
        </w:rPr>
        <w:t>Where courtrooms are distant, judges scarce, and legal literacy low, customary justice has filled the gap. It is not merely a set of rules—it is a living social contract, passed down through elders, practiced in community forums, and rooted in cultural values that have withstood war, displacement, and the erosion of state authority.</w:t>
      </w:r>
    </w:p>
    <w:p w:rsidR="00823498" w:rsidRPr="00936675" w:rsidRDefault="00823498" w:rsidP="00EC0C33">
      <w:pPr>
        <w:pStyle w:val="Heading2"/>
      </w:pPr>
      <w:r w:rsidRPr="00936675">
        <w:t>Why Customary Justice Matters</w:t>
      </w:r>
    </w:p>
    <w:p w:rsidR="00823498" w:rsidRPr="00936675" w:rsidRDefault="00823498" w:rsidP="00823498">
      <w:pPr>
        <w:spacing w:line="360" w:lineRule="auto"/>
        <w:jc w:val="both"/>
        <w:rPr>
          <w:rFonts w:cs="Times New Roman"/>
          <w:szCs w:val="24"/>
        </w:rPr>
      </w:pPr>
      <w:r w:rsidRPr="00936675">
        <w:rPr>
          <w:rFonts w:cs="Times New Roman"/>
          <w:szCs w:val="24"/>
        </w:rPr>
        <w:t>Customary justice systems operate at the intersection of tradition, morality, and community consensus. They are:</w:t>
      </w:r>
    </w:p>
    <w:p w:rsidR="00823498" w:rsidRPr="00936675" w:rsidRDefault="00823498" w:rsidP="00823498">
      <w:pPr>
        <w:spacing w:line="360" w:lineRule="auto"/>
        <w:jc w:val="both"/>
        <w:rPr>
          <w:rFonts w:cs="Times New Roman"/>
          <w:szCs w:val="24"/>
        </w:rPr>
      </w:pPr>
      <w:r w:rsidRPr="00936675">
        <w:rPr>
          <w:rFonts w:cs="Times New Roman"/>
          <w:szCs w:val="24"/>
        </w:rPr>
        <w:t>Accessible – held in open spaces where community members can participate;</w:t>
      </w:r>
    </w:p>
    <w:p w:rsidR="00823498" w:rsidRPr="00936675" w:rsidRDefault="00823498" w:rsidP="00823498">
      <w:pPr>
        <w:spacing w:line="360" w:lineRule="auto"/>
        <w:jc w:val="both"/>
        <w:rPr>
          <w:rFonts w:cs="Times New Roman"/>
          <w:szCs w:val="24"/>
        </w:rPr>
      </w:pPr>
      <w:r w:rsidRPr="00936675">
        <w:rPr>
          <w:rFonts w:cs="Times New Roman"/>
          <w:szCs w:val="24"/>
        </w:rPr>
        <w:t>Culturally grounded – based on indigenous concepts of wrongdoing, shame, restoration, and honor;</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Expeditious – resolving cases in days or weeks, not years;</w:t>
      </w:r>
    </w:p>
    <w:p w:rsidR="00823498" w:rsidRPr="00936675" w:rsidRDefault="00823498" w:rsidP="00823498">
      <w:pPr>
        <w:spacing w:line="360" w:lineRule="auto"/>
        <w:jc w:val="both"/>
        <w:rPr>
          <w:rFonts w:cs="Times New Roman"/>
          <w:szCs w:val="24"/>
        </w:rPr>
      </w:pPr>
      <w:r w:rsidRPr="00936675">
        <w:rPr>
          <w:rFonts w:cs="Times New Roman"/>
          <w:szCs w:val="24"/>
        </w:rPr>
        <w:t>And perhaps most importantly, enforceable – not through coercion, but through community obligation and spiritual fear.</w:t>
      </w:r>
    </w:p>
    <w:p w:rsidR="00823498" w:rsidRPr="00936675" w:rsidRDefault="00823498" w:rsidP="00823498">
      <w:pPr>
        <w:spacing w:line="360" w:lineRule="auto"/>
        <w:jc w:val="both"/>
        <w:rPr>
          <w:rFonts w:cs="Times New Roman"/>
          <w:szCs w:val="24"/>
        </w:rPr>
      </w:pPr>
      <w:r w:rsidRPr="00936675">
        <w:rPr>
          <w:rFonts w:cs="Times New Roman"/>
          <w:szCs w:val="24"/>
        </w:rPr>
        <w:t xml:space="preserve">In many of the dialogues I’ve facilitated—from Ayod to Uror, from Pieri to </w:t>
      </w:r>
      <w:proofErr w:type="spellStart"/>
      <w:r w:rsidRPr="00936675">
        <w:rPr>
          <w:rFonts w:cs="Times New Roman"/>
          <w:szCs w:val="24"/>
        </w:rPr>
        <w:t>Likuangole</w:t>
      </w:r>
      <w:proofErr w:type="spellEnd"/>
      <w:r w:rsidRPr="00936675">
        <w:rPr>
          <w:rFonts w:cs="Times New Roman"/>
          <w:szCs w:val="24"/>
        </w:rPr>
        <w:t>—disputes were not escalated to the formal legal system. Instead, they were brought before chiefs, elders, or spiritual leaders, who invoked clan memory, precedent, and collective reasoning to issue judgments.</w:t>
      </w:r>
    </w:p>
    <w:p w:rsidR="00823498" w:rsidRPr="00936675" w:rsidRDefault="00823498" w:rsidP="00823498">
      <w:pPr>
        <w:spacing w:line="360" w:lineRule="auto"/>
        <w:jc w:val="both"/>
        <w:rPr>
          <w:rFonts w:cs="Times New Roman"/>
          <w:szCs w:val="24"/>
        </w:rPr>
      </w:pPr>
      <w:r w:rsidRPr="00936675">
        <w:rPr>
          <w:rFonts w:cs="Times New Roman"/>
          <w:szCs w:val="24"/>
        </w:rPr>
        <w:t>In these forums, justice is not punitive—it is restorative. A wrongdoer is not imprisoned, but required to confess, compensate, and reconcile. Compensation may involve cattle, labor, or public acknowledgment. What matters is that relationships are repaired and the social fabric is rewoven.</w:t>
      </w:r>
    </w:p>
    <w:p w:rsidR="00823498" w:rsidRPr="00936675" w:rsidRDefault="00823498" w:rsidP="00EC0C33">
      <w:pPr>
        <w:pStyle w:val="Heading2"/>
      </w:pPr>
      <w:r w:rsidRPr="00936675">
        <w:t>The Pillar of Customary Justice in peacebuilding</w:t>
      </w:r>
    </w:p>
    <w:p w:rsidR="00823498" w:rsidRPr="00936675" w:rsidRDefault="00823498" w:rsidP="00823498">
      <w:pPr>
        <w:spacing w:line="360" w:lineRule="auto"/>
        <w:jc w:val="both"/>
        <w:rPr>
          <w:rFonts w:cs="Times New Roman"/>
          <w:szCs w:val="24"/>
        </w:rPr>
      </w:pPr>
      <w:r w:rsidRPr="00936675">
        <w:rPr>
          <w:rFonts w:cs="Times New Roman"/>
          <w:szCs w:val="24"/>
        </w:rPr>
        <w:t>In the vacuum left by South Sudan’s struggling judiciary, the customary justice system has stood firm—weathered, resilient, and deeply rooted in the cultural DNA of the people. Particularly among the Nuer ethnic group, where state justice mechanisms remain largely absent in rural communities, customary law has not only survived but served as the de facto guardian of peace and accountability.</w:t>
      </w:r>
    </w:p>
    <w:p w:rsidR="00823498" w:rsidRPr="00936675" w:rsidRDefault="00823498" w:rsidP="00823498">
      <w:pPr>
        <w:spacing w:line="360" w:lineRule="auto"/>
        <w:jc w:val="both"/>
        <w:rPr>
          <w:rFonts w:cs="Times New Roman"/>
          <w:szCs w:val="24"/>
        </w:rPr>
      </w:pPr>
      <w:r w:rsidRPr="00936675">
        <w:rPr>
          <w:rFonts w:cs="Times New Roman"/>
          <w:szCs w:val="24"/>
        </w:rPr>
        <w:t>One of the most revered frameworks is the Fangak Law, a codified reflection of Nuer ethnic group customs, values, and moral expectations. It addresses everything from cattle disputes and bride price negotiations to blood compensation and community reconciliation. More than a legal code, Fangak Law is a living social contract—its legitimacy flowing not from government decrees, but from communal consent and ancestral wisdom.</w:t>
      </w:r>
    </w:p>
    <w:p w:rsidR="00823498" w:rsidRPr="00936675" w:rsidRDefault="00823498" w:rsidP="00823498">
      <w:pPr>
        <w:spacing w:line="360" w:lineRule="auto"/>
        <w:jc w:val="both"/>
        <w:rPr>
          <w:rFonts w:cs="Times New Roman"/>
          <w:szCs w:val="24"/>
        </w:rPr>
      </w:pPr>
      <w:r w:rsidRPr="00936675">
        <w:rPr>
          <w:rFonts w:cs="Times New Roman"/>
          <w:szCs w:val="24"/>
        </w:rPr>
        <w:t>At a time when South Sudan’s judicial capacity is paralyzed by the collapse of governance systems, this traditional mechanism has remained functional, familiar, and fair in the eyes of its people. Chiefs, elders, and spiritual leaders—often guided by the teachings of respected prophets like Makuach Tut—preside over disputes with knowledge inherited across generations. Their judgments are not enforced by armed bailiffs, but by the powerful glue of social responsibility and communal honor.</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 xml:space="preserve">There is growing momentum within the Nuer ethnic group community to review and harmonize Fangak Law, not because it is flawed, but because the times demand it. Modern realities—displacement, intergenerational conflict, gun proliferation, and changing gender roles—require that the law evolve while remaining true to its essence. </w:t>
      </w:r>
      <w:proofErr w:type="spellStart"/>
      <w:r w:rsidRPr="00936675">
        <w:rPr>
          <w:rFonts w:cs="Times New Roman"/>
          <w:szCs w:val="24"/>
        </w:rPr>
        <w:t>Harmonisation</w:t>
      </w:r>
      <w:proofErr w:type="spellEnd"/>
      <w:r w:rsidRPr="00936675">
        <w:rPr>
          <w:rFonts w:cs="Times New Roman"/>
          <w:szCs w:val="24"/>
        </w:rPr>
        <w:t xml:space="preserve"> would provide clarity, ensure consistency across clans, and reinforce the rule of law where the state cannot reach.</w:t>
      </w:r>
    </w:p>
    <w:p w:rsidR="00823498" w:rsidRPr="00936675" w:rsidRDefault="00823498" w:rsidP="00823498">
      <w:pPr>
        <w:spacing w:line="360" w:lineRule="auto"/>
        <w:jc w:val="both"/>
        <w:rPr>
          <w:rFonts w:cs="Times New Roman"/>
          <w:szCs w:val="24"/>
        </w:rPr>
      </w:pPr>
      <w:r w:rsidRPr="00936675">
        <w:rPr>
          <w:rFonts w:cs="Times New Roman"/>
          <w:szCs w:val="24"/>
        </w:rPr>
        <w:t>Customary justice is not perfect. It must continue to wrestle with patriarchal norms, political interference, and limited appeal mechanisms. But in a land where courtrooms are empty and legal documents gather dust, customary courts are full—active, trusted, and capable of reconciling communities where state institutions have failed.</w:t>
      </w:r>
    </w:p>
    <w:p w:rsidR="00823498" w:rsidRPr="00936675" w:rsidRDefault="00823498" w:rsidP="00823498">
      <w:pPr>
        <w:spacing w:line="360" w:lineRule="auto"/>
        <w:jc w:val="both"/>
        <w:rPr>
          <w:rFonts w:cs="Times New Roman"/>
          <w:szCs w:val="24"/>
        </w:rPr>
      </w:pPr>
      <w:r w:rsidRPr="00936675">
        <w:rPr>
          <w:rFonts w:cs="Times New Roman"/>
          <w:szCs w:val="24"/>
        </w:rPr>
        <w:t xml:space="preserve">The </w:t>
      </w:r>
      <w:proofErr w:type="spellStart"/>
      <w:r w:rsidRPr="00936675">
        <w:rPr>
          <w:rFonts w:cs="Times New Roman"/>
          <w:szCs w:val="24"/>
        </w:rPr>
        <w:t>revitalisation</w:t>
      </w:r>
      <w:proofErr w:type="spellEnd"/>
      <w:r w:rsidRPr="00936675">
        <w:rPr>
          <w:rFonts w:cs="Times New Roman"/>
          <w:szCs w:val="24"/>
        </w:rPr>
        <w:t xml:space="preserve"> and formal recognition of customary justice is not a nostalgic retreat—it is a strategic necessity. Strengthening these institutions is one of the most viable paths to stability. It reinforces cultural identity, supports local peacebuilding, and ensures that justice—however rough and imperfect—remains accessible.</w:t>
      </w:r>
    </w:p>
    <w:p w:rsidR="00823498" w:rsidRPr="00936675" w:rsidRDefault="00823498" w:rsidP="00823498">
      <w:pPr>
        <w:spacing w:line="360" w:lineRule="auto"/>
        <w:jc w:val="both"/>
        <w:rPr>
          <w:rFonts w:cs="Times New Roman"/>
          <w:szCs w:val="24"/>
        </w:rPr>
      </w:pPr>
      <w:r w:rsidRPr="00936675">
        <w:rPr>
          <w:rFonts w:cs="Times New Roman"/>
          <w:szCs w:val="24"/>
        </w:rPr>
        <w:t>In the absence of judges, the elders judge. In the silence of law, tradition speaks. And in the chaos of a fractured state, the customary system remains one of the few instruments capable of holding the social fabric together.</w:t>
      </w:r>
    </w:p>
    <w:p w:rsidR="00823498" w:rsidRPr="00936675" w:rsidRDefault="00823498" w:rsidP="00EC0C33">
      <w:pPr>
        <w:pStyle w:val="Heading2"/>
      </w:pPr>
      <w:r w:rsidRPr="00936675">
        <w:t>Customary Justice in Practice: Lessons from Dialogue</w:t>
      </w:r>
    </w:p>
    <w:p w:rsidR="00823498" w:rsidRPr="00936675" w:rsidRDefault="00823498" w:rsidP="00823498">
      <w:pPr>
        <w:spacing w:line="360" w:lineRule="auto"/>
        <w:jc w:val="both"/>
        <w:rPr>
          <w:rFonts w:cs="Times New Roman"/>
          <w:szCs w:val="24"/>
        </w:rPr>
      </w:pPr>
      <w:r w:rsidRPr="00936675">
        <w:rPr>
          <w:rFonts w:cs="Times New Roman"/>
          <w:szCs w:val="24"/>
        </w:rPr>
        <w:t>During the intra-communal dialogues between the Lou and Gawaar Nuer ethnic group, we relied heavily on customary structures. It was the chiefs and elders, not state actors, who mediated historical grievances and facilitated truth-telling. It was rituals of cleansing, shared meals, and symbolic exchanges of ash that brought closure—more than any statute ever could.</w:t>
      </w:r>
    </w:p>
    <w:p w:rsidR="00823498" w:rsidRPr="00936675" w:rsidRDefault="00823498" w:rsidP="00823498">
      <w:pPr>
        <w:spacing w:line="360" w:lineRule="auto"/>
        <w:jc w:val="both"/>
        <w:rPr>
          <w:rFonts w:cs="Times New Roman"/>
          <w:szCs w:val="24"/>
        </w:rPr>
      </w:pPr>
      <w:r w:rsidRPr="00936675">
        <w:rPr>
          <w:rFonts w:cs="Times New Roman"/>
          <w:szCs w:val="24"/>
        </w:rPr>
        <w:t>The effectiveness of customary justice lies in its moral resonance. It speaks to the heart, not just the law. When someone confesses in front of elders, the shame alone carries more weight than a fine. When a family offers cattle in restitution, they do so not under threat of force, but out of a desire to be accepted again by their people.</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It is this community-centered accountability that prevents cycles of revenge. By addressing the harm directly, face-to-face, customary justice systems de-escalate tensions and reduce the allure of retaliatory violence.</w:t>
      </w:r>
    </w:p>
    <w:p w:rsidR="00823498" w:rsidRPr="00936675" w:rsidRDefault="00823498" w:rsidP="00EC0C33">
      <w:pPr>
        <w:pStyle w:val="Heading2"/>
      </w:pPr>
      <w:r w:rsidRPr="00936675">
        <w:t>Challenges and Limitations</w:t>
      </w:r>
    </w:p>
    <w:p w:rsidR="00823498" w:rsidRPr="00936675" w:rsidRDefault="00823498" w:rsidP="00823498">
      <w:pPr>
        <w:spacing w:line="360" w:lineRule="auto"/>
        <w:jc w:val="both"/>
        <w:rPr>
          <w:rFonts w:cs="Times New Roman"/>
          <w:szCs w:val="24"/>
        </w:rPr>
      </w:pPr>
      <w:r w:rsidRPr="00936675">
        <w:rPr>
          <w:rFonts w:cs="Times New Roman"/>
          <w:szCs w:val="24"/>
        </w:rPr>
        <w:t>However, customary justice is not without challenges. Some of its traditional practices—such as gender biases, age hierarchies, or clan favoritism—can hinder inclusivity. Women, in particular, are often excluded from leadership in these spaces, despite bearing the brunt of conflict.</w:t>
      </w:r>
    </w:p>
    <w:p w:rsidR="00823498" w:rsidRPr="00936675" w:rsidRDefault="00823498" w:rsidP="00823498">
      <w:pPr>
        <w:spacing w:line="360" w:lineRule="auto"/>
        <w:jc w:val="both"/>
        <w:rPr>
          <w:rFonts w:cs="Times New Roman"/>
          <w:szCs w:val="24"/>
        </w:rPr>
      </w:pPr>
      <w:r w:rsidRPr="00936675">
        <w:rPr>
          <w:rFonts w:cs="Times New Roman"/>
          <w:szCs w:val="24"/>
        </w:rPr>
        <w:t>Additionally, as external influences—such as armed youth groups, modern politics, and transactional economies—interfere with traditional norms, the authority of elders has been increasingly tested. In some areas, chiefs are no longer seen as neutral. Others have been co-opted by political actors.</w:t>
      </w:r>
    </w:p>
    <w:p w:rsidR="00823498" w:rsidRPr="00936675" w:rsidRDefault="00823498" w:rsidP="00823498">
      <w:pPr>
        <w:spacing w:line="360" w:lineRule="auto"/>
        <w:jc w:val="both"/>
        <w:rPr>
          <w:rFonts w:cs="Times New Roman"/>
          <w:szCs w:val="24"/>
        </w:rPr>
      </w:pPr>
      <w:r w:rsidRPr="00936675">
        <w:rPr>
          <w:rFonts w:cs="Times New Roman"/>
          <w:szCs w:val="24"/>
        </w:rPr>
        <w:t>These challenges do not mean that customary justice should be discarded. They mean it must be strengthened, refined, and protected, with support from both civil society and government.</w:t>
      </w:r>
    </w:p>
    <w:p w:rsidR="00823498" w:rsidRPr="00936675" w:rsidRDefault="00823498" w:rsidP="00EC0C33">
      <w:pPr>
        <w:pStyle w:val="Heading2"/>
      </w:pPr>
      <w:r w:rsidRPr="00936675">
        <w:t>A Path Forward: Harmonizing Systems</w:t>
      </w:r>
    </w:p>
    <w:p w:rsidR="00823498" w:rsidRPr="00936675" w:rsidRDefault="00823498" w:rsidP="00823498">
      <w:pPr>
        <w:spacing w:line="360" w:lineRule="auto"/>
        <w:jc w:val="both"/>
        <w:rPr>
          <w:rFonts w:cs="Times New Roman"/>
          <w:szCs w:val="24"/>
        </w:rPr>
      </w:pPr>
      <w:r w:rsidRPr="00936675">
        <w:rPr>
          <w:rFonts w:cs="Times New Roman"/>
          <w:szCs w:val="24"/>
        </w:rPr>
        <w:t>Lasting peace in South Sudan will not come from replacing customary justice with formal systems, but from harmonizing the two. We must build bridges between traditional authorities and state courts. We must train chiefs in human rights principles while preserving their cultural legitimacy. We must ensure that women and youth have meaningful roles in customary proceedings—not as observers, but as active participants.</w:t>
      </w:r>
    </w:p>
    <w:p w:rsidR="00823498" w:rsidRPr="00936675" w:rsidRDefault="00823498" w:rsidP="00823498">
      <w:pPr>
        <w:spacing w:line="360" w:lineRule="auto"/>
        <w:jc w:val="both"/>
        <w:rPr>
          <w:rFonts w:cs="Times New Roman"/>
          <w:szCs w:val="24"/>
        </w:rPr>
      </w:pPr>
      <w:r w:rsidRPr="00936675">
        <w:rPr>
          <w:rFonts w:cs="Times New Roman"/>
          <w:szCs w:val="24"/>
        </w:rPr>
        <w:t>In this way, we can create a hybrid justice model—one that is rooted in tradition but responsive to evolving realities. One that upholds both accountability and community cohesion. One that is not foreign to our people, but familiar and trusted.</w:t>
      </w:r>
    </w:p>
    <w:p w:rsidR="00823498" w:rsidRPr="00936675" w:rsidRDefault="00823498" w:rsidP="00EC0C33">
      <w:pPr>
        <w:pStyle w:val="Heading2"/>
      </w:pPr>
      <w:r w:rsidRPr="00936675">
        <w:t>Customary Justice Is Peace in Practice</w:t>
      </w:r>
    </w:p>
    <w:p w:rsidR="00823498" w:rsidRPr="00936675" w:rsidRDefault="00823498" w:rsidP="00823498">
      <w:pPr>
        <w:spacing w:line="360" w:lineRule="auto"/>
        <w:jc w:val="both"/>
        <w:rPr>
          <w:rFonts w:cs="Times New Roman"/>
          <w:szCs w:val="24"/>
        </w:rPr>
      </w:pPr>
      <w:r w:rsidRPr="00936675">
        <w:rPr>
          <w:rFonts w:cs="Times New Roman"/>
          <w:szCs w:val="24"/>
        </w:rPr>
        <w:t>In the end, customary justice is not merely a mechanism for resolving disputes. It is a way of life—a collective agreement on how to live together, how to heal, and how to hold one another accountable with dignity.</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It reflects who we are as a people. And it holds within it the seeds of the just, peaceful, and reconciled society we strive to build. For too long, peace in South Sudan has been negotiated at the top and broken at the bottom.</w:t>
      </w:r>
    </w:p>
    <w:p w:rsidR="00823498" w:rsidRPr="00936675" w:rsidRDefault="00823498" w:rsidP="00823498">
      <w:pPr>
        <w:spacing w:line="360" w:lineRule="auto"/>
        <w:jc w:val="both"/>
        <w:rPr>
          <w:rFonts w:cs="Times New Roman"/>
          <w:szCs w:val="24"/>
        </w:rPr>
      </w:pPr>
      <w:r w:rsidRPr="00936675">
        <w:rPr>
          <w:rFonts w:cs="Times New Roman"/>
          <w:szCs w:val="24"/>
        </w:rPr>
        <w:t>But through customary justice, peace can be rebuilt from the ground up—honest, inclusive, and enduring.</w:t>
      </w:r>
    </w:p>
    <w:p w:rsidR="00823498" w:rsidRPr="00936675" w:rsidRDefault="00EC0C33"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16: FISHING FOR PEACE: ECONOMIC ALTERNATIVES FOR ARMED YOUTH</w:t>
      </w:r>
    </w:p>
    <w:p w:rsidR="00823498" w:rsidRPr="00936675" w:rsidRDefault="00823498" w:rsidP="00823498">
      <w:pPr>
        <w:spacing w:line="360" w:lineRule="auto"/>
        <w:jc w:val="both"/>
        <w:rPr>
          <w:rFonts w:cs="Times New Roman"/>
          <w:szCs w:val="24"/>
        </w:rPr>
      </w:pPr>
      <w:r w:rsidRPr="00936675">
        <w:rPr>
          <w:rFonts w:cs="Times New Roman"/>
          <w:szCs w:val="24"/>
        </w:rPr>
        <w:t>In regions where violence is endemic, the path to peace is often imagined through ceasefire agreements and disarmament campaigns. But peace will not endure where livelihoods are absent. In South Sudan, particularly in Jonglei and the Greater Pibor Administrative Area (Murle ethnic group), the long-term solution to armed youth violence lies not only in dialogue—but in dignified economic alternatives. And among these alternatives, few are as culturally rooted, practical, and transformative as fishing. Fishing in South Sudan is more than a source of food. It is a survival strategy, a social practice, and—when leveraged correctly—a pathway out of violence.</w:t>
      </w:r>
    </w:p>
    <w:p w:rsidR="00823498" w:rsidRPr="00936675" w:rsidRDefault="00823498" w:rsidP="00EC0C33">
      <w:pPr>
        <w:pStyle w:val="Heading2"/>
      </w:pPr>
      <w:r w:rsidRPr="00936675">
        <w:t>The Burden of Idle Hands</w:t>
      </w:r>
    </w:p>
    <w:p w:rsidR="00823498" w:rsidRPr="00936675" w:rsidRDefault="00823498" w:rsidP="00823498">
      <w:pPr>
        <w:spacing w:line="360" w:lineRule="auto"/>
        <w:jc w:val="both"/>
        <w:rPr>
          <w:rFonts w:cs="Times New Roman"/>
          <w:szCs w:val="24"/>
        </w:rPr>
      </w:pPr>
      <w:r w:rsidRPr="00936675">
        <w:rPr>
          <w:rFonts w:cs="Times New Roman"/>
          <w:szCs w:val="24"/>
        </w:rPr>
        <w:t>The young men who carry guns today are not inherently violent. They are economically excluded, socially disoriented, and morally disillusioned. Many were born into conflict, raised in cattle camps, and introduced to firearms before they had a chance to learn a trade. Raiding and revenge became their profession, their initiation, and their only accessible identity.</w:t>
      </w:r>
    </w:p>
    <w:p w:rsidR="00823498" w:rsidRPr="00936675" w:rsidRDefault="00823498" w:rsidP="00823498">
      <w:pPr>
        <w:spacing w:line="360" w:lineRule="auto"/>
        <w:jc w:val="both"/>
        <w:rPr>
          <w:rFonts w:cs="Times New Roman"/>
          <w:szCs w:val="24"/>
        </w:rPr>
      </w:pPr>
      <w:r w:rsidRPr="00936675">
        <w:rPr>
          <w:rFonts w:cs="Times New Roman"/>
          <w:szCs w:val="24"/>
        </w:rPr>
        <w:t xml:space="preserve">In Ayod, Akobo, Nyirol, and </w:t>
      </w:r>
      <w:proofErr w:type="spellStart"/>
      <w:r w:rsidRPr="00936675">
        <w:rPr>
          <w:rFonts w:cs="Times New Roman"/>
          <w:szCs w:val="24"/>
        </w:rPr>
        <w:t>Likuangole</w:t>
      </w:r>
      <w:proofErr w:type="spellEnd"/>
      <w:r w:rsidRPr="00936675">
        <w:rPr>
          <w:rFonts w:cs="Times New Roman"/>
          <w:szCs w:val="24"/>
        </w:rPr>
        <w:t>, I have spoken to armed youth who said, “We raid because we eat what we steal.” For them, violence is not just ideology—it is income.</w:t>
      </w:r>
    </w:p>
    <w:p w:rsidR="00823498" w:rsidRPr="00936675" w:rsidRDefault="00823498" w:rsidP="00823498">
      <w:pPr>
        <w:spacing w:line="360" w:lineRule="auto"/>
        <w:jc w:val="both"/>
        <w:rPr>
          <w:rFonts w:cs="Times New Roman"/>
          <w:szCs w:val="24"/>
        </w:rPr>
      </w:pPr>
      <w:r w:rsidRPr="00936675">
        <w:rPr>
          <w:rFonts w:cs="Times New Roman"/>
          <w:szCs w:val="24"/>
        </w:rPr>
        <w:t>Disarmament, without alternatives, creates vulnerability. You cannot ask a young man to put down a gun without offering him something to pick up. And this is where fishing becomes more than a livelihood. It becomes a form of peacebuilding.</w:t>
      </w:r>
    </w:p>
    <w:p w:rsidR="00823498" w:rsidRPr="00936675" w:rsidRDefault="00823498" w:rsidP="00823498">
      <w:pPr>
        <w:spacing w:line="360" w:lineRule="auto"/>
        <w:jc w:val="both"/>
        <w:rPr>
          <w:rFonts w:cs="Times New Roman"/>
          <w:szCs w:val="24"/>
        </w:rPr>
      </w:pPr>
      <w:r w:rsidRPr="00936675">
        <w:rPr>
          <w:rFonts w:cs="Times New Roman"/>
          <w:szCs w:val="24"/>
        </w:rPr>
        <w:t>Waterways as Opportunity</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South Sudan’s rivers, swamps, and floodplains are teeming with aquatic life. For centuries, fishing has been a traditional practice among various communities—especially during the rainy season when grazing is impossible. Yet, this natural abundance has remained largely untapped as an economic development strategy.</w:t>
      </w:r>
    </w:p>
    <w:p w:rsidR="00823498" w:rsidRPr="00936675" w:rsidRDefault="00823498" w:rsidP="00823498">
      <w:pPr>
        <w:spacing w:line="360" w:lineRule="auto"/>
        <w:jc w:val="both"/>
        <w:rPr>
          <w:rFonts w:cs="Times New Roman"/>
          <w:szCs w:val="24"/>
        </w:rPr>
      </w:pPr>
      <w:r w:rsidRPr="00936675">
        <w:rPr>
          <w:rFonts w:cs="Times New Roman"/>
          <w:szCs w:val="24"/>
        </w:rPr>
        <w:t>In Ayod County, particularly along the Canal and in flood-affected areas, communities have adapted to their environment by turning to fishing as a primary source of sustenance. Young men who once organized cattle raids now organize fishing expeditions—cooperative, peaceful, and productive. They trade fish in local markets, dry and transport it to other counties, and, in doing so, create networks of cooperation across ethnic lines.</w:t>
      </w:r>
    </w:p>
    <w:p w:rsidR="00823498" w:rsidRPr="00936675" w:rsidRDefault="00823498" w:rsidP="00823498">
      <w:pPr>
        <w:spacing w:line="360" w:lineRule="auto"/>
        <w:jc w:val="both"/>
        <w:rPr>
          <w:rFonts w:cs="Times New Roman"/>
          <w:szCs w:val="24"/>
        </w:rPr>
      </w:pPr>
      <w:r w:rsidRPr="00936675">
        <w:rPr>
          <w:rFonts w:cs="Times New Roman"/>
          <w:szCs w:val="24"/>
        </w:rPr>
        <w:t>Where violence once moved across water routes, trade now flows.</w:t>
      </w:r>
    </w:p>
    <w:p w:rsidR="00823498" w:rsidRPr="00936675" w:rsidRDefault="00823498" w:rsidP="00EC0C33">
      <w:pPr>
        <w:pStyle w:val="Heading2"/>
      </w:pPr>
      <w:r w:rsidRPr="00936675">
        <w:t>Reducing Violence through Dignity</w:t>
      </w:r>
    </w:p>
    <w:p w:rsidR="00823498" w:rsidRPr="00936675" w:rsidRDefault="00823498" w:rsidP="00823498">
      <w:pPr>
        <w:spacing w:line="360" w:lineRule="auto"/>
        <w:jc w:val="both"/>
        <w:rPr>
          <w:rFonts w:cs="Times New Roman"/>
          <w:szCs w:val="24"/>
        </w:rPr>
      </w:pPr>
      <w:r w:rsidRPr="00936675">
        <w:rPr>
          <w:rFonts w:cs="Times New Roman"/>
          <w:szCs w:val="24"/>
        </w:rPr>
        <w:t>When youth have stable livelihoods, they are less likely to be manipulated by politicians, chiefs, or generals seeking to mobilize violence. Employment restores autonomy. Trade fosters interdependence. Profit creates incentive for stability.</w:t>
      </w:r>
    </w:p>
    <w:p w:rsidR="00823498" w:rsidRPr="00936675" w:rsidRDefault="00823498" w:rsidP="00823498">
      <w:pPr>
        <w:spacing w:line="360" w:lineRule="auto"/>
        <w:jc w:val="both"/>
        <w:rPr>
          <w:rFonts w:cs="Times New Roman"/>
          <w:szCs w:val="24"/>
        </w:rPr>
      </w:pPr>
      <w:r w:rsidRPr="00936675">
        <w:rPr>
          <w:rFonts w:cs="Times New Roman"/>
          <w:szCs w:val="24"/>
        </w:rPr>
        <w:t>But it is not only income that matters—it is dignity. Fishing offers youth the chance to become providers, not predators. They earn through labor, not looting. They gain skills that are transferable and respected. And perhaps most importantly, they begin to see themselves differently.</w:t>
      </w:r>
    </w:p>
    <w:p w:rsidR="00823498" w:rsidRPr="00936675" w:rsidRDefault="00823498" w:rsidP="00823498">
      <w:pPr>
        <w:spacing w:line="360" w:lineRule="auto"/>
        <w:jc w:val="both"/>
        <w:rPr>
          <w:rFonts w:cs="Times New Roman"/>
          <w:szCs w:val="24"/>
        </w:rPr>
      </w:pPr>
      <w:r w:rsidRPr="00936675">
        <w:rPr>
          <w:rFonts w:cs="Times New Roman"/>
          <w:szCs w:val="24"/>
        </w:rPr>
        <w:t>This change in identity is the foundation of sustainable peace.</w:t>
      </w:r>
    </w:p>
    <w:p w:rsidR="00823498" w:rsidRPr="00936675" w:rsidRDefault="00823498" w:rsidP="00823498">
      <w:pPr>
        <w:spacing w:line="360" w:lineRule="auto"/>
        <w:jc w:val="both"/>
        <w:rPr>
          <w:rFonts w:cs="Times New Roman"/>
          <w:szCs w:val="24"/>
        </w:rPr>
      </w:pPr>
      <w:r w:rsidRPr="00936675">
        <w:rPr>
          <w:rFonts w:cs="Times New Roman"/>
          <w:szCs w:val="24"/>
        </w:rPr>
        <w:t>Challenges and Opportunities Ahead</w:t>
      </w:r>
    </w:p>
    <w:p w:rsidR="00823498" w:rsidRPr="00936675" w:rsidRDefault="00823498" w:rsidP="00823498">
      <w:pPr>
        <w:spacing w:line="360" w:lineRule="auto"/>
        <w:jc w:val="both"/>
        <w:rPr>
          <w:rFonts w:cs="Times New Roman"/>
          <w:szCs w:val="24"/>
        </w:rPr>
      </w:pPr>
      <w:r w:rsidRPr="00936675">
        <w:rPr>
          <w:rFonts w:cs="Times New Roman"/>
          <w:szCs w:val="24"/>
        </w:rPr>
        <w:t>While promising, fishing initiatives still face challenges:</w:t>
      </w:r>
    </w:p>
    <w:p w:rsidR="00823498" w:rsidRPr="00936675" w:rsidRDefault="00823498" w:rsidP="00823498">
      <w:pPr>
        <w:spacing w:line="360" w:lineRule="auto"/>
        <w:jc w:val="both"/>
        <w:rPr>
          <w:rFonts w:cs="Times New Roman"/>
          <w:szCs w:val="24"/>
        </w:rPr>
      </w:pPr>
      <w:r w:rsidRPr="00936675">
        <w:rPr>
          <w:rFonts w:cs="Times New Roman"/>
          <w:szCs w:val="24"/>
        </w:rPr>
        <w:t>Lack of access to fishing gear and boats</w:t>
      </w:r>
    </w:p>
    <w:p w:rsidR="00823498" w:rsidRPr="00936675" w:rsidRDefault="00823498" w:rsidP="00823498">
      <w:pPr>
        <w:spacing w:line="360" w:lineRule="auto"/>
        <w:jc w:val="both"/>
        <w:rPr>
          <w:rFonts w:cs="Times New Roman"/>
          <w:szCs w:val="24"/>
        </w:rPr>
      </w:pPr>
      <w:r w:rsidRPr="00936675">
        <w:rPr>
          <w:rFonts w:cs="Times New Roman"/>
          <w:szCs w:val="24"/>
        </w:rPr>
        <w:t>Limited cold storage and transport infrastructure</w:t>
      </w:r>
    </w:p>
    <w:p w:rsidR="00823498" w:rsidRPr="00936675" w:rsidRDefault="00823498" w:rsidP="00823498">
      <w:pPr>
        <w:spacing w:line="360" w:lineRule="auto"/>
        <w:jc w:val="both"/>
        <w:rPr>
          <w:rFonts w:cs="Times New Roman"/>
          <w:szCs w:val="24"/>
        </w:rPr>
      </w:pPr>
      <w:r w:rsidRPr="00936675">
        <w:rPr>
          <w:rFonts w:cs="Times New Roman"/>
          <w:szCs w:val="24"/>
        </w:rPr>
        <w:t>Market access barriers and flooding risks</w:t>
      </w:r>
    </w:p>
    <w:p w:rsidR="00823498" w:rsidRPr="00936675" w:rsidRDefault="00823498" w:rsidP="00823498">
      <w:pPr>
        <w:spacing w:line="360" w:lineRule="auto"/>
        <w:jc w:val="both"/>
        <w:rPr>
          <w:rFonts w:cs="Times New Roman"/>
          <w:szCs w:val="24"/>
        </w:rPr>
      </w:pPr>
      <w:r w:rsidRPr="00936675">
        <w:rPr>
          <w:rFonts w:cs="Times New Roman"/>
          <w:szCs w:val="24"/>
        </w:rPr>
        <w:t>Need for cross-border cooperation between ethnic groups</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But these are solvable problems. With support from development partners, faith leaders, and local authorities, fishing can become a peace economy—a tangible, culturally appropriate path out of conflict.</w:t>
      </w:r>
    </w:p>
    <w:p w:rsidR="00823498" w:rsidRPr="00936675" w:rsidRDefault="00823498" w:rsidP="00EC0C33">
      <w:pPr>
        <w:pStyle w:val="Heading2"/>
      </w:pPr>
      <w:r w:rsidRPr="00936675">
        <w:t>A Model Worth Scaling</w:t>
      </w:r>
    </w:p>
    <w:p w:rsidR="00823498" w:rsidRPr="00936675" w:rsidRDefault="00823498" w:rsidP="00823498">
      <w:pPr>
        <w:spacing w:line="360" w:lineRule="auto"/>
        <w:jc w:val="both"/>
        <w:rPr>
          <w:rFonts w:cs="Times New Roman"/>
          <w:szCs w:val="24"/>
        </w:rPr>
      </w:pPr>
      <w:r w:rsidRPr="00936675">
        <w:rPr>
          <w:rFonts w:cs="Times New Roman"/>
          <w:szCs w:val="24"/>
        </w:rPr>
        <w:t>What we are witnessing in Ayod is not an isolated success. It is a replicable model. In areas where land disputes make farming difficult, and cattle raiding fuels revenge cycles, fishing offers a neutral, shared resource that can unite rather than divide.</w:t>
      </w:r>
    </w:p>
    <w:p w:rsidR="00823498" w:rsidRPr="00936675" w:rsidRDefault="00823498" w:rsidP="00823498">
      <w:pPr>
        <w:spacing w:line="360" w:lineRule="auto"/>
        <w:jc w:val="both"/>
        <w:rPr>
          <w:rFonts w:cs="Times New Roman"/>
          <w:szCs w:val="24"/>
        </w:rPr>
      </w:pPr>
      <w:r w:rsidRPr="00936675">
        <w:rPr>
          <w:rFonts w:cs="Times New Roman"/>
          <w:szCs w:val="24"/>
        </w:rPr>
        <w:t>By investing in fishing cooperatives, drying centers, training programs, and regional fish markets, we can create an ecosystem where peace is not just preached—it is profitable.</w:t>
      </w:r>
    </w:p>
    <w:p w:rsidR="00823498" w:rsidRPr="00936675" w:rsidRDefault="00823498" w:rsidP="00EC0C33">
      <w:pPr>
        <w:pStyle w:val="Heading2"/>
      </w:pPr>
      <w:r w:rsidRPr="00936675">
        <w:t>Fishing for Peace</w:t>
      </w:r>
    </w:p>
    <w:p w:rsidR="00823498" w:rsidRPr="00936675" w:rsidRDefault="00823498" w:rsidP="00823498">
      <w:pPr>
        <w:spacing w:line="360" w:lineRule="auto"/>
        <w:jc w:val="both"/>
        <w:rPr>
          <w:rFonts w:cs="Times New Roman"/>
          <w:szCs w:val="24"/>
        </w:rPr>
      </w:pPr>
      <w:r w:rsidRPr="00936675">
        <w:rPr>
          <w:rFonts w:cs="Times New Roman"/>
          <w:szCs w:val="24"/>
        </w:rPr>
        <w:t>In South Sudan, the path to peace runs through unexpected places. Not just through shrines and dialogue halls—but through canoes on quiet rivers. Through nets cast in muddy waters. Through fish traded instead of bullets fired. When we fish for peace, we offer more than food. We offer a future—one that is earned, not inherited by war. And when youth see that they can succeed without violence, peace becomes a choice they are willing to make—again and again.</w:t>
      </w:r>
    </w:p>
    <w:p w:rsidR="00823498" w:rsidRPr="00936675" w:rsidRDefault="00EC0C33"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17: FROM REVENGE TO JUSTICE SEEKING BEHAVIOR</w:t>
      </w:r>
    </w:p>
    <w:p w:rsidR="00823498" w:rsidRPr="00936675" w:rsidRDefault="00823498" w:rsidP="00823498">
      <w:pPr>
        <w:spacing w:line="360" w:lineRule="auto"/>
        <w:jc w:val="both"/>
        <w:rPr>
          <w:rFonts w:cs="Times New Roman"/>
          <w:szCs w:val="24"/>
        </w:rPr>
      </w:pPr>
      <w:r w:rsidRPr="00936675">
        <w:rPr>
          <w:rFonts w:cs="Times New Roman"/>
          <w:szCs w:val="24"/>
        </w:rPr>
        <w:t>South Sudan cannot afford to raise another generation on revenge. We’ve already seen the cost: homes turned into battlegrounds, dreams buried with the dead, and children taught that violence is the only language of strength. In Jonglei and the Greater Pibor Administrative Area (Murle ethnic group), this inheritance of hatred is no longer just a political problem—it is a spiritual and moral emergency.</w:t>
      </w:r>
    </w:p>
    <w:p w:rsidR="00823498" w:rsidRPr="00936675" w:rsidRDefault="00823498" w:rsidP="00823498">
      <w:pPr>
        <w:spacing w:line="360" w:lineRule="auto"/>
        <w:jc w:val="both"/>
        <w:rPr>
          <w:rFonts w:cs="Times New Roman"/>
          <w:szCs w:val="24"/>
        </w:rPr>
      </w:pPr>
      <w:r w:rsidRPr="00936675">
        <w:rPr>
          <w:rFonts w:cs="Times New Roman"/>
          <w:szCs w:val="24"/>
        </w:rPr>
        <w:t>The roots of revenge run deep. In our communities, a death is rarely accepted as fate—it becomes a debt to be repaid. A cattle raid is not simply a crime—it’s a stain on honor that demands retaliation. In this world, justice is personal, and blood must answer blood. But this cycle has brought us nothing but more grief, more orphans, and more graves.</w:t>
      </w:r>
    </w:p>
    <w:p w:rsidR="00823498" w:rsidRPr="00936675" w:rsidRDefault="00823498" w:rsidP="00823498">
      <w:pPr>
        <w:spacing w:line="360" w:lineRule="auto"/>
        <w:jc w:val="both"/>
        <w:rPr>
          <w:rFonts w:cs="Times New Roman"/>
          <w:szCs w:val="24"/>
        </w:rPr>
      </w:pPr>
      <w:r w:rsidRPr="00936675">
        <w:rPr>
          <w:rFonts w:cs="Times New Roman"/>
          <w:szCs w:val="24"/>
        </w:rPr>
        <w:t xml:space="preserve">Breaking free from this pattern is not just a matter of legal reform. It is a cultural transformation—one that redefines our understanding of justice, power, and honor. It </w:t>
      </w:r>
      <w:r w:rsidRPr="00936675">
        <w:rPr>
          <w:rFonts w:cs="Times New Roman"/>
          <w:szCs w:val="24"/>
        </w:rPr>
        <w:lastRenderedPageBreak/>
        <w:t>challenges us to abandon traditions that glorify retaliation and to embrace new systems built on fairness, transparency, and collective responsibility. It asks us to trust in community-based processes, not personal revenge, and to believe that justice can heal rather than harm.</w:t>
      </w:r>
    </w:p>
    <w:p w:rsidR="00823498" w:rsidRPr="00936675" w:rsidRDefault="00823498" w:rsidP="00823498">
      <w:pPr>
        <w:spacing w:line="360" w:lineRule="auto"/>
        <w:jc w:val="both"/>
        <w:rPr>
          <w:rFonts w:cs="Times New Roman"/>
          <w:szCs w:val="24"/>
        </w:rPr>
      </w:pPr>
      <w:r w:rsidRPr="00936675">
        <w:rPr>
          <w:rFonts w:cs="Times New Roman"/>
          <w:szCs w:val="24"/>
        </w:rPr>
        <w:t>Picture a different future: a generation of South Sudanese youth raised not on tales of vengeance, but on the principles of restorative justice. Imagine courts—customary and formal—functioning with independence and integrity. Picture a police force that protects victims promptly, and a judiciary that upholds the law, not favors. Imagine elders and prophets urging forgiveness as a sign of strength, not weakness.</w:t>
      </w:r>
    </w:p>
    <w:p w:rsidR="00823498" w:rsidRPr="00936675" w:rsidRDefault="00823498" w:rsidP="00823498">
      <w:pPr>
        <w:spacing w:line="360" w:lineRule="auto"/>
        <w:jc w:val="both"/>
        <w:rPr>
          <w:rFonts w:cs="Times New Roman"/>
          <w:szCs w:val="24"/>
        </w:rPr>
      </w:pPr>
      <w:r w:rsidRPr="00936675">
        <w:rPr>
          <w:rFonts w:cs="Times New Roman"/>
          <w:szCs w:val="24"/>
        </w:rPr>
        <w:t>This vision is not a fantasy. It is an urgent necessity. I have seen glimpses of this change. In peace dialogues I helped facilitate, youth who once swore to avenge their brothers now speak of compensation and reconciliation. Women who once mourned with anger now demand justice through institutions. Chiefs who once endorsed revenge now call for calm and investigation. Prophets who once remained silent are now leading calls for repentance, forgiveness, and peace.</w:t>
      </w:r>
    </w:p>
    <w:p w:rsidR="00823498" w:rsidRPr="00936675" w:rsidRDefault="00823498" w:rsidP="00823498">
      <w:pPr>
        <w:spacing w:line="360" w:lineRule="auto"/>
        <w:jc w:val="both"/>
        <w:rPr>
          <w:rFonts w:cs="Times New Roman"/>
          <w:szCs w:val="24"/>
        </w:rPr>
      </w:pPr>
      <w:r w:rsidRPr="00936675">
        <w:rPr>
          <w:rFonts w:cs="Times New Roman"/>
          <w:szCs w:val="24"/>
        </w:rPr>
        <w:t>This is not weakness. It is wisdom. It is strength made visible through courage and restraint. For this shift to take root, our institutions must be ready. The government must extend the rule of law beyond state capitals and into the furthest bomas. Customary justice systems must evolve—preserving their cultural roots while aligning with human rights. Law enforcement must be trained, equipped, and accountable. And peacebuilding efforts must promote civic education that redefines justice—not as retaliation, but as restoration.</w:t>
      </w:r>
    </w:p>
    <w:p w:rsidR="00823498" w:rsidRPr="00936675" w:rsidRDefault="00823498" w:rsidP="00823498">
      <w:pPr>
        <w:spacing w:line="360" w:lineRule="auto"/>
        <w:jc w:val="both"/>
        <w:rPr>
          <w:rFonts w:cs="Times New Roman"/>
          <w:szCs w:val="24"/>
        </w:rPr>
      </w:pPr>
      <w:r w:rsidRPr="00936675">
        <w:rPr>
          <w:rFonts w:cs="Times New Roman"/>
          <w:szCs w:val="24"/>
        </w:rPr>
        <w:t>We must also tend to the wounds beneath the surface. Many of our youth carry invisible injuries—unresolved trauma, suppressed grief, and unacknowledged loss. Without healing, these wounds smolder, ready to reignite violence. That’s why community-based mental health initiatives—rooted in tradition, storytelling, and spiritual care—must become central to peace and justice programs.</w:t>
      </w:r>
    </w:p>
    <w:p w:rsidR="00823498" w:rsidRPr="00936675" w:rsidRDefault="00823498" w:rsidP="00823498">
      <w:pPr>
        <w:spacing w:line="360" w:lineRule="auto"/>
        <w:jc w:val="both"/>
        <w:rPr>
          <w:rFonts w:cs="Times New Roman"/>
          <w:szCs w:val="24"/>
        </w:rPr>
      </w:pPr>
      <w:r w:rsidRPr="00936675">
        <w:rPr>
          <w:rFonts w:cs="Times New Roman"/>
          <w:szCs w:val="24"/>
        </w:rPr>
        <w:t xml:space="preserve">The journey from revenge to justice is not easy. It will require us to confront uncomfortable truths, to challenge harmful norms, and to uplift new voices—especially among youth, women, and spiritual leaders. But every step away from revenge is a step toward lasting </w:t>
      </w:r>
      <w:r w:rsidRPr="00936675">
        <w:rPr>
          <w:rFonts w:cs="Times New Roman"/>
          <w:szCs w:val="24"/>
        </w:rPr>
        <w:lastRenderedPageBreak/>
        <w:t>peace. Because justice is not about retribution. It is about restoration. And the future of South Sudan depends on our collective ability to walk away from revenge—and to walk together toward accountability, healing, and hope.</w:t>
      </w:r>
    </w:p>
    <w:p w:rsidR="00823498" w:rsidRPr="00936675" w:rsidRDefault="00EC0C33"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18: PEACE, POWER, AND THE PEOPLE</w:t>
      </w:r>
    </w:p>
    <w:p w:rsidR="00823498" w:rsidRPr="00936675" w:rsidRDefault="00823498" w:rsidP="00823498">
      <w:pPr>
        <w:spacing w:line="360" w:lineRule="auto"/>
        <w:jc w:val="both"/>
        <w:rPr>
          <w:rFonts w:cs="Times New Roman"/>
          <w:szCs w:val="24"/>
        </w:rPr>
      </w:pPr>
      <w:r w:rsidRPr="00936675">
        <w:rPr>
          <w:rFonts w:cs="Times New Roman"/>
          <w:szCs w:val="24"/>
        </w:rPr>
        <w:t>Peace in South Sudan has never been merely a political outcome; it is not something that can be signed in hotels or declared in foreign capitals. Here, peace is personal, spiritual, and collective—deeply woven into the daily realities of ordinary people and the traditional, spiritual, and political structures that govern their lives.</w:t>
      </w:r>
    </w:p>
    <w:p w:rsidR="00823498" w:rsidRPr="00936675" w:rsidRDefault="00823498" w:rsidP="00823498">
      <w:pPr>
        <w:spacing w:line="360" w:lineRule="auto"/>
        <w:jc w:val="both"/>
        <w:rPr>
          <w:rFonts w:cs="Times New Roman"/>
          <w:szCs w:val="24"/>
        </w:rPr>
      </w:pPr>
      <w:r w:rsidRPr="00936675">
        <w:rPr>
          <w:rFonts w:cs="Times New Roman"/>
          <w:szCs w:val="24"/>
        </w:rPr>
        <w:t>For too long, peace has been portrayed as the domain of elites. But what I have come to understand through my work in Ayod’s villages, the cattle camps of Akobo, and the riverbanks of Duk is that real peace belongs to the people. It is they who suffer most when peace fails, and they who carry its weight when it begins to take root again. Politicians may hold office, but the people hold the future.</w:t>
      </w:r>
    </w:p>
    <w:p w:rsidR="00823498" w:rsidRPr="00936675" w:rsidRDefault="00823498" w:rsidP="00823498">
      <w:pPr>
        <w:spacing w:line="360" w:lineRule="auto"/>
        <w:jc w:val="both"/>
        <w:rPr>
          <w:rFonts w:cs="Times New Roman"/>
          <w:szCs w:val="24"/>
        </w:rPr>
      </w:pPr>
      <w:r w:rsidRPr="00936675">
        <w:rPr>
          <w:rFonts w:cs="Times New Roman"/>
          <w:szCs w:val="24"/>
        </w:rPr>
        <w:t>Power, however, often stands in the way. In our context, power has been centralized, militarized, and politicized—wielded as a weapon to dominate rather than a tool to serve. Armed youth are manipulated by political actors and drawn into conflicts they did not cause. Chiefs find themselves caught between traditional values and political pressures. Women are pushed to the margins, and spiritual leaders are sidelined—until crisis hits, and suddenly their wisdom is sought again.</w:t>
      </w:r>
    </w:p>
    <w:p w:rsidR="00823498" w:rsidRPr="00936675" w:rsidRDefault="00823498" w:rsidP="00823498">
      <w:pPr>
        <w:spacing w:line="360" w:lineRule="auto"/>
        <w:jc w:val="both"/>
        <w:rPr>
          <w:rFonts w:cs="Times New Roman"/>
          <w:szCs w:val="24"/>
        </w:rPr>
      </w:pPr>
      <w:r w:rsidRPr="00936675">
        <w:rPr>
          <w:rFonts w:cs="Times New Roman"/>
          <w:szCs w:val="24"/>
        </w:rPr>
        <w:t>In such a landscape, peace and power must be reconciled, and the people must move from being passive recipients to active architects of peace. True peace only flourishes when power is reimagined—not as dominance, but as justice; not as control, but as shared dignity.</w:t>
      </w:r>
    </w:p>
    <w:p w:rsidR="00823498" w:rsidRPr="00936675" w:rsidRDefault="00823498" w:rsidP="00823498">
      <w:pPr>
        <w:spacing w:line="360" w:lineRule="auto"/>
        <w:jc w:val="both"/>
        <w:rPr>
          <w:rFonts w:cs="Times New Roman"/>
          <w:szCs w:val="24"/>
        </w:rPr>
      </w:pPr>
      <w:r w:rsidRPr="00936675">
        <w:rPr>
          <w:rFonts w:cs="Times New Roman"/>
          <w:szCs w:val="24"/>
        </w:rPr>
        <w:t>Our peace engagements have taught us this truth: peace is strongest when it is rooted in the people—when local voices are respected, traditional rituals are honored, and community leaders are empowered. It thrives when women speak, youth lead, elders guide, and prophets bless. Peace is strongest when it flows from the grassroots upward, rather than being imposed from above.</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I have seen this in action. In Thuokrikna, it wasn’t guns or governors that brought calm—it was the authority of the prophet, the insight of the elders, and the willingness of the youth to listen and change. In Karaam, it wasn’t directives from Juba that made peace; it was local people sitting under trees, weeping, debating, forgiving, and creating a path forward with their own hands. That is what authentic peace looks like—imperfect, inclusive, spiritual, and local.</w:t>
      </w:r>
    </w:p>
    <w:p w:rsidR="00823498" w:rsidRPr="00936675" w:rsidRDefault="00823498" w:rsidP="00823498">
      <w:pPr>
        <w:spacing w:line="360" w:lineRule="auto"/>
        <w:jc w:val="both"/>
        <w:rPr>
          <w:rFonts w:cs="Times New Roman"/>
          <w:szCs w:val="24"/>
        </w:rPr>
      </w:pPr>
      <w:r w:rsidRPr="00936675">
        <w:rPr>
          <w:rFonts w:cs="Times New Roman"/>
          <w:szCs w:val="24"/>
        </w:rPr>
        <w:t>But peace takes more than symbolic meetings. It requires a new covenant between people and power—one in which communities are mobilized rather than manipulated; local governance is trusted and functional rather than decorative; youth are educated and engaged rather than armed; women are placed at the center rather than kept on the sidelines; and spiritual leaders are empowered not just with honorific titles, but with roles in real decision-making.</w:t>
      </w:r>
    </w:p>
    <w:p w:rsidR="00823498" w:rsidRPr="00936675" w:rsidRDefault="00823498" w:rsidP="00823498">
      <w:pPr>
        <w:spacing w:line="360" w:lineRule="auto"/>
        <w:jc w:val="both"/>
        <w:rPr>
          <w:rFonts w:cs="Times New Roman"/>
          <w:szCs w:val="24"/>
        </w:rPr>
      </w:pPr>
      <w:r w:rsidRPr="00936675">
        <w:rPr>
          <w:rFonts w:cs="Times New Roman"/>
          <w:szCs w:val="24"/>
        </w:rPr>
        <w:t>We must redefine power—not as control over people, but as responsibility to them. A chief who listens is powerful. A prophet who reconciles enemies is powerful. A woman who feeds a community and keeps it connected is powerful. A young person who lays down a gun to pick up a plow or a pen—that is the greatest power of all.</w:t>
      </w:r>
    </w:p>
    <w:p w:rsidR="00823498" w:rsidRPr="00936675" w:rsidRDefault="00823498" w:rsidP="00823498">
      <w:pPr>
        <w:spacing w:line="360" w:lineRule="auto"/>
        <w:jc w:val="both"/>
        <w:rPr>
          <w:rFonts w:cs="Times New Roman"/>
          <w:szCs w:val="24"/>
        </w:rPr>
      </w:pPr>
      <w:r w:rsidRPr="00936675">
        <w:rPr>
          <w:rFonts w:cs="Times New Roman"/>
          <w:szCs w:val="24"/>
        </w:rPr>
        <w:t>In the end, peace is not just the absence of war—it is the presence of justice, of voice, of healing, and of hope. And it is only possible when those who wield power are held accountable by those who give it meaning: the people.</w:t>
      </w:r>
    </w:p>
    <w:p w:rsidR="00823498" w:rsidRPr="00936675" w:rsidRDefault="00823498" w:rsidP="00823498">
      <w:pPr>
        <w:spacing w:line="360" w:lineRule="auto"/>
        <w:jc w:val="both"/>
        <w:rPr>
          <w:rFonts w:cs="Times New Roman"/>
          <w:szCs w:val="24"/>
        </w:rPr>
      </w:pPr>
      <w:r w:rsidRPr="00936675">
        <w:rPr>
          <w:rFonts w:cs="Times New Roman"/>
          <w:szCs w:val="24"/>
        </w:rPr>
        <w:t>If South Sudan is to heal, we must build not only with laws but with love—not only with leaders but with listeners. Peace, power, and the people must no longer be at odds.</w:t>
      </w:r>
    </w:p>
    <w:p w:rsidR="00823498" w:rsidRPr="00936675" w:rsidRDefault="00823498" w:rsidP="00823498">
      <w:pPr>
        <w:spacing w:line="360" w:lineRule="auto"/>
        <w:jc w:val="both"/>
        <w:rPr>
          <w:rFonts w:cs="Times New Roman"/>
          <w:szCs w:val="24"/>
        </w:rPr>
      </w:pPr>
      <w:r w:rsidRPr="00936675">
        <w:rPr>
          <w:rFonts w:cs="Times New Roman"/>
          <w:szCs w:val="24"/>
        </w:rPr>
        <w:t>They must move as one.</w:t>
      </w:r>
    </w:p>
    <w:p w:rsidR="00823498" w:rsidRPr="00936675" w:rsidRDefault="00823498" w:rsidP="00823498">
      <w:pPr>
        <w:spacing w:line="360" w:lineRule="auto"/>
        <w:jc w:val="both"/>
        <w:rPr>
          <w:rFonts w:cs="Times New Roman"/>
          <w:szCs w:val="24"/>
        </w:rPr>
      </w:pPr>
      <w:r w:rsidRPr="00936675">
        <w:rPr>
          <w:rFonts w:cs="Times New Roman"/>
          <w:szCs w:val="24"/>
        </w:rPr>
        <w:t>Let the people lead.</w:t>
      </w:r>
    </w:p>
    <w:p w:rsidR="00823498" w:rsidRPr="00936675" w:rsidRDefault="00823498" w:rsidP="00823498">
      <w:pPr>
        <w:spacing w:line="360" w:lineRule="auto"/>
        <w:jc w:val="both"/>
        <w:rPr>
          <w:rFonts w:cs="Times New Roman"/>
          <w:szCs w:val="24"/>
        </w:rPr>
      </w:pPr>
      <w:r w:rsidRPr="00936675">
        <w:rPr>
          <w:rFonts w:cs="Times New Roman"/>
          <w:szCs w:val="24"/>
        </w:rPr>
        <w:t>Let power serve.</w:t>
      </w:r>
    </w:p>
    <w:p w:rsidR="00823498" w:rsidRPr="00936675" w:rsidRDefault="00823498" w:rsidP="00823498">
      <w:pPr>
        <w:spacing w:line="360" w:lineRule="auto"/>
        <w:jc w:val="both"/>
        <w:rPr>
          <w:rFonts w:cs="Times New Roman"/>
          <w:szCs w:val="24"/>
        </w:rPr>
      </w:pPr>
      <w:r w:rsidRPr="00936675">
        <w:rPr>
          <w:rFonts w:cs="Times New Roman"/>
          <w:szCs w:val="24"/>
        </w:rPr>
        <w:t>Let peace last.</w:t>
      </w:r>
    </w:p>
    <w:p w:rsidR="00823498" w:rsidRPr="00936675" w:rsidRDefault="00EC0C33"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lastRenderedPageBreak/>
        <w:t>CHAPTER 19: WOMEN IN PUBLIC LIFE: CULTURAL TRANSFORMATION AND JUSTICE</w:t>
      </w:r>
    </w:p>
    <w:p w:rsidR="00823498" w:rsidRPr="00936675" w:rsidRDefault="00823498" w:rsidP="00823498">
      <w:pPr>
        <w:spacing w:line="360" w:lineRule="auto"/>
        <w:jc w:val="both"/>
        <w:rPr>
          <w:rFonts w:cs="Times New Roman"/>
          <w:szCs w:val="24"/>
        </w:rPr>
      </w:pPr>
      <w:r w:rsidRPr="00936675">
        <w:rPr>
          <w:rFonts w:cs="Times New Roman"/>
          <w:szCs w:val="24"/>
        </w:rPr>
        <w:t>The struggle for women's participation in public affairs in South Sudan is not simply about representation—it is a pursuit of justice, equality, and the recognition of women's humanity. In traditionally male-dominated societies, where patriarchal norms have long defined the structure of justice, leadership, and cultural authority, a profound transformation is now underway. This chapter highlights how the synergy of constitutional mandates, community mobilization, and peacebuilding efforts has begun to open space for women to lead in settings where they were once denied even a voice.</w:t>
      </w:r>
    </w:p>
    <w:p w:rsidR="00823498" w:rsidRPr="00936675" w:rsidRDefault="00823498" w:rsidP="00823498">
      <w:pPr>
        <w:spacing w:line="360" w:lineRule="auto"/>
        <w:jc w:val="both"/>
        <w:rPr>
          <w:rFonts w:cs="Times New Roman"/>
          <w:szCs w:val="24"/>
        </w:rPr>
      </w:pPr>
      <w:r w:rsidRPr="00936675">
        <w:rPr>
          <w:rFonts w:cs="Times New Roman"/>
          <w:szCs w:val="24"/>
        </w:rPr>
        <w:t>In places like Fangak County, years of deeply entrenched customs and male-dominated governance had long sidelined women from judicial, political, and communal leadership roles. Customary law systems administered by male chiefs dominated the justice landscape, often disregarding statutory protections and constitutional provisions that uphold women’s rights. Women were denied inheritance, legal standing, and decision-making authority, and were subjected to harmful traditional practices without recourse.</w:t>
      </w:r>
    </w:p>
    <w:p w:rsidR="00823498" w:rsidRPr="00936675" w:rsidRDefault="00823498" w:rsidP="00823498">
      <w:pPr>
        <w:spacing w:line="360" w:lineRule="auto"/>
        <w:jc w:val="both"/>
        <w:rPr>
          <w:rFonts w:cs="Times New Roman"/>
          <w:szCs w:val="24"/>
        </w:rPr>
      </w:pPr>
      <w:r w:rsidRPr="00936675">
        <w:rPr>
          <w:rFonts w:cs="Times New Roman"/>
          <w:szCs w:val="24"/>
        </w:rPr>
        <w:t>This culture began to shift through deliberate efforts by peace actors and state authorities who recognized that sustainable peace cannot exist without gender equality. Peace partners, initiated grassroots advocacy and capacity-building campaigns, which challenged cultural barriers and strengthened the voices of women in local governance. Training for traditional leaders, law enforcement, and administrative officers enabled them to understand the importance of women's legal rights and constitutional protections.</w:t>
      </w:r>
    </w:p>
    <w:p w:rsidR="00823498" w:rsidRPr="00936675" w:rsidRDefault="00823498" w:rsidP="00823498">
      <w:pPr>
        <w:spacing w:line="360" w:lineRule="auto"/>
        <w:jc w:val="both"/>
        <w:rPr>
          <w:rFonts w:cs="Times New Roman"/>
          <w:szCs w:val="24"/>
        </w:rPr>
      </w:pPr>
      <w:r w:rsidRPr="00936675">
        <w:rPr>
          <w:rFonts w:cs="Times New Roman"/>
          <w:szCs w:val="24"/>
        </w:rPr>
        <w:t>One of the most profound achievements was the appointment of twenty-four female sub-chiefs across various localities—a historic move that marked a paradigm shift in community justice. These women now sit side-by-side with their male counterparts in customary courts, helping deliver justice in a system that previously excluded them. This initiative demonstrated that peacebuilding is more effective when women are included not just as victims or beneficiaries, but as leaders and change agents.</w:t>
      </w:r>
    </w:p>
    <w:p w:rsidR="00823498" w:rsidRPr="00936675" w:rsidRDefault="00823498" w:rsidP="00823498">
      <w:pPr>
        <w:spacing w:line="360" w:lineRule="auto"/>
        <w:jc w:val="both"/>
        <w:rPr>
          <w:rFonts w:cs="Times New Roman"/>
          <w:szCs w:val="24"/>
        </w:rPr>
      </w:pPr>
      <w:r w:rsidRPr="00936675">
        <w:rPr>
          <w:rFonts w:cs="Times New Roman"/>
          <w:szCs w:val="24"/>
        </w:rPr>
        <w:t xml:space="preserve">The South Sudan Transitional Constitution (2011, as amended) enshrines women's equality in Article 16, guaranteeing their rights to participate in public life, to receive equal pay, to </w:t>
      </w:r>
      <w:r w:rsidRPr="00936675">
        <w:rPr>
          <w:rFonts w:cs="Times New Roman"/>
          <w:szCs w:val="24"/>
        </w:rPr>
        <w:lastRenderedPageBreak/>
        <w:t>own property, and to benefit from legal protections against harmful customs and traditions. It also mandates a 35% affirmative action quota for women in governance structures. While these provisions are commendable, implementation remains weak and must be strengthened at all levels.</w:t>
      </w:r>
    </w:p>
    <w:p w:rsidR="00823498" w:rsidRPr="00936675" w:rsidRDefault="00823498" w:rsidP="00823498">
      <w:pPr>
        <w:spacing w:line="360" w:lineRule="auto"/>
        <w:jc w:val="both"/>
        <w:rPr>
          <w:rFonts w:cs="Times New Roman"/>
          <w:szCs w:val="24"/>
        </w:rPr>
      </w:pPr>
      <w:r w:rsidRPr="00936675">
        <w:rPr>
          <w:rFonts w:cs="Times New Roman"/>
          <w:szCs w:val="24"/>
        </w:rPr>
        <w:t>Women’s roles in community peacebuilding are often underestimated. They serve as first responders in times of conflict, caretakers of displaced families, and informal mediators within households and neighborhoods. During intercommunal violence, women often protect captives, provide refuge, and appeal for restraint. Their refusal to condone violence has frequently defused tension. Furthermore, women are essential to post-conflict recovery—gathering food, rebuilding social cohesion, and leading community healing.</w:t>
      </w:r>
    </w:p>
    <w:p w:rsidR="00823498" w:rsidRPr="00936675" w:rsidRDefault="00823498" w:rsidP="00823498">
      <w:pPr>
        <w:spacing w:line="360" w:lineRule="auto"/>
        <w:jc w:val="both"/>
        <w:rPr>
          <w:rFonts w:cs="Times New Roman"/>
          <w:szCs w:val="24"/>
        </w:rPr>
      </w:pPr>
      <w:r w:rsidRPr="00936675">
        <w:rPr>
          <w:rFonts w:cs="Times New Roman"/>
          <w:szCs w:val="24"/>
        </w:rPr>
        <w:t>Educating girls, allowing women to own land, and ensuring their access to justice are not just development goals—they are peace strategies. When women are economically empowered and politically engaged, they invest in their communities. They raise sons and daughters with values of fairness and respect. They challenge toxic masculinity not with confrontation, but with compassion and resilience.</w:t>
      </w:r>
    </w:p>
    <w:p w:rsidR="00823498" w:rsidRPr="00936675" w:rsidRDefault="00823498" w:rsidP="00823498">
      <w:pPr>
        <w:spacing w:line="360" w:lineRule="auto"/>
        <w:jc w:val="both"/>
        <w:rPr>
          <w:rFonts w:cs="Times New Roman"/>
          <w:szCs w:val="24"/>
        </w:rPr>
      </w:pPr>
      <w:r w:rsidRPr="00936675">
        <w:rPr>
          <w:rFonts w:cs="Times New Roman"/>
          <w:szCs w:val="24"/>
        </w:rPr>
        <w:t>Despite progress, many challenges remain. Harmful practices such as widow inheritance, early and forced marriage, and exclusion from family property persist. Dowries have commodified marriage, sometimes forcing women to remain in abusive relationships due to financial constraints. These issues must be addressed through legal reform, community sensitization, and continuous dialogue between state actors, traditional leaders, and peace partners.</w:t>
      </w:r>
    </w:p>
    <w:p w:rsidR="00823498" w:rsidRPr="00936675" w:rsidRDefault="00823498" w:rsidP="00823498">
      <w:pPr>
        <w:spacing w:line="360" w:lineRule="auto"/>
        <w:jc w:val="both"/>
        <w:rPr>
          <w:rFonts w:cs="Times New Roman"/>
          <w:szCs w:val="24"/>
        </w:rPr>
      </w:pPr>
      <w:r w:rsidRPr="00936675">
        <w:rPr>
          <w:rFonts w:cs="Times New Roman"/>
          <w:szCs w:val="24"/>
        </w:rPr>
        <w:t>The transformative work in places like Fangak should not be an exception—it should be a model for replication across South Sudan. The state must uphold its constitutional obligations by mainstreaming gender in all sectors and holding accountable those who violate women’s rights. Peace partners must continue to support capacity building, legal literacy, and community dialogue.</w:t>
      </w:r>
    </w:p>
    <w:p w:rsidR="00823498" w:rsidRPr="00936675" w:rsidRDefault="00823498" w:rsidP="00823498">
      <w:pPr>
        <w:spacing w:line="360" w:lineRule="auto"/>
        <w:jc w:val="both"/>
        <w:rPr>
          <w:rFonts w:cs="Times New Roman"/>
          <w:szCs w:val="24"/>
        </w:rPr>
      </w:pPr>
      <w:r w:rsidRPr="00936675">
        <w:rPr>
          <w:rFonts w:cs="Times New Roman"/>
          <w:szCs w:val="24"/>
        </w:rPr>
        <w:t xml:space="preserve">Ultimately, the inclusion of women in public life is not a gift—it is a constitutional right and a moral imperative. South Sudan cannot achieve lasting peace while half of its </w:t>
      </w:r>
      <w:r w:rsidRPr="00936675">
        <w:rPr>
          <w:rFonts w:cs="Times New Roman"/>
          <w:szCs w:val="24"/>
        </w:rPr>
        <w:lastRenderedPageBreak/>
        <w:t>population remains marginalized. We must walk together—men and women, elders and youth—to build a society where justice, dignity, and peace belong to all.</w:t>
      </w:r>
    </w:p>
    <w:p w:rsidR="00823498" w:rsidRPr="00936675" w:rsidRDefault="00823498" w:rsidP="00823498">
      <w:pPr>
        <w:spacing w:line="360" w:lineRule="auto"/>
        <w:jc w:val="both"/>
        <w:rPr>
          <w:rFonts w:cs="Times New Roman"/>
          <w:szCs w:val="24"/>
        </w:rPr>
      </w:pPr>
      <w:r w:rsidRPr="00936675">
        <w:rPr>
          <w:rFonts w:cs="Times New Roman"/>
          <w:szCs w:val="24"/>
        </w:rPr>
        <w:t>The Abduction Tragedy and the Plight of the Abductees</w:t>
      </w:r>
    </w:p>
    <w:p w:rsidR="00823498" w:rsidRPr="00936675" w:rsidRDefault="00823498" w:rsidP="00823498">
      <w:pPr>
        <w:spacing w:line="360" w:lineRule="auto"/>
        <w:jc w:val="both"/>
        <w:rPr>
          <w:rFonts w:cs="Times New Roman"/>
          <w:szCs w:val="24"/>
        </w:rPr>
      </w:pPr>
      <w:r w:rsidRPr="00936675">
        <w:rPr>
          <w:rFonts w:cs="Times New Roman"/>
          <w:szCs w:val="24"/>
        </w:rPr>
        <w:t>In the flood-stricken plains and thorny bushlands of Jonglei State and the Greater Pibor Administrative Area (Murle ethnic group), a painful silence lingers—broken only by the cries of those who mourn, and the whispers of those who remember. The tragedy of abduction, a practice that has robbed so many women and children of their innocence and identity, continues to cast a long shadow over the hopes of families yearning for peace.</w:t>
      </w:r>
    </w:p>
    <w:p w:rsidR="00823498" w:rsidRPr="00936675" w:rsidRDefault="00823498" w:rsidP="00823498">
      <w:pPr>
        <w:spacing w:line="360" w:lineRule="auto"/>
        <w:jc w:val="both"/>
        <w:rPr>
          <w:rFonts w:cs="Times New Roman"/>
          <w:szCs w:val="24"/>
        </w:rPr>
      </w:pPr>
      <w:r w:rsidRPr="00936675">
        <w:rPr>
          <w:rFonts w:cs="Times New Roman"/>
          <w:szCs w:val="24"/>
        </w:rPr>
        <w:t xml:space="preserve">Long before bloodshed marked the boundaries of communities, the Lou Nuer ethnic group and Murle once lived in peaceful coexistence in places like </w:t>
      </w:r>
      <w:proofErr w:type="spellStart"/>
      <w:r w:rsidRPr="00936675">
        <w:rPr>
          <w:rFonts w:cs="Times New Roman"/>
          <w:szCs w:val="24"/>
        </w:rPr>
        <w:t>Bicbic</w:t>
      </w:r>
      <w:proofErr w:type="spellEnd"/>
      <w:r w:rsidRPr="00936675">
        <w:rPr>
          <w:rFonts w:cs="Times New Roman"/>
          <w:szCs w:val="24"/>
        </w:rPr>
        <w:t xml:space="preserve">, </w:t>
      </w:r>
      <w:proofErr w:type="spellStart"/>
      <w:r w:rsidRPr="00936675">
        <w:rPr>
          <w:rFonts w:cs="Times New Roman"/>
          <w:szCs w:val="24"/>
        </w:rPr>
        <w:t>Wuno</w:t>
      </w:r>
      <w:proofErr w:type="spellEnd"/>
      <w:r w:rsidRPr="00936675">
        <w:rPr>
          <w:rFonts w:cs="Times New Roman"/>
          <w:szCs w:val="24"/>
        </w:rPr>
        <w:t xml:space="preserve">, and </w:t>
      </w:r>
      <w:proofErr w:type="spellStart"/>
      <w:r w:rsidRPr="00936675">
        <w:rPr>
          <w:rFonts w:cs="Times New Roman"/>
          <w:szCs w:val="24"/>
        </w:rPr>
        <w:t>Nanaam</w:t>
      </w:r>
      <w:proofErr w:type="spellEnd"/>
      <w:r w:rsidRPr="00936675">
        <w:rPr>
          <w:rFonts w:cs="Times New Roman"/>
          <w:szCs w:val="24"/>
        </w:rPr>
        <w:t>. Elders recall the days when cattle grazed freely across shared pastures, when marriage bound clans together, and when a Murle woman could live safely in a Nuer ethnic group homestead, and vice versa. But that era of harmony now feels like a fading photograph—its beauty blurred by decades of violent cycles.</w:t>
      </w:r>
    </w:p>
    <w:p w:rsidR="00823498" w:rsidRPr="00936675" w:rsidRDefault="00823498" w:rsidP="00823498">
      <w:pPr>
        <w:spacing w:line="360" w:lineRule="auto"/>
        <w:jc w:val="both"/>
        <w:rPr>
          <w:rFonts w:cs="Times New Roman"/>
          <w:szCs w:val="24"/>
        </w:rPr>
      </w:pPr>
      <w:r w:rsidRPr="00936675">
        <w:rPr>
          <w:rFonts w:cs="Times New Roman"/>
          <w:szCs w:val="24"/>
        </w:rPr>
        <w:t>What began as traditional cattle raiding—a brutal but culturally regulated practice among pastoralists—has evolved into something far more sinister. Armed youth, once motivated by pride and honor, now act with vengeance, taking not just livestock, but lives and futures. In the process, women and children became collateral damage, then targets, then currency of war. Murle youth cross deep into Nuer ethnic group lands for weeks in search of children to raise as their own, or women to force into domesticity. Lou Nuer ethnic group youth retaliate with equal force, snatching those they consider fair retribution. In both cases, the violence erases the very foundations of community and humanity.</w:t>
      </w:r>
    </w:p>
    <w:p w:rsidR="00823498" w:rsidRPr="00936675" w:rsidRDefault="00823498" w:rsidP="00823498">
      <w:pPr>
        <w:spacing w:line="360" w:lineRule="auto"/>
        <w:jc w:val="both"/>
        <w:rPr>
          <w:rFonts w:cs="Times New Roman"/>
          <w:szCs w:val="24"/>
        </w:rPr>
      </w:pPr>
      <w:r w:rsidRPr="00936675">
        <w:rPr>
          <w:rFonts w:cs="Times New Roman"/>
          <w:szCs w:val="24"/>
        </w:rPr>
        <w:t>One face still haunts me.</w:t>
      </w:r>
    </w:p>
    <w:p w:rsidR="00823498" w:rsidRPr="00936675" w:rsidRDefault="00823498" w:rsidP="00823498">
      <w:pPr>
        <w:spacing w:line="360" w:lineRule="auto"/>
        <w:jc w:val="both"/>
        <w:rPr>
          <w:rFonts w:cs="Times New Roman"/>
          <w:szCs w:val="24"/>
        </w:rPr>
      </w:pPr>
      <w:r w:rsidRPr="00936675">
        <w:rPr>
          <w:rFonts w:cs="Times New Roman"/>
          <w:szCs w:val="24"/>
        </w:rPr>
        <w:t>She calls herself Bora, but some know her as Nyamal. A young woman in her late teens, Bora recently escaped captivity in Lekuangole and walked for days until she reached the relative safety of Akobo. Her freedom, however, came at a heartbreaking cost: she remembers nothing about her biological parents—not their names, not the village from which she was taken, not even the year of her abduction.</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Five families have come forward claiming her as their daughter. But none can prove it—no photographs, no shared memories, no DNA. And so, Bora remains in limbo, a girl suspended between stolen childhood and uncertain womanhood. Her story is not rare. It is the lived experience of hundreds—perhaps thousands—whose lives were interrupted and rewritten by force.</w:t>
      </w:r>
    </w:p>
    <w:p w:rsidR="00823498" w:rsidRPr="00936675" w:rsidRDefault="00823498" w:rsidP="00823498">
      <w:pPr>
        <w:spacing w:line="360" w:lineRule="auto"/>
        <w:jc w:val="both"/>
        <w:rPr>
          <w:rFonts w:cs="Times New Roman"/>
          <w:szCs w:val="24"/>
        </w:rPr>
      </w:pPr>
      <w:r w:rsidRPr="00936675">
        <w:rPr>
          <w:rFonts w:cs="Times New Roman"/>
          <w:szCs w:val="24"/>
        </w:rPr>
        <w:t>What pains me most is not just the loss of family, but what is silently endured in captivity. Many young girls like Bora face repeated sexual abuse, forced pregnancies, and servitude. Yet few government authorities or NGOs speak openly about this dark undercurrent. It is the unspoken trauma, buried deep beneath reports and statistics.</w:t>
      </w:r>
    </w:p>
    <w:p w:rsidR="00823498" w:rsidRPr="00936675" w:rsidRDefault="00823498" w:rsidP="00823498">
      <w:pPr>
        <w:spacing w:line="360" w:lineRule="auto"/>
        <w:jc w:val="both"/>
        <w:rPr>
          <w:rFonts w:cs="Times New Roman"/>
          <w:szCs w:val="24"/>
        </w:rPr>
      </w:pPr>
      <w:r w:rsidRPr="00936675">
        <w:rPr>
          <w:rFonts w:cs="Times New Roman"/>
          <w:szCs w:val="24"/>
        </w:rPr>
        <w:t>For those lucky enough to return, the homecoming is far from joyous. Some come back as mothers—of children conceived in violence. Others can no longer speak their mother tongue. Many walks with the limp of untreated wounds, or stare blankly into the distance, as if still trapped in the moment of their abduction.</w:t>
      </w:r>
    </w:p>
    <w:p w:rsidR="00823498" w:rsidRPr="00936675" w:rsidRDefault="00823498" w:rsidP="00823498">
      <w:pPr>
        <w:spacing w:line="360" w:lineRule="auto"/>
        <w:jc w:val="both"/>
        <w:rPr>
          <w:rFonts w:cs="Times New Roman"/>
          <w:szCs w:val="24"/>
        </w:rPr>
      </w:pPr>
      <w:r w:rsidRPr="00936675">
        <w:rPr>
          <w:rFonts w:cs="Times New Roman"/>
          <w:szCs w:val="24"/>
        </w:rPr>
        <w:t>Their reintegration into communities is often shallow. While they are welcomed in public gatherings, their pain is rarely addressed. Without tailored support—psychological counseling, education opportunities, and cultural reorientation—most struggle to reclaim a sense of self. They are strangers in their own homes, refugees of memory.</w:t>
      </w:r>
    </w:p>
    <w:p w:rsidR="00823498" w:rsidRPr="00936675" w:rsidRDefault="00823498" w:rsidP="00823498">
      <w:pPr>
        <w:spacing w:line="360" w:lineRule="auto"/>
        <w:jc w:val="both"/>
        <w:rPr>
          <w:rFonts w:cs="Times New Roman"/>
          <w:szCs w:val="24"/>
        </w:rPr>
      </w:pPr>
      <w:r w:rsidRPr="00936675">
        <w:rPr>
          <w:rFonts w:cs="Times New Roman"/>
          <w:szCs w:val="24"/>
        </w:rPr>
        <w:t>And when the abductees are too young to remember their origins, they are often absorbed into unfamiliar families, or left in care centers. With no national system for DNA verification or tracing of missing children, the truth of their identity remains lost.</w:t>
      </w:r>
    </w:p>
    <w:p w:rsidR="00823498" w:rsidRPr="00936675" w:rsidRDefault="00823498" w:rsidP="00823498">
      <w:pPr>
        <w:spacing w:line="360" w:lineRule="auto"/>
        <w:jc w:val="both"/>
        <w:rPr>
          <w:rFonts w:cs="Times New Roman"/>
          <w:szCs w:val="24"/>
        </w:rPr>
      </w:pPr>
      <w:r w:rsidRPr="00936675">
        <w:rPr>
          <w:rFonts w:cs="Times New Roman"/>
          <w:szCs w:val="24"/>
        </w:rPr>
        <w:t>South Sudan desperately needs a centralized database, a robust DNA-matching system, and a taskforce focused solely on family reunification. These are not luxuries of a developed world—they are urgent necessities for a broken one.</w:t>
      </w:r>
    </w:p>
    <w:p w:rsidR="00823498" w:rsidRPr="00936675" w:rsidRDefault="00823498" w:rsidP="00823498">
      <w:pPr>
        <w:spacing w:line="360" w:lineRule="auto"/>
        <w:jc w:val="both"/>
        <w:rPr>
          <w:rFonts w:cs="Times New Roman"/>
          <w:szCs w:val="24"/>
        </w:rPr>
      </w:pPr>
      <w:r w:rsidRPr="00936675">
        <w:rPr>
          <w:rFonts w:cs="Times New Roman"/>
          <w:szCs w:val="24"/>
        </w:rPr>
        <w:t>Survivors must be allowed to speak—not just to therapists, but to the nation. Their voices belong in policy meetings, community dialogues, and the hearts of decision-makers. Networks of returnees could serve as platforms for healing, awareness, and advocacy. With support, these survivors can become the most powerful agents of change—storytellers who remind us of the cost of indifference, and leaders who chart a new path forward.</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Throughout my peace work, I have seen the unparalleled influence of spiritual leaders. Prophets like Dak Kueth and Makuach Tut hold sway over the minds of youth, especially those already lured by guns and grievances. If these leaders denounce abduction not just as unlawful but as spiritually disgraceful, the message can pierce even the hardest of hearts.</w:t>
      </w:r>
    </w:p>
    <w:p w:rsidR="00823498" w:rsidRPr="00936675" w:rsidRDefault="00823498" w:rsidP="00823498">
      <w:pPr>
        <w:spacing w:line="360" w:lineRule="auto"/>
        <w:jc w:val="both"/>
        <w:rPr>
          <w:rFonts w:cs="Times New Roman"/>
          <w:szCs w:val="24"/>
        </w:rPr>
      </w:pPr>
      <w:r w:rsidRPr="00936675">
        <w:rPr>
          <w:rFonts w:cs="Times New Roman"/>
          <w:szCs w:val="24"/>
        </w:rPr>
        <w:t>Faith leaders must take center stage in abduction prevention efforts, not only through sermons, but through actions—welcoming returnees, naming and condemning perpetrators, and walking alongside survivors in their journey of healing. But let us be clear: this is not a task for religious figures alone.</w:t>
      </w:r>
    </w:p>
    <w:p w:rsidR="00823498" w:rsidRPr="00936675" w:rsidRDefault="00823498" w:rsidP="00823498">
      <w:pPr>
        <w:spacing w:line="360" w:lineRule="auto"/>
        <w:jc w:val="both"/>
        <w:rPr>
          <w:rFonts w:cs="Times New Roman"/>
          <w:szCs w:val="24"/>
        </w:rPr>
      </w:pPr>
      <w:r w:rsidRPr="00936675">
        <w:rPr>
          <w:rFonts w:cs="Times New Roman"/>
          <w:szCs w:val="24"/>
        </w:rPr>
        <w:t>The government must take abduction as seriously as it takes political rivalry. Peace talks between the Murle, Lou Nuer ethnic group, Gawaar, and Dinka ethnic group must place abduction at the heart of the agenda—not as a side issue, but as a moral emergency. Traditional leaders, elders, youth representatives, and women must build joint protection systems and response teams. Rehabilitation centers must be more than holding places—they must become homes of renewal.</w:t>
      </w:r>
    </w:p>
    <w:p w:rsidR="00823498" w:rsidRPr="00936675" w:rsidRDefault="00823498" w:rsidP="00823498">
      <w:pPr>
        <w:spacing w:line="360" w:lineRule="auto"/>
        <w:jc w:val="both"/>
        <w:rPr>
          <w:rFonts w:cs="Times New Roman"/>
          <w:szCs w:val="24"/>
        </w:rPr>
      </w:pPr>
      <w:r w:rsidRPr="00936675">
        <w:rPr>
          <w:rFonts w:cs="Times New Roman"/>
          <w:szCs w:val="24"/>
        </w:rPr>
        <w:t>Peace is not just the absence of war. It is the presence of justice. The return of abductees. The embrace of the forgotten. The healing of the wounded. Peace is when a girl like Bora no longer has to choose between a false family and no family. When her future is not written by the hands of strangers, but by her own. This is the peace I work for—not just treaties signed in silence, but stories reclaimed from the shadows.</w:t>
      </w:r>
    </w:p>
    <w:p w:rsidR="00823498" w:rsidRPr="00936675" w:rsidRDefault="00EC0C33"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20: THE GUN AND THE LOST GENERATION</w:t>
      </w:r>
    </w:p>
    <w:p w:rsidR="00823498" w:rsidRPr="00936675" w:rsidRDefault="00823498" w:rsidP="00823498">
      <w:pPr>
        <w:spacing w:line="360" w:lineRule="auto"/>
        <w:jc w:val="both"/>
        <w:rPr>
          <w:rFonts w:cs="Times New Roman"/>
          <w:szCs w:val="24"/>
        </w:rPr>
      </w:pPr>
      <w:r w:rsidRPr="00936675">
        <w:rPr>
          <w:rFonts w:cs="Times New Roman"/>
          <w:szCs w:val="24"/>
        </w:rPr>
        <w:t xml:space="preserve">The Gun and the Lost Generation: Firearms, Crime, and the Curse of Conflict in Jonglei and Murle ethnic group </w:t>
      </w:r>
      <w:proofErr w:type="gramStart"/>
      <w:r w:rsidRPr="00936675">
        <w:rPr>
          <w:rFonts w:cs="Times New Roman"/>
          <w:szCs w:val="24"/>
        </w:rPr>
        <w:t>In</w:t>
      </w:r>
      <w:proofErr w:type="gramEnd"/>
      <w:r w:rsidRPr="00936675">
        <w:rPr>
          <w:rFonts w:cs="Times New Roman"/>
          <w:szCs w:val="24"/>
        </w:rPr>
        <w:t xml:space="preserve"> the heart of South Sudan, across the turbulent lands of Jonglei and the Greater Pibor Administrative Area (Murle ethnic group), the deafening echo of gunfire has become more familiar than the lullabies of mothers. These are places where childhood is interrupted by violence, and where the crack of a rifle has replaced the melodies of traditional songs. What once was a domain of ancestral pride, cultural wisdom, and pastoral rhythm is now scarred by the smoke of gun barrels and the cries of the </w:t>
      </w:r>
      <w:proofErr w:type="spellStart"/>
      <w:proofErr w:type="gramStart"/>
      <w:r w:rsidRPr="00936675">
        <w:rPr>
          <w:rFonts w:cs="Times New Roman"/>
          <w:szCs w:val="24"/>
        </w:rPr>
        <w:t>fallen.In</w:t>
      </w:r>
      <w:proofErr w:type="spellEnd"/>
      <w:proofErr w:type="gramEnd"/>
      <w:r w:rsidRPr="00936675">
        <w:rPr>
          <w:rFonts w:cs="Times New Roman"/>
          <w:szCs w:val="24"/>
        </w:rPr>
        <w:t xml:space="preserve"> the heart of South Sudan, across the turbulent lands of Jonglei and the Greater Pibor Administrative Area (Murle ethnic group), the deafening echo of gunfire has become more </w:t>
      </w:r>
      <w:r w:rsidRPr="00936675">
        <w:rPr>
          <w:rFonts w:cs="Times New Roman"/>
          <w:szCs w:val="24"/>
        </w:rPr>
        <w:lastRenderedPageBreak/>
        <w:t>familiar than the lullabies of mothers. These are places where childhood is interrupted by violence, and where the crack of a rifle has replaced the melodies of traditional songs. What once was a domain of ancestral pride, cultural wisdom, and pastoral rhythm is now scarred by the smoke of gun barrels and the cries of the fallen.</w:t>
      </w:r>
    </w:p>
    <w:p w:rsidR="00823498" w:rsidRPr="00936675" w:rsidRDefault="00823498" w:rsidP="00823498">
      <w:pPr>
        <w:spacing w:line="360" w:lineRule="auto"/>
        <w:jc w:val="both"/>
        <w:rPr>
          <w:rFonts w:cs="Times New Roman"/>
          <w:szCs w:val="24"/>
        </w:rPr>
      </w:pPr>
      <w:r w:rsidRPr="00936675">
        <w:rPr>
          <w:rFonts w:cs="Times New Roman"/>
          <w:szCs w:val="24"/>
        </w:rPr>
        <w:t>The proliferation of firearms and the glorification of crime have reshaped the moral fabric of entire communities. Guns, once tools of resistance or survival, have evolved into badges of honor, tokens of manhood, and instruments of commercial enterprise. In many communities, it is no longer the elder who commands respect, but the youth with the loudest weapon and the boldest raid. The proliferation of firearms and the glorification of crime have reshaped the moral fabric of entire communities. Guns, once tools of resistance or survival, have evolved into badges of honor, tokens of manhood, and instruments of commercial enterprise. In many communities, it is no longer the elder who commands respect, but the youth with the loudest weapon and the boldest raid.</w:t>
      </w:r>
    </w:p>
    <w:p w:rsidR="00823498" w:rsidRPr="00936675" w:rsidRDefault="00823498" w:rsidP="00823498">
      <w:pPr>
        <w:spacing w:line="360" w:lineRule="auto"/>
        <w:jc w:val="both"/>
        <w:rPr>
          <w:rFonts w:cs="Times New Roman"/>
          <w:szCs w:val="24"/>
        </w:rPr>
      </w:pPr>
      <w:r w:rsidRPr="00936675">
        <w:rPr>
          <w:rFonts w:cs="Times New Roman"/>
          <w:szCs w:val="24"/>
        </w:rPr>
        <w:t>Today’s youth in Jonglei and Murle ethnic group are born into uncertainty. Many of them were delivered in the shadows of war or amid the brief calm after the 2005 Comprehensive Peace Agreement. These were children of promise, born during a hopeful dawn. But the promise quickly dimmed. Instead of toys, they were handed trauma. Instead of playgrounds, they were ushered into cattle camps patrolled by armed boys barely older than themselves. Their lullabies became war chants. Their dreams, corrupted by revenge. Today’s youth in Jonglei and Murle ethnic group are born into uncertainty. Many of them were delivered in the shadows of war or amid the brief calm after the 2005 Comprehensive Peace Agreement. These were children of promise, born during a hopeful dawn. But the promise quickly dimmed. Instead of toys, they were handed trauma. Instead of playgrounds, they were ushered into cattle camps patrolled by armed boys barely older than themselves. Their lullabies became war chants. Their dreams, corrupted by revenge.</w:t>
      </w:r>
    </w:p>
    <w:p w:rsidR="00823498" w:rsidRPr="00936675" w:rsidRDefault="00823498" w:rsidP="00823498">
      <w:pPr>
        <w:spacing w:line="360" w:lineRule="auto"/>
        <w:jc w:val="both"/>
        <w:rPr>
          <w:rFonts w:cs="Times New Roman"/>
          <w:szCs w:val="24"/>
        </w:rPr>
      </w:pPr>
      <w:r w:rsidRPr="00936675">
        <w:rPr>
          <w:rFonts w:cs="Times New Roman"/>
          <w:szCs w:val="24"/>
        </w:rPr>
        <w:t xml:space="preserve">In these pastoralist societies, a firearm is more than a weapon—it is an identity. It marks the transition from boy to man, from student to warrior. The economic demands of marriage, especially the soaring expectations around bride price, push many young men toward cattle raids. What was once a cultural celebration of unity between families has been turned into a business transaction stained with blood. The quest for dowry wealth </w:t>
      </w:r>
      <w:r w:rsidRPr="00936675">
        <w:rPr>
          <w:rFonts w:cs="Times New Roman"/>
          <w:szCs w:val="24"/>
        </w:rPr>
        <w:lastRenderedPageBreak/>
        <w:t>fuels conflict, as youth are pushed into criminality under the guise of tradition. In these pastoralist societies, a firearm is more than a weapon—it is an identity. It marks the transition from boy to man, from student to warrior. The economic demands of marriage, especially the soaring expectations around bride price, push many young men toward cattle raids. What was once a cultural celebration of unity between families has been turned into a business transaction stained with blood. The quest for dowry wealth fuels conflict, as youth are pushed into criminality under the guise of tradition.</w:t>
      </w:r>
    </w:p>
    <w:p w:rsidR="00823498" w:rsidRPr="00936675" w:rsidRDefault="00823498" w:rsidP="00823498">
      <w:pPr>
        <w:spacing w:line="360" w:lineRule="auto"/>
        <w:jc w:val="both"/>
        <w:rPr>
          <w:rFonts w:cs="Times New Roman"/>
          <w:szCs w:val="24"/>
        </w:rPr>
      </w:pPr>
      <w:r w:rsidRPr="00936675">
        <w:rPr>
          <w:rFonts w:cs="Times New Roman"/>
          <w:szCs w:val="24"/>
        </w:rPr>
        <w:t>Worse still, these acts are not condemned—they are celebrated. Songs are composed for successful raiders. Stories are told with pride, and reputations are forged in violence. The raider is seen not as a criminal, but as a hero. In this inverted moral universe, peacebuilders are seen as weak, and reconciliation is mistaken for betrayal. Elders, once guardians of wisdom, are either silenced or ignored. Worse still, these acts are not condemned—they are celebrated. Songs are composed for successful raiders. Stories are told with pride, and reputations are forged in violence. The raider is seen not as a criminal, but as a hero. In this inverted moral universe, peacebuilders are seen as weak, and reconciliation is mistaken for betrayal. Elders, once guardians of wisdom, are either silenced or ignored.</w:t>
      </w:r>
    </w:p>
    <w:p w:rsidR="00823498" w:rsidRPr="00936675" w:rsidRDefault="00823498" w:rsidP="00823498">
      <w:pPr>
        <w:spacing w:line="360" w:lineRule="auto"/>
        <w:jc w:val="both"/>
        <w:rPr>
          <w:rFonts w:cs="Times New Roman"/>
          <w:szCs w:val="24"/>
        </w:rPr>
      </w:pPr>
      <w:r w:rsidRPr="00936675">
        <w:rPr>
          <w:rFonts w:cs="Times New Roman"/>
          <w:szCs w:val="24"/>
        </w:rPr>
        <w:t>The situation has grown even more perilous with the commercialization of violence. Cattle are no longer symbols of wealth—they are currency in a criminal economy. Children are abducted and trafficked, traded like livestock. Guns pour in across borders with ease. Foreign hands supply the tools, but local hands pull the trigger. The violence becomes systemic, profitable, and hard to uproot. The situation has grown even more perilous with the commercialization of violence. Cattle are no longer symbols of wealth—they are currency in a criminal economy. Children are abducted and trafficked, traded like livestock. Guns pour in across borders with ease. Foreign hands supply the tools, but local hands pull the trigger. The violence becomes systemic, profitable, and hard to uproot.</w:t>
      </w:r>
    </w:p>
    <w:p w:rsidR="00823498" w:rsidRPr="00936675" w:rsidRDefault="00823498" w:rsidP="00823498">
      <w:pPr>
        <w:spacing w:line="360" w:lineRule="auto"/>
        <w:jc w:val="both"/>
        <w:rPr>
          <w:rFonts w:cs="Times New Roman"/>
          <w:szCs w:val="24"/>
        </w:rPr>
      </w:pPr>
      <w:r w:rsidRPr="00936675">
        <w:rPr>
          <w:rFonts w:cs="Times New Roman"/>
          <w:szCs w:val="24"/>
        </w:rPr>
        <w:t>This is not just a social tragedy—it is a spiritual collapse. The silence of prophets, the paralysis of chiefs, and the inaction of government institutions allow this cycle to continue. In some cases, spiritual leaders have chosen to bless raiders rather than rebuke them. Others remain quiet, cowed by fear or compromised by politics. Justice is rare. Accountability is almost mythical. The gun becomes both judge and jury. This is not just a social tragedy—</w:t>
      </w:r>
      <w:r w:rsidRPr="00936675">
        <w:rPr>
          <w:rFonts w:cs="Times New Roman"/>
          <w:szCs w:val="24"/>
        </w:rPr>
        <w:lastRenderedPageBreak/>
        <w:t>it is a spiritual collapse. The silence of prophets, the paralysis of chiefs, and the inaction of government institutions allow this cycle to continue. In some cases, spiritual leaders have chosen to bless raiders rather than rebuke them. Others remain quiet, cowed by fear or compromised by politics. Justice is rare. Accountability is almost mythical. The gun becomes both judge and jury.</w:t>
      </w:r>
    </w:p>
    <w:p w:rsidR="00823498" w:rsidRPr="00936675" w:rsidRDefault="00823498" w:rsidP="00823498">
      <w:pPr>
        <w:spacing w:line="360" w:lineRule="auto"/>
        <w:jc w:val="both"/>
        <w:rPr>
          <w:rFonts w:cs="Times New Roman"/>
          <w:szCs w:val="24"/>
        </w:rPr>
      </w:pPr>
      <w:r w:rsidRPr="00936675">
        <w:rPr>
          <w:rFonts w:cs="Times New Roman"/>
          <w:szCs w:val="24"/>
        </w:rPr>
        <w:t>Each bullet that rips through Jonglei or Murle ethnic group does more than claim a life—it erodes a future. It robs a mother of her son, a sister of her brother, a village of its teacher. And it instills in the hearts of children the false belief that power is only achieved through violence. The culture of vengeance leaves no room for healing. The idea of community is replaced by the myth of individual dominance. Each bullet that rips through Jonglei or Murle ethnic group does more than claim a life—it erodes a future. It robs a mother of her son, a sister of her brother, a village of its teacher. And it instills in the hearts of children the false belief that power is only achieved through violence. The culture of vengeance leaves no room for healing. The idea of community is replaced by the myth of individual dominance.</w:t>
      </w:r>
    </w:p>
    <w:p w:rsidR="00823498" w:rsidRPr="00936675" w:rsidRDefault="00823498" w:rsidP="00823498">
      <w:pPr>
        <w:spacing w:line="360" w:lineRule="auto"/>
        <w:jc w:val="both"/>
        <w:rPr>
          <w:rFonts w:cs="Times New Roman"/>
          <w:szCs w:val="24"/>
        </w:rPr>
      </w:pPr>
      <w:r w:rsidRPr="00936675">
        <w:rPr>
          <w:rFonts w:cs="Times New Roman"/>
          <w:szCs w:val="24"/>
        </w:rPr>
        <w:t>But all is not lost. The same hands that hold guns can sow seeds. The same youth who now raid can learn, build, and lead. Peace must be rebranded as courageous, as noble, and as worthy of praise. Communities must celebrate those who build rather than those who destroy. Elders and spiritual leaders must reclaim their voice, guiding youth toward life, not death. But all is not lost. The same hands that hold guns can sow seeds. The same youth who now raid can learn, build, and lead. Peace must be rebranded as courageous, as noble, and as worthy of praise. Communities must celebrate those who build rather than those who destroy. Elders and spiritual leaders must reclaim their voice, guiding youth toward life, not death.</w:t>
      </w:r>
    </w:p>
    <w:p w:rsidR="00823498" w:rsidRPr="00936675" w:rsidRDefault="00823498" w:rsidP="00823498">
      <w:pPr>
        <w:spacing w:line="360" w:lineRule="auto"/>
        <w:jc w:val="both"/>
        <w:rPr>
          <w:rFonts w:cs="Times New Roman"/>
          <w:szCs w:val="24"/>
        </w:rPr>
      </w:pPr>
      <w:r w:rsidRPr="00936675">
        <w:rPr>
          <w:rFonts w:cs="Times New Roman"/>
          <w:szCs w:val="24"/>
        </w:rPr>
        <w:t xml:space="preserve">Disarmament must be coupled with opportunity—education, agriculture, trade, and inclusion. The youth must be given reasons to live for something greater than revenge. Prophets must return to their sacred duty: to speak truth, heal wounds, and restore dignity. Chiefs must be empowered to restore traditional justice systems with integrity. And the government must finally act, not in speeches, but in policies that save lives. Disarmament must be coupled with opportunity—education, agriculture, trade, and inclusion. The youth </w:t>
      </w:r>
      <w:r w:rsidRPr="00936675">
        <w:rPr>
          <w:rFonts w:cs="Times New Roman"/>
          <w:szCs w:val="24"/>
        </w:rPr>
        <w:lastRenderedPageBreak/>
        <w:t>must be given reasons to live for something greater than revenge. Prophets must return to their sacred duty: to speak truth, heal wounds, and restore dignity. Chiefs must be empowered to restore traditional justice systems with integrity. And the government must finally act, not in speeches, but in policies that save lives.</w:t>
      </w:r>
    </w:p>
    <w:p w:rsidR="00823498" w:rsidRPr="00936675" w:rsidRDefault="00823498" w:rsidP="00823498">
      <w:pPr>
        <w:spacing w:line="360" w:lineRule="auto"/>
        <w:jc w:val="both"/>
        <w:rPr>
          <w:rFonts w:cs="Times New Roman"/>
          <w:szCs w:val="24"/>
        </w:rPr>
      </w:pPr>
      <w:r w:rsidRPr="00936675">
        <w:rPr>
          <w:rFonts w:cs="Times New Roman"/>
          <w:szCs w:val="24"/>
        </w:rPr>
        <w:t>Let us not raise another generation on gunpowder and vengeance. Let us offer them books instead of bullets, hope instead of hatred, and a future worth surviving for. Let us not raise another generation on gunpowder and vengeance. Let us offer them books instead of bullets, hope instead of hatred, and a future worth surviving for.</w:t>
      </w:r>
    </w:p>
    <w:p w:rsidR="00823498" w:rsidRPr="00936675" w:rsidRDefault="00786C80"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21: INTER-GENERATIONAL COMPETITION, AGE SETS, AND THE NEED FOR RESTORATION</w:t>
      </w:r>
    </w:p>
    <w:p w:rsidR="00823498" w:rsidRPr="00936675" w:rsidRDefault="00823498" w:rsidP="00823498">
      <w:pPr>
        <w:spacing w:line="360" w:lineRule="auto"/>
        <w:jc w:val="both"/>
        <w:rPr>
          <w:rFonts w:cs="Times New Roman"/>
          <w:szCs w:val="24"/>
        </w:rPr>
      </w:pPr>
      <w:r w:rsidRPr="00936675">
        <w:rPr>
          <w:rFonts w:cs="Times New Roman"/>
          <w:szCs w:val="24"/>
        </w:rPr>
        <w:t>In the intricate social fabric of South Sudan—especially among the Nuer ethnic group, Murle, and Dinka ethnic group communities—age sets and generational roles have long formed the bedrock of societal order. These institutions, once sources of identity, discipline, and intergenerational harmony, are now witnessing a dangerous mutation. The traditional balance that guided relationships between elders and youth has been disrupted, giving way to tension, competition, and even conflict.</w:t>
      </w:r>
    </w:p>
    <w:p w:rsidR="00823498" w:rsidRPr="00936675" w:rsidRDefault="00823498" w:rsidP="00823498">
      <w:pPr>
        <w:spacing w:line="360" w:lineRule="auto"/>
        <w:jc w:val="both"/>
        <w:rPr>
          <w:rFonts w:cs="Times New Roman"/>
          <w:szCs w:val="24"/>
        </w:rPr>
      </w:pPr>
      <w:r w:rsidRPr="00936675">
        <w:rPr>
          <w:rFonts w:cs="Times New Roman"/>
          <w:szCs w:val="24"/>
        </w:rPr>
        <w:t>This chapter delves into the roots of inter-generational competition, the historical significance of age sets, and why their restoration is crucial to rebuilding the moral and cultural integrity of conflict-affected communities.</w:t>
      </w:r>
    </w:p>
    <w:p w:rsidR="00823498" w:rsidRPr="00936675" w:rsidRDefault="00823498" w:rsidP="00823498">
      <w:pPr>
        <w:spacing w:line="360" w:lineRule="auto"/>
        <w:jc w:val="both"/>
        <w:rPr>
          <w:rFonts w:cs="Times New Roman"/>
          <w:szCs w:val="24"/>
        </w:rPr>
      </w:pPr>
      <w:r w:rsidRPr="00936675">
        <w:rPr>
          <w:rFonts w:cs="Times New Roman"/>
          <w:szCs w:val="24"/>
        </w:rPr>
        <w:t>The Traditional Age Set System</w:t>
      </w:r>
    </w:p>
    <w:p w:rsidR="00823498" w:rsidRPr="00936675" w:rsidRDefault="00823498" w:rsidP="00823498">
      <w:pPr>
        <w:spacing w:line="360" w:lineRule="auto"/>
        <w:jc w:val="both"/>
        <w:rPr>
          <w:rFonts w:cs="Times New Roman"/>
          <w:szCs w:val="24"/>
        </w:rPr>
      </w:pPr>
      <w:r w:rsidRPr="00936675">
        <w:rPr>
          <w:rFonts w:cs="Times New Roman"/>
          <w:szCs w:val="24"/>
        </w:rPr>
        <w:t>Historically, age sets functioned as both governance mechanisms and spiritual contracts between generations. Youth were initiated not merely into adulthood, but into responsibility. An age set was a generational identity that moved through stages together: cattle herding, marriage, warrior service, and eventually elderhood. Each cohort was trained, tested, and spiritually guided by the age group before them. There was discipline, pride, and a clear social role for everyone. Elders were custodians of memory and mediators of justice. Youth were defenders of community interests and inheritors of ancestral duty. Together, they formed a continuum of wisdom, labor, and leadership.</w:t>
      </w:r>
    </w:p>
    <w:p w:rsidR="00823498" w:rsidRPr="00936675" w:rsidRDefault="00823498" w:rsidP="00786C80">
      <w:pPr>
        <w:pStyle w:val="Heading2"/>
      </w:pPr>
      <w:r w:rsidRPr="00936675">
        <w:lastRenderedPageBreak/>
        <w:t>The Breakdown of Generational Order</w:t>
      </w:r>
    </w:p>
    <w:p w:rsidR="00823498" w:rsidRPr="00936675" w:rsidRDefault="00823498" w:rsidP="00823498">
      <w:pPr>
        <w:spacing w:line="360" w:lineRule="auto"/>
        <w:jc w:val="both"/>
        <w:rPr>
          <w:rFonts w:cs="Times New Roman"/>
          <w:szCs w:val="24"/>
        </w:rPr>
      </w:pPr>
      <w:r w:rsidRPr="00936675">
        <w:rPr>
          <w:rFonts w:cs="Times New Roman"/>
          <w:szCs w:val="24"/>
        </w:rPr>
        <w:t>But over time, war, displacement, militarization, and weak cultural structures began to erode the age set system. Civil war blurred the lines between youth and elder authority. The gun supplanted the elder's staff. Youth who once waited patiently to inherit wisdom were suddenly thrust into positions of unchecked power. In many places, the authority of elders was either challenged or ignored altogether.</w:t>
      </w:r>
    </w:p>
    <w:p w:rsidR="00823498" w:rsidRPr="00936675" w:rsidRDefault="00823498" w:rsidP="00823498">
      <w:pPr>
        <w:spacing w:line="360" w:lineRule="auto"/>
        <w:jc w:val="both"/>
        <w:rPr>
          <w:rFonts w:cs="Times New Roman"/>
          <w:szCs w:val="24"/>
        </w:rPr>
      </w:pPr>
      <w:r w:rsidRPr="00936675">
        <w:rPr>
          <w:rFonts w:cs="Times New Roman"/>
          <w:szCs w:val="24"/>
        </w:rPr>
        <w:t>Modern youth, emboldened by weapons, see themselves as commanders of their own destiny. Many have formed “liberation generations” that view elders and generations before them as weak, corrupt, or obsolete. Meanwhile, elders—disempowered and increasingly sidelined—struggle to assert influence over youth who control armed groups, cattle camps, and local territories. This generational inversion is not only a cultural loss. It is a threat to peace. It dislodges the social equilibrium and breeds resentment.</w:t>
      </w:r>
    </w:p>
    <w:p w:rsidR="00823498" w:rsidRPr="00936675" w:rsidRDefault="00823498" w:rsidP="00823498">
      <w:pPr>
        <w:spacing w:line="360" w:lineRule="auto"/>
        <w:jc w:val="both"/>
        <w:rPr>
          <w:rFonts w:cs="Times New Roman"/>
          <w:szCs w:val="24"/>
        </w:rPr>
      </w:pPr>
      <w:r w:rsidRPr="00936675">
        <w:rPr>
          <w:rFonts w:cs="Times New Roman"/>
          <w:szCs w:val="24"/>
        </w:rPr>
        <w:t>The youth feel mistrust for elders who did not protect them during war or offer economic opportunities afterward. Elders feel abandoned by the youth who now dismiss rituals, customs, and communal boundaries.</w:t>
      </w:r>
    </w:p>
    <w:p w:rsidR="00823498" w:rsidRPr="00936675" w:rsidRDefault="00823498" w:rsidP="00786C80">
      <w:pPr>
        <w:pStyle w:val="Heading2"/>
      </w:pPr>
      <w:r w:rsidRPr="00936675">
        <w:t>Age Sets as Instruments of Moral Education</w:t>
      </w:r>
    </w:p>
    <w:p w:rsidR="00823498" w:rsidRPr="00936675" w:rsidRDefault="00823498" w:rsidP="00823498">
      <w:pPr>
        <w:spacing w:line="360" w:lineRule="auto"/>
        <w:jc w:val="both"/>
        <w:rPr>
          <w:rFonts w:cs="Times New Roman"/>
          <w:szCs w:val="24"/>
        </w:rPr>
      </w:pPr>
      <w:r w:rsidRPr="00936675">
        <w:rPr>
          <w:rFonts w:cs="Times New Roman"/>
          <w:szCs w:val="24"/>
        </w:rPr>
        <w:t>Traditionally, the transition from one age group to another was marked by ritual and mentorship. Younger men were taught discipline, endurance, communal responsibility, and spiritual obedience among the Nuer ethnic group and the Dinka ethnic group. The elders guided them not only in cattle keeping or warfare, but in ethics and harmony. Among the Murle people, age-set are considered as the de facto ruling groups who must ascent to power by overthrowing their predecessors or the age-set before them. This phenomenon is always characterized by bloodshed and violence confrontation between the reigning generation and the opposition generation deemed to succeed them.</w:t>
      </w:r>
    </w:p>
    <w:p w:rsidR="00823498" w:rsidRPr="00936675" w:rsidRDefault="00823498" w:rsidP="00823498">
      <w:pPr>
        <w:spacing w:line="360" w:lineRule="auto"/>
        <w:jc w:val="both"/>
        <w:rPr>
          <w:rFonts w:cs="Times New Roman"/>
          <w:szCs w:val="24"/>
        </w:rPr>
      </w:pPr>
      <w:r w:rsidRPr="00936675">
        <w:rPr>
          <w:rFonts w:cs="Times New Roman"/>
          <w:szCs w:val="24"/>
        </w:rPr>
        <w:t xml:space="preserve">The absence of these age rites in the present context has left many youths rudderless. Armed but uninitiated, they operate with power but without purpose. Their courage is not guided by wisdom; their strength not anchored in values. The age set, as an institution, is not simply a category. It is a classroom. And today, many classrooms are empty among the Dinka ethnic group and the Nuer ethnic group. However, among the Murle, though age-set </w:t>
      </w:r>
      <w:r w:rsidRPr="00936675">
        <w:rPr>
          <w:rFonts w:cs="Times New Roman"/>
          <w:szCs w:val="24"/>
        </w:rPr>
        <w:lastRenderedPageBreak/>
        <w:t>are celebrated as symbol of their cultural heritage, its carries curse than blessing as opposing generations (different age-sets) embroil into violent confrontation over the control of the tribal affairs.</w:t>
      </w:r>
    </w:p>
    <w:p w:rsidR="00823498" w:rsidRPr="00936675" w:rsidRDefault="00823498" w:rsidP="00786C80">
      <w:pPr>
        <w:pStyle w:val="Heading2"/>
      </w:pPr>
      <w:r w:rsidRPr="00936675">
        <w:t>Inter-Generational Competition and the Risk of Fracture</w:t>
      </w:r>
    </w:p>
    <w:p w:rsidR="00823498" w:rsidRPr="00936675" w:rsidRDefault="00823498" w:rsidP="00823498">
      <w:pPr>
        <w:spacing w:line="360" w:lineRule="auto"/>
        <w:jc w:val="both"/>
        <w:rPr>
          <w:rFonts w:cs="Times New Roman"/>
          <w:szCs w:val="24"/>
        </w:rPr>
      </w:pPr>
      <w:r w:rsidRPr="00936675">
        <w:rPr>
          <w:rFonts w:cs="Times New Roman"/>
          <w:szCs w:val="24"/>
        </w:rPr>
        <w:t>Without proper generational order, society turns in on itself. Youth who should be protectors become rebels. Elders who should be guides become bystanders. The social contract between generations has frayed. Each group sees the other not as a partner, but as a rival.</w:t>
      </w:r>
    </w:p>
    <w:p w:rsidR="00823498" w:rsidRPr="00936675" w:rsidRDefault="00823498" w:rsidP="00823498">
      <w:pPr>
        <w:spacing w:line="360" w:lineRule="auto"/>
        <w:jc w:val="both"/>
        <w:rPr>
          <w:rFonts w:cs="Times New Roman"/>
          <w:szCs w:val="24"/>
        </w:rPr>
      </w:pPr>
      <w:r w:rsidRPr="00936675">
        <w:rPr>
          <w:rFonts w:cs="Times New Roman"/>
          <w:szCs w:val="24"/>
        </w:rPr>
        <w:t>This is most visible in times of peacebuilding. Elders propose reconciliation; youth demand revenge. Elders call for dialogue; youth threaten withdrawal. This tension has crippled efforts at community cohesion.</w:t>
      </w:r>
    </w:p>
    <w:p w:rsidR="00823498" w:rsidRPr="00936675" w:rsidRDefault="00823498" w:rsidP="00823498">
      <w:pPr>
        <w:spacing w:line="360" w:lineRule="auto"/>
        <w:jc w:val="both"/>
        <w:rPr>
          <w:rFonts w:cs="Times New Roman"/>
          <w:szCs w:val="24"/>
        </w:rPr>
      </w:pPr>
      <w:r w:rsidRPr="00936675">
        <w:rPr>
          <w:rFonts w:cs="Times New Roman"/>
          <w:szCs w:val="24"/>
        </w:rPr>
        <w:t>But beneath this competition lies a yearning—for respect, for relevance, for restoration. Elders want to matter again. Youth want to be seen not only as warriors but as thinkers, as leaders, as builders of a different South Sudan.</w:t>
      </w:r>
    </w:p>
    <w:p w:rsidR="00823498" w:rsidRPr="00936675" w:rsidRDefault="00823498" w:rsidP="00786C80">
      <w:pPr>
        <w:pStyle w:val="Heading2"/>
      </w:pPr>
      <w:r w:rsidRPr="00936675">
        <w:t>The Need for Restoration</w:t>
      </w:r>
    </w:p>
    <w:p w:rsidR="00823498" w:rsidRPr="00936675" w:rsidRDefault="00823498" w:rsidP="00823498">
      <w:pPr>
        <w:spacing w:line="360" w:lineRule="auto"/>
        <w:jc w:val="both"/>
        <w:rPr>
          <w:rFonts w:cs="Times New Roman"/>
          <w:szCs w:val="24"/>
        </w:rPr>
      </w:pPr>
      <w:r w:rsidRPr="00936675">
        <w:rPr>
          <w:rFonts w:cs="Times New Roman"/>
          <w:szCs w:val="24"/>
        </w:rPr>
        <w:t>To restore intergenerational harmony, we must first recognize the damage that decades of conflict have inflicted on age-based structures. We must also resist the temptation to romanticize the past. Restoration does not mean going back; it means moving forward with intention.</w:t>
      </w:r>
    </w:p>
    <w:p w:rsidR="00823498" w:rsidRPr="00786C80" w:rsidRDefault="00823498" w:rsidP="00823498">
      <w:pPr>
        <w:spacing w:line="360" w:lineRule="auto"/>
        <w:jc w:val="both"/>
        <w:rPr>
          <w:rFonts w:cs="Times New Roman"/>
          <w:b/>
          <w:bCs/>
          <w:szCs w:val="24"/>
        </w:rPr>
      </w:pPr>
      <w:r w:rsidRPr="00786C80">
        <w:rPr>
          <w:rFonts w:cs="Times New Roman"/>
          <w:b/>
          <w:bCs/>
          <w:szCs w:val="24"/>
        </w:rPr>
        <w:t>This process includes:</w:t>
      </w:r>
    </w:p>
    <w:p w:rsidR="00823498" w:rsidRPr="00936675" w:rsidRDefault="00823498" w:rsidP="00823498">
      <w:pPr>
        <w:spacing w:line="360" w:lineRule="auto"/>
        <w:jc w:val="both"/>
        <w:rPr>
          <w:rFonts w:cs="Times New Roman"/>
          <w:szCs w:val="24"/>
        </w:rPr>
      </w:pPr>
      <w:r w:rsidRPr="00936675">
        <w:rPr>
          <w:rFonts w:cs="Times New Roman"/>
          <w:szCs w:val="24"/>
        </w:rPr>
        <w:t>- Reviving age set rites with community and spiritual leadership;</w:t>
      </w:r>
    </w:p>
    <w:p w:rsidR="00823498" w:rsidRPr="00936675" w:rsidRDefault="00823498" w:rsidP="00823498">
      <w:pPr>
        <w:spacing w:line="360" w:lineRule="auto"/>
        <w:jc w:val="both"/>
        <w:rPr>
          <w:rFonts w:cs="Times New Roman"/>
          <w:szCs w:val="24"/>
        </w:rPr>
      </w:pPr>
      <w:r w:rsidRPr="00936675">
        <w:rPr>
          <w:rFonts w:cs="Times New Roman"/>
          <w:szCs w:val="24"/>
        </w:rPr>
        <w:t>- Creating spaces for intergenerational dialogue that bridge trauma and memory;</w:t>
      </w:r>
    </w:p>
    <w:p w:rsidR="00823498" w:rsidRPr="00936675" w:rsidRDefault="00823498" w:rsidP="00823498">
      <w:pPr>
        <w:spacing w:line="360" w:lineRule="auto"/>
        <w:jc w:val="both"/>
        <w:rPr>
          <w:rFonts w:cs="Times New Roman"/>
          <w:szCs w:val="24"/>
        </w:rPr>
      </w:pPr>
      <w:r w:rsidRPr="00936675">
        <w:rPr>
          <w:rFonts w:cs="Times New Roman"/>
          <w:szCs w:val="24"/>
        </w:rPr>
        <w:t>- Elevating youth voices while anchoring them in elder mentorship;</w:t>
      </w:r>
    </w:p>
    <w:p w:rsidR="00823498" w:rsidRPr="00936675" w:rsidRDefault="00823498" w:rsidP="00823498">
      <w:pPr>
        <w:spacing w:line="360" w:lineRule="auto"/>
        <w:jc w:val="both"/>
        <w:rPr>
          <w:rFonts w:cs="Times New Roman"/>
          <w:szCs w:val="24"/>
        </w:rPr>
      </w:pPr>
      <w:r w:rsidRPr="00936675">
        <w:rPr>
          <w:rFonts w:cs="Times New Roman"/>
          <w:szCs w:val="24"/>
        </w:rPr>
        <w:t>- Supporting cultural centers that teach history, customs, and identity;</w:t>
      </w:r>
    </w:p>
    <w:p w:rsidR="00823498" w:rsidRPr="00936675" w:rsidRDefault="00823498" w:rsidP="00823498">
      <w:pPr>
        <w:spacing w:line="360" w:lineRule="auto"/>
        <w:jc w:val="both"/>
        <w:rPr>
          <w:rFonts w:cs="Times New Roman"/>
          <w:szCs w:val="24"/>
        </w:rPr>
      </w:pPr>
      <w:r w:rsidRPr="00936675">
        <w:rPr>
          <w:rFonts w:cs="Times New Roman"/>
          <w:szCs w:val="24"/>
        </w:rPr>
        <w:t>- Empowering chiefs and prophets to re-sanctify the generational pacts that once held communities together.</w:t>
      </w:r>
    </w:p>
    <w:p w:rsidR="00823498" w:rsidRPr="00936675" w:rsidRDefault="00823498" w:rsidP="00786C80">
      <w:pPr>
        <w:pStyle w:val="Heading2"/>
      </w:pPr>
      <w:r w:rsidRPr="00936675">
        <w:lastRenderedPageBreak/>
        <w:t>Harmony Through Order</w:t>
      </w:r>
    </w:p>
    <w:p w:rsidR="00823498" w:rsidRPr="00936675" w:rsidRDefault="00823498" w:rsidP="00823498">
      <w:pPr>
        <w:spacing w:line="360" w:lineRule="auto"/>
        <w:jc w:val="both"/>
        <w:rPr>
          <w:rFonts w:cs="Times New Roman"/>
          <w:szCs w:val="24"/>
        </w:rPr>
      </w:pPr>
      <w:r w:rsidRPr="00936675">
        <w:rPr>
          <w:rFonts w:cs="Times New Roman"/>
          <w:szCs w:val="24"/>
        </w:rPr>
        <w:t>The age set system once provided a moral compass, a rhythm to life, and a sense of belonging to every young person. Its erosion has left a vacuum—one filled today by militarism, economic despair, and broken trust.</w:t>
      </w:r>
    </w:p>
    <w:p w:rsidR="00823498" w:rsidRPr="00936675" w:rsidRDefault="00823498" w:rsidP="00823498">
      <w:pPr>
        <w:spacing w:line="360" w:lineRule="auto"/>
        <w:jc w:val="both"/>
        <w:rPr>
          <w:rFonts w:cs="Times New Roman"/>
          <w:szCs w:val="24"/>
        </w:rPr>
      </w:pPr>
      <w:r w:rsidRPr="00936675">
        <w:rPr>
          <w:rFonts w:cs="Times New Roman"/>
          <w:szCs w:val="24"/>
        </w:rPr>
        <w:t>But age sets can be reborn—not as a replica of the past, but as a vessel of hope. When elders guide and youth listen, when memory walks with innovation, when strength meets wisdom—then a community becomes whole.</w:t>
      </w:r>
    </w:p>
    <w:p w:rsidR="00823498" w:rsidRPr="00936675" w:rsidRDefault="00823498" w:rsidP="00823498">
      <w:pPr>
        <w:spacing w:line="360" w:lineRule="auto"/>
        <w:jc w:val="both"/>
        <w:rPr>
          <w:rFonts w:cs="Times New Roman"/>
          <w:szCs w:val="24"/>
        </w:rPr>
      </w:pPr>
      <w:r w:rsidRPr="00936675">
        <w:rPr>
          <w:rFonts w:cs="Times New Roman"/>
          <w:szCs w:val="24"/>
        </w:rPr>
        <w:t>South Sudan does not need to abandon its traditions to modernize. It needs to reinterpret them. The restoration of the age set system is not nostalgia—it is necessity. And in its return may lie the path to a more respectful, peaceful, and intergenerationally balanced future.</w:t>
      </w:r>
    </w:p>
    <w:p w:rsidR="00823498" w:rsidRPr="00936675" w:rsidRDefault="00823498" w:rsidP="00823498">
      <w:pPr>
        <w:spacing w:line="360" w:lineRule="auto"/>
        <w:jc w:val="both"/>
        <w:rPr>
          <w:rFonts w:cs="Times New Roman"/>
          <w:szCs w:val="24"/>
        </w:rPr>
      </w:pPr>
      <w:r w:rsidRPr="00936675">
        <w:rPr>
          <w:rFonts w:cs="Times New Roman"/>
          <w:szCs w:val="24"/>
        </w:rPr>
        <w:t>Peace is not an event. It is not a moment frozen in a conference room, nor a headline carried by foreign press. It is not sealed by signatures or guarded by soldiers. Peace, in our context, is a living commitment—a daily choice to build, to forgive, to reconcile, and to believe in something better than revenge. It is a way of life that must rise from the ashes of betrayal, grief, and survival.</w:t>
      </w:r>
    </w:p>
    <w:p w:rsidR="00823498" w:rsidRPr="00936675" w:rsidRDefault="00823498" w:rsidP="00823498">
      <w:pPr>
        <w:spacing w:line="360" w:lineRule="auto"/>
        <w:jc w:val="both"/>
        <w:rPr>
          <w:rFonts w:cs="Times New Roman"/>
          <w:szCs w:val="24"/>
        </w:rPr>
      </w:pPr>
      <w:r w:rsidRPr="00936675">
        <w:rPr>
          <w:rFonts w:cs="Times New Roman"/>
          <w:szCs w:val="24"/>
        </w:rPr>
        <w:t>This book began with the pain of personal loss—the killing of my cousin, A/CDR Isaac Gatluok Riek, and the vow I made to avenge him. From that moment, my journey was shaped by war. Like many boys of my generation, I was conscripted, shaped by ideology, and thrust into battles I did not fully understand. I was raised not in a home but on the move; not by warmth, but by the commands of war. Chapter by chapter, I have laid bare that painful transition from revenge to reason, from soldier to scholar, from hatred to healing.</w:t>
      </w:r>
    </w:p>
    <w:p w:rsidR="00823498" w:rsidRPr="00936675" w:rsidRDefault="00823498" w:rsidP="00823498">
      <w:pPr>
        <w:spacing w:line="360" w:lineRule="auto"/>
        <w:jc w:val="both"/>
        <w:rPr>
          <w:rFonts w:cs="Times New Roman"/>
          <w:szCs w:val="24"/>
        </w:rPr>
      </w:pPr>
      <w:r w:rsidRPr="00936675">
        <w:rPr>
          <w:rFonts w:cs="Times New Roman"/>
          <w:szCs w:val="24"/>
        </w:rPr>
        <w:t>The chapters that follow do not simply tell my story—they reflect the story of South Sudan itself: a nation torn between survival and redemption. They speak of displacement and return, of unhealed wounds and sacred callings, of grassroots wisdom and spiritual truth in a time of broken systems. From the flooding of Ayod to the fiery tensions between Gawaar and Lou Nuer ethnic group, the narrative has walked through villages, cattle camps, and shrines—following the footprints of prophets and the courage of communities.</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What I have witnessed in the field reshaped me. It taught me that peace does not trickle down from politics—it grows from the ground up. I have seen it in the hands of spiritual leaders like Prophet Dak Kueth and Makuach Tut, whose voices, more than guns or decrees, have led youth away from vengeance and toward renewal. I have seen it in the resilience of mothers, the bold leadership of elders, and the untold power of youth willing to rewrite their destiny.</w:t>
      </w:r>
    </w:p>
    <w:p w:rsidR="00823498" w:rsidRPr="00936675" w:rsidRDefault="00823498" w:rsidP="00823498">
      <w:pPr>
        <w:spacing w:line="360" w:lineRule="auto"/>
        <w:jc w:val="both"/>
        <w:rPr>
          <w:rFonts w:cs="Times New Roman"/>
          <w:szCs w:val="24"/>
        </w:rPr>
      </w:pPr>
      <w:r w:rsidRPr="00936675">
        <w:rPr>
          <w:rFonts w:cs="Times New Roman"/>
          <w:szCs w:val="24"/>
        </w:rPr>
        <w:t>From the dialogues in Thuokrikna and Karaam to the sacred gatherings led by prophets, one truth has become undeniable: communities already hold the keys to peace—they only need the space and support to unlock them. This is why I have proposed a Council of Spiritual Leaders—not as a religious body, but as a unifying platform for voices that carry authority rooted in culture, faith, and trust. It is time for power to be reimagined—not as force, but as responsibility to the people.</w:t>
      </w:r>
    </w:p>
    <w:p w:rsidR="00823498" w:rsidRPr="00936675" w:rsidRDefault="00823498" w:rsidP="00823498">
      <w:pPr>
        <w:spacing w:line="360" w:lineRule="auto"/>
        <w:jc w:val="both"/>
        <w:rPr>
          <w:rFonts w:cs="Times New Roman"/>
          <w:szCs w:val="24"/>
        </w:rPr>
      </w:pPr>
      <w:r w:rsidRPr="00936675">
        <w:rPr>
          <w:rFonts w:cs="Times New Roman"/>
          <w:szCs w:val="24"/>
        </w:rPr>
        <w:t>Justice, too, must be redefined. From my own thirst for revenge to my work with former fighters and traumatized youth, I have come to understand that true justice is not about punishment—it is about restoration. It is about telling the truth, healing relationships, and breaking generational cycles of pain. Our justice must not be driven by emotion alone, but anchored in dignity, equity, and accountability.</w:t>
      </w:r>
    </w:p>
    <w:p w:rsidR="00823498" w:rsidRPr="00936675" w:rsidRDefault="00823498" w:rsidP="00823498">
      <w:pPr>
        <w:spacing w:line="360" w:lineRule="auto"/>
        <w:jc w:val="both"/>
        <w:rPr>
          <w:rFonts w:cs="Times New Roman"/>
          <w:szCs w:val="24"/>
        </w:rPr>
      </w:pPr>
      <w:r w:rsidRPr="00936675">
        <w:rPr>
          <w:rFonts w:cs="Times New Roman"/>
          <w:szCs w:val="24"/>
        </w:rPr>
        <w:t>If there is one thing I hope this book makes clear, it is that peace will not come from the top down. It will not come through weapons or well-worded speeches. It will come from the people—when they are included, respected, and trusted. It will come when youth lay down their guns, not because they are disarmed, but because they are empowered. It will come when women are no longer sidelined, when elders are consulted, and when spiritual leaders are embraced not as symbols, but as servants of peace.</w:t>
      </w:r>
    </w:p>
    <w:p w:rsidR="00823498" w:rsidRPr="00936675" w:rsidRDefault="00823498" w:rsidP="00823498">
      <w:pPr>
        <w:spacing w:line="360" w:lineRule="auto"/>
        <w:jc w:val="both"/>
        <w:rPr>
          <w:rFonts w:cs="Times New Roman"/>
          <w:szCs w:val="24"/>
        </w:rPr>
      </w:pPr>
      <w:r w:rsidRPr="00936675">
        <w:rPr>
          <w:rFonts w:cs="Times New Roman"/>
          <w:szCs w:val="24"/>
        </w:rPr>
        <w:t>Yes, there are still wounds to heal. Yes, guns still echo. Yes, injustice still lingers. But there is also a rising generation with new eyes and open hearts. A generation that can carry forward not the trauma of war, but the memory of healing. If we guide them well, they will inherit not our anger—but our vision. Not our vengeance—but our courage. Not our fear—but our hope.</w:t>
      </w:r>
    </w:p>
    <w:p w:rsidR="00823498" w:rsidRPr="00936675" w:rsidRDefault="00823498" w:rsidP="00823498">
      <w:pPr>
        <w:spacing w:line="360" w:lineRule="auto"/>
        <w:jc w:val="both"/>
        <w:rPr>
          <w:rFonts w:cs="Times New Roman"/>
          <w:szCs w:val="24"/>
        </w:rPr>
      </w:pPr>
      <w:r w:rsidRPr="00936675">
        <w:rPr>
          <w:rFonts w:cs="Times New Roman"/>
          <w:szCs w:val="24"/>
        </w:rPr>
        <w:t>And so, this book ends not with a full stop, but with a call forward.</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The work continues.</w:t>
      </w:r>
    </w:p>
    <w:p w:rsidR="00823498" w:rsidRPr="00936675" w:rsidRDefault="00823498" w:rsidP="00823498">
      <w:pPr>
        <w:spacing w:line="360" w:lineRule="auto"/>
        <w:jc w:val="both"/>
        <w:rPr>
          <w:rFonts w:cs="Times New Roman"/>
          <w:szCs w:val="24"/>
        </w:rPr>
      </w:pPr>
      <w:r w:rsidRPr="00936675">
        <w:rPr>
          <w:rFonts w:cs="Times New Roman"/>
          <w:szCs w:val="24"/>
        </w:rPr>
        <w:t>The road is long. The journey is hard. But we walk it together—with faith in our people, with truth in our words, and with peace in our hands.</w:t>
      </w:r>
    </w:p>
    <w:p w:rsidR="00823498" w:rsidRPr="00936675" w:rsidRDefault="00823498" w:rsidP="00823498">
      <w:pPr>
        <w:pStyle w:val="Heading1"/>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Appendices</w:t>
      </w:r>
    </w:p>
    <w:p w:rsidR="00823498" w:rsidRPr="00936675" w:rsidRDefault="00823498" w:rsidP="00823498">
      <w:pPr>
        <w:spacing w:line="360" w:lineRule="auto"/>
        <w:jc w:val="both"/>
        <w:rPr>
          <w:rFonts w:cs="Times New Roman"/>
          <w:szCs w:val="24"/>
        </w:rPr>
      </w:pPr>
      <w:r w:rsidRPr="00936675">
        <w:rPr>
          <w:rFonts w:cs="Times New Roman"/>
          <w:szCs w:val="24"/>
        </w:rPr>
        <w:br w:type="page"/>
      </w:r>
    </w:p>
    <w:p w:rsidR="00823498" w:rsidRPr="00936675" w:rsidRDefault="00823498" w:rsidP="00823498">
      <w:pPr>
        <w:spacing w:line="360" w:lineRule="auto"/>
        <w:jc w:val="both"/>
        <w:rPr>
          <w:rFonts w:cs="Times New Roman"/>
          <w:szCs w:val="24"/>
        </w:rPr>
      </w:pPr>
    </w:p>
    <w:p w:rsidR="00823498" w:rsidRPr="00936675" w:rsidRDefault="00823498" w:rsidP="00823498">
      <w:pPr>
        <w:spacing w:line="360" w:lineRule="auto"/>
        <w:jc w:val="both"/>
        <w:rPr>
          <w:rFonts w:cs="Times New Roman"/>
          <w:szCs w:val="24"/>
        </w:rPr>
      </w:pPr>
      <w:r w:rsidRPr="00936675">
        <w:rPr>
          <w:rFonts w:cs="Times New Roman"/>
          <w:szCs w:val="24"/>
        </w:rPr>
        <w:t>Appendix A: Peace Agreements</w:t>
      </w:r>
    </w:p>
    <w:p w:rsidR="00823498" w:rsidRPr="00936675" w:rsidRDefault="00823498" w:rsidP="00823498">
      <w:pPr>
        <w:spacing w:line="360" w:lineRule="auto"/>
        <w:jc w:val="both"/>
        <w:rPr>
          <w:rFonts w:cs="Times New Roman"/>
          <w:szCs w:val="24"/>
        </w:rPr>
      </w:pPr>
      <w:r w:rsidRPr="00936675">
        <w:rPr>
          <w:rFonts w:cs="Times New Roman"/>
          <w:szCs w:val="24"/>
        </w:rPr>
        <w:t>Chapter: Community Dialogues</w:t>
      </w:r>
    </w:p>
    <w:p w:rsidR="00823498" w:rsidRPr="00936675" w:rsidRDefault="00823498" w:rsidP="00823498">
      <w:pPr>
        <w:spacing w:line="360" w:lineRule="auto"/>
        <w:jc w:val="both"/>
        <w:rPr>
          <w:rFonts w:cs="Times New Roman"/>
          <w:szCs w:val="24"/>
        </w:rPr>
      </w:pPr>
      <w:r w:rsidRPr="00936675">
        <w:rPr>
          <w:rFonts w:cs="Times New Roman"/>
          <w:szCs w:val="24"/>
        </w:rPr>
        <w:t>From Silence to Speech: Rebuilding Trust One Conversation at a Time</w:t>
      </w:r>
    </w:p>
    <w:p w:rsidR="00823498" w:rsidRPr="00936675" w:rsidRDefault="00823498" w:rsidP="00823498">
      <w:pPr>
        <w:spacing w:line="360" w:lineRule="auto"/>
        <w:jc w:val="both"/>
        <w:rPr>
          <w:rFonts w:cs="Times New Roman"/>
          <w:szCs w:val="24"/>
        </w:rPr>
      </w:pPr>
      <w:r w:rsidRPr="00936675">
        <w:rPr>
          <w:rFonts w:cs="Times New Roman"/>
          <w:szCs w:val="24"/>
        </w:rPr>
        <w:t>In a land fractured by conflict and weighed down by trauma, silence often echoes louder than words. In Jonglei and the Greater Pibor Administrative Area (Murle ethnic group), this silence has not been peaceful—it has been a silence born of fear, of grief, and of mistrust. It is the silence of mothers who lost their children to abductions. It is the silence of warriors who buried their brothers, then picked up their rifles for revenge. It is the silence of elders whose wisdom was ignored in the deafening chaos of youth mobilization and the breakdown of traditional authority.</w:t>
      </w:r>
    </w:p>
    <w:p w:rsidR="00823498" w:rsidRPr="00936675" w:rsidRDefault="00823498" w:rsidP="00823498">
      <w:pPr>
        <w:spacing w:line="360" w:lineRule="auto"/>
        <w:jc w:val="both"/>
        <w:rPr>
          <w:rFonts w:cs="Times New Roman"/>
          <w:szCs w:val="24"/>
        </w:rPr>
      </w:pPr>
      <w:r w:rsidRPr="00936675">
        <w:rPr>
          <w:rFonts w:cs="Times New Roman"/>
          <w:szCs w:val="24"/>
        </w:rPr>
        <w:t>For years, these regions have been trapped in an unforgiving cycle of violence: child abductions that tore families apart, cattle raids that destroyed livelihoods, retaliatory killings that deepened generational wounds, and political fractures that left communities isolated and suspicious of one another. These were not random outbreaks of chaos; they were patterned and deeply entrenched forms of violence rooted in historic grievances, unmet justice, competition over scarce resources, and the disintegration of social cohesion.</w:t>
      </w:r>
    </w:p>
    <w:p w:rsidR="00823498" w:rsidRPr="00936675" w:rsidRDefault="00823498" w:rsidP="00823498">
      <w:pPr>
        <w:spacing w:line="360" w:lineRule="auto"/>
        <w:jc w:val="both"/>
        <w:rPr>
          <w:rFonts w:cs="Times New Roman"/>
          <w:szCs w:val="24"/>
        </w:rPr>
      </w:pPr>
      <w:r w:rsidRPr="00936675">
        <w:rPr>
          <w:rFonts w:cs="Times New Roman"/>
          <w:szCs w:val="24"/>
        </w:rPr>
        <w:t>The scars of war are etched not only on the bodies of survivors but also in the soul of the people. Fear has replaced trust. Vengeance has replaced dialogue. In many places, neighbors turned into enemies. Communities once bound by intermarriage, shared grazing lands, and rituals of peace grew apart under the weight of suspicion and sorrow.</w:t>
      </w:r>
    </w:p>
    <w:p w:rsidR="00823498" w:rsidRPr="00936675" w:rsidRDefault="00823498" w:rsidP="00823498">
      <w:pPr>
        <w:spacing w:line="360" w:lineRule="auto"/>
        <w:jc w:val="both"/>
        <w:rPr>
          <w:rFonts w:cs="Times New Roman"/>
          <w:szCs w:val="24"/>
        </w:rPr>
      </w:pPr>
      <w:r w:rsidRPr="00936675">
        <w:rPr>
          <w:rFonts w:cs="Times New Roman"/>
          <w:szCs w:val="24"/>
        </w:rPr>
        <w:t>But in the stillness that followed the gunfire, something unexpected began to stir: words. Not accusations or threats, but conversations—honest, painful, and courageous. A quieter revolution emerged in the form of community dialogues, where silence was slowly replaced by speech, and broken trust began to find new ground.</w:t>
      </w:r>
    </w:p>
    <w:p w:rsidR="00823498" w:rsidRPr="00936675" w:rsidRDefault="00823498" w:rsidP="00823498">
      <w:pPr>
        <w:spacing w:line="360" w:lineRule="auto"/>
        <w:jc w:val="both"/>
        <w:rPr>
          <w:rFonts w:cs="Times New Roman"/>
          <w:szCs w:val="24"/>
        </w:rPr>
      </w:pPr>
      <w:r w:rsidRPr="00936675">
        <w:rPr>
          <w:rFonts w:cs="Times New Roman"/>
          <w:szCs w:val="24"/>
        </w:rPr>
        <w:t xml:space="preserve">These dialogues were not held in polished halls or under flashing lights. They took place under trees, in cattle camps, in churchyards, and beside dried-up rivers. They were raw and </w:t>
      </w:r>
      <w:r w:rsidRPr="00936675">
        <w:rPr>
          <w:rFonts w:cs="Times New Roman"/>
          <w:szCs w:val="24"/>
        </w:rPr>
        <w:lastRenderedPageBreak/>
        <w:t>unfiltered, often conducted in local dialects and facilitated by people known not for their titles, but for their trustworthiness. Sometimes the words were hesitant, choked by emotion or guarded by years of bitterness. At other times, they flowed freely, releasing decades of grief and longing for peace.</w:t>
      </w:r>
    </w:p>
    <w:p w:rsidR="00823498" w:rsidRPr="00936675" w:rsidRDefault="00823498" w:rsidP="00823498">
      <w:pPr>
        <w:spacing w:line="360" w:lineRule="auto"/>
        <w:jc w:val="both"/>
        <w:rPr>
          <w:rFonts w:cs="Times New Roman"/>
          <w:szCs w:val="24"/>
        </w:rPr>
      </w:pPr>
      <w:r w:rsidRPr="00936675">
        <w:rPr>
          <w:rFonts w:cs="Times New Roman"/>
          <w:szCs w:val="24"/>
        </w:rPr>
        <w:t>These dialogues were more than events. They were acts of defiance. Against the logic of vengeance. Against the culture of silence. Against the lie that people who once lived together in peace could no longer look each other in the eye. They signaled a return to humanity—where people once divided by bloodshed could sit across from one another, acknowledge their shared pain, and begin the hard journey of rebuilding trust.</w:t>
      </w:r>
    </w:p>
    <w:p w:rsidR="00823498" w:rsidRPr="00936675" w:rsidRDefault="00823498" w:rsidP="00823498">
      <w:pPr>
        <w:spacing w:line="360" w:lineRule="auto"/>
        <w:jc w:val="both"/>
        <w:rPr>
          <w:rFonts w:cs="Times New Roman"/>
          <w:szCs w:val="24"/>
        </w:rPr>
      </w:pPr>
      <w:r w:rsidRPr="00936675">
        <w:rPr>
          <w:rFonts w:cs="Times New Roman"/>
          <w:szCs w:val="24"/>
        </w:rPr>
        <w:t>Trust is not born in statements. It grows in vulnerability. When a Murle mother stood in Akobo and shared the story of her abducted child—only to be met with tears, not anger, from the Nuer ethnic group women across from her—a seed of healing was planted. When Gawaar youth in Ayod listened to a Lou elder from Uror explain how revenge had consumed their future, something shifted. In these moments, storytelling became truth-telling, and truth-telling became a tool for reconciliation.</w:t>
      </w:r>
    </w:p>
    <w:p w:rsidR="00823498" w:rsidRPr="00936675" w:rsidRDefault="00823498" w:rsidP="00823498">
      <w:pPr>
        <w:spacing w:line="360" w:lineRule="auto"/>
        <w:jc w:val="both"/>
        <w:rPr>
          <w:rFonts w:cs="Times New Roman"/>
          <w:szCs w:val="24"/>
        </w:rPr>
      </w:pPr>
      <w:r w:rsidRPr="00936675">
        <w:rPr>
          <w:rFonts w:cs="Times New Roman"/>
          <w:szCs w:val="24"/>
        </w:rPr>
        <w:t>In this chapter, I reflect on the courageous path these communities have taken from silence to speech. It does not romanticize the process—dialogue is difficult, fragile, and sometimes interrupted by fresh violence. Yet, it remains one of the most powerful tools for breaking cycles of revenge. Each conversation—no matter how tense, uncomfortable, or tentative—carries within it the seeds of reconciliation.</w:t>
      </w:r>
    </w:p>
    <w:p w:rsidR="00823498" w:rsidRPr="00936675" w:rsidRDefault="00823498" w:rsidP="00823498">
      <w:pPr>
        <w:spacing w:line="360" w:lineRule="auto"/>
        <w:jc w:val="both"/>
        <w:rPr>
          <w:rFonts w:cs="Times New Roman"/>
          <w:szCs w:val="24"/>
        </w:rPr>
      </w:pPr>
      <w:r w:rsidRPr="00936675">
        <w:rPr>
          <w:rFonts w:cs="Times New Roman"/>
          <w:szCs w:val="24"/>
        </w:rPr>
        <w:t>Community dialogues in Jonglei and Murle ethnic group are not only about past grievances. They are also spaces for envisioning a different future. In many sessions, youth speak of wanting education instead of guns. Women call for the return of abducted children and protection during migration. Chiefs talk about reviving customary courts and reestablishing Fangak Law or other community-based justice systems. These are not small ideas. They are revolutionary acts of reimagining society after conflict.</w:t>
      </w:r>
    </w:p>
    <w:p w:rsidR="00823498" w:rsidRPr="00936675" w:rsidRDefault="00823498" w:rsidP="00823498">
      <w:pPr>
        <w:spacing w:line="360" w:lineRule="auto"/>
        <w:jc w:val="both"/>
        <w:rPr>
          <w:rFonts w:cs="Times New Roman"/>
          <w:szCs w:val="24"/>
        </w:rPr>
      </w:pPr>
      <w:r w:rsidRPr="00936675">
        <w:rPr>
          <w:rFonts w:cs="Times New Roman"/>
          <w:szCs w:val="24"/>
        </w:rPr>
        <w:t xml:space="preserve">Spiritual leaders have played a central role in these dialogues. Prophets like Makuach Tut, Dak Kueth, and others have used their respected platforms to urge repentance, forgiveness, and unity. Their voices cut through political noise and command deep emotional loyalty, </w:t>
      </w:r>
      <w:r w:rsidRPr="00936675">
        <w:rPr>
          <w:rFonts w:cs="Times New Roman"/>
          <w:szCs w:val="24"/>
        </w:rPr>
        <w:lastRenderedPageBreak/>
        <w:t>especially among young men who often hold the weapons of war. When a prophet declares a time for peace, entire communities listen. When they urge reconciliation, it resonates at a spiritual level that laws and policies often cannot reach.</w:t>
      </w:r>
    </w:p>
    <w:p w:rsidR="00823498" w:rsidRPr="00936675" w:rsidRDefault="00823498" w:rsidP="00823498">
      <w:pPr>
        <w:spacing w:line="360" w:lineRule="auto"/>
        <w:jc w:val="both"/>
        <w:rPr>
          <w:rFonts w:cs="Times New Roman"/>
          <w:szCs w:val="24"/>
        </w:rPr>
      </w:pPr>
      <w:r w:rsidRPr="00936675">
        <w:rPr>
          <w:rFonts w:cs="Times New Roman"/>
          <w:szCs w:val="24"/>
        </w:rPr>
        <w:t>But dialogue must also be protected. There are those who benefit from division—armed actors, political spoilers, and power brokers who use tribal identity as a weapon. Peacebuilders must remain vigilant, ensuring that community dialogues are not manipulated for short-term gains or photo opportunities. Dialogue is not an end in itself. It must be accompanied by action: the return of abductees, disarmament, access to justice, and sustained community engagement.</w:t>
      </w:r>
    </w:p>
    <w:p w:rsidR="00823498" w:rsidRPr="00936675" w:rsidRDefault="00823498" w:rsidP="00823498">
      <w:pPr>
        <w:spacing w:line="360" w:lineRule="auto"/>
        <w:jc w:val="both"/>
        <w:rPr>
          <w:rFonts w:cs="Times New Roman"/>
          <w:szCs w:val="24"/>
        </w:rPr>
      </w:pPr>
      <w:r w:rsidRPr="00936675">
        <w:rPr>
          <w:rFonts w:cs="Times New Roman"/>
          <w:szCs w:val="24"/>
        </w:rPr>
        <w:t xml:space="preserve">In villages like </w:t>
      </w:r>
      <w:proofErr w:type="spellStart"/>
      <w:r w:rsidRPr="00936675">
        <w:rPr>
          <w:rFonts w:cs="Times New Roman"/>
          <w:szCs w:val="24"/>
        </w:rPr>
        <w:t>Wuno</w:t>
      </w:r>
      <w:proofErr w:type="spellEnd"/>
      <w:r w:rsidRPr="00936675">
        <w:rPr>
          <w:rFonts w:cs="Times New Roman"/>
          <w:szCs w:val="24"/>
        </w:rPr>
        <w:t>, Motot, and Pibor, dialogues have led to powerful local commitments. Chiefs have revived their roles in mediating disputes. Women’s groups have formed networks to monitor the safety of returning abductees. Youth groups have organized to discourage cattle raids and cross-community elopements that once sparked major conflicts. These are not abstract successes—they are real steps toward healing.</w:t>
      </w:r>
    </w:p>
    <w:p w:rsidR="00823498" w:rsidRPr="00936675" w:rsidRDefault="00823498" w:rsidP="00823498">
      <w:pPr>
        <w:spacing w:line="360" w:lineRule="auto"/>
        <w:jc w:val="both"/>
        <w:rPr>
          <w:rFonts w:cs="Times New Roman"/>
          <w:szCs w:val="24"/>
        </w:rPr>
      </w:pPr>
      <w:r w:rsidRPr="00936675">
        <w:rPr>
          <w:rFonts w:cs="Times New Roman"/>
          <w:szCs w:val="24"/>
        </w:rPr>
        <w:t>The move from silence to speech is also generational. Many of the young people participating in these dialogues grew up in displacement, were raised in revenge narratives, or carried weapons before they held books. Yet, when given the space to speak—not just be spoken to—they articulate visions for their communities grounded in peace, dignity, and opportunity. They are not the lost generation. They are the generation of restoration.</w:t>
      </w:r>
    </w:p>
    <w:p w:rsidR="00823498" w:rsidRPr="00936675" w:rsidRDefault="00823498" w:rsidP="00823498">
      <w:pPr>
        <w:spacing w:line="360" w:lineRule="auto"/>
        <w:jc w:val="both"/>
        <w:rPr>
          <w:rFonts w:cs="Times New Roman"/>
          <w:szCs w:val="24"/>
        </w:rPr>
      </w:pPr>
      <w:r w:rsidRPr="00936675">
        <w:rPr>
          <w:rFonts w:cs="Times New Roman"/>
          <w:szCs w:val="24"/>
        </w:rPr>
        <w:t>The journey from silence to speech is not linear. There will be setbacks. There will be days when guns speak louder than words. But every time a group gathers under a tree to talk instead of fight, every time a tear is met with a listening ear, every time a grievance is met with acknowledgment rather than denial—a new chapter is written.</w:t>
      </w:r>
    </w:p>
    <w:p w:rsidR="00823498" w:rsidRPr="00936675" w:rsidRDefault="00823498" w:rsidP="00823498">
      <w:pPr>
        <w:spacing w:line="360" w:lineRule="auto"/>
        <w:jc w:val="both"/>
        <w:rPr>
          <w:rFonts w:cs="Times New Roman"/>
          <w:szCs w:val="24"/>
        </w:rPr>
      </w:pPr>
      <w:r w:rsidRPr="00936675">
        <w:rPr>
          <w:rFonts w:cs="Times New Roman"/>
          <w:szCs w:val="24"/>
        </w:rPr>
        <w:t>And so, the question is no longer “Can dialogue work?” The question is “Will we support it long enough to let it transform our communities?”</w:t>
      </w:r>
    </w:p>
    <w:p w:rsidR="00823498" w:rsidRPr="00936675" w:rsidRDefault="00823498" w:rsidP="00823498">
      <w:pPr>
        <w:spacing w:line="360" w:lineRule="auto"/>
        <w:jc w:val="both"/>
        <w:rPr>
          <w:rFonts w:cs="Times New Roman"/>
          <w:szCs w:val="24"/>
        </w:rPr>
      </w:pPr>
      <w:r w:rsidRPr="00936675">
        <w:rPr>
          <w:rFonts w:cs="Times New Roman"/>
          <w:szCs w:val="24"/>
        </w:rPr>
        <w:t>In Jonglei and Murle ethnic group, the first words of peace have already been spoken. Now, the work is to keep the conversation going.</w:t>
      </w:r>
    </w:p>
    <w:p w:rsidR="00823498" w:rsidRPr="00936675" w:rsidRDefault="00823498" w:rsidP="00786C80">
      <w:pPr>
        <w:pStyle w:val="Heading2"/>
      </w:pPr>
      <w:r w:rsidRPr="00936675">
        <w:lastRenderedPageBreak/>
        <w:t>The Philosophy Behind Dialogue</w:t>
      </w:r>
    </w:p>
    <w:p w:rsidR="00823498" w:rsidRPr="00936675" w:rsidRDefault="00823498" w:rsidP="00823498">
      <w:pPr>
        <w:spacing w:line="360" w:lineRule="auto"/>
        <w:jc w:val="both"/>
        <w:rPr>
          <w:rFonts w:cs="Times New Roman"/>
          <w:szCs w:val="24"/>
        </w:rPr>
      </w:pPr>
      <w:r w:rsidRPr="00936675">
        <w:rPr>
          <w:rFonts w:cs="Times New Roman"/>
          <w:szCs w:val="24"/>
        </w:rPr>
        <w:t>Dialogue, at its core, is more than conversation. It is philosophy in motion—a way of being, of relating, and of restoring what violence has taken away. In conflict-affected communities like those in Jonglei and the Greater Pibor Administrative Area (Murle ethnic group), dialogue has become both a practical tool and a moral framework. It is not just something we do—it is something we believe in.</w:t>
      </w:r>
    </w:p>
    <w:p w:rsidR="00823498" w:rsidRPr="00936675" w:rsidRDefault="00823498" w:rsidP="00823498">
      <w:pPr>
        <w:spacing w:line="360" w:lineRule="auto"/>
        <w:jc w:val="both"/>
        <w:rPr>
          <w:rFonts w:cs="Times New Roman"/>
          <w:szCs w:val="24"/>
        </w:rPr>
      </w:pPr>
      <w:r w:rsidRPr="00936675">
        <w:rPr>
          <w:rFonts w:cs="Times New Roman"/>
          <w:szCs w:val="24"/>
        </w:rPr>
        <w:t>The philosophy behind dialogue rests on several fundamental principles: the inherent dignity of all people, the sacredness of listening, the communal nature of truth, and the transformative power of empathy. These are not imported concepts. They are deeply embedded in South Sudanese tradition, echoing through the wisdom of elders, the councils of chiefs, the moral voices of spiritual leaders, and the informal gatherings of extended families.</w:t>
      </w:r>
    </w:p>
    <w:p w:rsidR="00823498" w:rsidRPr="00936675" w:rsidRDefault="00823498" w:rsidP="00823498">
      <w:pPr>
        <w:spacing w:line="360" w:lineRule="auto"/>
        <w:jc w:val="both"/>
        <w:rPr>
          <w:rFonts w:cs="Times New Roman"/>
          <w:szCs w:val="24"/>
        </w:rPr>
      </w:pPr>
      <w:r w:rsidRPr="00936675">
        <w:rPr>
          <w:rFonts w:cs="Times New Roman"/>
          <w:szCs w:val="24"/>
        </w:rPr>
        <w:t>In its purest form, dialogue is an act of re-humanization. Conflict dehumanizes—it reduces individuals to categories: enemy, raider, victim, tribe. It turns people into stereotypes and stories into statistics. Dialogue reverses this process. It forces us to see the human behind the label, the pain behind the posture, and the shared humanity behind the hostility. In every circle of dialogue I have witnessed—whether in a cattle camp in Nyirol or under a tamarind tree in Pibor—there comes a moment when someone breaks down, not from weakness but from the sheer relief of being heard. That is the spiritual beginning of healing.</w:t>
      </w:r>
    </w:p>
    <w:p w:rsidR="00823498" w:rsidRPr="00936675" w:rsidRDefault="00823498" w:rsidP="00823498">
      <w:pPr>
        <w:spacing w:line="360" w:lineRule="auto"/>
        <w:jc w:val="both"/>
        <w:rPr>
          <w:rFonts w:cs="Times New Roman"/>
          <w:szCs w:val="24"/>
        </w:rPr>
      </w:pPr>
      <w:r w:rsidRPr="00936675">
        <w:rPr>
          <w:rFonts w:cs="Times New Roman"/>
          <w:szCs w:val="24"/>
        </w:rPr>
        <w:t>This is not an easy process. It demands vulnerability and courage. It means sitting next to someone who may have participated in the killing of your cousin or the abduction of your niece. It means resisting the urge to accuse, and instead listening. It means admitting that even your own side may have caused pain. That discomfort is where healing begins.</w:t>
      </w:r>
    </w:p>
    <w:p w:rsidR="00823498" w:rsidRPr="00936675" w:rsidRDefault="00823498" w:rsidP="00823498">
      <w:pPr>
        <w:spacing w:line="360" w:lineRule="auto"/>
        <w:jc w:val="both"/>
        <w:rPr>
          <w:rFonts w:cs="Times New Roman"/>
          <w:szCs w:val="24"/>
        </w:rPr>
      </w:pPr>
      <w:r w:rsidRPr="00936675">
        <w:rPr>
          <w:rFonts w:cs="Times New Roman"/>
          <w:szCs w:val="24"/>
        </w:rPr>
        <w:t xml:space="preserve">South Sudanese societies have long relied on forms of dialogue to resolve disputes. Long before the arrival of formal peace processes and international mediators, our communities had their own systems: elders sitting in circles to address family disputes, youth councils resolving marriage conflicts, chiefs invoking customary laws to mediate cattle-related disagreements. In many Nuer ethnic group and Dinka ethnic group communities, these </w:t>
      </w:r>
      <w:r w:rsidRPr="00936675">
        <w:rPr>
          <w:rFonts w:cs="Times New Roman"/>
          <w:szCs w:val="24"/>
        </w:rPr>
        <w:lastRenderedPageBreak/>
        <w:t xml:space="preserve">methods were held sacred. The role of the </w:t>
      </w:r>
      <w:proofErr w:type="spellStart"/>
      <w:r w:rsidRPr="00936675">
        <w:rPr>
          <w:rFonts w:cs="Times New Roman"/>
          <w:szCs w:val="24"/>
        </w:rPr>
        <w:t>ruot</w:t>
      </w:r>
      <w:proofErr w:type="spellEnd"/>
      <w:r w:rsidRPr="00936675">
        <w:rPr>
          <w:rFonts w:cs="Times New Roman"/>
          <w:szCs w:val="24"/>
        </w:rPr>
        <w:t xml:space="preserve"> or </w:t>
      </w:r>
      <w:proofErr w:type="spellStart"/>
      <w:r w:rsidRPr="00936675">
        <w:rPr>
          <w:rFonts w:cs="Times New Roman"/>
          <w:szCs w:val="24"/>
        </w:rPr>
        <w:t>beny</w:t>
      </w:r>
      <w:proofErr w:type="spellEnd"/>
      <w:r w:rsidRPr="00936675">
        <w:rPr>
          <w:rFonts w:cs="Times New Roman"/>
          <w:szCs w:val="24"/>
        </w:rPr>
        <w:t xml:space="preserve"> was to create space for speech, not silence.</w:t>
      </w:r>
    </w:p>
    <w:p w:rsidR="00823498" w:rsidRPr="00936675" w:rsidRDefault="00823498" w:rsidP="00823498">
      <w:pPr>
        <w:spacing w:line="360" w:lineRule="auto"/>
        <w:jc w:val="both"/>
        <w:rPr>
          <w:rFonts w:cs="Times New Roman"/>
          <w:szCs w:val="24"/>
        </w:rPr>
      </w:pPr>
      <w:r w:rsidRPr="00936675">
        <w:rPr>
          <w:rFonts w:cs="Times New Roman"/>
          <w:szCs w:val="24"/>
        </w:rPr>
        <w:t>What makes today's dialogue more urgent—and more complex—is the scale and nature of modern conflict. Today’s violence is no longer contained to a single clan or grazing dispute. It involves political allegiances, cross-border arms trade, and a generation of youth raised in the normalcy of war. Entire communities have been displaced, generations have grown up with trauma, and the old institutions of mediation have been weakened or co-opted. Yet it is precisely in this brokenness that the philosophy of dialogue becomes essential.</w:t>
      </w:r>
    </w:p>
    <w:p w:rsidR="00823498" w:rsidRPr="00936675" w:rsidRDefault="00823498" w:rsidP="00823498">
      <w:pPr>
        <w:spacing w:line="360" w:lineRule="auto"/>
        <w:jc w:val="both"/>
        <w:rPr>
          <w:rFonts w:cs="Times New Roman"/>
          <w:szCs w:val="24"/>
        </w:rPr>
      </w:pPr>
      <w:r w:rsidRPr="00936675">
        <w:rPr>
          <w:rFonts w:cs="Times New Roman"/>
          <w:szCs w:val="24"/>
        </w:rPr>
        <w:t>Dialogue is a return—not to nostalgia, but to the essence of community. It is a return to the belief that no one is beyond redemption, that no wound is too deep to be acknowledged, and that truth is not the property of the loudest speaker, but the shared outcome of collective listening. In this way, dialogue becomes more than a platform—it becomes a moral compass in a time when society’s sense of direction has been shattered by cycles of revenge and fear.</w:t>
      </w:r>
    </w:p>
    <w:p w:rsidR="00823498" w:rsidRPr="00936675" w:rsidRDefault="00823498" w:rsidP="00823498">
      <w:pPr>
        <w:spacing w:line="360" w:lineRule="auto"/>
        <w:jc w:val="both"/>
        <w:rPr>
          <w:rFonts w:cs="Times New Roman"/>
          <w:szCs w:val="24"/>
        </w:rPr>
      </w:pPr>
      <w:r w:rsidRPr="00936675">
        <w:rPr>
          <w:rFonts w:cs="Times New Roman"/>
          <w:szCs w:val="24"/>
        </w:rPr>
        <w:t>One of the most vital distinctions within the philosophy of dialogue is between dialogue and debate. While debate seeks victory, dialogue seeks understanding. Debate pits one truth against another. Dialogue invites multiple truths to sit together. Debate tends to escalate divisions. Dialogue, when done well, softens hearts and opens minds. In Greater Jonglei, where communities have suffered so much, this difference matters. Peace cannot emerge from verbal combat. It must emerge from shared acknowledgement and a willingness to listen without demanding agreement.</w:t>
      </w:r>
    </w:p>
    <w:p w:rsidR="00823498" w:rsidRPr="00936675" w:rsidRDefault="00823498" w:rsidP="00823498">
      <w:pPr>
        <w:spacing w:line="360" w:lineRule="auto"/>
        <w:jc w:val="both"/>
        <w:rPr>
          <w:rFonts w:cs="Times New Roman"/>
          <w:szCs w:val="24"/>
        </w:rPr>
      </w:pPr>
      <w:r w:rsidRPr="00936675">
        <w:rPr>
          <w:rFonts w:cs="Times New Roman"/>
          <w:szCs w:val="24"/>
        </w:rPr>
        <w:t>Dialogue also challenges the politics of exclusion. In many communities, certain groups—especially women, returnees, former abductees, or youth seen as perpetrators—are sidelined from formal processes. But the philosophy of dialogue insists that healing cannot be selective. Every voice, particularly those on the margins, carries a piece of the story that must be told. When a young man who once raided cattle speaks of his regret, his story offers a pathway for others. When a mother of an abducted child and a woman who was once abducted share the same space, something profound takes place: empathy finds a face.</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The role of spiritual leaders in South Sudan also reinforces this philosophy. Unlike formal institutions that may be distant or distrusted, prophets and pastors often operate at the emotional and moral core of the community. Their presence in dialogues—inviting prayer, urging repentance, and blessing the gatherings—adds a dimension that secular processes often lack. It reminds participants that healing is not just psychological or political—it is spiritual.</w:t>
      </w:r>
    </w:p>
    <w:p w:rsidR="00823498" w:rsidRPr="00936675" w:rsidRDefault="00823498" w:rsidP="00823498">
      <w:pPr>
        <w:spacing w:line="360" w:lineRule="auto"/>
        <w:jc w:val="both"/>
        <w:rPr>
          <w:rFonts w:cs="Times New Roman"/>
          <w:szCs w:val="24"/>
        </w:rPr>
      </w:pPr>
      <w:r w:rsidRPr="00936675">
        <w:rPr>
          <w:rFonts w:cs="Times New Roman"/>
          <w:szCs w:val="24"/>
        </w:rPr>
        <w:t>Dialogue is also an antidote to silence. In societies recovering from trauma, silence is both a shield and a prison. People fear speaking out because it could reopen wounds, spark retaliation, or expose old guilt. But silence only preserves the status quo. Dialogue, by contrast, disrupts it. It says: we are not okay. We are hurting. And we need to speak to begin our healing.</w:t>
      </w:r>
    </w:p>
    <w:p w:rsidR="00823498" w:rsidRPr="00936675" w:rsidRDefault="00823498" w:rsidP="00823498">
      <w:pPr>
        <w:spacing w:line="360" w:lineRule="auto"/>
        <w:jc w:val="both"/>
        <w:rPr>
          <w:rFonts w:cs="Times New Roman"/>
          <w:szCs w:val="24"/>
        </w:rPr>
      </w:pPr>
      <w:r w:rsidRPr="00936675">
        <w:rPr>
          <w:rFonts w:cs="Times New Roman"/>
          <w:szCs w:val="24"/>
        </w:rPr>
        <w:t>Yet, the philosophy behind dialogue does not romanticize conversation. Dialogue is hard. It can fail. It can be manipulated. It can trigger old pains. But it remains necessary, not because it is perfect, but because it is human. It is the only process that allows people to confront each other not as threats, but as fellow survivors of the same tragedy. It slows down the rush to judgment, allows time for reflection, and creates the emotional space for truth and forgiveness to emerge organically.</w:t>
      </w:r>
    </w:p>
    <w:p w:rsidR="00823498" w:rsidRPr="00936675" w:rsidRDefault="00823498" w:rsidP="00823498">
      <w:pPr>
        <w:spacing w:line="360" w:lineRule="auto"/>
        <w:jc w:val="both"/>
        <w:rPr>
          <w:rFonts w:cs="Times New Roman"/>
          <w:szCs w:val="24"/>
        </w:rPr>
      </w:pPr>
      <w:r w:rsidRPr="00936675">
        <w:rPr>
          <w:rFonts w:cs="Times New Roman"/>
          <w:szCs w:val="24"/>
        </w:rPr>
        <w:t>In practice, a single dialogue may not change everything. But it changes something—and that “something” matters. It could be a vow from youth to stop raiding. It could be the return of a child. It could be a joint grazing arrangement, or a shared prayer. These may seem small, but they are seeds. And in a place like Jonglei, even a seed of peace is worth everything.</w:t>
      </w:r>
    </w:p>
    <w:p w:rsidR="00823498" w:rsidRPr="00936675" w:rsidRDefault="00823498" w:rsidP="00823498">
      <w:pPr>
        <w:spacing w:line="360" w:lineRule="auto"/>
        <w:jc w:val="both"/>
        <w:rPr>
          <w:rFonts w:cs="Times New Roman"/>
          <w:szCs w:val="24"/>
        </w:rPr>
      </w:pPr>
      <w:r w:rsidRPr="00936675">
        <w:rPr>
          <w:rFonts w:cs="Times New Roman"/>
          <w:szCs w:val="24"/>
        </w:rPr>
        <w:t>Ultimately, the philosophy behind dialogue is a declaration: that peace is not given, but made. It is made in the humility of elders who admit mistakes, in the bravery of youth who lay down arms, and in the tears of women who forgive without forgetting. It is made in stories, in silence, in confessions, and in commitments.</w:t>
      </w:r>
    </w:p>
    <w:p w:rsidR="00823498" w:rsidRPr="00936675" w:rsidRDefault="00823498" w:rsidP="00823498">
      <w:pPr>
        <w:spacing w:line="360" w:lineRule="auto"/>
        <w:jc w:val="both"/>
        <w:rPr>
          <w:rFonts w:cs="Times New Roman"/>
          <w:szCs w:val="24"/>
        </w:rPr>
      </w:pPr>
      <w:r w:rsidRPr="00936675">
        <w:rPr>
          <w:rFonts w:cs="Times New Roman"/>
          <w:szCs w:val="24"/>
        </w:rPr>
        <w:t xml:space="preserve">In South Sudan, where too much has been taken by war, dialogue offers something precious: the power to give back. To give voice to the voiceless. To give face to the </w:t>
      </w:r>
      <w:r w:rsidRPr="00936675">
        <w:rPr>
          <w:rFonts w:cs="Times New Roman"/>
          <w:szCs w:val="24"/>
        </w:rPr>
        <w:lastRenderedPageBreak/>
        <w:t>forgotten. And to give our communities a second chance—not just to coexist, but to truly live again.</w:t>
      </w:r>
    </w:p>
    <w:p w:rsidR="00823498" w:rsidRPr="00936675" w:rsidRDefault="00823498" w:rsidP="00823498">
      <w:pPr>
        <w:spacing w:line="360" w:lineRule="auto"/>
        <w:jc w:val="both"/>
        <w:rPr>
          <w:rFonts w:cs="Times New Roman"/>
          <w:szCs w:val="24"/>
        </w:rPr>
      </w:pPr>
      <w:r w:rsidRPr="00936675">
        <w:rPr>
          <w:rFonts w:cs="Times New Roman"/>
          <w:szCs w:val="24"/>
        </w:rPr>
        <w:t>Healing Through Human Connection</w:t>
      </w:r>
    </w:p>
    <w:p w:rsidR="00823498" w:rsidRPr="00936675" w:rsidRDefault="00823498" w:rsidP="00823498">
      <w:pPr>
        <w:spacing w:line="360" w:lineRule="auto"/>
        <w:jc w:val="both"/>
        <w:rPr>
          <w:rFonts w:cs="Times New Roman"/>
          <w:szCs w:val="24"/>
        </w:rPr>
      </w:pPr>
      <w:r w:rsidRPr="00936675">
        <w:rPr>
          <w:rFonts w:cs="Times New Roman"/>
          <w:szCs w:val="24"/>
        </w:rPr>
        <w:t>Dialogue is not simply a meeting. It is a choice—an act of defiance against violence. In regions scarred by decades of conflict, where communities have learned to retreat into silence and suspicion, choosing to speak is a radical act. It takes courage to sit across from someone you may have fought, lost to, or blamed. Yet in South Sudan, particularly in the fragile landscape of Greater Jonglei and the Greater Pibor Administrative Area (Murle ethnic group), dialogue has become more than a mechanism for resolving disputes. It has evolved into a ritual of healing, a spiritual and communal process of restoring dignity, rebuilding trust, and reclaiming humanity.</w:t>
      </w:r>
    </w:p>
    <w:p w:rsidR="00823498" w:rsidRPr="00936675" w:rsidRDefault="00823498" w:rsidP="00823498">
      <w:pPr>
        <w:spacing w:line="360" w:lineRule="auto"/>
        <w:jc w:val="both"/>
        <w:rPr>
          <w:rFonts w:cs="Times New Roman"/>
          <w:szCs w:val="24"/>
        </w:rPr>
      </w:pPr>
      <w:r w:rsidRPr="00936675">
        <w:rPr>
          <w:rFonts w:cs="Times New Roman"/>
          <w:szCs w:val="24"/>
        </w:rPr>
        <w:t>When people meet—face to face, under trees, in cattle camps, or beside churchyards—they come with more than grievances. They carry shared memories, overlapping histories, and burdens too heavy to bear alone. They bring stories of pain, yes—but also of kinship, intermarriage, land shared between clans, and traditions passed down from elders. Beneath the sorrow lies something deeper: a yearning to reconnect with a past where communities coexisted, traded together, and raised their children in peace.</w:t>
      </w:r>
    </w:p>
    <w:p w:rsidR="00823498" w:rsidRPr="00936675" w:rsidRDefault="00823498" w:rsidP="00823498">
      <w:pPr>
        <w:spacing w:line="360" w:lineRule="auto"/>
        <w:jc w:val="both"/>
        <w:rPr>
          <w:rFonts w:cs="Times New Roman"/>
          <w:szCs w:val="24"/>
        </w:rPr>
      </w:pPr>
      <w:r w:rsidRPr="00936675">
        <w:rPr>
          <w:rFonts w:cs="Times New Roman"/>
          <w:szCs w:val="24"/>
        </w:rPr>
        <w:t>The power of dialogue lies not in grand speeches or formal agreements, but in its humanity. When a woman from Pibor speaks of her abducted child and a mother from Nyirol listens with tears in her eyes, a quiet miracle happens. When a Gawaar elder recalls peaceful grazing with Murle herders in the 1970s and his words are met with nods, not scorn, we are reminded that memory can be a bridge—not just a wound.</w:t>
      </w:r>
    </w:p>
    <w:p w:rsidR="00823498" w:rsidRPr="00936675" w:rsidRDefault="00823498" w:rsidP="00823498">
      <w:pPr>
        <w:spacing w:line="360" w:lineRule="auto"/>
        <w:jc w:val="both"/>
        <w:rPr>
          <w:rFonts w:cs="Times New Roman"/>
          <w:szCs w:val="24"/>
        </w:rPr>
      </w:pPr>
      <w:r w:rsidRPr="00936675">
        <w:rPr>
          <w:rFonts w:cs="Times New Roman"/>
          <w:szCs w:val="24"/>
        </w:rPr>
        <w:t>Dialogue humanizes the enemy. It deconstructs the myth of "them" and replaces it with the truth of “us”—people who may look different or speak different dialects, but who weep the same way when we lose a child, who rejoice the same way when rain comes after drought, and who pray, in different ways, for the same peace.</w:t>
      </w:r>
    </w:p>
    <w:p w:rsidR="00823498" w:rsidRPr="00936675" w:rsidRDefault="00823498" w:rsidP="00823498">
      <w:pPr>
        <w:spacing w:line="360" w:lineRule="auto"/>
        <w:jc w:val="both"/>
        <w:rPr>
          <w:rFonts w:cs="Times New Roman"/>
          <w:szCs w:val="24"/>
        </w:rPr>
      </w:pPr>
      <w:r w:rsidRPr="00936675">
        <w:rPr>
          <w:rFonts w:cs="Times New Roman"/>
          <w:szCs w:val="24"/>
        </w:rPr>
        <w:t xml:space="preserve">These community dialogues are not new to South Sudanese society. Long before modern peacebuilding frameworks were introduced, our forefathers resolved conflict through </w:t>
      </w:r>
      <w:r w:rsidRPr="00936675">
        <w:rPr>
          <w:rFonts w:cs="Times New Roman"/>
          <w:szCs w:val="24"/>
        </w:rPr>
        <w:lastRenderedPageBreak/>
        <w:t>communal gatherings led by chiefs, elders, and respected spiritual figures. These traditional systems—rooted in Fangak Law, Dinka ethnic group Adoor, Murle Age-set customs, and other localized codes—served as moral compasses and conflict mitigation tools long before courts or armies arrived. The community would assemble in a circle, and each voice, no matter how small, would be heard. Justice was negotiated, not imposed. Reconciliation was spiritual, not transactional.</w:t>
      </w:r>
    </w:p>
    <w:p w:rsidR="00823498" w:rsidRPr="00936675" w:rsidRDefault="00823498" w:rsidP="00823498">
      <w:pPr>
        <w:spacing w:line="360" w:lineRule="auto"/>
        <w:jc w:val="both"/>
        <w:rPr>
          <w:rFonts w:cs="Times New Roman"/>
          <w:szCs w:val="24"/>
        </w:rPr>
      </w:pPr>
      <w:r w:rsidRPr="00936675">
        <w:rPr>
          <w:rFonts w:cs="Times New Roman"/>
          <w:szCs w:val="24"/>
        </w:rPr>
        <w:t>What distinguishes today’s dialogue efforts from those of the past, however, is the urgency brought on by newer, more dangerous dynamics. Firearms are now more abundant than cattle in many parts of Greater Jonglei. Youth are heavily armed, politically manipulated, and socially alienated. Abductions, once rare and condemned, have become strategic and normalized. Cattle raiding is no longer about survival—it is about wealth, marriage, and at times, ego. Communities once guided by elders now move at the rhythm of revenge, mobilized by wounded youth whose trauma has never been named or healed.</w:t>
      </w:r>
    </w:p>
    <w:p w:rsidR="00823498" w:rsidRPr="00936675" w:rsidRDefault="00823498" w:rsidP="00823498">
      <w:pPr>
        <w:spacing w:line="360" w:lineRule="auto"/>
        <w:jc w:val="both"/>
        <w:rPr>
          <w:rFonts w:cs="Times New Roman"/>
          <w:szCs w:val="24"/>
        </w:rPr>
      </w:pPr>
      <w:r w:rsidRPr="00936675">
        <w:rPr>
          <w:rFonts w:cs="Times New Roman"/>
          <w:szCs w:val="24"/>
        </w:rPr>
        <w:t>It is in this context that the return to dialogue becomes both urgent and redemptive. It is not a return to the past for nostalgia’s sake. It is a reclaiming of the essence of who we are as a people: relational, communal, spiritually bound, and morally responsible for one another. It is about reviving old wisdom and breathing new life into it. It is about pairing the voices of elders with the energy of youth, and recognizing that both are essential to the future of peace.</w:t>
      </w:r>
    </w:p>
    <w:p w:rsidR="00823498" w:rsidRPr="00936675" w:rsidRDefault="00823498" w:rsidP="00823498">
      <w:pPr>
        <w:spacing w:line="360" w:lineRule="auto"/>
        <w:jc w:val="both"/>
        <w:rPr>
          <w:rFonts w:cs="Times New Roman"/>
          <w:szCs w:val="24"/>
        </w:rPr>
      </w:pPr>
      <w:r w:rsidRPr="00936675">
        <w:rPr>
          <w:rFonts w:cs="Times New Roman"/>
          <w:szCs w:val="24"/>
        </w:rPr>
        <w:t>Healing through human connection also means acknowledging the deep wounds that people carry—wounds that are not always visible. The trauma of abduction, the shame of retaliation, the helplessness of being born into conflict—all these are present when people gather to talk. That is why dialogue must be accompanied by empathy. Not just listening, but hearing. Not just nodding, but understanding.</w:t>
      </w:r>
    </w:p>
    <w:p w:rsidR="00823498" w:rsidRPr="00936675" w:rsidRDefault="00823498" w:rsidP="00823498">
      <w:pPr>
        <w:spacing w:line="360" w:lineRule="auto"/>
        <w:jc w:val="both"/>
        <w:rPr>
          <w:rFonts w:cs="Times New Roman"/>
          <w:szCs w:val="24"/>
        </w:rPr>
      </w:pPr>
      <w:r w:rsidRPr="00936675">
        <w:rPr>
          <w:rFonts w:cs="Times New Roman"/>
          <w:szCs w:val="24"/>
        </w:rPr>
        <w:t xml:space="preserve">In Greater Jonglei and Murle ethnic group, many of the most transformative dialogues have happened not through official platforms, but through informal gatherings—spontaneous meetings led by spiritual leaders, women’s groups, returnees, and former fighters. When a prophet calls for a week of repentance and prayer, the community comes not just to kneel, but to speak. When a mother’s union in Akobo gathers women across counties to mourn </w:t>
      </w:r>
      <w:r w:rsidRPr="00936675">
        <w:rPr>
          <w:rFonts w:cs="Times New Roman"/>
          <w:szCs w:val="24"/>
        </w:rPr>
        <w:lastRenderedPageBreak/>
        <w:t>their lost children, what starts as lament often ends as unity. When a youth leader dares to question the morality of revenge in front of his peers, he is not just challenging them—he is inviting them to choose life over death.</w:t>
      </w:r>
    </w:p>
    <w:p w:rsidR="00823498" w:rsidRPr="00936675" w:rsidRDefault="00823498" w:rsidP="00823498">
      <w:pPr>
        <w:spacing w:line="360" w:lineRule="auto"/>
        <w:jc w:val="both"/>
        <w:rPr>
          <w:rFonts w:cs="Times New Roman"/>
          <w:szCs w:val="24"/>
        </w:rPr>
      </w:pPr>
      <w:r w:rsidRPr="00936675">
        <w:rPr>
          <w:rFonts w:cs="Times New Roman"/>
          <w:szCs w:val="24"/>
        </w:rPr>
        <w:t>The healing process is fragile. There are moments when progress is undone by a single raid or killing. There are leaders who manipulate peace gatherings for political gain, or armed actors who deliberately target reconciled communities to reignite conflict. But even then, the work of healing does not stop. Because once people taste the power of human connection—once they have seen the face of the “enemy” and heard their story—they are not as easily mobilized for revenge. They have a reference point for peace.</w:t>
      </w:r>
    </w:p>
    <w:p w:rsidR="00823498" w:rsidRPr="00936675" w:rsidRDefault="00823498" w:rsidP="00823498">
      <w:pPr>
        <w:spacing w:line="360" w:lineRule="auto"/>
        <w:jc w:val="both"/>
        <w:rPr>
          <w:rFonts w:cs="Times New Roman"/>
          <w:szCs w:val="24"/>
        </w:rPr>
      </w:pPr>
      <w:r w:rsidRPr="00936675">
        <w:rPr>
          <w:rFonts w:cs="Times New Roman"/>
          <w:szCs w:val="24"/>
        </w:rPr>
        <w:t>Healing through dialogue does not mean forgetting the past. It means naming it, mourning it, learning from it—and then choosing not to be defined by it. It means recognizing the humanity in others even when history has taught us to fear them. It means finding common ground not because we agree on everything, but because we agree on the most important thing: that our children deserve a better future.</w:t>
      </w:r>
    </w:p>
    <w:p w:rsidR="00823498" w:rsidRPr="00936675" w:rsidRDefault="00823498" w:rsidP="00823498">
      <w:pPr>
        <w:spacing w:line="360" w:lineRule="auto"/>
        <w:jc w:val="both"/>
        <w:rPr>
          <w:rFonts w:cs="Times New Roman"/>
          <w:szCs w:val="24"/>
        </w:rPr>
      </w:pPr>
      <w:r w:rsidRPr="00936675">
        <w:rPr>
          <w:rFonts w:cs="Times New Roman"/>
          <w:szCs w:val="24"/>
        </w:rPr>
        <w:t>In the long journey toward sustainable peace, community dialogues offer us a compass. Not a shortcut, but a direction. They remind us that before peace becomes a policy or a signed agreement, it must first become a conversation—rooted in courage, guided by memory, and nurtured by our shared humanity.</w:t>
      </w:r>
    </w:p>
    <w:p w:rsidR="00823498" w:rsidRPr="00936675" w:rsidRDefault="00823498" w:rsidP="00823498">
      <w:pPr>
        <w:spacing w:line="360" w:lineRule="auto"/>
        <w:jc w:val="both"/>
        <w:rPr>
          <w:rFonts w:cs="Times New Roman"/>
          <w:szCs w:val="24"/>
        </w:rPr>
      </w:pPr>
      <w:r w:rsidRPr="00936675">
        <w:rPr>
          <w:rFonts w:cs="Times New Roman"/>
          <w:szCs w:val="24"/>
        </w:rPr>
        <w:t>Traditional Roots, Modern Urgency</w:t>
      </w:r>
    </w:p>
    <w:p w:rsidR="00823498" w:rsidRPr="00936675" w:rsidRDefault="00823498" w:rsidP="00823498">
      <w:pPr>
        <w:spacing w:line="360" w:lineRule="auto"/>
        <w:jc w:val="both"/>
        <w:rPr>
          <w:rFonts w:cs="Times New Roman"/>
          <w:szCs w:val="24"/>
        </w:rPr>
      </w:pPr>
      <w:r w:rsidRPr="00936675">
        <w:rPr>
          <w:rFonts w:cs="Times New Roman"/>
          <w:szCs w:val="24"/>
        </w:rPr>
        <w:t>Community dialogues are not new to us. Our ancestors sat under trees, beside rivers, or in the heart of cattle camps to resolve disputes long before we had peacebuilding manuals or external facilitators. They practiced dialogue in its purest form—through storytelling, prayer, and communal reflection—led by chiefs, elders, and spiritual leaders. They didn’t call it “dialogue” then. It was simply the way to live together. A way to make peace when words were all they had, and relationships were too important to lose.</w:t>
      </w:r>
    </w:p>
    <w:p w:rsidR="00823498" w:rsidRPr="00936675" w:rsidRDefault="00823498" w:rsidP="00823498">
      <w:pPr>
        <w:spacing w:line="360" w:lineRule="auto"/>
        <w:jc w:val="both"/>
        <w:rPr>
          <w:rFonts w:cs="Times New Roman"/>
          <w:szCs w:val="24"/>
        </w:rPr>
      </w:pPr>
      <w:r w:rsidRPr="00936675">
        <w:rPr>
          <w:rFonts w:cs="Times New Roman"/>
          <w:szCs w:val="24"/>
        </w:rPr>
        <w:t xml:space="preserve">In those times, people understood that conflict was part of life—but so was healing. Elders took their time. They didn’t rush to declare winners or losers. They listened. They remembered. They reminded people of shared histories, intermarriages, past alliances, and </w:t>
      </w:r>
      <w:r w:rsidRPr="00936675">
        <w:rPr>
          <w:rFonts w:cs="Times New Roman"/>
          <w:szCs w:val="24"/>
        </w:rPr>
        <w:lastRenderedPageBreak/>
        <w:t>the deeper meaning of being neighbors. A conflict over cattle was never just about cattle. It was about pride, livelihood, and survival—and they knew how to navigate that complexity with humility and care. Forgiveness wasn’t just expected—it was sacred. Rituals like the slaughtering of a ram, or pouring water on the ground, were part of sealing peace. And when an agreement was made, it wasn’t written on paper. It was written on hearts.</w:t>
      </w:r>
    </w:p>
    <w:p w:rsidR="00823498" w:rsidRPr="00936675" w:rsidRDefault="00823498" w:rsidP="00823498">
      <w:pPr>
        <w:spacing w:line="360" w:lineRule="auto"/>
        <w:jc w:val="both"/>
        <w:rPr>
          <w:rFonts w:cs="Times New Roman"/>
          <w:szCs w:val="24"/>
        </w:rPr>
      </w:pPr>
      <w:r w:rsidRPr="00936675">
        <w:rPr>
          <w:rFonts w:cs="Times New Roman"/>
          <w:szCs w:val="24"/>
        </w:rPr>
        <w:t>But today, something has changed. The South Sudan we live in now is not the one our forefathers knew. The structures that once held us together have been shaken by decades of war, displacement, and political interference. What makes dialogue today so urgent—and so different—is that we’re trying to revive something old in the face of something dangerously new.</w:t>
      </w:r>
    </w:p>
    <w:p w:rsidR="00823498" w:rsidRPr="00936675" w:rsidRDefault="00823498" w:rsidP="00823498">
      <w:pPr>
        <w:spacing w:line="360" w:lineRule="auto"/>
        <w:jc w:val="both"/>
        <w:rPr>
          <w:rFonts w:cs="Times New Roman"/>
          <w:szCs w:val="24"/>
        </w:rPr>
      </w:pPr>
      <w:r w:rsidRPr="00936675">
        <w:rPr>
          <w:rFonts w:cs="Times New Roman"/>
          <w:szCs w:val="24"/>
        </w:rPr>
        <w:t>We’re not just facing disputes between clans. We’re confronting the weaponization of ethnicity, the deep scars of child abduction, the rise of revenge as a norm, and the silence of a generation that has only known war. In this reality, traditional dialogue alone isn’t enough. It must evolve. It must respond to wounds our ancestors never imagined.</w:t>
      </w:r>
    </w:p>
    <w:p w:rsidR="00823498" w:rsidRPr="00936675" w:rsidRDefault="00823498" w:rsidP="00823498">
      <w:pPr>
        <w:spacing w:line="360" w:lineRule="auto"/>
        <w:jc w:val="both"/>
        <w:rPr>
          <w:rFonts w:cs="Times New Roman"/>
          <w:szCs w:val="24"/>
        </w:rPr>
      </w:pPr>
      <w:r w:rsidRPr="00936675">
        <w:rPr>
          <w:rFonts w:cs="Times New Roman"/>
          <w:szCs w:val="24"/>
        </w:rPr>
        <w:t>One of the biggest changes is the role of spiritual leaders. In the past, they were seen as seers, prayer warriors, or guardians of moral order. Today, their influence goes far beyond the church or the shrine. They shape how communities think, how youth mobilize, and even how people understand revenge or justice. In many places, a prophet’s word holds more power than a politician’s decree. When spiritual leaders speak for peace, entire villages listen. When they call for war, youth prepare. This power is both a gift and a danger—and it must be channeled wisely. That’s why we now bring spiritual leaders into dialogue spaces not as observers, but as key participants. Their presence can calm storms or stir them. We must walk that path carefully.</w:t>
      </w:r>
    </w:p>
    <w:p w:rsidR="00823498" w:rsidRPr="00936675" w:rsidRDefault="00823498" w:rsidP="00823498">
      <w:pPr>
        <w:spacing w:line="360" w:lineRule="auto"/>
        <w:jc w:val="both"/>
        <w:rPr>
          <w:rFonts w:cs="Times New Roman"/>
          <w:szCs w:val="24"/>
        </w:rPr>
      </w:pPr>
      <w:r w:rsidRPr="00936675">
        <w:rPr>
          <w:rFonts w:cs="Times New Roman"/>
          <w:szCs w:val="24"/>
        </w:rPr>
        <w:t xml:space="preserve">Another urgent shift is the reality of armed youth. The young men we see today are not like the youth of the past. Many of them grew up in displacement, raised in broken homes, hardened by survival. They were born into conflict, taught to seek justice through retaliation, and handed rifles instead of pens. The elders who once commanded respect are sometimes seen as irrelevant or compromised. Chiefs are no longer neutral—they are often </w:t>
      </w:r>
      <w:r w:rsidRPr="00936675">
        <w:rPr>
          <w:rFonts w:cs="Times New Roman"/>
          <w:szCs w:val="24"/>
        </w:rPr>
        <w:lastRenderedPageBreak/>
        <w:t>caught in political games. In this context, dialogue must adapt. We can’t expect youth to come to the circle just because we asked them. We have to meet them where they are—emotionally, psychologically, and spiritually.</w:t>
      </w:r>
    </w:p>
    <w:p w:rsidR="00823498" w:rsidRPr="00936675" w:rsidRDefault="00823498" w:rsidP="00823498">
      <w:pPr>
        <w:spacing w:line="360" w:lineRule="auto"/>
        <w:jc w:val="both"/>
        <w:rPr>
          <w:rFonts w:cs="Times New Roman"/>
          <w:szCs w:val="24"/>
        </w:rPr>
      </w:pPr>
      <w:r w:rsidRPr="00936675">
        <w:rPr>
          <w:rFonts w:cs="Times New Roman"/>
          <w:szCs w:val="24"/>
        </w:rPr>
        <w:t>Modern community dialogues must be more inclusive, more flexible, and more grounded in real listening. We have learned that youth need spaces where they are not blamed but heard. Where they can speak not just about raids or revenge, but about the pain of growing up without choices. They carry trauma, and until that trauma is named, they will carry it into the next cycle of violence.</w:t>
      </w:r>
    </w:p>
    <w:p w:rsidR="00823498" w:rsidRPr="00936675" w:rsidRDefault="00823498" w:rsidP="00823498">
      <w:pPr>
        <w:spacing w:line="360" w:lineRule="auto"/>
        <w:jc w:val="both"/>
        <w:rPr>
          <w:rFonts w:cs="Times New Roman"/>
          <w:szCs w:val="24"/>
        </w:rPr>
      </w:pPr>
      <w:r w:rsidRPr="00936675">
        <w:rPr>
          <w:rFonts w:cs="Times New Roman"/>
          <w:szCs w:val="24"/>
        </w:rPr>
        <w:t>Women, too, have become central to these conversations. In the past, they were rarely at the front of dialogue tables. But today, their stories carry the weight of truth. They speak not only of loss, but of resilience. They are mothers of the abducted, wives of the slain, and peacekeepers in the home. When women from Akobo, Pibor, and Ayod sit together and cry over shared grief, they are not just mourning—they are forging peace.</w:t>
      </w:r>
    </w:p>
    <w:p w:rsidR="00823498" w:rsidRPr="00936675" w:rsidRDefault="00823498" w:rsidP="00823498">
      <w:pPr>
        <w:spacing w:line="360" w:lineRule="auto"/>
        <w:jc w:val="both"/>
        <w:rPr>
          <w:rFonts w:cs="Times New Roman"/>
          <w:szCs w:val="24"/>
        </w:rPr>
      </w:pPr>
      <w:r w:rsidRPr="00936675">
        <w:rPr>
          <w:rFonts w:cs="Times New Roman"/>
          <w:szCs w:val="24"/>
        </w:rPr>
        <w:t>At the same time, we must acknowledge how external factors complicate internal efforts. Politics often manipulates identities. Armed actors exploit local grievances. And some peace initiatives are rushed, lacking the spiritual and cultural depth that real healing requires. Traditional dialogue cannot survive in isolation anymore. It must be connected to justice systems, trauma healing, disarmament, and livelihood opportunities. Otherwise, it becomes a beautiful song sung into the wind.</w:t>
      </w:r>
    </w:p>
    <w:p w:rsidR="00823498" w:rsidRPr="00936675" w:rsidRDefault="00823498" w:rsidP="00823498">
      <w:pPr>
        <w:spacing w:line="360" w:lineRule="auto"/>
        <w:jc w:val="both"/>
        <w:rPr>
          <w:rFonts w:cs="Times New Roman"/>
          <w:szCs w:val="24"/>
        </w:rPr>
      </w:pPr>
      <w:r w:rsidRPr="00936675">
        <w:rPr>
          <w:rFonts w:cs="Times New Roman"/>
          <w:szCs w:val="24"/>
        </w:rPr>
        <w:t>Still, despite all these challenges, I believe in dialogue. I believe in it not because it is easy, but because it is rooted in who we are. Our people are storytellers. We believe in truth spoken face to face, not shouted from afar. We believe in elders sitting under trees, not just officials sitting behind desks. We believe that even when blood has been spilled, reconciliation is still possible—if we are willing to speak, to listen, and to forgive.</w:t>
      </w:r>
    </w:p>
    <w:p w:rsidR="00823498" w:rsidRPr="00936675" w:rsidRDefault="00823498" w:rsidP="00823498">
      <w:pPr>
        <w:spacing w:line="360" w:lineRule="auto"/>
        <w:jc w:val="both"/>
        <w:rPr>
          <w:rFonts w:cs="Times New Roman"/>
          <w:szCs w:val="24"/>
        </w:rPr>
      </w:pPr>
      <w:r w:rsidRPr="00936675">
        <w:rPr>
          <w:rFonts w:cs="Times New Roman"/>
          <w:szCs w:val="24"/>
        </w:rPr>
        <w:t>Today’s urgency does not call us to abandon our roots. It calls us to strengthen them. But we must also water those roots with new understanding. We must be honest about the pain of our people and brave enough to change the way we engage. Dialogue now needs facilitators who understand trauma, elders who can admit when they need help, and youth who are invited not just to attend—but to lead.</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In the end, community dialogue in this generation is not just about solving disputes. It is about reclaiming our identity. It is about reminding ourselves and our children that we are more than victims of war—we are a people of wisdom, resilience, and deep moral strength. We are the sons and daughters of those who made peace without courts, who forgave even when it hurt, and who never gave up on each other.</w:t>
      </w:r>
    </w:p>
    <w:p w:rsidR="00823498" w:rsidRPr="00936675" w:rsidRDefault="00823498" w:rsidP="00823498">
      <w:pPr>
        <w:spacing w:line="360" w:lineRule="auto"/>
        <w:jc w:val="both"/>
        <w:rPr>
          <w:rFonts w:cs="Times New Roman"/>
          <w:szCs w:val="24"/>
        </w:rPr>
      </w:pPr>
      <w:r w:rsidRPr="00936675">
        <w:rPr>
          <w:rFonts w:cs="Times New Roman"/>
          <w:szCs w:val="24"/>
        </w:rPr>
        <w:t>So today, as we gather under trees once again—this time with notebooks and microphones beside our spears and songs—we are not repeating the past. We are honoring it. And in doing so, we are building a future our ancestors would be proud of.</w:t>
      </w:r>
    </w:p>
    <w:p w:rsidR="00823498" w:rsidRPr="00936675" w:rsidRDefault="00823498" w:rsidP="00823498">
      <w:pPr>
        <w:spacing w:line="360" w:lineRule="auto"/>
        <w:jc w:val="both"/>
        <w:rPr>
          <w:rFonts w:cs="Times New Roman"/>
          <w:szCs w:val="24"/>
        </w:rPr>
      </w:pPr>
      <w:r w:rsidRPr="00936675">
        <w:rPr>
          <w:rFonts w:cs="Times New Roman"/>
          <w:szCs w:val="24"/>
        </w:rPr>
        <w:t>Thuokrikna: Where Dialogue Became Defiance</w:t>
      </w:r>
    </w:p>
    <w:p w:rsidR="00823498" w:rsidRPr="00936675" w:rsidRDefault="00823498" w:rsidP="00823498">
      <w:pPr>
        <w:spacing w:line="360" w:lineRule="auto"/>
        <w:jc w:val="both"/>
        <w:rPr>
          <w:rFonts w:cs="Times New Roman"/>
          <w:szCs w:val="24"/>
        </w:rPr>
      </w:pPr>
      <w:r w:rsidRPr="00936675">
        <w:rPr>
          <w:rFonts w:cs="Times New Roman"/>
          <w:szCs w:val="24"/>
        </w:rPr>
        <w:t>Thuokrikna is not just a village—it is a testimony. A patch of earth nestled in Ayod County, far from the halls of political power or the bright lights of diplomacy, yet closer to the raw heart of what peace truly means. It was in Thuokrikna that dialogue shed its ceremonial clothing and became something deeper—an act of defiance against violence, revenge, and generational trauma.</w:t>
      </w:r>
    </w:p>
    <w:p w:rsidR="00823498" w:rsidRPr="00936675" w:rsidRDefault="00823498" w:rsidP="00823498">
      <w:pPr>
        <w:spacing w:line="360" w:lineRule="auto"/>
        <w:jc w:val="both"/>
        <w:rPr>
          <w:rFonts w:cs="Times New Roman"/>
          <w:szCs w:val="24"/>
        </w:rPr>
      </w:pPr>
      <w:r w:rsidRPr="00936675">
        <w:rPr>
          <w:rFonts w:cs="Times New Roman"/>
          <w:szCs w:val="24"/>
        </w:rPr>
        <w:t>For years, the Lou and Gawaar Nuer ethnic group communities lived in strained silence. Their shared history—once filled with marriage alliances, joint cattle migrations, and seasonal harmony—was nearly buried beneath bloodshed. Retaliatory raids, gun battles, and youth mobilizations had turned neighbors into adversaries. Prophets preached both peace and punishment. Chiefs were paralyzed between custom and crisis. Women mourned sons they had not buried. Youth found identity in weapons instead of wisdom. In that environment, the idea of dialogue itself was risky—if not radical.</w:t>
      </w:r>
    </w:p>
    <w:p w:rsidR="00823498" w:rsidRPr="00936675" w:rsidRDefault="00823498" w:rsidP="00823498">
      <w:pPr>
        <w:spacing w:line="360" w:lineRule="auto"/>
        <w:jc w:val="both"/>
        <w:rPr>
          <w:rFonts w:cs="Times New Roman"/>
          <w:szCs w:val="24"/>
        </w:rPr>
      </w:pPr>
      <w:r w:rsidRPr="00936675">
        <w:rPr>
          <w:rFonts w:cs="Times New Roman"/>
          <w:szCs w:val="24"/>
        </w:rPr>
        <w:t>And yet, they came.</w:t>
      </w:r>
    </w:p>
    <w:p w:rsidR="00823498" w:rsidRPr="00936675" w:rsidRDefault="00823498" w:rsidP="00823498">
      <w:pPr>
        <w:spacing w:line="360" w:lineRule="auto"/>
        <w:jc w:val="both"/>
        <w:rPr>
          <w:rFonts w:cs="Times New Roman"/>
          <w:szCs w:val="24"/>
        </w:rPr>
      </w:pPr>
      <w:r w:rsidRPr="00936675">
        <w:rPr>
          <w:rFonts w:cs="Times New Roman"/>
          <w:szCs w:val="24"/>
        </w:rPr>
        <w:t>Under the leadership of Prophet Makuach Tut Jok, and with support from community peace actors, spiritual elders, and local facilitators, the people of Lou and Gawaar agreed to meet—not to fight, not to accuse, but to speak. The location? Thuokrikna. A name that, until then, meant little to the outside world but carried heavy memories for those who knew it.</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Thuokrikna became more than a venue; it became a symbol. A place where people chose to talk instead of retaliate. A place where silence gave way to lament, and lament gave way to shared resolve. For six days, the Gawaar and Lou sat together under trees scorched by seasons of neglect and listened—not only to each other, but to themselves. They listened to stories of children abducted, of elders humiliated, of cows taken, and of young lives destroyed before they had even begun.</w:t>
      </w:r>
    </w:p>
    <w:p w:rsidR="00823498" w:rsidRPr="00936675" w:rsidRDefault="00823498" w:rsidP="00823498">
      <w:pPr>
        <w:spacing w:line="360" w:lineRule="auto"/>
        <w:jc w:val="both"/>
        <w:rPr>
          <w:rFonts w:cs="Times New Roman"/>
          <w:szCs w:val="24"/>
        </w:rPr>
      </w:pPr>
      <w:r w:rsidRPr="00936675">
        <w:rPr>
          <w:rFonts w:cs="Times New Roman"/>
          <w:szCs w:val="24"/>
        </w:rPr>
        <w:t>But they also remembered.</w:t>
      </w:r>
    </w:p>
    <w:p w:rsidR="00823498" w:rsidRPr="00936675" w:rsidRDefault="00823498" w:rsidP="00823498">
      <w:pPr>
        <w:spacing w:line="360" w:lineRule="auto"/>
        <w:jc w:val="both"/>
        <w:rPr>
          <w:rFonts w:cs="Times New Roman"/>
          <w:szCs w:val="24"/>
        </w:rPr>
      </w:pPr>
      <w:r w:rsidRPr="00936675">
        <w:rPr>
          <w:rFonts w:cs="Times New Roman"/>
          <w:szCs w:val="24"/>
        </w:rPr>
        <w:t>They remembered the days when Lou and Gawaar youth wrestled together in traditional competitions, when clans shared bulls to cement alliances, when prophets walked freely between villages to offer blessings. This memory was not nostalgic—it was political. It was a reminder that the enmity between them was not inevitable. It was constructed, layer by layer, year by year, as justice was denied, arms flowed freely, and political actors failed to protect their own people.</w:t>
      </w:r>
    </w:p>
    <w:p w:rsidR="00823498" w:rsidRPr="00936675" w:rsidRDefault="00823498" w:rsidP="00823498">
      <w:pPr>
        <w:spacing w:line="360" w:lineRule="auto"/>
        <w:jc w:val="both"/>
        <w:rPr>
          <w:rFonts w:cs="Times New Roman"/>
          <w:szCs w:val="24"/>
        </w:rPr>
      </w:pPr>
      <w:r w:rsidRPr="00936675">
        <w:rPr>
          <w:rFonts w:cs="Times New Roman"/>
          <w:szCs w:val="24"/>
        </w:rPr>
        <w:t>What happened in Thuokrikna was not just a peace meeting—it was a rebellion against hopelessness. It was elders saying, "We remember a different way." It was women declaring, "We are tired of burying our children." It was youth, some of them former raiders, saying, "We want more than this life of vengeance."</w:t>
      </w:r>
    </w:p>
    <w:p w:rsidR="00823498" w:rsidRPr="00936675" w:rsidRDefault="00823498" w:rsidP="00823498">
      <w:pPr>
        <w:spacing w:line="360" w:lineRule="auto"/>
        <w:jc w:val="both"/>
        <w:rPr>
          <w:rFonts w:cs="Times New Roman"/>
          <w:szCs w:val="24"/>
        </w:rPr>
      </w:pPr>
      <w:r w:rsidRPr="00936675">
        <w:rPr>
          <w:rFonts w:cs="Times New Roman"/>
          <w:szCs w:val="24"/>
        </w:rPr>
        <w:t>The presence of Prophet Makuach Tut Jok was crucial. His role was not just spiritual; it was restorative. His voice, echoing with scripture and ancestral authority, carried the moral weight necessary to hold the fragile space together. When he called for spiritual cleansing, it was not symbolic—it was strategic. He invoked sacred rituals not only to heal, but to bind. To remind the people that forgiveness is not weakness, and that peace is a commandment, not a suggestion.</w:t>
      </w:r>
    </w:p>
    <w:p w:rsidR="00823498" w:rsidRPr="00936675" w:rsidRDefault="00823498" w:rsidP="00823498">
      <w:pPr>
        <w:spacing w:line="360" w:lineRule="auto"/>
        <w:jc w:val="both"/>
        <w:rPr>
          <w:rFonts w:cs="Times New Roman"/>
          <w:szCs w:val="24"/>
        </w:rPr>
      </w:pPr>
      <w:r w:rsidRPr="00936675">
        <w:rPr>
          <w:rFonts w:cs="Times New Roman"/>
          <w:szCs w:val="24"/>
        </w:rPr>
        <w:t>During the final sessions, something remarkable happened. Chiefs from both sides stood—not as opponents, but as representatives of a shared future. They shook hands. They exchanged blessings. They pledged to carry the message back to their youth, back to their payams, back to the armed camps where revenge was still simmering. And they signed a community peace agreement—not dictated by Juba or by foreigners, but drafted by themselves, in their own words, in their own voice.</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What made Thuokrikna unique was not just the outcome—it was the process. There were no incentives offered. No food distributions. No security guarantees. Just trust, and the risky hope that people who had harmed each other could still hear each other. And they did.</w:t>
      </w:r>
    </w:p>
    <w:p w:rsidR="00823498" w:rsidRPr="00936675" w:rsidRDefault="00823498" w:rsidP="00823498">
      <w:pPr>
        <w:spacing w:line="360" w:lineRule="auto"/>
        <w:jc w:val="both"/>
        <w:rPr>
          <w:rFonts w:cs="Times New Roman"/>
          <w:szCs w:val="24"/>
        </w:rPr>
      </w:pPr>
      <w:r w:rsidRPr="00936675">
        <w:rPr>
          <w:rFonts w:cs="Times New Roman"/>
          <w:szCs w:val="24"/>
        </w:rPr>
        <w:t>In the weeks that followed, reports came in: youth from both communities began returning abducted children. Cross-border cattle movement resumed under negotiated agreements. Women initiated inter-county prayer sessions. Even spiritual leaders from neighboring counties requested to replicate the Thuokrikna model in their own conflict-prone areas.</w:t>
      </w:r>
    </w:p>
    <w:p w:rsidR="00823498" w:rsidRPr="00936675" w:rsidRDefault="00823498" w:rsidP="00823498">
      <w:pPr>
        <w:spacing w:line="360" w:lineRule="auto"/>
        <w:jc w:val="both"/>
        <w:rPr>
          <w:rFonts w:cs="Times New Roman"/>
          <w:szCs w:val="24"/>
        </w:rPr>
      </w:pPr>
      <w:r w:rsidRPr="00936675">
        <w:rPr>
          <w:rFonts w:cs="Times New Roman"/>
          <w:szCs w:val="24"/>
        </w:rPr>
        <w:t>But perhaps the most powerful outcome was the message it sent: dialogue, in its truest form, is defiance. It is saying no to the status quo. It is standing against the cycle of violence not with arms, but with memory, with presence, and with vulnerability.</w:t>
      </w:r>
    </w:p>
    <w:p w:rsidR="00823498" w:rsidRPr="00936675" w:rsidRDefault="00823498" w:rsidP="00823498">
      <w:pPr>
        <w:spacing w:line="360" w:lineRule="auto"/>
        <w:jc w:val="both"/>
        <w:rPr>
          <w:rFonts w:cs="Times New Roman"/>
          <w:szCs w:val="24"/>
        </w:rPr>
      </w:pPr>
      <w:r w:rsidRPr="00936675">
        <w:rPr>
          <w:rFonts w:cs="Times New Roman"/>
          <w:szCs w:val="24"/>
        </w:rPr>
        <w:t>Thuokrikna remains a rural settlement, without paved roads or political visibility. But for those who were there, it now stands as a monument—a spiritual archive of what is possible when communities decide that enough is enough. In a country often reduced to its failures, Thuokrikna whispers a quiet truth: that sometimes the most profound revolutions begin not in capitals, but in corners of the land where pain meets courage, and where words heal what war has tried to destroy.</w:t>
      </w:r>
    </w:p>
    <w:p w:rsidR="00823498" w:rsidRPr="00936675" w:rsidRDefault="00823498" w:rsidP="00823498">
      <w:pPr>
        <w:spacing w:line="360" w:lineRule="auto"/>
        <w:jc w:val="both"/>
        <w:rPr>
          <w:rFonts w:cs="Times New Roman"/>
          <w:szCs w:val="24"/>
        </w:rPr>
      </w:pPr>
      <w:r w:rsidRPr="00936675">
        <w:rPr>
          <w:rFonts w:cs="Times New Roman"/>
          <w:szCs w:val="24"/>
        </w:rPr>
        <w:t>In the end, Thuokrikna did not fix everything. Raids still occur. Revenge still lingers. The forces of division are still active. But the people who sat together under its trees planted something. A seed of defiance. A seed of healing. And they left us with a challenge: to carry that seed forward, into every corner of South Sudan where hope has been buried.</w:t>
      </w:r>
    </w:p>
    <w:p w:rsidR="00823498" w:rsidRPr="00936675" w:rsidRDefault="00823498" w:rsidP="00786C80">
      <w:pPr>
        <w:pStyle w:val="Heading2"/>
      </w:pPr>
      <w:r w:rsidRPr="00936675">
        <w:t>A Meeting Under Trees, Not in Halls</w:t>
      </w:r>
    </w:p>
    <w:p w:rsidR="00823498" w:rsidRPr="00936675" w:rsidRDefault="00823498" w:rsidP="00823498">
      <w:pPr>
        <w:spacing w:line="360" w:lineRule="auto"/>
        <w:jc w:val="both"/>
        <w:rPr>
          <w:rFonts w:cs="Times New Roman"/>
          <w:szCs w:val="24"/>
        </w:rPr>
      </w:pPr>
      <w:r w:rsidRPr="00936675">
        <w:rPr>
          <w:rFonts w:cs="Times New Roman"/>
          <w:szCs w:val="24"/>
        </w:rPr>
        <w:t>In March 2025, we convened a community peace dialogue in Thuokrikna, a quiet settlement in Ayod County, deep in the heart of Gawaar territory. This was not a typical meeting—not by format, not by spirit, and not by outcome. There were no hotel rooms, no microphones, no official banners. There were only trees to shelter us from the heat, dust rising from the ground, and hearts burdened by decades of conflict.</w:t>
      </w:r>
    </w:p>
    <w:p w:rsidR="00823498" w:rsidRPr="00936675" w:rsidRDefault="00823498" w:rsidP="00823498">
      <w:pPr>
        <w:spacing w:line="360" w:lineRule="auto"/>
        <w:jc w:val="both"/>
        <w:rPr>
          <w:rFonts w:cs="Times New Roman"/>
          <w:szCs w:val="24"/>
        </w:rPr>
      </w:pPr>
      <w:r w:rsidRPr="00936675">
        <w:rPr>
          <w:rFonts w:cs="Times New Roman"/>
          <w:szCs w:val="24"/>
        </w:rPr>
        <w:t>Yet under those trees, something sacred unfolded.</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The dialogue brought together elders, chiefs, women, and youth from both the Gawaar and Lou Nuer ethnic group communities—two brotherly groups who share bloodlines, language, and land, but who had become estranged by years of cattle raids, revenge killings, and deepening mistrust. Every raid triggered a counter-raid. Every death opened an old wound. And in the silence that followed each act of violence, bitterness took root.</w:t>
      </w:r>
    </w:p>
    <w:p w:rsidR="00823498" w:rsidRPr="00936675" w:rsidRDefault="00823498" w:rsidP="00823498">
      <w:pPr>
        <w:spacing w:line="360" w:lineRule="auto"/>
        <w:jc w:val="both"/>
        <w:rPr>
          <w:rFonts w:cs="Times New Roman"/>
          <w:szCs w:val="24"/>
        </w:rPr>
      </w:pPr>
      <w:r w:rsidRPr="00936675">
        <w:rPr>
          <w:rFonts w:cs="Times New Roman"/>
          <w:szCs w:val="24"/>
        </w:rPr>
        <w:t>This gathering was different. It was convened under the spiritual guidance of Prophet Makuach Tut Jok, a highly revered spiritual leader whose influence transcended clans. His presence did not simply bless the meeting—it gave it gravity. He spoke not as a politician, but as a voice of conscience. He reminded everyone that vengeance does not heal, and that clinging to hate only gives birth to more suffering. Peace, he said, must begin in the heart before it can reach the community.</w:t>
      </w:r>
    </w:p>
    <w:p w:rsidR="00823498" w:rsidRPr="00936675" w:rsidRDefault="00823498" w:rsidP="00823498">
      <w:pPr>
        <w:spacing w:line="360" w:lineRule="auto"/>
        <w:jc w:val="both"/>
        <w:rPr>
          <w:rFonts w:cs="Times New Roman"/>
          <w:szCs w:val="24"/>
        </w:rPr>
      </w:pPr>
      <w:r w:rsidRPr="00936675">
        <w:rPr>
          <w:rFonts w:cs="Times New Roman"/>
          <w:szCs w:val="24"/>
        </w:rPr>
        <w:t>We did not gather in a grand hall, but under acacia trees—humble, grounded, open to the sky. There were no protocols, no formalities. People sat on logs, mats, or the bare ground. They spoke in turns, not by agenda, but as the spirit led. Chiefs recalled times of inter-clan grazing and traditional dances shared by the two communities. Women told stories of lost children—some abducted, others killed. Youth, many of them born after the last ceasefire, spoke with longing: not just for justice, but for a future not ruled by the gun.</w:t>
      </w:r>
    </w:p>
    <w:p w:rsidR="00823498" w:rsidRPr="00936675" w:rsidRDefault="00823498" w:rsidP="00823498">
      <w:pPr>
        <w:spacing w:line="360" w:lineRule="auto"/>
        <w:jc w:val="both"/>
        <w:rPr>
          <w:rFonts w:cs="Times New Roman"/>
          <w:szCs w:val="24"/>
        </w:rPr>
      </w:pPr>
      <w:r w:rsidRPr="00936675">
        <w:rPr>
          <w:rFonts w:cs="Times New Roman"/>
          <w:szCs w:val="24"/>
        </w:rPr>
        <w:t>The setting itself shaped the spirit of the dialogue. Meeting under trees—as our ancestors did—reminded everyone that peace comes not from power or politics, but from people who choose it. Beneath those branches, status faded. Everyone became equal: wounded, tired, but willing to listen.</w:t>
      </w:r>
    </w:p>
    <w:p w:rsidR="00823498" w:rsidRPr="00936675" w:rsidRDefault="00823498" w:rsidP="00823498">
      <w:pPr>
        <w:spacing w:line="360" w:lineRule="auto"/>
        <w:jc w:val="both"/>
        <w:rPr>
          <w:rFonts w:cs="Times New Roman"/>
          <w:szCs w:val="24"/>
        </w:rPr>
      </w:pPr>
      <w:r w:rsidRPr="00936675">
        <w:rPr>
          <w:rFonts w:cs="Times New Roman"/>
          <w:szCs w:val="24"/>
        </w:rPr>
        <w:t>We created space for spiritual reflection as well. Prophet Makuach led cleansing prayers, calling for the community to enter a season of repentance, humility, and healing. And on the final day, in a powerful and symbolic act, he sacrificed a bull—a ritual of spiritual sealing, calling an end to the misfortunes suffered by both the Gawaar and Lou communities. In South Sudanese tradition, such an act is no mere formality. It marks a turning point. It says: “Let the blood stop here.”</w:t>
      </w:r>
    </w:p>
    <w:p w:rsidR="00823498" w:rsidRPr="00936675" w:rsidRDefault="00823498" w:rsidP="00823498">
      <w:pPr>
        <w:spacing w:line="360" w:lineRule="auto"/>
        <w:jc w:val="both"/>
        <w:rPr>
          <w:rFonts w:cs="Times New Roman"/>
          <w:szCs w:val="24"/>
        </w:rPr>
      </w:pPr>
      <w:r w:rsidRPr="00936675">
        <w:rPr>
          <w:rFonts w:cs="Times New Roman"/>
          <w:szCs w:val="24"/>
        </w:rPr>
        <w:t xml:space="preserve">There was no written agreement signed. No document was drawn up, no signatures exchanged. But what was offered in that space was more powerful than paper—it was </w:t>
      </w:r>
      <w:r w:rsidRPr="00936675">
        <w:rPr>
          <w:rFonts w:cs="Times New Roman"/>
          <w:szCs w:val="24"/>
        </w:rPr>
        <w:lastRenderedPageBreak/>
        <w:t>commitment spoken aloud, witnessed by the community, and sealed through sacrifice. It was the kind of agreement that lives not in files but in hearts.</w:t>
      </w:r>
    </w:p>
    <w:p w:rsidR="00823498" w:rsidRPr="00936675" w:rsidRDefault="00823498" w:rsidP="00823498">
      <w:pPr>
        <w:spacing w:line="360" w:lineRule="auto"/>
        <w:jc w:val="both"/>
        <w:rPr>
          <w:rFonts w:cs="Times New Roman"/>
          <w:szCs w:val="24"/>
        </w:rPr>
      </w:pPr>
      <w:r w:rsidRPr="00936675">
        <w:rPr>
          <w:rFonts w:cs="Times New Roman"/>
          <w:szCs w:val="24"/>
        </w:rPr>
        <w:t>Prophet Makuach’s final words to the assembly were simple and unforgettable:</w:t>
      </w:r>
    </w:p>
    <w:p w:rsidR="00823498" w:rsidRPr="00936675" w:rsidRDefault="00823498" w:rsidP="00823498">
      <w:pPr>
        <w:spacing w:line="360" w:lineRule="auto"/>
        <w:jc w:val="both"/>
        <w:rPr>
          <w:rFonts w:cs="Times New Roman"/>
          <w:szCs w:val="24"/>
        </w:rPr>
      </w:pPr>
      <w:r w:rsidRPr="00936675">
        <w:rPr>
          <w:rFonts w:cs="Times New Roman"/>
          <w:szCs w:val="24"/>
        </w:rPr>
        <w:t>“If we don’t make peace now, we are making life harder for our children.”</w:t>
      </w:r>
    </w:p>
    <w:p w:rsidR="00823498" w:rsidRPr="00936675" w:rsidRDefault="00823498" w:rsidP="00823498">
      <w:pPr>
        <w:spacing w:line="360" w:lineRule="auto"/>
        <w:jc w:val="both"/>
        <w:rPr>
          <w:rFonts w:cs="Times New Roman"/>
          <w:szCs w:val="24"/>
        </w:rPr>
      </w:pPr>
      <w:r w:rsidRPr="00936675">
        <w:rPr>
          <w:rFonts w:cs="Times New Roman"/>
          <w:szCs w:val="24"/>
        </w:rPr>
        <w:t>It was a phrase that traveled far beyond Thuokrikna. It echoed in cattle camps, churches, homes, and migration corridors. It captured the urgency of the moment. It was no longer about who started what, or who lost more. It was about choosing to stop the pain from being passed to the next generation.</w:t>
      </w:r>
    </w:p>
    <w:p w:rsidR="00823498" w:rsidRPr="00936675" w:rsidRDefault="00823498" w:rsidP="00823498">
      <w:pPr>
        <w:spacing w:line="360" w:lineRule="auto"/>
        <w:jc w:val="both"/>
        <w:rPr>
          <w:rFonts w:cs="Times New Roman"/>
          <w:szCs w:val="24"/>
        </w:rPr>
      </w:pPr>
      <w:r w:rsidRPr="00936675">
        <w:rPr>
          <w:rFonts w:cs="Times New Roman"/>
          <w:szCs w:val="24"/>
        </w:rPr>
        <w:t>In the days that followed, evidence of change began to surface. Abducted children were returned voluntarily. Young people from both sides began planning joint sports matches and cultural events. Chiefs arranged follow-up meetings to coordinate safe cattle movements. Women from Gawaar and Lou organized prayer groups, committed to sustaining what began in Thuokrikna.</w:t>
      </w:r>
    </w:p>
    <w:p w:rsidR="00823498" w:rsidRPr="00936675" w:rsidRDefault="00823498" w:rsidP="00823498">
      <w:pPr>
        <w:spacing w:line="360" w:lineRule="auto"/>
        <w:jc w:val="both"/>
        <w:rPr>
          <w:rFonts w:cs="Times New Roman"/>
          <w:szCs w:val="24"/>
        </w:rPr>
      </w:pPr>
      <w:r w:rsidRPr="00936675">
        <w:rPr>
          <w:rFonts w:cs="Times New Roman"/>
          <w:szCs w:val="24"/>
        </w:rPr>
        <w:t>What made that dialogue so powerful was not the absence of past pain—but the presence of humility. People came not to win arguments, but to find each other again. They came not to claim justice only for their own side, but to rebuild something shared—trust, dignity, and the hope that their children might live differently.</w:t>
      </w:r>
    </w:p>
    <w:p w:rsidR="00823498" w:rsidRPr="00936675" w:rsidRDefault="00823498" w:rsidP="00823498">
      <w:pPr>
        <w:spacing w:line="360" w:lineRule="auto"/>
        <w:jc w:val="both"/>
        <w:rPr>
          <w:rFonts w:cs="Times New Roman"/>
          <w:szCs w:val="24"/>
        </w:rPr>
      </w:pPr>
      <w:r w:rsidRPr="00936675">
        <w:rPr>
          <w:rFonts w:cs="Times New Roman"/>
          <w:szCs w:val="24"/>
        </w:rPr>
        <w:t xml:space="preserve">This was truly a meeting under trees, not in halls, because peace does not start in parliaments. It starts in places where people actually live. In the fields where cattle graze. In the homes where mothers wait. In the camps where youth choose whether to fight or to farm. It starts in villages like Thuokrikna—remote, forgotten by many, but on that </w:t>
      </w:r>
      <w:r w:rsidR="00786C80" w:rsidRPr="00936675">
        <w:rPr>
          <w:rFonts w:cs="Times New Roman"/>
          <w:szCs w:val="24"/>
        </w:rPr>
        <w:t>March Day</w:t>
      </w:r>
      <w:r w:rsidRPr="00936675">
        <w:rPr>
          <w:rFonts w:cs="Times New Roman"/>
          <w:szCs w:val="24"/>
        </w:rPr>
        <w:t>, a place where two wounded communities dared to sit together and say: enough.</w:t>
      </w:r>
    </w:p>
    <w:p w:rsidR="00823498" w:rsidRPr="00936675" w:rsidRDefault="00823498" w:rsidP="00823498">
      <w:pPr>
        <w:spacing w:line="360" w:lineRule="auto"/>
        <w:jc w:val="both"/>
        <w:rPr>
          <w:rFonts w:cs="Times New Roman"/>
          <w:szCs w:val="24"/>
        </w:rPr>
      </w:pPr>
      <w:r w:rsidRPr="00936675">
        <w:rPr>
          <w:rFonts w:cs="Times New Roman"/>
          <w:szCs w:val="24"/>
        </w:rPr>
        <w:t>They did not erase their pain. But they named it. They mourned it. And they refused to let it define their future.</w:t>
      </w:r>
    </w:p>
    <w:p w:rsidR="00823498" w:rsidRPr="00936675" w:rsidRDefault="00823498" w:rsidP="00786C80">
      <w:pPr>
        <w:pStyle w:val="Heading2"/>
      </w:pPr>
      <w:r w:rsidRPr="00936675">
        <w:t>Listening to Pain, Speaking Forgiveness</w:t>
      </w:r>
    </w:p>
    <w:p w:rsidR="00823498" w:rsidRPr="00936675" w:rsidRDefault="00823498" w:rsidP="00823498">
      <w:pPr>
        <w:spacing w:line="360" w:lineRule="auto"/>
        <w:jc w:val="both"/>
        <w:rPr>
          <w:rFonts w:cs="Times New Roman"/>
          <w:szCs w:val="24"/>
        </w:rPr>
      </w:pPr>
      <w:r w:rsidRPr="00936675">
        <w:rPr>
          <w:rFonts w:cs="Times New Roman"/>
          <w:szCs w:val="24"/>
        </w:rPr>
        <w:t xml:space="preserve">Youth from both sides had buried their friends and vowed never to forget. The wounds of raids and ambushes still throbbed in their memories. Songs of mourning had replaced songs </w:t>
      </w:r>
      <w:r w:rsidRPr="00936675">
        <w:rPr>
          <w:rFonts w:cs="Times New Roman"/>
          <w:szCs w:val="24"/>
        </w:rPr>
        <w:lastRenderedPageBreak/>
        <w:t>of celebration. In many places, chiefs had stopped speaking—their voices drowned out by gunfire and community fatigue. Spiritual leaders, too, had grown quiet, cautious not to be drawn into politics or tribal accusations.</w:t>
      </w:r>
    </w:p>
    <w:p w:rsidR="00823498" w:rsidRPr="00936675" w:rsidRDefault="00823498" w:rsidP="00823498">
      <w:pPr>
        <w:spacing w:line="360" w:lineRule="auto"/>
        <w:jc w:val="both"/>
        <w:rPr>
          <w:rFonts w:cs="Times New Roman"/>
          <w:szCs w:val="24"/>
        </w:rPr>
      </w:pPr>
      <w:r w:rsidRPr="00936675">
        <w:rPr>
          <w:rFonts w:cs="Times New Roman"/>
          <w:szCs w:val="24"/>
        </w:rPr>
        <w:t>But something shifted when we gathered beneath the wide, weathered shade of the acacia trees in Thuokrikna.</w:t>
      </w:r>
    </w:p>
    <w:p w:rsidR="00823498" w:rsidRPr="00936675" w:rsidRDefault="00823498" w:rsidP="00823498">
      <w:pPr>
        <w:spacing w:line="360" w:lineRule="auto"/>
        <w:jc w:val="both"/>
        <w:rPr>
          <w:rFonts w:cs="Times New Roman"/>
          <w:szCs w:val="24"/>
        </w:rPr>
      </w:pPr>
      <w:r w:rsidRPr="00936675">
        <w:rPr>
          <w:rFonts w:cs="Times New Roman"/>
          <w:szCs w:val="24"/>
        </w:rPr>
        <w:t>It wasn’t just another dialogue. It wasn’t another talk show of elite voices or a technical workshop full of protocols. It was raw. It was human. It was sacred. Women, elders, youth, and prophets came together—not just to speak, but to listen. They listened to pain. They listened to silence. And most importantly, they listened to each other.</w:t>
      </w:r>
    </w:p>
    <w:p w:rsidR="00823498" w:rsidRPr="00936675" w:rsidRDefault="00823498" w:rsidP="00823498">
      <w:pPr>
        <w:spacing w:line="360" w:lineRule="auto"/>
        <w:jc w:val="both"/>
        <w:rPr>
          <w:rFonts w:cs="Times New Roman"/>
          <w:szCs w:val="24"/>
        </w:rPr>
      </w:pPr>
      <w:r w:rsidRPr="00936675">
        <w:rPr>
          <w:rFonts w:cs="Times New Roman"/>
          <w:szCs w:val="24"/>
        </w:rPr>
        <w:t>One elder began by saying, “We used to graze our cattle together. We drank from the same river. What happened to us?” His voice trembled—not with anger, but with grief. A woman followed, telling of the night her son was taken during a raid. She never blamed anyone by name. She simply said, “I hope he is alive, and that someone is loving him like a mother.”</w:t>
      </w:r>
    </w:p>
    <w:p w:rsidR="00823498" w:rsidRPr="00936675" w:rsidRDefault="00823498" w:rsidP="00823498">
      <w:pPr>
        <w:spacing w:line="360" w:lineRule="auto"/>
        <w:jc w:val="both"/>
        <w:rPr>
          <w:rFonts w:cs="Times New Roman"/>
          <w:szCs w:val="24"/>
        </w:rPr>
      </w:pPr>
      <w:r w:rsidRPr="00936675">
        <w:rPr>
          <w:rFonts w:cs="Times New Roman"/>
          <w:szCs w:val="24"/>
        </w:rPr>
        <w:t>Young men from both Gawaar and Lou stood up and admitted what few dared to say before. “We carried guns because we thought there was no other way. We buried too many friends. We didn’t know how to stop.” Their words hung in the air, not as confessions of guilt, but as cries for help. They were tired—tired of vengeance, tired of always preparing for the next raid, tired of being feared and misunderstood.</w:t>
      </w:r>
    </w:p>
    <w:p w:rsidR="00823498" w:rsidRPr="00936675" w:rsidRDefault="00823498" w:rsidP="00823498">
      <w:pPr>
        <w:spacing w:line="360" w:lineRule="auto"/>
        <w:jc w:val="both"/>
        <w:rPr>
          <w:rFonts w:cs="Times New Roman"/>
          <w:szCs w:val="24"/>
        </w:rPr>
      </w:pPr>
      <w:r w:rsidRPr="00936675">
        <w:rPr>
          <w:rFonts w:cs="Times New Roman"/>
          <w:szCs w:val="24"/>
        </w:rPr>
        <w:t>Spiritual leaders spoke last. They reminded the gathering that while justice matters, mercy heals. They said peace is not forgetting the past—it is refusing to be chained by it.</w:t>
      </w:r>
    </w:p>
    <w:p w:rsidR="00823498" w:rsidRPr="00936675" w:rsidRDefault="00823498" w:rsidP="00823498">
      <w:pPr>
        <w:spacing w:line="360" w:lineRule="auto"/>
        <w:jc w:val="both"/>
        <w:rPr>
          <w:rFonts w:cs="Times New Roman"/>
          <w:szCs w:val="24"/>
        </w:rPr>
      </w:pPr>
      <w:r w:rsidRPr="00936675">
        <w:rPr>
          <w:rFonts w:cs="Times New Roman"/>
          <w:szCs w:val="24"/>
        </w:rPr>
        <w:t>Tears flowed freely. Not just from women, but from hardened youth and weathered elders. In those moments, forgiveness was not preached—it was practiced. People didn’t wait for someone else to apologize first. They let go, even when they didn’t have all the answers. They chose to speak peace into the silence.</w:t>
      </w:r>
    </w:p>
    <w:p w:rsidR="00823498" w:rsidRPr="00936675" w:rsidRDefault="00823498" w:rsidP="00823498">
      <w:pPr>
        <w:spacing w:line="360" w:lineRule="auto"/>
        <w:jc w:val="both"/>
        <w:rPr>
          <w:rFonts w:cs="Times New Roman"/>
          <w:szCs w:val="24"/>
        </w:rPr>
      </w:pPr>
      <w:r w:rsidRPr="00936675">
        <w:rPr>
          <w:rFonts w:cs="Times New Roman"/>
          <w:szCs w:val="24"/>
        </w:rPr>
        <w:t xml:space="preserve">At the climax of the dialogue, Prophet Makuach Tut Jok led a spiritual cleansing. A bull was sacrificed—not to appease anger, but to symbolically end the misfortunes that had plagued both communities. It was not an ordinary act. In South Sudanese culture, such a </w:t>
      </w:r>
      <w:r w:rsidRPr="00936675">
        <w:rPr>
          <w:rFonts w:cs="Times New Roman"/>
          <w:szCs w:val="24"/>
        </w:rPr>
        <w:lastRenderedPageBreak/>
        <w:t>sacrifice is a deep spiritual gesture. It was a message to the heavens and the earth: we are turning the page.</w:t>
      </w:r>
    </w:p>
    <w:p w:rsidR="00823498" w:rsidRPr="00936675" w:rsidRDefault="00823498" w:rsidP="00823498">
      <w:pPr>
        <w:spacing w:line="360" w:lineRule="auto"/>
        <w:jc w:val="both"/>
        <w:rPr>
          <w:rFonts w:cs="Times New Roman"/>
          <w:szCs w:val="24"/>
        </w:rPr>
      </w:pPr>
      <w:r w:rsidRPr="00936675">
        <w:rPr>
          <w:rFonts w:cs="Times New Roman"/>
          <w:szCs w:val="24"/>
        </w:rPr>
        <w:t>There was no official paper signed, but there was something far more binding: a spoken covenant witnessed by the community, sealed by ritual, and held sacred by memory. The agreement lived in the hearts of the people, not in files or folders. It was written in pain, spoken in truth, and protected by the very people who once armed themselves against each other.</w:t>
      </w:r>
    </w:p>
    <w:p w:rsidR="00823498" w:rsidRPr="00936675" w:rsidRDefault="00823498" w:rsidP="00823498">
      <w:pPr>
        <w:spacing w:line="360" w:lineRule="auto"/>
        <w:jc w:val="both"/>
        <w:rPr>
          <w:rFonts w:cs="Times New Roman"/>
          <w:szCs w:val="24"/>
        </w:rPr>
      </w:pPr>
      <w:r w:rsidRPr="00936675">
        <w:rPr>
          <w:rFonts w:cs="Times New Roman"/>
          <w:szCs w:val="24"/>
        </w:rPr>
        <w:t>That day reaffirmed one powerful truth:</w:t>
      </w:r>
    </w:p>
    <w:p w:rsidR="00823498" w:rsidRPr="00936675" w:rsidRDefault="00823498" w:rsidP="00823498">
      <w:pPr>
        <w:spacing w:line="360" w:lineRule="auto"/>
        <w:jc w:val="both"/>
        <w:rPr>
          <w:rFonts w:cs="Times New Roman"/>
          <w:szCs w:val="24"/>
        </w:rPr>
      </w:pPr>
      <w:r w:rsidRPr="00936675">
        <w:rPr>
          <w:rFonts w:cs="Times New Roman"/>
          <w:szCs w:val="24"/>
        </w:rPr>
        <w:t>People are not the problem—the silence between them is.</w:t>
      </w:r>
    </w:p>
    <w:p w:rsidR="00823498" w:rsidRPr="00936675" w:rsidRDefault="00823498" w:rsidP="00823498">
      <w:pPr>
        <w:spacing w:line="360" w:lineRule="auto"/>
        <w:jc w:val="both"/>
        <w:rPr>
          <w:rFonts w:cs="Times New Roman"/>
          <w:szCs w:val="24"/>
        </w:rPr>
      </w:pPr>
      <w:r w:rsidRPr="00936675">
        <w:rPr>
          <w:rFonts w:cs="Times New Roman"/>
          <w:szCs w:val="24"/>
        </w:rPr>
        <w:t>It is in that silence that hatred festers. In that silence, misunderstandings grow. In that silence, children are raised with only half the story. But when people speak—when they speak their truth, their grief, their regrets, and their hopes—then silence loses its grip. Then peace becomes possible.</w:t>
      </w:r>
    </w:p>
    <w:p w:rsidR="00823498" w:rsidRPr="00936675" w:rsidRDefault="00823498" w:rsidP="00823498">
      <w:pPr>
        <w:spacing w:line="360" w:lineRule="auto"/>
        <w:jc w:val="both"/>
        <w:rPr>
          <w:rFonts w:cs="Times New Roman"/>
          <w:szCs w:val="24"/>
        </w:rPr>
      </w:pPr>
      <w:r w:rsidRPr="00936675">
        <w:rPr>
          <w:rFonts w:cs="Times New Roman"/>
          <w:szCs w:val="24"/>
        </w:rPr>
        <w:t>In Thuokrikna, forgiveness was not a ceremony. It was a series of courageous decisions: to listen without interrupting, to weep with the wounded, to hold space for the stories of others, even when those stories made your own pain rise. And in that, we found the beginnings of healing—not because the conflict was resolved, but because the people decided to start resolving it together.</w:t>
      </w:r>
    </w:p>
    <w:p w:rsidR="00823498" w:rsidRPr="00936675" w:rsidRDefault="00823498" w:rsidP="00823498">
      <w:pPr>
        <w:spacing w:line="360" w:lineRule="auto"/>
        <w:jc w:val="both"/>
        <w:rPr>
          <w:rFonts w:cs="Times New Roman"/>
          <w:szCs w:val="24"/>
        </w:rPr>
      </w:pPr>
      <w:r w:rsidRPr="00936675">
        <w:rPr>
          <w:rFonts w:cs="Times New Roman"/>
          <w:szCs w:val="24"/>
        </w:rPr>
        <w:t>Thuokrikna taught us that reconciliation doesn’t begin with agreements—it begins with understanding. It taught us that dialogue is not about clever solutions, but about human presence. And it reminded us that sometimes, the most powerful peace agreements are not written on paper, but on hearts made tender through listening.</w:t>
      </w:r>
    </w:p>
    <w:p w:rsidR="00823498" w:rsidRPr="00936675" w:rsidRDefault="00823498" w:rsidP="00786C80">
      <w:pPr>
        <w:pStyle w:val="Heading2"/>
      </w:pPr>
      <w:r w:rsidRPr="00936675">
        <w:t>Beyond the Table: What Dialogue Achieves</w:t>
      </w:r>
    </w:p>
    <w:p w:rsidR="00823498" w:rsidRPr="00936675" w:rsidRDefault="00823498" w:rsidP="00823498">
      <w:pPr>
        <w:spacing w:line="360" w:lineRule="auto"/>
        <w:jc w:val="both"/>
        <w:rPr>
          <w:rFonts w:cs="Times New Roman"/>
          <w:szCs w:val="24"/>
        </w:rPr>
      </w:pPr>
      <w:r w:rsidRPr="00936675">
        <w:rPr>
          <w:rFonts w:cs="Times New Roman"/>
          <w:szCs w:val="24"/>
        </w:rPr>
        <w:t>Dialogue does not end when the talking stops. Its true work begins after the chairs are folded, after the facilitators leave, after the speeches are over. The real impact of dialogue often happens beyond the table—in quiet places, in everyday decisions, in the way people choose to treat each other when no one is watching.</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Too often, the success of a community dialogue is measured by superficial indicators—how many participants came, how long the meeting lasted, or whether a resolution was signed. But peace is not a product of checklists. In fragile settings like Greater Jonglei and the Murle ethnic group, peace is a journey of transformation—slow, personal, and sacred. Over time, and across villages, we have seen what dialogue truly achieves—not through words alone, but through the shifts that follow:</w:t>
      </w:r>
    </w:p>
    <w:p w:rsidR="00823498" w:rsidRPr="00936675" w:rsidRDefault="00823498" w:rsidP="00823498">
      <w:pPr>
        <w:spacing w:line="360" w:lineRule="auto"/>
        <w:jc w:val="both"/>
        <w:rPr>
          <w:rFonts w:cs="Times New Roman"/>
          <w:szCs w:val="24"/>
        </w:rPr>
      </w:pPr>
      <w:r w:rsidRPr="00936675">
        <w:rPr>
          <w:rFonts w:cs="Times New Roman"/>
          <w:szCs w:val="24"/>
        </w:rPr>
        <w:t>Armed youth surrendering their weapons, not under pressure, but after sitting in a circle and hearing a mother recount how her son was abducted and never seen again. Something shifts when pain is not just heard, but felt. When a young raider sees his own mother in the tearful face of a stranger, revenge loses its logic.</w:t>
      </w:r>
    </w:p>
    <w:p w:rsidR="00823498" w:rsidRPr="00936675" w:rsidRDefault="00823498" w:rsidP="00823498">
      <w:pPr>
        <w:spacing w:line="360" w:lineRule="auto"/>
        <w:jc w:val="both"/>
        <w:rPr>
          <w:rFonts w:cs="Times New Roman"/>
          <w:szCs w:val="24"/>
        </w:rPr>
      </w:pPr>
      <w:r w:rsidRPr="00936675">
        <w:rPr>
          <w:rFonts w:cs="Times New Roman"/>
          <w:szCs w:val="24"/>
        </w:rPr>
        <w:t>Elders who had withdrawn from public life now returning to restore customary courts, long dormant. These institutions, grounded in community memory, are being reclaimed. Once seen as outdated, they are now in demand—because people trust their processes more than distant state structures. The people are asking their elders not just to lead again, but to listen again.</w:t>
      </w:r>
    </w:p>
    <w:p w:rsidR="00823498" w:rsidRPr="00936675" w:rsidRDefault="00823498" w:rsidP="00823498">
      <w:pPr>
        <w:spacing w:line="360" w:lineRule="auto"/>
        <w:jc w:val="both"/>
        <w:rPr>
          <w:rFonts w:cs="Times New Roman"/>
          <w:szCs w:val="24"/>
        </w:rPr>
      </w:pPr>
      <w:r w:rsidRPr="00936675">
        <w:rPr>
          <w:rFonts w:cs="Times New Roman"/>
          <w:szCs w:val="24"/>
        </w:rPr>
        <w:t>Spiritual leaders rising with renewed courage, declaring openly that prophecy must never be used to fuel hate. No vision from God can justify killing a neighbor, they say. From the pulpit to the cattle camp, their words carry weight—shifting the hearts of those who once invoked religion to justify bloodshed. The spiritual space, once neutral or divided, is becoming a space of moral clarity.</w:t>
      </w:r>
    </w:p>
    <w:p w:rsidR="00823498" w:rsidRPr="00936675" w:rsidRDefault="00823498" w:rsidP="00823498">
      <w:pPr>
        <w:spacing w:line="360" w:lineRule="auto"/>
        <w:jc w:val="both"/>
        <w:rPr>
          <w:rFonts w:cs="Times New Roman"/>
          <w:szCs w:val="24"/>
        </w:rPr>
      </w:pPr>
      <w:r w:rsidRPr="00936675">
        <w:rPr>
          <w:rFonts w:cs="Times New Roman"/>
          <w:szCs w:val="24"/>
        </w:rPr>
        <w:t>Women forming cross-county peace networks, fueled not by funding but by shared loss. These women are not only mourning their children—they are moving. They are tracing abducted children, visiting return sites, and advocating across chiefdoms for protection and accountability. Their networks span rivers and clans, reminding everyone that mothers speak a universal language of justice.</w:t>
      </w:r>
    </w:p>
    <w:p w:rsidR="00823498" w:rsidRPr="00936675" w:rsidRDefault="00823498" w:rsidP="00823498">
      <w:pPr>
        <w:spacing w:line="360" w:lineRule="auto"/>
        <w:jc w:val="both"/>
        <w:rPr>
          <w:rFonts w:cs="Times New Roman"/>
          <w:szCs w:val="24"/>
        </w:rPr>
      </w:pPr>
      <w:r w:rsidRPr="00936675">
        <w:rPr>
          <w:rFonts w:cs="Times New Roman"/>
          <w:szCs w:val="24"/>
        </w:rPr>
        <w:t xml:space="preserve">This is what dialogue does: it sows seeds we do not always see sprout immediately. It creates an emotional and spiritual infrastructure where peace can take root—not just as policy, but as practice. It teaches communities that their voices are powerful, their </w:t>
      </w:r>
      <w:r w:rsidRPr="00936675">
        <w:rPr>
          <w:rFonts w:cs="Times New Roman"/>
          <w:szCs w:val="24"/>
        </w:rPr>
        <w:lastRenderedPageBreak/>
        <w:t>traditions still hold wisdom, and their pain can become the beginning of healing rather than the fuel for more hate.</w:t>
      </w:r>
    </w:p>
    <w:p w:rsidR="00823498" w:rsidRPr="00936675" w:rsidRDefault="00823498" w:rsidP="00786C80">
      <w:pPr>
        <w:pStyle w:val="Heading2"/>
      </w:pPr>
      <w:r w:rsidRPr="00936675">
        <w:t>Dialogue becomes more than a gathering—it becomes a force.</w:t>
      </w:r>
    </w:p>
    <w:p w:rsidR="00823498" w:rsidRPr="00936675" w:rsidRDefault="00823498" w:rsidP="00823498">
      <w:pPr>
        <w:spacing w:line="360" w:lineRule="auto"/>
        <w:jc w:val="both"/>
        <w:rPr>
          <w:rFonts w:cs="Times New Roman"/>
          <w:szCs w:val="24"/>
        </w:rPr>
      </w:pPr>
      <w:r w:rsidRPr="00936675">
        <w:rPr>
          <w:rFonts w:cs="Times New Roman"/>
          <w:szCs w:val="24"/>
        </w:rPr>
        <w:t>It reshapes how people relate to one another. It shifts how communities understand justice. It reintroduces compassion as a collective value. And it begins to unravel the tightly-wound narratives of fear and hostility that have dominated for generations.</w:t>
      </w:r>
    </w:p>
    <w:p w:rsidR="00823498" w:rsidRPr="00936675" w:rsidRDefault="00823498" w:rsidP="00823498">
      <w:pPr>
        <w:spacing w:line="360" w:lineRule="auto"/>
        <w:jc w:val="both"/>
        <w:rPr>
          <w:rFonts w:cs="Times New Roman"/>
          <w:szCs w:val="24"/>
        </w:rPr>
      </w:pPr>
      <w:r w:rsidRPr="00936675">
        <w:rPr>
          <w:rFonts w:cs="Times New Roman"/>
          <w:szCs w:val="24"/>
        </w:rPr>
        <w:t>And because dialogue is relational—not transactional—it produces trust, not just treaties. It allows people to approach one another with dignity. It opens space to revisit difficult conversations without escalating tension. It creates informal agreements that, while unwritten, are lived and respected.</w:t>
      </w:r>
    </w:p>
    <w:p w:rsidR="00823498" w:rsidRPr="00936675" w:rsidRDefault="00823498" w:rsidP="00823498">
      <w:pPr>
        <w:spacing w:line="360" w:lineRule="auto"/>
        <w:jc w:val="both"/>
        <w:rPr>
          <w:rFonts w:cs="Times New Roman"/>
          <w:szCs w:val="24"/>
        </w:rPr>
      </w:pPr>
      <w:r w:rsidRPr="00936675">
        <w:rPr>
          <w:rFonts w:cs="Times New Roman"/>
          <w:szCs w:val="24"/>
        </w:rPr>
        <w:t>Sometimes, the most profound outcomes of dialogue do not come during the meeting itself, but in what follows:</w:t>
      </w:r>
    </w:p>
    <w:p w:rsidR="00823498" w:rsidRPr="00936675" w:rsidRDefault="00823498" w:rsidP="00823498">
      <w:pPr>
        <w:spacing w:line="360" w:lineRule="auto"/>
        <w:jc w:val="both"/>
        <w:rPr>
          <w:rFonts w:cs="Times New Roman"/>
          <w:szCs w:val="24"/>
        </w:rPr>
      </w:pPr>
      <w:r w:rsidRPr="00936675">
        <w:rPr>
          <w:rFonts w:cs="Times New Roman"/>
          <w:szCs w:val="24"/>
        </w:rPr>
        <w:t>When two youth groups from rival payams organize a friendly football match instead of planning a raid.</w:t>
      </w:r>
    </w:p>
    <w:p w:rsidR="00823498" w:rsidRPr="00936675" w:rsidRDefault="00823498" w:rsidP="00823498">
      <w:pPr>
        <w:spacing w:line="360" w:lineRule="auto"/>
        <w:jc w:val="both"/>
        <w:rPr>
          <w:rFonts w:cs="Times New Roman"/>
          <w:szCs w:val="24"/>
        </w:rPr>
      </w:pPr>
      <w:r w:rsidRPr="00936675">
        <w:rPr>
          <w:rFonts w:cs="Times New Roman"/>
          <w:szCs w:val="24"/>
        </w:rPr>
        <w:t>When a cattle migration route is opened, not by a decree, but by a quiet phone call between chiefs.</w:t>
      </w:r>
    </w:p>
    <w:p w:rsidR="00823498" w:rsidRPr="00936675" w:rsidRDefault="00823498" w:rsidP="00823498">
      <w:pPr>
        <w:spacing w:line="360" w:lineRule="auto"/>
        <w:jc w:val="both"/>
        <w:rPr>
          <w:rFonts w:cs="Times New Roman"/>
          <w:szCs w:val="24"/>
        </w:rPr>
      </w:pPr>
      <w:r w:rsidRPr="00936675">
        <w:rPr>
          <w:rFonts w:cs="Times New Roman"/>
          <w:szCs w:val="24"/>
        </w:rPr>
        <w:t>When a child is returned by a young man who says, “I have been to the dialogue. I see now what we did was wrong.”</w:t>
      </w:r>
    </w:p>
    <w:p w:rsidR="00823498" w:rsidRPr="00936675" w:rsidRDefault="00823498" w:rsidP="00823498">
      <w:pPr>
        <w:spacing w:line="360" w:lineRule="auto"/>
        <w:jc w:val="both"/>
        <w:rPr>
          <w:rFonts w:cs="Times New Roman"/>
          <w:szCs w:val="24"/>
        </w:rPr>
      </w:pPr>
      <w:r w:rsidRPr="00936675">
        <w:rPr>
          <w:rFonts w:cs="Times New Roman"/>
          <w:szCs w:val="24"/>
        </w:rPr>
        <w:t>These moments may never appear in donor reports or national headlines—but they are the real metrics of change. They show that hearts are moving, and that the silence of fear is being replaced by the sound of reconciliation.</w:t>
      </w:r>
    </w:p>
    <w:p w:rsidR="00823498" w:rsidRPr="00936675" w:rsidRDefault="00823498" w:rsidP="00823498">
      <w:pPr>
        <w:spacing w:line="360" w:lineRule="auto"/>
        <w:jc w:val="both"/>
        <w:rPr>
          <w:rFonts w:cs="Times New Roman"/>
          <w:szCs w:val="24"/>
        </w:rPr>
      </w:pPr>
      <w:r w:rsidRPr="00936675">
        <w:rPr>
          <w:rFonts w:cs="Times New Roman"/>
          <w:szCs w:val="24"/>
        </w:rPr>
        <w:t>Dialogue, then, is not about solving everything at once. It is about beginning the work—one conversation at a time. It is about rebuilding what violence tried to erase: community.</w:t>
      </w:r>
    </w:p>
    <w:p w:rsidR="00823498" w:rsidRPr="00936675" w:rsidRDefault="00823498" w:rsidP="00823498">
      <w:pPr>
        <w:spacing w:line="360" w:lineRule="auto"/>
        <w:jc w:val="both"/>
        <w:rPr>
          <w:rFonts w:cs="Times New Roman"/>
          <w:szCs w:val="24"/>
        </w:rPr>
      </w:pPr>
      <w:r w:rsidRPr="00936675">
        <w:rPr>
          <w:rFonts w:cs="Times New Roman"/>
          <w:szCs w:val="24"/>
        </w:rPr>
        <w:t>And in a place where war has stolen so much, the return of community is itself a miracle.</w:t>
      </w:r>
    </w:p>
    <w:p w:rsidR="00823498" w:rsidRPr="00936675" w:rsidRDefault="00786C80" w:rsidP="00823498">
      <w:pPr>
        <w:spacing w:line="360" w:lineRule="auto"/>
        <w:jc w:val="both"/>
        <w:rPr>
          <w:rFonts w:cs="Times New Roman"/>
          <w:szCs w:val="24"/>
        </w:rPr>
      </w:pPr>
      <w:r w:rsidRPr="00936675">
        <w:rPr>
          <w:rFonts w:cs="Times New Roman"/>
          <w:szCs w:val="24"/>
        </w:rPr>
        <w:t>So,</w:t>
      </w:r>
      <w:r w:rsidR="00823498" w:rsidRPr="00936675">
        <w:rPr>
          <w:rFonts w:cs="Times New Roman"/>
          <w:szCs w:val="24"/>
        </w:rPr>
        <w:t xml:space="preserve"> when people ask, “What did your dialogue achieve?”</w:t>
      </w:r>
    </w:p>
    <w:p w:rsidR="00823498" w:rsidRPr="00936675" w:rsidRDefault="00823498" w:rsidP="00823498">
      <w:pPr>
        <w:spacing w:line="360" w:lineRule="auto"/>
        <w:jc w:val="both"/>
        <w:rPr>
          <w:rFonts w:cs="Times New Roman"/>
          <w:szCs w:val="24"/>
        </w:rPr>
      </w:pPr>
      <w:r w:rsidRPr="00936675">
        <w:rPr>
          <w:rFonts w:cs="Times New Roman"/>
          <w:szCs w:val="24"/>
        </w:rPr>
        <w:t>We tell them this:</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It helped enemies see each other again.</w:t>
      </w:r>
    </w:p>
    <w:p w:rsidR="00823498" w:rsidRPr="00936675" w:rsidRDefault="00823498" w:rsidP="00823498">
      <w:pPr>
        <w:spacing w:line="360" w:lineRule="auto"/>
        <w:jc w:val="both"/>
        <w:rPr>
          <w:rFonts w:cs="Times New Roman"/>
          <w:szCs w:val="24"/>
        </w:rPr>
      </w:pPr>
      <w:r w:rsidRPr="00936675">
        <w:rPr>
          <w:rFonts w:cs="Times New Roman"/>
          <w:szCs w:val="24"/>
        </w:rPr>
        <w:t>It helped mothers feel heard again.</w:t>
      </w:r>
    </w:p>
    <w:p w:rsidR="00823498" w:rsidRPr="00936675" w:rsidRDefault="00823498" w:rsidP="00823498">
      <w:pPr>
        <w:spacing w:line="360" w:lineRule="auto"/>
        <w:jc w:val="both"/>
        <w:rPr>
          <w:rFonts w:cs="Times New Roman"/>
          <w:szCs w:val="24"/>
        </w:rPr>
      </w:pPr>
      <w:r w:rsidRPr="00936675">
        <w:rPr>
          <w:rFonts w:cs="Times New Roman"/>
          <w:szCs w:val="24"/>
        </w:rPr>
        <w:t>It helped chiefs find their voice again.</w:t>
      </w:r>
    </w:p>
    <w:p w:rsidR="00823498" w:rsidRPr="00936675" w:rsidRDefault="00823498" w:rsidP="00823498">
      <w:pPr>
        <w:spacing w:line="360" w:lineRule="auto"/>
        <w:jc w:val="both"/>
        <w:rPr>
          <w:rFonts w:cs="Times New Roman"/>
          <w:szCs w:val="24"/>
        </w:rPr>
      </w:pPr>
      <w:r w:rsidRPr="00936675">
        <w:rPr>
          <w:rFonts w:cs="Times New Roman"/>
          <w:szCs w:val="24"/>
        </w:rPr>
        <w:t>It helped youth choose peace again.</w:t>
      </w:r>
    </w:p>
    <w:p w:rsidR="00823498" w:rsidRPr="00936675" w:rsidRDefault="00823498" w:rsidP="00823498">
      <w:pPr>
        <w:spacing w:line="360" w:lineRule="auto"/>
        <w:jc w:val="both"/>
        <w:rPr>
          <w:rFonts w:cs="Times New Roman"/>
          <w:szCs w:val="24"/>
        </w:rPr>
      </w:pPr>
      <w:r w:rsidRPr="00936675">
        <w:rPr>
          <w:rFonts w:cs="Times New Roman"/>
          <w:szCs w:val="24"/>
        </w:rPr>
        <w:t>Beyond the table, dialogue gives birth to possibility.</w:t>
      </w:r>
    </w:p>
    <w:p w:rsidR="00823498" w:rsidRPr="00936675" w:rsidRDefault="00823498" w:rsidP="00823498">
      <w:pPr>
        <w:spacing w:line="360" w:lineRule="auto"/>
        <w:jc w:val="both"/>
        <w:rPr>
          <w:rFonts w:cs="Times New Roman"/>
          <w:szCs w:val="24"/>
        </w:rPr>
      </w:pPr>
      <w:r w:rsidRPr="00936675">
        <w:rPr>
          <w:rFonts w:cs="Times New Roman"/>
          <w:szCs w:val="24"/>
        </w:rPr>
        <w:t>And in South Sudan, where peace often feels too fragile to touch, possibility is the beginning of everything.</w:t>
      </w:r>
    </w:p>
    <w:p w:rsidR="00823498" w:rsidRPr="00936675" w:rsidRDefault="00823498" w:rsidP="00786C80">
      <w:pPr>
        <w:pStyle w:val="Heading2"/>
      </w:pPr>
      <w:r w:rsidRPr="00936675">
        <w:t>The Deep Impact of Face-to-Face Reconciliation</w:t>
      </w:r>
    </w:p>
    <w:p w:rsidR="00823498" w:rsidRPr="00936675" w:rsidRDefault="00823498" w:rsidP="00823498">
      <w:pPr>
        <w:spacing w:line="360" w:lineRule="auto"/>
        <w:jc w:val="both"/>
        <w:rPr>
          <w:rFonts w:cs="Times New Roman"/>
          <w:szCs w:val="24"/>
        </w:rPr>
      </w:pPr>
      <w:r w:rsidRPr="00936675">
        <w:rPr>
          <w:rFonts w:cs="Times New Roman"/>
          <w:szCs w:val="24"/>
        </w:rPr>
        <w:t>Too often, the success of community dialogues is reduced to surface metrics—how many people attended, who spoke, or whether a resolution was signed. These markers matter, yes—but they only tell part of the story. The true impact of dialogue is rarely immediate, rarely loud, and almost never found in a signed piece of paper. It is slower, deeper, and far more personal. It lives in the decisions people make after they leave the meeting, in the courage they find to speak differently, to act differently, to forgive, to let go.</w:t>
      </w:r>
    </w:p>
    <w:p w:rsidR="00823498" w:rsidRPr="00936675" w:rsidRDefault="00823498" w:rsidP="00823498">
      <w:pPr>
        <w:spacing w:line="360" w:lineRule="auto"/>
        <w:jc w:val="both"/>
        <w:rPr>
          <w:rFonts w:cs="Times New Roman"/>
          <w:szCs w:val="24"/>
        </w:rPr>
      </w:pPr>
      <w:r w:rsidRPr="00936675">
        <w:rPr>
          <w:rFonts w:cs="Times New Roman"/>
          <w:szCs w:val="24"/>
        </w:rPr>
        <w:t>In the quiet aftermath of our dialogues, we have witnessed moments that no resolution could have predicted—but which mean everything:</w:t>
      </w:r>
    </w:p>
    <w:p w:rsidR="00823498" w:rsidRPr="00936675" w:rsidRDefault="00823498" w:rsidP="00823498">
      <w:pPr>
        <w:spacing w:line="360" w:lineRule="auto"/>
        <w:jc w:val="both"/>
        <w:rPr>
          <w:rFonts w:cs="Times New Roman"/>
          <w:szCs w:val="24"/>
        </w:rPr>
      </w:pPr>
      <w:r w:rsidRPr="00936675">
        <w:rPr>
          <w:rFonts w:cs="Times New Roman"/>
          <w:szCs w:val="24"/>
        </w:rPr>
        <w:t>Armed youth surrendering their weapons, not because someone disarmed them by force, but because they sat across from grieving mothers—women who had lost their children to raids—and something inside them changed. It wasn’t a negotiation. It was a recognition. Of pain. Of humanity. Of the cost of silence.</w:t>
      </w:r>
    </w:p>
    <w:p w:rsidR="00823498" w:rsidRPr="00936675" w:rsidRDefault="00823498" w:rsidP="00823498">
      <w:pPr>
        <w:spacing w:line="360" w:lineRule="auto"/>
        <w:jc w:val="both"/>
        <w:rPr>
          <w:rFonts w:cs="Times New Roman"/>
          <w:szCs w:val="24"/>
        </w:rPr>
      </w:pPr>
      <w:r w:rsidRPr="00936675">
        <w:rPr>
          <w:rFonts w:cs="Times New Roman"/>
          <w:szCs w:val="24"/>
        </w:rPr>
        <w:t>Elders reviving customary courts, once dismissed as relics of the past, now renewed with legitimacy and moral authority. These traditional structures, rooted in memory and local law, are reclaiming their rightful place as accessible spaces for justice. Not perfect, but trusted. Not bureaucratic, but human.</w:t>
      </w:r>
    </w:p>
    <w:p w:rsidR="00823498" w:rsidRPr="00936675" w:rsidRDefault="00823498" w:rsidP="00823498">
      <w:pPr>
        <w:spacing w:line="360" w:lineRule="auto"/>
        <w:jc w:val="both"/>
        <w:rPr>
          <w:rFonts w:cs="Times New Roman"/>
          <w:szCs w:val="24"/>
        </w:rPr>
      </w:pPr>
      <w:r w:rsidRPr="00936675">
        <w:rPr>
          <w:rFonts w:cs="Times New Roman"/>
          <w:szCs w:val="24"/>
        </w:rPr>
        <w:t xml:space="preserve">Spiritual leaders rising with new clarity, boldly declaring that their visions and prayers cannot and should not be used to justify bloodshed. They are reclaiming the spiritual </w:t>
      </w:r>
      <w:r w:rsidRPr="00936675">
        <w:rPr>
          <w:rFonts w:cs="Times New Roman"/>
          <w:szCs w:val="24"/>
        </w:rPr>
        <w:lastRenderedPageBreak/>
        <w:t>narrative—not as a weapon of war, but as a tool of peace. In front of their followers, they call for repentance, restraint, and reconciliation. Their voices do what laws often cannot—change hearts.</w:t>
      </w:r>
    </w:p>
    <w:p w:rsidR="00823498" w:rsidRPr="00936675" w:rsidRDefault="00823498" w:rsidP="00823498">
      <w:pPr>
        <w:spacing w:line="360" w:lineRule="auto"/>
        <w:jc w:val="both"/>
        <w:rPr>
          <w:rFonts w:cs="Times New Roman"/>
          <w:szCs w:val="24"/>
        </w:rPr>
      </w:pPr>
      <w:r w:rsidRPr="00936675">
        <w:rPr>
          <w:rFonts w:cs="Times New Roman"/>
          <w:szCs w:val="24"/>
        </w:rPr>
        <w:t>Women crossing county lines, forming networks, not just to talk, but to act. They track abductions. They follow rumors. They speak up in public spaces where women’s voices were once forbidden. They name the missing. They push chiefs, prophets, and youth leaders to do more. They refuse to let stolen children become forgotten statistics.</w:t>
      </w:r>
    </w:p>
    <w:p w:rsidR="00823498" w:rsidRPr="00936675" w:rsidRDefault="00823498" w:rsidP="00823498">
      <w:pPr>
        <w:spacing w:line="360" w:lineRule="auto"/>
        <w:jc w:val="both"/>
        <w:rPr>
          <w:rFonts w:cs="Times New Roman"/>
          <w:szCs w:val="24"/>
        </w:rPr>
      </w:pPr>
      <w:r w:rsidRPr="00936675">
        <w:rPr>
          <w:rFonts w:cs="Times New Roman"/>
          <w:szCs w:val="24"/>
        </w:rPr>
        <w:t>These are not symbolic gestures. These are acts of transformation. They prove that dialogue is not just a moment—it is a movement.</w:t>
      </w:r>
    </w:p>
    <w:p w:rsidR="00823498" w:rsidRPr="00936675" w:rsidRDefault="00823498" w:rsidP="00823498">
      <w:pPr>
        <w:spacing w:line="360" w:lineRule="auto"/>
        <w:jc w:val="both"/>
        <w:rPr>
          <w:rFonts w:cs="Times New Roman"/>
          <w:szCs w:val="24"/>
        </w:rPr>
      </w:pPr>
      <w:r w:rsidRPr="00936675">
        <w:rPr>
          <w:rFonts w:cs="Times New Roman"/>
          <w:szCs w:val="24"/>
        </w:rPr>
        <w:t>Dialogue becomes not just a forum—but a force.</w:t>
      </w:r>
    </w:p>
    <w:p w:rsidR="00823498" w:rsidRPr="00936675" w:rsidRDefault="00823498" w:rsidP="00823498">
      <w:pPr>
        <w:spacing w:line="360" w:lineRule="auto"/>
        <w:jc w:val="both"/>
        <w:rPr>
          <w:rFonts w:cs="Times New Roman"/>
          <w:szCs w:val="24"/>
        </w:rPr>
      </w:pPr>
      <w:r w:rsidRPr="00936675">
        <w:rPr>
          <w:rFonts w:cs="Times New Roman"/>
          <w:szCs w:val="24"/>
        </w:rPr>
        <w:t>A cultural and psychological infrastructure for peace.</w:t>
      </w:r>
    </w:p>
    <w:p w:rsidR="00823498" w:rsidRPr="00936675" w:rsidRDefault="00823498" w:rsidP="00823498">
      <w:pPr>
        <w:spacing w:line="360" w:lineRule="auto"/>
        <w:jc w:val="both"/>
        <w:rPr>
          <w:rFonts w:cs="Times New Roman"/>
          <w:szCs w:val="24"/>
        </w:rPr>
      </w:pPr>
      <w:r w:rsidRPr="00936675">
        <w:rPr>
          <w:rFonts w:cs="Times New Roman"/>
          <w:szCs w:val="24"/>
        </w:rPr>
        <w:t>It creates new norms. It re-teaches communities how to speak to one another, how to disagree without killing, how to mourn together, how to hold leaders accountable, and how to define justice in ways that restore rather than destroy.</w:t>
      </w:r>
    </w:p>
    <w:p w:rsidR="00823498" w:rsidRPr="00936675" w:rsidRDefault="00823498" w:rsidP="00823498">
      <w:pPr>
        <w:spacing w:line="360" w:lineRule="auto"/>
        <w:jc w:val="both"/>
        <w:rPr>
          <w:rFonts w:cs="Times New Roman"/>
          <w:szCs w:val="24"/>
        </w:rPr>
      </w:pPr>
      <w:r w:rsidRPr="00936675">
        <w:rPr>
          <w:rFonts w:cs="Times New Roman"/>
          <w:szCs w:val="24"/>
        </w:rPr>
        <w:t>Dialogue rebuilds the invisible things that conflict breaks—trust, empathy, patience, respect. These are not written in resolutions, but they are felt in every handshake, every joint initiative, every safe passage granted, and every child returned to their rightful family.</w:t>
      </w:r>
    </w:p>
    <w:p w:rsidR="00823498" w:rsidRPr="00936675" w:rsidRDefault="00823498" w:rsidP="00823498">
      <w:pPr>
        <w:spacing w:line="360" w:lineRule="auto"/>
        <w:jc w:val="both"/>
        <w:rPr>
          <w:rFonts w:cs="Times New Roman"/>
          <w:szCs w:val="24"/>
        </w:rPr>
      </w:pPr>
      <w:r w:rsidRPr="00936675">
        <w:rPr>
          <w:rFonts w:cs="Times New Roman"/>
          <w:szCs w:val="24"/>
        </w:rPr>
        <w:t>And because dialogue centers the community—not outsiders—it shifts power. It says: the people who suffer the most also know how to heal themselves. It tells youth: your voice matters. It tells women: your pain is valid, and your leadership is needed. It tells chiefs and elders: your role is not finished; your wisdom still guides us.</w:t>
      </w:r>
    </w:p>
    <w:p w:rsidR="00823498" w:rsidRPr="00936675" w:rsidRDefault="00823498" w:rsidP="00823498">
      <w:pPr>
        <w:spacing w:line="360" w:lineRule="auto"/>
        <w:jc w:val="both"/>
        <w:rPr>
          <w:rFonts w:cs="Times New Roman"/>
          <w:szCs w:val="24"/>
        </w:rPr>
      </w:pPr>
      <w:r w:rsidRPr="00936675">
        <w:rPr>
          <w:rFonts w:cs="Times New Roman"/>
          <w:szCs w:val="24"/>
        </w:rPr>
        <w:t>There is no shortcut to this kind of peace. It cannot be imposed. It must be built—conversation by conversation, truth by truth, act of listening by act of listening.</w:t>
      </w:r>
    </w:p>
    <w:p w:rsidR="00823498" w:rsidRPr="00936675" w:rsidRDefault="00823498" w:rsidP="00823498">
      <w:pPr>
        <w:spacing w:line="360" w:lineRule="auto"/>
        <w:jc w:val="both"/>
        <w:rPr>
          <w:rFonts w:cs="Times New Roman"/>
          <w:szCs w:val="24"/>
        </w:rPr>
      </w:pPr>
      <w:r w:rsidRPr="00936675">
        <w:rPr>
          <w:rFonts w:cs="Times New Roman"/>
          <w:szCs w:val="24"/>
        </w:rPr>
        <w:t>Sometimes, people ask: “What did your dialogue achieve?”</w:t>
      </w:r>
    </w:p>
    <w:p w:rsidR="00823498" w:rsidRPr="00936675" w:rsidRDefault="00823498" w:rsidP="00823498">
      <w:pPr>
        <w:spacing w:line="360" w:lineRule="auto"/>
        <w:jc w:val="both"/>
        <w:rPr>
          <w:rFonts w:cs="Times New Roman"/>
          <w:szCs w:val="24"/>
        </w:rPr>
      </w:pPr>
      <w:r w:rsidRPr="00936675">
        <w:rPr>
          <w:rFonts w:cs="Times New Roman"/>
          <w:szCs w:val="24"/>
        </w:rPr>
        <w:t>And we answer:</w:t>
      </w:r>
    </w:p>
    <w:p w:rsidR="00823498" w:rsidRPr="00936675" w:rsidRDefault="00823498" w:rsidP="00823498">
      <w:pPr>
        <w:spacing w:line="360" w:lineRule="auto"/>
        <w:jc w:val="both"/>
        <w:rPr>
          <w:rFonts w:cs="Times New Roman"/>
          <w:szCs w:val="24"/>
        </w:rPr>
      </w:pPr>
      <w:r w:rsidRPr="00936675">
        <w:rPr>
          <w:rFonts w:cs="Times New Roman"/>
          <w:szCs w:val="24"/>
        </w:rPr>
        <w:t xml:space="preserve">We watched </w:t>
      </w:r>
      <w:proofErr w:type="gramStart"/>
      <w:r w:rsidR="00786C80" w:rsidRPr="00936675">
        <w:rPr>
          <w:rFonts w:cs="Times New Roman"/>
          <w:szCs w:val="24"/>
        </w:rPr>
        <w:t>enemies</w:t>
      </w:r>
      <w:proofErr w:type="gramEnd"/>
      <w:r w:rsidR="00786C80">
        <w:rPr>
          <w:rFonts w:cs="Times New Roman"/>
          <w:szCs w:val="24"/>
        </w:rPr>
        <w:t xml:space="preserve"> </w:t>
      </w:r>
      <w:r w:rsidRPr="00936675">
        <w:rPr>
          <w:rFonts w:cs="Times New Roman"/>
          <w:szCs w:val="24"/>
        </w:rPr>
        <w:t>hug.</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We watched weapons be dropped.</w:t>
      </w:r>
    </w:p>
    <w:p w:rsidR="00823498" w:rsidRPr="00936675" w:rsidRDefault="00823498" w:rsidP="00823498">
      <w:pPr>
        <w:spacing w:line="360" w:lineRule="auto"/>
        <w:jc w:val="both"/>
        <w:rPr>
          <w:rFonts w:cs="Times New Roman"/>
          <w:szCs w:val="24"/>
        </w:rPr>
      </w:pPr>
      <w:r w:rsidRPr="00936675">
        <w:rPr>
          <w:rFonts w:cs="Times New Roman"/>
          <w:szCs w:val="24"/>
        </w:rPr>
        <w:t>We watched people return—to reason, to each other, and to hope.</w:t>
      </w:r>
    </w:p>
    <w:p w:rsidR="00823498" w:rsidRPr="00936675" w:rsidRDefault="00823498" w:rsidP="00823498">
      <w:pPr>
        <w:spacing w:line="360" w:lineRule="auto"/>
        <w:jc w:val="both"/>
        <w:rPr>
          <w:rFonts w:cs="Times New Roman"/>
          <w:szCs w:val="24"/>
        </w:rPr>
      </w:pPr>
      <w:r w:rsidRPr="00936675">
        <w:rPr>
          <w:rFonts w:cs="Times New Roman"/>
          <w:szCs w:val="24"/>
        </w:rPr>
        <w:t>That is what dialogue achieves—far beyond the table.</w:t>
      </w:r>
    </w:p>
    <w:p w:rsidR="00823498" w:rsidRPr="00936675" w:rsidRDefault="00823498" w:rsidP="00823498">
      <w:pPr>
        <w:spacing w:line="360" w:lineRule="auto"/>
        <w:jc w:val="both"/>
        <w:rPr>
          <w:rFonts w:cs="Times New Roman"/>
          <w:szCs w:val="24"/>
        </w:rPr>
      </w:pPr>
      <w:r w:rsidRPr="00936675">
        <w:rPr>
          <w:rFonts w:cs="Times New Roman"/>
          <w:szCs w:val="24"/>
        </w:rPr>
        <w:t>Barriers to Dialogue: Politics, Roads, and Guns</w:t>
      </w:r>
    </w:p>
    <w:p w:rsidR="00823498" w:rsidRPr="00936675" w:rsidRDefault="00823498" w:rsidP="00823498">
      <w:pPr>
        <w:spacing w:line="360" w:lineRule="auto"/>
        <w:jc w:val="both"/>
        <w:rPr>
          <w:rFonts w:cs="Times New Roman"/>
          <w:szCs w:val="24"/>
        </w:rPr>
      </w:pPr>
      <w:r w:rsidRPr="00936675">
        <w:rPr>
          <w:rFonts w:cs="Times New Roman"/>
          <w:szCs w:val="24"/>
        </w:rPr>
        <w:t>The journey toward peace is rarely linear. It twists through difficult terrain—both literally and figuratively. While the courage of communities to sit and speak should never be underestimated, dialogue cannot thrive in a vacuum. Even the most hopeful conversations risk being undone by structural barriers that remain unresolved.</w:t>
      </w:r>
    </w:p>
    <w:p w:rsidR="00823498" w:rsidRPr="00936675" w:rsidRDefault="00823498" w:rsidP="00823498">
      <w:pPr>
        <w:spacing w:line="360" w:lineRule="auto"/>
        <w:jc w:val="both"/>
        <w:rPr>
          <w:rFonts w:cs="Times New Roman"/>
          <w:szCs w:val="24"/>
        </w:rPr>
      </w:pPr>
      <w:r w:rsidRPr="00936675">
        <w:rPr>
          <w:rFonts w:cs="Times New Roman"/>
          <w:szCs w:val="24"/>
        </w:rPr>
        <w:t>Across Greater Jonglei and the Murle ethnic group, we have seen promising dialogues falter not because communities were unwilling to talk, but because they were cut off, manipulated, or threatened. These are not abstract challenges; they are lived realities that continue to undermine fragile progress.</w:t>
      </w:r>
    </w:p>
    <w:p w:rsidR="00823498" w:rsidRPr="00936675" w:rsidRDefault="00823498" w:rsidP="00823498">
      <w:pPr>
        <w:spacing w:line="360" w:lineRule="auto"/>
        <w:jc w:val="both"/>
        <w:rPr>
          <w:rFonts w:cs="Times New Roman"/>
          <w:szCs w:val="24"/>
        </w:rPr>
      </w:pPr>
      <w:r w:rsidRPr="00936675">
        <w:rPr>
          <w:rFonts w:cs="Times New Roman"/>
          <w:szCs w:val="24"/>
        </w:rPr>
        <w:t xml:space="preserve">Poor road networks delay or even prevent dialogue from taking place. When roads are impassable due to floods, insecurity, or decay, entire communities are cut off. Chiefs who wish to join meetings arrive days late, or not at all. Facilitators must reroute or cancel. This isolation breeds mistrust, as one side may interpret delay as disinterest or avoidance. In remote areas like </w:t>
      </w:r>
      <w:proofErr w:type="spellStart"/>
      <w:r w:rsidRPr="00936675">
        <w:rPr>
          <w:rFonts w:cs="Times New Roman"/>
          <w:szCs w:val="24"/>
        </w:rPr>
        <w:t>Panyang</w:t>
      </w:r>
      <w:proofErr w:type="spellEnd"/>
      <w:r w:rsidRPr="00936675">
        <w:rPr>
          <w:rFonts w:cs="Times New Roman"/>
          <w:szCs w:val="24"/>
        </w:rPr>
        <w:t xml:space="preserve">, </w:t>
      </w:r>
      <w:proofErr w:type="spellStart"/>
      <w:r w:rsidRPr="00936675">
        <w:rPr>
          <w:rFonts w:cs="Times New Roman"/>
          <w:szCs w:val="24"/>
        </w:rPr>
        <w:t>Nanaam</w:t>
      </w:r>
      <w:proofErr w:type="spellEnd"/>
      <w:r w:rsidRPr="00936675">
        <w:rPr>
          <w:rFonts w:cs="Times New Roman"/>
          <w:szCs w:val="24"/>
        </w:rPr>
        <w:t xml:space="preserve">, or </w:t>
      </w:r>
      <w:proofErr w:type="spellStart"/>
      <w:r w:rsidRPr="00936675">
        <w:rPr>
          <w:rFonts w:cs="Times New Roman"/>
          <w:szCs w:val="24"/>
        </w:rPr>
        <w:t>Wuno</w:t>
      </w:r>
      <w:proofErr w:type="spellEnd"/>
      <w:r w:rsidRPr="00936675">
        <w:rPr>
          <w:rFonts w:cs="Times New Roman"/>
          <w:szCs w:val="24"/>
        </w:rPr>
        <w:t>, poor roads do more than limit movement—they fracture relationships and weaken the social glue needed to support peace.</w:t>
      </w:r>
    </w:p>
    <w:p w:rsidR="00823498" w:rsidRPr="00936675" w:rsidRDefault="00823498" w:rsidP="00823498">
      <w:pPr>
        <w:spacing w:line="360" w:lineRule="auto"/>
        <w:jc w:val="both"/>
        <w:rPr>
          <w:rFonts w:cs="Times New Roman"/>
          <w:szCs w:val="24"/>
        </w:rPr>
      </w:pPr>
      <w:r w:rsidRPr="00936675">
        <w:rPr>
          <w:rFonts w:cs="Times New Roman"/>
          <w:szCs w:val="24"/>
        </w:rPr>
        <w:t>Armed youth factions, often loyal more to charismatic spiritual or military figures than to formal community leadership, continue to destabilize dialogue processes. In some areas, these groups arrive uninvited, question the legitimacy of discussions, or intimidate participants they view as traitors to their cause. Their presence injects fear into spaces meant for healing. Even when they remain silent, their presence is felt, and their rifles often speak louder than any promise of reconciliation.</w:t>
      </w:r>
    </w:p>
    <w:p w:rsidR="00823498" w:rsidRPr="00936675" w:rsidRDefault="00823498" w:rsidP="00823498">
      <w:pPr>
        <w:spacing w:line="360" w:lineRule="auto"/>
        <w:jc w:val="both"/>
        <w:rPr>
          <w:rFonts w:cs="Times New Roman"/>
          <w:szCs w:val="24"/>
        </w:rPr>
      </w:pPr>
      <w:r w:rsidRPr="00936675">
        <w:rPr>
          <w:rFonts w:cs="Times New Roman"/>
          <w:szCs w:val="24"/>
        </w:rPr>
        <w:t xml:space="preserve">Political actors, whose roles should be to support local reconciliation, often become unpredictable forces. Some provide critical support—facilitating logistics, offering protection, or speaking words of encouragement that empower communities. Others, </w:t>
      </w:r>
      <w:r w:rsidRPr="00936675">
        <w:rPr>
          <w:rFonts w:cs="Times New Roman"/>
          <w:szCs w:val="24"/>
        </w:rPr>
        <w:lastRenderedPageBreak/>
        <w:t>however, remain silent or disengaged, and some actively undermine the process by exploiting dialogue spaces for partisan purposes. There have been times when what was agreed upon in dialogue was quietly reversed by backdoor politics, eroding community trust. When politics overshadows truth-telling, dialogue risks becoming performance rather than progress.</w:t>
      </w:r>
    </w:p>
    <w:p w:rsidR="00823498" w:rsidRPr="00936675" w:rsidRDefault="00823498" w:rsidP="00823498">
      <w:pPr>
        <w:spacing w:line="360" w:lineRule="auto"/>
        <w:jc w:val="both"/>
        <w:rPr>
          <w:rFonts w:cs="Times New Roman"/>
          <w:szCs w:val="24"/>
        </w:rPr>
      </w:pPr>
      <w:r w:rsidRPr="00936675">
        <w:rPr>
          <w:rFonts w:cs="Times New Roman"/>
          <w:szCs w:val="24"/>
        </w:rPr>
        <w:t xml:space="preserve">Network blackouts—especially in buffer zones like </w:t>
      </w:r>
      <w:proofErr w:type="spellStart"/>
      <w:r w:rsidRPr="00936675">
        <w:rPr>
          <w:rFonts w:cs="Times New Roman"/>
          <w:szCs w:val="24"/>
        </w:rPr>
        <w:t>Nanaam</w:t>
      </w:r>
      <w:proofErr w:type="spellEnd"/>
      <w:r w:rsidRPr="00936675">
        <w:rPr>
          <w:rFonts w:cs="Times New Roman"/>
          <w:szCs w:val="24"/>
        </w:rPr>
        <w:t xml:space="preserve"> and parts of </w:t>
      </w:r>
      <w:proofErr w:type="spellStart"/>
      <w:r w:rsidRPr="00936675">
        <w:rPr>
          <w:rFonts w:cs="Times New Roman"/>
          <w:szCs w:val="24"/>
        </w:rPr>
        <w:t>Panyang</w:t>
      </w:r>
      <w:proofErr w:type="spellEnd"/>
      <w:r w:rsidRPr="00936675">
        <w:rPr>
          <w:rFonts w:cs="Times New Roman"/>
          <w:szCs w:val="24"/>
        </w:rPr>
        <w:t>—further complicate communication. When people cannot access mobile networks or radio signals, they are cut off not just from each other, but from the truth. Rumors flourish in this vacuum. A single story, misunderstood or manipulated, can trigger fear, retaliation, or even mobilization. In areas where security is fragile and mistrust runs deep, a small misunderstanding—a missing herder, a stolen cow—can escalate into violence simply because there is no way to verify or clarify.</w:t>
      </w:r>
    </w:p>
    <w:p w:rsidR="00823498" w:rsidRPr="00936675" w:rsidRDefault="00823498" w:rsidP="00823498">
      <w:pPr>
        <w:spacing w:line="360" w:lineRule="auto"/>
        <w:jc w:val="both"/>
        <w:rPr>
          <w:rFonts w:cs="Times New Roman"/>
          <w:szCs w:val="24"/>
        </w:rPr>
      </w:pPr>
      <w:r w:rsidRPr="00936675">
        <w:rPr>
          <w:rFonts w:cs="Times New Roman"/>
          <w:szCs w:val="24"/>
        </w:rPr>
        <w:t>These challenges are not insurmountable, but they are significant enough to reverse progress if left unaddressed. Every road left unrepaired, every youth left unengaged, every political promise broken, every blackout left unresolved—these are not just logistical problems. They are missed opportunities. And in the fragile architecture of peace, missed opportunities become cracks through which conflict seeps.</w:t>
      </w:r>
    </w:p>
    <w:p w:rsidR="00823498" w:rsidRPr="00936675" w:rsidRDefault="00823498" w:rsidP="00823498">
      <w:pPr>
        <w:spacing w:line="360" w:lineRule="auto"/>
        <w:jc w:val="both"/>
        <w:rPr>
          <w:rFonts w:cs="Times New Roman"/>
          <w:szCs w:val="24"/>
        </w:rPr>
      </w:pPr>
      <w:r w:rsidRPr="00936675">
        <w:rPr>
          <w:rFonts w:cs="Times New Roman"/>
          <w:szCs w:val="24"/>
        </w:rPr>
        <w:t>There is also the invisible burden of dialogue fatigue. Communities are often asked to come together repeatedly, to share stories, to forgive, to hope—yet when their efforts yield no follow-up, no justice, and no meaningful support, the emotional cost becomes too great. People return home disappointed. Youth who surrendered weapons begin to doubt their choices. Leaders lose face in front of their communities. And the question echoes: “Was it worth it?”</w:t>
      </w:r>
    </w:p>
    <w:p w:rsidR="00823498" w:rsidRPr="00936675" w:rsidRDefault="00823498" w:rsidP="00823498">
      <w:pPr>
        <w:spacing w:line="360" w:lineRule="auto"/>
        <w:jc w:val="both"/>
        <w:rPr>
          <w:rFonts w:cs="Times New Roman"/>
          <w:szCs w:val="24"/>
        </w:rPr>
      </w:pPr>
      <w:r w:rsidRPr="00936675">
        <w:rPr>
          <w:rFonts w:cs="Times New Roman"/>
          <w:szCs w:val="24"/>
        </w:rPr>
        <w:t>Yet despite these barriers, people continue to gather. They continue to speak. That resilience is not a sign of weakness—it is a sign of strength constantly tested by external conditions. Dialogue survives not because the environment supports it, but because the people demand it.</w:t>
      </w:r>
    </w:p>
    <w:p w:rsidR="00823498" w:rsidRPr="00936675" w:rsidRDefault="00823498" w:rsidP="00823498">
      <w:pPr>
        <w:spacing w:line="360" w:lineRule="auto"/>
        <w:jc w:val="both"/>
        <w:rPr>
          <w:rFonts w:cs="Times New Roman"/>
          <w:szCs w:val="24"/>
        </w:rPr>
      </w:pPr>
      <w:r w:rsidRPr="00936675">
        <w:rPr>
          <w:rFonts w:cs="Times New Roman"/>
          <w:szCs w:val="24"/>
        </w:rPr>
        <w:t xml:space="preserve">As peacebuilders, we must speak honestly about these realities. Dialogue is not magic. It cannot operate on hope alone. It needs support. It needs structure. We must advocate not </w:t>
      </w:r>
      <w:r w:rsidRPr="00936675">
        <w:rPr>
          <w:rFonts w:cs="Times New Roman"/>
          <w:szCs w:val="24"/>
        </w:rPr>
        <w:lastRenderedPageBreak/>
        <w:t>just for dialogue spaces, but for the very conditions that make those spaces possible—safe roads, engaged youth, accountable leadership, and the technology to communicate across distances.</w:t>
      </w:r>
    </w:p>
    <w:p w:rsidR="00823498" w:rsidRPr="00936675" w:rsidRDefault="00823498" w:rsidP="00823498">
      <w:pPr>
        <w:spacing w:line="360" w:lineRule="auto"/>
        <w:jc w:val="both"/>
        <w:rPr>
          <w:rFonts w:cs="Times New Roman"/>
          <w:szCs w:val="24"/>
        </w:rPr>
      </w:pPr>
      <w:r w:rsidRPr="00936675">
        <w:rPr>
          <w:rFonts w:cs="Times New Roman"/>
          <w:szCs w:val="24"/>
        </w:rPr>
        <w:t>Peace is not a single meeting. It is an ecosystem. And ecosystems require care.</w:t>
      </w:r>
    </w:p>
    <w:p w:rsidR="00823498" w:rsidRPr="00936675" w:rsidRDefault="00823498" w:rsidP="00823498">
      <w:pPr>
        <w:spacing w:line="360" w:lineRule="auto"/>
        <w:jc w:val="both"/>
        <w:rPr>
          <w:rFonts w:cs="Times New Roman"/>
          <w:szCs w:val="24"/>
        </w:rPr>
      </w:pPr>
      <w:r w:rsidRPr="00936675">
        <w:rPr>
          <w:rFonts w:cs="Times New Roman"/>
          <w:szCs w:val="24"/>
        </w:rPr>
        <w:t>If we want dialogue to succeed, we must do more than bring people to the table. We must ensure that the path to the table is open, protected, and honored—not just in words, but in action.</w:t>
      </w:r>
    </w:p>
    <w:p w:rsidR="00823498" w:rsidRPr="00936675" w:rsidRDefault="00823498" w:rsidP="00823498">
      <w:pPr>
        <w:spacing w:line="360" w:lineRule="auto"/>
        <w:jc w:val="both"/>
        <w:rPr>
          <w:rFonts w:cs="Times New Roman"/>
          <w:szCs w:val="24"/>
        </w:rPr>
      </w:pPr>
      <w:r w:rsidRPr="00936675">
        <w:rPr>
          <w:rFonts w:cs="Times New Roman"/>
          <w:szCs w:val="24"/>
        </w:rPr>
        <w:t>Obstacles That Threaten Fragile Progress</w:t>
      </w:r>
    </w:p>
    <w:p w:rsidR="00823498" w:rsidRPr="00936675" w:rsidRDefault="00823498" w:rsidP="00823498">
      <w:pPr>
        <w:spacing w:line="360" w:lineRule="auto"/>
        <w:jc w:val="both"/>
        <w:rPr>
          <w:rFonts w:cs="Times New Roman"/>
          <w:szCs w:val="24"/>
        </w:rPr>
      </w:pPr>
      <w:r w:rsidRPr="00936675">
        <w:rPr>
          <w:rFonts w:cs="Times New Roman"/>
          <w:szCs w:val="24"/>
        </w:rPr>
        <w:t>The journey toward peace in Greater Jonglei and the Greater Pibor Administrative Area has never been smooth. While communities have shown incredible resilience—choosing dialogue over violence, and listening over retaliation—there are persistent barriers that continue to threaten the fragile progress made through years of trust-building. Dialogue, no matter how well-intentioned, cannot thrive in isolation. It needs an environment that protects it, nourishes it, and upholds its outcomes. Too often, that environment is missing.</w:t>
      </w:r>
    </w:p>
    <w:p w:rsidR="00823498" w:rsidRPr="00936675" w:rsidRDefault="00823498" w:rsidP="00823498">
      <w:pPr>
        <w:spacing w:line="360" w:lineRule="auto"/>
        <w:jc w:val="both"/>
        <w:rPr>
          <w:rFonts w:cs="Times New Roman"/>
          <w:szCs w:val="24"/>
        </w:rPr>
      </w:pPr>
      <w:r w:rsidRPr="00936675">
        <w:rPr>
          <w:rFonts w:cs="Times New Roman"/>
          <w:szCs w:val="24"/>
        </w:rPr>
        <w:t xml:space="preserve">In some areas, simple geography becomes an enemy of peace. Poor or non-existent road networks isolate entire villages. Flooded paths, collapsed bridges, and long, insecure routes delay key participants or prevent them from attending at all. A chief’s absence due to a washed-out road is sometimes misinterpreted as refusal to engage, rekindling suspicion between already fragile communities. Places like </w:t>
      </w:r>
      <w:proofErr w:type="spellStart"/>
      <w:r w:rsidRPr="00936675">
        <w:rPr>
          <w:rFonts w:cs="Times New Roman"/>
          <w:szCs w:val="24"/>
        </w:rPr>
        <w:t>Panyang</w:t>
      </w:r>
      <w:proofErr w:type="spellEnd"/>
      <w:r w:rsidRPr="00936675">
        <w:rPr>
          <w:rFonts w:cs="Times New Roman"/>
          <w:szCs w:val="24"/>
        </w:rPr>
        <w:t xml:space="preserve">, </w:t>
      </w:r>
      <w:proofErr w:type="spellStart"/>
      <w:r w:rsidRPr="00936675">
        <w:rPr>
          <w:rFonts w:cs="Times New Roman"/>
          <w:szCs w:val="24"/>
        </w:rPr>
        <w:t>Nanaam</w:t>
      </w:r>
      <w:proofErr w:type="spellEnd"/>
      <w:r w:rsidRPr="00936675">
        <w:rPr>
          <w:rFonts w:cs="Times New Roman"/>
          <w:szCs w:val="24"/>
        </w:rPr>
        <w:t xml:space="preserve">, and </w:t>
      </w:r>
      <w:proofErr w:type="spellStart"/>
      <w:r w:rsidRPr="00936675">
        <w:rPr>
          <w:rFonts w:cs="Times New Roman"/>
          <w:szCs w:val="24"/>
        </w:rPr>
        <w:t>Wuno</w:t>
      </w:r>
      <w:proofErr w:type="spellEnd"/>
      <w:r w:rsidRPr="00936675">
        <w:rPr>
          <w:rFonts w:cs="Times New Roman"/>
          <w:szCs w:val="24"/>
        </w:rPr>
        <w:t xml:space="preserve"> often remain cut off for months, creating not just logistical problems, but psychological distance between groups that need to reconnect.</w:t>
      </w:r>
    </w:p>
    <w:p w:rsidR="00823498" w:rsidRPr="00936675" w:rsidRDefault="00823498" w:rsidP="00823498">
      <w:pPr>
        <w:spacing w:line="360" w:lineRule="auto"/>
        <w:jc w:val="both"/>
        <w:rPr>
          <w:rFonts w:cs="Times New Roman"/>
          <w:szCs w:val="24"/>
        </w:rPr>
      </w:pPr>
      <w:r w:rsidRPr="00936675">
        <w:rPr>
          <w:rFonts w:cs="Times New Roman"/>
          <w:szCs w:val="24"/>
        </w:rPr>
        <w:t>The presence of armed youth further complicates peace efforts. These young men, often deeply traumatized and fiercely loyal to charismatic figures—whether military commanders or spiritual leaders—can destabilize dialogue spaces with a single act of defiance. In some cases, they arrive uninvited, bearing arms that send an unspoken message. In other moments, their mere presence deters others from speaking freely. Communities want peace, but they also want to feel safe. When dialogue participants feel intimidated, even the most powerful truths remain unspoken.</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Politics, too, remains a double-edged sword. Some political actors actively support local reconciliation processes by offering legitimacy, resources, or security coordination. But others are disengaged—or worse—exploit dialogue outcomes for personal or factional gain. Community agreements forged in good faith are sometimes quietly reversed or ignored, eroding public trust in both the process and those who facilitate it. In such contexts, dialogue risks becoming a performance rather than a path forward. When leaders remain silent at critical moments, their silence speaks volumes—and it weakens the moral authority of the reconciliation effort.</w:t>
      </w:r>
    </w:p>
    <w:p w:rsidR="00823498" w:rsidRPr="00936675" w:rsidRDefault="00823498" w:rsidP="00823498">
      <w:pPr>
        <w:spacing w:line="360" w:lineRule="auto"/>
        <w:jc w:val="both"/>
        <w:rPr>
          <w:rFonts w:cs="Times New Roman"/>
          <w:szCs w:val="24"/>
        </w:rPr>
      </w:pPr>
      <w:r w:rsidRPr="00936675">
        <w:rPr>
          <w:rFonts w:cs="Times New Roman"/>
          <w:szCs w:val="24"/>
        </w:rPr>
        <w:t xml:space="preserve">Another silent disruptor is the blackout of communication. In strategic areas like </w:t>
      </w:r>
      <w:proofErr w:type="spellStart"/>
      <w:r w:rsidRPr="00936675">
        <w:rPr>
          <w:rFonts w:cs="Times New Roman"/>
          <w:szCs w:val="24"/>
        </w:rPr>
        <w:t>Nanaam</w:t>
      </w:r>
      <w:proofErr w:type="spellEnd"/>
      <w:r w:rsidRPr="00936675">
        <w:rPr>
          <w:rFonts w:cs="Times New Roman"/>
          <w:szCs w:val="24"/>
        </w:rPr>
        <w:t xml:space="preserve"> and parts of </w:t>
      </w:r>
      <w:proofErr w:type="spellStart"/>
      <w:r w:rsidRPr="00936675">
        <w:rPr>
          <w:rFonts w:cs="Times New Roman"/>
          <w:szCs w:val="24"/>
        </w:rPr>
        <w:t>Panyang</w:t>
      </w:r>
      <w:proofErr w:type="spellEnd"/>
      <w:r w:rsidRPr="00936675">
        <w:rPr>
          <w:rFonts w:cs="Times New Roman"/>
          <w:szCs w:val="24"/>
        </w:rPr>
        <w:t>, mobile networks often fail or are deliberately shut down. The absence of reliable communication does more than inconvenience. It severs the thin thread of understanding between neighboring communities. In the vacuum left by silence, rumors multiply. A single cow crossing the wrong boundary or the disappearance of a herder can ignite panic and retaliation simply because people have no way to verify facts or calm tensions in real time.</w:t>
      </w:r>
    </w:p>
    <w:p w:rsidR="00823498" w:rsidRPr="00936675" w:rsidRDefault="00823498" w:rsidP="00823498">
      <w:pPr>
        <w:spacing w:line="360" w:lineRule="auto"/>
        <w:jc w:val="both"/>
        <w:rPr>
          <w:rFonts w:cs="Times New Roman"/>
          <w:szCs w:val="24"/>
        </w:rPr>
      </w:pPr>
      <w:r w:rsidRPr="00936675">
        <w:rPr>
          <w:rFonts w:cs="Times New Roman"/>
          <w:szCs w:val="24"/>
        </w:rPr>
        <w:t>These challenges are not simply background noise—they are active forces that test every step forward. They demand as much attention as the dialogue itself. Every time a road remains unrepaired, every time youth are not meaningfully engaged, every time a leader betrays his people’s trust, every time a community remains disconnected—peace unravels, one thread at a time.</w:t>
      </w:r>
    </w:p>
    <w:p w:rsidR="00823498" w:rsidRPr="00936675" w:rsidRDefault="00823498" w:rsidP="00823498">
      <w:pPr>
        <w:spacing w:line="360" w:lineRule="auto"/>
        <w:jc w:val="both"/>
        <w:rPr>
          <w:rFonts w:cs="Times New Roman"/>
          <w:szCs w:val="24"/>
        </w:rPr>
      </w:pPr>
      <w:r w:rsidRPr="00936675">
        <w:rPr>
          <w:rFonts w:cs="Times New Roman"/>
          <w:szCs w:val="24"/>
        </w:rPr>
        <w:t>There is also the burden of emotional fatigue. Many communities have participated in dialogue after dialogue, sharing their stories, making commitments, and hoping for real change—only to see little follow-up or response. When nothing moves beyond the discussion, people begin to wonder if speaking out was worth the risk. Young people who lay down weapons are rarely supported with alternatives. Women who advocate for abducted children often receive no updates. Chiefs who mediate on behalf of peace sometimes return to communities more divided than before.</w:t>
      </w:r>
    </w:p>
    <w:p w:rsidR="00823498" w:rsidRPr="00936675" w:rsidRDefault="00823498" w:rsidP="00823498">
      <w:pPr>
        <w:spacing w:line="360" w:lineRule="auto"/>
        <w:jc w:val="both"/>
        <w:rPr>
          <w:rFonts w:cs="Times New Roman"/>
          <w:szCs w:val="24"/>
        </w:rPr>
      </w:pPr>
      <w:r w:rsidRPr="00936675">
        <w:rPr>
          <w:rFonts w:cs="Times New Roman"/>
          <w:szCs w:val="24"/>
        </w:rPr>
        <w:t xml:space="preserve">Yet, despite all this, the people keep showing up. They walk for hours. They sit under trees. They wait for facilitators. They forgive, even without full justice. That alone is a testimony </w:t>
      </w:r>
      <w:r w:rsidRPr="00936675">
        <w:rPr>
          <w:rFonts w:cs="Times New Roman"/>
          <w:szCs w:val="24"/>
        </w:rPr>
        <w:lastRenderedPageBreak/>
        <w:t>to the strength of their hope. But resilience should not be mistaken for indifference. These communities deserve more than appreciation for their courage—they deserve investment in the systems that support it.</w:t>
      </w:r>
    </w:p>
    <w:p w:rsidR="00823498" w:rsidRPr="00936675" w:rsidRDefault="00823498" w:rsidP="00823498">
      <w:pPr>
        <w:spacing w:line="360" w:lineRule="auto"/>
        <w:jc w:val="both"/>
        <w:rPr>
          <w:rFonts w:cs="Times New Roman"/>
          <w:szCs w:val="24"/>
        </w:rPr>
      </w:pPr>
      <w:r w:rsidRPr="00936675">
        <w:rPr>
          <w:rFonts w:cs="Times New Roman"/>
          <w:szCs w:val="24"/>
        </w:rPr>
        <w:t>As peacebuilders, we cannot afford to focus only on the dialogue itself. We must widen our lens and look at the road that brings people to the dialogue. The space that protects them while they speak. The leadership that amplifies, not erodes, their voices. The connectivity that allows them to follow up, share updates, and dispel lies before they become bullets.</w:t>
      </w:r>
    </w:p>
    <w:p w:rsidR="00823498" w:rsidRPr="00936675" w:rsidRDefault="00823498" w:rsidP="00823498">
      <w:pPr>
        <w:spacing w:line="360" w:lineRule="auto"/>
        <w:jc w:val="both"/>
        <w:rPr>
          <w:rFonts w:cs="Times New Roman"/>
          <w:szCs w:val="24"/>
        </w:rPr>
      </w:pPr>
      <w:r w:rsidRPr="00936675">
        <w:rPr>
          <w:rFonts w:cs="Times New Roman"/>
          <w:szCs w:val="24"/>
        </w:rPr>
        <w:t>Peace is not created in isolation. It is nurtured in an environment of access, truth, safety, and accountability.</w:t>
      </w:r>
    </w:p>
    <w:p w:rsidR="00823498" w:rsidRPr="00936675" w:rsidRDefault="00823498" w:rsidP="00823498">
      <w:pPr>
        <w:spacing w:line="360" w:lineRule="auto"/>
        <w:jc w:val="both"/>
        <w:rPr>
          <w:rFonts w:cs="Times New Roman"/>
          <w:szCs w:val="24"/>
        </w:rPr>
      </w:pPr>
      <w:r w:rsidRPr="00936675">
        <w:rPr>
          <w:rFonts w:cs="Times New Roman"/>
          <w:szCs w:val="24"/>
        </w:rPr>
        <w:t xml:space="preserve">If we are to walk the long road to sustainable peace, we must be willing to confront these obstacles—not as inconveniences, but as structural threats. Only then can the voices </w:t>
      </w:r>
      <w:proofErr w:type="gramStart"/>
      <w:r w:rsidRPr="00936675">
        <w:rPr>
          <w:rFonts w:cs="Times New Roman"/>
          <w:szCs w:val="24"/>
        </w:rPr>
        <w:t>raised</w:t>
      </w:r>
      <w:proofErr w:type="gramEnd"/>
      <w:r w:rsidRPr="00936675">
        <w:rPr>
          <w:rFonts w:cs="Times New Roman"/>
          <w:szCs w:val="24"/>
        </w:rPr>
        <w:t xml:space="preserve"> in community dialogue be truly heard, and their hope given the space to grow.</w:t>
      </w:r>
    </w:p>
    <w:p w:rsidR="00823498" w:rsidRPr="00936675" w:rsidRDefault="00823498" w:rsidP="00823498">
      <w:pPr>
        <w:spacing w:line="360" w:lineRule="auto"/>
        <w:jc w:val="both"/>
        <w:rPr>
          <w:rFonts w:cs="Times New Roman"/>
          <w:szCs w:val="24"/>
        </w:rPr>
      </w:pPr>
      <w:r w:rsidRPr="00936675">
        <w:rPr>
          <w:rFonts w:cs="Times New Roman"/>
          <w:szCs w:val="24"/>
        </w:rPr>
        <w:t>Adaptive Strategies for Dialogue to Thrive</w:t>
      </w:r>
    </w:p>
    <w:p w:rsidR="00823498" w:rsidRPr="00936675" w:rsidRDefault="00823498" w:rsidP="00823498">
      <w:pPr>
        <w:spacing w:line="360" w:lineRule="auto"/>
        <w:jc w:val="both"/>
        <w:rPr>
          <w:rFonts w:cs="Times New Roman"/>
          <w:szCs w:val="24"/>
        </w:rPr>
      </w:pPr>
      <w:r w:rsidRPr="00936675">
        <w:rPr>
          <w:rFonts w:cs="Times New Roman"/>
          <w:szCs w:val="24"/>
        </w:rPr>
        <w:t>In a context as complex and fragile as Greater Jonglei and the Greater Pibor Administrative Area, dialogue cannot remain static. It must evolve. It must respond to shifting realities, to broken infrastructure, to fragmented authority, and to the emotional fatigue of communities. Over time, we have learned that for dialogue to survive—let alone succeed—it must be adaptive.</w:t>
      </w:r>
    </w:p>
    <w:p w:rsidR="00823498" w:rsidRPr="00936675" w:rsidRDefault="00823498" w:rsidP="00823498">
      <w:pPr>
        <w:spacing w:line="360" w:lineRule="auto"/>
        <w:jc w:val="both"/>
        <w:rPr>
          <w:rFonts w:cs="Times New Roman"/>
          <w:szCs w:val="24"/>
        </w:rPr>
      </w:pPr>
      <w:r w:rsidRPr="00936675">
        <w:rPr>
          <w:rFonts w:cs="Times New Roman"/>
          <w:szCs w:val="24"/>
        </w:rPr>
        <w:t>We have learned to adapt not just in tools, but in spirit.</w:t>
      </w:r>
    </w:p>
    <w:p w:rsidR="00823498" w:rsidRPr="00936675" w:rsidRDefault="00823498" w:rsidP="00823498">
      <w:pPr>
        <w:spacing w:line="360" w:lineRule="auto"/>
        <w:jc w:val="both"/>
        <w:rPr>
          <w:rFonts w:cs="Times New Roman"/>
          <w:szCs w:val="24"/>
        </w:rPr>
      </w:pPr>
      <w:r w:rsidRPr="00936675">
        <w:rPr>
          <w:rFonts w:cs="Times New Roman"/>
          <w:szCs w:val="24"/>
        </w:rPr>
        <w:t>When poor road conditions or floods prevent in-person gatherings, we turn to satellite communication, using radio stations and community messengers to relay intentions, dispel rumors, and sustain momentum until people can meet again. In areas where mobile networks are inconsistent or deliberately shut down, we lean on elders and church leaders to walk between villages—carrying not just messages, but trust.</w:t>
      </w:r>
    </w:p>
    <w:p w:rsidR="00823498" w:rsidRPr="00936675" w:rsidRDefault="00823498" w:rsidP="00823498">
      <w:pPr>
        <w:spacing w:line="360" w:lineRule="auto"/>
        <w:jc w:val="both"/>
        <w:rPr>
          <w:rFonts w:cs="Times New Roman"/>
          <w:szCs w:val="24"/>
        </w:rPr>
      </w:pPr>
      <w:r w:rsidRPr="00936675">
        <w:rPr>
          <w:rFonts w:cs="Times New Roman"/>
          <w:szCs w:val="24"/>
        </w:rPr>
        <w:t xml:space="preserve">We have also learned to leverage spiritual authority, understanding that in many of our communities, prophets and religious leaders often hold more sway than politicians. When </w:t>
      </w:r>
      <w:r w:rsidRPr="00936675">
        <w:rPr>
          <w:rFonts w:cs="Times New Roman"/>
          <w:szCs w:val="24"/>
        </w:rPr>
        <w:lastRenderedPageBreak/>
        <w:t>a prophet declares a season of peace, armed youth listen. When a pastor calls for forgiveness during Sunday prayers, hearts soften in places where the law has failed. We no longer wait for institutions to endorse dialogue—we go to the people who already hold moral power and ask them to lead the way. It is not manipulation—it is recognition of where real authority lives.</w:t>
      </w:r>
    </w:p>
    <w:p w:rsidR="00823498" w:rsidRPr="00936675" w:rsidRDefault="00823498" w:rsidP="00823498">
      <w:pPr>
        <w:spacing w:line="360" w:lineRule="auto"/>
        <w:jc w:val="both"/>
        <w:rPr>
          <w:rFonts w:cs="Times New Roman"/>
          <w:szCs w:val="24"/>
        </w:rPr>
      </w:pPr>
      <w:r w:rsidRPr="00936675">
        <w:rPr>
          <w:rFonts w:cs="Times New Roman"/>
          <w:szCs w:val="24"/>
        </w:rPr>
        <w:t>One of the most powerful adaptations we have made is centering mothers—not as victims, but as vital agents of change. These women carry the greatest weight of this war. They have lost children to abduction and to violence, waited for sons who never returned, buried the young before their time. Yet it is precisely because of their pain that they carry the deepest hope for peace. Mothers have become mediators, mobilizers, monitors. They know where abducted children might be hidden. They know which youth are preparing for revenge. And they are often the first to speak when no one else dares to. We no longer see them as support roles. We see them as the backbone of the dialogue process.</w:t>
      </w:r>
    </w:p>
    <w:p w:rsidR="00823498" w:rsidRPr="00936675" w:rsidRDefault="00823498" w:rsidP="00823498">
      <w:pPr>
        <w:spacing w:line="360" w:lineRule="auto"/>
        <w:jc w:val="both"/>
        <w:rPr>
          <w:rFonts w:cs="Times New Roman"/>
          <w:szCs w:val="24"/>
        </w:rPr>
      </w:pPr>
      <w:r w:rsidRPr="00936675">
        <w:rPr>
          <w:rFonts w:cs="Times New Roman"/>
          <w:szCs w:val="24"/>
        </w:rPr>
        <w:t>We also adapt by changing how we define progress. We understand now that not every dialogue ends in a signed agreement. Sometimes the greatest success is two rival chiefs shaking hands. Sometimes it is a youth commander deciding not to retaliate. Sometimes it is silence being broken between two communities who had not spoken for years. These are not minor outcomes. These are seeds of transformation.</w:t>
      </w:r>
    </w:p>
    <w:p w:rsidR="00823498" w:rsidRPr="00936675" w:rsidRDefault="00823498" w:rsidP="00823498">
      <w:pPr>
        <w:spacing w:line="360" w:lineRule="auto"/>
        <w:jc w:val="both"/>
        <w:rPr>
          <w:rFonts w:cs="Times New Roman"/>
          <w:szCs w:val="24"/>
        </w:rPr>
      </w:pPr>
      <w:r w:rsidRPr="00936675">
        <w:rPr>
          <w:rFonts w:cs="Times New Roman"/>
          <w:szCs w:val="24"/>
        </w:rPr>
        <w:t xml:space="preserve">In places like Thuokrikna, Yuai, and </w:t>
      </w:r>
      <w:proofErr w:type="spellStart"/>
      <w:r w:rsidRPr="00936675">
        <w:rPr>
          <w:rFonts w:cs="Times New Roman"/>
          <w:szCs w:val="24"/>
        </w:rPr>
        <w:t>Bichibich</w:t>
      </w:r>
      <w:proofErr w:type="spellEnd"/>
      <w:r w:rsidRPr="00936675">
        <w:rPr>
          <w:rFonts w:cs="Times New Roman"/>
          <w:szCs w:val="24"/>
        </w:rPr>
        <w:t>, where formal systems are weak or absent, we have embraced flexibility in who facilitates dialogue. Sometimes it is a trained mediator. Other times, it is a respected cattle keeper, a returnee, or a widow with nothing left to lose. We have learned that legitimacy does not come from a badge, but from lived experience.</w:t>
      </w:r>
    </w:p>
    <w:p w:rsidR="00823498" w:rsidRPr="00936675" w:rsidRDefault="00823498" w:rsidP="00823498">
      <w:pPr>
        <w:spacing w:line="360" w:lineRule="auto"/>
        <w:jc w:val="both"/>
        <w:rPr>
          <w:rFonts w:cs="Times New Roman"/>
          <w:szCs w:val="24"/>
        </w:rPr>
      </w:pPr>
      <w:r w:rsidRPr="00936675">
        <w:rPr>
          <w:rFonts w:cs="Times New Roman"/>
          <w:szCs w:val="24"/>
        </w:rPr>
        <w:t>Adaptation also means embracing informal spaces—dialogues held in cattle camps, under trees, beside watering points, after funerals, or during church feasts. Not every conversation needs a venue or a banner. The most powerful dialogues often begin as spontaneous moments, when emotions are raw and spirits are open. We meet people where they are, not where we expect them to be.</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And in all this, we remind ourselves that dialogue is not a single event. It is a process. It needs continuity, follow-up, and patience. We no longer rush communities to reconcile within timelines that don’t reflect their emotional readiness. We stay. We return. We follow up—not as outsiders, but as fellow travelers on the path to peace.</w:t>
      </w:r>
    </w:p>
    <w:p w:rsidR="00823498" w:rsidRPr="00936675" w:rsidRDefault="00823498" w:rsidP="00823498">
      <w:pPr>
        <w:spacing w:line="360" w:lineRule="auto"/>
        <w:jc w:val="both"/>
        <w:rPr>
          <w:rFonts w:cs="Times New Roman"/>
          <w:szCs w:val="24"/>
        </w:rPr>
      </w:pPr>
      <w:r w:rsidRPr="00936675">
        <w:rPr>
          <w:rFonts w:cs="Times New Roman"/>
          <w:szCs w:val="24"/>
        </w:rPr>
        <w:t>These adaptive strategies have not only helped dialogue to survive—they have helped it thrive. In a region where conflict is constantly evolving, our response must be just as dynamic. What remains constant is our belief in the people—their wisdom, their resilience, and their deep desire to live free of fear.</w:t>
      </w:r>
    </w:p>
    <w:p w:rsidR="00823498" w:rsidRPr="00936675" w:rsidRDefault="00823498" w:rsidP="00823498">
      <w:pPr>
        <w:spacing w:line="360" w:lineRule="auto"/>
        <w:jc w:val="both"/>
        <w:rPr>
          <w:rFonts w:cs="Times New Roman"/>
          <w:szCs w:val="24"/>
        </w:rPr>
      </w:pPr>
      <w:r w:rsidRPr="00936675">
        <w:rPr>
          <w:rFonts w:cs="Times New Roman"/>
          <w:szCs w:val="24"/>
        </w:rPr>
        <w:t>Dialogue thrives when we listen more than we speak, when we adapt more than we insist, and when we trust the community to lead us as much as we lead them.</w:t>
      </w:r>
    </w:p>
    <w:p w:rsidR="00823498" w:rsidRPr="00936675" w:rsidRDefault="00823498" w:rsidP="00786C80">
      <w:pPr>
        <w:pStyle w:val="Heading2"/>
      </w:pPr>
      <w:r w:rsidRPr="00936675">
        <w:t>Dialogue as Resistance</w:t>
      </w:r>
    </w:p>
    <w:p w:rsidR="00823498" w:rsidRPr="00936675" w:rsidRDefault="00823498" w:rsidP="00823498">
      <w:pPr>
        <w:spacing w:line="360" w:lineRule="auto"/>
        <w:jc w:val="both"/>
        <w:rPr>
          <w:rFonts w:cs="Times New Roman"/>
          <w:szCs w:val="24"/>
        </w:rPr>
      </w:pPr>
      <w:r w:rsidRPr="00936675">
        <w:rPr>
          <w:rFonts w:cs="Times New Roman"/>
          <w:szCs w:val="24"/>
        </w:rPr>
        <w:t>In a region where violence has become a language, choosing to speak peace is not passive—it is resistance. In communities long accustomed to revenge, where silence often masks trauma, and where the gun is more accessible than justice, the act of gathering to talk—openly, vulnerably, and honestly—is nothing short of revolutionary.</w:t>
      </w:r>
    </w:p>
    <w:p w:rsidR="00823498" w:rsidRPr="00936675" w:rsidRDefault="00823498" w:rsidP="00823498">
      <w:pPr>
        <w:spacing w:line="360" w:lineRule="auto"/>
        <w:jc w:val="both"/>
        <w:rPr>
          <w:rFonts w:cs="Times New Roman"/>
          <w:szCs w:val="24"/>
        </w:rPr>
      </w:pPr>
      <w:r w:rsidRPr="00936675">
        <w:rPr>
          <w:rFonts w:cs="Times New Roman"/>
          <w:szCs w:val="24"/>
        </w:rPr>
        <w:t>Dialogue is resistance against despair. When communities come together after a massacre, after an abduction, after decades of mistrust—they are refusing to surrender to hopelessness. They are saying: we may be wounded, but we are not defeated. We may have lost, but we have not forgotten who we are. To speak again after so much silence is to reassert identity and agency in a world that has tried to strip it away.</w:t>
      </w:r>
    </w:p>
    <w:p w:rsidR="00823498" w:rsidRPr="00936675" w:rsidRDefault="00823498" w:rsidP="00823498">
      <w:pPr>
        <w:spacing w:line="360" w:lineRule="auto"/>
        <w:jc w:val="both"/>
        <w:rPr>
          <w:rFonts w:cs="Times New Roman"/>
          <w:szCs w:val="24"/>
        </w:rPr>
      </w:pPr>
      <w:r w:rsidRPr="00936675">
        <w:rPr>
          <w:rFonts w:cs="Times New Roman"/>
          <w:szCs w:val="24"/>
        </w:rPr>
        <w:t>In Greater Jonglei and the Murle ethnic group, many of the communities we work with have been told—explicitly or implicitly—that peace is beyond them. That they are too divided. Too damaged. Too dangerous. But every time they gather under a tree, or in a cattle camp, or around a prophet’s compound, they defy that narrative. Dialogue becomes a protest against the idea that violence is inevitable.</w:t>
      </w:r>
    </w:p>
    <w:p w:rsidR="00823498" w:rsidRPr="00936675" w:rsidRDefault="00823498" w:rsidP="00823498">
      <w:pPr>
        <w:spacing w:line="360" w:lineRule="auto"/>
        <w:jc w:val="both"/>
        <w:rPr>
          <w:rFonts w:cs="Times New Roman"/>
          <w:szCs w:val="24"/>
        </w:rPr>
      </w:pPr>
      <w:r w:rsidRPr="00936675">
        <w:rPr>
          <w:rFonts w:cs="Times New Roman"/>
          <w:szCs w:val="24"/>
        </w:rPr>
        <w:t xml:space="preserve">It is also resistance against dehumanization. Conflict reduces people to categories: tribe, faction, threat. Dialogue restores names, faces, stories. When a Murle woman speaks of a lost child in front of a Nuer ethnic group chief, and the chief weeps—not out of guilt, but </w:t>
      </w:r>
      <w:r w:rsidRPr="00936675">
        <w:rPr>
          <w:rFonts w:cs="Times New Roman"/>
          <w:szCs w:val="24"/>
        </w:rPr>
        <w:lastRenderedPageBreak/>
        <w:t>out of shared pain—that moment tears through years of hatred. It says: we are more than what war has made of us.</w:t>
      </w:r>
    </w:p>
    <w:p w:rsidR="00823498" w:rsidRPr="00936675" w:rsidRDefault="00823498" w:rsidP="00823498">
      <w:pPr>
        <w:spacing w:line="360" w:lineRule="auto"/>
        <w:jc w:val="both"/>
        <w:rPr>
          <w:rFonts w:cs="Times New Roman"/>
          <w:szCs w:val="24"/>
        </w:rPr>
      </w:pPr>
      <w:r w:rsidRPr="00936675">
        <w:rPr>
          <w:rFonts w:cs="Times New Roman"/>
          <w:szCs w:val="24"/>
        </w:rPr>
        <w:t>Dialogue resists the silence imposed by fear. There are places, where speaking out can cost you your life, your position, your family’s safety. And yet, people speak. They speak about their pain. They speak about their regrets. They speak about what they wish their leaders had done differently. That courage is not ordinary—it is moral defiance. Every testimony is a reclaiming of voice in a space where violence once drowned it out.</w:t>
      </w:r>
    </w:p>
    <w:p w:rsidR="00823498" w:rsidRPr="00936675" w:rsidRDefault="00823498" w:rsidP="00823498">
      <w:pPr>
        <w:spacing w:line="360" w:lineRule="auto"/>
        <w:jc w:val="both"/>
        <w:rPr>
          <w:rFonts w:cs="Times New Roman"/>
          <w:szCs w:val="24"/>
        </w:rPr>
      </w:pPr>
      <w:r w:rsidRPr="00936675">
        <w:rPr>
          <w:rFonts w:cs="Times New Roman"/>
          <w:szCs w:val="24"/>
        </w:rPr>
        <w:t>In many of our dialogues, women—long excluded from decision-making spaces—have stood to challenge cultural norms and demand justice. They resist not only the violence of war, but the violence of invisibility. Their words carry generations of grief, but also generations of wisdom. When they speak, they change the emotional landscape of the conversation. They move it from strategy to soul.</w:t>
      </w:r>
    </w:p>
    <w:p w:rsidR="00823498" w:rsidRPr="00936675" w:rsidRDefault="00823498" w:rsidP="00823498">
      <w:pPr>
        <w:spacing w:line="360" w:lineRule="auto"/>
        <w:jc w:val="both"/>
        <w:rPr>
          <w:rFonts w:cs="Times New Roman"/>
          <w:szCs w:val="24"/>
        </w:rPr>
      </w:pPr>
      <w:r w:rsidRPr="00936675">
        <w:rPr>
          <w:rFonts w:cs="Times New Roman"/>
          <w:szCs w:val="24"/>
        </w:rPr>
        <w:t>Youth, too, have used dialogue as a form of resistance. Some of them were raised to fight, taught that manhood meant vengeance. But when they stand in circles and speak of exhaustion, of longing for peace, of dreams buried by conflict—they are resisting the script written for them by history. They are saying: we want a new story.</w:t>
      </w:r>
    </w:p>
    <w:p w:rsidR="00823498" w:rsidRPr="00936675" w:rsidRDefault="00823498" w:rsidP="00823498">
      <w:pPr>
        <w:spacing w:line="360" w:lineRule="auto"/>
        <w:jc w:val="both"/>
        <w:rPr>
          <w:rFonts w:cs="Times New Roman"/>
          <w:szCs w:val="24"/>
        </w:rPr>
      </w:pPr>
      <w:r w:rsidRPr="00936675">
        <w:rPr>
          <w:rFonts w:cs="Times New Roman"/>
          <w:szCs w:val="24"/>
        </w:rPr>
        <w:t>Spiritual leaders, when they call for peace instead of retaliation, also resist. Not just violence, but the misuse of prophecy, the manipulation of faith, the politicization of their pulpits. When Prophet Makuach Tut Jok sacrificed a bull to mark an end to misfortune during the dialogue in Thuokrikna, he wasn’t performing tradition—he was declaring resistance. A refusal to let the spirit of conflict define the community’s destiny.</w:t>
      </w:r>
    </w:p>
    <w:p w:rsidR="00823498" w:rsidRPr="00936675" w:rsidRDefault="00823498" w:rsidP="00823498">
      <w:pPr>
        <w:spacing w:line="360" w:lineRule="auto"/>
        <w:jc w:val="both"/>
        <w:rPr>
          <w:rFonts w:cs="Times New Roman"/>
          <w:szCs w:val="24"/>
        </w:rPr>
      </w:pPr>
      <w:r w:rsidRPr="00936675">
        <w:rPr>
          <w:rFonts w:cs="Times New Roman"/>
          <w:szCs w:val="24"/>
        </w:rPr>
        <w:t>Even the decision to convene dialogue in the open, under trees, without security or official fanfare, is an act of quiet defiance. It says: peace does not need permission. It belongs to the people. It grows from the ground up, not the top down.</w:t>
      </w:r>
    </w:p>
    <w:p w:rsidR="00823498" w:rsidRPr="00936675" w:rsidRDefault="00823498" w:rsidP="00823498">
      <w:pPr>
        <w:spacing w:line="360" w:lineRule="auto"/>
        <w:jc w:val="both"/>
        <w:rPr>
          <w:rFonts w:cs="Times New Roman"/>
          <w:szCs w:val="24"/>
        </w:rPr>
      </w:pPr>
      <w:r w:rsidRPr="00936675">
        <w:rPr>
          <w:rFonts w:cs="Times New Roman"/>
          <w:szCs w:val="24"/>
        </w:rPr>
        <w:t>And this resistance is not temporary. It lives on in the choices people make after the dialogue ends—in the child returned, the raid prevented, the forgiveness offered, the boundary respected. These are not small things. They are radical acts in a context where war has become routine.</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In this sense, dialogue is more than a tool. It is a stance. It is a moral position that says: we will not let conflict have the last word. We will not pass our pain to the next generation. We will not let memory become a weapon. We will speak. We will listen. We will change.</w:t>
      </w:r>
    </w:p>
    <w:p w:rsidR="00823498" w:rsidRPr="00936675" w:rsidRDefault="00823498" w:rsidP="00823498">
      <w:pPr>
        <w:spacing w:line="360" w:lineRule="auto"/>
        <w:jc w:val="both"/>
        <w:rPr>
          <w:rFonts w:cs="Times New Roman"/>
          <w:szCs w:val="24"/>
        </w:rPr>
      </w:pPr>
      <w:r w:rsidRPr="00936675">
        <w:rPr>
          <w:rFonts w:cs="Times New Roman"/>
          <w:szCs w:val="24"/>
        </w:rPr>
        <w:t>And in South Sudan, where war has stolen so much, that choice—to speak peace, to live peace—is perhaps the greatest resistance of all.</w:t>
      </w:r>
    </w:p>
    <w:p w:rsidR="00823498" w:rsidRPr="00936675" w:rsidRDefault="00823498" w:rsidP="00786C80">
      <w:pPr>
        <w:pStyle w:val="Heading2"/>
      </w:pPr>
      <w:r w:rsidRPr="00936675">
        <w:t>Speaking for the Silenced</w:t>
      </w:r>
    </w:p>
    <w:p w:rsidR="00823498" w:rsidRPr="00936675" w:rsidRDefault="00823498" w:rsidP="00823498">
      <w:pPr>
        <w:spacing w:line="360" w:lineRule="auto"/>
        <w:jc w:val="both"/>
        <w:rPr>
          <w:rFonts w:cs="Times New Roman"/>
          <w:szCs w:val="24"/>
        </w:rPr>
      </w:pPr>
      <w:r w:rsidRPr="00936675">
        <w:rPr>
          <w:rFonts w:cs="Times New Roman"/>
          <w:szCs w:val="24"/>
        </w:rPr>
        <w:t>In one unforgettable meeting in Karaam, Uror County, a woman stood up. She was not a chief, not a prophet, not a community leader by title—but her voice carried the weight of generations. She had lost two sons to Murle raids. Her daughter had been abducted years ago and never returned. She was now raising her daughter's surviving children—children whose mother might still be alive, or might not. No one knew.</w:t>
      </w:r>
    </w:p>
    <w:p w:rsidR="00823498" w:rsidRPr="00936675" w:rsidRDefault="00823498" w:rsidP="00823498">
      <w:pPr>
        <w:spacing w:line="360" w:lineRule="auto"/>
        <w:jc w:val="both"/>
        <w:rPr>
          <w:rFonts w:cs="Times New Roman"/>
          <w:szCs w:val="24"/>
        </w:rPr>
      </w:pPr>
      <w:r w:rsidRPr="00936675">
        <w:rPr>
          <w:rFonts w:cs="Times New Roman"/>
          <w:szCs w:val="24"/>
        </w:rPr>
        <w:t>She did not cry when she spoke. Her voice did not tremble. She did not plead. She declared.</w:t>
      </w:r>
    </w:p>
    <w:p w:rsidR="00823498" w:rsidRPr="00936675" w:rsidRDefault="00823498" w:rsidP="00823498">
      <w:pPr>
        <w:spacing w:line="360" w:lineRule="auto"/>
        <w:jc w:val="both"/>
        <w:rPr>
          <w:rFonts w:cs="Times New Roman"/>
          <w:szCs w:val="24"/>
        </w:rPr>
      </w:pPr>
      <w:r w:rsidRPr="00936675">
        <w:rPr>
          <w:rFonts w:cs="Times New Roman"/>
          <w:szCs w:val="24"/>
        </w:rPr>
        <w:t>“I am here because if I do not speak, who will speak for my dead sons? If I do not forgive, my grandchildren will die seeking revenge.”</w:t>
      </w:r>
    </w:p>
    <w:p w:rsidR="00823498" w:rsidRPr="00936675" w:rsidRDefault="00823498" w:rsidP="00823498">
      <w:pPr>
        <w:spacing w:line="360" w:lineRule="auto"/>
        <w:jc w:val="both"/>
        <w:rPr>
          <w:rFonts w:cs="Times New Roman"/>
          <w:szCs w:val="24"/>
        </w:rPr>
      </w:pPr>
      <w:r w:rsidRPr="00936675">
        <w:rPr>
          <w:rFonts w:cs="Times New Roman"/>
          <w:szCs w:val="24"/>
        </w:rPr>
        <w:t>Her words pierced the silence like a knife—cutting through the bitterness, the blame, the weariness that so often hangs over such gatherings. Around her, elders lowered their heads. Youth sat still. Even those who had spoken with anger just moments before grew quiet. In that moment, she was not speaking for herself alone. She was speaking for the silenced—for those buried, those missing, those too broken to speak, and those too young to understand the cost of vengeance.</w:t>
      </w:r>
    </w:p>
    <w:p w:rsidR="00823498" w:rsidRPr="00936675" w:rsidRDefault="00823498" w:rsidP="00823498">
      <w:pPr>
        <w:spacing w:line="360" w:lineRule="auto"/>
        <w:jc w:val="both"/>
        <w:rPr>
          <w:rFonts w:cs="Times New Roman"/>
          <w:szCs w:val="24"/>
        </w:rPr>
      </w:pPr>
      <w:r w:rsidRPr="00936675">
        <w:rPr>
          <w:rFonts w:cs="Times New Roman"/>
          <w:szCs w:val="24"/>
        </w:rPr>
        <w:t>This is what makes community dialogue sacred—not just that people gather, but that voices long buried beneath suffering and social structures rise again. The woman in Karaam was not asking for sympathy. She was doing what few are strong enough to do: breaking the cycle before it broke her family again.</w:t>
      </w:r>
    </w:p>
    <w:p w:rsidR="00823498" w:rsidRPr="00936675" w:rsidRDefault="00823498" w:rsidP="00823498">
      <w:pPr>
        <w:spacing w:line="360" w:lineRule="auto"/>
        <w:jc w:val="both"/>
        <w:rPr>
          <w:rFonts w:cs="Times New Roman"/>
          <w:szCs w:val="24"/>
        </w:rPr>
      </w:pPr>
      <w:r w:rsidRPr="00936675">
        <w:rPr>
          <w:rFonts w:cs="Times New Roman"/>
          <w:szCs w:val="24"/>
        </w:rPr>
        <w:t xml:space="preserve">All across Jonglei and the Murle ethnic group, women like her are rising. They speak not because they are asked, but because they cannot afford to remain silent. They speak for their children, for their husbands, for the unborn futures they refuse to let be stolen. They speak in church compounds, cattle camps, food queues, and peace meetings. Sometimes </w:t>
      </w:r>
      <w:r w:rsidRPr="00936675">
        <w:rPr>
          <w:rFonts w:cs="Times New Roman"/>
          <w:szCs w:val="24"/>
        </w:rPr>
        <w:lastRenderedPageBreak/>
        <w:t>their words come as sobs. Other times, as stories told in trembling hands. And still other times, as clear-eyed declarations of pain and purpose.</w:t>
      </w:r>
    </w:p>
    <w:p w:rsidR="00823498" w:rsidRPr="00936675" w:rsidRDefault="00823498" w:rsidP="00823498">
      <w:pPr>
        <w:spacing w:line="360" w:lineRule="auto"/>
        <w:jc w:val="both"/>
        <w:rPr>
          <w:rFonts w:cs="Times New Roman"/>
          <w:szCs w:val="24"/>
        </w:rPr>
      </w:pPr>
      <w:r w:rsidRPr="00936675">
        <w:rPr>
          <w:rFonts w:cs="Times New Roman"/>
          <w:szCs w:val="24"/>
        </w:rPr>
        <w:t>Their testimonies carry a different kind of authority—not one given by position, but by experience. They are reminders that beneath every raid statistic is a story of a child who didn’t come home. Beneath every peace agreement is a mother who prays it holds.</w:t>
      </w:r>
    </w:p>
    <w:p w:rsidR="00823498" w:rsidRPr="00936675" w:rsidRDefault="00823498" w:rsidP="00823498">
      <w:pPr>
        <w:spacing w:line="360" w:lineRule="auto"/>
        <w:jc w:val="both"/>
        <w:rPr>
          <w:rFonts w:cs="Times New Roman"/>
          <w:szCs w:val="24"/>
        </w:rPr>
      </w:pPr>
      <w:r w:rsidRPr="00936675">
        <w:rPr>
          <w:rFonts w:cs="Times New Roman"/>
          <w:szCs w:val="24"/>
        </w:rPr>
        <w:t>These women are not weak. They are the moral conscience of their communities. They speak the unspeakable. They name the losses that many fear to name. They say aloud what most only dare to whisper: that we are tired, and that enough is enough.</w:t>
      </w:r>
    </w:p>
    <w:p w:rsidR="00823498" w:rsidRPr="00936675" w:rsidRDefault="00823498" w:rsidP="00823498">
      <w:pPr>
        <w:spacing w:line="360" w:lineRule="auto"/>
        <w:jc w:val="both"/>
        <w:rPr>
          <w:rFonts w:cs="Times New Roman"/>
          <w:szCs w:val="24"/>
        </w:rPr>
      </w:pPr>
      <w:r w:rsidRPr="00936675">
        <w:rPr>
          <w:rFonts w:cs="Times New Roman"/>
          <w:szCs w:val="24"/>
        </w:rPr>
        <w:t>In every dialogue where a woman like the one from Karaam speaks, something shifts. The room breathes differently. Youth listen differently. Even the prophets pause longer. Because in her voice is something deeper than policy—truth without armor.</w:t>
      </w:r>
    </w:p>
    <w:p w:rsidR="00823498" w:rsidRPr="00936675" w:rsidRDefault="00823498" w:rsidP="00823498">
      <w:pPr>
        <w:spacing w:line="360" w:lineRule="auto"/>
        <w:jc w:val="both"/>
        <w:rPr>
          <w:rFonts w:cs="Times New Roman"/>
          <w:szCs w:val="24"/>
        </w:rPr>
      </w:pPr>
      <w:r w:rsidRPr="00936675">
        <w:rPr>
          <w:rFonts w:cs="Times New Roman"/>
          <w:szCs w:val="24"/>
        </w:rPr>
        <w:t>And truth, once spoken, refuses to return to silence.</w:t>
      </w:r>
    </w:p>
    <w:p w:rsidR="00823498" w:rsidRPr="00936675" w:rsidRDefault="00823498" w:rsidP="00786C80">
      <w:pPr>
        <w:pStyle w:val="Heading2"/>
      </w:pPr>
      <w:r w:rsidRPr="00936675">
        <w:t>Breaking the Cycle Through Voice</w:t>
      </w:r>
    </w:p>
    <w:p w:rsidR="00823498" w:rsidRPr="00936675" w:rsidRDefault="00823498" w:rsidP="00823498">
      <w:pPr>
        <w:spacing w:line="360" w:lineRule="auto"/>
        <w:jc w:val="both"/>
        <w:rPr>
          <w:rFonts w:cs="Times New Roman"/>
          <w:szCs w:val="24"/>
        </w:rPr>
      </w:pPr>
      <w:r w:rsidRPr="00936675">
        <w:rPr>
          <w:rFonts w:cs="Times New Roman"/>
          <w:szCs w:val="24"/>
        </w:rPr>
        <w:t>That moment in Karaam reminded me of something I’ve come to understand deeply in this work: dialogue is not a luxury—it is a lifeline. It is a form of resistance. Not resistance in the way of violence or vengeance, but resistance against silence, despair, and the generational inheritance of hatred.</w:t>
      </w:r>
    </w:p>
    <w:p w:rsidR="00823498" w:rsidRPr="00936675" w:rsidRDefault="00823498" w:rsidP="00823498">
      <w:pPr>
        <w:spacing w:line="360" w:lineRule="auto"/>
        <w:jc w:val="both"/>
        <w:rPr>
          <w:rFonts w:cs="Times New Roman"/>
          <w:szCs w:val="24"/>
        </w:rPr>
      </w:pPr>
      <w:r w:rsidRPr="00936675">
        <w:rPr>
          <w:rFonts w:cs="Times New Roman"/>
          <w:szCs w:val="24"/>
        </w:rPr>
        <w:t>When people speak, they reclaim their humanity. When a grieving mother speaks, when a former raider confesses regret, when a spiritual leader denounces the misuse of prophecy, when youth say, “We want a different life”—something shifts. In those moments, people begin to believe that their voices matter more than the guns around them. They begin to believe that change is possible.</w:t>
      </w:r>
    </w:p>
    <w:p w:rsidR="00823498" w:rsidRPr="00936675" w:rsidRDefault="00823498" w:rsidP="00823498">
      <w:pPr>
        <w:spacing w:line="360" w:lineRule="auto"/>
        <w:jc w:val="both"/>
        <w:rPr>
          <w:rFonts w:cs="Times New Roman"/>
          <w:szCs w:val="24"/>
        </w:rPr>
      </w:pPr>
      <w:r w:rsidRPr="00936675">
        <w:rPr>
          <w:rFonts w:cs="Times New Roman"/>
          <w:szCs w:val="24"/>
        </w:rPr>
        <w:t>Voice, in this context, is power. It disrupts old patterns. It challenges dominant narratives that say only violence can bring justice. And it reminds everyone in the circle—facilitator, elder, mother, or child—that peace is not a thing imposed from above, but a truth discovered through courage and connection.</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Each time someone speaks out in dialogue, they loosen the grip of the past. They carve out space for a future not ruled by revenge. They make forgiveness imaginable. They make healing tangible.</w:t>
      </w:r>
    </w:p>
    <w:p w:rsidR="00823498" w:rsidRPr="00936675" w:rsidRDefault="00823498" w:rsidP="00823498">
      <w:pPr>
        <w:spacing w:line="360" w:lineRule="auto"/>
        <w:jc w:val="both"/>
        <w:rPr>
          <w:rFonts w:cs="Times New Roman"/>
          <w:szCs w:val="24"/>
        </w:rPr>
      </w:pPr>
      <w:r w:rsidRPr="00936675">
        <w:rPr>
          <w:rFonts w:cs="Times New Roman"/>
          <w:szCs w:val="24"/>
        </w:rPr>
        <w:t>That is the true miracle of dialogue—not that it solves everything in a day, but that it awakens something buried. It breaks the cycle not with force, but with voice.</w:t>
      </w:r>
    </w:p>
    <w:p w:rsidR="00823498" w:rsidRPr="00936675" w:rsidRDefault="00823498" w:rsidP="00823498">
      <w:pPr>
        <w:spacing w:line="360" w:lineRule="auto"/>
        <w:jc w:val="both"/>
        <w:rPr>
          <w:rFonts w:cs="Times New Roman"/>
          <w:szCs w:val="24"/>
        </w:rPr>
      </w:pPr>
      <w:r w:rsidRPr="00936675">
        <w:rPr>
          <w:rFonts w:cs="Times New Roman"/>
          <w:szCs w:val="24"/>
        </w:rPr>
        <w:t>And in a land where too many have died without ever being heard, to raise one’s voice in pursuit of peace is not just brave—it is revolutionary.</w:t>
      </w:r>
    </w:p>
    <w:p w:rsidR="00823498" w:rsidRPr="00936675" w:rsidRDefault="00823498" w:rsidP="00786C80">
      <w:pPr>
        <w:pStyle w:val="Heading2"/>
      </w:pPr>
      <w:r w:rsidRPr="00936675">
        <w:t>A Spiritual Dimension</w:t>
      </w:r>
    </w:p>
    <w:p w:rsidR="00823498" w:rsidRPr="00936675" w:rsidRDefault="00823498" w:rsidP="00823498">
      <w:pPr>
        <w:spacing w:line="360" w:lineRule="auto"/>
        <w:jc w:val="both"/>
        <w:rPr>
          <w:rFonts w:cs="Times New Roman"/>
          <w:szCs w:val="24"/>
        </w:rPr>
      </w:pPr>
      <w:r w:rsidRPr="00936675">
        <w:rPr>
          <w:rFonts w:cs="Times New Roman"/>
          <w:szCs w:val="24"/>
        </w:rPr>
        <w:t>In South Sudan, peace is never just political—it is deeply spiritual. Conflict may begin with cattle or territory, but it grows in the soul. And so does healing. For many communities in Greater Jonglei and the Murle ethnic group, no dialogue is complete without the presence of spiritual leaders. Their voices are not just influential—they are sacred. They do not simply speak to minds; they speak to hearts, to memories, and to the moral center of a people torn between history and hope.</w:t>
      </w:r>
    </w:p>
    <w:p w:rsidR="00823498" w:rsidRPr="00936675" w:rsidRDefault="00823498" w:rsidP="00823498">
      <w:pPr>
        <w:spacing w:line="360" w:lineRule="auto"/>
        <w:jc w:val="both"/>
        <w:rPr>
          <w:rFonts w:cs="Times New Roman"/>
          <w:szCs w:val="24"/>
        </w:rPr>
      </w:pPr>
      <w:r w:rsidRPr="00936675">
        <w:rPr>
          <w:rFonts w:cs="Times New Roman"/>
          <w:szCs w:val="24"/>
        </w:rPr>
        <w:t>Throughout the dialogues we’ve convened—in Ayod, Uror, Akobo, Pibor, and beyond—the presence of prophets like Makuach Tut Jok has transformed ordinary discussions into sacred encounters. These are not just community meetings; they are moments of spiritual reckoning. When a prophet opens a dialogue with prayer, or declares a season of repentance, or calls for the spiritual cleansing of a land ravaged by bloodshed, the atmosphere changes. Guns are lowered. Voices soften. People listen—not because they must, but because their conscience demands it.</w:t>
      </w:r>
    </w:p>
    <w:p w:rsidR="00823498" w:rsidRPr="00936675" w:rsidRDefault="00823498" w:rsidP="00823498">
      <w:pPr>
        <w:spacing w:line="360" w:lineRule="auto"/>
        <w:jc w:val="both"/>
        <w:rPr>
          <w:rFonts w:cs="Times New Roman"/>
          <w:szCs w:val="24"/>
        </w:rPr>
      </w:pPr>
      <w:r w:rsidRPr="00936675">
        <w:rPr>
          <w:rFonts w:cs="Times New Roman"/>
          <w:szCs w:val="24"/>
        </w:rPr>
        <w:t>This spiritual authority is especially vital in a landscape where political leadership often feels distant or compromised, and where the justice system does not reach. Prophets and pastors have stepped into the moral vacuum left by war and state collapse. Their legitimacy does not come from elections or titles, but from visions, healing, and the trust of the people. When they call for peace, it is not a suggestion—it is a command wrapped in hope.</w:t>
      </w:r>
    </w:p>
    <w:p w:rsidR="00823498" w:rsidRPr="00936675" w:rsidRDefault="00823498" w:rsidP="00823498">
      <w:pPr>
        <w:spacing w:line="360" w:lineRule="auto"/>
        <w:jc w:val="both"/>
        <w:rPr>
          <w:rFonts w:cs="Times New Roman"/>
          <w:szCs w:val="24"/>
        </w:rPr>
      </w:pPr>
      <w:r w:rsidRPr="00936675">
        <w:rPr>
          <w:rFonts w:cs="Times New Roman"/>
          <w:szCs w:val="24"/>
        </w:rPr>
        <w:t xml:space="preserve">The rituals they perform—such as the sacrifice of a bull in Thuokrikna—are more than tradition. They are spiritual acts of closure. They bind communities to a renewed covenant </w:t>
      </w:r>
      <w:r w:rsidRPr="00936675">
        <w:rPr>
          <w:rFonts w:cs="Times New Roman"/>
          <w:szCs w:val="24"/>
        </w:rPr>
        <w:lastRenderedPageBreak/>
        <w:t>with life, with each other, and with God. They create a threshold between the past and the future: what has been done must now be acknowledged, cleansed, and laid down. These rituals are not for show—they are for survival.</w:t>
      </w:r>
    </w:p>
    <w:p w:rsidR="00823498" w:rsidRPr="00936675" w:rsidRDefault="00823498" w:rsidP="00823498">
      <w:pPr>
        <w:spacing w:line="360" w:lineRule="auto"/>
        <w:jc w:val="both"/>
        <w:rPr>
          <w:rFonts w:cs="Times New Roman"/>
          <w:szCs w:val="24"/>
        </w:rPr>
      </w:pPr>
      <w:r w:rsidRPr="00936675">
        <w:rPr>
          <w:rFonts w:cs="Times New Roman"/>
          <w:szCs w:val="24"/>
        </w:rPr>
        <w:t>Even the rhythm of dialogue often reflects spiritual cadence. Moments of silence are not empty—they are sacred pauses for reflection. Tears are not weakness—they are offerings. When women wail, when elders lay hands on youth, when verses are recited or songs break out—it is the spirit leading the conversation.</w:t>
      </w:r>
    </w:p>
    <w:p w:rsidR="00823498" w:rsidRPr="00936675" w:rsidRDefault="00823498" w:rsidP="00823498">
      <w:pPr>
        <w:spacing w:line="360" w:lineRule="auto"/>
        <w:jc w:val="both"/>
        <w:rPr>
          <w:rFonts w:cs="Times New Roman"/>
          <w:szCs w:val="24"/>
        </w:rPr>
      </w:pPr>
      <w:r w:rsidRPr="00936675">
        <w:rPr>
          <w:rFonts w:cs="Times New Roman"/>
          <w:szCs w:val="24"/>
        </w:rPr>
        <w:t>This spiritual dimension is not separate from the work of peace—it is the work of peace. It reminds us that reconciliation is not only transactional, but transformational. That forgiveness is not only political, but deeply personal. That truth is not only factual, but lived, embodied, and often spoken through prayer.</w:t>
      </w:r>
    </w:p>
    <w:p w:rsidR="00823498" w:rsidRPr="00936675" w:rsidRDefault="00823498" w:rsidP="00823498">
      <w:pPr>
        <w:spacing w:line="360" w:lineRule="auto"/>
        <w:jc w:val="both"/>
        <w:rPr>
          <w:rFonts w:cs="Times New Roman"/>
          <w:szCs w:val="24"/>
        </w:rPr>
      </w:pPr>
      <w:r w:rsidRPr="00936675">
        <w:rPr>
          <w:rFonts w:cs="Times New Roman"/>
          <w:szCs w:val="24"/>
        </w:rPr>
        <w:t>But it also comes with responsibility. Prophets must be guardians of peace, not fuel for war. Their words carry great weight—and when misused, can mobilize youth toward destruction. This is why dialogue must also be a space where spiritual leaders are held accountable, where they are invited not just to bless, but to listen, to learn, and to lead wisely.</w:t>
      </w:r>
    </w:p>
    <w:p w:rsidR="00823498" w:rsidRPr="00936675" w:rsidRDefault="00823498" w:rsidP="00823498">
      <w:pPr>
        <w:spacing w:line="360" w:lineRule="auto"/>
        <w:jc w:val="both"/>
        <w:rPr>
          <w:rFonts w:cs="Times New Roman"/>
          <w:szCs w:val="24"/>
        </w:rPr>
      </w:pPr>
      <w:r w:rsidRPr="00936675">
        <w:rPr>
          <w:rFonts w:cs="Times New Roman"/>
          <w:szCs w:val="24"/>
        </w:rPr>
        <w:t>The spiritual dimension of dialogue helps explain why, even in the face of enormous suffering, communities continue to show up. They believe peace is not just a human endeavor, but a divine calling. That reconciliation is not a weakness, but a sacred duty. That when two enemies sit under a tree and speak honestly, God is present.</w:t>
      </w:r>
    </w:p>
    <w:p w:rsidR="00823498" w:rsidRPr="00936675" w:rsidRDefault="00823498" w:rsidP="00823498">
      <w:pPr>
        <w:spacing w:line="360" w:lineRule="auto"/>
        <w:jc w:val="both"/>
        <w:rPr>
          <w:rFonts w:cs="Times New Roman"/>
          <w:szCs w:val="24"/>
        </w:rPr>
      </w:pPr>
      <w:r w:rsidRPr="00936675">
        <w:rPr>
          <w:rFonts w:cs="Times New Roman"/>
          <w:szCs w:val="24"/>
        </w:rPr>
        <w:t>We have seen it again and again: dialogue becomes a spiritual act—a form of repentance, a form of healing, a form of worship. It reminds us that we are not just survivors of war, but children of God, still capable of building a world different from the one we inherited. In South Sudan, where so much has been lost, the spirit remains. And wherever the spirit remains, peace is still possible</w:t>
      </w:r>
    </w:p>
    <w:p w:rsidR="00823498" w:rsidRPr="00936675" w:rsidRDefault="00823498" w:rsidP="00823498">
      <w:pPr>
        <w:spacing w:line="360" w:lineRule="auto"/>
        <w:jc w:val="both"/>
        <w:rPr>
          <w:rFonts w:cs="Times New Roman"/>
          <w:szCs w:val="24"/>
        </w:rPr>
      </w:pPr>
      <w:r w:rsidRPr="00936675">
        <w:rPr>
          <w:rFonts w:cs="Times New Roman"/>
          <w:szCs w:val="24"/>
        </w:rPr>
        <w:t xml:space="preserve">That moment in Karaam reminded me of something I’ve come to understand deeply in this work: dialogue is not a luxury—it is a lifeline. It is a form of resistance. Not resistance </w:t>
      </w:r>
      <w:r w:rsidRPr="00936675">
        <w:rPr>
          <w:rFonts w:cs="Times New Roman"/>
          <w:szCs w:val="24"/>
        </w:rPr>
        <w:lastRenderedPageBreak/>
        <w:t>through violence or vengeance, but resistance against silence, despair, and the generational inheritance of hatred.</w:t>
      </w:r>
    </w:p>
    <w:p w:rsidR="00823498" w:rsidRPr="00936675" w:rsidRDefault="00823498" w:rsidP="00823498">
      <w:pPr>
        <w:spacing w:line="360" w:lineRule="auto"/>
        <w:jc w:val="both"/>
        <w:rPr>
          <w:rFonts w:cs="Times New Roman"/>
          <w:szCs w:val="24"/>
        </w:rPr>
      </w:pPr>
      <w:r w:rsidRPr="00936675">
        <w:rPr>
          <w:rFonts w:cs="Times New Roman"/>
          <w:szCs w:val="24"/>
        </w:rPr>
        <w:t>When people speak, they reclaim their humanity. When a grieving mother rises to tell her story, when a former raider admits his regret, when a spiritual leader denounces the misuse of prophecy, when youth stand and say, “We want a different life”—something shifts. In those moments, people begin to believe that their voices matter more than the guns around them. They begin to believe that change is not only possible—it is already beginning.</w:t>
      </w:r>
    </w:p>
    <w:p w:rsidR="00823498" w:rsidRPr="00936675" w:rsidRDefault="00823498" w:rsidP="00823498">
      <w:pPr>
        <w:spacing w:line="360" w:lineRule="auto"/>
        <w:jc w:val="both"/>
        <w:rPr>
          <w:rFonts w:cs="Times New Roman"/>
          <w:szCs w:val="24"/>
        </w:rPr>
      </w:pPr>
      <w:r w:rsidRPr="00936675">
        <w:rPr>
          <w:rFonts w:cs="Times New Roman"/>
          <w:szCs w:val="24"/>
        </w:rPr>
        <w:t>Voice, in this context, is power. It disrupts entrenched cycles. It challenges dominant narratives that claim only violence can deliver justice. And it reminds everyone in the circle—facilitator, elder, mother, or child—that peace is not something imposed from above, but a truth discovered through courage and connection.</w:t>
      </w:r>
    </w:p>
    <w:p w:rsidR="00823498" w:rsidRPr="00936675" w:rsidRDefault="00823498" w:rsidP="00823498">
      <w:pPr>
        <w:spacing w:line="360" w:lineRule="auto"/>
        <w:jc w:val="both"/>
        <w:rPr>
          <w:rFonts w:cs="Times New Roman"/>
          <w:szCs w:val="24"/>
        </w:rPr>
      </w:pPr>
      <w:r w:rsidRPr="00936675">
        <w:rPr>
          <w:rFonts w:cs="Times New Roman"/>
          <w:szCs w:val="24"/>
        </w:rPr>
        <w:t>Each time someone speaks in dialogue, they loosen the grip of the past. They make space for a future not ruled by revenge. They make forgiveness imaginable. They make healing tangible.</w:t>
      </w:r>
    </w:p>
    <w:p w:rsidR="00823498" w:rsidRPr="00936675" w:rsidRDefault="00823498" w:rsidP="00823498">
      <w:pPr>
        <w:spacing w:line="360" w:lineRule="auto"/>
        <w:jc w:val="both"/>
        <w:rPr>
          <w:rFonts w:cs="Times New Roman"/>
          <w:szCs w:val="24"/>
        </w:rPr>
      </w:pPr>
      <w:r w:rsidRPr="00936675">
        <w:rPr>
          <w:rFonts w:cs="Times New Roman"/>
          <w:szCs w:val="24"/>
        </w:rPr>
        <w:t>That is the true miracle of dialogue: not that it solves everything in a day, but that it awakens something long buried. It breaks the cycle—not with force, but with voice. And in a land where too many have died without ever being heard, to raise one’s voice in pursuit of peace is not just an act of bravery—it is an act of revolution.</w:t>
      </w:r>
    </w:p>
    <w:p w:rsidR="00823498" w:rsidRPr="00936675" w:rsidRDefault="00823498" w:rsidP="00786C80">
      <w:pPr>
        <w:pStyle w:val="Heading2"/>
      </w:pPr>
      <w:r w:rsidRPr="00936675">
        <w:t>Prophecy and Peacebuilding</w:t>
      </w:r>
    </w:p>
    <w:p w:rsidR="00823498" w:rsidRPr="00936675" w:rsidRDefault="00823498" w:rsidP="00823498">
      <w:pPr>
        <w:spacing w:line="360" w:lineRule="auto"/>
        <w:jc w:val="both"/>
        <w:rPr>
          <w:rFonts w:cs="Times New Roman"/>
          <w:szCs w:val="24"/>
        </w:rPr>
      </w:pPr>
      <w:r w:rsidRPr="00936675">
        <w:rPr>
          <w:rFonts w:cs="Times New Roman"/>
          <w:szCs w:val="24"/>
        </w:rPr>
        <w:t xml:space="preserve">In many parts of the world, peacebuilding is a domain of diplomats, politicians, or trained mediators. But in South Sudan—especially in Greater Jonglei and the Greater Pibor Administrative Area—peace cannot be separated from prophecy. The spiritual realm is not an abstract space; it is lived, breathed, and deeply rooted in the everyday choices of people. Here, prophets do not only preach—they lead. And in moments when governments are silent and justice systems are </w:t>
      </w:r>
      <w:r w:rsidR="00786C80" w:rsidRPr="00936675">
        <w:rPr>
          <w:rFonts w:cs="Times New Roman"/>
          <w:szCs w:val="24"/>
        </w:rPr>
        <w:t>distant;</w:t>
      </w:r>
      <w:r w:rsidRPr="00936675">
        <w:rPr>
          <w:rFonts w:cs="Times New Roman"/>
          <w:szCs w:val="24"/>
        </w:rPr>
        <w:t xml:space="preserve"> it is often the voice of a prophet that carries the power to move communities.</w:t>
      </w:r>
    </w:p>
    <w:p w:rsidR="00823498" w:rsidRPr="00936675" w:rsidRDefault="00823498" w:rsidP="00823498">
      <w:pPr>
        <w:spacing w:line="360" w:lineRule="auto"/>
        <w:jc w:val="both"/>
        <w:rPr>
          <w:rFonts w:cs="Times New Roman"/>
          <w:szCs w:val="24"/>
        </w:rPr>
      </w:pPr>
      <w:r w:rsidRPr="00936675">
        <w:rPr>
          <w:rFonts w:cs="Times New Roman"/>
          <w:szCs w:val="24"/>
        </w:rPr>
        <w:t xml:space="preserve">Our community dialogues are often anchored by figures like Prophet Dak Kueth and Prophet Makuach Tut Jok, whose words hold weight beyond politics. These are not </w:t>
      </w:r>
      <w:r w:rsidRPr="00936675">
        <w:rPr>
          <w:rFonts w:cs="Times New Roman"/>
          <w:szCs w:val="24"/>
        </w:rPr>
        <w:lastRenderedPageBreak/>
        <w:t>ceremonial titles. They are spiritual offices—positions of profound cultural and moral influence. Prophets are seen not only as mediators between people but as intermediaries between people and God. Their pronouncements shape behavior, redirect emotion, and carry consequences far deeper than any signed peace agreement.</w:t>
      </w:r>
    </w:p>
    <w:p w:rsidR="00823498" w:rsidRPr="00936675" w:rsidRDefault="00823498" w:rsidP="00823498">
      <w:pPr>
        <w:spacing w:line="360" w:lineRule="auto"/>
        <w:jc w:val="both"/>
        <w:rPr>
          <w:rFonts w:cs="Times New Roman"/>
          <w:szCs w:val="24"/>
        </w:rPr>
      </w:pPr>
      <w:r w:rsidRPr="00936675">
        <w:rPr>
          <w:rFonts w:cs="Times New Roman"/>
          <w:szCs w:val="24"/>
        </w:rPr>
        <w:t xml:space="preserve">When Dak Kueth called for a day of repentance in </w:t>
      </w:r>
      <w:proofErr w:type="spellStart"/>
      <w:r w:rsidRPr="00936675">
        <w:rPr>
          <w:rFonts w:cs="Times New Roman"/>
          <w:szCs w:val="24"/>
        </w:rPr>
        <w:t>Waat</w:t>
      </w:r>
      <w:proofErr w:type="spellEnd"/>
      <w:r w:rsidRPr="00936675">
        <w:rPr>
          <w:rFonts w:cs="Times New Roman"/>
          <w:szCs w:val="24"/>
        </w:rPr>
        <w:t xml:space="preserve">, hundreds of </w:t>
      </w:r>
      <w:r w:rsidR="00786C80" w:rsidRPr="00936675">
        <w:rPr>
          <w:rFonts w:cs="Times New Roman"/>
          <w:szCs w:val="24"/>
        </w:rPr>
        <w:t>youths</w:t>
      </w:r>
      <w:r w:rsidRPr="00936675">
        <w:rPr>
          <w:rFonts w:cs="Times New Roman"/>
          <w:szCs w:val="24"/>
        </w:rPr>
        <w:t xml:space="preserve"> left their cattle camps and journeyed to the meeting site. They came not because they were forced to, but because they believed the message had eternal importance. For many, it was not simply a peace event—it was a call to cleanse their hearts. In a region where bitterness and revenge often pass from father to son, this gathering became a moment of collective release. Youth laid down weapons. Elders wept. Women gave testimonies. Something shifted—not because policy was changed, but because conscience was awakened.</w:t>
      </w:r>
    </w:p>
    <w:p w:rsidR="00823498" w:rsidRPr="00936675" w:rsidRDefault="00823498" w:rsidP="00823498">
      <w:pPr>
        <w:spacing w:line="360" w:lineRule="auto"/>
        <w:jc w:val="both"/>
        <w:rPr>
          <w:rFonts w:cs="Times New Roman"/>
          <w:szCs w:val="24"/>
        </w:rPr>
      </w:pPr>
      <w:r w:rsidRPr="00936675">
        <w:rPr>
          <w:rFonts w:cs="Times New Roman"/>
          <w:szCs w:val="24"/>
        </w:rPr>
        <w:t>Similarly, when Prophet Makuach Tut Jok declared that “the blood of the innocent cries louder than the call to revenge,” the words echoed across villages. People listened. Youth groups known for mobilizing around cycles of retaliation paused. In Ayod and Uror, cattle raids that were already being planned were suddenly delayed. Not because the state intervened, but because a spiritual threshold had been drawn. In South Sudanese society, such declarations are not symbolic—they are binding. To violate a prophet’s word is to defy the moral order of the community.</w:t>
      </w:r>
    </w:p>
    <w:p w:rsidR="00823498" w:rsidRPr="00936675" w:rsidRDefault="00823498" w:rsidP="00823498">
      <w:pPr>
        <w:spacing w:line="360" w:lineRule="auto"/>
        <w:jc w:val="both"/>
        <w:rPr>
          <w:rFonts w:cs="Times New Roman"/>
          <w:szCs w:val="24"/>
        </w:rPr>
      </w:pPr>
      <w:r w:rsidRPr="00936675">
        <w:rPr>
          <w:rFonts w:cs="Times New Roman"/>
          <w:szCs w:val="24"/>
        </w:rPr>
        <w:t>Prophets like Dak and Makuach do not operate within state systems. In fact, they often exist parallel to formal power structures, and sometimes in tension with them. Yet their influence cannot be ignored. They reach the parts of society that institutions cannot: the cattle camps, the armed youth, the traumatized families who believe only spiritual healing can end their pain. Their sermons become roadmaps for peace. Their dreams become warnings. Their blessings can stop a fight. Their rebukes can trigger reflection. They are the soul of the dialogue.</w:t>
      </w:r>
    </w:p>
    <w:p w:rsidR="00823498" w:rsidRPr="00936675" w:rsidRDefault="00823498" w:rsidP="00823498">
      <w:pPr>
        <w:spacing w:line="360" w:lineRule="auto"/>
        <w:jc w:val="both"/>
        <w:rPr>
          <w:rFonts w:cs="Times New Roman"/>
          <w:szCs w:val="24"/>
        </w:rPr>
      </w:pPr>
      <w:r w:rsidRPr="00936675">
        <w:rPr>
          <w:rFonts w:cs="Times New Roman"/>
          <w:szCs w:val="24"/>
        </w:rPr>
        <w:t xml:space="preserve">It would be a mistake to view these prophets merely as peacemakers. They are nation-shapers, deeply embedded in the identity and memory of the communities they serve. They draw from a well of tradition, scripture, and cultural history. When they speak, they do not </w:t>
      </w:r>
      <w:r w:rsidRPr="00936675">
        <w:rPr>
          <w:rFonts w:cs="Times New Roman"/>
          <w:szCs w:val="24"/>
        </w:rPr>
        <w:lastRenderedPageBreak/>
        <w:t>offer opinions—they deliver convictions. And in a region still bleeding from decades of war, that conviction is often the only constant that people trust.</w:t>
      </w:r>
    </w:p>
    <w:p w:rsidR="00823498" w:rsidRPr="00936675" w:rsidRDefault="00823498" w:rsidP="00823498">
      <w:pPr>
        <w:spacing w:line="360" w:lineRule="auto"/>
        <w:jc w:val="both"/>
        <w:rPr>
          <w:rFonts w:cs="Times New Roman"/>
          <w:szCs w:val="24"/>
        </w:rPr>
      </w:pPr>
      <w:r w:rsidRPr="00936675">
        <w:rPr>
          <w:rFonts w:cs="Times New Roman"/>
          <w:szCs w:val="24"/>
        </w:rPr>
        <w:t>Yet this power comes with risk.</w:t>
      </w:r>
    </w:p>
    <w:p w:rsidR="00823498" w:rsidRPr="00936675" w:rsidRDefault="00823498" w:rsidP="00823498">
      <w:pPr>
        <w:spacing w:line="360" w:lineRule="auto"/>
        <w:jc w:val="both"/>
        <w:rPr>
          <w:rFonts w:cs="Times New Roman"/>
          <w:szCs w:val="24"/>
        </w:rPr>
      </w:pPr>
      <w:r w:rsidRPr="00936675">
        <w:rPr>
          <w:rFonts w:cs="Times New Roman"/>
          <w:szCs w:val="24"/>
        </w:rPr>
        <w:t>In some cases, prophetic voices have been misused or manipulated—either by external political actors who seek to co-opt their influence, or by community factions who want to use prophecy to justify violence. This is why it is critical to engage spiritual leaders not as infallible messengers, but as accountable partners in the work of peace. Dialogue must also be a space where prophets are listened to—but also where they are challenged, questioned, and invited to grow. Spiritual authority does not mean immunity from responsibility. It means greater responsibility to speak for the voiceless and to denounce the misuse of God’s name in acts of war.</w:t>
      </w:r>
    </w:p>
    <w:p w:rsidR="00823498" w:rsidRPr="00936675" w:rsidRDefault="00823498" w:rsidP="00823498">
      <w:pPr>
        <w:spacing w:line="360" w:lineRule="auto"/>
        <w:jc w:val="both"/>
        <w:rPr>
          <w:rFonts w:cs="Times New Roman"/>
          <w:szCs w:val="24"/>
        </w:rPr>
      </w:pPr>
      <w:r w:rsidRPr="00936675">
        <w:rPr>
          <w:rFonts w:cs="Times New Roman"/>
          <w:szCs w:val="24"/>
        </w:rPr>
        <w:t>There have been moments when prophets themselves became mediators in armed conflicts. In Akobo, a prophet intervened between rival youth groups by fasting and declaring a spiritual judgment. In Nyirol, spiritual elders accompanied women’s delegations to retrieve abducted children. In Pibor, Murle spiritual leaders publicly condemned the justification of abductions using ancestral tradition, calling instead for a new spiritual vision rooted in repentance and restoration. These were not small gestures. They were turning points—moments when spiritual leadership aligned with moral clarity, and entire communities were redirected.</w:t>
      </w:r>
    </w:p>
    <w:p w:rsidR="00823498" w:rsidRPr="00936675" w:rsidRDefault="00823498" w:rsidP="00823498">
      <w:pPr>
        <w:spacing w:line="360" w:lineRule="auto"/>
        <w:jc w:val="both"/>
        <w:rPr>
          <w:rFonts w:cs="Times New Roman"/>
          <w:szCs w:val="24"/>
        </w:rPr>
      </w:pPr>
      <w:r w:rsidRPr="00936675">
        <w:rPr>
          <w:rFonts w:cs="Times New Roman"/>
          <w:szCs w:val="24"/>
        </w:rPr>
        <w:t>This is what makes prophecy essential to peacebuilding in South Sudan. It is not an addition to the process. It is the foundation. Without it, dialogue risks being shallow—well-organized, but lacking soul. With it, dialogue becomes a sacred act, rooted in truth-telling, healing, and the possibility of collective rebirth.</w:t>
      </w:r>
    </w:p>
    <w:p w:rsidR="00823498" w:rsidRPr="00936675" w:rsidRDefault="00823498" w:rsidP="00823498">
      <w:pPr>
        <w:spacing w:line="360" w:lineRule="auto"/>
        <w:jc w:val="both"/>
        <w:rPr>
          <w:rFonts w:cs="Times New Roman"/>
          <w:szCs w:val="24"/>
        </w:rPr>
      </w:pPr>
      <w:r w:rsidRPr="00936675">
        <w:rPr>
          <w:rFonts w:cs="Times New Roman"/>
          <w:szCs w:val="24"/>
        </w:rPr>
        <w:t>The presence of prophets in our dialogues also brings a spiritual rhythm to the process. Before the first words are spoken, there is prayer. When emotions run high, there is scripture. When forgiveness seems impossible, there is fasting. When a community is ready to move forward, there is a cleansing sacrifice. These are not theatrics. They are acts of cultural and spiritual significance, anchoring the political in the personal, and the personal in the divine.</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Prophecy also helps us see the invisible wounds—those that statistics miss. The shame carried by a youth who took part in a raid. The grief of a mother who blames herself for her son’s death. The guilt of a chief who failed to stop his people from retaliating. These are burdens that no resolution can erase. But in the presence of a prophet—when a word is spoken, a prayer released, or a blessing offered—people begin to believe they can live again.</w:t>
      </w:r>
    </w:p>
    <w:p w:rsidR="00823498" w:rsidRPr="00936675" w:rsidRDefault="00823498" w:rsidP="00823498">
      <w:pPr>
        <w:spacing w:line="360" w:lineRule="auto"/>
        <w:jc w:val="both"/>
        <w:rPr>
          <w:rFonts w:cs="Times New Roman"/>
          <w:szCs w:val="24"/>
        </w:rPr>
      </w:pPr>
      <w:r w:rsidRPr="00936675">
        <w:rPr>
          <w:rFonts w:cs="Times New Roman"/>
          <w:szCs w:val="24"/>
        </w:rPr>
        <w:t>In this way, prophecy is not the opposite of peacebuilding—it is its deepest expression. It brings together the broken and the hopeful, the wounded and the wise. It reminds us that justice is not just about punishment—it is about restoration. It tells us that peace is not a document—it is a spiritual decision.</w:t>
      </w:r>
    </w:p>
    <w:p w:rsidR="00823498" w:rsidRPr="00936675" w:rsidRDefault="00823498" w:rsidP="00823498">
      <w:pPr>
        <w:spacing w:line="360" w:lineRule="auto"/>
        <w:jc w:val="both"/>
        <w:rPr>
          <w:rFonts w:cs="Times New Roman"/>
          <w:szCs w:val="24"/>
        </w:rPr>
      </w:pPr>
      <w:r w:rsidRPr="00936675">
        <w:rPr>
          <w:rFonts w:cs="Times New Roman"/>
          <w:szCs w:val="24"/>
        </w:rPr>
        <w:t>And perhaps most importantly, prophecy points to a future that is bigger than survival. It invites people not just to end the violence, but to imagine a life after it. A life where children are not raised in fear. A life where the ancestors are honored by peace, not vengeance. A life where the voice of God is heard more loudly than the sound of the gun.</w:t>
      </w:r>
    </w:p>
    <w:p w:rsidR="00823498" w:rsidRPr="00936675" w:rsidRDefault="00823498" w:rsidP="00823498">
      <w:pPr>
        <w:spacing w:line="360" w:lineRule="auto"/>
        <w:jc w:val="both"/>
        <w:rPr>
          <w:rFonts w:cs="Times New Roman"/>
          <w:szCs w:val="24"/>
        </w:rPr>
      </w:pPr>
      <w:r w:rsidRPr="00936675">
        <w:rPr>
          <w:rFonts w:cs="Times New Roman"/>
          <w:szCs w:val="24"/>
        </w:rPr>
        <w:t>In South Sudan, where so many structures have failed, prophets still stand. They stand between violence and vision. They carry the memory of the past and the hope of what could still be. And in every dialogue where they speak, they do not just change the conversation—they change the course of history.</w:t>
      </w:r>
    </w:p>
    <w:p w:rsidR="00823498" w:rsidRPr="00936675" w:rsidRDefault="00823498" w:rsidP="00786C80">
      <w:pPr>
        <w:pStyle w:val="Heading2"/>
      </w:pPr>
      <w:r w:rsidRPr="00936675">
        <w:t>Faith as Framework for Dialogue</w:t>
      </w:r>
    </w:p>
    <w:p w:rsidR="00823498" w:rsidRPr="00936675" w:rsidRDefault="00823498" w:rsidP="00823498">
      <w:pPr>
        <w:spacing w:line="360" w:lineRule="auto"/>
        <w:jc w:val="both"/>
        <w:rPr>
          <w:rFonts w:cs="Times New Roman"/>
          <w:szCs w:val="24"/>
        </w:rPr>
      </w:pPr>
      <w:r w:rsidRPr="00936675">
        <w:rPr>
          <w:rFonts w:cs="Times New Roman"/>
          <w:szCs w:val="24"/>
        </w:rPr>
        <w:t>In South Sudan, peace cannot be secularized. Any attempt to build reconciliation purely through political or legal means—without accounting for the spiritual lifeblood of the people—is destined to fall short. Here, faith is not just a personal belief; it is a cultural operating system. It shapes identity, explains suffering, commands loyalty, and ultimately provides meaning in a land where too much has been lost.</w:t>
      </w:r>
    </w:p>
    <w:p w:rsidR="00823498" w:rsidRPr="00936675" w:rsidRDefault="00823498" w:rsidP="00823498">
      <w:pPr>
        <w:spacing w:line="360" w:lineRule="auto"/>
        <w:jc w:val="both"/>
        <w:rPr>
          <w:rFonts w:cs="Times New Roman"/>
          <w:szCs w:val="24"/>
        </w:rPr>
      </w:pPr>
      <w:r w:rsidRPr="00936675">
        <w:rPr>
          <w:rFonts w:cs="Times New Roman"/>
          <w:szCs w:val="24"/>
        </w:rPr>
        <w:t xml:space="preserve">From the cattle camp to the pulpit, from village elders to youth raiders, faith is the language that resonates. The spirit walks before the law—and often remains when the law retreats. This does not make faith a competitor to peacebuilding frameworks; rather, it makes it the foundation. In our dialogues, prayer is not an opening ritual. It is the ground on which truth can be spoken and received. The presence of prophets and spiritual elders is not symbolic. </w:t>
      </w:r>
      <w:r w:rsidRPr="00936675">
        <w:rPr>
          <w:rFonts w:cs="Times New Roman"/>
          <w:szCs w:val="24"/>
        </w:rPr>
        <w:lastRenderedPageBreak/>
        <w:t>It is structural. It lends legitimacy, moral gravity, and communal trust to conversations that might otherwise fall flat.</w:t>
      </w:r>
    </w:p>
    <w:p w:rsidR="00823498" w:rsidRPr="00936675" w:rsidRDefault="00823498" w:rsidP="00823498">
      <w:pPr>
        <w:spacing w:line="360" w:lineRule="auto"/>
        <w:jc w:val="both"/>
        <w:rPr>
          <w:rFonts w:cs="Times New Roman"/>
          <w:szCs w:val="24"/>
        </w:rPr>
      </w:pPr>
      <w:r w:rsidRPr="00936675">
        <w:rPr>
          <w:rFonts w:cs="Times New Roman"/>
          <w:szCs w:val="24"/>
        </w:rPr>
        <w:t>In many parts of the world, peace is discussed in boardrooms or formal halls. In South Sudan, peace is often negotiated under trees, sealed with prayer, and sanctified by spiritual rituals. When a prophet speaks during a dialogue, their words are not just heard—they are heeded. When a spiritual leader weeps, the crowd does not move on. It listens more deeply. Faith does not hinder the process—it opens emotional and psychological doors that secular methods often cannot.</w:t>
      </w:r>
    </w:p>
    <w:p w:rsidR="00823498" w:rsidRPr="00936675" w:rsidRDefault="00823498" w:rsidP="00823498">
      <w:pPr>
        <w:spacing w:line="360" w:lineRule="auto"/>
        <w:jc w:val="both"/>
        <w:rPr>
          <w:rFonts w:cs="Times New Roman"/>
          <w:szCs w:val="24"/>
        </w:rPr>
      </w:pPr>
      <w:r w:rsidRPr="00936675">
        <w:rPr>
          <w:rFonts w:cs="Times New Roman"/>
          <w:szCs w:val="24"/>
        </w:rPr>
        <w:t>Time and again, we have witnessed how the invocation of God’s name can de-escalate anger, soften hardened hearts, and encourage confessions that politics could never extract. Faith calls people to accountability not just to one another—but to something higher. It insists that even when justice fails and leaders disappoint, there is still a Judge who sees. This theological frame provides comfort, restraint, and ultimately hope.</w:t>
      </w:r>
    </w:p>
    <w:p w:rsidR="00823498" w:rsidRPr="00936675" w:rsidRDefault="00823498" w:rsidP="00823498">
      <w:pPr>
        <w:spacing w:line="360" w:lineRule="auto"/>
        <w:jc w:val="both"/>
        <w:rPr>
          <w:rFonts w:cs="Times New Roman"/>
          <w:szCs w:val="24"/>
        </w:rPr>
      </w:pPr>
      <w:r w:rsidRPr="00936675">
        <w:rPr>
          <w:rFonts w:cs="Times New Roman"/>
          <w:szCs w:val="24"/>
        </w:rPr>
        <w:t>Importantly, faith also bridges generations. Elders invoke stories of past harmony, while youth—many of them born in war—find in prophecy a reason to believe that a different future is possible. When spiritual leaders call for peace, they do so in a voice that cuts across tribal, age-set, and even political boundaries. That is power. And that is why faith is not a barrier to dialogue—it is the bridge upon which dialogue becomes transformational.</w:t>
      </w:r>
    </w:p>
    <w:p w:rsidR="00823498" w:rsidRPr="00936675" w:rsidRDefault="00823498" w:rsidP="00823498">
      <w:pPr>
        <w:spacing w:line="360" w:lineRule="auto"/>
        <w:jc w:val="both"/>
        <w:rPr>
          <w:rFonts w:cs="Times New Roman"/>
          <w:szCs w:val="24"/>
        </w:rPr>
      </w:pPr>
      <w:r w:rsidRPr="00936675">
        <w:rPr>
          <w:rFonts w:cs="Times New Roman"/>
          <w:szCs w:val="24"/>
        </w:rPr>
        <w:t>For international actors, donors, and technical experts who wish to support peace in South Sudan, this presents both a challenge and an invitation. The challenge is to set aside frameworks that prioritize neutrality over moral clarity. The invitation is to walk alongside a people who do not separate the sacred from the civic. In this context, prophets are not the opposition to peace—they are its architects.</w:t>
      </w:r>
    </w:p>
    <w:p w:rsidR="00823498" w:rsidRPr="00936675" w:rsidRDefault="00823498" w:rsidP="00823498">
      <w:pPr>
        <w:spacing w:line="360" w:lineRule="auto"/>
        <w:jc w:val="both"/>
        <w:rPr>
          <w:rFonts w:cs="Times New Roman"/>
          <w:szCs w:val="24"/>
        </w:rPr>
      </w:pPr>
      <w:r w:rsidRPr="00936675">
        <w:rPr>
          <w:rFonts w:cs="Times New Roman"/>
          <w:szCs w:val="24"/>
        </w:rPr>
        <w:t>When Prophet Makuach Tut Jok sacrificed a bull to end a cycle of misfortune during the dialogue in Thuokrikna, he was not simply performing a cultural rite. He was making a spiritual and communal declaration: that the season of vengeance must end, and a new chapter must begin. Such acts cannot be found in peace manuals, but they are what gives peace staying power in places where violence has shaped memory.</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In the aftermath of dialogues grounded in faith, we have seen signs of life: youth returning abducted children, rival chiefs walking together again, women singing reconciliation songs. These are not just the results of effective facilitation—they are the fruits of a spirit-led encounter. One in which people are not just resolving disputes, but reclaiming a moral compass long buried beneath cycles of retaliation.</w:t>
      </w:r>
    </w:p>
    <w:p w:rsidR="00823498" w:rsidRPr="00936675" w:rsidRDefault="00823498" w:rsidP="00823498">
      <w:pPr>
        <w:spacing w:line="360" w:lineRule="auto"/>
        <w:jc w:val="both"/>
        <w:rPr>
          <w:rFonts w:cs="Times New Roman"/>
          <w:szCs w:val="24"/>
        </w:rPr>
      </w:pPr>
      <w:r w:rsidRPr="00936675">
        <w:rPr>
          <w:rFonts w:cs="Times New Roman"/>
          <w:szCs w:val="24"/>
        </w:rPr>
        <w:t>In South Sudan, the law may be weak. Institutions may falter. But faith remains strong—and so does its ability to hold communities together through the storm. For peace to be real, it must be anchored not only in agreements but in what people believe in their bones. And for many, that belief begins and ends with God.</w:t>
      </w:r>
    </w:p>
    <w:p w:rsidR="00823498" w:rsidRPr="00936675" w:rsidRDefault="00786C80" w:rsidP="00823498">
      <w:pPr>
        <w:spacing w:line="360" w:lineRule="auto"/>
        <w:jc w:val="both"/>
        <w:rPr>
          <w:rFonts w:cs="Times New Roman"/>
          <w:szCs w:val="24"/>
        </w:rPr>
      </w:pPr>
      <w:r w:rsidRPr="00936675">
        <w:rPr>
          <w:rFonts w:cs="Times New Roman"/>
          <w:szCs w:val="24"/>
        </w:rPr>
        <w:t>So,</w:t>
      </w:r>
      <w:r w:rsidR="00823498" w:rsidRPr="00936675">
        <w:rPr>
          <w:rFonts w:cs="Times New Roman"/>
          <w:szCs w:val="24"/>
        </w:rPr>
        <w:t xml:space="preserve"> we do not remove faith from our dialogues. We center it. We do not view prophecy with suspicion. We engage it with respect. Because here, healing begins not just with words, but with blessings. Not just with strategy, but with prayer. Not just with processes, but with prophets.</w:t>
      </w:r>
    </w:p>
    <w:p w:rsidR="00823498" w:rsidRPr="00936675" w:rsidRDefault="00823498" w:rsidP="00823498">
      <w:pPr>
        <w:spacing w:line="360" w:lineRule="auto"/>
        <w:jc w:val="both"/>
        <w:rPr>
          <w:rFonts w:cs="Times New Roman"/>
          <w:szCs w:val="24"/>
        </w:rPr>
      </w:pPr>
      <w:r w:rsidRPr="00936675">
        <w:rPr>
          <w:rFonts w:cs="Times New Roman"/>
          <w:szCs w:val="24"/>
        </w:rPr>
        <w:t>Peace in South Sudan must be culturally rooted, spiritually conscious, and communally owned. And that means recognizing that the path to reconciliation will never be purely legal, procedural, or political. It must be spiritual. And it must be human.</w:t>
      </w:r>
    </w:p>
    <w:p w:rsidR="00823498" w:rsidRPr="00936675" w:rsidRDefault="00823498" w:rsidP="00786C80">
      <w:pPr>
        <w:pStyle w:val="Heading2"/>
      </w:pPr>
      <w:r w:rsidRPr="00936675">
        <w:t>Embedding Dialogue in Community Structures</w:t>
      </w:r>
    </w:p>
    <w:p w:rsidR="00823498" w:rsidRPr="00936675" w:rsidRDefault="00823498" w:rsidP="00823498">
      <w:pPr>
        <w:spacing w:line="360" w:lineRule="auto"/>
        <w:jc w:val="both"/>
        <w:rPr>
          <w:rFonts w:cs="Times New Roman"/>
          <w:szCs w:val="24"/>
        </w:rPr>
      </w:pPr>
      <w:r w:rsidRPr="00936675">
        <w:rPr>
          <w:rFonts w:cs="Times New Roman"/>
          <w:szCs w:val="24"/>
        </w:rPr>
        <w:t>For dialogue to thrive sustainably in South Sudan, it must be embedded in the daily life of the community—it must live within the structures that outlast any single project, funding cycle, or crisis. Peace cannot be delivered from the outside or driven only by facilitators. It must be carried forward by the people themselves. That means equipping, anchoring, and resourcing the institutions already known, trusted, and functional on the ground.</w:t>
      </w:r>
    </w:p>
    <w:p w:rsidR="00823498" w:rsidRPr="00936675" w:rsidRDefault="00823498" w:rsidP="00823498">
      <w:pPr>
        <w:spacing w:line="360" w:lineRule="auto"/>
        <w:jc w:val="both"/>
        <w:rPr>
          <w:rFonts w:cs="Times New Roman"/>
          <w:szCs w:val="24"/>
        </w:rPr>
      </w:pPr>
      <w:r w:rsidRPr="00936675">
        <w:rPr>
          <w:rFonts w:cs="Times New Roman"/>
          <w:szCs w:val="24"/>
        </w:rPr>
        <w:t>To begin, Community Peace Committees must be formalized and modestly resourced. These local bodies—often comprised of elders, women, youth leaders, and spiritual figures—are the first responders to emerging tension. When empowered, they are able to conduct local mediation, track conflicts, and prevent minor issues from escalating into violence. They represent not a foreign concept but a culturally grounded approach to dialogue that communities recognize as their own.</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Youth leaders must be trained not only in community protection or security tactics, but also in the skills of mediation, trauma healing, nonviolent communication, and negotiation. The youth have often been the frontlines of both war and peace. Their potential is immense, but without investment in their emotional and intellectual capacities, they remain vulnerable to manipulation and militarization. Training youth in peace work is not charity—it is prevention.</w:t>
      </w:r>
    </w:p>
    <w:p w:rsidR="00823498" w:rsidRPr="00936675" w:rsidRDefault="00823498" w:rsidP="00823498">
      <w:pPr>
        <w:spacing w:line="360" w:lineRule="auto"/>
        <w:jc w:val="both"/>
        <w:rPr>
          <w:rFonts w:cs="Times New Roman"/>
          <w:szCs w:val="24"/>
        </w:rPr>
      </w:pPr>
      <w:r w:rsidRPr="00936675">
        <w:rPr>
          <w:rFonts w:cs="Times New Roman"/>
          <w:szCs w:val="24"/>
        </w:rPr>
        <w:t>Customary courts must be strengthened, not sidelined. In many rural areas, customary courts are the first and only form of justice accessible to the population. Chiefs and spiritual elders who administer customary justice understand the nuances of intercommunal conflict, family grievances, and cultural reconciliation processes. These institutions, when transparent and well-supported, offer an immediate and trusted space for dispute resolution that reduces reliance on retaliatory violence.</w:t>
      </w:r>
    </w:p>
    <w:p w:rsidR="00823498" w:rsidRPr="00936675" w:rsidRDefault="00823498" w:rsidP="00823498">
      <w:pPr>
        <w:spacing w:line="360" w:lineRule="auto"/>
        <w:jc w:val="both"/>
        <w:rPr>
          <w:rFonts w:cs="Times New Roman"/>
          <w:szCs w:val="24"/>
        </w:rPr>
      </w:pPr>
      <w:r w:rsidRPr="00936675">
        <w:rPr>
          <w:rFonts w:cs="Times New Roman"/>
          <w:szCs w:val="24"/>
        </w:rPr>
        <w:t>Dialogue resolutions must be followed up—not shelved. Too often, powerful words are spoken and agreements are signed, only to be forgotten when the facilitators leave. Implementation is the true measure of dialogue’s success. Resolutions must be community-owned, monitored, and revisited regularly. Promises without practice lead to disillusionment. But even the smallest follow-up—a returned child, a joint community visit, a coordinated cattle migration—builds trust and signals a commitment to lasting peace.</w:t>
      </w:r>
    </w:p>
    <w:p w:rsidR="00823498" w:rsidRPr="00936675" w:rsidRDefault="00823498" w:rsidP="00823498">
      <w:pPr>
        <w:spacing w:line="360" w:lineRule="auto"/>
        <w:jc w:val="both"/>
        <w:rPr>
          <w:rFonts w:cs="Times New Roman"/>
          <w:szCs w:val="24"/>
        </w:rPr>
      </w:pPr>
      <w:r w:rsidRPr="00936675">
        <w:rPr>
          <w:rFonts w:cs="Times New Roman"/>
          <w:szCs w:val="24"/>
        </w:rPr>
        <w:t>The future of peace in South Sudan does not lie in one-time events, however well-attended or emotionally stirring. It lies in permanent structures—in relationships that are repaired, in habits that are normalized, and in communities that begin to see dialogue not as an intervention, but as a way of life. Donors and partners must understand that while their support is vital, the ownership of peace must remain local. Dialogue must become a community habit—not a donor project.</w:t>
      </w:r>
    </w:p>
    <w:p w:rsidR="00823498" w:rsidRPr="00936675" w:rsidRDefault="00823498" w:rsidP="00823498">
      <w:pPr>
        <w:spacing w:line="360" w:lineRule="auto"/>
        <w:jc w:val="both"/>
        <w:rPr>
          <w:rFonts w:cs="Times New Roman"/>
          <w:szCs w:val="24"/>
        </w:rPr>
      </w:pPr>
      <w:r w:rsidRPr="00936675">
        <w:rPr>
          <w:rFonts w:cs="Times New Roman"/>
          <w:szCs w:val="24"/>
        </w:rPr>
        <w:t xml:space="preserve">And so, as I reflect on this journey—across counties, cultures, tragedies, and triumphs—I return to one simple truth: community dialogue is not merely about talking—it is about trusting again. It is about remembering—not only what divides us, but what once bound us </w:t>
      </w:r>
      <w:r w:rsidRPr="00936675">
        <w:rPr>
          <w:rFonts w:cs="Times New Roman"/>
          <w:szCs w:val="24"/>
        </w:rPr>
        <w:lastRenderedPageBreak/>
        <w:t>together. It is about finding one another in the aftermath of loss, and choosing not to retaliate, but to rebuild.</w:t>
      </w:r>
    </w:p>
    <w:p w:rsidR="00823498" w:rsidRPr="00936675" w:rsidRDefault="00823498" w:rsidP="00823498">
      <w:pPr>
        <w:spacing w:line="360" w:lineRule="auto"/>
        <w:jc w:val="both"/>
        <w:rPr>
          <w:rFonts w:cs="Times New Roman"/>
          <w:szCs w:val="24"/>
        </w:rPr>
      </w:pPr>
      <w:r w:rsidRPr="00936675">
        <w:rPr>
          <w:rFonts w:cs="Times New Roman"/>
          <w:szCs w:val="24"/>
        </w:rPr>
        <w:t>I have seen dialogues turn vengeance into vision. I have seen strangers become allies. I have seen youth cry for the first time. I have seen women sing songs of reconciliation across county lines. I have seen spiritual leaders fall silent in prayer before asking for forgiveness in public. These are not just moments—they are milestones on the long road to peace.</w:t>
      </w:r>
    </w:p>
    <w:p w:rsidR="00823498" w:rsidRPr="00936675" w:rsidRDefault="00823498" w:rsidP="00823498">
      <w:pPr>
        <w:spacing w:line="360" w:lineRule="auto"/>
        <w:jc w:val="both"/>
        <w:rPr>
          <w:rFonts w:cs="Times New Roman"/>
          <w:szCs w:val="24"/>
        </w:rPr>
      </w:pPr>
      <w:proofErr w:type="gramStart"/>
      <w:r w:rsidRPr="00936675">
        <w:rPr>
          <w:rFonts w:cs="Times New Roman"/>
          <w:szCs w:val="24"/>
        </w:rPr>
        <w:t>So</w:t>
      </w:r>
      <w:proofErr w:type="gramEnd"/>
      <w:r w:rsidRPr="00936675">
        <w:rPr>
          <w:rFonts w:cs="Times New Roman"/>
          <w:szCs w:val="24"/>
        </w:rPr>
        <w:t xml:space="preserve"> when the world asks, “What is the solution to South Sudan’s crisis?” I do not begin with a conference, a committee, or a constitution. I say: start with dialogue. Start with one village. One elder. One woman. One child. Start where the guns fell silent and the people dared to speak. Because that is where peace begins—not in palaces, but under trees. Not in headlines, but in hearts that choose to heal.</w:t>
      </w:r>
    </w:p>
    <w:p w:rsidR="00823498" w:rsidRPr="00936675" w:rsidRDefault="00823498" w:rsidP="00823498">
      <w:pPr>
        <w:spacing w:line="360" w:lineRule="auto"/>
        <w:jc w:val="both"/>
        <w:rPr>
          <w:rFonts w:cs="Times New Roman"/>
          <w:szCs w:val="24"/>
        </w:rPr>
      </w:pPr>
      <w:r w:rsidRPr="00936675">
        <w:rPr>
          <w:rFonts w:cs="Times New Roman"/>
          <w:szCs w:val="24"/>
        </w:rPr>
        <w:t>This book is dedicated to the people of Jonglei State and the Greater Pibor Administrative Area (GPAA), whose suffering, strength, and stories are the heartbeat of this work; to the children born into conflict who deserve a future where peace is not a prayer but a promise; to the mothers who mourn, the fathers who endure, and the youth who carry both the trauma and the hope of this land; to Prophet Dak Kueth Deng and Prophet Makuach Tut not merely as men of faith, but as voices of a people navigating between tradition and turmoil; to the brave peacebuilders, spiritual leaders, elders, and community champions who chose dialogue over violence, justice over revenge, and unity over division—even when it was dangerous to do so; to my late father, Jacob Mier Mar Jickoak, who taught me to choose life, education, and integrity when death and destruction surrounded me; and finally, to every displaced soul, every healing heart, and every silent warrior for peace in South Sudan—this work is your story, your witness, and your legacy. May this book be a seed for truth, a tool for healing, and a tribute to the unbreakable spirit of our people.</w:t>
      </w:r>
    </w:p>
    <w:p w:rsidR="00823498" w:rsidRPr="00936675" w:rsidRDefault="00823498" w:rsidP="00823498">
      <w:pPr>
        <w:spacing w:line="360" w:lineRule="auto"/>
        <w:jc w:val="both"/>
        <w:rPr>
          <w:rFonts w:cs="Times New Roman"/>
          <w:szCs w:val="24"/>
        </w:rPr>
      </w:pPr>
      <w:r w:rsidRPr="00936675">
        <w:rPr>
          <w:rFonts w:cs="Times New Roman"/>
          <w:szCs w:val="24"/>
        </w:rPr>
        <w:t>To those unfamiliar with the complexities of Jonglei and GPAA, this book offers a necessary education. To those of us who have worked alongside local peace actors in these regions, it reads like a field manual for resilience. And to the next generation of South Sudanese leaders, it is a charge: to remember, to resist despair, and to rebuild with wisdom.</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It is not the product of a research desk or written from a distance. Rather, it is a living document—shaped by years of fieldwork, personal notes, interviews, peace meetings, spiritual consultations, and difficult conversations. Every chapter reflects not just reflection, but firsthand encounters, drawn from dialogues I facilitated, shrines I visited, and voices I recorded across Jonglei State and the Greater Pibor Administrative Area (GPAA).</w:t>
      </w:r>
    </w:p>
    <w:p w:rsidR="00823498" w:rsidRPr="00936675" w:rsidRDefault="00823498" w:rsidP="00823498">
      <w:pPr>
        <w:spacing w:line="360" w:lineRule="auto"/>
        <w:jc w:val="both"/>
        <w:rPr>
          <w:rFonts w:cs="Times New Roman"/>
          <w:szCs w:val="24"/>
        </w:rPr>
      </w:pPr>
      <w:r w:rsidRPr="00936675">
        <w:rPr>
          <w:rFonts w:cs="Times New Roman"/>
          <w:szCs w:val="24"/>
        </w:rPr>
        <w:t>I do not claim to have the answers. But I believe stories—when told with honesty, humility, and respect—can lead us closer to understanding. And understanding is the first step toward peace.</w:t>
      </w:r>
    </w:p>
    <w:p w:rsidR="00823498" w:rsidRPr="00936675" w:rsidRDefault="00823498" w:rsidP="00823498">
      <w:pPr>
        <w:spacing w:line="360" w:lineRule="auto"/>
        <w:jc w:val="both"/>
        <w:rPr>
          <w:rFonts w:cs="Times New Roman"/>
          <w:szCs w:val="24"/>
        </w:rPr>
      </w:pPr>
      <w:r w:rsidRPr="00936675">
        <w:rPr>
          <w:rFonts w:cs="Times New Roman"/>
          <w:szCs w:val="24"/>
        </w:rPr>
        <w:t>If you have ever wondered how a nation rises after it has been torn apart from within, I invite you into these pages—not just to read, but to feel, to reflect, and perhaps, to act.</w:t>
      </w:r>
    </w:p>
    <w:p w:rsidR="00823498" w:rsidRPr="00936675" w:rsidRDefault="00823498" w:rsidP="00823498">
      <w:pPr>
        <w:spacing w:line="360" w:lineRule="auto"/>
        <w:jc w:val="both"/>
        <w:rPr>
          <w:rFonts w:cs="Times New Roman"/>
          <w:szCs w:val="24"/>
        </w:rPr>
      </w:pPr>
      <w:r w:rsidRPr="00936675">
        <w:rPr>
          <w:rFonts w:cs="Times New Roman"/>
          <w:szCs w:val="24"/>
        </w:rPr>
        <w:t>South Sudan, my beloved homeland, has for too long been a land where the cycle of war has devoured entire generations. Jonglei State and the Greater Pibor Administrative Area (GPAA) are not strangers to conflict. They are battlefields of identity, memory, and unresolved pain. Yet amid the ashes of cattle raids, child abductions, intercommunal revenge, and political abandonment, a quiet call to peace continues to rise—not from boardrooms in Juba, but from the hearts of the people, from the shrines of prophets, and from the land itself.</w:t>
      </w:r>
    </w:p>
    <w:p w:rsidR="00823498" w:rsidRPr="00936675" w:rsidRDefault="00823498" w:rsidP="00823498">
      <w:pPr>
        <w:spacing w:line="360" w:lineRule="auto"/>
        <w:jc w:val="both"/>
        <w:rPr>
          <w:rFonts w:cs="Times New Roman"/>
          <w:szCs w:val="24"/>
        </w:rPr>
      </w:pPr>
      <w:r w:rsidRPr="00936675">
        <w:rPr>
          <w:rFonts w:cs="Times New Roman"/>
          <w:szCs w:val="24"/>
        </w:rPr>
        <w:t>In Jonglei and GPAA, that movement is spiritual. When systems fail—when the courts collapse, the chiefs are silenced, and the leaders are absent—the people look elsewhere for guidance. And in our context, they look up. They turn to prophets—not only for revelation, but for restoration.</w:t>
      </w:r>
    </w:p>
    <w:p w:rsidR="00823498" w:rsidRPr="00936675" w:rsidRDefault="00823498" w:rsidP="00823498">
      <w:pPr>
        <w:spacing w:line="360" w:lineRule="auto"/>
        <w:jc w:val="both"/>
        <w:rPr>
          <w:rFonts w:cs="Times New Roman"/>
          <w:szCs w:val="24"/>
        </w:rPr>
      </w:pPr>
      <w:r w:rsidRPr="00936675">
        <w:rPr>
          <w:rFonts w:cs="Times New Roman"/>
          <w:szCs w:val="24"/>
        </w:rPr>
        <w:t>Prophets like Dak Kueth Deng Mayen and Makuach Tut Khor emerged not just as religious figures, but as societal anchors in a sea of chaos. Their shrines became places of mediation. Their voices replaced law books. They did not wait for government resolutions—they spoke directly to the soul of the people. And the people listened.</w:t>
      </w:r>
    </w:p>
    <w:p w:rsidR="00823498" w:rsidRPr="00936675" w:rsidRDefault="00823498" w:rsidP="00823498">
      <w:pPr>
        <w:spacing w:line="360" w:lineRule="auto"/>
        <w:jc w:val="both"/>
        <w:rPr>
          <w:rFonts w:cs="Times New Roman"/>
          <w:szCs w:val="24"/>
        </w:rPr>
      </w:pPr>
      <w:r w:rsidRPr="00936675">
        <w:rPr>
          <w:rFonts w:cs="Times New Roman"/>
          <w:szCs w:val="24"/>
        </w:rPr>
        <w:t xml:space="preserve">Our country cannot afford another generation raised on revenge. We have seen what it brings: homes turned into battlegrounds, dreams buried beside the dead, and children </w:t>
      </w:r>
      <w:r w:rsidRPr="00936675">
        <w:rPr>
          <w:rFonts w:cs="Times New Roman"/>
          <w:szCs w:val="24"/>
        </w:rPr>
        <w:lastRenderedPageBreak/>
        <w:t>taught that violence is the language of strength. In Jonglei and GPAA, this inheritance of hatred is not just a political issue—it is a spiritual and moral crisis. The path to peace will not be forged in Juba boardrooms alone. National conferences, peace agreements, and high-level negotiations have their place—but the soul of this country resides elsewhere. It lives in the hearts of our youth, who still dream despite the trauma they carry. It echoes in the voices of our prophets, who continue to call for repentance, healing, and reconciliation. And it finds strength in the courage of our communities, who rise each day amidst adversity, believing in a better tomorrow.</w:t>
      </w:r>
    </w:p>
    <w:p w:rsidR="00823498" w:rsidRPr="00936675" w:rsidRDefault="00823498" w:rsidP="00935455">
      <w:pPr>
        <w:pStyle w:val="Heading2"/>
      </w:pPr>
      <w:r w:rsidRPr="00936675">
        <w:t>A People Torn Apart: The Tragedy of Jonglei and GPAA</w:t>
      </w:r>
    </w:p>
    <w:p w:rsidR="00823498" w:rsidRPr="00936675" w:rsidRDefault="00823498" w:rsidP="00823498">
      <w:pPr>
        <w:spacing w:line="360" w:lineRule="auto"/>
        <w:jc w:val="both"/>
        <w:rPr>
          <w:rFonts w:cs="Times New Roman"/>
          <w:szCs w:val="24"/>
        </w:rPr>
      </w:pPr>
      <w:r w:rsidRPr="00936675">
        <w:rPr>
          <w:rFonts w:cs="Times New Roman"/>
          <w:szCs w:val="24"/>
        </w:rPr>
        <w:t>The story of Jonglei and the Greater Pibor Administrative Area (GPAA) is not only a political crisis—it is a deeply human tragedy. It is the story of neighbors turned enemies, of brothers divided by tribal lines, of generations raised in fear instead of freedom. It is also the story of a people desperate to heal, but unsure how to begin.</w:t>
      </w:r>
    </w:p>
    <w:p w:rsidR="00823498" w:rsidRPr="00936675" w:rsidRDefault="00823498" w:rsidP="00823498">
      <w:pPr>
        <w:spacing w:line="360" w:lineRule="auto"/>
        <w:jc w:val="both"/>
        <w:rPr>
          <w:rFonts w:cs="Times New Roman"/>
          <w:szCs w:val="24"/>
        </w:rPr>
      </w:pPr>
      <w:r w:rsidRPr="00936675">
        <w:rPr>
          <w:rFonts w:cs="Times New Roman"/>
          <w:szCs w:val="24"/>
        </w:rPr>
        <w:t xml:space="preserve">Once, these lands were interconnected. There was a time when a Nuer herdsman could graze alongside a Murle counterpart, when Dinka families could trade with Lou Nuer clans without fear of abduction, and when </w:t>
      </w:r>
      <w:proofErr w:type="spellStart"/>
      <w:r w:rsidRPr="00936675">
        <w:rPr>
          <w:rFonts w:cs="Times New Roman"/>
          <w:szCs w:val="24"/>
        </w:rPr>
        <w:t>Anyuak</w:t>
      </w:r>
      <w:proofErr w:type="spellEnd"/>
      <w:r w:rsidRPr="00936675">
        <w:rPr>
          <w:rFonts w:cs="Times New Roman"/>
          <w:szCs w:val="24"/>
        </w:rPr>
        <w:t xml:space="preserve"> fishermen shared their catch freely in the spirit of kinship. Cattle migrated, children played, elders blessed marriages that crossed clans. Conflict, when it occurred, was managed through traditional mechanisms, negotiations held under trees, mediated by respected elders, resolved with the exchange of cattle or public apology. But that world, fragile as it was, has since been shattered.</w:t>
      </w:r>
    </w:p>
    <w:p w:rsidR="00823498" w:rsidRPr="00936675" w:rsidRDefault="00823498" w:rsidP="00823498">
      <w:pPr>
        <w:spacing w:line="360" w:lineRule="auto"/>
        <w:jc w:val="both"/>
        <w:rPr>
          <w:rFonts w:cs="Times New Roman"/>
          <w:szCs w:val="24"/>
        </w:rPr>
      </w:pPr>
      <w:r w:rsidRPr="00936675">
        <w:rPr>
          <w:rFonts w:cs="Times New Roman"/>
          <w:szCs w:val="24"/>
        </w:rPr>
        <w:t xml:space="preserve">The rise of identity-based violence, the erosion of trust, and the spread of militarized youth have torn the social fabric beyond recognition. Every community, Murle, Lou Nuer, Gawaar, Dinka, Jie, </w:t>
      </w:r>
      <w:proofErr w:type="spellStart"/>
      <w:r w:rsidRPr="00936675">
        <w:rPr>
          <w:rFonts w:cs="Times New Roman"/>
          <w:szCs w:val="24"/>
        </w:rPr>
        <w:t>Anyuak</w:t>
      </w:r>
      <w:proofErr w:type="spellEnd"/>
      <w:r w:rsidRPr="00936675">
        <w:rPr>
          <w:rFonts w:cs="Times New Roman"/>
          <w:szCs w:val="24"/>
        </w:rPr>
        <w:t xml:space="preserve"> has known both the pain of loss and the temptation of retaliation. The problem is not only what has been done to each group, it is what they have done to one another, often under the illusion of righteousness.</w:t>
      </w:r>
    </w:p>
    <w:p w:rsidR="00823498" w:rsidRPr="00936675" w:rsidRDefault="00823498" w:rsidP="00823498">
      <w:pPr>
        <w:spacing w:line="360" w:lineRule="auto"/>
        <w:jc w:val="both"/>
        <w:rPr>
          <w:rFonts w:cs="Times New Roman"/>
          <w:szCs w:val="24"/>
        </w:rPr>
      </w:pPr>
      <w:r w:rsidRPr="00936675">
        <w:rPr>
          <w:rFonts w:cs="Times New Roman"/>
          <w:szCs w:val="24"/>
        </w:rPr>
        <w:t xml:space="preserve">What makes the tragedy of Jonglei and GPAA so devastating is that it is both cyclical and cumulative. Each act of violence becomes the seed for the next. A child abducted in </w:t>
      </w:r>
      <w:proofErr w:type="spellStart"/>
      <w:r w:rsidRPr="00936675">
        <w:rPr>
          <w:rFonts w:cs="Times New Roman"/>
          <w:szCs w:val="24"/>
        </w:rPr>
        <w:t>Likuangole</w:t>
      </w:r>
      <w:proofErr w:type="spellEnd"/>
      <w:r w:rsidRPr="00936675">
        <w:rPr>
          <w:rFonts w:cs="Times New Roman"/>
          <w:szCs w:val="24"/>
        </w:rPr>
        <w:t xml:space="preserve"> triggers a retaliatory raid in Akobo. A cattle theft in Duk leads to retaliatory </w:t>
      </w:r>
      <w:r w:rsidRPr="00936675">
        <w:rPr>
          <w:rFonts w:cs="Times New Roman"/>
          <w:szCs w:val="24"/>
        </w:rPr>
        <w:lastRenderedPageBreak/>
        <w:t xml:space="preserve">attacks and incursion into </w:t>
      </w:r>
      <w:proofErr w:type="spellStart"/>
      <w:r w:rsidRPr="00936675">
        <w:rPr>
          <w:rFonts w:cs="Times New Roman"/>
          <w:szCs w:val="24"/>
        </w:rPr>
        <w:t>Gumuruk</w:t>
      </w:r>
      <w:proofErr w:type="spellEnd"/>
      <w:r w:rsidRPr="00936675">
        <w:rPr>
          <w:rFonts w:cs="Times New Roman"/>
          <w:szCs w:val="24"/>
        </w:rPr>
        <w:t xml:space="preserve"> and </w:t>
      </w:r>
      <w:proofErr w:type="spellStart"/>
      <w:r w:rsidRPr="00936675">
        <w:rPr>
          <w:rFonts w:cs="Times New Roman"/>
          <w:szCs w:val="24"/>
        </w:rPr>
        <w:t>Manaybol</w:t>
      </w:r>
      <w:proofErr w:type="spellEnd"/>
      <w:r w:rsidRPr="00936675">
        <w:rPr>
          <w:rFonts w:cs="Times New Roman"/>
          <w:szCs w:val="24"/>
        </w:rPr>
        <w:t>. Even peace dialogues become fragile, often collapsing under the weight of unhealed trauma and broken promises.</w:t>
      </w:r>
    </w:p>
    <w:p w:rsidR="00823498" w:rsidRPr="00936675" w:rsidRDefault="00823498" w:rsidP="00823498">
      <w:pPr>
        <w:spacing w:line="360" w:lineRule="auto"/>
        <w:jc w:val="both"/>
        <w:rPr>
          <w:rFonts w:cs="Times New Roman"/>
          <w:szCs w:val="24"/>
        </w:rPr>
      </w:pPr>
      <w:r w:rsidRPr="00936675">
        <w:rPr>
          <w:rFonts w:cs="Times New Roman"/>
          <w:szCs w:val="24"/>
        </w:rPr>
        <w:t>And all the while, the government remains distant either unable or unwilling to respond. Trust in state institutions is nearly nonexistent. Justice is inaccessible. Security is inconsistent. Communities have been left to fend for themselves, and in that vacuum, violence has become the only language many young men understand.</w:t>
      </w:r>
    </w:p>
    <w:p w:rsidR="00823498" w:rsidRPr="00936675" w:rsidRDefault="00823498" w:rsidP="00823498">
      <w:pPr>
        <w:spacing w:line="360" w:lineRule="auto"/>
        <w:jc w:val="both"/>
        <w:rPr>
          <w:rFonts w:cs="Times New Roman"/>
          <w:szCs w:val="24"/>
        </w:rPr>
      </w:pPr>
      <w:r w:rsidRPr="00936675">
        <w:rPr>
          <w:rFonts w:cs="Times New Roman"/>
          <w:szCs w:val="24"/>
        </w:rPr>
        <w:t>When the Lou and Gawaar elders met in Thuokrikna, it wasn’t just a dialogue, it was an act of defiance against the logic of revenge. When women stood up in Karaam to demand an end to cyclic raid cross border crimes, they were not just grieving mothers, they were the guardians of a future. And when prophets like Makuach Tut Khor called for spiritual cleansing and repentance, they were not preaching they were rebuilding moral order.</w:t>
      </w:r>
    </w:p>
    <w:p w:rsidR="00823498" w:rsidRPr="00936675" w:rsidRDefault="00823498" w:rsidP="00823498">
      <w:pPr>
        <w:spacing w:line="360" w:lineRule="auto"/>
        <w:jc w:val="both"/>
        <w:rPr>
          <w:rFonts w:cs="Times New Roman"/>
          <w:szCs w:val="24"/>
        </w:rPr>
      </w:pPr>
      <w:r w:rsidRPr="00936675">
        <w:rPr>
          <w:rFonts w:cs="Times New Roman"/>
          <w:szCs w:val="24"/>
        </w:rPr>
        <w:t>The healing of Jonglei and GPAA will not come from new borders or imposed policies. It will come when communities recognize one another again—not as threats, but as fellow survivors. It will come when we teach our children that dignity is not restored through vengeance, but through reconciliation. And it will come when we allow ourselves to grieve not only for our own dead but for the children of our enemies, who were victims, too.</w:t>
      </w:r>
    </w:p>
    <w:p w:rsidR="00823498" w:rsidRPr="00936675" w:rsidRDefault="00823498" w:rsidP="00823498">
      <w:pPr>
        <w:spacing w:line="360" w:lineRule="auto"/>
        <w:jc w:val="both"/>
        <w:rPr>
          <w:rFonts w:cs="Times New Roman"/>
          <w:szCs w:val="24"/>
        </w:rPr>
      </w:pPr>
      <w:r w:rsidRPr="00936675">
        <w:rPr>
          <w:rFonts w:cs="Times New Roman"/>
          <w:szCs w:val="24"/>
        </w:rPr>
        <w:t>This is the tragedy of Jonglei and GPAA: a people who once knew how to live together, now struggling to remember how. But within that struggle lies the potential for renewal—if we are brave enough to see our enemies as human again.</w:t>
      </w:r>
    </w:p>
    <w:p w:rsidR="00823498" w:rsidRPr="00936675" w:rsidRDefault="00823498" w:rsidP="00823498">
      <w:pPr>
        <w:spacing w:line="360" w:lineRule="auto"/>
        <w:jc w:val="both"/>
        <w:rPr>
          <w:rFonts w:cs="Times New Roman"/>
          <w:szCs w:val="24"/>
        </w:rPr>
      </w:pPr>
      <w:r w:rsidRPr="00936675">
        <w:rPr>
          <w:rFonts w:cs="Times New Roman"/>
          <w:szCs w:val="24"/>
        </w:rPr>
        <w:t xml:space="preserve">Once, these lands were interconnected. There was a time when a Nuer herdsman could graze alongside a Murle counterpart, when Dinka families could trade with Lou Nuer clans without fear of abduction, and when </w:t>
      </w:r>
      <w:proofErr w:type="spellStart"/>
      <w:r w:rsidRPr="00936675">
        <w:rPr>
          <w:rFonts w:cs="Times New Roman"/>
          <w:szCs w:val="24"/>
        </w:rPr>
        <w:t>Anyuak</w:t>
      </w:r>
      <w:proofErr w:type="spellEnd"/>
      <w:r w:rsidRPr="00936675">
        <w:rPr>
          <w:rFonts w:cs="Times New Roman"/>
          <w:szCs w:val="24"/>
        </w:rPr>
        <w:t xml:space="preserve"> fishermen shared their catch freely in the spirit of kinship. Cattle migrated, children played, elders blessed marriages that crossed clans. Conflict, when it occurred, was managed through traditional mechanisms—negotiations held under trees, mediated by respected elders, resolved with the exchange of cattle or public apology. But that world, fragile as it was, has since been shattered.</w:t>
      </w:r>
    </w:p>
    <w:p w:rsidR="00823498" w:rsidRPr="00936675" w:rsidRDefault="00823498" w:rsidP="00823498">
      <w:pPr>
        <w:spacing w:line="360" w:lineRule="auto"/>
        <w:jc w:val="both"/>
        <w:rPr>
          <w:rFonts w:cs="Times New Roman"/>
          <w:szCs w:val="24"/>
        </w:rPr>
      </w:pPr>
      <w:r w:rsidRPr="00936675">
        <w:rPr>
          <w:rFonts w:cs="Times New Roman"/>
          <w:szCs w:val="24"/>
        </w:rPr>
        <w:t xml:space="preserve">The rise of identity-based violence, the erosion of trust, and the spread of militarized youth have torn the social fabric beyond recognition. Every community—Murle, Lou Nuer, </w:t>
      </w:r>
      <w:r w:rsidRPr="00936675">
        <w:rPr>
          <w:rFonts w:cs="Times New Roman"/>
          <w:szCs w:val="24"/>
        </w:rPr>
        <w:lastRenderedPageBreak/>
        <w:t xml:space="preserve">Gawaar, Dinka, Jie, </w:t>
      </w:r>
      <w:proofErr w:type="spellStart"/>
      <w:r w:rsidRPr="00936675">
        <w:rPr>
          <w:rFonts w:cs="Times New Roman"/>
          <w:szCs w:val="24"/>
        </w:rPr>
        <w:t>Anyuak</w:t>
      </w:r>
      <w:proofErr w:type="spellEnd"/>
      <w:r w:rsidRPr="00936675">
        <w:rPr>
          <w:rFonts w:cs="Times New Roman"/>
          <w:szCs w:val="24"/>
        </w:rPr>
        <w:t>—has known both the pain of loss and the temptation of retaliation. The problem is not only what has been done to each group—it is what they have done to one another, often under the illusion of righteousness.</w:t>
      </w:r>
    </w:p>
    <w:p w:rsidR="00823498" w:rsidRPr="00936675" w:rsidRDefault="00823498" w:rsidP="00823498">
      <w:pPr>
        <w:spacing w:line="360" w:lineRule="auto"/>
        <w:jc w:val="both"/>
        <w:rPr>
          <w:rFonts w:cs="Times New Roman"/>
          <w:szCs w:val="24"/>
        </w:rPr>
      </w:pPr>
      <w:r w:rsidRPr="00936675">
        <w:rPr>
          <w:rFonts w:cs="Times New Roman"/>
          <w:szCs w:val="24"/>
        </w:rPr>
        <w:t xml:space="preserve">What makes the tragedy of Jonglei and GPAA so devastating is that it is both cyclical and cumulative. Each act of violence becomes the seed for the next. A child abducted in </w:t>
      </w:r>
      <w:proofErr w:type="spellStart"/>
      <w:r w:rsidRPr="00936675">
        <w:rPr>
          <w:rFonts w:cs="Times New Roman"/>
          <w:szCs w:val="24"/>
        </w:rPr>
        <w:t>Likuangole</w:t>
      </w:r>
      <w:proofErr w:type="spellEnd"/>
      <w:r w:rsidRPr="00936675">
        <w:rPr>
          <w:rFonts w:cs="Times New Roman"/>
          <w:szCs w:val="24"/>
        </w:rPr>
        <w:t xml:space="preserve"> triggers a retaliatory raid in Nyirol. A cattle theft in Duk leads to ambushes in Uror. Even peace dialogues become fragile, often collapsing under the weight of unhealed trauma and broken promises.</w:t>
      </w:r>
    </w:p>
    <w:p w:rsidR="00823498" w:rsidRPr="00936675" w:rsidRDefault="00823498" w:rsidP="00823498">
      <w:pPr>
        <w:spacing w:line="360" w:lineRule="auto"/>
        <w:jc w:val="both"/>
        <w:rPr>
          <w:rFonts w:cs="Times New Roman"/>
          <w:szCs w:val="24"/>
        </w:rPr>
      </w:pPr>
      <w:r w:rsidRPr="00936675">
        <w:rPr>
          <w:rFonts w:cs="Times New Roman"/>
          <w:szCs w:val="24"/>
        </w:rPr>
        <w:t>By December 2024, the stars began to align. Michael Comerford, Strategic Adviser for Peacebuilding Opportunities Fund (POF) and Peace Canal, called to share his intention to visit Prophet Dak as part of the Spiritual Leaders Engagement Initiative—an effort he had helped craft in the wake of the landmark Pieri Peace Agreement signed by the Nuer, Dinka, and Murle. That agreement marked a turning point in the way we approached intercommunal reconciliation, and a visit to Prophet Dak felt like the next crucial step.</w:t>
      </w:r>
    </w:p>
    <w:p w:rsidR="00823498" w:rsidRPr="00936675" w:rsidRDefault="00823498" w:rsidP="00823498">
      <w:pPr>
        <w:spacing w:line="360" w:lineRule="auto"/>
        <w:jc w:val="both"/>
        <w:rPr>
          <w:rFonts w:cs="Times New Roman"/>
          <w:szCs w:val="24"/>
        </w:rPr>
      </w:pPr>
      <w:r w:rsidRPr="00936675">
        <w:rPr>
          <w:rFonts w:cs="Times New Roman"/>
          <w:szCs w:val="24"/>
        </w:rPr>
        <w:t xml:space="preserve">Our arrival in Yuai was met with coincidence and ceremony—the Governor of Jonglei State, </w:t>
      </w:r>
      <w:proofErr w:type="spellStart"/>
      <w:r w:rsidRPr="00936675">
        <w:rPr>
          <w:rFonts w:cs="Times New Roman"/>
          <w:szCs w:val="24"/>
        </w:rPr>
        <w:t>Majhuob</w:t>
      </w:r>
      <w:proofErr w:type="spellEnd"/>
      <w:r w:rsidRPr="00936675">
        <w:rPr>
          <w:rFonts w:cs="Times New Roman"/>
          <w:szCs w:val="24"/>
        </w:rPr>
        <w:t xml:space="preserve"> Biel Turuk, a Lou Nuer from Nyirol County, was visiting the town that same day. The streets were alive with joy. Traditional songs echoed through the air, clan chiefs in formal regalia led their people in dance and praise. There was a collective spirit of unity I had rarely witnessed so vividly.</w:t>
      </w:r>
    </w:p>
    <w:p w:rsidR="00823498" w:rsidRPr="00936675" w:rsidRDefault="00823498" w:rsidP="00823498">
      <w:pPr>
        <w:spacing w:line="360" w:lineRule="auto"/>
        <w:jc w:val="both"/>
        <w:rPr>
          <w:rFonts w:cs="Times New Roman"/>
          <w:szCs w:val="24"/>
        </w:rPr>
      </w:pPr>
      <w:r w:rsidRPr="00936675">
        <w:rPr>
          <w:rFonts w:cs="Times New Roman"/>
          <w:szCs w:val="24"/>
        </w:rPr>
        <w:t>Our accommodation had been arranged by my Deputy Area Coordinator, Mr. Tut Riam Nyoach, alongside Koang Nyang and Thok James. We stayed in a simple but welcoming compound near the Commissioner’s compound, and Tut had managed to organize a cook for our meals. Though far from luxurious, we were cared for with heart and warmth. While in Yuai, we also attended one of the Governor’s community rallies—an event that revealed the underlying political tension between him and his deputy, with accusations flying over the management of state affairs.</w:t>
      </w:r>
    </w:p>
    <w:p w:rsidR="00823498" w:rsidRPr="00936675" w:rsidRDefault="00823498" w:rsidP="00823498">
      <w:pPr>
        <w:spacing w:line="360" w:lineRule="auto"/>
        <w:jc w:val="both"/>
        <w:rPr>
          <w:rFonts w:cs="Times New Roman"/>
          <w:szCs w:val="24"/>
        </w:rPr>
      </w:pPr>
      <w:r w:rsidRPr="00936675">
        <w:rPr>
          <w:rFonts w:cs="Times New Roman"/>
          <w:szCs w:val="24"/>
        </w:rPr>
        <w:t xml:space="preserve">After more than an hour on foot, we reached </w:t>
      </w:r>
      <w:proofErr w:type="spellStart"/>
      <w:r w:rsidRPr="00936675">
        <w:rPr>
          <w:rFonts w:cs="Times New Roman"/>
          <w:szCs w:val="24"/>
        </w:rPr>
        <w:t>Motdit</w:t>
      </w:r>
      <w:proofErr w:type="spellEnd"/>
      <w:r w:rsidRPr="00936675">
        <w:rPr>
          <w:rFonts w:cs="Times New Roman"/>
          <w:szCs w:val="24"/>
        </w:rPr>
        <w:t xml:space="preserve">. Waiting for us was Thok James, once a spiritual messenger and now a community mobilizer with Peace Canal. The meeting with the Prophet had been carefully prepared. Our delegation included Uror Women’s Leader </w:t>
      </w:r>
      <w:r w:rsidRPr="00936675">
        <w:rPr>
          <w:rFonts w:cs="Times New Roman"/>
          <w:szCs w:val="24"/>
        </w:rPr>
        <w:lastRenderedPageBreak/>
        <w:t xml:space="preserve">Mrs. </w:t>
      </w:r>
      <w:proofErr w:type="spellStart"/>
      <w:r w:rsidRPr="00936675">
        <w:rPr>
          <w:rFonts w:cs="Times New Roman"/>
          <w:szCs w:val="24"/>
        </w:rPr>
        <w:t>Biliny</w:t>
      </w:r>
      <w:proofErr w:type="spellEnd"/>
      <w:r w:rsidRPr="00936675">
        <w:rPr>
          <w:rFonts w:cs="Times New Roman"/>
          <w:szCs w:val="24"/>
        </w:rPr>
        <w:t xml:space="preserve"> Ruot, a powerful voice for peace; Paramount Chief Koang Gatluak, one of the Pieri Peace Agreement signatories; and Daniel Lony, a former abductee who had been taken by Murle raiders and sold to the sister of their former Red Chief and spiritual leader Barchoch Lual. To make the experience even more dynamic, we were accompanied by Koang Nyang Yiee, a skilled bilingual fluent in both Nuer and Murle. Koang serves as a contracted interpreter for our intercommunal engagements with the Murle community. More than just a translator, he is a cultural bridge—a voice that not only conveys language but also helps us navigate deep-rooted cultural nuances and historical sensitivities. His presence ensured that our messages were not only heard but understood in the spirit they were intended, making him an indispensable part of our peacebuilding mission.</w:t>
      </w:r>
    </w:p>
    <w:p w:rsidR="00823498" w:rsidRPr="00936675" w:rsidRDefault="00823498" w:rsidP="00823498">
      <w:pPr>
        <w:spacing w:line="360" w:lineRule="auto"/>
        <w:jc w:val="both"/>
        <w:rPr>
          <w:rFonts w:cs="Times New Roman"/>
          <w:szCs w:val="24"/>
        </w:rPr>
      </w:pPr>
      <w:r w:rsidRPr="00936675">
        <w:rPr>
          <w:rFonts w:cs="Times New Roman"/>
          <w:szCs w:val="24"/>
        </w:rPr>
        <w:t>Although we had an assigned cook for the team, Mama Pal, the wife of Koang Nyang, always made sure to prepare something special for me—knowing that I’m not much of a fan of meat. She is a woman with a golden heart: soft-spoken, gracious, and endlessly welcoming. Her kindness was not limited to the kitchen; it extended to every visitor who crossed her path.</w:t>
      </w:r>
    </w:p>
    <w:p w:rsidR="00823498" w:rsidRPr="00936675" w:rsidRDefault="00823498" w:rsidP="00823498">
      <w:pPr>
        <w:spacing w:line="360" w:lineRule="auto"/>
        <w:jc w:val="both"/>
        <w:rPr>
          <w:rFonts w:cs="Times New Roman"/>
          <w:szCs w:val="24"/>
        </w:rPr>
      </w:pPr>
      <w:r w:rsidRPr="00936675">
        <w:rPr>
          <w:rFonts w:cs="Times New Roman"/>
          <w:szCs w:val="24"/>
        </w:rPr>
        <w:t>Given the insecurity along the road, Uror County Commissioner Hon. James Gatkhor Gatluak assigned armed escorts to accompany us and carry essential supplies, including our tents. Upon arrival at Ber, we were welcomed by a gathering of shrine-goers and spiritual advisers. It was a sacred moment. Silence fell. Then the Prophet emerged dressed in leopard skins, his neck adorned with ostrich eggshell beads, and surrounded by guards. We stood in respect, offering no handshakes, only bows. Sacred songs filled the air, vibrating with ancestral power. That was the beginning of the meeting.</w:t>
      </w:r>
    </w:p>
    <w:p w:rsidR="00823498" w:rsidRPr="00936675" w:rsidRDefault="00823498" w:rsidP="00823498">
      <w:pPr>
        <w:spacing w:line="360" w:lineRule="auto"/>
        <w:jc w:val="both"/>
        <w:rPr>
          <w:rFonts w:cs="Times New Roman"/>
          <w:szCs w:val="24"/>
        </w:rPr>
      </w:pPr>
      <w:r w:rsidRPr="00936675">
        <w:rPr>
          <w:rFonts w:cs="Times New Roman"/>
          <w:szCs w:val="24"/>
        </w:rPr>
        <w:t>His hospitality was unmatched. A goat was slaughtered in our honor, and no one left hungry. His generosity reminded me of the ancient traditions of Nuer leadership—where spiritual duty, hospitality, and justice were inseparable.</w:t>
      </w:r>
    </w:p>
    <w:p w:rsidR="00823498" w:rsidRPr="00936675" w:rsidRDefault="00823498" w:rsidP="00823498">
      <w:pPr>
        <w:spacing w:line="360" w:lineRule="auto"/>
        <w:jc w:val="both"/>
        <w:rPr>
          <w:rFonts w:cs="Times New Roman"/>
          <w:szCs w:val="24"/>
        </w:rPr>
      </w:pPr>
      <w:r w:rsidRPr="00936675">
        <w:rPr>
          <w:rFonts w:cs="Times New Roman"/>
          <w:szCs w:val="24"/>
        </w:rPr>
        <w:t xml:space="preserve">But this visit was not only about peace or spiritual affairs—it was also deeply personal. I met my aunt’s son, Malou Giel Puol. His mother, </w:t>
      </w:r>
      <w:proofErr w:type="spellStart"/>
      <w:r w:rsidRPr="00936675">
        <w:rPr>
          <w:rFonts w:cs="Times New Roman"/>
          <w:szCs w:val="24"/>
        </w:rPr>
        <w:t>Nyawit</w:t>
      </w:r>
      <w:proofErr w:type="spellEnd"/>
      <w:r w:rsidRPr="00936675">
        <w:rPr>
          <w:rFonts w:cs="Times New Roman"/>
          <w:szCs w:val="24"/>
        </w:rPr>
        <w:t xml:space="preserve"> Mar Jickoak, had married into the </w:t>
      </w:r>
      <w:proofErr w:type="spellStart"/>
      <w:r w:rsidRPr="00936675">
        <w:rPr>
          <w:rFonts w:cs="Times New Roman"/>
          <w:szCs w:val="24"/>
        </w:rPr>
        <w:t>Cieng-Nyajikany</w:t>
      </w:r>
      <w:proofErr w:type="spellEnd"/>
      <w:r w:rsidRPr="00936675">
        <w:rPr>
          <w:rFonts w:cs="Times New Roman"/>
          <w:szCs w:val="24"/>
        </w:rPr>
        <w:t xml:space="preserve"> (locally known as </w:t>
      </w:r>
      <w:proofErr w:type="spellStart"/>
      <w:r w:rsidRPr="00936675">
        <w:rPr>
          <w:rFonts w:cs="Times New Roman"/>
          <w:szCs w:val="24"/>
        </w:rPr>
        <w:t>Cieng</w:t>
      </w:r>
      <w:proofErr w:type="spellEnd"/>
      <w:r w:rsidRPr="00936675">
        <w:rPr>
          <w:rFonts w:cs="Times New Roman"/>
          <w:szCs w:val="24"/>
        </w:rPr>
        <w:t xml:space="preserve"> </w:t>
      </w:r>
      <w:proofErr w:type="spellStart"/>
      <w:r w:rsidRPr="00936675">
        <w:rPr>
          <w:rFonts w:cs="Times New Roman"/>
          <w:szCs w:val="24"/>
        </w:rPr>
        <w:t>Nyaykany</w:t>
      </w:r>
      <w:proofErr w:type="spellEnd"/>
      <w:r w:rsidRPr="00936675">
        <w:rPr>
          <w:rFonts w:cs="Times New Roman"/>
          <w:szCs w:val="24"/>
        </w:rPr>
        <w:t xml:space="preserve">) of </w:t>
      </w:r>
      <w:proofErr w:type="spellStart"/>
      <w:r w:rsidRPr="00936675">
        <w:rPr>
          <w:rFonts w:cs="Times New Roman"/>
          <w:szCs w:val="24"/>
        </w:rPr>
        <w:t>Pathai</w:t>
      </w:r>
      <w:proofErr w:type="spellEnd"/>
      <w:r w:rsidRPr="00936675">
        <w:rPr>
          <w:rFonts w:cs="Times New Roman"/>
          <w:szCs w:val="24"/>
        </w:rPr>
        <w:t xml:space="preserve"> Payam. I had last seen Malou in </w:t>
      </w:r>
      <w:proofErr w:type="spellStart"/>
      <w:r w:rsidRPr="00936675">
        <w:rPr>
          <w:rFonts w:cs="Times New Roman"/>
          <w:szCs w:val="24"/>
        </w:rPr>
        <w:t>Bor</w:t>
      </w:r>
      <w:proofErr w:type="spellEnd"/>
      <w:r w:rsidRPr="00936675">
        <w:rPr>
          <w:rFonts w:cs="Times New Roman"/>
          <w:szCs w:val="24"/>
        </w:rPr>
        <w:t xml:space="preserve"> in 1990, when he served with SPLA’s 104 Battalion. Word spread quickly </w:t>
      </w:r>
      <w:r w:rsidRPr="00936675">
        <w:rPr>
          <w:rFonts w:cs="Times New Roman"/>
          <w:szCs w:val="24"/>
        </w:rPr>
        <w:lastRenderedPageBreak/>
        <w:t xml:space="preserve">of my presence, and before long, many members of my extended family came. Elders recalled my late father, Jacob Mier Jickoak—a devout Christian and paramedic—who had visited Motot during a smallpox outbreak and returned several times to </w:t>
      </w:r>
      <w:proofErr w:type="spellStart"/>
      <w:r w:rsidRPr="00936675">
        <w:rPr>
          <w:rFonts w:cs="Times New Roman"/>
          <w:szCs w:val="24"/>
        </w:rPr>
        <w:t>Motdit</w:t>
      </w:r>
      <w:proofErr w:type="spellEnd"/>
      <w:r w:rsidRPr="00936675">
        <w:rPr>
          <w:rFonts w:cs="Times New Roman"/>
          <w:szCs w:val="24"/>
        </w:rPr>
        <w:t xml:space="preserve">, the last being in 1987. My kin brought me gifts, including two </w:t>
      </w:r>
      <w:proofErr w:type="spellStart"/>
      <w:r w:rsidRPr="00936675">
        <w:rPr>
          <w:rFonts w:cs="Times New Roman"/>
          <w:szCs w:val="24"/>
        </w:rPr>
        <w:t>billy</w:t>
      </w:r>
      <w:proofErr w:type="spellEnd"/>
      <w:r w:rsidRPr="00936675">
        <w:rPr>
          <w:rFonts w:cs="Times New Roman"/>
          <w:szCs w:val="24"/>
        </w:rPr>
        <w:t xml:space="preserve"> goats, in a gesture of heartfelt welcome.</w:t>
      </w:r>
    </w:p>
    <w:p w:rsidR="00823498" w:rsidRPr="00936675" w:rsidRDefault="00823498" w:rsidP="00823498">
      <w:pPr>
        <w:spacing w:line="360" w:lineRule="auto"/>
        <w:jc w:val="both"/>
        <w:rPr>
          <w:rFonts w:cs="Times New Roman"/>
          <w:szCs w:val="24"/>
        </w:rPr>
      </w:pPr>
      <w:r w:rsidRPr="00936675">
        <w:rPr>
          <w:rFonts w:cs="Times New Roman"/>
          <w:szCs w:val="24"/>
        </w:rPr>
        <w:t>Back at the shrine, we formally presented a heifer—Yang Kuoth—that we had purchased as a gift for the divinity. Though it had arrived before us, Prophet Dak asked that we personally present it. Michael Comerford, a former Catholic priest and our Strategic Adviser, was asked to walk the heifer around the shrine as a symbol of reverence. When the cow urinated, the crowd gasped with wonder. The sacred singers began to chant, and whispers passed through the assembly: “The divinity has accepted the offering.” Prophet Dak blessed us in that sacred moment.</w:t>
      </w:r>
    </w:p>
    <w:p w:rsidR="00823498" w:rsidRPr="00936675" w:rsidRDefault="00823498" w:rsidP="00823498">
      <w:pPr>
        <w:spacing w:line="360" w:lineRule="auto"/>
        <w:jc w:val="both"/>
        <w:rPr>
          <w:rFonts w:cs="Times New Roman"/>
          <w:szCs w:val="24"/>
        </w:rPr>
      </w:pPr>
      <w:r w:rsidRPr="00936675">
        <w:rPr>
          <w:rFonts w:cs="Times New Roman"/>
          <w:szCs w:val="24"/>
        </w:rPr>
        <w:t>Across the wind-beaten plains and flood-soaked valleys of Jonglei, one name rises like smoke from a sacred fire—Prophet Dak Kueth, known to many in reverent tones as Gok Deng—the living channel of Deng, the divine force that shaped Nuer prophecy. His name is not simply uttered. It is invoked. It lives on the lips of elders, in the whispers of warriors, and in the prayers of mothers who believe he can still summon rain, still withhold wrath, still avert war.</w:t>
      </w:r>
    </w:p>
    <w:p w:rsidR="00823498" w:rsidRPr="00936675" w:rsidRDefault="00823498" w:rsidP="00823498">
      <w:pPr>
        <w:spacing w:line="360" w:lineRule="auto"/>
        <w:jc w:val="both"/>
        <w:rPr>
          <w:rFonts w:cs="Times New Roman"/>
          <w:szCs w:val="24"/>
        </w:rPr>
      </w:pPr>
      <w:r w:rsidRPr="00936675">
        <w:rPr>
          <w:rFonts w:cs="Times New Roman"/>
          <w:szCs w:val="24"/>
        </w:rPr>
        <w:t>To the faithful, he is a vessel of ancestral power chosen, consecrated, and commanded. To the uninitiated, he is a mystery cloaked in silence and awe. And to critics, government authorities, and foreign observers, he is a phenomenon that transcends ordinary governance, defies Western paradigms, and unsettles any tidy definition of power.</w:t>
      </w:r>
    </w:p>
    <w:p w:rsidR="00823498" w:rsidRPr="00936675" w:rsidRDefault="00823498" w:rsidP="00823498">
      <w:pPr>
        <w:spacing w:line="360" w:lineRule="auto"/>
        <w:jc w:val="both"/>
        <w:rPr>
          <w:rFonts w:cs="Times New Roman"/>
          <w:szCs w:val="24"/>
        </w:rPr>
      </w:pPr>
      <w:r w:rsidRPr="00936675">
        <w:rPr>
          <w:rFonts w:cs="Times New Roman"/>
          <w:szCs w:val="24"/>
        </w:rPr>
        <w:t>But to truly understand Dak Kueth, one must leave behind the language of ministries and missions, and descend into the deeper spiritual terrain of Nuer cosmology, a world where spirits govern the living, where justice is not an institution but a balance, and where prophets are not religious figures but societal cornerstones.</w:t>
      </w:r>
    </w:p>
    <w:p w:rsidR="00823498" w:rsidRPr="00936675" w:rsidRDefault="00823498" w:rsidP="00823498">
      <w:pPr>
        <w:spacing w:line="360" w:lineRule="auto"/>
        <w:jc w:val="both"/>
        <w:rPr>
          <w:rFonts w:cs="Times New Roman"/>
          <w:szCs w:val="24"/>
        </w:rPr>
      </w:pPr>
      <w:r w:rsidRPr="00936675">
        <w:rPr>
          <w:rFonts w:cs="Times New Roman"/>
          <w:szCs w:val="24"/>
        </w:rPr>
        <w:t xml:space="preserve">It was into this void that Dak Kueth stepped—not as a self-made leader, but as a man possessed. He did not claim authority. He claimed possession—by Deng, the very spirit that once moved through </w:t>
      </w:r>
      <w:proofErr w:type="spellStart"/>
      <w:r w:rsidRPr="00936675">
        <w:rPr>
          <w:rFonts w:cs="Times New Roman"/>
          <w:szCs w:val="24"/>
        </w:rPr>
        <w:t>Ngundeng</w:t>
      </w:r>
      <w:proofErr w:type="spellEnd"/>
      <w:r w:rsidRPr="00936675">
        <w:rPr>
          <w:rFonts w:cs="Times New Roman"/>
          <w:szCs w:val="24"/>
        </w:rPr>
        <w:t xml:space="preserve"> Bong, the great 19th-century Nuer prophet whose </w:t>
      </w:r>
      <w:r w:rsidRPr="00936675">
        <w:rPr>
          <w:rFonts w:cs="Times New Roman"/>
          <w:szCs w:val="24"/>
        </w:rPr>
        <w:lastRenderedPageBreak/>
        <w:t>prophecies still echo through the generations. Such a claim is no small thing. It is a mantle of immense weight and sacred accountability.</w:t>
      </w:r>
    </w:p>
    <w:p w:rsidR="00823498" w:rsidRPr="00936675" w:rsidRDefault="00823498" w:rsidP="00823498">
      <w:pPr>
        <w:spacing w:line="360" w:lineRule="auto"/>
        <w:jc w:val="both"/>
        <w:rPr>
          <w:rFonts w:cs="Times New Roman"/>
          <w:szCs w:val="24"/>
        </w:rPr>
      </w:pPr>
      <w:r w:rsidRPr="00936675">
        <w:rPr>
          <w:rFonts w:cs="Times New Roman"/>
          <w:szCs w:val="24"/>
        </w:rPr>
        <w:t>To reduce Dak to a warlord cloaked in ritual, however, is to misunderstand his role—and misread the society that gave rise to him. Dak Kueth is not simply a political actor. He is a cultural phenomenon. He embodies the Nuer understanding that war, rain, famine, justice, and healing are not separate matters—they are all spiritual expressions. In this worldview, the prophet is not a preacher. He is a pillar.</w:t>
      </w:r>
    </w:p>
    <w:p w:rsidR="00935455" w:rsidRDefault="00823498" w:rsidP="00823498">
      <w:pPr>
        <w:spacing w:line="360" w:lineRule="auto"/>
        <w:jc w:val="both"/>
        <w:rPr>
          <w:rFonts w:cs="Times New Roman"/>
          <w:szCs w:val="24"/>
        </w:rPr>
      </w:pPr>
      <w:r w:rsidRPr="00936675">
        <w:rPr>
          <w:rFonts w:cs="Times New Roman"/>
          <w:szCs w:val="24"/>
        </w:rPr>
        <w:t>Cattle—the pride of the Nuer people, the living bank of Ayod—fared no better. Many drowned in the rising waters. Others grew thin and sick from a lack of pasture. The bond between man and animal, central to our identity and economy, was strained to its limits. Young boys who once sang songs to their herds now carried fishing spears and empty sacks. Rituals were abandoned; celebrations postponed indefinitely. Even the shrines of prophets and the graves of ancestors were not spared. The flood desecrated the sacred.</w:t>
      </w:r>
    </w:p>
    <w:p w:rsidR="00935455" w:rsidRDefault="00823498" w:rsidP="00823498">
      <w:pPr>
        <w:spacing w:line="360" w:lineRule="auto"/>
        <w:jc w:val="both"/>
        <w:rPr>
          <w:rFonts w:cs="Times New Roman"/>
          <w:szCs w:val="24"/>
        </w:rPr>
      </w:pPr>
      <w:r w:rsidRPr="00936675">
        <w:rPr>
          <w:rFonts w:cs="Times New Roman"/>
          <w:szCs w:val="24"/>
        </w:rPr>
        <w:t>The flood came to erase. But Ayod has chosen to remember.</w:t>
      </w:r>
      <w:r w:rsidR="00935455">
        <w:rPr>
          <w:rFonts w:cs="Times New Roman"/>
          <w:szCs w:val="24"/>
        </w:rPr>
        <w:t xml:space="preserve"> </w:t>
      </w:r>
      <w:r w:rsidRPr="00936675">
        <w:rPr>
          <w:rFonts w:cs="Times New Roman"/>
          <w:szCs w:val="24"/>
        </w:rPr>
        <w:t>And from that memory, it will rise again.</w:t>
      </w:r>
    </w:p>
    <w:p w:rsidR="00823498" w:rsidRPr="00936675" w:rsidRDefault="00823498" w:rsidP="00823498">
      <w:pPr>
        <w:spacing w:line="360" w:lineRule="auto"/>
        <w:jc w:val="both"/>
        <w:rPr>
          <w:rFonts w:cs="Times New Roman"/>
          <w:szCs w:val="24"/>
        </w:rPr>
      </w:pPr>
      <w:r w:rsidRPr="00936675">
        <w:rPr>
          <w:rFonts w:cs="Times New Roman"/>
          <w:szCs w:val="24"/>
        </w:rPr>
        <w:t>Our country cannot endure another generation shaped in the furnace of grief and retribution. We already know where this path leads: razed villages, orphaned children, and a culture where violence is not only normalized but glorified. This is not merely a crisis of insecurity, it is a spiritual wound, a moral fracture in the soul of a young nation still struggling to define its identity.</w:t>
      </w:r>
    </w:p>
    <w:p w:rsidR="00823498" w:rsidRPr="00936675" w:rsidRDefault="00823498" w:rsidP="00823498">
      <w:pPr>
        <w:spacing w:line="360" w:lineRule="auto"/>
        <w:jc w:val="both"/>
        <w:rPr>
          <w:rFonts w:cs="Times New Roman"/>
          <w:szCs w:val="24"/>
        </w:rPr>
      </w:pPr>
      <w:r w:rsidRPr="00936675">
        <w:rPr>
          <w:rFonts w:cs="Times New Roman"/>
          <w:szCs w:val="24"/>
        </w:rPr>
        <w:t>I speak not only as a peacebuilder but as someone who once walked the dark path of vengeance and carried its weight for years.</w:t>
      </w:r>
    </w:p>
    <w:p w:rsidR="00823498" w:rsidRPr="00936675" w:rsidRDefault="00823498" w:rsidP="00823498">
      <w:pPr>
        <w:spacing w:line="360" w:lineRule="auto"/>
        <w:jc w:val="both"/>
        <w:rPr>
          <w:rFonts w:cs="Times New Roman"/>
          <w:szCs w:val="24"/>
        </w:rPr>
      </w:pPr>
      <w:r w:rsidRPr="00936675">
        <w:rPr>
          <w:rFonts w:cs="Times New Roman"/>
          <w:szCs w:val="24"/>
        </w:rPr>
        <w:t>Revenge became my purpose. I didn’t understand Isaac’s sacrifice; I only understood my pain. The loss was unbearable and the only relief I could imagine was to inflict the same pain on those who caused it. That rage consumed me, hardened me. For years, it drove every step I took in the war. I carried that thirst for vengeance into the SPLA ranks, believing that by fighting, I was settling a score that could not be forgiven.</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But revenge is not a release. It is a chain that tightens with time. It haunted me, reshaped me, and left me emptier with every battle. The justice I sought never came. Instead, I learned that vengeance only extends the suffering passing pain from one generation to the next, like a curse.</w:t>
      </w:r>
    </w:p>
    <w:p w:rsidR="00823498" w:rsidRPr="00936675" w:rsidRDefault="00823498" w:rsidP="00823498">
      <w:pPr>
        <w:spacing w:line="360" w:lineRule="auto"/>
        <w:jc w:val="both"/>
        <w:rPr>
          <w:rFonts w:cs="Times New Roman"/>
          <w:szCs w:val="24"/>
        </w:rPr>
      </w:pPr>
      <w:r w:rsidRPr="00936675">
        <w:rPr>
          <w:rFonts w:cs="Times New Roman"/>
          <w:szCs w:val="24"/>
        </w:rPr>
        <w:t>It took me years to understand that healing begins when we choose to let go of the need to hurt back. That is why I now speak the language of peace, not because I have forgotten Isaac, but because I have finally understood what his life, and his loss, must teach us.</w:t>
      </w:r>
    </w:p>
    <w:p w:rsidR="00823498" w:rsidRPr="00936675" w:rsidRDefault="00823498" w:rsidP="00823498">
      <w:pPr>
        <w:spacing w:line="360" w:lineRule="auto"/>
        <w:jc w:val="both"/>
        <w:rPr>
          <w:rFonts w:cs="Times New Roman"/>
          <w:szCs w:val="24"/>
        </w:rPr>
      </w:pPr>
      <w:r w:rsidRPr="00936675">
        <w:rPr>
          <w:rFonts w:cs="Times New Roman"/>
          <w:szCs w:val="24"/>
        </w:rPr>
        <w:t xml:space="preserve">Let this chapter be a call—not just to Jonglei or GPAA, but to all of South Sudan. To the youth of Rumbek, </w:t>
      </w:r>
      <w:proofErr w:type="spellStart"/>
      <w:r w:rsidRPr="00936675">
        <w:rPr>
          <w:rFonts w:cs="Times New Roman"/>
          <w:szCs w:val="24"/>
        </w:rPr>
        <w:t>Bor</w:t>
      </w:r>
      <w:proofErr w:type="spellEnd"/>
      <w:r w:rsidRPr="00936675">
        <w:rPr>
          <w:rFonts w:cs="Times New Roman"/>
          <w:szCs w:val="24"/>
        </w:rPr>
        <w:t xml:space="preserve">, Yei, Malakal, and beyond. To the chiefs of Fangak and Torit. To mothers in Bentiu and teachers in Wau. To every prophet in Lou and Gawaar Nuer, to the Red – Chiefs and age-set leaders in Pibor and the </w:t>
      </w:r>
      <w:proofErr w:type="spellStart"/>
      <w:r w:rsidRPr="00936675">
        <w:rPr>
          <w:rFonts w:cs="Times New Roman"/>
          <w:szCs w:val="24"/>
        </w:rPr>
        <w:t>Monyumoji</w:t>
      </w:r>
      <w:proofErr w:type="spellEnd"/>
      <w:r w:rsidRPr="00936675">
        <w:rPr>
          <w:rFonts w:cs="Times New Roman"/>
          <w:szCs w:val="24"/>
        </w:rPr>
        <w:t xml:space="preserve"> in Torit and to the parents who refuse to teach their children vengeance but love and the will to over-come the rage that comes with it.</w:t>
      </w:r>
    </w:p>
    <w:p w:rsidR="00823498" w:rsidRPr="00936675" w:rsidRDefault="00823498" w:rsidP="00823498">
      <w:pPr>
        <w:spacing w:line="360" w:lineRule="auto"/>
        <w:jc w:val="both"/>
        <w:rPr>
          <w:rFonts w:cs="Times New Roman"/>
          <w:szCs w:val="24"/>
        </w:rPr>
      </w:pPr>
      <w:r w:rsidRPr="00936675">
        <w:rPr>
          <w:rFonts w:cs="Times New Roman"/>
          <w:szCs w:val="24"/>
        </w:rPr>
        <w:t>When order collapses and chaos become the norm, people do not stop seeking leadership—they simply look elsewhere. In the shadows of broken government institutions, absent service delivery, and the betrayals of elite politics, a different kind of authority has risen across Jonglei and the Greater Pibor Administrative Area (GPAA): spiritual authority—rooted in ancestral legitimacy, guided by moral conviction, and forged in the crucible of survival.</w:t>
      </w:r>
    </w:p>
    <w:p w:rsidR="00823498" w:rsidRPr="00936675" w:rsidRDefault="00823498" w:rsidP="00823498">
      <w:pPr>
        <w:spacing w:line="360" w:lineRule="auto"/>
        <w:jc w:val="both"/>
        <w:rPr>
          <w:rFonts w:cs="Times New Roman"/>
          <w:szCs w:val="24"/>
        </w:rPr>
      </w:pPr>
      <w:r w:rsidRPr="00936675">
        <w:rPr>
          <w:rFonts w:cs="Times New Roman"/>
          <w:szCs w:val="24"/>
        </w:rPr>
        <w:t xml:space="preserve">The rise of spiritual authority during crisis is not new. It is deeply historical—and deeply African. In Nuer and Murle cosmology, governance has never been purely political. It has always been spiritual. Prophets like </w:t>
      </w:r>
      <w:proofErr w:type="spellStart"/>
      <w:r w:rsidRPr="00936675">
        <w:rPr>
          <w:rFonts w:cs="Times New Roman"/>
          <w:szCs w:val="24"/>
        </w:rPr>
        <w:t>Ngundeng</w:t>
      </w:r>
      <w:proofErr w:type="spellEnd"/>
      <w:r w:rsidRPr="00936675">
        <w:rPr>
          <w:rFonts w:cs="Times New Roman"/>
          <w:szCs w:val="24"/>
        </w:rPr>
        <w:t xml:space="preserve"> Bong once wielded as much, if not more, influence than kings. In the 21st century, this pattern continues with figures such as Dak Kueth Deng, Tut Jok, and Makuach Tut, whose leadership during conflict has often held back bloodshed where diplomacy failed.</w:t>
      </w:r>
    </w:p>
    <w:p w:rsidR="00823498" w:rsidRPr="00936675" w:rsidRDefault="00823498" w:rsidP="00823498">
      <w:pPr>
        <w:spacing w:line="360" w:lineRule="auto"/>
        <w:jc w:val="both"/>
        <w:rPr>
          <w:rFonts w:cs="Times New Roman"/>
          <w:szCs w:val="24"/>
        </w:rPr>
      </w:pPr>
      <w:r w:rsidRPr="00936675">
        <w:rPr>
          <w:rFonts w:cs="Times New Roman"/>
          <w:szCs w:val="24"/>
        </w:rPr>
        <w:t xml:space="preserve">Prior to our January 10th, 2025 meeting, Prophet Dak Kueth had taken part in a significant gathering held in Yuai, aimed at demobilizing youth amid growing fears of a potential incursion into the Greater Pibor Administrative Area (GPAA). Tensions were high, and pressure mounted from the Lou Nuer community, who had been calling on the Prophet to </w:t>
      </w:r>
      <w:r w:rsidRPr="00936675">
        <w:rPr>
          <w:rFonts w:cs="Times New Roman"/>
          <w:szCs w:val="24"/>
        </w:rPr>
        <w:lastRenderedPageBreak/>
        <w:t>summon the youth—known as the White Army—to respond to a surge in sporadic attacks, cattle raids, and child abductions.</w:t>
      </w:r>
    </w:p>
    <w:p w:rsidR="00823498" w:rsidRPr="00936675" w:rsidRDefault="00823498" w:rsidP="00823498">
      <w:pPr>
        <w:spacing w:line="360" w:lineRule="auto"/>
        <w:jc w:val="both"/>
        <w:rPr>
          <w:rFonts w:cs="Times New Roman"/>
          <w:szCs w:val="24"/>
        </w:rPr>
      </w:pPr>
      <w:r w:rsidRPr="00936675">
        <w:rPr>
          <w:rFonts w:cs="Times New Roman"/>
          <w:szCs w:val="24"/>
        </w:rPr>
        <w:t>Though deeply provoked by these events, Prophet Dak made a bold and principled decision: he refused to authorize retaliation. Instead, he reaffirmed his commitment to the landmark Pieri Peace Agreement, a pact he had previously signed with the Dinka and Murle communities. His restraint, rooted in spiritual conviction and foresight, sent a powerful message—peace, not vengeance, must guide the way forward.</w:t>
      </w:r>
    </w:p>
    <w:p w:rsidR="00823498" w:rsidRPr="00936675" w:rsidRDefault="00823498" w:rsidP="00823498">
      <w:pPr>
        <w:spacing w:line="360" w:lineRule="auto"/>
        <w:jc w:val="both"/>
        <w:rPr>
          <w:rFonts w:cs="Times New Roman"/>
          <w:szCs w:val="24"/>
        </w:rPr>
      </w:pPr>
      <w:r w:rsidRPr="00936675">
        <w:rPr>
          <w:rFonts w:cs="Times New Roman"/>
          <w:szCs w:val="24"/>
        </w:rPr>
        <w:t>Upon his arrival in Yuai, Prophet Dak was accorded a hero’s welcome by the Dak and Jaak communities of Uror County. Pilgrims traveled from as far as Nyirol to meet the revered spiritual leader. His presence was not just a visit—it was a pilgrimage of hope. In a deeply symbolic gesture, he reconciled the Lou Nuer from their internal divisions and called upon them not to take up arms, but to protect the land and preserve peace. “Protect the land,” he said, “but do not attack.”</w:t>
      </w:r>
    </w:p>
    <w:p w:rsidR="00823498" w:rsidRPr="00936675" w:rsidRDefault="00823498" w:rsidP="00823498">
      <w:pPr>
        <w:spacing w:line="360" w:lineRule="auto"/>
        <w:jc w:val="both"/>
        <w:rPr>
          <w:rFonts w:cs="Times New Roman"/>
          <w:szCs w:val="24"/>
        </w:rPr>
      </w:pPr>
      <w:r w:rsidRPr="00936675">
        <w:rPr>
          <w:rFonts w:cs="Times New Roman"/>
          <w:szCs w:val="24"/>
        </w:rPr>
        <w:t>We cannot speak of sustainable peace in Jonglei and GPAA without speaking of the shrines, the symbols, the sacred oaths, and the prophetic voices that shape behavior far more than peace agreements written in Juba. The prophets may not sit at the national negotiation tables—but their influence determines whether the outcomes of those tables hold.</w:t>
      </w:r>
    </w:p>
    <w:p w:rsidR="00823498" w:rsidRPr="00936675" w:rsidRDefault="00823498" w:rsidP="00823498">
      <w:pPr>
        <w:spacing w:line="360" w:lineRule="auto"/>
        <w:jc w:val="both"/>
        <w:rPr>
          <w:rFonts w:cs="Times New Roman"/>
          <w:szCs w:val="24"/>
        </w:rPr>
      </w:pPr>
      <w:r w:rsidRPr="00936675">
        <w:rPr>
          <w:rFonts w:cs="Times New Roman"/>
          <w:szCs w:val="24"/>
        </w:rPr>
        <w:t>Leadership for Peace in a Time of Crisis — Makuach Tut: A Unifier, Spiritual Authority among the Gawaar and Lou Nuer</w:t>
      </w:r>
    </w:p>
    <w:p w:rsidR="00823498" w:rsidRPr="00936675" w:rsidRDefault="00823498" w:rsidP="00823498">
      <w:pPr>
        <w:spacing w:line="360" w:lineRule="auto"/>
        <w:jc w:val="both"/>
        <w:rPr>
          <w:rFonts w:cs="Times New Roman"/>
          <w:szCs w:val="24"/>
        </w:rPr>
      </w:pPr>
      <w:r w:rsidRPr="00936675">
        <w:rPr>
          <w:rFonts w:cs="Times New Roman"/>
          <w:szCs w:val="24"/>
        </w:rPr>
        <w:t>In the vast wetland heart of Jonglei, where the Gawaar and Lou Nuer have long shared borders, cattle camps, and bloodlines—and yet, in recent years, also shared grief—there rose a man whose quiet presence began to stitch together what war and revenge had torn apart. His name is Prophet Makuach Tut, a man not propelled by force, but by spiritual clarity, ancestral calling, and an unwavering commitment to unity.</w:t>
      </w:r>
    </w:p>
    <w:p w:rsidR="00823498" w:rsidRPr="00936675" w:rsidRDefault="00823498" w:rsidP="00823498">
      <w:pPr>
        <w:spacing w:line="360" w:lineRule="auto"/>
        <w:jc w:val="both"/>
        <w:rPr>
          <w:rFonts w:cs="Times New Roman"/>
          <w:szCs w:val="24"/>
        </w:rPr>
      </w:pPr>
      <w:r w:rsidRPr="00936675">
        <w:rPr>
          <w:rFonts w:cs="Times New Roman"/>
          <w:szCs w:val="24"/>
        </w:rPr>
        <w:t>The crowd murmured in astonishment. There were giggles, gasps, and whispered exchanges: “How could he know?” “He must be a true friend.” One elder leaned forward and said with conviction, “Divinity spoke to him in silence.”</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The objective of our visit was to compare notes with Prophet Makuach following his last meeting with Mick in June 2024, where the strategy to engage spiritual leaders under the Abduction Prevention Strategy was introduced. We also came to reaffirm his commitment to peace between the communities of Jonglei and GPAA and the rumors of heightened tension between Gawaar and Lou Nuer following high profile assassinations of notable figures in Ayod, a police chief and a military commander.  He confirmed he had no intention to mobilize, though he expressed frustration over continued Murle attacks and abductions.</w:t>
      </w:r>
    </w:p>
    <w:p w:rsidR="00823498" w:rsidRPr="00936675" w:rsidRDefault="00823498" w:rsidP="00823498">
      <w:pPr>
        <w:spacing w:line="360" w:lineRule="auto"/>
        <w:jc w:val="both"/>
        <w:rPr>
          <w:rFonts w:cs="Times New Roman"/>
          <w:szCs w:val="24"/>
        </w:rPr>
      </w:pPr>
      <w:r w:rsidRPr="00936675">
        <w:rPr>
          <w:rFonts w:cs="Times New Roman"/>
          <w:szCs w:val="24"/>
        </w:rPr>
        <w:t>We informed him that a follow-up meeting with the Lou Nuer youth at his Thuokrikna shrine was being planned. He welcomed this and agreed to perform rituals to seal the wounds of cattle theft and violence. Owing to his hospitality, we were served bottled mineral water. At the end of the meeting, he offered us tobacco—a sign of cleansing and blessing. We received it with deep thanks.</w:t>
      </w:r>
    </w:p>
    <w:p w:rsidR="00823498" w:rsidRPr="00936675" w:rsidRDefault="00823498" w:rsidP="00823498">
      <w:pPr>
        <w:spacing w:line="360" w:lineRule="auto"/>
        <w:jc w:val="both"/>
        <w:rPr>
          <w:rFonts w:cs="Times New Roman"/>
          <w:szCs w:val="24"/>
        </w:rPr>
      </w:pPr>
      <w:r w:rsidRPr="00936675">
        <w:rPr>
          <w:rFonts w:cs="Times New Roman"/>
          <w:szCs w:val="24"/>
        </w:rPr>
        <w:t>Through prayer, fasting, and Nuer-rooted spiritual rituals, he gathered fractured voices. His dialogues weren’t limited to cattle returns or blood compensation. They were calls to kinship—reminders that these communities, before being torn by raids, were one lineage. He invoked intermarriage, elder pacts, and sacred codes that predate the AK-47.</w:t>
      </w:r>
    </w:p>
    <w:p w:rsidR="00823498" w:rsidRPr="00936675" w:rsidRDefault="00823498" w:rsidP="00823498">
      <w:pPr>
        <w:spacing w:line="360" w:lineRule="auto"/>
        <w:jc w:val="both"/>
        <w:rPr>
          <w:rFonts w:cs="Times New Roman"/>
          <w:szCs w:val="24"/>
        </w:rPr>
      </w:pPr>
      <w:r w:rsidRPr="00936675">
        <w:rPr>
          <w:rFonts w:cs="Times New Roman"/>
          <w:szCs w:val="24"/>
        </w:rPr>
        <w:t>Peace, when it is real, does not begin in the halls of government—it begins beneath trees, beside cattle kraals, and in the dust of places where blood was once spilled. It begins where pain is personal, where conflict is not just a statistic but a wound on the body of the community. In Jonglei and the Greater Pibor Administrative Area (GPAA), grassroots peacemaking is not a concept. It is a necessity. A way of survival. A way of life.</w:t>
      </w:r>
    </w:p>
    <w:p w:rsidR="00823498" w:rsidRPr="00936675" w:rsidRDefault="00823498" w:rsidP="00823498">
      <w:pPr>
        <w:spacing w:line="360" w:lineRule="auto"/>
        <w:jc w:val="both"/>
        <w:rPr>
          <w:rFonts w:cs="Times New Roman"/>
          <w:szCs w:val="24"/>
        </w:rPr>
      </w:pPr>
      <w:r w:rsidRPr="00936675">
        <w:rPr>
          <w:rFonts w:cs="Times New Roman"/>
          <w:szCs w:val="24"/>
        </w:rPr>
        <w:t>In Thuokrikna, we sat beneath an old Heglig tree—its roots deep in the soil of both friendship and conflict. Elders from the Gawaar and Lou Nuer faced one another in silence. The air was heavy with memory, thick with things unspoken. Then a Gawaar elder, his voice quivering like his hand on the stick he leaned upon, broke the stillness: “We used to trade bulls and brides, not bullets. Now we bury our sons before we bless them.”</w:t>
      </w:r>
    </w:p>
    <w:p w:rsidR="00823498" w:rsidRPr="00936675" w:rsidRDefault="00823498" w:rsidP="00823498">
      <w:pPr>
        <w:spacing w:line="360" w:lineRule="auto"/>
        <w:jc w:val="both"/>
        <w:rPr>
          <w:rFonts w:cs="Times New Roman"/>
          <w:szCs w:val="24"/>
        </w:rPr>
      </w:pPr>
      <w:r w:rsidRPr="00936675">
        <w:rPr>
          <w:rFonts w:cs="Times New Roman"/>
          <w:szCs w:val="24"/>
        </w:rPr>
        <w:t xml:space="preserve">Women in the meeting raised their voices, not in anger, but in sorrow. They spoke of the senseless deaths inflicted upon their communities by their own sons—young men who now </w:t>
      </w:r>
      <w:r w:rsidRPr="00936675">
        <w:rPr>
          <w:rFonts w:cs="Times New Roman"/>
          <w:szCs w:val="24"/>
        </w:rPr>
        <w:lastRenderedPageBreak/>
        <w:t>carry guns, raid cattle, and retaliate in cycles of revenge, abandoning the peaceful customs long enshrined in the Nuer tradition known as the "Fangak Law." Many women called for the review and restoration of that law and its harmonization with the national legal framework.</w:t>
      </w:r>
    </w:p>
    <w:p w:rsidR="00823498" w:rsidRPr="00936675" w:rsidRDefault="00823498" w:rsidP="00823498">
      <w:pPr>
        <w:spacing w:line="360" w:lineRule="auto"/>
        <w:jc w:val="both"/>
        <w:rPr>
          <w:rFonts w:cs="Times New Roman"/>
          <w:szCs w:val="24"/>
        </w:rPr>
      </w:pPr>
      <w:r w:rsidRPr="00936675">
        <w:rPr>
          <w:rFonts w:cs="Times New Roman"/>
          <w:szCs w:val="24"/>
        </w:rPr>
        <w:t>One Lou Nuer woman, her voice cracking from distance and years of searching, stood with tears in her eyes: “I have not come to accuse. I have come to ask for forgiveness through you all. We are not an exception. We know our sons and husbands have committed the very crimes we speak of today. I appeal to you—let us end the raids, end the killings. We have a country to build. A land to defend. Let us stop the violence. And let us expose those who seek to destroy this peace.”</w:t>
      </w:r>
    </w:p>
    <w:p w:rsidR="00823498" w:rsidRPr="00936675" w:rsidRDefault="00823498" w:rsidP="00823498">
      <w:pPr>
        <w:spacing w:line="360" w:lineRule="auto"/>
        <w:jc w:val="both"/>
        <w:rPr>
          <w:rFonts w:cs="Times New Roman"/>
          <w:szCs w:val="24"/>
        </w:rPr>
      </w:pPr>
      <w:r w:rsidRPr="00936675">
        <w:rPr>
          <w:rFonts w:cs="Times New Roman"/>
          <w:szCs w:val="24"/>
        </w:rPr>
        <w:t xml:space="preserve">Peace partners were outraged. The Jonglei State government expressed deep disappointment. The mobilization violated every protocol of the fragile peace. A team was formed to respond. I, along with my colleague Aleer Jacob Longar—a native of Duk—was dispatched to Duk </w:t>
      </w:r>
      <w:proofErr w:type="spellStart"/>
      <w:r w:rsidRPr="00936675">
        <w:rPr>
          <w:rFonts w:cs="Times New Roman"/>
          <w:szCs w:val="24"/>
        </w:rPr>
        <w:t>Padiet</w:t>
      </w:r>
      <w:proofErr w:type="spellEnd"/>
      <w:r w:rsidRPr="00936675">
        <w:rPr>
          <w:rFonts w:cs="Times New Roman"/>
          <w:szCs w:val="24"/>
        </w:rPr>
        <w:t xml:space="preserve">. We flew in using a UNHAS plane, but by the time we arrived, the youth and Prophet Tut had already vanished into the thick bushlands of </w:t>
      </w:r>
      <w:proofErr w:type="spellStart"/>
      <w:r w:rsidRPr="00936675">
        <w:rPr>
          <w:rFonts w:cs="Times New Roman"/>
          <w:szCs w:val="24"/>
        </w:rPr>
        <w:t>Gatdiang</w:t>
      </w:r>
      <w:proofErr w:type="spellEnd"/>
      <w:r w:rsidRPr="00936675">
        <w:rPr>
          <w:rFonts w:cs="Times New Roman"/>
          <w:szCs w:val="24"/>
        </w:rPr>
        <w:t xml:space="preserve">, </w:t>
      </w:r>
      <w:proofErr w:type="spellStart"/>
      <w:r w:rsidRPr="00936675">
        <w:rPr>
          <w:rFonts w:cs="Times New Roman"/>
          <w:szCs w:val="24"/>
        </w:rPr>
        <w:t>en</w:t>
      </w:r>
      <w:proofErr w:type="spellEnd"/>
      <w:r w:rsidRPr="00936675">
        <w:rPr>
          <w:rFonts w:cs="Times New Roman"/>
          <w:szCs w:val="24"/>
        </w:rPr>
        <w:t xml:space="preserve"> route to GPAA.</w:t>
      </w:r>
    </w:p>
    <w:p w:rsidR="00823498" w:rsidRPr="00936675" w:rsidRDefault="00823498" w:rsidP="00823498">
      <w:pPr>
        <w:spacing w:line="360" w:lineRule="auto"/>
        <w:jc w:val="both"/>
        <w:rPr>
          <w:rFonts w:cs="Times New Roman"/>
          <w:szCs w:val="24"/>
        </w:rPr>
      </w:pPr>
      <w:r w:rsidRPr="00936675">
        <w:rPr>
          <w:rFonts w:cs="Times New Roman"/>
          <w:szCs w:val="24"/>
        </w:rPr>
        <w:t>In the dominant narratives of conflict across Jonglei and the Greater Pibor Administrative Area (GPAA), analysts often cite tribal rivalries, political fragmentation, and armed youth as the leading drivers of violence. These perspectives are not wrong—but they are incomplete. Beneath these headline explanations lies a deeper triad of forces that quietly shapes the rhythms of both conflict and peace: women, youth, and cattle. These are not side issues. They are central pillars. They are not merely reactive to conflict—they are generative forces within it. And unless we begin to understand, elevate, and intentionally engage with them, every peace agreement will remain fragile. Where the state retreated, identity hardened. Where jobs were absent, raids became enterprise.</w:t>
      </w:r>
      <w:r w:rsidRPr="00936675">
        <w:rPr>
          <w:rFonts w:cs="Times New Roman"/>
          <w:szCs w:val="24"/>
        </w:rPr>
        <w:br/>
        <w:t>Where school books were missing, guns filled their place.</w:t>
      </w:r>
    </w:p>
    <w:p w:rsidR="00823498" w:rsidRPr="00936675" w:rsidRDefault="00823498" w:rsidP="00823498">
      <w:pPr>
        <w:spacing w:line="360" w:lineRule="auto"/>
        <w:jc w:val="both"/>
        <w:rPr>
          <w:rFonts w:cs="Times New Roman"/>
          <w:szCs w:val="24"/>
        </w:rPr>
      </w:pPr>
      <w:r w:rsidRPr="00936675">
        <w:rPr>
          <w:rFonts w:cs="Times New Roman"/>
          <w:szCs w:val="24"/>
        </w:rPr>
        <w:t xml:space="preserve">The road to Thuokrikna </w:t>
      </w:r>
      <w:proofErr w:type="spellStart"/>
      <w:r w:rsidRPr="00936675">
        <w:rPr>
          <w:rFonts w:cs="Times New Roman"/>
          <w:szCs w:val="24"/>
        </w:rPr>
        <w:t>formely</w:t>
      </w:r>
      <w:proofErr w:type="spellEnd"/>
      <w:r w:rsidRPr="00936675">
        <w:rPr>
          <w:rFonts w:cs="Times New Roman"/>
          <w:szCs w:val="24"/>
        </w:rPr>
        <w:t xml:space="preserve"> “Guul” was not paved in certainty. It was a journey carved out of desperation and faith. Armed youth from Gawaar and Lou Nuer had, for years, transformed every grazing ground into a battleground, every cattle migration into a </w:t>
      </w:r>
      <w:r w:rsidRPr="00936675">
        <w:rPr>
          <w:rFonts w:cs="Times New Roman"/>
          <w:szCs w:val="24"/>
        </w:rPr>
        <w:lastRenderedPageBreak/>
        <w:t>calculated risk. The names of fallen warriors—many of them mere boys—filled the silence of mothers, the bitterness of widows, and the dreams of children. There were meetings before Thuokrikna—failed ones. Promises broken. Spirits discouraged. But something changed when the prophets took center stage.</w:t>
      </w:r>
    </w:p>
    <w:p w:rsidR="00823498" w:rsidRPr="00936675" w:rsidRDefault="00823498" w:rsidP="00823498">
      <w:pPr>
        <w:spacing w:line="360" w:lineRule="auto"/>
        <w:jc w:val="both"/>
        <w:rPr>
          <w:rFonts w:cs="Times New Roman"/>
          <w:szCs w:val="24"/>
        </w:rPr>
      </w:pPr>
      <w:r w:rsidRPr="00936675">
        <w:rPr>
          <w:rFonts w:cs="Times New Roman"/>
          <w:szCs w:val="24"/>
        </w:rPr>
        <w:t>In Karaam, I witnessed firsthand how women shifted the trajectory of a tense peace dialogue between the Gawaar and Lou Nuer. As tempers flared among the men, a group of women entered the circle, barefoot and holding calabashes of milk—a cultural gesture of peace, nurture, and humility. One elder woman stepped forward and said, “We carried you in our wombs. We cannot carry your coffins. Let this be the last time we gather for revenge.” Her words dissolved the tension more effectively than any mediator could have.</w:t>
      </w:r>
    </w:p>
    <w:p w:rsidR="00823498" w:rsidRPr="00936675" w:rsidRDefault="00823498" w:rsidP="00823498">
      <w:pPr>
        <w:spacing w:line="360" w:lineRule="auto"/>
        <w:jc w:val="both"/>
        <w:rPr>
          <w:rFonts w:cs="Times New Roman"/>
          <w:szCs w:val="24"/>
        </w:rPr>
      </w:pPr>
      <w:r w:rsidRPr="00936675">
        <w:rPr>
          <w:rFonts w:cs="Times New Roman"/>
          <w:szCs w:val="24"/>
        </w:rPr>
        <w:t>This was not an anomaly. Across Jonglei and GPAA, women act as informal diplomats, moral anchors, and custodians of memory. They move between clans through marriage ties, maintain dialogue through kinship networks, and offer perspectives grounded not in retaliation—but in survival. If youth are the hands of peace, then women are its heart. And without both, peace cannot breathe. To outsiders, cattle in South Sudan may appear as mere livestock—economic units, tradable goods. But to the people of Jonglei and GPAA, cattle are not just property—they are cosmology. They represent identity, lineage, wealth, status, and sacred memory.</w:t>
      </w:r>
    </w:p>
    <w:p w:rsidR="00935455" w:rsidRDefault="00823498" w:rsidP="00823498">
      <w:pPr>
        <w:spacing w:line="360" w:lineRule="auto"/>
        <w:jc w:val="both"/>
        <w:rPr>
          <w:rFonts w:cs="Times New Roman"/>
          <w:szCs w:val="24"/>
        </w:rPr>
      </w:pPr>
      <w:r w:rsidRPr="00936675">
        <w:rPr>
          <w:rFonts w:cs="Times New Roman"/>
          <w:szCs w:val="24"/>
        </w:rPr>
        <w:t>From weapons of revenge to tools of repair.</w:t>
      </w:r>
    </w:p>
    <w:p w:rsidR="00935455" w:rsidRDefault="00823498" w:rsidP="00823498">
      <w:pPr>
        <w:spacing w:line="360" w:lineRule="auto"/>
        <w:jc w:val="both"/>
        <w:rPr>
          <w:rFonts w:cs="Times New Roman"/>
          <w:szCs w:val="24"/>
        </w:rPr>
      </w:pPr>
      <w:r w:rsidRPr="00936675">
        <w:rPr>
          <w:rFonts w:cs="Times New Roman"/>
          <w:szCs w:val="24"/>
        </w:rPr>
        <w:t>From the cause of death to the symbol of rebirth.</w:t>
      </w:r>
      <w:r w:rsidR="00935455">
        <w:rPr>
          <w:rFonts w:cs="Times New Roman"/>
          <w:szCs w:val="24"/>
        </w:rPr>
        <w:t xml:space="preserve"> </w:t>
      </w:r>
    </w:p>
    <w:p w:rsidR="00935455" w:rsidRDefault="00823498" w:rsidP="00823498">
      <w:pPr>
        <w:spacing w:line="360" w:lineRule="auto"/>
        <w:jc w:val="both"/>
        <w:rPr>
          <w:rFonts w:cs="Times New Roman"/>
          <w:szCs w:val="24"/>
        </w:rPr>
      </w:pPr>
      <w:r w:rsidRPr="00936675">
        <w:rPr>
          <w:rFonts w:cs="Times New Roman"/>
          <w:szCs w:val="24"/>
        </w:rPr>
        <w:t>From trophies of war to treaties of peace.</w:t>
      </w:r>
      <w:r w:rsidR="00935455">
        <w:rPr>
          <w:rFonts w:cs="Times New Roman"/>
          <w:szCs w:val="24"/>
        </w:rPr>
        <w:t xml:space="preserve"> </w:t>
      </w:r>
    </w:p>
    <w:p w:rsidR="00823498" w:rsidRPr="00936675" w:rsidRDefault="00823498" w:rsidP="00823498">
      <w:pPr>
        <w:spacing w:line="360" w:lineRule="auto"/>
        <w:jc w:val="both"/>
        <w:rPr>
          <w:rFonts w:cs="Times New Roman"/>
          <w:szCs w:val="24"/>
        </w:rPr>
      </w:pPr>
      <w:r w:rsidRPr="00936675">
        <w:rPr>
          <w:rFonts w:cs="Times New Roman"/>
          <w:szCs w:val="24"/>
        </w:rPr>
        <w:t>Let us no longer see youth as ticking time bombs,</w:t>
      </w:r>
      <w:r w:rsidR="00935455">
        <w:rPr>
          <w:rFonts w:cs="Times New Roman"/>
          <w:szCs w:val="24"/>
        </w:rPr>
        <w:t xml:space="preserve"> </w:t>
      </w:r>
      <w:r w:rsidRPr="00936675">
        <w:rPr>
          <w:rFonts w:cs="Times New Roman"/>
          <w:szCs w:val="24"/>
        </w:rPr>
        <w:t>but as torchbearers of a new ethic.</w:t>
      </w:r>
      <w:r w:rsidR="00935455">
        <w:rPr>
          <w:rFonts w:cs="Times New Roman"/>
          <w:szCs w:val="24"/>
        </w:rPr>
        <w:t xml:space="preserve"> </w:t>
      </w:r>
      <w:r w:rsidRPr="00936675">
        <w:rPr>
          <w:rFonts w:cs="Times New Roman"/>
          <w:szCs w:val="24"/>
        </w:rPr>
        <w:t>Let us no longer hear women only as lamenters,</w:t>
      </w:r>
      <w:r w:rsidR="00935455">
        <w:rPr>
          <w:rFonts w:cs="Times New Roman"/>
          <w:szCs w:val="24"/>
        </w:rPr>
        <w:t xml:space="preserve"> </w:t>
      </w:r>
      <w:r w:rsidRPr="00936675">
        <w:rPr>
          <w:rFonts w:cs="Times New Roman"/>
          <w:szCs w:val="24"/>
        </w:rPr>
        <w:t>but as legislators of peace rooted in lived experience.</w:t>
      </w:r>
      <w:r w:rsidR="00935455">
        <w:rPr>
          <w:rFonts w:cs="Times New Roman"/>
          <w:szCs w:val="24"/>
        </w:rPr>
        <w:t xml:space="preserve"> </w:t>
      </w:r>
      <w:r w:rsidRPr="00936675">
        <w:rPr>
          <w:rFonts w:cs="Times New Roman"/>
          <w:szCs w:val="24"/>
        </w:rPr>
        <w:t>Let us no longer treat cattle as spoils of conquest,</w:t>
      </w:r>
      <w:r w:rsidR="00935455">
        <w:rPr>
          <w:rFonts w:cs="Times New Roman"/>
          <w:szCs w:val="24"/>
        </w:rPr>
        <w:t xml:space="preserve"> </w:t>
      </w:r>
      <w:r w:rsidRPr="00936675">
        <w:rPr>
          <w:rFonts w:cs="Times New Roman"/>
          <w:szCs w:val="24"/>
        </w:rPr>
        <w:t>but as sacred instruments of covenant.</w:t>
      </w:r>
      <w:r w:rsidR="00935455">
        <w:rPr>
          <w:rFonts w:cs="Times New Roman"/>
          <w:szCs w:val="24"/>
        </w:rPr>
        <w:t xml:space="preserve"> </w:t>
      </w:r>
      <w:r w:rsidRPr="00936675">
        <w:rPr>
          <w:rFonts w:cs="Times New Roman"/>
          <w:szCs w:val="24"/>
        </w:rPr>
        <w:t>We do not need to import peace from outside.</w:t>
      </w:r>
      <w:r w:rsidR="00935455">
        <w:rPr>
          <w:rFonts w:cs="Times New Roman"/>
          <w:szCs w:val="24"/>
        </w:rPr>
        <w:t xml:space="preserve"> </w:t>
      </w:r>
      <w:r w:rsidRPr="00936675">
        <w:rPr>
          <w:rFonts w:cs="Times New Roman"/>
          <w:szCs w:val="24"/>
        </w:rPr>
        <w:t>We need to ignite it from within—through the very hands, hearts, and herds we too often overlook.</w:t>
      </w:r>
    </w:p>
    <w:p w:rsidR="00823498" w:rsidRPr="00936675" w:rsidRDefault="00823498" w:rsidP="00823498">
      <w:pPr>
        <w:spacing w:line="360" w:lineRule="auto"/>
        <w:jc w:val="both"/>
        <w:rPr>
          <w:rFonts w:cs="Times New Roman"/>
          <w:szCs w:val="24"/>
        </w:rPr>
      </w:pPr>
      <w:r w:rsidRPr="00936675">
        <w:rPr>
          <w:rFonts w:cs="Times New Roman"/>
          <w:szCs w:val="24"/>
        </w:rPr>
        <w:t xml:space="preserve">This is not just a reframing of conflict. It is the restoration of our deepest truths. “We rise with courage to break the chains of vengeance and replace them with the bonds of </w:t>
      </w:r>
      <w:r w:rsidRPr="00936675">
        <w:rPr>
          <w:rFonts w:cs="Times New Roman"/>
          <w:szCs w:val="24"/>
        </w:rPr>
        <w:lastRenderedPageBreak/>
        <w:t xml:space="preserve">brotherhood.” — Joint Statement, </w:t>
      </w:r>
      <w:proofErr w:type="spellStart"/>
      <w:r w:rsidRPr="00936675">
        <w:rPr>
          <w:rFonts w:cs="Times New Roman"/>
          <w:szCs w:val="24"/>
        </w:rPr>
        <w:t>Cieng-Puol</w:t>
      </w:r>
      <w:proofErr w:type="spellEnd"/>
      <w:r w:rsidRPr="00936675">
        <w:rPr>
          <w:rFonts w:cs="Times New Roman"/>
          <w:szCs w:val="24"/>
        </w:rPr>
        <w:t xml:space="preserve"> and </w:t>
      </w:r>
      <w:proofErr w:type="spellStart"/>
      <w:r w:rsidRPr="00936675">
        <w:rPr>
          <w:rFonts w:cs="Times New Roman"/>
          <w:szCs w:val="24"/>
        </w:rPr>
        <w:t>Cieng-Dumien</w:t>
      </w:r>
      <w:proofErr w:type="spellEnd"/>
      <w:r w:rsidRPr="00936675">
        <w:rPr>
          <w:rFonts w:cs="Times New Roman"/>
          <w:szCs w:val="24"/>
        </w:rPr>
        <w:t xml:space="preserve"> Communities</w:t>
      </w:r>
      <w:r w:rsidRPr="00936675">
        <w:rPr>
          <w:rFonts w:cs="Times New Roman"/>
          <w:szCs w:val="24"/>
        </w:rPr>
        <w:br/>
        <w:t xml:space="preserve">The Breaking Point It began as a whisper of blood in the wind — an ambush here, a revenge attack there — until the November 2024 conflict exploded into full-blown internecine violence between the </w:t>
      </w:r>
      <w:proofErr w:type="spellStart"/>
      <w:r w:rsidRPr="00936675">
        <w:rPr>
          <w:rFonts w:cs="Times New Roman"/>
          <w:szCs w:val="24"/>
        </w:rPr>
        <w:t>Cieng-Puol</w:t>
      </w:r>
      <w:proofErr w:type="spellEnd"/>
      <w:r w:rsidRPr="00936675">
        <w:rPr>
          <w:rFonts w:cs="Times New Roman"/>
          <w:szCs w:val="24"/>
        </w:rPr>
        <w:t xml:space="preserve"> and </w:t>
      </w:r>
      <w:proofErr w:type="spellStart"/>
      <w:r w:rsidRPr="00936675">
        <w:rPr>
          <w:rFonts w:cs="Times New Roman"/>
          <w:szCs w:val="24"/>
        </w:rPr>
        <w:t>Cieng-Dumien</w:t>
      </w:r>
      <w:proofErr w:type="spellEnd"/>
      <w:r w:rsidRPr="00936675">
        <w:rPr>
          <w:rFonts w:cs="Times New Roman"/>
          <w:szCs w:val="24"/>
        </w:rPr>
        <w:t xml:space="preserve"> subsections of the Lou Nuer’s Laang community. What had once been neighboring families turned into rivals drenched in grief, suspicion, and fear.</w:t>
      </w:r>
    </w:p>
    <w:p w:rsidR="00823498" w:rsidRPr="00936675" w:rsidRDefault="00823498" w:rsidP="00823498">
      <w:pPr>
        <w:spacing w:line="360" w:lineRule="auto"/>
        <w:jc w:val="both"/>
        <w:rPr>
          <w:rFonts w:cs="Times New Roman"/>
          <w:szCs w:val="24"/>
        </w:rPr>
      </w:pPr>
      <w:r w:rsidRPr="00936675">
        <w:rPr>
          <w:rFonts w:cs="Times New Roman"/>
          <w:szCs w:val="24"/>
        </w:rPr>
        <w:t>This was not just another cycle of revenge; it was a total breakdown of trust, a social unravelling. Entire households were uprooted. “The killings and acts of revenge severely weakened community structures, broke inter-family relationships, and forced people to live in isolation,” noted one elder during the early scoping discussions facilitated by our peace team.</w:t>
      </w:r>
      <w:r w:rsidRPr="00936675">
        <w:rPr>
          <w:rFonts w:cs="Times New Roman"/>
          <w:szCs w:val="24"/>
        </w:rPr>
        <w:br/>
        <w:t>Our mission as peacebuilders in Nyirol County was clear: to rescue the people from the grip of bitterness, and to ignite hope where loss had buried it. These moments reminded me why I became a peacebuilder. Because even in the ashes of grief, if truth is spoken and communities are courageous, peace is possible. “We declare, with firm conviction and in one voice, that never again shall our communities descend into such senseless bloodshed.”</w:t>
      </w:r>
    </w:p>
    <w:p w:rsidR="00823498" w:rsidRPr="00936675" w:rsidRDefault="00935455"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11: WHERE VENGEANCE ENDS AND PEACE BEGINS – THE LAANG RECONCILIATION</w:t>
      </w:r>
    </w:p>
    <w:p w:rsidR="00823498" w:rsidRPr="00936675" w:rsidRDefault="00823498" w:rsidP="00823498">
      <w:pPr>
        <w:spacing w:line="360" w:lineRule="auto"/>
        <w:jc w:val="both"/>
        <w:rPr>
          <w:rFonts w:cs="Times New Roman"/>
          <w:szCs w:val="24"/>
        </w:rPr>
      </w:pPr>
      <w:r w:rsidRPr="00936675">
        <w:rPr>
          <w:rFonts w:cs="Times New Roman"/>
          <w:szCs w:val="24"/>
        </w:rPr>
        <w:t>In South Sudan, especially in Jonglei and the Greater Pibor Administrative Area (GPAA), governance is not confined to offices, uniforms, or parliamentary debates. It is also carried in the wind that moves through shrines, spoken through the mouths of prophets, and enacted in rituals that predate any constitution. To lead in this land is to govern between two worlds—the world of the state, and the world of the spirits.</w:t>
      </w:r>
    </w:p>
    <w:p w:rsidR="00823498" w:rsidRPr="00936675" w:rsidRDefault="00823498" w:rsidP="00823498">
      <w:pPr>
        <w:spacing w:line="360" w:lineRule="auto"/>
        <w:jc w:val="both"/>
        <w:rPr>
          <w:rFonts w:cs="Times New Roman"/>
          <w:szCs w:val="24"/>
        </w:rPr>
      </w:pPr>
      <w:r w:rsidRPr="00936675">
        <w:rPr>
          <w:rFonts w:cs="Times New Roman"/>
          <w:szCs w:val="24"/>
        </w:rPr>
        <w:t>To ignore this spiritual governance is to ignore the very foundation of legitimacy in many communities.</w:t>
      </w:r>
    </w:p>
    <w:p w:rsidR="00823498" w:rsidRPr="00936675" w:rsidRDefault="00823498" w:rsidP="00823498">
      <w:pPr>
        <w:spacing w:line="360" w:lineRule="auto"/>
        <w:jc w:val="both"/>
        <w:rPr>
          <w:rFonts w:cs="Times New Roman"/>
          <w:szCs w:val="24"/>
        </w:rPr>
      </w:pPr>
      <w:r w:rsidRPr="00936675">
        <w:rPr>
          <w:rFonts w:cs="Times New Roman"/>
          <w:szCs w:val="24"/>
        </w:rPr>
        <w:t>To embrace it is not weakness—it is wisdom. Between these two worlds lies a bridge.</w:t>
      </w:r>
      <w:r w:rsidRPr="00936675">
        <w:rPr>
          <w:rFonts w:cs="Times New Roman"/>
          <w:szCs w:val="24"/>
        </w:rPr>
        <w:br/>
        <w:t>And on that bridge walks every peacebuilder, every prophet, every chief, and every honest leader who understands that in South Sudan, true authority is both seen and unseen.</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In most countries, diplomacy is conducted by politicians, ambassadors, and technocrats. In South Sudan, especially across Jonglei and the Greater Pibor Administrative Area (GPAA), diplomacy often wears different robes. It walks barefoot, speaks in parables, and is invoked beneath trees rather than at podiums. Here, prophets speak not only for the heavens—but often for the people. And when they do, the world listens in uneasy silence. But what are they speaking? Is it diplomacy rooted in cultural legitimacy and spiritual wisdom?</w:t>
      </w:r>
      <w:r w:rsidRPr="00936675">
        <w:rPr>
          <w:rFonts w:cs="Times New Roman"/>
          <w:szCs w:val="24"/>
        </w:rPr>
        <w:br/>
        <w:t>Or is it a subtle form of defiance against a political order that has lost the trust of the governed?</w:t>
      </w:r>
    </w:p>
    <w:p w:rsidR="00823498" w:rsidRPr="00936675" w:rsidRDefault="00823498" w:rsidP="00823498">
      <w:pPr>
        <w:spacing w:line="360" w:lineRule="auto"/>
        <w:jc w:val="both"/>
        <w:rPr>
          <w:rFonts w:cs="Times New Roman"/>
          <w:szCs w:val="24"/>
        </w:rPr>
      </w:pPr>
      <w:r w:rsidRPr="00936675">
        <w:rPr>
          <w:rFonts w:cs="Times New Roman"/>
          <w:szCs w:val="24"/>
        </w:rPr>
        <w:t>These are not just failed documents. They are spiritual betrayals, social injuries, and political wounds. Each broken agreement leaves behind not only disillusioned signatories but entire communities fractured by false hope. In Jonglei and the Greater Pibor Administrative Area (GPAA), where the cost of violence is measured not in headlines but in lives lost, cattle stolen, children abducted, and villages burned, the legacy of unfulfilled promises has become a wound etched into daily life.</w:t>
      </w:r>
    </w:p>
    <w:p w:rsidR="00823498" w:rsidRPr="00936675" w:rsidRDefault="00823498" w:rsidP="00823498">
      <w:pPr>
        <w:spacing w:line="360" w:lineRule="auto"/>
        <w:jc w:val="both"/>
        <w:rPr>
          <w:rFonts w:cs="Times New Roman"/>
          <w:szCs w:val="24"/>
        </w:rPr>
      </w:pPr>
      <w:r w:rsidRPr="00936675">
        <w:rPr>
          <w:rFonts w:cs="Times New Roman"/>
          <w:szCs w:val="24"/>
        </w:rPr>
        <w:t>In the search for peace in South Sudan, much attention has been given to national-level negotiations, elite power-sharing deals, and state-based institutions. But beneath the formal layers of governance lies a system that has quietly preserved social order for generations, often with more legitimacy than the state itself. That system is customary justice—and in communities across Jonglei and the Greater Pibor Administrative Area (GPAA), it remains a vital cornerstone for reconciliation, accountability, and the prevention of further violence.</w:t>
      </w:r>
    </w:p>
    <w:p w:rsidR="00823498" w:rsidRPr="00936675" w:rsidRDefault="00823498" w:rsidP="00823498">
      <w:pPr>
        <w:spacing w:line="360" w:lineRule="auto"/>
        <w:jc w:val="both"/>
        <w:rPr>
          <w:rFonts w:cs="Times New Roman"/>
          <w:szCs w:val="24"/>
        </w:rPr>
      </w:pPr>
      <w:r w:rsidRPr="00936675">
        <w:rPr>
          <w:rFonts w:cs="Times New Roman"/>
          <w:szCs w:val="24"/>
        </w:rPr>
        <w:t>In the vacuum left by South Sudan’s struggling judiciary, the customary justice system has stood firm—weathered, resilient, and deeply rooted in the cultural DNA of the people. Particularly among the Nuer, where state justice mechanisms remain largely absent in rural communities, customary law has not only survived but served as the de facto guardian of peace and accountability.</w:t>
      </w:r>
    </w:p>
    <w:p w:rsidR="00823498" w:rsidRPr="00936675" w:rsidRDefault="00823498" w:rsidP="00823498">
      <w:pPr>
        <w:spacing w:line="360" w:lineRule="auto"/>
        <w:jc w:val="both"/>
        <w:rPr>
          <w:rFonts w:cs="Times New Roman"/>
          <w:szCs w:val="24"/>
        </w:rPr>
      </w:pPr>
      <w:r w:rsidRPr="00936675">
        <w:rPr>
          <w:rFonts w:cs="Times New Roman"/>
          <w:szCs w:val="24"/>
        </w:rPr>
        <w:t xml:space="preserve">One of the most revered frameworks is the Fangak Law, a codified reflection of Nuer customs, values, and moral expectations. It addresses everything from cattle disputes and bride price negotiations to blood compensation and community reconciliation. More than </w:t>
      </w:r>
      <w:r w:rsidRPr="00936675">
        <w:rPr>
          <w:rFonts w:cs="Times New Roman"/>
          <w:szCs w:val="24"/>
        </w:rPr>
        <w:lastRenderedPageBreak/>
        <w:t>a legal code, Fangak Law is a living social contract—its legitimacy flowing not from government decrees, but from communal consent and ancestral wisdom.</w:t>
      </w:r>
    </w:p>
    <w:p w:rsidR="00823498" w:rsidRPr="00936675" w:rsidRDefault="00823498" w:rsidP="00823498">
      <w:pPr>
        <w:spacing w:line="360" w:lineRule="auto"/>
        <w:jc w:val="both"/>
        <w:rPr>
          <w:rFonts w:cs="Times New Roman"/>
          <w:szCs w:val="24"/>
        </w:rPr>
      </w:pPr>
      <w:r w:rsidRPr="00936675">
        <w:rPr>
          <w:rFonts w:cs="Times New Roman"/>
          <w:szCs w:val="24"/>
        </w:rPr>
        <w:t xml:space="preserve">There is growing momentum within the Nuer community to review and harmonize Fangak Law, not because it is flawed, but because the times demand it. Modern realities—displacement, intergenerational conflict, gun proliferation, and changing gender roles—require that the law evolve while remaining true to its essence. </w:t>
      </w:r>
      <w:proofErr w:type="spellStart"/>
      <w:r w:rsidRPr="00936675">
        <w:rPr>
          <w:rFonts w:cs="Times New Roman"/>
          <w:szCs w:val="24"/>
        </w:rPr>
        <w:t>Harmonisation</w:t>
      </w:r>
      <w:proofErr w:type="spellEnd"/>
      <w:r w:rsidRPr="00936675">
        <w:rPr>
          <w:rFonts w:cs="Times New Roman"/>
          <w:szCs w:val="24"/>
        </w:rPr>
        <w:t xml:space="preserve"> would provide clarity, ensure consistency across clans, and reinforce the rule of law where the state cannot reach.</w:t>
      </w:r>
    </w:p>
    <w:p w:rsidR="00823498" w:rsidRPr="00936675" w:rsidRDefault="00823498" w:rsidP="00823498">
      <w:pPr>
        <w:spacing w:line="360" w:lineRule="auto"/>
        <w:jc w:val="both"/>
        <w:rPr>
          <w:rFonts w:cs="Times New Roman"/>
          <w:szCs w:val="24"/>
        </w:rPr>
      </w:pPr>
      <w:r w:rsidRPr="00936675">
        <w:rPr>
          <w:rFonts w:cs="Times New Roman"/>
          <w:szCs w:val="24"/>
        </w:rPr>
        <w:t>During the intra-communal dialogues between the Lou and Gawaar Nuer, we relied heavily on customary structures. It was the chiefs and elders, not state actors, who mediated historical grievances and facilitated truth-telling. It was rituals of cleansing, shared meals, and symbolic exchanges of ash that brought closure—more than any statute ever could.</w:t>
      </w:r>
    </w:p>
    <w:p w:rsidR="00823498" w:rsidRPr="00936675" w:rsidRDefault="00823498" w:rsidP="00823498">
      <w:pPr>
        <w:spacing w:line="360" w:lineRule="auto"/>
        <w:jc w:val="both"/>
        <w:rPr>
          <w:rFonts w:cs="Times New Roman"/>
          <w:szCs w:val="24"/>
        </w:rPr>
      </w:pPr>
      <w:r w:rsidRPr="00936675">
        <w:rPr>
          <w:rFonts w:cs="Times New Roman"/>
          <w:szCs w:val="24"/>
        </w:rPr>
        <w:t>It reflects who we are as a people. And it holds within it the seeds of the just, peaceful, and reconciled society we strive to build. For too long, peace in South Sudan has been negotiated at the top and broken at the bottom. But through customary justice, peace can be rebuilt from the ground up—honest, inclusive, and enduring.</w:t>
      </w:r>
    </w:p>
    <w:p w:rsidR="00823498" w:rsidRPr="00936675" w:rsidRDefault="00823498" w:rsidP="00823498">
      <w:pPr>
        <w:spacing w:line="360" w:lineRule="auto"/>
        <w:jc w:val="both"/>
        <w:rPr>
          <w:rFonts w:cs="Times New Roman"/>
          <w:szCs w:val="24"/>
        </w:rPr>
      </w:pPr>
      <w:r w:rsidRPr="00936675">
        <w:rPr>
          <w:rFonts w:cs="Times New Roman"/>
          <w:szCs w:val="24"/>
        </w:rPr>
        <w:t>In regions where violence is endemic, the path to peace is often imagined through ceasefire agreements and disarmament campaigns. But peace will not endure where livelihoods are absent. In South Sudan, particularly in Jonglei and the Greater Pibor Administrative Area (GPAA), the long-term solution to armed youth violence lies not only in dialogue—but in dignified economic alternatives. And among these alternatives, few are as culturally rooted, practical, and transformative as fishing. Fishing in South Sudan is more than a source of food. It is a survival strategy, a social practice, and—when leveraged correctly—a pathway out of violence. In South Sudan, the path to peace runs through unexpected places. Not just through shrines and dialogue halls—but through canoes on quiet rivers.</w:t>
      </w:r>
      <w:r w:rsidRPr="00936675">
        <w:rPr>
          <w:rFonts w:cs="Times New Roman"/>
          <w:szCs w:val="24"/>
        </w:rPr>
        <w:br/>
        <w:t>Through nets cast in muddy waters. Through fish traded instead of bullets fired.</w:t>
      </w:r>
    </w:p>
    <w:p w:rsidR="00823498" w:rsidRPr="00936675" w:rsidRDefault="00823498" w:rsidP="00823498">
      <w:pPr>
        <w:spacing w:line="360" w:lineRule="auto"/>
        <w:jc w:val="both"/>
        <w:rPr>
          <w:rFonts w:cs="Times New Roman"/>
          <w:szCs w:val="24"/>
        </w:rPr>
      </w:pPr>
      <w:r w:rsidRPr="00936675">
        <w:rPr>
          <w:rFonts w:cs="Times New Roman"/>
          <w:szCs w:val="24"/>
        </w:rPr>
        <w:t>When we fish for peace, we offer more than food. We offer a future—one that is earned, not inherited by war. And when youth see that they can succeed without violence,</w:t>
      </w:r>
      <w:r w:rsidRPr="00936675">
        <w:rPr>
          <w:rFonts w:cs="Times New Roman"/>
          <w:szCs w:val="24"/>
        </w:rPr>
        <w:br/>
        <w:t>peace becomes a choice they are willing to make—again and again.</w:t>
      </w:r>
    </w:p>
    <w:p w:rsidR="00935455" w:rsidRDefault="00823498" w:rsidP="00823498">
      <w:pPr>
        <w:spacing w:line="360" w:lineRule="auto"/>
        <w:jc w:val="both"/>
        <w:rPr>
          <w:rFonts w:cs="Times New Roman"/>
          <w:szCs w:val="24"/>
        </w:rPr>
      </w:pPr>
      <w:r w:rsidRPr="00936675">
        <w:rPr>
          <w:rFonts w:cs="Times New Roman"/>
          <w:szCs w:val="24"/>
        </w:rPr>
        <w:lastRenderedPageBreak/>
        <w:t>South Sudan cannot afford to raise another generation on revenge. We’ve already seen the cost: homes turned into battlegrounds, dreams buried with the dead, and children taught that violence is the only language of strength. In Jonglei and the Greater Pibor Administrative Area (GPAA), this inheritance of hatred is no longer just a political problem—it is a spiritual and moral emergency.</w:t>
      </w:r>
    </w:p>
    <w:p w:rsidR="00935455" w:rsidRDefault="00823498" w:rsidP="00823498">
      <w:pPr>
        <w:spacing w:line="360" w:lineRule="auto"/>
        <w:jc w:val="both"/>
        <w:rPr>
          <w:rFonts w:cs="Times New Roman"/>
          <w:szCs w:val="24"/>
        </w:rPr>
      </w:pPr>
      <w:r w:rsidRPr="00936675">
        <w:rPr>
          <w:rFonts w:cs="Times New Roman"/>
          <w:szCs w:val="24"/>
        </w:rPr>
        <w:t>Let the people lead.</w:t>
      </w:r>
    </w:p>
    <w:p w:rsidR="00935455" w:rsidRDefault="00823498" w:rsidP="00823498">
      <w:pPr>
        <w:spacing w:line="360" w:lineRule="auto"/>
        <w:jc w:val="both"/>
        <w:rPr>
          <w:rFonts w:cs="Times New Roman"/>
          <w:szCs w:val="24"/>
        </w:rPr>
      </w:pPr>
      <w:r w:rsidRPr="00936675">
        <w:rPr>
          <w:rFonts w:cs="Times New Roman"/>
          <w:szCs w:val="24"/>
        </w:rPr>
        <w:t>Let power serve.</w:t>
      </w:r>
    </w:p>
    <w:p w:rsidR="00823498" w:rsidRPr="00936675" w:rsidRDefault="00823498" w:rsidP="00823498">
      <w:pPr>
        <w:spacing w:line="360" w:lineRule="auto"/>
        <w:jc w:val="both"/>
        <w:rPr>
          <w:rFonts w:cs="Times New Roman"/>
          <w:szCs w:val="24"/>
        </w:rPr>
      </w:pPr>
      <w:r w:rsidRPr="00936675">
        <w:rPr>
          <w:rFonts w:cs="Times New Roman"/>
          <w:szCs w:val="24"/>
        </w:rPr>
        <w:t>Let peace last.</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19</w:t>
      </w:r>
    </w:p>
    <w:p w:rsidR="00823498" w:rsidRPr="00936675" w:rsidRDefault="00823498" w:rsidP="00823498">
      <w:pPr>
        <w:spacing w:line="360" w:lineRule="auto"/>
        <w:jc w:val="both"/>
        <w:rPr>
          <w:rFonts w:cs="Times New Roman"/>
          <w:szCs w:val="24"/>
        </w:rPr>
      </w:pPr>
      <w:r w:rsidRPr="00936675">
        <w:rPr>
          <w:rFonts w:cs="Times New Roman"/>
          <w:szCs w:val="24"/>
        </w:rPr>
        <w:t>In the flood-stricken plains and thorny bushlands of Jonglei State and the Greater Pibor Administrative Area (GPAA), a painful silence lingers—broken only by the cries of those who mourn, and the whispers of those who remember. The tragedy of abduction, a practice that has robbed so many women and children of their innocence and identity, continues to cast a long shadow over the hopes of families yearning for peace.</w:t>
      </w:r>
    </w:p>
    <w:p w:rsidR="00823498" w:rsidRPr="00936675" w:rsidRDefault="00823498" w:rsidP="00823498">
      <w:pPr>
        <w:spacing w:line="360" w:lineRule="auto"/>
        <w:jc w:val="both"/>
        <w:rPr>
          <w:rFonts w:cs="Times New Roman"/>
          <w:szCs w:val="24"/>
        </w:rPr>
      </w:pPr>
      <w:r w:rsidRPr="00936675">
        <w:rPr>
          <w:rFonts w:cs="Times New Roman"/>
          <w:szCs w:val="24"/>
        </w:rPr>
        <w:t xml:space="preserve">Long before bloodshed marked the boundaries of communities, the Lou Nuer and Murle once lived in peaceful coexistence in places like </w:t>
      </w:r>
      <w:proofErr w:type="spellStart"/>
      <w:r w:rsidRPr="00936675">
        <w:rPr>
          <w:rFonts w:cs="Times New Roman"/>
          <w:szCs w:val="24"/>
        </w:rPr>
        <w:t>Bicbic</w:t>
      </w:r>
      <w:proofErr w:type="spellEnd"/>
      <w:r w:rsidRPr="00936675">
        <w:rPr>
          <w:rFonts w:cs="Times New Roman"/>
          <w:szCs w:val="24"/>
        </w:rPr>
        <w:t xml:space="preserve">, </w:t>
      </w:r>
      <w:proofErr w:type="spellStart"/>
      <w:r w:rsidRPr="00936675">
        <w:rPr>
          <w:rFonts w:cs="Times New Roman"/>
          <w:szCs w:val="24"/>
        </w:rPr>
        <w:t>Wuno</w:t>
      </w:r>
      <w:proofErr w:type="spellEnd"/>
      <w:r w:rsidRPr="00936675">
        <w:rPr>
          <w:rFonts w:cs="Times New Roman"/>
          <w:szCs w:val="24"/>
        </w:rPr>
        <w:t xml:space="preserve">, and </w:t>
      </w:r>
      <w:proofErr w:type="spellStart"/>
      <w:r w:rsidRPr="00936675">
        <w:rPr>
          <w:rFonts w:cs="Times New Roman"/>
          <w:szCs w:val="24"/>
        </w:rPr>
        <w:t>Nanaam</w:t>
      </w:r>
      <w:proofErr w:type="spellEnd"/>
      <w:r w:rsidRPr="00936675">
        <w:rPr>
          <w:rFonts w:cs="Times New Roman"/>
          <w:szCs w:val="24"/>
        </w:rPr>
        <w:t>. Elders recall the days when cattle grazed freely across shared pastures, when marriage bound clans together, and when a Murle woman could live safely in a Nuer homestead, and vice versa. But that era of harmony now feels like a fading photograph—its beauty blurred by decades of violent cycles.</w:t>
      </w:r>
    </w:p>
    <w:p w:rsidR="00823498" w:rsidRPr="00936675" w:rsidRDefault="00823498" w:rsidP="00823498">
      <w:pPr>
        <w:spacing w:line="360" w:lineRule="auto"/>
        <w:jc w:val="both"/>
        <w:rPr>
          <w:rFonts w:cs="Times New Roman"/>
          <w:szCs w:val="24"/>
        </w:rPr>
      </w:pPr>
      <w:r w:rsidRPr="00936675">
        <w:rPr>
          <w:rFonts w:cs="Times New Roman"/>
          <w:szCs w:val="24"/>
        </w:rPr>
        <w:t>What began as traditional cattle raiding—a brutal but culturally regulated practice among pastoralists—has evolved into something far more sinister. Armed youth, once motivated by pride and honor, now act with vengeance, taking not just livestock, but lives and futures. In the process, women and children became collateral damage, then targets, then currency of war. Murle youth cross deep into Nuer lands for weeks in search of children to raise as their own, or women to force into domesticity. Lou Nuer youth retaliate with equal force, snatching those they consider fair retribution. In both cases, the violence erases the very foundations of community and humanity.</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Faith leaders must take center stage in abduction prevention efforts, not only through sermons, but through actions—welcoming returnees, naming and condemning perpetrators, and walking alongside survivors in their journey of healing.</w:t>
      </w:r>
    </w:p>
    <w:p w:rsidR="00823498" w:rsidRPr="00936675" w:rsidRDefault="00823498" w:rsidP="00823498">
      <w:pPr>
        <w:spacing w:line="360" w:lineRule="auto"/>
        <w:jc w:val="both"/>
        <w:rPr>
          <w:rFonts w:cs="Times New Roman"/>
          <w:szCs w:val="24"/>
        </w:rPr>
      </w:pPr>
      <w:r w:rsidRPr="00936675">
        <w:rPr>
          <w:rFonts w:cs="Times New Roman"/>
          <w:szCs w:val="24"/>
        </w:rPr>
        <w:t>But let us be clear: this is not a task for religious figures alone.</w:t>
      </w:r>
    </w:p>
    <w:p w:rsidR="00823498" w:rsidRPr="00936675" w:rsidRDefault="00823498" w:rsidP="00823498">
      <w:pPr>
        <w:spacing w:line="360" w:lineRule="auto"/>
        <w:jc w:val="both"/>
        <w:rPr>
          <w:rFonts w:cs="Times New Roman"/>
          <w:szCs w:val="24"/>
        </w:rPr>
      </w:pPr>
      <w:r w:rsidRPr="00936675">
        <w:rPr>
          <w:rFonts w:cs="Times New Roman"/>
          <w:szCs w:val="24"/>
        </w:rPr>
        <w:t>The government must take abduction as seriously as it takes political rivalry. Peace talks between the Murle, Lou Nuer, Gawaar, and Dinka must place abduction at the heart of the agenda—not as a side issue, but as a moral emergency. Traditional leaders, elders, youth representatives, and women must build joint protection systems and response teams. Rehabilitation centers must be more than holding places—they must become homes of renewal.</w:t>
      </w:r>
    </w:p>
    <w:p w:rsidR="00823498" w:rsidRPr="00936675" w:rsidRDefault="00823498" w:rsidP="00823498">
      <w:pPr>
        <w:spacing w:line="360" w:lineRule="auto"/>
        <w:jc w:val="both"/>
        <w:rPr>
          <w:rFonts w:cs="Times New Roman"/>
          <w:szCs w:val="24"/>
        </w:rPr>
      </w:pPr>
      <w:r w:rsidRPr="00936675">
        <w:rPr>
          <w:rFonts w:cs="Times New Roman"/>
          <w:szCs w:val="24"/>
        </w:rPr>
        <w:t>Peace is not just the absence of war. It is the presence of justice. The return of abductees. The embrace of the forgotten. The healing of the wounded. Peace is when a girl like Bora no longer has to choose between a false family and no family. When her future is not written by the hands of strangers, but by her own.</w:t>
      </w:r>
    </w:p>
    <w:p w:rsidR="00823498" w:rsidRPr="00936675" w:rsidRDefault="00823498" w:rsidP="00823498">
      <w:pPr>
        <w:spacing w:line="360" w:lineRule="auto"/>
        <w:jc w:val="both"/>
        <w:rPr>
          <w:rFonts w:cs="Times New Roman"/>
          <w:szCs w:val="24"/>
        </w:rPr>
      </w:pPr>
      <w:r w:rsidRPr="00936675">
        <w:rPr>
          <w:rFonts w:cs="Times New Roman"/>
          <w:szCs w:val="24"/>
        </w:rPr>
        <w:t>This is the peace I work for—not just treaties signed in silence, but stories reclaimed from the shadows.</w:t>
      </w:r>
    </w:p>
    <w:p w:rsidR="00823498" w:rsidRPr="00936675" w:rsidRDefault="00823498" w:rsidP="00823498">
      <w:pPr>
        <w:spacing w:line="360" w:lineRule="auto"/>
        <w:jc w:val="both"/>
        <w:rPr>
          <w:rFonts w:cs="Times New Roman"/>
          <w:szCs w:val="24"/>
        </w:rPr>
      </w:pPr>
      <w:r w:rsidRPr="00936675">
        <w:rPr>
          <w:rFonts w:cs="Times New Roman"/>
          <w:szCs w:val="24"/>
        </w:rPr>
        <w:t>The Gun and the Lost Generation: Firearms, Crime, and the Curse of Conflict in Jonglei and GPAA</w:t>
      </w:r>
    </w:p>
    <w:p w:rsidR="00823498" w:rsidRPr="00936675" w:rsidRDefault="00823498" w:rsidP="00823498">
      <w:pPr>
        <w:spacing w:line="360" w:lineRule="auto"/>
        <w:jc w:val="both"/>
        <w:rPr>
          <w:rFonts w:cs="Times New Roman"/>
          <w:szCs w:val="24"/>
        </w:rPr>
      </w:pPr>
      <w:r w:rsidRPr="00936675">
        <w:rPr>
          <w:rFonts w:cs="Times New Roman"/>
          <w:szCs w:val="24"/>
        </w:rPr>
        <w:t xml:space="preserve">In the heart of South Sudan, across the turbulent lands of Jonglei and the Greater Pibor Administrative Area (GPAA), the deafening echo of gunfire has become more familiar than the lullabies of mothers. These are places where childhood is interrupted by violence, and where the crack of a rifle has replaced the melodies of traditional songs. What once was a domain of ancestral pride, cultural wisdom, and pastoral rhythm is now scarred by the smoke of gun barrels and the cries of the fallen. In the heart of South Sudan, across the turbulent lands of Jonglei and the Greater Pibor Administrative Area (GPAA), the deafening echo of gunfire has become more familiar than the lullabies of mothers. These are places where childhood is interrupted by violence, and where the crack of a rifle has replaced the melodies of traditional songs. What once was a domain of ancestral pride, </w:t>
      </w:r>
      <w:r w:rsidRPr="00936675">
        <w:rPr>
          <w:rFonts w:cs="Times New Roman"/>
          <w:szCs w:val="24"/>
        </w:rPr>
        <w:lastRenderedPageBreak/>
        <w:t>cultural wisdom, and pastoral rhythm is now scarred by the smoke of gun barrels and the cries of the fallen.</w:t>
      </w:r>
    </w:p>
    <w:p w:rsidR="00823498" w:rsidRPr="00936675" w:rsidRDefault="00823498" w:rsidP="00823498">
      <w:pPr>
        <w:spacing w:line="360" w:lineRule="auto"/>
        <w:jc w:val="both"/>
        <w:rPr>
          <w:rFonts w:cs="Times New Roman"/>
          <w:szCs w:val="24"/>
        </w:rPr>
      </w:pPr>
      <w:r w:rsidRPr="00936675">
        <w:rPr>
          <w:rFonts w:cs="Times New Roman"/>
          <w:szCs w:val="24"/>
        </w:rPr>
        <w:t>Today’s youth in Jonglei and GPAA are born into uncertainty. Many of them were delivered in the shadows of war or amid the brief calm after the 2005 Comprehensive Peace Agreement. These were children of promise, born during a hopeful dawn. But the promise quickly dimmed. Instead of toys, they were handed trauma. Instead of playgrounds, they were ushered into cattle camps patrolled by armed boys barely older than themselves. Their lullabies became war chants. Their dreams, corrupted by revenge. Today’s youth in Jonglei and GPAA are born into uncertainty. Many of them were delivered in the shadows of war or amid the brief calm after the 2005 Comprehensive Peace Agreement. These were children of promise, born during a hopeful dawn. But the promise quickly dimmed. Instead of toys, they were handed trauma. Instead of playgrounds, they were ushered into cattle camps patrolled by armed boys barely older than themselves. Their lullabies became war chants. Their dreams, corrupted by revenge.</w:t>
      </w:r>
    </w:p>
    <w:p w:rsidR="00823498" w:rsidRPr="00936675" w:rsidRDefault="00823498" w:rsidP="00823498">
      <w:pPr>
        <w:spacing w:line="360" w:lineRule="auto"/>
        <w:jc w:val="both"/>
        <w:rPr>
          <w:rFonts w:cs="Times New Roman"/>
          <w:szCs w:val="24"/>
        </w:rPr>
      </w:pPr>
      <w:r w:rsidRPr="00936675">
        <w:rPr>
          <w:rFonts w:cs="Times New Roman"/>
          <w:szCs w:val="24"/>
        </w:rPr>
        <w:t>Each bullet that rips through Jonglei or GPAA does more than claim a life—it erodes a future. It robs a mother of her son, a sister of her brother, a village of its teacher. And it instills in the hearts of children the false belief that power is only achieved through violence. The culture of vengeance leaves no room for healing. The idea of community is replaced by the myth of individual dominance. Each bullet that rips through Jonglei or GPAA does more than claim a life—it erodes a future. It robs a mother of her son, a sister of her brother, a village of its teacher. And it instills in the hearts of children the false belief that power is only achieved through violence. The culture of vengeance leaves no room for healing. The idea of community is replaced by the myth of individual dominance.</w:t>
      </w:r>
    </w:p>
    <w:p w:rsidR="00823498" w:rsidRPr="00936675" w:rsidRDefault="00823498" w:rsidP="00823498">
      <w:pPr>
        <w:spacing w:line="360" w:lineRule="auto"/>
        <w:jc w:val="both"/>
        <w:rPr>
          <w:rFonts w:cs="Times New Roman"/>
          <w:szCs w:val="24"/>
        </w:rPr>
      </w:pPr>
      <w:r w:rsidRPr="00936675">
        <w:rPr>
          <w:rFonts w:cs="Times New Roman"/>
          <w:szCs w:val="24"/>
        </w:rPr>
        <w:t>In the intricate social fabric of South Sudan—especially among the Nuer, Murle, and Dinka communities—age sets and generational roles have long formed the bedrock of societal order. These institutions, once sources of identity, discipline, and intergenerational harmony, are now witnessing a dangerous mutation. The traditional balance that guided relationships between elders and youth has been disrupted, giving way to tension, competition, and even conflict.</w:t>
      </w:r>
    </w:p>
    <w:p w:rsidR="00935455" w:rsidRDefault="00823498" w:rsidP="00823498">
      <w:pPr>
        <w:spacing w:line="360" w:lineRule="auto"/>
        <w:jc w:val="both"/>
        <w:rPr>
          <w:rFonts w:cs="Times New Roman"/>
          <w:szCs w:val="24"/>
        </w:rPr>
      </w:pPr>
      <w:r w:rsidRPr="00936675">
        <w:rPr>
          <w:rFonts w:cs="Times New Roman"/>
          <w:szCs w:val="24"/>
        </w:rPr>
        <w:lastRenderedPageBreak/>
        <w:t>This chapter delves into the roots of inter-generational competition, the historical significance of age sets, and why their restoration is crucial to rebuilding the moral and cultural integrity of conflict-affected communities. The Traditional Age Set System</w:t>
      </w:r>
    </w:p>
    <w:p w:rsidR="00935455" w:rsidRDefault="00823498" w:rsidP="00823498">
      <w:pPr>
        <w:spacing w:line="360" w:lineRule="auto"/>
        <w:jc w:val="both"/>
        <w:rPr>
          <w:rFonts w:cs="Times New Roman"/>
          <w:szCs w:val="24"/>
        </w:rPr>
      </w:pPr>
      <w:r w:rsidRPr="00936675">
        <w:rPr>
          <w:rFonts w:cs="Times New Roman"/>
          <w:szCs w:val="24"/>
        </w:rPr>
        <w:t>Historically, age sets functioned as both governance mechanisms and spiritual contracts between generations. Youth were initiated not merely into adulthood, but into responsibility. An age set was a generational identity that moved through stages together: cattle herding, marriage, warrior service, and eventually elderhood. Each cohort was trained, tested, and spiritually guided by the age group before them. There was discipline, pride, and a clear social role for everyone. Elders were custodians of memory and mediators of justice. Youth were defenders of community interests and inheritors of ancestral duty. Together, they formed a continuum of wisdom, labor, and leadership. The Breakdown of Generational Order But over time, war, displacement, militarization, and weak cultural structures began to erode the age set system. Civil war blurred the lines between youth and elder authority. The gun supplanted the elder's staff. Youth who once waited patiently to inherit wisdom were suddenly thrust into positions of unchecked power. In many places, the authority of elders was either challenged or ignored altogether.</w:t>
      </w:r>
    </w:p>
    <w:p w:rsidR="00823498" w:rsidRPr="00936675" w:rsidRDefault="00823498" w:rsidP="00823498">
      <w:pPr>
        <w:spacing w:line="360" w:lineRule="auto"/>
        <w:jc w:val="both"/>
        <w:rPr>
          <w:rFonts w:cs="Times New Roman"/>
          <w:szCs w:val="24"/>
        </w:rPr>
      </w:pPr>
      <w:r w:rsidRPr="00936675">
        <w:rPr>
          <w:rFonts w:cs="Times New Roman"/>
          <w:szCs w:val="24"/>
        </w:rPr>
        <w:t>Modern youth, emboldened by weapons, see themselves as commanders of their own destiny. Many have formed “liberation generations” that view elders and generations before them as weak, corrupt, or obsolete. Meanwhile, elders—disempowered and increasingly sidelined—struggle to assert influence over youth who control armed groups, cattle camps, and local territories.</w:t>
      </w:r>
    </w:p>
    <w:p w:rsidR="00823498" w:rsidRPr="00936675" w:rsidRDefault="00823498" w:rsidP="00823498">
      <w:pPr>
        <w:spacing w:line="360" w:lineRule="auto"/>
        <w:jc w:val="both"/>
        <w:rPr>
          <w:rFonts w:cs="Times New Roman"/>
          <w:szCs w:val="24"/>
        </w:rPr>
      </w:pPr>
      <w:r w:rsidRPr="00936675">
        <w:rPr>
          <w:rFonts w:cs="Times New Roman"/>
          <w:szCs w:val="24"/>
        </w:rPr>
        <w:t>This generational inversion is not only a cultural loss. It is a threat to peace. It dislodges the social equilibrium and breeds resentment. The youth feel mistrust for elders who did not protect them during war or offer economic opportunities afterward. Elders feel abandoned by the youth who now dismiss rituals, customs, and communal boundaries.</w:t>
      </w:r>
    </w:p>
    <w:p w:rsidR="00823498" w:rsidRPr="00936675" w:rsidRDefault="00823498" w:rsidP="00823498">
      <w:pPr>
        <w:spacing w:line="360" w:lineRule="auto"/>
        <w:jc w:val="both"/>
        <w:rPr>
          <w:rFonts w:cs="Times New Roman"/>
          <w:szCs w:val="24"/>
        </w:rPr>
      </w:pPr>
      <w:r w:rsidRPr="00936675">
        <w:rPr>
          <w:rFonts w:cs="Times New Roman"/>
          <w:szCs w:val="24"/>
        </w:rPr>
        <w:t xml:space="preserve">Traditionally, the transition from one age group to another was marked by ritual and mentorship. Younger men were taught discipline, endurance, communal responsibility, and spiritual obedience among the Nuer and the Dinka. The elders guided them not only in cattle keeping or warfare, but in ethics and harmony. Among the Murle people, age-set are </w:t>
      </w:r>
      <w:r w:rsidRPr="00936675">
        <w:rPr>
          <w:rFonts w:cs="Times New Roman"/>
          <w:szCs w:val="24"/>
        </w:rPr>
        <w:lastRenderedPageBreak/>
        <w:t>considered as the de facto ruling groups who must ascent to power by overthrowing their predecessors or the age-set before them. This phenomenon is always characterized by bloodshed and violence confrontation between the reigning generation and the opposition generation deemed to succeed them.</w:t>
      </w:r>
    </w:p>
    <w:p w:rsidR="00823498" w:rsidRPr="00936675" w:rsidRDefault="00823498" w:rsidP="00823498">
      <w:pPr>
        <w:spacing w:line="360" w:lineRule="auto"/>
        <w:jc w:val="both"/>
        <w:rPr>
          <w:rFonts w:cs="Times New Roman"/>
          <w:szCs w:val="24"/>
        </w:rPr>
      </w:pPr>
      <w:r w:rsidRPr="00936675">
        <w:rPr>
          <w:rFonts w:cs="Times New Roman"/>
          <w:szCs w:val="24"/>
        </w:rPr>
        <w:t>The absence of these age rites in the present context has left many youths rudderless. Armed but uninitiated, they operate with power but without purpose. Their courage is not guided by wisdom; their strength not anchored in values. The age set, as an institution, is not simply a category. It is a classroom. And today, many classrooms are empty among the Dinka and the Nuer. However, among the Murle, though age-set are celebrated as symbol of their cultural heritage, its carries curse than blessing as opposing generations (different age-sets) embroil into violent confrontation over the control of the tribal affairs.</w:t>
      </w:r>
    </w:p>
    <w:p w:rsidR="00823498" w:rsidRPr="00936675" w:rsidRDefault="00823498" w:rsidP="00823498">
      <w:pPr>
        <w:spacing w:line="360" w:lineRule="auto"/>
        <w:jc w:val="both"/>
        <w:rPr>
          <w:rFonts w:cs="Times New Roman"/>
          <w:szCs w:val="24"/>
        </w:rPr>
      </w:pPr>
      <w:r w:rsidRPr="00936675">
        <w:rPr>
          <w:rFonts w:cs="Times New Roman"/>
          <w:szCs w:val="24"/>
        </w:rPr>
        <w:t>Reviving age set rites with community and spiritual leadership;</w:t>
      </w:r>
    </w:p>
    <w:p w:rsidR="00823498" w:rsidRPr="00936675" w:rsidRDefault="00823498" w:rsidP="00823498">
      <w:pPr>
        <w:spacing w:line="360" w:lineRule="auto"/>
        <w:jc w:val="both"/>
        <w:rPr>
          <w:rFonts w:cs="Times New Roman"/>
          <w:szCs w:val="24"/>
        </w:rPr>
      </w:pPr>
      <w:r w:rsidRPr="00936675">
        <w:rPr>
          <w:rFonts w:cs="Times New Roman"/>
          <w:szCs w:val="24"/>
        </w:rPr>
        <w:t>Creating spaces for intergenerational dialogue that bridge trauma and memory</w:t>
      </w:r>
    </w:p>
    <w:p w:rsidR="00823498" w:rsidRPr="00936675" w:rsidRDefault="00823498" w:rsidP="00823498">
      <w:pPr>
        <w:spacing w:line="360" w:lineRule="auto"/>
        <w:jc w:val="both"/>
        <w:rPr>
          <w:rFonts w:cs="Times New Roman"/>
          <w:szCs w:val="24"/>
        </w:rPr>
      </w:pPr>
      <w:r w:rsidRPr="00936675">
        <w:rPr>
          <w:rFonts w:cs="Times New Roman"/>
          <w:szCs w:val="24"/>
        </w:rPr>
        <w:t>Elevating youth voices while anchoring them in elder mentorship;</w:t>
      </w:r>
    </w:p>
    <w:p w:rsidR="00823498" w:rsidRPr="00936675" w:rsidRDefault="00823498" w:rsidP="00823498">
      <w:pPr>
        <w:spacing w:line="360" w:lineRule="auto"/>
        <w:jc w:val="both"/>
        <w:rPr>
          <w:rFonts w:cs="Times New Roman"/>
          <w:szCs w:val="24"/>
        </w:rPr>
      </w:pPr>
      <w:r w:rsidRPr="00936675">
        <w:rPr>
          <w:rFonts w:cs="Times New Roman"/>
          <w:szCs w:val="24"/>
        </w:rPr>
        <w:t>Supporting cultural centers that teach history, customs, and identity;</w:t>
      </w:r>
    </w:p>
    <w:p w:rsidR="00823498" w:rsidRPr="00936675" w:rsidRDefault="00823498" w:rsidP="00823498">
      <w:pPr>
        <w:spacing w:line="360" w:lineRule="auto"/>
        <w:jc w:val="both"/>
        <w:rPr>
          <w:rFonts w:cs="Times New Roman"/>
          <w:szCs w:val="24"/>
        </w:rPr>
      </w:pPr>
      <w:r w:rsidRPr="00936675">
        <w:rPr>
          <w:rFonts w:cs="Times New Roman"/>
          <w:szCs w:val="24"/>
        </w:rPr>
        <w:t>Empowering chiefs and prophets to re-sanctify the generational pacts that once held communities together.</w:t>
      </w:r>
    </w:p>
    <w:p w:rsidR="00823498" w:rsidRPr="00936675" w:rsidRDefault="00823498" w:rsidP="00823498">
      <w:pPr>
        <w:spacing w:line="360" w:lineRule="auto"/>
        <w:jc w:val="both"/>
        <w:rPr>
          <w:rFonts w:cs="Times New Roman"/>
          <w:szCs w:val="24"/>
        </w:rPr>
      </w:pPr>
      <w:r w:rsidRPr="00936675">
        <w:rPr>
          <w:rFonts w:cs="Times New Roman"/>
          <w:szCs w:val="24"/>
        </w:rPr>
        <w:t>The age set system once provided a moral compass, a rhythm to life, and a sense of belonging to every young person. Its erosion has left a vacuum—one filled today by militarism, economic despair, and broken trust. But age sets can be reborn—not as a replica of the past, but as a vessel of hope. When elders guide and youth listen, when memory walks with innovation, when strength meets wisdom—then a community becomes whole. South Sudan does not need to abandon its traditions to modernize. It needs to reinterpret them. The restoration of the age set system is not nostalgia—it is necessity. And in its return may lie the path to a more respectful, peaceful, and intergenerationally balanced future.</w:t>
      </w:r>
    </w:p>
    <w:p w:rsidR="00823498" w:rsidRPr="00935455" w:rsidRDefault="00823498" w:rsidP="00823498">
      <w:pPr>
        <w:spacing w:line="360" w:lineRule="auto"/>
        <w:jc w:val="both"/>
        <w:rPr>
          <w:rFonts w:cs="Times New Roman"/>
          <w:b/>
          <w:bCs/>
          <w:szCs w:val="24"/>
        </w:rPr>
      </w:pPr>
      <w:r w:rsidRPr="00935455">
        <w:rPr>
          <w:rFonts w:cs="Times New Roman"/>
          <w:b/>
          <w:bCs/>
          <w:szCs w:val="24"/>
        </w:rPr>
        <w:t>Conclusion</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The chapters that follow do not simply tell my story—they reflect the story of South Sudan itself: a nation torn between survival and redemption. They speak of displacement and return, of unhealed wounds and sacred callings, of grassroots wisdom and spiritual truth in a time of broken systems. From the flooding of Ayod to the fiery tensions between Gawaar and Lou Nuer, the narrative has walked through villages, cattle camps, and shrines—following the footprints of prophets and the courage of communities.</w:t>
      </w:r>
    </w:p>
    <w:p w:rsidR="00823498" w:rsidRPr="00935455" w:rsidRDefault="00823498" w:rsidP="00823498">
      <w:pPr>
        <w:spacing w:line="360" w:lineRule="auto"/>
        <w:jc w:val="both"/>
        <w:rPr>
          <w:rFonts w:cs="Times New Roman"/>
          <w:b/>
          <w:bCs/>
          <w:szCs w:val="24"/>
        </w:rPr>
      </w:pPr>
      <w:r w:rsidRPr="00935455">
        <w:rPr>
          <w:rFonts w:cs="Times New Roman"/>
          <w:b/>
          <w:bCs/>
          <w:szCs w:val="24"/>
        </w:rPr>
        <w:t>Appendix B: Profiles of Key Figures</w:t>
      </w:r>
    </w:p>
    <w:p w:rsidR="00823498" w:rsidRPr="00935455" w:rsidRDefault="00823498" w:rsidP="00823498">
      <w:pPr>
        <w:spacing w:line="360" w:lineRule="auto"/>
        <w:jc w:val="both"/>
        <w:rPr>
          <w:rFonts w:cs="Times New Roman"/>
          <w:b/>
          <w:bCs/>
          <w:szCs w:val="24"/>
        </w:rPr>
      </w:pPr>
      <w:r w:rsidRPr="00935455">
        <w:rPr>
          <w:rFonts w:cs="Times New Roman"/>
          <w:b/>
          <w:bCs/>
          <w:szCs w:val="24"/>
        </w:rPr>
        <w:t>Appendix C: Timeline of Events</w:t>
      </w:r>
    </w:p>
    <w:p w:rsidR="00823498" w:rsidRPr="00935455" w:rsidRDefault="00823498" w:rsidP="00823498">
      <w:pPr>
        <w:spacing w:line="360" w:lineRule="auto"/>
        <w:jc w:val="both"/>
        <w:rPr>
          <w:rFonts w:cs="Times New Roman"/>
          <w:b/>
          <w:bCs/>
          <w:szCs w:val="24"/>
        </w:rPr>
      </w:pPr>
      <w:r w:rsidRPr="00935455">
        <w:rPr>
          <w:rFonts w:cs="Times New Roman"/>
          <w:b/>
          <w:bCs/>
          <w:szCs w:val="24"/>
        </w:rPr>
        <w:t>References</w:t>
      </w:r>
      <w:r w:rsidRPr="00935455">
        <w:rPr>
          <w:rFonts w:cs="Times New Roman"/>
          <w:b/>
          <w:bCs/>
          <w:szCs w:val="24"/>
        </w:rPr>
        <w:br/>
        <w:t>Index</w:t>
      </w:r>
    </w:p>
    <w:p w:rsidR="00823498" w:rsidRPr="00936675" w:rsidRDefault="00823498" w:rsidP="00823498">
      <w:pPr>
        <w:spacing w:line="360" w:lineRule="auto"/>
        <w:jc w:val="both"/>
        <w:rPr>
          <w:rFonts w:cs="Times New Roman"/>
          <w:szCs w:val="24"/>
        </w:rPr>
      </w:pPr>
      <w:r w:rsidRPr="00936675">
        <w:rPr>
          <w:rFonts w:cs="Times New Roman"/>
          <w:szCs w:val="24"/>
        </w:rPr>
        <w:t>This chapter examines the extraordinary rise of spiritual authority in Jonglei and the Greater Pibor Administrative Area (GPAA), exploring how faith, prophecy, and cultural belief systems are not only anchoring communities amidst chaos but also redefining leadership, justice, and collective memory. Spiritual authority has emerged not as a substitute for governance, but as its moral foundation in regions where formal institutions have repeatedly failed.</w:t>
      </w:r>
    </w:p>
    <w:p w:rsidR="00823498" w:rsidRPr="00936675" w:rsidRDefault="00823498" w:rsidP="00823498">
      <w:pPr>
        <w:spacing w:line="360" w:lineRule="auto"/>
        <w:jc w:val="both"/>
        <w:rPr>
          <w:rFonts w:cs="Times New Roman"/>
          <w:szCs w:val="24"/>
        </w:rPr>
      </w:pPr>
      <w:r w:rsidRPr="00936675">
        <w:rPr>
          <w:rFonts w:cs="Times New Roman"/>
          <w:szCs w:val="24"/>
        </w:rPr>
        <w:t>The state often regards these figures with suspicion. Their ability to command loyalty, inspire action, and shape moral discourse can be threatening to fragile political orders. Attempts to silence or marginalize them—whether through arrest, defamation, or exile—have only made communities more distrustful of the state. The true danger lies in silencing prophets who genuinely promote peace, while elevating those who manipulate faith for power.</w:t>
      </w:r>
    </w:p>
    <w:p w:rsidR="00823498" w:rsidRPr="00936675" w:rsidRDefault="00823498" w:rsidP="00823498">
      <w:pPr>
        <w:spacing w:line="360" w:lineRule="auto"/>
        <w:jc w:val="both"/>
        <w:rPr>
          <w:rFonts w:cs="Times New Roman"/>
          <w:szCs w:val="24"/>
        </w:rPr>
      </w:pPr>
      <w:r w:rsidRPr="00936675">
        <w:rPr>
          <w:rFonts w:cs="Times New Roman"/>
          <w:szCs w:val="24"/>
        </w:rPr>
        <w:t>The challenge is to support prophetic voices that heal, while guarding against those who divide.</w:t>
      </w:r>
    </w:p>
    <w:p w:rsidR="00823498" w:rsidRPr="00936675" w:rsidRDefault="00823498" w:rsidP="00823498">
      <w:pPr>
        <w:spacing w:line="360" w:lineRule="auto"/>
        <w:jc w:val="both"/>
        <w:rPr>
          <w:rFonts w:cs="Times New Roman"/>
          <w:szCs w:val="24"/>
        </w:rPr>
      </w:pPr>
      <w:r w:rsidRPr="00936675">
        <w:rPr>
          <w:rFonts w:cs="Times New Roman"/>
          <w:szCs w:val="24"/>
        </w:rPr>
        <w:t>If peace is to take root in Jonglei and GPAA, it must grow from spiritual soil. Infrastructure projects and political reforms are necessary, but without a moral awakening, they are insufficient. Communities must be rebuilt from within—from their values, from their memory, and from their faith.</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Between faith and fire, the prophets of Jonglei and GPAA have chosen faith. And in that choice, they have given others permission to hope again. The journey to peace in South Sudan will not only be paved by agreements, but also by prayers. It will be guided not only by laws, but by moral clarity. And perhaps, it will be led not by generals or governors, but by prophets who speak to the soul.</w:t>
      </w:r>
    </w:p>
    <w:p w:rsidR="00823498" w:rsidRPr="00936675" w:rsidRDefault="00823498" w:rsidP="00823498">
      <w:pPr>
        <w:spacing w:line="360" w:lineRule="auto"/>
        <w:jc w:val="both"/>
        <w:rPr>
          <w:rFonts w:cs="Times New Roman"/>
          <w:szCs w:val="24"/>
        </w:rPr>
      </w:pPr>
      <w:r w:rsidRPr="00936675">
        <w:rPr>
          <w:rFonts w:cs="Times New Roman"/>
          <w:szCs w:val="24"/>
        </w:rPr>
        <w:t xml:space="preserve">This journey also reveals my own transformation—from a youth driven by revenge to a man committed to justice and reconciliation. I share the internal conflicts I’ve faced: the burden of being a peacebuilder among my own people, the suspicion that comes with neutrality, and the heartbreak of advocating for peace where impunity often reigns. Yet, even </w:t>
      </w:r>
      <w:proofErr w:type="spellStart"/>
      <w:r w:rsidR="00935455" w:rsidRPr="00936675">
        <w:rPr>
          <w:rFonts w:cs="Times New Roman"/>
          <w:szCs w:val="24"/>
        </w:rPr>
        <w:t>th</w:t>
      </w:r>
      <w:r w:rsidR="00935455">
        <w:rPr>
          <w:rFonts w:cs="Times New Roman"/>
          <w:szCs w:val="24"/>
        </w:rPr>
        <w:t>r</w:t>
      </w:r>
      <w:r w:rsidR="00935455" w:rsidRPr="00936675">
        <w:rPr>
          <w:rFonts w:cs="Times New Roman"/>
          <w:szCs w:val="24"/>
        </w:rPr>
        <w:t>ough</w:t>
      </w:r>
      <w:proofErr w:type="spellEnd"/>
      <w:r w:rsidR="00935455">
        <w:rPr>
          <w:rFonts w:cs="Times New Roman"/>
          <w:szCs w:val="24"/>
        </w:rPr>
        <w:t xml:space="preserve"> </w:t>
      </w:r>
      <w:r w:rsidRPr="00936675">
        <w:rPr>
          <w:rFonts w:cs="Times New Roman"/>
          <w:szCs w:val="24"/>
        </w:rPr>
        <w:t>these trials, I remain convinced: peace is not a fantasy. It is possible. But it must rise from within.</w:t>
      </w:r>
    </w:p>
    <w:p w:rsidR="00823498" w:rsidRPr="00936675" w:rsidRDefault="00823498" w:rsidP="00823498">
      <w:pPr>
        <w:spacing w:line="360" w:lineRule="auto"/>
        <w:jc w:val="both"/>
        <w:rPr>
          <w:rFonts w:cs="Times New Roman"/>
          <w:szCs w:val="24"/>
        </w:rPr>
      </w:pPr>
      <w:r w:rsidRPr="00936675">
        <w:rPr>
          <w:rFonts w:cs="Times New Roman"/>
          <w:szCs w:val="24"/>
        </w:rPr>
        <w:t xml:space="preserve">After more than an hour on foot, we reached </w:t>
      </w:r>
      <w:proofErr w:type="spellStart"/>
      <w:r w:rsidRPr="00936675">
        <w:rPr>
          <w:rFonts w:cs="Times New Roman"/>
          <w:szCs w:val="24"/>
        </w:rPr>
        <w:t>Motdit</w:t>
      </w:r>
      <w:proofErr w:type="spellEnd"/>
      <w:r w:rsidRPr="00936675">
        <w:rPr>
          <w:rFonts w:cs="Times New Roman"/>
          <w:szCs w:val="24"/>
        </w:rPr>
        <w:t xml:space="preserve">. Waiting for us was Thok James, once a spiritual messenger and now a community mobilizer with Peace Canal. The meeting with the Prophet had been carefully prepared. Our delegation included Uror Women’s Leader Mrs. </w:t>
      </w:r>
      <w:proofErr w:type="spellStart"/>
      <w:r w:rsidRPr="00936675">
        <w:rPr>
          <w:rFonts w:cs="Times New Roman"/>
          <w:szCs w:val="24"/>
        </w:rPr>
        <w:t>Biliny</w:t>
      </w:r>
      <w:proofErr w:type="spellEnd"/>
      <w:r w:rsidRPr="00936675">
        <w:rPr>
          <w:rFonts w:cs="Times New Roman"/>
          <w:szCs w:val="24"/>
        </w:rPr>
        <w:t xml:space="preserve"> Ruot, a powerful voice for peace; Paramount Chief Koang Gatluak of Pieri, one of the Pieri Peace Agreement signatories; and Daniel Lony, a former abductee who had been taken by Murle raiders and sold to the sister of their former Red Chief and spiritual leader Barchoch Lual. To make the experience even more dynamic, we were accompanied by Koang Nyang Yiee, a skilled bilingual fluent in both Nuer and Murle. Koang serves as a contracted interpreter for our intercommunal engagements with the Murle community. More than just a translator, he is a powerful cultural bridge—a voice that not only conveys language but also helps us navigate deep-rooted cultural nuances and historical sensitivities. His presence ensured that our messages were not only heard but understood in the spirit they were intended, making him an indispensable part of our peacebuilding mission.</w:t>
      </w:r>
    </w:p>
    <w:p w:rsidR="00823498" w:rsidRPr="00936675" w:rsidRDefault="00823498" w:rsidP="00823498">
      <w:pPr>
        <w:spacing w:line="360" w:lineRule="auto"/>
        <w:jc w:val="both"/>
        <w:rPr>
          <w:rFonts w:cs="Times New Roman"/>
          <w:szCs w:val="24"/>
        </w:rPr>
      </w:pPr>
      <w:r w:rsidRPr="00936675">
        <w:rPr>
          <w:rFonts w:cs="Times New Roman"/>
          <w:szCs w:val="24"/>
        </w:rPr>
        <w:t xml:space="preserve">Across the wind-beaten plains and flood-soaked valleys of Jonglei, one name rises like smoke from a sacred fire—Prophet Dak Kueth Deng, known to many in reverent tones as Gok Deng—the living channel of Deng, the divine force that shaped Nuer prophecy. His name is not simply uttered. It is invoked. It lives on the lips of elders, in the whispers of </w:t>
      </w:r>
      <w:r w:rsidRPr="00936675">
        <w:rPr>
          <w:rFonts w:cs="Times New Roman"/>
          <w:szCs w:val="24"/>
        </w:rPr>
        <w:lastRenderedPageBreak/>
        <w:t>warriors, and in the prayers of mothers who believe he can still summon rain, still withhold wrath, still avert war.</w:t>
      </w:r>
    </w:p>
    <w:p w:rsidR="00823498" w:rsidRPr="00936675" w:rsidRDefault="00823498" w:rsidP="00823498">
      <w:pPr>
        <w:spacing w:line="360" w:lineRule="auto"/>
        <w:jc w:val="both"/>
        <w:rPr>
          <w:rFonts w:cs="Times New Roman"/>
          <w:szCs w:val="24"/>
        </w:rPr>
      </w:pPr>
      <w:r w:rsidRPr="00936675">
        <w:rPr>
          <w:rFonts w:cs="Times New Roman"/>
          <w:szCs w:val="24"/>
        </w:rPr>
        <w:t>But to truly understand Dak Kueth, one must leave behind the language of ministries and missions, and descend into the deeper spiritual terrain of Nuer cosmology—a world where spirits govern the living, where justice is not an institution but a balance, and where prophets are not religious figures but societal cornerstones.</w:t>
      </w:r>
    </w:p>
    <w:p w:rsidR="00823498" w:rsidRPr="00936675" w:rsidRDefault="00823498" w:rsidP="00823498">
      <w:pPr>
        <w:spacing w:line="360" w:lineRule="auto"/>
        <w:jc w:val="both"/>
        <w:rPr>
          <w:rFonts w:cs="Times New Roman"/>
          <w:szCs w:val="24"/>
        </w:rPr>
      </w:pPr>
      <w:r w:rsidRPr="00936675">
        <w:rPr>
          <w:rFonts w:cs="Times New Roman"/>
          <w:szCs w:val="24"/>
        </w:rPr>
        <w:t>I remember returning to Ayod during the height of the flood. The landscape was unrecognizable. Familiar tukuls now stood like forgotten monuments rising from water. Children paddled through what used to be cattle kraals. Churches had become shelters, and trees were no longer shade—they were high ground. The rhythm of daily life had been drowned. Markets, schools, clinics—everything that gave structure to existence—had been swept away or submerged.</w:t>
      </w:r>
    </w:p>
    <w:p w:rsidR="00823498" w:rsidRPr="00936675" w:rsidRDefault="00823498" w:rsidP="00823498">
      <w:pPr>
        <w:spacing w:line="360" w:lineRule="auto"/>
        <w:jc w:val="both"/>
        <w:rPr>
          <w:rFonts w:cs="Times New Roman"/>
          <w:szCs w:val="24"/>
        </w:rPr>
      </w:pPr>
      <w:r w:rsidRPr="00936675">
        <w:rPr>
          <w:rFonts w:cs="Times New Roman"/>
          <w:szCs w:val="24"/>
        </w:rPr>
        <w:t>The flood was not just a natural disaster. It was a social unraveling.</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7</w:t>
      </w:r>
    </w:p>
    <w:p w:rsidR="00823498" w:rsidRPr="00936675" w:rsidRDefault="00823498" w:rsidP="00823498">
      <w:pPr>
        <w:spacing w:line="360" w:lineRule="auto"/>
        <w:jc w:val="both"/>
        <w:rPr>
          <w:rFonts w:cs="Times New Roman"/>
          <w:szCs w:val="24"/>
        </w:rPr>
      </w:pPr>
      <w:r w:rsidRPr="00936675">
        <w:rPr>
          <w:rFonts w:cs="Times New Roman"/>
          <w:szCs w:val="24"/>
        </w:rPr>
        <w:t xml:space="preserve">The spiritual dimension of youth mobilization is critical to understanding the current dynamics. Many </w:t>
      </w:r>
      <w:r w:rsidR="00935455" w:rsidRPr="00936675">
        <w:rPr>
          <w:rFonts w:cs="Times New Roman"/>
          <w:szCs w:val="24"/>
        </w:rPr>
        <w:t>youths</w:t>
      </w:r>
      <w:r w:rsidRPr="00936675">
        <w:rPr>
          <w:rFonts w:cs="Times New Roman"/>
          <w:szCs w:val="24"/>
        </w:rPr>
        <w:t xml:space="preserve"> in Lou Nuer, Gawaar, and Murle territories do not mobilize solely on the basis of tribal identity or economic desperation; they mobilize after receiving what they perceive as divine endorsement. Prophets like Dak Kueth and Makuach Tut are not merely spiritual guides—they are mobilizers whose blessings act as moral validation for action. When a prophet blesses a mission, it is no longer seen as a raid—it becomes a sacred duty.</w:t>
      </w:r>
    </w:p>
    <w:p w:rsidR="00823498" w:rsidRPr="00936675" w:rsidRDefault="00823498" w:rsidP="00823498">
      <w:pPr>
        <w:spacing w:line="360" w:lineRule="auto"/>
        <w:jc w:val="both"/>
        <w:rPr>
          <w:rFonts w:cs="Times New Roman"/>
          <w:szCs w:val="24"/>
        </w:rPr>
      </w:pPr>
      <w:r w:rsidRPr="00936675">
        <w:rPr>
          <w:rFonts w:cs="Times New Roman"/>
          <w:szCs w:val="24"/>
        </w:rPr>
        <w:t>This blessing culture has deeply spiritualized violence and further complicated demobilization efforts. Without prophetic retraction or spiritual cleansing, many youths fear spiritual consequences if they abandon the mission. Therefore, peacebuilding must involve not only youth leaders but also the prophets who sanctify their choices. The rituals of disengagement must be as potent as those that mobilized them.</w:t>
      </w:r>
    </w:p>
    <w:p w:rsidR="00823498" w:rsidRPr="00936675" w:rsidRDefault="00823498" w:rsidP="00823498">
      <w:pPr>
        <w:spacing w:line="360" w:lineRule="auto"/>
        <w:jc w:val="both"/>
        <w:rPr>
          <w:rFonts w:cs="Times New Roman"/>
          <w:szCs w:val="24"/>
        </w:rPr>
      </w:pPr>
      <w:r w:rsidRPr="00936675">
        <w:rPr>
          <w:rFonts w:cs="Times New Roman"/>
          <w:szCs w:val="24"/>
        </w:rPr>
        <w:t xml:space="preserve">Yet, amidst this spiritual fervor, the silence of the governing institutions is deafening. The state, instead of countering mobilization with policy and protection, has become a ghost in </w:t>
      </w:r>
      <w:r w:rsidRPr="00936675">
        <w:rPr>
          <w:rFonts w:cs="Times New Roman"/>
          <w:szCs w:val="24"/>
        </w:rPr>
        <w:lastRenderedPageBreak/>
        <w:t>the lives of these communities. This absence has only made spiritual authority more central, filling the leadership vacuum left by weak government presence. If the state continues to abdicate its role, prophets will remain the default commanders of youth behavior—for better or worse.</w:t>
      </w:r>
    </w:p>
    <w:p w:rsidR="00823498" w:rsidRPr="00936675" w:rsidRDefault="00823498" w:rsidP="00823498">
      <w:pPr>
        <w:spacing w:line="360" w:lineRule="auto"/>
        <w:jc w:val="both"/>
        <w:rPr>
          <w:rFonts w:cs="Times New Roman"/>
          <w:szCs w:val="24"/>
        </w:rPr>
      </w:pPr>
      <w:r w:rsidRPr="00936675">
        <w:rPr>
          <w:rFonts w:cs="Times New Roman"/>
          <w:szCs w:val="24"/>
        </w:rPr>
        <w:t>A major factor aggravating these conditions is the proliferation of firearms. Jonglei and GPAA are flooded with unregulated weapons, flowing in from regional conflicts and sold cheaply across porous borders. Automatic rifles have replaced traditional spears, and the scale of violence has escalated accordingly. Youth who once conducted raids with sticks and shields now carry AK-47s—converting what were once cattle disputes into full-blown tribal battles.</w:t>
      </w:r>
    </w:p>
    <w:p w:rsidR="00823498" w:rsidRPr="00936675" w:rsidRDefault="00823498" w:rsidP="00823498">
      <w:pPr>
        <w:spacing w:line="360" w:lineRule="auto"/>
        <w:jc w:val="both"/>
        <w:rPr>
          <w:rFonts w:cs="Times New Roman"/>
          <w:szCs w:val="24"/>
        </w:rPr>
      </w:pPr>
      <w:r w:rsidRPr="00936675">
        <w:rPr>
          <w:rFonts w:cs="Times New Roman"/>
          <w:szCs w:val="24"/>
        </w:rPr>
        <w:t>This militarization is particularly potent in pastoralist societies. Cattle are not just wealth; they are dowries, status symbols, and livelihood anchors. In areas where pasture and water are increasingly scarce, the competition over cattle becomes a trigger point for conflict. What begins as a drought or failed negotiation over grazing rights can quickly escalate into cycles of raid and revenge, intensified by the spiritual and political dimensions at play.</w:t>
      </w:r>
      <w:r w:rsidRPr="00936675">
        <w:rPr>
          <w:rFonts w:cs="Times New Roman"/>
          <w:szCs w:val="24"/>
        </w:rPr>
        <w:br/>
      </w:r>
      <w:r w:rsidRPr="00936675">
        <w:rPr>
          <w:rFonts w:cs="Times New Roman"/>
          <w:szCs w:val="24"/>
        </w:rPr>
        <w:br/>
        <w:t>To resolve these complex crises, we must start by recognizing that peace cannot be imposed—it must be grown from within. First, youth must be engaged through structures they respect, including prophetic circles and local elders. Second, prophets must be invited into national dialogue frameworks and provided with civic education tools to encourage peace messaging over militarized prophecy. Third, the disarmament process must be community-led and spiritually sanctioned to succeed.</w:t>
      </w:r>
    </w:p>
    <w:p w:rsidR="00823498" w:rsidRPr="00936675" w:rsidRDefault="00823498" w:rsidP="00823498">
      <w:pPr>
        <w:spacing w:line="360" w:lineRule="auto"/>
        <w:jc w:val="both"/>
        <w:rPr>
          <w:rFonts w:cs="Times New Roman"/>
          <w:szCs w:val="24"/>
        </w:rPr>
      </w:pPr>
      <w:r w:rsidRPr="00936675">
        <w:rPr>
          <w:rFonts w:cs="Times New Roman"/>
          <w:szCs w:val="24"/>
        </w:rPr>
        <w:t xml:space="preserve">And above all, there must be a new sanctuary for peace. </w:t>
      </w:r>
      <w:proofErr w:type="spellStart"/>
      <w:r w:rsidRPr="00936675">
        <w:rPr>
          <w:rFonts w:cs="Times New Roman"/>
          <w:szCs w:val="24"/>
        </w:rPr>
        <w:t>Nanaam</w:t>
      </w:r>
      <w:proofErr w:type="spellEnd"/>
      <w:r w:rsidRPr="00936675">
        <w:rPr>
          <w:rFonts w:cs="Times New Roman"/>
          <w:szCs w:val="24"/>
        </w:rPr>
        <w:t xml:space="preserve">—a proposed site for a permanent intercommunal reconciliation center—offers a glimmer of hope. It is a place imagined not only as neutral ground for Dinka, Nuer, and Murle but as a sacred refuge for the spirit of reconciliation. If built and supported, </w:t>
      </w:r>
      <w:proofErr w:type="spellStart"/>
      <w:r w:rsidRPr="00936675">
        <w:rPr>
          <w:rFonts w:cs="Times New Roman"/>
          <w:szCs w:val="24"/>
        </w:rPr>
        <w:t>Nanaam</w:t>
      </w:r>
      <w:proofErr w:type="spellEnd"/>
      <w:r w:rsidRPr="00936675">
        <w:rPr>
          <w:rFonts w:cs="Times New Roman"/>
          <w:szCs w:val="24"/>
        </w:rPr>
        <w:t xml:space="preserve"> could become the new shrine of peace—where youth are blessed not for war, but for wisdom; where prophets pray not for retaliation, but for restoration. Let </w:t>
      </w:r>
      <w:proofErr w:type="spellStart"/>
      <w:r w:rsidRPr="00936675">
        <w:rPr>
          <w:rFonts w:cs="Times New Roman"/>
          <w:szCs w:val="24"/>
        </w:rPr>
        <w:t>Nanaam</w:t>
      </w:r>
      <w:proofErr w:type="spellEnd"/>
      <w:r w:rsidRPr="00936675">
        <w:rPr>
          <w:rFonts w:cs="Times New Roman"/>
          <w:szCs w:val="24"/>
        </w:rPr>
        <w:t xml:space="preserve"> rise—not as a monument of what was, but as a sanctuary for what must become.</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Women in Public Life: Cultural Transformation and Justice in South Sudan</w:t>
      </w:r>
    </w:p>
    <w:p w:rsidR="00823498" w:rsidRPr="00936675" w:rsidRDefault="00823498" w:rsidP="00823498">
      <w:pPr>
        <w:spacing w:line="360" w:lineRule="auto"/>
        <w:jc w:val="both"/>
        <w:rPr>
          <w:rFonts w:cs="Times New Roman"/>
          <w:szCs w:val="24"/>
        </w:rPr>
      </w:pPr>
    </w:p>
    <w:p w:rsidR="00823498" w:rsidRPr="00936675" w:rsidRDefault="00823498" w:rsidP="00823498">
      <w:pPr>
        <w:pStyle w:val="Heading1"/>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DEDICATION</w:t>
      </w:r>
    </w:p>
    <w:p w:rsidR="00823498" w:rsidRPr="00936675" w:rsidRDefault="00823498" w:rsidP="00823498">
      <w:pPr>
        <w:spacing w:line="360" w:lineRule="auto"/>
        <w:jc w:val="both"/>
        <w:rPr>
          <w:rFonts w:cs="Times New Roman"/>
          <w:szCs w:val="24"/>
        </w:rPr>
      </w:pPr>
      <w:r w:rsidRPr="00936675">
        <w:rPr>
          <w:rFonts w:cs="Times New Roman"/>
          <w:szCs w:val="24"/>
        </w:rPr>
        <w:br w:type="page"/>
      </w:r>
    </w:p>
    <w:p w:rsidR="00823498" w:rsidRPr="00936675" w:rsidRDefault="00823498" w:rsidP="00823498">
      <w:pPr>
        <w:spacing w:line="360" w:lineRule="auto"/>
        <w:jc w:val="both"/>
        <w:rPr>
          <w:rFonts w:cs="Times New Roman"/>
          <w:szCs w:val="24"/>
        </w:rPr>
      </w:pPr>
    </w:p>
    <w:p w:rsidR="00823498" w:rsidRPr="00936675" w:rsidRDefault="00823498" w:rsidP="00823498">
      <w:pPr>
        <w:spacing w:line="360" w:lineRule="auto"/>
        <w:jc w:val="both"/>
        <w:rPr>
          <w:rFonts w:cs="Times New Roman"/>
          <w:szCs w:val="24"/>
        </w:rPr>
      </w:pPr>
      <w:r w:rsidRPr="00936675">
        <w:rPr>
          <w:rFonts w:cs="Times New Roman"/>
          <w:szCs w:val="24"/>
        </w:rPr>
        <w:t>To the people of Jonglei State and the Greater Pibor Administrative Area (</w:t>
      </w:r>
      <w:proofErr w:type="spellStart"/>
      <w:r w:rsidRPr="00936675">
        <w:rPr>
          <w:rFonts w:cs="Times New Roman"/>
          <w:szCs w:val="24"/>
        </w:rPr>
        <w:t>GPAAespecially</w:t>
      </w:r>
      <w:proofErr w:type="spellEnd"/>
      <w:r w:rsidRPr="00936675">
        <w:rPr>
          <w:rFonts w:cs="Times New Roman"/>
          <w:szCs w:val="24"/>
        </w:rPr>
        <w:t xml:space="preserve"> the Murle ethnic group) whose suffering, strength, and stories become the heartbeat to the whole world and to their children born into conflict who deserve a brighter future where peace would not only be a prayer; however, a solemn promise.</w:t>
      </w:r>
    </w:p>
    <w:p w:rsidR="00823498" w:rsidRPr="00936675" w:rsidRDefault="00823498" w:rsidP="00823498">
      <w:pPr>
        <w:spacing w:line="360" w:lineRule="auto"/>
        <w:jc w:val="both"/>
        <w:rPr>
          <w:rFonts w:cs="Times New Roman"/>
          <w:szCs w:val="24"/>
        </w:rPr>
      </w:pPr>
    </w:p>
    <w:p w:rsidR="00823498" w:rsidRPr="00936675" w:rsidRDefault="00823498" w:rsidP="00823498">
      <w:pPr>
        <w:spacing w:line="360" w:lineRule="auto"/>
        <w:jc w:val="both"/>
        <w:rPr>
          <w:rFonts w:cs="Times New Roman"/>
          <w:szCs w:val="24"/>
        </w:rPr>
      </w:pPr>
      <w:r w:rsidRPr="00936675">
        <w:rPr>
          <w:rFonts w:cs="Times New Roman"/>
          <w:szCs w:val="24"/>
        </w:rPr>
        <w:t>ACKNOWLEDGEMENTS</w:t>
      </w:r>
    </w:p>
    <w:p w:rsidR="00823498" w:rsidRPr="00936675" w:rsidRDefault="00823498" w:rsidP="00823498">
      <w:pPr>
        <w:spacing w:line="360" w:lineRule="auto"/>
        <w:jc w:val="both"/>
        <w:rPr>
          <w:rFonts w:cs="Times New Roman"/>
          <w:szCs w:val="24"/>
        </w:rPr>
      </w:pPr>
    </w:p>
    <w:p w:rsidR="00823498" w:rsidRPr="00936675" w:rsidRDefault="00823498" w:rsidP="00823498">
      <w:pPr>
        <w:spacing w:line="360" w:lineRule="auto"/>
        <w:jc w:val="both"/>
        <w:rPr>
          <w:rFonts w:cs="Times New Roman"/>
          <w:szCs w:val="24"/>
        </w:rPr>
      </w:pPr>
      <w:r w:rsidRPr="00936675">
        <w:rPr>
          <w:rFonts w:cs="Times New Roman"/>
          <w:szCs w:val="24"/>
        </w:rPr>
        <w:t>I would like extend my deepest gratitude to all those who walked with me on this treacherous journey of peace and to my family, for their unwavering support and sacrifice during publication of this book.</w:t>
      </w:r>
    </w:p>
    <w:p w:rsidR="00823498" w:rsidRPr="00936675" w:rsidRDefault="00823498" w:rsidP="00823498">
      <w:pPr>
        <w:spacing w:line="360" w:lineRule="auto"/>
        <w:jc w:val="both"/>
        <w:rPr>
          <w:rFonts w:cs="Times New Roman"/>
          <w:szCs w:val="24"/>
        </w:rPr>
      </w:pPr>
    </w:p>
    <w:p w:rsidR="00823498" w:rsidRPr="00936675" w:rsidRDefault="00823498" w:rsidP="00823498">
      <w:pPr>
        <w:spacing w:line="360" w:lineRule="auto"/>
        <w:jc w:val="both"/>
        <w:rPr>
          <w:rFonts w:cs="Times New Roman"/>
          <w:szCs w:val="24"/>
        </w:rPr>
      </w:pPr>
      <w:r w:rsidRPr="00936675">
        <w:rPr>
          <w:rFonts w:cs="Times New Roman"/>
          <w:szCs w:val="24"/>
        </w:rPr>
        <w:t xml:space="preserve">To my colleagues at the Peace Canal </w:t>
      </w:r>
      <w:proofErr w:type="spellStart"/>
      <w:r w:rsidRPr="00936675">
        <w:rPr>
          <w:rFonts w:cs="Times New Roman"/>
          <w:szCs w:val="24"/>
        </w:rPr>
        <w:t>organisation</w:t>
      </w:r>
      <w:proofErr w:type="spellEnd"/>
      <w:r w:rsidRPr="00936675">
        <w:rPr>
          <w:rFonts w:cs="Times New Roman"/>
          <w:szCs w:val="24"/>
        </w:rPr>
        <w:t>, for their tireless commitment to building bridges where others saw walls; and the community elders, youth leaders, and women’s groups in Greater Akobo and Ayod, who offered wisdom, courage, and companionship in the face of uncertainty</w:t>
      </w:r>
    </w:p>
    <w:p w:rsidR="00823498" w:rsidRPr="00936675" w:rsidRDefault="00823498" w:rsidP="00823498">
      <w:pPr>
        <w:spacing w:line="360" w:lineRule="auto"/>
        <w:jc w:val="both"/>
        <w:rPr>
          <w:rFonts w:cs="Times New Roman"/>
          <w:szCs w:val="24"/>
        </w:rPr>
      </w:pPr>
      <w:r w:rsidRPr="00936675">
        <w:rPr>
          <w:rFonts w:cs="Times New Roman"/>
          <w:szCs w:val="24"/>
        </w:rPr>
        <w:t>To the UNMISS Civil Affairs Division, the Peacebuilding Opportunities Fund, and the entire RSRTF partners thank you for your partnership and belief in locally led solutions. A special tribute goes to Michael Comerford a man who walked beside me when the path was most uncertain.</w:t>
      </w:r>
    </w:p>
    <w:p w:rsidR="00823498" w:rsidRPr="00936675" w:rsidRDefault="00823498" w:rsidP="00823498">
      <w:pPr>
        <w:spacing w:line="360" w:lineRule="auto"/>
        <w:jc w:val="both"/>
        <w:rPr>
          <w:rFonts w:cs="Times New Roman"/>
          <w:szCs w:val="24"/>
        </w:rPr>
      </w:pPr>
      <w:r w:rsidRPr="00936675">
        <w:rPr>
          <w:rFonts w:cs="Times New Roman"/>
          <w:szCs w:val="24"/>
        </w:rPr>
        <w:t>He took me into this treacherous journey to meet the prophets, and stood as both a guide and a companion. Michael has been more than a mentor; he is a true friend whose expertise, humility, and unwavering belief in peace inspired me deeply. His wisdom helped shape not just the direction of this book, but the hope behind it.</w:t>
      </w:r>
    </w:p>
    <w:p w:rsidR="00823498" w:rsidRPr="00936675" w:rsidRDefault="00823498" w:rsidP="00823498">
      <w:pPr>
        <w:spacing w:line="360" w:lineRule="auto"/>
        <w:jc w:val="both"/>
        <w:rPr>
          <w:rFonts w:cs="Times New Roman"/>
          <w:szCs w:val="24"/>
        </w:rPr>
      </w:pPr>
    </w:p>
    <w:p w:rsidR="00823498" w:rsidRPr="00936675" w:rsidRDefault="00823498" w:rsidP="00823498">
      <w:pPr>
        <w:spacing w:line="360" w:lineRule="auto"/>
        <w:jc w:val="both"/>
        <w:rPr>
          <w:rFonts w:cs="Times New Roman"/>
          <w:szCs w:val="24"/>
        </w:rPr>
      </w:pPr>
      <w:r w:rsidRPr="00936675">
        <w:rPr>
          <w:rFonts w:cs="Times New Roman"/>
          <w:szCs w:val="24"/>
        </w:rPr>
        <w:lastRenderedPageBreak/>
        <w:t>To the prophet Dak Kueth Deang, Prophet Makuach Tut and prophet chief, and ordinary citizen who welcomed me into their homes, trusted me with their stories, and inspired the words in these pages—this book would not exist without your faith, your pain, and your hope.</w:t>
      </w:r>
    </w:p>
    <w:p w:rsidR="00823498" w:rsidRPr="00936675" w:rsidRDefault="00823498" w:rsidP="00823498">
      <w:pPr>
        <w:spacing w:line="360" w:lineRule="auto"/>
        <w:jc w:val="both"/>
        <w:rPr>
          <w:rFonts w:cs="Times New Roman"/>
          <w:szCs w:val="24"/>
        </w:rPr>
      </w:pPr>
      <w:r w:rsidRPr="00936675">
        <w:rPr>
          <w:rFonts w:cs="Times New Roman"/>
          <w:szCs w:val="24"/>
        </w:rPr>
        <w:t>The genuine reason for writing this book is to capture both the searing pain and quiet hope of a nation in conflict. My Work of Peace: A Treacherous Journey through South Sudan's Sacred Struggles: A Treacherous Journey to Spiritual leaders</w:t>
      </w:r>
    </w:p>
    <w:p w:rsidR="00823498" w:rsidRPr="00936675" w:rsidRDefault="00823498" w:rsidP="00823498">
      <w:pPr>
        <w:spacing w:line="360" w:lineRule="auto"/>
        <w:jc w:val="both"/>
        <w:rPr>
          <w:rFonts w:cs="Times New Roman"/>
          <w:szCs w:val="24"/>
        </w:rPr>
      </w:pPr>
      <w:r w:rsidRPr="00936675">
        <w:rPr>
          <w:rFonts w:cs="Times New Roman"/>
          <w:szCs w:val="24"/>
        </w:rPr>
        <w:t>This work is not simply a memoir or an analytical account—it is a field diary of conviction. It is written by someone who has not only observed the unravelling of communities in Jonglei State and the Greater Pibor Administrative Area but has lived through it, walked among the ruins, spoken with the wounded, and dared to plant seeds of peace in soil soaked with grief.</w:t>
      </w:r>
    </w:p>
    <w:p w:rsidR="00823498" w:rsidRPr="00936675" w:rsidRDefault="00823498" w:rsidP="00823498">
      <w:pPr>
        <w:spacing w:line="360" w:lineRule="auto"/>
        <w:jc w:val="both"/>
        <w:rPr>
          <w:rFonts w:cs="Times New Roman"/>
          <w:szCs w:val="24"/>
        </w:rPr>
      </w:pPr>
      <w:r w:rsidRPr="00936675">
        <w:rPr>
          <w:rFonts w:cs="Times New Roman"/>
          <w:szCs w:val="24"/>
        </w:rPr>
        <w:t xml:space="preserve">I am </w:t>
      </w:r>
      <w:proofErr w:type="spellStart"/>
      <w:r w:rsidRPr="00936675">
        <w:rPr>
          <w:rFonts w:cs="Times New Roman"/>
          <w:szCs w:val="24"/>
        </w:rPr>
        <w:t>honoured</w:t>
      </w:r>
      <w:proofErr w:type="spellEnd"/>
      <w:r w:rsidRPr="00936675">
        <w:rPr>
          <w:rFonts w:cs="Times New Roman"/>
          <w:szCs w:val="24"/>
        </w:rPr>
        <w:t xml:space="preserve"> to introduce this work—not as a distant observer, but as someone who has witnessed Simon’s unwavering commitment in some of South Sudan’s most challenging terrains. His courage, clarity, and compassion are evident in every chapter. May this book not only inform but inspire a deeper, more durable peace.</w:t>
      </w:r>
    </w:p>
    <w:p w:rsidR="00823498" w:rsidRPr="00936675" w:rsidRDefault="00823498" w:rsidP="00823498">
      <w:pPr>
        <w:spacing w:line="360" w:lineRule="auto"/>
        <w:jc w:val="both"/>
        <w:rPr>
          <w:rFonts w:cs="Times New Roman"/>
          <w:szCs w:val="24"/>
        </w:rPr>
      </w:pPr>
      <w:r w:rsidRPr="00936675">
        <w:rPr>
          <w:rFonts w:cs="Times New Roman"/>
          <w:szCs w:val="24"/>
        </w:rPr>
        <w:t>Contents</w:t>
      </w:r>
    </w:p>
    <w:p w:rsidR="00823498" w:rsidRPr="00936675" w:rsidRDefault="00823498" w:rsidP="00823498">
      <w:pPr>
        <w:spacing w:line="360" w:lineRule="auto"/>
        <w:jc w:val="both"/>
        <w:rPr>
          <w:rFonts w:cs="Times New Roman"/>
          <w:szCs w:val="24"/>
        </w:rPr>
      </w:pPr>
      <w:r w:rsidRPr="00936675">
        <w:rPr>
          <w:rFonts w:cs="Times New Roman"/>
          <w:szCs w:val="24"/>
        </w:rPr>
        <w:t>DEDICATION ....................................................................................................... 1</w:t>
      </w:r>
    </w:p>
    <w:p w:rsidR="00823498" w:rsidRPr="00936675" w:rsidRDefault="00823498" w:rsidP="00823498">
      <w:pPr>
        <w:spacing w:line="360" w:lineRule="auto"/>
        <w:jc w:val="both"/>
        <w:rPr>
          <w:rFonts w:cs="Times New Roman"/>
          <w:szCs w:val="24"/>
        </w:rPr>
      </w:pPr>
      <w:r w:rsidRPr="00936675">
        <w:rPr>
          <w:rFonts w:cs="Times New Roman"/>
          <w:szCs w:val="24"/>
        </w:rPr>
        <w:t>ACKNOWLEDGMENTS .......................................... Error! Bookmark not defined.</w:t>
      </w:r>
    </w:p>
    <w:p w:rsidR="00823498" w:rsidRPr="00936675" w:rsidRDefault="00823498" w:rsidP="00823498">
      <w:pPr>
        <w:spacing w:line="360" w:lineRule="auto"/>
        <w:jc w:val="both"/>
        <w:rPr>
          <w:rFonts w:cs="Times New Roman"/>
          <w:szCs w:val="24"/>
        </w:rPr>
      </w:pPr>
      <w:r w:rsidRPr="00936675">
        <w:rPr>
          <w:rFonts w:cs="Times New Roman"/>
          <w:szCs w:val="24"/>
        </w:rPr>
        <w:t>PREFACE ............................................................................................................ 2</w:t>
      </w:r>
    </w:p>
    <w:p w:rsidR="00823498" w:rsidRPr="00936675" w:rsidRDefault="00823498" w:rsidP="00823498">
      <w:pPr>
        <w:spacing w:line="360" w:lineRule="auto"/>
        <w:jc w:val="both"/>
        <w:rPr>
          <w:rFonts w:cs="Times New Roman"/>
          <w:szCs w:val="24"/>
        </w:rPr>
      </w:pPr>
      <w:r w:rsidRPr="00936675">
        <w:rPr>
          <w:rFonts w:cs="Times New Roman"/>
          <w:szCs w:val="24"/>
        </w:rPr>
        <w:t>INTRODUCTION…………………………………………………………………………………………………………………………………4</w:t>
      </w:r>
    </w:p>
    <w:p w:rsidR="00823498" w:rsidRPr="00936675" w:rsidRDefault="00823498" w:rsidP="00823498">
      <w:pPr>
        <w:spacing w:line="360" w:lineRule="auto"/>
        <w:jc w:val="both"/>
        <w:rPr>
          <w:rFonts w:cs="Times New Roman"/>
          <w:szCs w:val="24"/>
        </w:rPr>
      </w:pPr>
    </w:p>
    <w:p w:rsidR="00823498" w:rsidRPr="00936675" w:rsidRDefault="00823498" w:rsidP="00823498">
      <w:pPr>
        <w:spacing w:line="360" w:lineRule="auto"/>
        <w:jc w:val="both"/>
        <w:rPr>
          <w:rFonts w:cs="Times New Roman"/>
          <w:szCs w:val="24"/>
        </w:rPr>
      </w:pPr>
    </w:p>
    <w:p w:rsidR="00823498" w:rsidRPr="00936675" w:rsidRDefault="00823498" w:rsidP="00823498">
      <w:pPr>
        <w:pStyle w:val="Heading1"/>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lastRenderedPageBreak/>
        <w:t>PART I: FOUNDATIONS OF FAITH AND CONFLICT ................................. 8</w:t>
      </w:r>
    </w:p>
    <w:p w:rsidR="00823498" w:rsidRPr="00936675" w:rsidRDefault="00823498" w:rsidP="00823498">
      <w:pPr>
        <w:spacing w:line="360" w:lineRule="auto"/>
        <w:jc w:val="both"/>
        <w:rPr>
          <w:rFonts w:cs="Times New Roman"/>
          <w:szCs w:val="24"/>
        </w:rPr>
      </w:pPr>
      <w:r w:rsidRPr="00936675">
        <w:rPr>
          <w:rFonts w:cs="Times New Roman"/>
          <w:szCs w:val="24"/>
        </w:rPr>
        <w:br w:type="page"/>
      </w:r>
    </w:p>
    <w:p w:rsidR="00823498" w:rsidRPr="00936675" w:rsidRDefault="00823498" w:rsidP="00823498">
      <w:pPr>
        <w:spacing w:line="360" w:lineRule="auto"/>
        <w:jc w:val="both"/>
        <w:rPr>
          <w:rFonts w:cs="Times New Roman"/>
          <w:szCs w:val="24"/>
        </w:rPr>
      </w:pP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 ................................................................................................... 8</w:t>
      </w:r>
    </w:p>
    <w:p w:rsidR="00823498" w:rsidRPr="00936675" w:rsidRDefault="00823498" w:rsidP="00823498">
      <w:pPr>
        <w:spacing w:line="360" w:lineRule="auto"/>
        <w:jc w:val="both"/>
        <w:rPr>
          <w:rFonts w:cs="Times New Roman"/>
          <w:szCs w:val="24"/>
        </w:rPr>
      </w:pPr>
      <w:r w:rsidRPr="00936675">
        <w:rPr>
          <w:rFonts w:cs="Times New Roman"/>
          <w:szCs w:val="24"/>
        </w:rPr>
        <w:t>The Call to Peace in a Land of War ............................................................. 8</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2 ................................................................................................. 10</w:t>
      </w:r>
    </w:p>
    <w:p w:rsidR="00823498" w:rsidRPr="00936675" w:rsidRDefault="00823498" w:rsidP="00823498">
      <w:pPr>
        <w:spacing w:line="360" w:lineRule="auto"/>
        <w:jc w:val="both"/>
        <w:rPr>
          <w:rFonts w:cs="Times New Roman"/>
          <w:szCs w:val="24"/>
        </w:rPr>
      </w:pPr>
      <w:r w:rsidRPr="00936675">
        <w:rPr>
          <w:rFonts w:cs="Times New Roman"/>
          <w:szCs w:val="24"/>
        </w:rPr>
        <w:t>A People Torn Apart: The Tragedy of Jonglei and GPAA ......................... 10</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3 ................................................................................................. 12</w:t>
      </w:r>
    </w:p>
    <w:p w:rsidR="00823498" w:rsidRPr="00936675" w:rsidRDefault="00823498" w:rsidP="00823498">
      <w:pPr>
        <w:spacing w:line="360" w:lineRule="auto"/>
        <w:jc w:val="both"/>
        <w:rPr>
          <w:rFonts w:cs="Times New Roman"/>
          <w:szCs w:val="24"/>
        </w:rPr>
      </w:pPr>
      <w:r w:rsidRPr="00936675">
        <w:rPr>
          <w:rFonts w:cs="Times New Roman"/>
          <w:szCs w:val="24"/>
        </w:rPr>
        <w:t>Between Faith and Fire: The Rise of Spiritual Authority ........................... 12</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4 ................................................................................................. 13</w:t>
      </w:r>
    </w:p>
    <w:p w:rsidR="00823498" w:rsidRPr="00936675" w:rsidRDefault="00823498" w:rsidP="00823498">
      <w:pPr>
        <w:spacing w:line="360" w:lineRule="auto"/>
        <w:jc w:val="both"/>
        <w:rPr>
          <w:rFonts w:cs="Times New Roman"/>
          <w:szCs w:val="24"/>
        </w:rPr>
      </w:pPr>
      <w:r w:rsidRPr="00936675">
        <w:rPr>
          <w:rFonts w:cs="Times New Roman"/>
          <w:szCs w:val="24"/>
        </w:rPr>
        <w:t>My Journey to Prophet Dak Kueth ............................................................. 13</w:t>
      </w:r>
    </w:p>
    <w:p w:rsidR="00823498" w:rsidRPr="00936675" w:rsidRDefault="00823498" w:rsidP="00823498">
      <w:pPr>
        <w:spacing w:line="360" w:lineRule="auto"/>
        <w:jc w:val="both"/>
        <w:rPr>
          <w:rFonts w:cs="Times New Roman"/>
          <w:szCs w:val="24"/>
        </w:rPr>
      </w:pPr>
      <w:r w:rsidRPr="00936675">
        <w:rPr>
          <w:rFonts w:cs="Times New Roman"/>
          <w:szCs w:val="24"/>
        </w:rPr>
        <w:t>Prophet Dak Kueth: The Man, the Mission, the Myth ................................ 16</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5 ................................................................................................. 19 Ayod in the Flood: Survival and Displacement .............................................19</w:t>
      </w:r>
    </w:p>
    <w:p w:rsidR="00823498" w:rsidRPr="00936675" w:rsidRDefault="00823498" w:rsidP="00823498">
      <w:pPr>
        <w:spacing w:line="360" w:lineRule="auto"/>
        <w:jc w:val="both"/>
        <w:rPr>
          <w:rFonts w:cs="Times New Roman"/>
          <w:szCs w:val="24"/>
        </w:rPr>
      </w:pPr>
    </w:p>
    <w:p w:rsidR="00823498" w:rsidRPr="00936675" w:rsidRDefault="00823498" w:rsidP="00823498">
      <w:pPr>
        <w:pStyle w:val="Heading1"/>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PART II: PATHS TO RECONCILIATION ..................................................... 25</w:t>
      </w:r>
    </w:p>
    <w:p w:rsidR="00823498" w:rsidRPr="00936675" w:rsidRDefault="00823498" w:rsidP="00823498">
      <w:pPr>
        <w:spacing w:line="360" w:lineRule="auto"/>
        <w:jc w:val="both"/>
        <w:rPr>
          <w:rFonts w:cs="Times New Roman"/>
          <w:szCs w:val="24"/>
        </w:rPr>
      </w:pPr>
      <w:r w:rsidRPr="00936675">
        <w:rPr>
          <w:rFonts w:cs="Times New Roman"/>
          <w:szCs w:val="24"/>
        </w:rPr>
        <w:br w:type="page"/>
      </w:r>
    </w:p>
    <w:p w:rsidR="00823498" w:rsidRPr="00936675" w:rsidRDefault="00823498" w:rsidP="00823498">
      <w:pPr>
        <w:spacing w:line="360" w:lineRule="auto"/>
        <w:jc w:val="both"/>
        <w:rPr>
          <w:rFonts w:cs="Times New Roman"/>
          <w:szCs w:val="24"/>
        </w:rPr>
      </w:pP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6 ................................................................................................. 25</w:t>
      </w:r>
    </w:p>
    <w:p w:rsidR="00823498" w:rsidRPr="00936675" w:rsidRDefault="00823498" w:rsidP="00823498">
      <w:pPr>
        <w:spacing w:line="360" w:lineRule="auto"/>
        <w:jc w:val="both"/>
        <w:rPr>
          <w:rFonts w:cs="Times New Roman"/>
          <w:szCs w:val="24"/>
        </w:rPr>
      </w:pPr>
      <w:r w:rsidRPr="00936675">
        <w:rPr>
          <w:rFonts w:cs="Times New Roman"/>
          <w:szCs w:val="24"/>
        </w:rPr>
        <w:t>Spiritual Authority in Times of Chaos ....................................................... 25</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7 ................................................................................................. 28</w:t>
      </w:r>
    </w:p>
    <w:p w:rsidR="00823498" w:rsidRPr="00936675" w:rsidRDefault="00823498" w:rsidP="00823498">
      <w:pPr>
        <w:spacing w:line="360" w:lineRule="auto"/>
        <w:jc w:val="both"/>
        <w:rPr>
          <w:rFonts w:cs="Times New Roman"/>
          <w:szCs w:val="24"/>
        </w:rPr>
      </w:pPr>
      <w:r w:rsidRPr="00936675">
        <w:rPr>
          <w:rFonts w:cs="Times New Roman"/>
          <w:szCs w:val="24"/>
        </w:rPr>
        <w:t>Leadership for Peace in a Time of Crisis — Makuach Tut: A Unifier,</w:t>
      </w:r>
    </w:p>
    <w:p w:rsidR="00823498" w:rsidRPr="00936675" w:rsidRDefault="00823498" w:rsidP="00823498">
      <w:pPr>
        <w:spacing w:line="360" w:lineRule="auto"/>
        <w:jc w:val="both"/>
        <w:rPr>
          <w:rFonts w:cs="Times New Roman"/>
          <w:szCs w:val="24"/>
        </w:rPr>
      </w:pPr>
      <w:r w:rsidRPr="00936675">
        <w:rPr>
          <w:rFonts w:cs="Times New Roman"/>
          <w:szCs w:val="24"/>
        </w:rPr>
        <w:t>Spiritual Authority among the Gawaar and Lou Nuer ................................ 28</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8 ................................................................................................. 31</w:t>
      </w:r>
    </w:p>
    <w:p w:rsidR="00823498" w:rsidRPr="00936675" w:rsidRDefault="00823498" w:rsidP="00823498">
      <w:pPr>
        <w:spacing w:line="360" w:lineRule="auto"/>
        <w:jc w:val="both"/>
        <w:rPr>
          <w:rFonts w:cs="Times New Roman"/>
          <w:szCs w:val="24"/>
        </w:rPr>
      </w:pPr>
      <w:r w:rsidRPr="00936675">
        <w:rPr>
          <w:rFonts w:cs="Times New Roman"/>
          <w:szCs w:val="24"/>
        </w:rPr>
        <w:t>Grassroots Peacemaking: Community Dialogues and Rituals .................... 31</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9 ................................................................................................. 36</w:t>
      </w:r>
    </w:p>
    <w:p w:rsidR="00823498" w:rsidRPr="00936675" w:rsidRDefault="00823498" w:rsidP="00823498">
      <w:pPr>
        <w:spacing w:line="360" w:lineRule="auto"/>
        <w:jc w:val="both"/>
        <w:rPr>
          <w:rFonts w:cs="Times New Roman"/>
          <w:szCs w:val="24"/>
        </w:rPr>
      </w:pPr>
      <w:r w:rsidRPr="00936675">
        <w:rPr>
          <w:rFonts w:cs="Times New Roman"/>
          <w:szCs w:val="24"/>
        </w:rPr>
        <w:t>Women, Youth, and Cattle: Reframing Conflict Dynamics ....................... 36</w:t>
      </w:r>
    </w:p>
    <w:p w:rsidR="00823498" w:rsidRPr="00936675" w:rsidRDefault="00823498" w:rsidP="00823498">
      <w:pPr>
        <w:spacing w:line="360" w:lineRule="auto"/>
        <w:jc w:val="both"/>
        <w:rPr>
          <w:rFonts w:cs="Times New Roman"/>
          <w:szCs w:val="24"/>
        </w:rPr>
      </w:pPr>
      <w:r w:rsidRPr="00936675">
        <w:rPr>
          <w:rFonts w:cs="Times New Roman"/>
          <w:szCs w:val="24"/>
        </w:rPr>
        <w:t>Youth: From Warriors to Custodians of the Future .................................... 36</w:t>
      </w:r>
    </w:p>
    <w:p w:rsidR="00823498" w:rsidRPr="00936675" w:rsidRDefault="00823498" w:rsidP="00823498">
      <w:pPr>
        <w:spacing w:line="360" w:lineRule="auto"/>
        <w:jc w:val="both"/>
        <w:rPr>
          <w:rFonts w:cs="Times New Roman"/>
          <w:szCs w:val="24"/>
        </w:rPr>
      </w:pPr>
      <w:r w:rsidRPr="00936675">
        <w:rPr>
          <w:rFonts w:cs="Times New Roman"/>
          <w:szCs w:val="24"/>
        </w:rPr>
        <w:t>The Peace of Thuokrikna: A Testament of Prophets .................................. 37</w:t>
      </w:r>
    </w:p>
    <w:p w:rsidR="00823498" w:rsidRPr="00936675" w:rsidRDefault="00823498" w:rsidP="00823498">
      <w:pPr>
        <w:spacing w:line="360" w:lineRule="auto"/>
        <w:jc w:val="both"/>
        <w:rPr>
          <w:rFonts w:cs="Times New Roman"/>
          <w:szCs w:val="24"/>
        </w:rPr>
      </w:pPr>
      <w:r w:rsidRPr="00936675">
        <w:rPr>
          <w:rFonts w:cs="Times New Roman"/>
          <w:szCs w:val="24"/>
        </w:rPr>
        <w:t>Women: The Unseen Architects of Peace .................................................. 39</w:t>
      </w:r>
    </w:p>
    <w:p w:rsidR="00823498" w:rsidRPr="00936675" w:rsidRDefault="00823498" w:rsidP="00823498">
      <w:pPr>
        <w:spacing w:line="360" w:lineRule="auto"/>
        <w:jc w:val="both"/>
        <w:rPr>
          <w:rFonts w:cs="Times New Roman"/>
          <w:szCs w:val="24"/>
        </w:rPr>
      </w:pPr>
      <w:r w:rsidRPr="00936675">
        <w:rPr>
          <w:rFonts w:cs="Times New Roman"/>
          <w:szCs w:val="24"/>
        </w:rPr>
        <w:t>Cattle: From Currency of Revenge to Covenant of Reconciliation ............. 41</w:t>
      </w:r>
    </w:p>
    <w:p w:rsidR="00823498" w:rsidRPr="00936675" w:rsidRDefault="00823498" w:rsidP="00823498">
      <w:pPr>
        <w:spacing w:line="360" w:lineRule="auto"/>
        <w:jc w:val="both"/>
        <w:rPr>
          <w:rFonts w:cs="Times New Roman"/>
          <w:szCs w:val="24"/>
        </w:rPr>
      </w:pPr>
      <w:r w:rsidRPr="00936675">
        <w:rPr>
          <w:rFonts w:cs="Times New Roman"/>
          <w:szCs w:val="24"/>
        </w:rPr>
        <w:t>Reframing the Narrative: From Risk to Resource ...................................... 42</w:t>
      </w:r>
    </w:p>
    <w:p w:rsidR="00823498" w:rsidRPr="00936675" w:rsidRDefault="00823498" w:rsidP="00823498">
      <w:pPr>
        <w:spacing w:line="360" w:lineRule="auto"/>
        <w:jc w:val="both"/>
        <w:rPr>
          <w:rFonts w:cs="Times New Roman"/>
          <w:szCs w:val="24"/>
        </w:rPr>
      </w:pPr>
    </w:p>
    <w:p w:rsidR="00823498" w:rsidRPr="00936675" w:rsidRDefault="00823498" w:rsidP="00823498">
      <w:pPr>
        <w:pStyle w:val="Heading1"/>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PART III: STRATEGY, BETRAYAL, AND THE STATE ............................. 43</w:t>
      </w:r>
    </w:p>
    <w:p w:rsidR="00823498" w:rsidRPr="00936675" w:rsidRDefault="00823498" w:rsidP="00823498">
      <w:pPr>
        <w:spacing w:line="360" w:lineRule="auto"/>
        <w:jc w:val="both"/>
        <w:rPr>
          <w:rFonts w:cs="Times New Roman"/>
          <w:szCs w:val="24"/>
        </w:rPr>
      </w:pPr>
      <w:r w:rsidRPr="00936675">
        <w:rPr>
          <w:rFonts w:cs="Times New Roman"/>
          <w:szCs w:val="24"/>
        </w:rPr>
        <w:br w:type="page"/>
      </w:r>
    </w:p>
    <w:p w:rsidR="00823498" w:rsidRPr="00936675" w:rsidRDefault="00823498" w:rsidP="00823498">
      <w:pPr>
        <w:spacing w:line="360" w:lineRule="auto"/>
        <w:jc w:val="both"/>
        <w:rPr>
          <w:rFonts w:cs="Times New Roman"/>
          <w:szCs w:val="24"/>
        </w:rPr>
      </w:pP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12 ............................................................................................... 43</w:t>
      </w:r>
    </w:p>
    <w:p w:rsidR="00823498" w:rsidRPr="00936675" w:rsidRDefault="00823498" w:rsidP="00823498">
      <w:pPr>
        <w:spacing w:line="360" w:lineRule="auto"/>
        <w:jc w:val="both"/>
        <w:rPr>
          <w:rFonts w:cs="Times New Roman"/>
          <w:szCs w:val="24"/>
        </w:rPr>
      </w:pPr>
      <w:r w:rsidRPr="00936675">
        <w:rPr>
          <w:rFonts w:cs="Times New Roman"/>
          <w:szCs w:val="24"/>
        </w:rPr>
        <w:t>Between Two Worlds: The Government and the Spirits ............................ 43</w:t>
      </w:r>
    </w:p>
    <w:p w:rsidR="00823498" w:rsidRPr="00936675" w:rsidRDefault="00823498" w:rsidP="00823498">
      <w:pPr>
        <w:spacing w:line="360" w:lineRule="auto"/>
        <w:jc w:val="both"/>
        <w:rPr>
          <w:rFonts w:cs="Times New Roman"/>
          <w:szCs w:val="24"/>
        </w:rPr>
      </w:pPr>
      <w:r w:rsidRPr="00936675">
        <w:rPr>
          <w:rFonts w:cs="Times New Roman"/>
          <w:szCs w:val="24"/>
        </w:rPr>
        <w:t>The Fragile Legitimacy of the State ........................................................... 44</w:t>
      </w:r>
    </w:p>
    <w:p w:rsidR="00823498" w:rsidRPr="00936675" w:rsidRDefault="00823498" w:rsidP="00823498">
      <w:pPr>
        <w:spacing w:line="360" w:lineRule="auto"/>
        <w:jc w:val="both"/>
        <w:rPr>
          <w:rFonts w:cs="Times New Roman"/>
          <w:szCs w:val="24"/>
        </w:rPr>
      </w:pPr>
      <w:r w:rsidRPr="00936675">
        <w:rPr>
          <w:rFonts w:cs="Times New Roman"/>
          <w:szCs w:val="24"/>
        </w:rPr>
        <w:t>The Enduring Authority of the Spirits ........................................................ 44</w:t>
      </w:r>
    </w:p>
    <w:p w:rsidR="00823498" w:rsidRPr="00936675" w:rsidRDefault="00823498" w:rsidP="00823498">
      <w:pPr>
        <w:spacing w:line="360" w:lineRule="auto"/>
        <w:jc w:val="both"/>
        <w:rPr>
          <w:rFonts w:cs="Times New Roman"/>
          <w:szCs w:val="24"/>
        </w:rPr>
      </w:pPr>
      <w:r w:rsidRPr="00936675">
        <w:rPr>
          <w:rFonts w:cs="Times New Roman"/>
          <w:szCs w:val="24"/>
        </w:rPr>
        <w:t>Where the Worlds Collide—and Must Converge ....................................... 45</w:t>
      </w:r>
    </w:p>
    <w:p w:rsidR="00823498" w:rsidRPr="00936675" w:rsidRDefault="00823498" w:rsidP="00823498">
      <w:pPr>
        <w:spacing w:line="360" w:lineRule="auto"/>
        <w:jc w:val="both"/>
        <w:rPr>
          <w:rFonts w:cs="Times New Roman"/>
          <w:szCs w:val="24"/>
        </w:rPr>
      </w:pPr>
      <w:r w:rsidRPr="00936675">
        <w:rPr>
          <w:rFonts w:cs="Times New Roman"/>
          <w:szCs w:val="24"/>
        </w:rPr>
        <w:t>A Path Forward: Governance That Listens to the Ground and the Sky....... 45</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13 ............................................................................................... 46</w:t>
      </w:r>
    </w:p>
    <w:p w:rsidR="00823498" w:rsidRPr="00936675" w:rsidRDefault="00823498" w:rsidP="00823498">
      <w:pPr>
        <w:spacing w:line="360" w:lineRule="auto"/>
        <w:jc w:val="both"/>
        <w:rPr>
          <w:rFonts w:cs="Times New Roman"/>
          <w:szCs w:val="24"/>
        </w:rPr>
      </w:pPr>
      <w:r w:rsidRPr="00936675">
        <w:rPr>
          <w:rFonts w:cs="Times New Roman"/>
          <w:szCs w:val="24"/>
        </w:rPr>
        <w:t>When Prophets Speak: Diplomacy or Defiance? ........................................ 46</w:t>
      </w:r>
    </w:p>
    <w:p w:rsidR="00823498" w:rsidRPr="00936675" w:rsidRDefault="00823498" w:rsidP="00823498">
      <w:pPr>
        <w:spacing w:line="360" w:lineRule="auto"/>
        <w:jc w:val="both"/>
        <w:rPr>
          <w:rFonts w:cs="Times New Roman"/>
          <w:szCs w:val="24"/>
        </w:rPr>
      </w:pPr>
      <w:r w:rsidRPr="00936675">
        <w:rPr>
          <w:rFonts w:cs="Times New Roman"/>
          <w:szCs w:val="24"/>
        </w:rPr>
        <w:t>The Prophet as Diplomat ........................................................................... 46</w:t>
      </w:r>
    </w:p>
    <w:p w:rsidR="00823498" w:rsidRPr="00936675" w:rsidRDefault="00823498" w:rsidP="00823498">
      <w:pPr>
        <w:spacing w:line="360" w:lineRule="auto"/>
        <w:jc w:val="both"/>
        <w:rPr>
          <w:rFonts w:cs="Times New Roman"/>
          <w:szCs w:val="24"/>
        </w:rPr>
      </w:pPr>
      <w:r w:rsidRPr="00936675">
        <w:rPr>
          <w:rFonts w:cs="Times New Roman"/>
          <w:szCs w:val="24"/>
        </w:rPr>
        <w:t>The Prophet as Rebel ................................................................................. 47</w:t>
      </w:r>
    </w:p>
    <w:p w:rsidR="00823498" w:rsidRPr="00936675" w:rsidRDefault="00823498" w:rsidP="00823498">
      <w:pPr>
        <w:spacing w:line="360" w:lineRule="auto"/>
        <w:jc w:val="both"/>
        <w:rPr>
          <w:rFonts w:cs="Times New Roman"/>
          <w:szCs w:val="24"/>
        </w:rPr>
      </w:pPr>
      <w:r w:rsidRPr="00936675">
        <w:rPr>
          <w:rFonts w:cs="Times New Roman"/>
          <w:szCs w:val="24"/>
        </w:rPr>
        <w:t>A State That Fears the Sacred .................................................................... 48 Prophets in the Age of Peace Agreements ..................................................48</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14 ............................................................................................... 48</w:t>
      </w:r>
    </w:p>
    <w:p w:rsidR="00823498" w:rsidRPr="00936675" w:rsidRDefault="00823498" w:rsidP="00823498">
      <w:pPr>
        <w:spacing w:line="360" w:lineRule="auto"/>
        <w:jc w:val="both"/>
        <w:rPr>
          <w:rFonts w:cs="Times New Roman"/>
          <w:szCs w:val="24"/>
        </w:rPr>
      </w:pPr>
      <w:r w:rsidRPr="00936675">
        <w:rPr>
          <w:rFonts w:cs="Times New Roman"/>
          <w:szCs w:val="24"/>
        </w:rPr>
        <w:t>The Legacy of Broken Agreements ............................................................ 48</w:t>
      </w:r>
    </w:p>
    <w:p w:rsidR="00823498" w:rsidRPr="00936675" w:rsidRDefault="00823498" w:rsidP="00823498">
      <w:pPr>
        <w:spacing w:line="360" w:lineRule="auto"/>
        <w:jc w:val="both"/>
        <w:rPr>
          <w:rFonts w:cs="Times New Roman"/>
          <w:szCs w:val="24"/>
        </w:rPr>
      </w:pPr>
      <w:r w:rsidRPr="00936675">
        <w:rPr>
          <w:rFonts w:cs="Times New Roman"/>
          <w:szCs w:val="24"/>
        </w:rPr>
        <w:t>The Cost of Broken Promises .................................................................... 49</w:t>
      </w:r>
    </w:p>
    <w:p w:rsidR="00823498" w:rsidRPr="00936675" w:rsidRDefault="00823498" w:rsidP="00823498">
      <w:pPr>
        <w:spacing w:line="360" w:lineRule="auto"/>
        <w:jc w:val="both"/>
        <w:rPr>
          <w:rFonts w:cs="Times New Roman"/>
          <w:szCs w:val="24"/>
        </w:rPr>
      </w:pPr>
    </w:p>
    <w:p w:rsidR="00823498" w:rsidRPr="00936675" w:rsidRDefault="00823498" w:rsidP="00823498">
      <w:pPr>
        <w:pStyle w:val="Heading1"/>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PART IV: VISION BEYOND THE HORIZON .............................................. 50</w:t>
      </w:r>
    </w:p>
    <w:p w:rsidR="00823498" w:rsidRPr="00936675" w:rsidRDefault="00823498" w:rsidP="00823498">
      <w:pPr>
        <w:spacing w:line="360" w:lineRule="auto"/>
        <w:jc w:val="both"/>
        <w:rPr>
          <w:rFonts w:cs="Times New Roman"/>
          <w:szCs w:val="24"/>
        </w:rPr>
      </w:pPr>
      <w:r w:rsidRPr="00936675">
        <w:rPr>
          <w:rFonts w:cs="Times New Roman"/>
          <w:szCs w:val="24"/>
        </w:rPr>
        <w:br w:type="page"/>
      </w:r>
    </w:p>
    <w:p w:rsidR="00823498" w:rsidRPr="00936675" w:rsidRDefault="00823498" w:rsidP="00823498">
      <w:pPr>
        <w:spacing w:line="360" w:lineRule="auto"/>
        <w:jc w:val="both"/>
        <w:rPr>
          <w:rFonts w:cs="Times New Roman"/>
          <w:szCs w:val="24"/>
        </w:rPr>
      </w:pP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15 ............................................................................................... 50</w:t>
      </w:r>
    </w:p>
    <w:p w:rsidR="00823498" w:rsidRPr="00936675" w:rsidRDefault="00823498" w:rsidP="00823498">
      <w:pPr>
        <w:spacing w:line="360" w:lineRule="auto"/>
        <w:jc w:val="both"/>
        <w:rPr>
          <w:rFonts w:cs="Times New Roman"/>
          <w:szCs w:val="24"/>
        </w:rPr>
      </w:pPr>
      <w:r w:rsidRPr="00936675">
        <w:rPr>
          <w:rFonts w:cs="Times New Roman"/>
          <w:szCs w:val="24"/>
        </w:rPr>
        <w:t>The Role of Customary Justice in Lasting Peace ........................................ 50</w:t>
      </w:r>
    </w:p>
    <w:p w:rsidR="00823498" w:rsidRPr="00936675" w:rsidRDefault="00823498" w:rsidP="00823498">
      <w:pPr>
        <w:spacing w:line="360" w:lineRule="auto"/>
        <w:jc w:val="both"/>
        <w:rPr>
          <w:rFonts w:cs="Times New Roman"/>
          <w:szCs w:val="24"/>
        </w:rPr>
      </w:pPr>
      <w:r w:rsidRPr="00936675">
        <w:rPr>
          <w:rFonts w:cs="Times New Roman"/>
          <w:szCs w:val="24"/>
        </w:rPr>
        <w:t>Why Customary Justice Matters ................................................................ 51</w:t>
      </w:r>
    </w:p>
    <w:p w:rsidR="00823498" w:rsidRPr="00936675" w:rsidRDefault="00823498" w:rsidP="00823498">
      <w:pPr>
        <w:spacing w:line="360" w:lineRule="auto"/>
        <w:jc w:val="both"/>
        <w:rPr>
          <w:rFonts w:cs="Times New Roman"/>
          <w:szCs w:val="24"/>
        </w:rPr>
      </w:pPr>
      <w:r w:rsidRPr="00936675">
        <w:rPr>
          <w:rFonts w:cs="Times New Roman"/>
          <w:szCs w:val="24"/>
        </w:rPr>
        <w:t>The Pillar of Customary Justice in peacebuilding ...................................... 51</w:t>
      </w:r>
    </w:p>
    <w:p w:rsidR="00823498" w:rsidRPr="00936675" w:rsidRDefault="00823498" w:rsidP="00823498">
      <w:pPr>
        <w:spacing w:line="360" w:lineRule="auto"/>
        <w:jc w:val="both"/>
        <w:rPr>
          <w:rFonts w:cs="Times New Roman"/>
          <w:szCs w:val="24"/>
        </w:rPr>
      </w:pPr>
      <w:r w:rsidRPr="00936675">
        <w:rPr>
          <w:rFonts w:cs="Times New Roman"/>
          <w:szCs w:val="24"/>
        </w:rPr>
        <w:t>Customary Justice in Practice: Lessons from Dialogue .............................. 52</w:t>
      </w:r>
    </w:p>
    <w:p w:rsidR="00823498" w:rsidRPr="00936675" w:rsidRDefault="00823498" w:rsidP="00823498">
      <w:pPr>
        <w:spacing w:line="360" w:lineRule="auto"/>
        <w:jc w:val="both"/>
        <w:rPr>
          <w:rFonts w:cs="Times New Roman"/>
          <w:szCs w:val="24"/>
        </w:rPr>
      </w:pPr>
      <w:r w:rsidRPr="00936675">
        <w:rPr>
          <w:rFonts w:cs="Times New Roman"/>
          <w:szCs w:val="24"/>
        </w:rPr>
        <w:t>Challenges and Limitations ........................................................................ 53</w:t>
      </w:r>
    </w:p>
    <w:p w:rsidR="00823498" w:rsidRPr="00936675" w:rsidRDefault="00823498" w:rsidP="00823498">
      <w:pPr>
        <w:spacing w:line="360" w:lineRule="auto"/>
        <w:jc w:val="both"/>
        <w:rPr>
          <w:rFonts w:cs="Times New Roman"/>
          <w:szCs w:val="24"/>
        </w:rPr>
      </w:pPr>
      <w:r w:rsidRPr="00936675">
        <w:rPr>
          <w:rFonts w:cs="Times New Roman"/>
          <w:szCs w:val="24"/>
        </w:rPr>
        <w:t>A Path Forward: Harmonizing Systems ..................................................... 53</w:t>
      </w:r>
    </w:p>
    <w:p w:rsidR="00823498" w:rsidRPr="00936675" w:rsidRDefault="00823498" w:rsidP="00823498">
      <w:pPr>
        <w:spacing w:line="360" w:lineRule="auto"/>
        <w:jc w:val="both"/>
        <w:rPr>
          <w:rFonts w:cs="Times New Roman"/>
          <w:szCs w:val="24"/>
        </w:rPr>
      </w:pPr>
      <w:r w:rsidRPr="00936675">
        <w:rPr>
          <w:rFonts w:cs="Times New Roman"/>
          <w:szCs w:val="24"/>
        </w:rPr>
        <w:t>Customary Justice Is Peace in Practice ...................................................... 53</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16 ............................................................................................... 54</w:t>
      </w:r>
    </w:p>
    <w:p w:rsidR="00823498" w:rsidRPr="00936675" w:rsidRDefault="00823498" w:rsidP="00823498">
      <w:pPr>
        <w:spacing w:line="360" w:lineRule="auto"/>
        <w:jc w:val="both"/>
        <w:rPr>
          <w:rFonts w:cs="Times New Roman"/>
          <w:szCs w:val="24"/>
        </w:rPr>
      </w:pPr>
      <w:r w:rsidRPr="00936675">
        <w:rPr>
          <w:rFonts w:cs="Times New Roman"/>
          <w:szCs w:val="24"/>
        </w:rPr>
        <w:t>Fishing for Peace: Economic Alternatives for Armed Youth ..................... 54</w:t>
      </w:r>
    </w:p>
    <w:p w:rsidR="00823498" w:rsidRPr="00936675" w:rsidRDefault="00823498" w:rsidP="00823498">
      <w:pPr>
        <w:spacing w:line="360" w:lineRule="auto"/>
        <w:jc w:val="both"/>
        <w:rPr>
          <w:rFonts w:cs="Times New Roman"/>
          <w:szCs w:val="24"/>
        </w:rPr>
      </w:pPr>
      <w:r w:rsidRPr="00936675">
        <w:rPr>
          <w:rFonts w:cs="Times New Roman"/>
          <w:szCs w:val="24"/>
        </w:rPr>
        <w:t>The Burden of Idle Hands .......................................................................... 54</w:t>
      </w:r>
    </w:p>
    <w:p w:rsidR="00823498" w:rsidRPr="00936675" w:rsidRDefault="00823498" w:rsidP="00823498">
      <w:pPr>
        <w:spacing w:line="360" w:lineRule="auto"/>
        <w:jc w:val="both"/>
        <w:rPr>
          <w:rFonts w:cs="Times New Roman"/>
          <w:szCs w:val="24"/>
        </w:rPr>
      </w:pPr>
      <w:r w:rsidRPr="00936675">
        <w:rPr>
          <w:rFonts w:cs="Times New Roman"/>
          <w:szCs w:val="24"/>
        </w:rPr>
        <w:t>Waterways as Opportunity ......................................................................... 55</w:t>
      </w:r>
    </w:p>
    <w:p w:rsidR="00823498" w:rsidRPr="00936675" w:rsidRDefault="00823498" w:rsidP="00823498">
      <w:pPr>
        <w:spacing w:line="360" w:lineRule="auto"/>
        <w:jc w:val="both"/>
        <w:rPr>
          <w:rFonts w:cs="Times New Roman"/>
          <w:szCs w:val="24"/>
        </w:rPr>
      </w:pPr>
      <w:r w:rsidRPr="00936675">
        <w:rPr>
          <w:rFonts w:cs="Times New Roman"/>
          <w:szCs w:val="24"/>
        </w:rPr>
        <w:t>Reducing Violence through Dignity ........................................................... 55</w:t>
      </w:r>
    </w:p>
    <w:p w:rsidR="00823498" w:rsidRPr="00936675" w:rsidRDefault="00823498" w:rsidP="00823498">
      <w:pPr>
        <w:spacing w:line="360" w:lineRule="auto"/>
        <w:jc w:val="both"/>
        <w:rPr>
          <w:rFonts w:cs="Times New Roman"/>
          <w:szCs w:val="24"/>
        </w:rPr>
      </w:pPr>
      <w:r w:rsidRPr="00936675">
        <w:rPr>
          <w:rFonts w:cs="Times New Roman"/>
          <w:szCs w:val="24"/>
        </w:rPr>
        <w:t>Challenges and Opportunities Ahead ......................................................... 55</w:t>
      </w:r>
    </w:p>
    <w:p w:rsidR="00823498" w:rsidRPr="00936675" w:rsidRDefault="00823498" w:rsidP="00823498">
      <w:pPr>
        <w:spacing w:line="360" w:lineRule="auto"/>
        <w:jc w:val="both"/>
        <w:rPr>
          <w:rFonts w:cs="Times New Roman"/>
          <w:szCs w:val="24"/>
        </w:rPr>
      </w:pPr>
      <w:r w:rsidRPr="00936675">
        <w:rPr>
          <w:rFonts w:cs="Times New Roman"/>
          <w:szCs w:val="24"/>
        </w:rPr>
        <w:t>A Model Worth Scaling ............................................................................. 56</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17 ............................................................................................... 56</w:t>
      </w:r>
    </w:p>
    <w:p w:rsidR="00823498" w:rsidRPr="00936675" w:rsidRDefault="00823498" w:rsidP="00823498">
      <w:pPr>
        <w:spacing w:line="360" w:lineRule="auto"/>
        <w:jc w:val="both"/>
        <w:rPr>
          <w:rFonts w:cs="Times New Roman"/>
          <w:szCs w:val="24"/>
        </w:rPr>
      </w:pPr>
      <w:r w:rsidRPr="00936675">
        <w:rPr>
          <w:rFonts w:cs="Times New Roman"/>
          <w:szCs w:val="24"/>
        </w:rPr>
        <w:t>From revenge to justice seeking behavior .................................................. 56</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18 ............................................................................................... 58</w:t>
      </w:r>
    </w:p>
    <w:p w:rsidR="00823498" w:rsidRPr="00936675" w:rsidRDefault="00823498" w:rsidP="00823498">
      <w:pPr>
        <w:spacing w:line="360" w:lineRule="auto"/>
        <w:jc w:val="both"/>
        <w:rPr>
          <w:rFonts w:cs="Times New Roman"/>
          <w:szCs w:val="24"/>
        </w:rPr>
      </w:pPr>
      <w:r w:rsidRPr="00936675">
        <w:rPr>
          <w:rFonts w:cs="Times New Roman"/>
          <w:szCs w:val="24"/>
        </w:rPr>
        <w:t>Peace, Power, and the People ..................................................................... 58</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19 ............................................................................................... 60</w:t>
      </w:r>
    </w:p>
    <w:p w:rsidR="00823498" w:rsidRPr="00936675" w:rsidRDefault="00823498" w:rsidP="00823498">
      <w:pPr>
        <w:spacing w:line="360" w:lineRule="auto"/>
        <w:jc w:val="both"/>
        <w:rPr>
          <w:rFonts w:cs="Times New Roman"/>
          <w:szCs w:val="24"/>
        </w:rPr>
      </w:pPr>
      <w:r w:rsidRPr="00936675">
        <w:rPr>
          <w:rFonts w:cs="Times New Roman"/>
          <w:szCs w:val="24"/>
        </w:rPr>
        <w:t>Women in Public Life: Cultural Transformation and Justice ...................... 60</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 60 Conclusion .................................................................................................61</w:t>
      </w:r>
    </w:p>
    <w:p w:rsidR="00823498" w:rsidRPr="00936675" w:rsidRDefault="00823498" w:rsidP="00823498">
      <w:pPr>
        <w:spacing w:line="360" w:lineRule="auto"/>
        <w:jc w:val="both"/>
        <w:rPr>
          <w:rFonts w:cs="Times New Roman"/>
          <w:szCs w:val="24"/>
        </w:rPr>
      </w:pPr>
      <w:r w:rsidRPr="00936675">
        <w:rPr>
          <w:rFonts w:cs="Times New Roman"/>
          <w:szCs w:val="24"/>
        </w:rPr>
        <w:t>Appendices ................................................................................................ 67</w:t>
      </w:r>
    </w:p>
    <w:p w:rsidR="00823498" w:rsidRPr="00936675" w:rsidRDefault="00823498" w:rsidP="00823498">
      <w:pPr>
        <w:spacing w:line="360" w:lineRule="auto"/>
        <w:jc w:val="both"/>
        <w:rPr>
          <w:rFonts w:cs="Times New Roman"/>
          <w:szCs w:val="24"/>
        </w:rPr>
      </w:pPr>
      <w:r w:rsidRPr="00936675">
        <w:rPr>
          <w:rFonts w:cs="Times New Roman"/>
          <w:szCs w:val="24"/>
        </w:rPr>
        <w:t>It is not the product of a research desk or written from a distance. Rather, it is a living document—shaped by years of fieldwork, personal notes, interviews, peace meetings, spiritual consultations, and difficult conversations. Every chapter reflects not just reflection, but firsthand encounters, drawn from dialogues I facilitated, shrines I visited, and voices I recorded across Jonglei State and the Greater Pibor Administrative Area (GPAA), especially in Murle ethnic group.</w:t>
      </w:r>
    </w:p>
    <w:p w:rsidR="00823498" w:rsidRPr="00936675" w:rsidRDefault="00823498" w:rsidP="00823498">
      <w:pPr>
        <w:spacing w:line="360" w:lineRule="auto"/>
        <w:jc w:val="both"/>
        <w:rPr>
          <w:rFonts w:cs="Times New Roman"/>
          <w:szCs w:val="24"/>
        </w:rPr>
      </w:pPr>
      <w:r w:rsidRPr="00936675">
        <w:rPr>
          <w:rFonts w:cs="Times New Roman"/>
          <w:szCs w:val="24"/>
        </w:rPr>
        <w:t>For years, I have walked the paths of this land—not as a politician, not as an outsider, but as a son of the soil. I have stood in flooded villages where homes washed away with history. I have sat in the compounds of grieving mothers, in the shade of sacred trees with elders, and beside prophets whose voices can still silence warriors and awaken nations. I have listened to the rage of the youth and the wisdom of the women. I have felt the spiritual power of peace that emerges from within communities long forgotten by politics.</w:t>
      </w:r>
    </w:p>
    <w:p w:rsidR="00823498" w:rsidRPr="00936675" w:rsidRDefault="00823498" w:rsidP="00823498">
      <w:pPr>
        <w:spacing w:line="360" w:lineRule="auto"/>
        <w:jc w:val="both"/>
        <w:rPr>
          <w:rFonts w:cs="Times New Roman"/>
          <w:szCs w:val="24"/>
        </w:rPr>
      </w:pPr>
      <w:r w:rsidRPr="00936675">
        <w:rPr>
          <w:rFonts w:cs="Times New Roman"/>
          <w:szCs w:val="24"/>
        </w:rPr>
        <w:t>At its heart is the story of Prophet Tut Jok of Ayod, whose transformation from soldier to spiritual leader symbolizes what is still possible in a broken land: personal redemption, communal healing, and sacred authority. Alongside him is Prophet Dak Kueth Deng Mayen, whose presence carries spiritual weight across entire counties. These men, and others like them, are not mere religious figures— they are peace anchors, moral compasses in a country where institutions have collapsed and vengeance has become a norm.</w:t>
      </w:r>
    </w:p>
    <w:p w:rsidR="00823498" w:rsidRPr="00936675" w:rsidRDefault="00823498" w:rsidP="00823498">
      <w:pPr>
        <w:spacing w:line="360" w:lineRule="auto"/>
        <w:jc w:val="both"/>
        <w:rPr>
          <w:rFonts w:cs="Times New Roman"/>
          <w:szCs w:val="24"/>
        </w:rPr>
      </w:pPr>
      <w:r w:rsidRPr="00936675">
        <w:rPr>
          <w:rFonts w:cs="Times New Roman"/>
          <w:szCs w:val="24"/>
        </w:rPr>
        <w:t>My beloved homeland, South Sudan has for too long been a land where the cycle of war has devoured entire generations. Jonglei State and the Greater Pibor Administrative Area (GPAA) are not strangers to conflict. They are battlefields of identity, memory, and unresolved pain. Yet amid the ashes of cattle raids, child abductions, intercommunal revenge, and political abandonment, a quiet call to peace continues to rise—not from boardrooms in Juba, but from the hearts of the people, from the shrines of prophets, and from the land itself.</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 xml:space="preserve">The call to peace is not always a loud one. In fact, it often begins as a whisper— beneath the breath of a mother pleading for her child’s life, in the trembling hands of an elder tying a white flag to a stick, in the hesitant step of a youth returning from a raid, unsure of forgiveness. But when that whisper is </w:t>
      </w:r>
      <w:proofErr w:type="spellStart"/>
      <w:r w:rsidRPr="00936675">
        <w:rPr>
          <w:rFonts w:cs="Times New Roman"/>
          <w:szCs w:val="24"/>
        </w:rPr>
        <w:t>honoured</w:t>
      </w:r>
      <w:proofErr w:type="spellEnd"/>
      <w:r w:rsidRPr="00936675">
        <w:rPr>
          <w:rFonts w:cs="Times New Roman"/>
          <w:szCs w:val="24"/>
        </w:rPr>
        <w:t>, it grows into a movement.</w:t>
      </w:r>
    </w:p>
    <w:p w:rsidR="00823498" w:rsidRPr="00936675" w:rsidRDefault="00823498" w:rsidP="00823498">
      <w:pPr>
        <w:spacing w:line="360" w:lineRule="auto"/>
        <w:jc w:val="both"/>
        <w:rPr>
          <w:rFonts w:cs="Times New Roman"/>
          <w:szCs w:val="24"/>
        </w:rPr>
      </w:pPr>
      <w:r w:rsidRPr="00936675">
        <w:rPr>
          <w:rFonts w:cs="Times New Roman"/>
          <w:szCs w:val="24"/>
        </w:rPr>
        <w:t>To answer the call to peace is to risk everything such as forgiveness, reputation, and even safety. However, to ignore it is to guarantee the death of a future we are trying so hard to imagine. I have chosen the risk.</w:t>
      </w:r>
    </w:p>
    <w:p w:rsidR="00823498" w:rsidRPr="00936675" w:rsidRDefault="00823498" w:rsidP="00823498">
      <w:pPr>
        <w:spacing w:line="360" w:lineRule="auto"/>
        <w:jc w:val="both"/>
        <w:rPr>
          <w:rFonts w:cs="Times New Roman"/>
          <w:szCs w:val="24"/>
        </w:rPr>
      </w:pPr>
      <w:r w:rsidRPr="00936675">
        <w:rPr>
          <w:rFonts w:cs="Times New Roman"/>
          <w:szCs w:val="24"/>
        </w:rPr>
        <w:t>This chapter is concerning my stern response to that call.</w:t>
      </w:r>
    </w:p>
    <w:p w:rsidR="00823498" w:rsidRPr="00936675" w:rsidRDefault="00823498" w:rsidP="00823498">
      <w:pPr>
        <w:spacing w:line="360" w:lineRule="auto"/>
        <w:jc w:val="both"/>
        <w:rPr>
          <w:rFonts w:cs="Times New Roman"/>
          <w:szCs w:val="24"/>
        </w:rPr>
      </w:pPr>
      <w:r w:rsidRPr="00936675">
        <w:rPr>
          <w:rFonts w:cs="Times New Roman"/>
          <w:szCs w:val="24"/>
        </w:rPr>
        <w:t xml:space="preserve">The story of Jonglei and the Greater Pibor Administrative Area (GPAA), especially the Murle ethnic group is not only a political crisis—it is a deeply human tragedy. It is the story of </w:t>
      </w:r>
      <w:proofErr w:type="spellStart"/>
      <w:r w:rsidRPr="00936675">
        <w:rPr>
          <w:rFonts w:cs="Times New Roman"/>
          <w:szCs w:val="24"/>
        </w:rPr>
        <w:t>neighbours</w:t>
      </w:r>
      <w:proofErr w:type="spellEnd"/>
      <w:r w:rsidRPr="00936675">
        <w:rPr>
          <w:rFonts w:cs="Times New Roman"/>
          <w:szCs w:val="24"/>
        </w:rPr>
        <w:t xml:space="preserve"> turned enemies, of brothers divided by tribal lines, of generations raised in fear instead of freedom. It is also the story of a people desperate to heal, but unsure how to begin.</w:t>
      </w:r>
    </w:p>
    <w:p w:rsidR="00823498" w:rsidRPr="00936675" w:rsidRDefault="00823498" w:rsidP="00823498">
      <w:pPr>
        <w:spacing w:line="360" w:lineRule="auto"/>
        <w:jc w:val="both"/>
        <w:rPr>
          <w:rFonts w:cs="Times New Roman"/>
          <w:szCs w:val="24"/>
        </w:rPr>
      </w:pPr>
      <w:r w:rsidRPr="00936675">
        <w:rPr>
          <w:rFonts w:cs="Times New Roman"/>
          <w:szCs w:val="24"/>
        </w:rPr>
        <w:t xml:space="preserve">The rise of identity-based violence, the erosion of trust, and the spread of militarized youth have torn the social fabric beyond recognition. Every community—Murle, Lou Nuer, Gawaar, Dinka, Jie, and </w:t>
      </w:r>
      <w:proofErr w:type="spellStart"/>
      <w:r w:rsidRPr="00936675">
        <w:rPr>
          <w:rFonts w:cs="Times New Roman"/>
          <w:szCs w:val="24"/>
        </w:rPr>
        <w:t>Anyuak</w:t>
      </w:r>
      <w:proofErr w:type="spellEnd"/>
      <w:r w:rsidRPr="00936675">
        <w:rPr>
          <w:rFonts w:cs="Times New Roman"/>
          <w:szCs w:val="24"/>
        </w:rPr>
        <w:t xml:space="preserve"> known both the pain of loss and the temptation of retaliation. The problem is not only what has been done to each group—it is what they have done to one another, often under the illusion of righteousness.</w:t>
      </w:r>
    </w:p>
    <w:p w:rsidR="00823498" w:rsidRPr="00936675" w:rsidRDefault="00823498" w:rsidP="00823498">
      <w:pPr>
        <w:spacing w:line="360" w:lineRule="auto"/>
        <w:jc w:val="both"/>
        <w:rPr>
          <w:rFonts w:cs="Times New Roman"/>
          <w:szCs w:val="24"/>
        </w:rPr>
      </w:pPr>
      <w:r w:rsidRPr="00936675">
        <w:rPr>
          <w:rFonts w:cs="Times New Roman"/>
          <w:szCs w:val="24"/>
        </w:rPr>
        <w:t>I have walked these roads. I have stood at graves freshly dug after ambushes. I have comforted mothers whose daughters were abducted at the night and prayed with youth whose brothers were killed in retaliation raids. I have spoken with chiefs who can no longer control their own sons and with spiritual leaders who are overwhelmed by a flood of grief they can neither stop nor explain.</w:t>
      </w:r>
    </w:p>
    <w:p w:rsidR="00823498" w:rsidRPr="00936675" w:rsidRDefault="00823498" w:rsidP="00823498">
      <w:pPr>
        <w:spacing w:line="360" w:lineRule="auto"/>
        <w:jc w:val="both"/>
        <w:rPr>
          <w:rFonts w:cs="Times New Roman"/>
          <w:szCs w:val="24"/>
        </w:rPr>
      </w:pPr>
      <w:r w:rsidRPr="00936675">
        <w:rPr>
          <w:rFonts w:cs="Times New Roman"/>
          <w:szCs w:val="24"/>
        </w:rPr>
        <w:t xml:space="preserve">What makes the tragedy of Jonglei and GPAA so devastating is that both cyclical and cumulative. Each act of violence becomes the seed for the next. A child abducted in </w:t>
      </w:r>
      <w:proofErr w:type="spellStart"/>
      <w:r w:rsidRPr="00936675">
        <w:rPr>
          <w:rFonts w:cs="Times New Roman"/>
          <w:szCs w:val="24"/>
        </w:rPr>
        <w:t>Likuangole</w:t>
      </w:r>
      <w:proofErr w:type="spellEnd"/>
      <w:r w:rsidRPr="00936675">
        <w:rPr>
          <w:rFonts w:cs="Times New Roman"/>
          <w:szCs w:val="24"/>
        </w:rPr>
        <w:t xml:space="preserve"> triggers a retaliatory raid in Nyirol. A cattle theft in Duk leads to ambushes in Uror. Even peace dialogues become fragile, often collapsing under the weight of unhealed trauma and broken promises.</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And all awhile, the government remains distant—either unable or unwilling to respond. Trust in state institutions is nearly non-existent. Justice is inaccessible. Security is inconsistent. Communities have been left to fend for themselves, and in that vacuum, violence has become the only language many young men understand.</w:t>
      </w:r>
    </w:p>
    <w:p w:rsidR="00823498" w:rsidRPr="00936675" w:rsidRDefault="00823498" w:rsidP="00823498">
      <w:pPr>
        <w:spacing w:line="360" w:lineRule="auto"/>
        <w:jc w:val="both"/>
        <w:rPr>
          <w:rFonts w:cs="Times New Roman"/>
          <w:szCs w:val="24"/>
        </w:rPr>
      </w:pPr>
      <w:r w:rsidRPr="00936675">
        <w:rPr>
          <w:rFonts w:cs="Times New Roman"/>
          <w:szCs w:val="24"/>
        </w:rPr>
        <w:t>Nevertheless, even in this darkness, I have seen light.</w:t>
      </w:r>
    </w:p>
    <w:p w:rsidR="00823498" w:rsidRPr="00936675" w:rsidRDefault="00823498" w:rsidP="00823498">
      <w:pPr>
        <w:spacing w:line="360" w:lineRule="auto"/>
        <w:jc w:val="both"/>
        <w:rPr>
          <w:rFonts w:cs="Times New Roman"/>
          <w:szCs w:val="24"/>
        </w:rPr>
      </w:pPr>
      <w:r w:rsidRPr="00936675">
        <w:rPr>
          <w:rFonts w:cs="Times New Roman"/>
          <w:szCs w:val="24"/>
        </w:rPr>
        <w:t>When the Lou and Gawaar elders met in Thuokrikna, it wasn’t just a dialogue— it was an act of defiance against the logic of revenge. When women stood up in Karaam to demand an end to abductions, they were not just grieving mothers— they were the guardians of a future. And when prophets like Makuach Tut Khor called for spiritual cleansing and repentance, they were not preaching—they were rebuilding moral order.</w:t>
      </w:r>
    </w:p>
    <w:p w:rsidR="00823498" w:rsidRPr="00936675" w:rsidRDefault="00823498" w:rsidP="00823498">
      <w:pPr>
        <w:spacing w:line="360" w:lineRule="auto"/>
        <w:jc w:val="both"/>
        <w:rPr>
          <w:rFonts w:cs="Times New Roman"/>
          <w:szCs w:val="24"/>
        </w:rPr>
      </w:pPr>
      <w:r w:rsidRPr="00936675">
        <w:rPr>
          <w:rFonts w:cs="Times New Roman"/>
          <w:szCs w:val="24"/>
        </w:rPr>
        <w:t xml:space="preserve">The story of Jonglei and the Greater Pibor Administrative Area (GPAA) is not only a political crisis—it is a deeply human tragedy. It is the story of </w:t>
      </w:r>
      <w:proofErr w:type="spellStart"/>
      <w:r w:rsidRPr="00936675">
        <w:rPr>
          <w:rFonts w:cs="Times New Roman"/>
          <w:szCs w:val="24"/>
        </w:rPr>
        <w:t>neighbours</w:t>
      </w:r>
      <w:proofErr w:type="spellEnd"/>
      <w:r w:rsidRPr="00936675">
        <w:rPr>
          <w:rFonts w:cs="Times New Roman"/>
          <w:szCs w:val="24"/>
        </w:rPr>
        <w:t xml:space="preserve"> turned enemies, of brothers divided by tribal lines, of generations raised in fear instead of freedom. It is also the story of a people desperate to heal, but unsure how to begin.</w:t>
      </w:r>
    </w:p>
    <w:p w:rsidR="00823498" w:rsidRPr="00936675" w:rsidRDefault="00823498" w:rsidP="00823498">
      <w:pPr>
        <w:spacing w:line="360" w:lineRule="auto"/>
        <w:jc w:val="both"/>
        <w:rPr>
          <w:rFonts w:cs="Times New Roman"/>
          <w:szCs w:val="24"/>
        </w:rPr>
      </w:pPr>
      <w:r w:rsidRPr="00936675">
        <w:rPr>
          <w:rFonts w:cs="Times New Roman"/>
          <w:szCs w:val="24"/>
        </w:rPr>
        <w:t>The journey to meet Prophet Dak Kueth had been long in the making—carefully thought out and spiritually anticipated since the day I took up my role as Area Coordinator for Greater Akobo and Ayod. When I left Juba after nine rewarding years with Africa Development Aid (ADA) in Human Resources and peace work, many thought I was making a mistake. Friends, colleagues, and even some relatives questioned why I would abandon relative comfort to head into the field. But one person understood was my wife. She recognized, more than anyone, the call I felt to return to the grassroots and walk alongside communities searching for peace.</w:t>
      </w:r>
    </w:p>
    <w:p w:rsidR="00823498" w:rsidRPr="00936675" w:rsidRDefault="00823498" w:rsidP="00823498">
      <w:pPr>
        <w:spacing w:line="360" w:lineRule="auto"/>
        <w:jc w:val="both"/>
        <w:rPr>
          <w:rFonts w:cs="Times New Roman"/>
          <w:szCs w:val="24"/>
        </w:rPr>
      </w:pPr>
      <w:r w:rsidRPr="00936675">
        <w:rPr>
          <w:rFonts w:cs="Times New Roman"/>
          <w:szCs w:val="24"/>
        </w:rPr>
        <w:t xml:space="preserve">On Tuesday, January 14th, we set off for Ber. Transportation was difficult, but we managed to arrange a local vehicle and received fuel support from Oxfam’s Technical Team Leader, Mr. Gatwech </w:t>
      </w:r>
      <w:proofErr w:type="spellStart"/>
      <w:r w:rsidRPr="00936675">
        <w:rPr>
          <w:rFonts w:cs="Times New Roman"/>
          <w:szCs w:val="24"/>
        </w:rPr>
        <w:t>Gatkuoth</w:t>
      </w:r>
      <w:proofErr w:type="spellEnd"/>
      <w:r w:rsidRPr="00936675">
        <w:rPr>
          <w:rFonts w:cs="Times New Roman"/>
          <w:szCs w:val="24"/>
        </w:rPr>
        <w:t xml:space="preserve">. The journey took us to </w:t>
      </w:r>
      <w:proofErr w:type="spellStart"/>
      <w:r w:rsidRPr="00936675">
        <w:rPr>
          <w:rFonts w:cs="Times New Roman"/>
          <w:szCs w:val="24"/>
        </w:rPr>
        <w:t>Pabuom</w:t>
      </w:r>
      <w:proofErr w:type="spellEnd"/>
      <w:r w:rsidRPr="00936675">
        <w:rPr>
          <w:rFonts w:cs="Times New Roman"/>
          <w:szCs w:val="24"/>
        </w:rPr>
        <w:t xml:space="preserve">, a village between Yuai and </w:t>
      </w:r>
      <w:proofErr w:type="spellStart"/>
      <w:r w:rsidRPr="00936675">
        <w:rPr>
          <w:rFonts w:cs="Times New Roman"/>
          <w:szCs w:val="24"/>
        </w:rPr>
        <w:t>Motdit</w:t>
      </w:r>
      <w:proofErr w:type="spellEnd"/>
      <w:r w:rsidRPr="00936675">
        <w:rPr>
          <w:rFonts w:cs="Times New Roman"/>
          <w:szCs w:val="24"/>
        </w:rPr>
        <w:t>. From there, the road became impassable due to a swamp. We left the car and walked through thick mud and uncertain waters— driven by mission and faith.</w:t>
      </w:r>
    </w:p>
    <w:p w:rsidR="00823498" w:rsidRPr="00936675" w:rsidRDefault="00823498" w:rsidP="00823498">
      <w:pPr>
        <w:spacing w:line="360" w:lineRule="auto"/>
        <w:jc w:val="both"/>
        <w:rPr>
          <w:rFonts w:cs="Times New Roman"/>
          <w:szCs w:val="24"/>
        </w:rPr>
      </w:pPr>
      <w:r w:rsidRPr="00936675">
        <w:rPr>
          <w:rFonts w:cs="Times New Roman"/>
          <w:szCs w:val="24"/>
        </w:rPr>
        <w:t xml:space="preserve">After more than an hour on foot, we reached </w:t>
      </w:r>
      <w:proofErr w:type="spellStart"/>
      <w:r w:rsidRPr="00936675">
        <w:rPr>
          <w:rFonts w:cs="Times New Roman"/>
          <w:szCs w:val="24"/>
        </w:rPr>
        <w:t>Motdit</w:t>
      </w:r>
      <w:proofErr w:type="spellEnd"/>
      <w:r w:rsidRPr="00936675">
        <w:rPr>
          <w:rFonts w:cs="Times New Roman"/>
          <w:szCs w:val="24"/>
        </w:rPr>
        <w:t>. Waiting for us was Thok</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 xml:space="preserve">James, once a spiritual messenger and now a community mobilizer with Peace Canal. The meeting with the Prophet had been carefully prepared. Our delegation included Uror Women’s Leader Mrs. </w:t>
      </w:r>
      <w:proofErr w:type="spellStart"/>
      <w:r w:rsidRPr="00936675">
        <w:rPr>
          <w:rFonts w:cs="Times New Roman"/>
          <w:szCs w:val="24"/>
        </w:rPr>
        <w:t>Biliny</w:t>
      </w:r>
      <w:proofErr w:type="spellEnd"/>
      <w:r w:rsidRPr="00936675">
        <w:rPr>
          <w:rFonts w:cs="Times New Roman"/>
          <w:szCs w:val="24"/>
        </w:rPr>
        <w:t xml:space="preserve"> Ruot, a powerful voice for peace; Paramount Chief Koang Gatluak of Pieri, one of the Pieri Peace Agreement signatories; and Daniel Lony, a former abductee who had been taken by Murle raiders and sold to the sister of their former Red Chief and spiritual leader Barchoch Lual. To make the experience even more dynamic, we were accompanied by Koang Nyang Yiee, a skilled bilingual fluent in both Nuer and Murle. Koang serves as a contracted interpreter for our intercommunal engagements with the Murle community. More than just a translator, he is a powerful cultural bridge—a voice that not only conveys language but also helps us navigate deep-rooted cultural nuances and historical sensitivities. His presence ensured that our messages were not only heard but understood in the spirit they were intended, making him an indispensable part of our peacebuilding mission.</w:t>
      </w:r>
    </w:p>
    <w:p w:rsidR="00823498" w:rsidRPr="00936675" w:rsidRDefault="00823498" w:rsidP="00823498">
      <w:pPr>
        <w:spacing w:line="360" w:lineRule="auto"/>
        <w:jc w:val="both"/>
        <w:rPr>
          <w:rFonts w:cs="Times New Roman"/>
          <w:szCs w:val="24"/>
        </w:rPr>
      </w:pPr>
      <w:r w:rsidRPr="00936675">
        <w:rPr>
          <w:rFonts w:cs="Times New Roman"/>
          <w:szCs w:val="24"/>
        </w:rPr>
        <w:t>Though we had an assigned cook for the team, Mama Pal, the wife of Koang Nyang, always made sure to prepare something special for me—knowing that I don’t eat meat. She is a woman with a golden heart: soft-spoken, gracious, and endlessly welcoming. Her kindness was not limited to the kitchen; it extended to every visitor who crossed her path.</w:t>
      </w:r>
    </w:p>
    <w:p w:rsidR="00823498" w:rsidRPr="00936675" w:rsidRDefault="00823498" w:rsidP="00823498">
      <w:pPr>
        <w:spacing w:line="360" w:lineRule="auto"/>
        <w:jc w:val="both"/>
        <w:rPr>
          <w:rFonts w:cs="Times New Roman"/>
          <w:szCs w:val="24"/>
        </w:rPr>
      </w:pPr>
      <w:r w:rsidRPr="00936675">
        <w:rPr>
          <w:rFonts w:cs="Times New Roman"/>
          <w:szCs w:val="24"/>
        </w:rPr>
        <w:t xml:space="preserve">His hospitality was unmatched. A goat was slaughtered in our </w:t>
      </w:r>
      <w:proofErr w:type="spellStart"/>
      <w:r w:rsidRPr="00936675">
        <w:rPr>
          <w:rFonts w:cs="Times New Roman"/>
          <w:szCs w:val="24"/>
        </w:rPr>
        <w:t>honour</w:t>
      </w:r>
      <w:proofErr w:type="spellEnd"/>
      <w:r w:rsidRPr="00936675">
        <w:rPr>
          <w:rFonts w:cs="Times New Roman"/>
          <w:szCs w:val="24"/>
        </w:rPr>
        <w:t>, and no one left hungry. His generosity reminded me of the ancient traditions of Nuer leadership—where spiritual duty, hospitality, and justice were inseparable.</w:t>
      </w:r>
    </w:p>
    <w:p w:rsidR="00823498" w:rsidRPr="00936675" w:rsidRDefault="00823498" w:rsidP="00823498">
      <w:pPr>
        <w:spacing w:line="360" w:lineRule="auto"/>
        <w:jc w:val="both"/>
        <w:rPr>
          <w:rFonts w:cs="Times New Roman"/>
          <w:szCs w:val="24"/>
        </w:rPr>
      </w:pPr>
      <w:r w:rsidRPr="00936675">
        <w:rPr>
          <w:rFonts w:cs="Times New Roman"/>
          <w:szCs w:val="24"/>
        </w:rPr>
        <w:t xml:space="preserve">However, this visit was not only about political or spiritual affairs—it was also deeply personal. I met my aunt’s son, Malou Giel Puol. His mother, </w:t>
      </w:r>
      <w:proofErr w:type="spellStart"/>
      <w:r w:rsidRPr="00936675">
        <w:rPr>
          <w:rFonts w:cs="Times New Roman"/>
          <w:szCs w:val="24"/>
        </w:rPr>
        <w:t>Nyawit</w:t>
      </w:r>
      <w:proofErr w:type="spellEnd"/>
      <w:r w:rsidRPr="00936675">
        <w:rPr>
          <w:rFonts w:cs="Times New Roman"/>
          <w:szCs w:val="24"/>
        </w:rPr>
        <w:t xml:space="preserve"> Mar Jickoak, had married into the </w:t>
      </w:r>
      <w:proofErr w:type="spellStart"/>
      <w:r w:rsidRPr="00936675">
        <w:rPr>
          <w:rFonts w:cs="Times New Roman"/>
          <w:szCs w:val="24"/>
        </w:rPr>
        <w:t>Cieng-Nyajikany</w:t>
      </w:r>
      <w:proofErr w:type="spellEnd"/>
      <w:r w:rsidRPr="00936675">
        <w:rPr>
          <w:rFonts w:cs="Times New Roman"/>
          <w:szCs w:val="24"/>
        </w:rPr>
        <w:t xml:space="preserve"> (locally known as </w:t>
      </w:r>
      <w:proofErr w:type="spellStart"/>
      <w:r w:rsidRPr="00936675">
        <w:rPr>
          <w:rFonts w:cs="Times New Roman"/>
          <w:szCs w:val="24"/>
        </w:rPr>
        <w:t>Cieng</w:t>
      </w:r>
      <w:proofErr w:type="spellEnd"/>
      <w:r w:rsidRPr="00936675">
        <w:rPr>
          <w:rFonts w:cs="Times New Roman"/>
          <w:szCs w:val="24"/>
        </w:rPr>
        <w:t xml:space="preserve"> </w:t>
      </w:r>
      <w:proofErr w:type="spellStart"/>
      <w:r w:rsidRPr="00936675">
        <w:rPr>
          <w:rFonts w:cs="Times New Roman"/>
          <w:szCs w:val="24"/>
        </w:rPr>
        <w:t>Nyaykany</w:t>
      </w:r>
      <w:proofErr w:type="spellEnd"/>
      <w:r w:rsidRPr="00936675">
        <w:rPr>
          <w:rFonts w:cs="Times New Roman"/>
          <w:szCs w:val="24"/>
        </w:rPr>
        <w:t xml:space="preserve">) of </w:t>
      </w:r>
      <w:proofErr w:type="spellStart"/>
      <w:r w:rsidRPr="00936675">
        <w:rPr>
          <w:rFonts w:cs="Times New Roman"/>
          <w:szCs w:val="24"/>
        </w:rPr>
        <w:t>Pathai</w:t>
      </w:r>
      <w:proofErr w:type="spellEnd"/>
      <w:r w:rsidRPr="00936675">
        <w:rPr>
          <w:rFonts w:cs="Times New Roman"/>
          <w:szCs w:val="24"/>
        </w:rPr>
        <w:t xml:space="preserve"> Payam. I had last seen Malou in </w:t>
      </w:r>
      <w:proofErr w:type="spellStart"/>
      <w:r w:rsidRPr="00936675">
        <w:rPr>
          <w:rFonts w:cs="Times New Roman"/>
          <w:szCs w:val="24"/>
        </w:rPr>
        <w:t>Bor</w:t>
      </w:r>
      <w:proofErr w:type="spellEnd"/>
      <w:r w:rsidRPr="00936675">
        <w:rPr>
          <w:rFonts w:cs="Times New Roman"/>
          <w:szCs w:val="24"/>
        </w:rPr>
        <w:t xml:space="preserve"> in 1990, when he served with SPLA’s 104 Battalion. Word spread quickly of my presence, and before long, many members of my extended family came. Elders recalled my late father,</w:t>
      </w:r>
    </w:p>
    <w:p w:rsidR="00823498" w:rsidRPr="00936675" w:rsidRDefault="00823498" w:rsidP="00823498">
      <w:pPr>
        <w:spacing w:line="360" w:lineRule="auto"/>
        <w:jc w:val="both"/>
        <w:rPr>
          <w:rFonts w:cs="Times New Roman"/>
          <w:szCs w:val="24"/>
        </w:rPr>
      </w:pPr>
      <w:r w:rsidRPr="00936675">
        <w:rPr>
          <w:rFonts w:cs="Times New Roman"/>
          <w:szCs w:val="24"/>
        </w:rPr>
        <w:t xml:space="preserve">Jacob Mier Jickoak—a devout Christian and paramedic—who had visited Motot during a smallpox outbreak and returned several times, the last being in 1987. My kin brought me gifts, including two </w:t>
      </w:r>
      <w:proofErr w:type="spellStart"/>
      <w:r w:rsidRPr="00936675">
        <w:rPr>
          <w:rFonts w:cs="Times New Roman"/>
          <w:szCs w:val="24"/>
        </w:rPr>
        <w:t>billy</w:t>
      </w:r>
      <w:proofErr w:type="spellEnd"/>
      <w:r w:rsidRPr="00936675">
        <w:rPr>
          <w:rFonts w:cs="Times New Roman"/>
          <w:szCs w:val="24"/>
        </w:rPr>
        <w:t xml:space="preserve"> goats, in a gesture of heartfelt welcome.</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Dak Kueth did not emerge in times of order. He rose from the cracked earth of collapse—from the hollowness left by civil war, displacement, and disillusionment. The traditional chiefs had been stripped of influence by militarized youth. The churches, products of foreign liturgy, struggled to address the existential pain of a people raised on cattle and conflict. The government— distant, fragmented, and distrusted—offered neither protection nor peace. What remained was a deep spiritual hunger, a vacuum where chaos reigned and certainty was scarce.</w:t>
      </w:r>
    </w:p>
    <w:p w:rsidR="00823498" w:rsidRPr="00936675" w:rsidRDefault="00823498" w:rsidP="00823498">
      <w:pPr>
        <w:spacing w:line="360" w:lineRule="auto"/>
        <w:jc w:val="both"/>
        <w:rPr>
          <w:rFonts w:cs="Times New Roman"/>
          <w:szCs w:val="24"/>
        </w:rPr>
      </w:pPr>
      <w:r w:rsidRPr="00936675">
        <w:rPr>
          <w:rFonts w:cs="Times New Roman"/>
          <w:szCs w:val="24"/>
        </w:rPr>
        <w:t>To declare oneself touched by Deng is to become more than human. It is to become a living shrine, a mediator between realms, and a guardian of the cosmic equilibrium. From the moment Dak was believed to be inhabited by Deng, his transformation was complete. He was no longer just a man. He was a spiritual sovereign.</w:t>
      </w:r>
    </w:p>
    <w:p w:rsidR="00823498" w:rsidRPr="00936675" w:rsidRDefault="00823498" w:rsidP="00823498">
      <w:pPr>
        <w:spacing w:line="360" w:lineRule="auto"/>
        <w:jc w:val="both"/>
        <w:rPr>
          <w:rFonts w:cs="Times New Roman"/>
          <w:szCs w:val="24"/>
        </w:rPr>
      </w:pPr>
      <w:r w:rsidRPr="00936675">
        <w:rPr>
          <w:rFonts w:cs="Times New Roman"/>
          <w:szCs w:val="24"/>
        </w:rPr>
        <w:t xml:space="preserve">He did not preach salvation in the Christian sense. He preached order—not imposed through policy, but summoned through ritual and enforced through the invisible hand of ancestral mandate. His followers submitted not out of fear, but out of belief that he alone could interpret the will of the spirits. His declarations shaped </w:t>
      </w:r>
      <w:proofErr w:type="spellStart"/>
      <w:r w:rsidRPr="00936675">
        <w:rPr>
          <w:rFonts w:cs="Times New Roman"/>
          <w:szCs w:val="24"/>
        </w:rPr>
        <w:t>behaviour</w:t>
      </w:r>
      <w:proofErr w:type="spellEnd"/>
      <w:r w:rsidRPr="00936675">
        <w:rPr>
          <w:rFonts w:cs="Times New Roman"/>
          <w:szCs w:val="24"/>
        </w:rPr>
        <w:t xml:space="preserve"> more than any government decree. His white flags were not symbols of surrender, but of realignment—calls to step back into sacred harmony.</w:t>
      </w:r>
    </w:p>
    <w:p w:rsidR="00823498" w:rsidRPr="00936675" w:rsidRDefault="00823498" w:rsidP="00823498">
      <w:pPr>
        <w:spacing w:line="360" w:lineRule="auto"/>
        <w:jc w:val="both"/>
        <w:rPr>
          <w:rFonts w:cs="Times New Roman"/>
          <w:szCs w:val="24"/>
        </w:rPr>
      </w:pPr>
      <w:r w:rsidRPr="00936675">
        <w:rPr>
          <w:rFonts w:cs="Times New Roman"/>
          <w:szCs w:val="24"/>
        </w:rPr>
        <w:t xml:space="preserve">Though I did not witness it myself, I learned of a powerful moment that took place in </w:t>
      </w:r>
      <w:proofErr w:type="spellStart"/>
      <w:r w:rsidRPr="00936675">
        <w:rPr>
          <w:rFonts w:cs="Times New Roman"/>
          <w:szCs w:val="24"/>
        </w:rPr>
        <w:t>Waat</w:t>
      </w:r>
      <w:proofErr w:type="spellEnd"/>
      <w:r w:rsidRPr="00936675">
        <w:rPr>
          <w:rFonts w:cs="Times New Roman"/>
          <w:szCs w:val="24"/>
        </w:rPr>
        <w:t xml:space="preserve"> during a fragile peace dialogue, one that hovered on the brink of collapse. The armed youth present were reportedly defiant, unmoved by any plea for reconciliation. Then, as the story was shared with me, Prophet Dak arrived. He is said to have walked in with quiet authority, eyes sharp with a deeper vision.</w:t>
      </w:r>
    </w:p>
    <w:p w:rsidR="00823498" w:rsidRPr="00936675" w:rsidRDefault="00823498" w:rsidP="00823498">
      <w:pPr>
        <w:spacing w:line="360" w:lineRule="auto"/>
        <w:jc w:val="both"/>
        <w:rPr>
          <w:rFonts w:cs="Times New Roman"/>
          <w:szCs w:val="24"/>
        </w:rPr>
      </w:pPr>
      <w:r w:rsidRPr="00936675">
        <w:rPr>
          <w:rFonts w:cs="Times New Roman"/>
          <w:szCs w:val="24"/>
        </w:rPr>
        <w:t>He didn’t thunder, but his words struck with force: “This land will not rest until those who polluted it confess and cleanse themselves.” Witnesses described an immediate transformation. Youth bowed their heads. Elders wept openly. What diplomacy had failed to achieve was, in that moment, made possible by his presence—his words seemed to mend not only the conflict, but the spiritual wound beneath it. And yet, power drawn from the spiritual realm is still power— and power is never innocent.</w:t>
      </w:r>
    </w:p>
    <w:p w:rsidR="00823498" w:rsidRPr="00936675" w:rsidRDefault="00823498" w:rsidP="00823498">
      <w:pPr>
        <w:spacing w:line="360" w:lineRule="auto"/>
        <w:jc w:val="both"/>
        <w:rPr>
          <w:rFonts w:cs="Times New Roman"/>
          <w:szCs w:val="24"/>
        </w:rPr>
      </w:pPr>
      <w:r w:rsidRPr="00936675">
        <w:rPr>
          <w:rFonts w:cs="Times New Roman"/>
          <w:szCs w:val="24"/>
        </w:rPr>
        <w:t>The flood was not just a natural disaster. It was a social unravelling.</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Today, as the waters slowly recede and the earth begins to breathe again, the people of Ayod are preparing—not for a celebration, but for a homecoming. They will not return with songs of triumph, but with quiet steps, guided by memory and faith. They will reclaim the land not just with shovels, but with ceremonies— prayers, cleansings, and rebuilding of the spiritual and physical alike.</w:t>
      </w:r>
    </w:p>
    <w:p w:rsidR="00823498" w:rsidRPr="00936675" w:rsidRDefault="00823498" w:rsidP="00823498">
      <w:pPr>
        <w:spacing w:line="360" w:lineRule="auto"/>
        <w:jc w:val="both"/>
        <w:rPr>
          <w:rFonts w:cs="Times New Roman"/>
          <w:szCs w:val="24"/>
        </w:rPr>
      </w:pPr>
      <w:r w:rsidRPr="00936675">
        <w:rPr>
          <w:rFonts w:cs="Times New Roman"/>
          <w:szCs w:val="24"/>
        </w:rPr>
        <w:t xml:space="preserve">In South Sudan, revenge has too often masqueraded as justice. From the floodplains of Upper Nile to the savannahs of Equatoria, and across the cattle camps of Bahr </w:t>
      </w:r>
      <w:proofErr w:type="spellStart"/>
      <w:r w:rsidRPr="00936675">
        <w:rPr>
          <w:rFonts w:cs="Times New Roman"/>
          <w:szCs w:val="24"/>
        </w:rPr>
        <w:t>el</w:t>
      </w:r>
      <w:proofErr w:type="spellEnd"/>
      <w:r w:rsidRPr="00936675">
        <w:rPr>
          <w:rFonts w:cs="Times New Roman"/>
          <w:szCs w:val="24"/>
        </w:rPr>
        <w:t xml:space="preserve"> Ghazal, generations have been raised not on songs of peace, but on stories of bloodshed. Fathers passed down the names of those who wronged them like sacred family history. Sons were groomed to avenge before they were even old enough to speak at a council. In many communities, survival alone was not enough—</w:t>
      </w:r>
      <w:proofErr w:type="spellStart"/>
      <w:r w:rsidRPr="00936675">
        <w:rPr>
          <w:rFonts w:cs="Times New Roman"/>
          <w:szCs w:val="24"/>
        </w:rPr>
        <w:t>honour</w:t>
      </w:r>
      <w:proofErr w:type="spellEnd"/>
      <w:r w:rsidRPr="00936675">
        <w:rPr>
          <w:rFonts w:cs="Times New Roman"/>
          <w:szCs w:val="24"/>
        </w:rPr>
        <w:t xml:space="preserve"> demanded retaliation.</w:t>
      </w:r>
    </w:p>
    <w:p w:rsidR="00823498" w:rsidRPr="00936675" w:rsidRDefault="00823498" w:rsidP="00823498">
      <w:pPr>
        <w:spacing w:line="360" w:lineRule="auto"/>
        <w:jc w:val="both"/>
        <w:rPr>
          <w:rFonts w:cs="Times New Roman"/>
          <w:szCs w:val="24"/>
        </w:rPr>
      </w:pPr>
      <w:r w:rsidRPr="00936675">
        <w:rPr>
          <w:rFonts w:cs="Times New Roman"/>
          <w:szCs w:val="24"/>
        </w:rPr>
        <w:t xml:space="preserve">Eventually, I let go of that vow. I gave up my rage—not because I had forgotten Isaac, but because I had finally understood him. He died for freedom, not for vengeance. And if I was to </w:t>
      </w:r>
      <w:proofErr w:type="spellStart"/>
      <w:r w:rsidRPr="00936675">
        <w:rPr>
          <w:rFonts w:cs="Times New Roman"/>
          <w:szCs w:val="24"/>
        </w:rPr>
        <w:t>honour</w:t>
      </w:r>
      <w:proofErr w:type="spellEnd"/>
      <w:r w:rsidRPr="00936675">
        <w:rPr>
          <w:rFonts w:cs="Times New Roman"/>
          <w:szCs w:val="24"/>
        </w:rPr>
        <w:t xml:space="preserve"> him, it would not be through violence, but through peace.</w:t>
      </w:r>
    </w:p>
    <w:p w:rsidR="00823498" w:rsidRPr="00936675" w:rsidRDefault="00823498" w:rsidP="00823498">
      <w:pPr>
        <w:spacing w:line="360" w:lineRule="auto"/>
        <w:jc w:val="both"/>
        <w:rPr>
          <w:rFonts w:cs="Times New Roman"/>
          <w:szCs w:val="24"/>
        </w:rPr>
      </w:pPr>
      <w:r w:rsidRPr="00936675">
        <w:rPr>
          <w:rFonts w:cs="Times New Roman"/>
          <w:szCs w:val="24"/>
        </w:rPr>
        <w:t>Spiritual leaders have been the pillars of this transformation. Prophets like Dak</w:t>
      </w:r>
    </w:p>
    <w:p w:rsidR="00823498" w:rsidRPr="00936675" w:rsidRDefault="00823498" w:rsidP="00823498">
      <w:pPr>
        <w:spacing w:line="360" w:lineRule="auto"/>
        <w:jc w:val="both"/>
        <w:rPr>
          <w:rFonts w:cs="Times New Roman"/>
          <w:szCs w:val="24"/>
        </w:rPr>
      </w:pPr>
      <w:r w:rsidRPr="00936675">
        <w:rPr>
          <w:rFonts w:cs="Times New Roman"/>
          <w:szCs w:val="24"/>
        </w:rPr>
        <w:t>Kueth and Makuach Tut have not simply preached peace—they’ve embodied it. They speak with moral clarity, grounded in ancestral wisdom. They remind us that the land remembers the blood it swallows, and that justice delayed without restoration breeds more blood. Their teachings bring us back to the days when peace was not forged through treaties alone, but through truth, cleansing, and communal reckoning.</w:t>
      </w:r>
    </w:p>
    <w:p w:rsidR="00823498" w:rsidRPr="00936675" w:rsidRDefault="00823498" w:rsidP="00823498">
      <w:pPr>
        <w:spacing w:line="360" w:lineRule="auto"/>
        <w:jc w:val="both"/>
        <w:rPr>
          <w:rFonts w:cs="Times New Roman"/>
          <w:szCs w:val="24"/>
        </w:rPr>
      </w:pPr>
      <w:r w:rsidRPr="00936675">
        <w:rPr>
          <w:rFonts w:cs="Times New Roman"/>
          <w:szCs w:val="24"/>
        </w:rPr>
        <w:t xml:space="preserve">One of the most sacred tools in our tradition is blood compensation. In times past, when a life was taken, another was not. Instead, a process of dialogue and restitution followed. The family or clan responsible would offer cattle or resources—not as a price for life, but as a gesture of humility, sorrow, and a commitment to peace. These acts weren’t symbolic. They were binding. They prevented escalation. They </w:t>
      </w:r>
      <w:proofErr w:type="spellStart"/>
      <w:r w:rsidRPr="00936675">
        <w:rPr>
          <w:rFonts w:cs="Times New Roman"/>
          <w:szCs w:val="24"/>
        </w:rPr>
        <w:t>honoured</w:t>
      </w:r>
      <w:proofErr w:type="spellEnd"/>
      <w:r w:rsidRPr="00936675">
        <w:rPr>
          <w:rFonts w:cs="Times New Roman"/>
          <w:szCs w:val="24"/>
        </w:rPr>
        <w:t xml:space="preserve"> life. They reminded all that justice is not about retribution—it is about restoration.</w:t>
      </w:r>
    </w:p>
    <w:p w:rsidR="00823498" w:rsidRPr="00936675" w:rsidRDefault="00823498" w:rsidP="00823498">
      <w:pPr>
        <w:spacing w:line="360" w:lineRule="auto"/>
        <w:jc w:val="both"/>
        <w:rPr>
          <w:rFonts w:cs="Times New Roman"/>
          <w:szCs w:val="24"/>
        </w:rPr>
      </w:pPr>
      <w:r w:rsidRPr="00936675">
        <w:rPr>
          <w:rFonts w:cs="Times New Roman"/>
          <w:szCs w:val="24"/>
        </w:rPr>
        <w:t>Forgiveness, too, must return to the heart of our national story. It is not weakness. It is not surrender. It is the bravest choice one can make. To forgive is to say:</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“The pain is real, but it will not own me.” It is choosing life over vengeance, humanity over hatred, and building where others only seek to destroy.</w:t>
      </w:r>
    </w:p>
    <w:p w:rsidR="00823498" w:rsidRPr="00936675" w:rsidRDefault="00823498" w:rsidP="00823498">
      <w:pPr>
        <w:spacing w:line="360" w:lineRule="auto"/>
        <w:jc w:val="both"/>
        <w:rPr>
          <w:rFonts w:cs="Times New Roman"/>
          <w:szCs w:val="24"/>
        </w:rPr>
      </w:pPr>
      <w:r w:rsidRPr="00936675">
        <w:rPr>
          <w:rFonts w:cs="Times New Roman"/>
          <w:szCs w:val="24"/>
        </w:rPr>
        <w:t>Let this be our legacy: that the violence ended with us, and a new South Sudan— restored, reconciled, and rising—began with our children.</w:t>
      </w:r>
    </w:p>
    <w:p w:rsidR="00823498" w:rsidRPr="00936675" w:rsidRDefault="00823498" w:rsidP="00823498">
      <w:pPr>
        <w:spacing w:line="360" w:lineRule="auto"/>
        <w:jc w:val="both"/>
        <w:rPr>
          <w:rFonts w:cs="Times New Roman"/>
          <w:szCs w:val="24"/>
        </w:rPr>
      </w:pPr>
      <w:r w:rsidRPr="00936675">
        <w:rPr>
          <w:rFonts w:cs="Times New Roman"/>
          <w:szCs w:val="24"/>
        </w:rPr>
        <w:t xml:space="preserve">When bullets fly, when chiefs are silenced by their own youth, and when the rule of law becomes a </w:t>
      </w:r>
      <w:proofErr w:type="spellStart"/>
      <w:r w:rsidRPr="00936675">
        <w:rPr>
          <w:rFonts w:cs="Times New Roman"/>
          <w:szCs w:val="24"/>
        </w:rPr>
        <w:t>rumour</w:t>
      </w:r>
      <w:proofErr w:type="spellEnd"/>
      <w:r w:rsidRPr="00936675">
        <w:rPr>
          <w:rFonts w:cs="Times New Roman"/>
          <w:szCs w:val="24"/>
        </w:rPr>
        <w:t>, it is the prophets who are still listened to.</w:t>
      </w:r>
    </w:p>
    <w:p w:rsidR="00823498" w:rsidRPr="00936675" w:rsidRDefault="00823498" w:rsidP="00823498">
      <w:pPr>
        <w:spacing w:line="360" w:lineRule="auto"/>
        <w:jc w:val="both"/>
        <w:rPr>
          <w:rFonts w:cs="Times New Roman"/>
          <w:szCs w:val="24"/>
        </w:rPr>
      </w:pPr>
      <w:r w:rsidRPr="00936675">
        <w:rPr>
          <w:rFonts w:cs="Times New Roman"/>
          <w:szCs w:val="24"/>
        </w:rPr>
        <w:t xml:space="preserve">The gathering was organized under the leadership of the Uror County Executive Director, Thomas Lual Puot, popularly known as Dol Teny. With the combined support of local authorities and spiritual leadership, the meeting stood as a testament to the transformative power of indigenous leadership, unity, and </w:t>
      </w:r>
      <w:proofErr w:type="spellStart"/>
      <w:r w:rsidRPr="00936675">
        <w:rPr>
          <w:rFonts w:cs="Times New Roman"/>
          <w:szCs w:val="24"/>
        </w:rPr>
        <w:t>faithbased</w:t>
      </w:r>
      <w:proofErr w:type="spellEnd"/>
      <w:r w:rsidRPr="00936675">
        <w:rPr>
          <w:rFonts w:cs="Times New Roman"/>
          <w:szCs w:val="24"/>
        </w:rPr>
        <w:t xml:space="preserve"> conflict resolution.</w:t>
      </w:r>
    </w:p>
    <w:p w:rsidR="00823498" w:rsidRPr="00936675" w:rsidRDefault="00823498" w:rsidP="00823498">
      <w:pPr>
        <w:spacing w:line="360" w:lineRule="auto"/>
        <w:jc w:val="both"/>
        <w:rPr>
          <w:rFonts w:cs="Times New Roman"/>
          <w:szCs w:val="24"/>
        </w:rPr>
      </w:pPr>
      <w:r w:rsidRPr="00936675">
        <w:rPr>
          <w:rFonts w:cs="Times New Roman"/>
          <w:szCs w:val="24"/>
        </w:rPr>
        <w:t>In my work, I have seen that the best approach is not to sideline spiritual leaders, nor to romanticize them—but to engage them as full actors in peace processes. They must be part of planning, implementation, and accountability. Their voices should be included not only in rituals, but in strategy. They must be respected— but also supported with the skills and tools necessary to mediate complex and evolving conflicts.</w:t>
      </w:r>
    </w:p>
    <w:p w:rsidR="00823498" w:rsidRPr="00936675" w:rsidRDefault="00823498" w:rsidP="00823498">
      <w:pPr>
        <w:spacing w:line="360" w:lineRule="auto"/>
        <w:jc w:val="both"/>
        <w:rPr>
          <w:rFonts w:cs="Times New Roman"/>
          <w:szCs w:val="24"/>
        </w:rPr>
      </w:pPr>
      <w:r w:rsidRPr="00936675">
        <w:rPr>
          <w:rFonts w:cs="Times New Roman"/>
          <w:szCs w:val="24"/>
        </w:rPr>
        <w:t xml:space="preserve">We cannot speak of sustainable peace in Jonglei and GPAA without speaking of the shrines, the symbols, the sacred oaths, and the prophetic voices that shape </w:t>
      </w:r>
      <w:proofErr w:type="spellStart"/>
      <w:r w:rsidRPr="00936675">
        <w:rPr>
          <w:rFonts w:cs="Times New Roman"/>
          <w:szCs w:val="24"/>
        </w:rPr>
        <w:t>behaviour</w:t>
      </w:r>
      <w:proofErr w:type="spellEnd"/>
      <w:r w:rsidRPr="00936675">
        <w:rPr>
          <w:rFonts w:cs="Times New Roman"/>
          <w:szCs w:val="24"/>
        </w:rPr>
        <w:t xml:space="preserve"> far more than peace agreements written in Juba. The prophets may not sit at the national negotiation tables—but their influence determines whether the outcomes of those tables hold.</w:t>
      </w:r>
    </w:p>
    <w:p w:rsidR="00823498" w:rsidRPr="00936675" w:rsidRDefault="00823498" w:rsidP="00823498">
      <w:pPr>
        <w:spacing w:line="360" w:lineRule="auto"/>
        <w:jc w:val="both"/>
        <w:rPr>
          <w:rFonts w:cs="Times New Roman"/>
          <w:szCs w:val="24"/>
        </w:rPr>
      </w:pPr>
      <w:r w:rsidRPr="00936675">
        <w:rPr>
          <w:rFonts w:cs="Times New Roman"/>
          <w:szCs w:val="24"/>
        </w:rPr>
        <w:t>Leadership for Peace in a Time of Crisis — Makuach Tut: A Unifier, Spiritual Authority among the Gawaar and Lou Nuer.</w:t>
      </w:r>
    </w:p>
    <w:p w:rsidR="00823498" w:rsidRPr="00936675" w:rsidRDefault="00823498" w:rsidP="00823498">
      <w:pPr>
        <w:spacing w:line="360" w:lineRule="auto"/>
        <w:jc w:val="both"/>
        <w:rPr>
          <w:rFonts w:cs="Times New Roman"/>
          <w:szCs w:val="24"/>
        </w:rPr>
      </w:pPr>
    </w:p>
    <w:p w:rsidR="00823498" w:rsidRPr="00936675" w:rsidRDefault="00823498" w:rsidP="00823498">
      <w:pPr>
        <w:spacing w:line="360" w:lineRule="auto"/>
        <w:jc w:val="both"/>
        <w:rPr>
          <w:rFonts w:cs="Times New Roman"/>
          <w:szCs w:val="24"/>
        </w:rPr>
      </w:pPr>
      <w:r w:rsidRPr="00936675">
        <w:rPr>
          <w:rFonts w:cs="Times New Roman"/>
          <w:szCs w:val="24"/>
        </w:rPr>
        <w:t>“How could he know?” “He must be a true friend.”</w:t>
      </w:r>
    </w:p>
    <w:p w:rsidR="00823498" w:rsidRPr="00936675" w:rsidRDefault="00823498" w:rsidP="00823498">
      <w:pPr>
        <w:spacing w:line="360" w:lineRule="auto"/>
        <w:jc w:val="both"/>
        <w:rPr>
          <w:rFonts w:cs="Times New Roman"/>
          <w:szCs w:val="24"/>
        </w:rPr>
      </w:pPr>
      <w:r w:rsidRPr="00936675">
        <w:rPr>
          <w:rFonts w:cs="Times New Roman"/>
          <w:szCs w:val="24"/>
        </w:rPr>
        <w:t>In that moment, something shifted. It wasn’t just words or cultural references— it was a gesture of deep respect that opened hearts and built trust before any agenda was discussed.</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 xml:space="preserve">Under the leadership of Prophet Makuach Tut, peace meetings in Thuokrikna and Karaam moved beyond politics—they became spiritual reconciliations. These gatherings were marked not just by dialogue, but by confession, shared meals, and powerful rituals that touched something deeper in the soul of the communities. They rekindled hope. The youth were urged to </w:t>
      </w:r>
      <w:proofErr w:type="spellStart"/>
      <w:r w:rsidRPr="00936675">
        <w:rPr>
          <w:rFonts w:cs="Times New Roman"/>
          <w:szCs w:val="24"/>
        </w:rPr>
        <w:t>honour</w:t>
      </w:r>
      <w:proofErr w:type="spellEnd"/>
      <w:r w:rsidRPr="00936675">
        <w:rPr>
          <w:rFonts w:cs="Times New Roman"/>
          <w:szCs w:val="24"/>
        </w:rPr>
        <w:t xml:space="preserve"> this peace by reviving a time when cattle for dowries could be taken from the Gawaar to the Lou without need for armed escorts, when grazing lands and water points were shared freely, and when dances, courtships, and communal life defined their youthful identity—not revenge, not war.</w:t>
      </w:r>
    </w:p>
    <w:p w:rsidR="00823498" w:rsidRPr="00936675" w:rsidRDefault="00823498" w:rsidP="00823498">
      <w:pPr>
        <w:spacing w:line="360" w:lineRule="auto"/>
        <w:jc w:val="both"/>
        <w:rPr>
          <w:rFonts w:cs="Times New Roman"/>
          <w:szCs w:val="24"/>
        </w:rPr>
      </w:pPr>
      <w:r w:rsidRPr="00936675">
        <w:rPr>
          <w:rFonts w:cs="Times New Roman"/>
          <w:szCs w:val="24"/>
        </w:rPr>
        <w:t>Yet, Prophet Makuach Tut is not naïve. He acknowledges the complex layers— political manipulation, armed youth, absent protection. But he refuses to let these be excuses. He leads because things are broken.</w:t>
      </w:r>
    </w:p>
    <w:p w:rsidR="00823498" w:rsidRPr="00936675" w:rsidRDefault="00823498" w:rsidP="00823498">
      <w:pPr>
        <w:spacing w:line="360" w:lineRule="auto"/>
        <w:jc w:val="both"/>
        <w:rPr>
          <w:rFonts w:cs="Times New Roman"/>
          <w:szCs w:val="24"/>
        </w:rPr>
      </w:pPr>
      <w:r w:rsidRPr="00936675">
        <w:rPr>
          <w:rFonts w:cs="Times New Roman"/>
          <w:szCs w:val="24"/>
        </w:rPr>
        <w:t>What makes him exceptional is his unwavering moral compass. While others shift with politics, Makuach Tut remains consistent. His truth does not change— whether among warriors or women, elders or administrators.</w:t>
      </w:r>
    </w:p>
    <w:p w:rsidR="00823498" w:rsidRPr="00936675" w:rsidRDefault="00823498" w:rsidP="00823498">
      <w:pPr>
        <w:spacing w:line="360" w:lineRule="auto"/>
        <w:jc w:val="both"/>
        <w:rPr>
          <w:rFonts w:cs="Times New Roman"/>
          <w:szCs w:val="24"/>
        </w:rPr>
      </w:pPr>
      <w:r w:rsidRPr="00936675">
        <w:rPr>
          <w:rFonts w:cs="Times New Roman"/>
          <w:szCs w:val="24"/>
        </w:rPr>
        <w:t>Grassroots Peace-making: Community Dialogues and Rituals</w:t>
      </w:r>
    </w:p>
    <w:p w:rsidR="00823498" w:rsidRPr="00936675" w:rsidRDefault="00823498" w:rsidP="00823498">
      <w:pPr>
        <w:spacing w:line="360" w:lineRule="auto"/>
        <w:jc w:val="both"/>
        <w:rPr>
          <w:rFonts w:cs="Times New Roman"/>
          <w:szCs w:val="24"/>
        </w:rPr>
      </w:pPr>
      <w:r w:rsidRPr="00936675">
        <w:rPr>
          <w:rFonts w:cs="Times New Roman"/>
          <w:szCs w:val="24"/>
        </w:rPr>
        <w:t>Peace, when it is real, does not begin in the halls of government—it begins beneath trees, beside cattle kraals, and in the dust of places where blood was once spilled. It begins where pain is personal, where conflict is not just a statistic but a wound on the body of the community. In Jonglei and the Greater Pibor Administrative Area (GPAA), grassroots peace-making is not a concept. It is a necessity. A way of survival. A way of life.</w:t>
      </w:r>
    </w:p>
    <w:p w:rsidR="00823498" w:rsidRPr="00936675" w:rsidRDefault="00823498" w:rsidP="00823498">
      <w:pPr>
        <w:spacing w:line="360" w:lineRule="auto"/>
        <w:jc w:val="both"/>
        <w:rPr>
          <w:rFonts w:cs="Times New Roman"/>
          <w:szCs w:val="24"/>
        </w:rPr>
      </w:pPr>
      <w:r w:rsidRPr="00936675">
        <w:rPr>
          <w:rFonts w:cs="Times New Roman"/>
          <w:szCs w:val="24"/>
        </w:rPr>
        <w:t>Women in the meeting raised their voices, not in anger, but in sorrow. They spoke of the senseless deaths inflicted upon their communities by their own sons— young men who now carry guns, raid cattle, and retaliate in cycles of revenge, abandoning the peaceful customs long enshrined in the Nuer tradition known as the "Fangak Law." Many women called for the review and restoration of that law and its harmonization with the national legal framework.</w:t>
      </w:r>
    </w:p>
    <w:p w:rsidR="00823498" w:rsidRPr="00936675" w:rsidRDefault="00823498" w:rsidP="00823498">
      <w:pPr>
        <w:spacing w:line="360" w:lineRule="auto"/>
        <w:jc w:val="both"/>
        <w:rPr>
          <w:rFonts w:cs="Times New Roman"/>
          <w:szCs w:val="24"/>
        </w:rPr>
      </w:pPr>
      <w:r w:rsidRPr="00936675">
        <w:rPr>
          <w:rFonts w:cs="Times New Roman"/>
          <w:szCs w:val="24"/>
        </w:rPr>
        <w:t xml:space="preserve">One Lou Nuer woman, her voice cracking from distance and years of searching, stood with tears in her eyes: “I have not come to accuse. I have come to ask for forgiveness through </w:t>
      </w:r>
      <w:r w:rsidRPr="00936675">
        <w:rPr>
          <w:rFonts w:cs="Times New Roman"/>
          <w:szCs w:val="24"/>
        </w:rPr>
        <w:lastRenderedPageBreak/>
        <w:t>you all. We are not an exception. We know our sons and husbands have committed the very crimes we speak of today. I appeal to you— let us end the raids, end the killings. We have a country to build. A land to defend. Let us stop the violence. And let us expose those who seek to destroy this peace.”</w:t>
      </w:r>
    </w:p>
    <w:p w:rsidR="00823498" w:rsidRPr="00936675" w:rsidRDefault="00823498" w:rsidP="00823498">
      <w:pPr>
        <w:spacing w:line="360" w:lineRule="auto"/>
        <w:jc w:val="both"/>
        <w:rPr>
          <w:rFonts w:cs="Times New Roman"/>
          <w:szCs w:val="24"/>
        </w:rPr>
      </w:pPr>
      <w:r w:rsidRPr="00936675">
        <w:rPr>
          <w:rFonts w:cs="Times New Roman"/>
          <w:szCs w:val="24"/>
        </w:rPr>
        <w:t xml:space="preserve">From there, truth-telling begins—not mediated by lawyers or consultants, but by respected elders who remember past agreements, who know the stories behind the raids, and who can speak the truth without stirring new hatred. Victims are not silenced. They are </w:t>
      </w:r>
      <w:proofErr w:type="spellStart"/>
      <w:r w:rsidRPr="00936675">
        <w:rPr>
          <w:rFonts w:cs="Times New Roman"/>
          <w:szCs w:val="24"/>
        </w:rPr>
        <w:t>honoured</w:t>
      </w:r>
      <w:proofErr w:type="spellEnd"/>
      <w:r w:rsidRPr="00936675">
        <w:rPr>
          <w:rFonts w:cs="Times New Roman"/>
          <w:szCs w:val="24"/>
        </w:rPr>
        <w:t>. Offenders are not humiliated. They are called to account—and invited into restorative justice, not punishment.</w:t>
      </w:r>
    </w:p>
    <w:p w:rsidR="00823498" w:rsidRPr="00936675" w:rsidRDefault="00823498" w:rsidP="00823498">
      <w:pPr>
        <w:spacing w:line="360" w:lineRule="auto"/>
        <w:jc w:val="both"/>
        <w:rPr>
          <w:rFonts w:cs="Times New Roman"/>
          <w:szCs w:val="24"/>
        </w:rPr>
      </w:pPr>
      <w:r w:rsidRPr="00936675">
        <w:rPr>
          <w:rFonts w:cs="Times New Roman"/>
          <w:szCs w:val="24"/>
        </w:rPr>
        <w:t>But perhaps the most critical element of grassroots peace-making is the role of youth, sanction by elders and facilitated by spiritual leaders. Leopard skin priests carry traditional significance. They hold the power to curse and make sacred vows.  In South Sudan, youth are often both the victims and agents of violence.</w:t>
      </w:r>
    </w:p>
    <w:p w:rsidR="00823498" w:rsidRPr="00936675" w:rsidRDefault="00823498" w:rsidP="00823498">
      <w:pPr>
        <w:spacing w:line="360" w:lineRule="auto"/>
        <w:jc w:val="both"/>
        <w:rPr>
          <w:rFonts w:cs="Times New Roman"/>
          <w:szCs w:val="24"/>
        </w:rPr>
      </w:pPr>
      <w:r w:rsidRPr="00936675">
        <w:rPr>
          <w:rFonts w:cs="Times New Roman"/>
          <w:szCs w:val="24"/>
        </w:rPr>
        <w:t>But they are also the heartbeat of change. In our dialogues, we do not exclude them. We invite them—not just to listen, but to speak. To confess. To commit. In several dialogues, former raiders publicly apologized for their actions, then pledged to protect rather than harm. That transformation is not theoretical—it is personal, public, and powerful.</w:t>
      </w:r>
    </w:p>
    <w:p w:rsidR="00823498" w:rsidRPr="00936675" w:rsidRDefault="00823498" w:rsidP="00823498">
      <w:pPr>
        <w:spacing w:line="360" w:lineRule="auto"/>
        <w:jc w:val="both"/>
        <w:rPr>
          <w:rFonts w:cs="Times New Roman"/>
          <w:szCs w:val="24"/>
        </w:rPr>
      </w:pPr>
      <w:r w:rsidRPr="00936675">
        <w:rPr>
          <w:rFonts w:cs="Times New Roman"/>
          <w:szCs w:val="24"/>
        </w:rPr>
        <w:t xml:space="preserve">Because grassroots peace-making is not about quick resolutions. It is about reweaving the social fabric—thread by thread, story by story, ritual by ritual. It is about turning old enemies into new </w:t>
      </w:r>
      <w:proofErr w:type="spellStart"/>
      <w:r w:rsidRPr="00936675">
        <w:rPr>
          <w:rFonts w:cs="Times New Roman"/>
          <w:szCs w:val="24"/>
        </w:rPr>
        <w:t>neighbours</w:t>
      </w:r>
      <w:proofErr w:type="spellEnd"/>
      <w:r w:rsidRPr="00936675">
        <w:rPr>
          <w:rFonts w:cs="Times New Roman"/>
          <w:szCs w:val="24"/>
        </w:rPr>
        <w:t>. It is about teaching children that peace is not weakness, but wisdom.</w:t>
      </w:r>
    </w:p>
    <w:p w:rsidR="00823498" w:rsidRPr="00936675" w:rsidRDefault="00823498" w:rsidP="00823498">
      <w:pPr>
        <w:spacing w:line="360" w:lineRule="auto"/>
        <w:jc w:val="both"/>
        <w:rPr>
          <w:rFonts w:cs="Times New Roman"/>
          <w:szCs w:val="24"/>
        </w:rPr>
      </w:pPr>
      <w:r w:rsidRPr="00936675">
        <w:rPr>
          <w:rFonts w:cs="Times New Roman"/>
          <w:szCs w:val="24"/>
        </w:rPr>
        <w:t xml:space="preserve">In peacebuilding dialogues I’ve facilitated across Greater Akobo, Ayod, and some parts of Fangak, I have sat with young men who have both taken and lost life. I have listened to confessions heavy with remorse: “We were told it was for </w:t>
      </w:r>
      <w:proofErr w:type="spellStart"/>
      <w:r w:rsidRPr="00936675">
        <w:rPr>
          <w:rFonts w:cs="Times New Roman"/>
          <w:szCs w:val="24"/>
        </w:rPr>
        <w:t>honour</w:t>
      </w:r>
      <w:proofErr w:type="spellEnd"/>
      <w:r w:rsidRPr="00936675">
        <w:rPr>
          <w:rFonts w:cs="Times New Roman"/>
          <w:szCs w:val="24"/>
        </w:rPr>
        <w:t>. Now we are tired of burying our brothers.” These are not boys without dreams. They are youth without options. And when purpose is absent, violence fills the void.</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In a deeply moving ritual, both communities offered sacrificial bulls—to symbolize the end of hostility. The bulls were not just animals; they were chosen with prayer and significance, meant to carry away the sin of communal violence.</w:t>
      </w:r>
    </w:p>
    <w:p w:rsidR="00823498" w:rsidRPr="00936675" w:rsidRDefault="00823498" w:rsidP="00823498">
      <w:pPr>
        <w:spacing w:line="360" w:lineRule="auto"/>
        <w:jc w:val="both"/>
        <w:rPr>
          <w:rFonts w:cs="Times New Roman"/>
          <w:szCs w:val="24"/>
        </w:rPr>
      </w:pPr>
      <w:r w:rsidRPr="00936675">
        <w:rPr>
          <w:rFonts w:cs="Times New Roman"/>
          <w:szCs w:val="24"/>
        </w:rPr>
        <w:t>As the blood was spilled, a silence fell over Thuokrikna that felt sacred. It wasn’t the silence of fear, but of surrender. Surrender to a higher calling.</w:t>
      </w:r>
    </w:p>
    <w:p w:rsidR="00823498" w:rsidRPr="00936675" w:rsidRDefault="00823498" w:rsidP="00823498">
      <w:pPr>
        <w:spacing w:line="360" w:lineRule="auto"/>
        <w:jc w:val="both"/>
        <w:rPr>
          <w:rFonts w:cs="Times New Roman"/>
          <w:szCs w:val="24"/>
        </w:rPr>
      </w:pPr>
      <w:r w:rsidRPr="00936675">
        <w:rPr>
          <w:rFonts w:cs="Times New Roman"/>
          <w:szCs w:val="24"/>
        </w:rPr>
        <w:t>This silence is not cultural—it is systemic. Patriarchal norms and political exclusion have long kept women at the margins of formal negotiation spaces. But make no mistake: women in South Sudan are not passive bystanders in conflict— they are active peacebuilders in their own right.</w:t>
      </w:r>
    </w:p>
    <w:p w:rsidR="00823498" w:rsidRPr="00936675" w:rsidRDefault="00823498" w:rsidP="00823498">
      <w:pPr>
        <w:spacing w:line="360" w:lineRule="auto"/>
        <w:jc w:val="both"/>
        <w:rPr>
          <w:rFonts w:cs="Times New Roman"/>
          <w:szCs w:val="24"/>
        </w:rPr>
      </w:pPr>
      <w:r w:rsidRPr="00936675">
        <w:rPr>
          <w:rFonts w:cs="Times New Roman"/>
          <w:szCs w:val="24"/>
        </w:rPr>
        <w:t>In Karaam, I witnessed first-hand how women shifted the trajectory of a tense peace dialogue between the Gawaar and Lou Nuer. As tempers flared among the men, a group of women entered the circle, barefoot and holding calabashes of milk—a cultural gesture of peace, nurture, and humility. One elder woman stepped forward and said, “We carried you in our wombs. We cannot carry your coffins. Let this be the last time we gather for revenge.” Her words dissolved the tension more effectively than any mediator could have.</w:t>
      </w:r>
    </w:p>
    <w:p w:rsidR="00823498" w:rsidRPr="00936675" w:rsidRDefault="00823498" w:rsidP="00823498">
      <w:pPr>
        <w:spacing w:line="360" w:lineRule="auto"/>
        <w:jc w:val="both"/>
        <w:rPr>
          <w:rFonts w:cs="Times New Roman"/>
          <w:szCs w:val="24"/>
        </w:rPr>
      </w:pPr>
      <w:r w:rsidRPr="00936675">
        <w:rPr>
          <w:rFonts w:cs="Times New Roman"/>
          <w:szCs w:val="24"/>
        </w:rPr>
        <w:t>If youth are the hands of peace, then women are its heart.</w:t>
      </w:r>
    </w:p>
    <w:p w:rsidR="00823498" w:rsidRPr="00936675" w:rsidRDefault="00823498" w:rsidP="00823498">
      <w:pPr>
        <w:spacing w:line="360" w:lineRule="auto"/>
        <w:jc w:val="both"/>
        <w:rPr>
          <w:rFonts w:cs="Times New Roman"/>
          <w:szCs w:val="24"/>
        </w:rPr>
      </w:pPr>
      <w:r w:rsidRPr="00936675">
        <w:rPr>
          <w:rFonts w:cs="Times New Roman"/>
          <w:szCs w:val="24"/>
        </w:rPr>
        <w:t xml:space="preserve">Cattle raids are not new in our history. For generations, they were governed by strict </w:t>
      </w:r>
      <w:proofErr w:type="spellStart"/>
      <w:r w:rsidRPr="00936675">
        <w:rPr>
          <w:rFonts w:cs="Times New Roman"/>
          <w:szCs w:val="24"/>
        </w:rPr>
        <w:t>honour</w:t>
      </w:r>
      <w:proofErr w:type="spellEnd"/>
      <w:r w:rsidRPr="00936675">
        <w:rPr>
          <w:rFonts w:cs="Times New Roman"/>
          <w:szCs w:val="24"/>
        </w:rPr>
        <w:t xml:space="preserve"> codes and ancestral restrictions. Elders mediated disputes; stolen animals were returned or compensated. But today’s raids—armed with AK-47s and </w:t>
      </w:r>
      <w:proofErr w:type="spellStart"/>
      <w:r w:rsidRPr="00936675">
        <w:rPr>
          <w:rFonts w:cs="Times New Roman"/>
          <w:szCs w:val="24"/>
        </w:rPr>
        <w:t>fuelled</w:t>
      </w:r>
      <w:proofErr w:type="spellEnd"/>
      <w:r w:rsidRPr="00936675">
        <w:rPr>
          <w:rFonts w:cs="Times New Roman"/>
          <w:szCs w:val="24"/>
        </w:rPr>
        <w:t xml:space="preserve"> by lawlessness—have lost their traditional moral compass. What was once ritualized has become militarized. Cattle are now targeted for revenge. For dowry debts. For survival. And because they are mobile, valuable, and deeply symbolic, they have become the fuel for cycles of generational conflict. But just as cattle have been used to justify bloodshed, they can also be used to build peace.</w:t>
      </w:r>
    </w:p>
    <w:p w:rsidR="00823498" w:rsidRPr="00936675" w:rsidRDefault="00823498" w:rsidP="00823498">
      <w:pPr>
        <w:spacing w:line="360" w:lineRule="auto"/>
        <w:jc w:val="both"/>
        <w:rPr>
          <w:rFonts w:cs="Times New Roman"/>
          <w:szCs w:val="24"/>
        </w:rPr>
      </w:pPr>
      <w:r w:rsidRPr="00936675">
        <w:rPr>
          <w:rFonts w:cs="Times New Roman"/>
          <w:szCs w:val="24"/>
        </w:rPr>
        <w:t xml:space="preserve">In </w:t>
      </w:r>
      <w:proofErr w:type="spellStart"/>
      <w:r w:rsidRPr="00936675">
        <w:rPr>
          <w:rFonts w:cs="Times New Roman"/>
          <w:szCs w:val="24"/>
        </w:rPr>
        <w:t>Kuachdeng</w:t>
      </w:r>
      <w:proofErr w:type="spellEnd"/>
      <w:r w:rsidRPr="00936675">
        <w:rPr>
          <w:rFonts w:cs="Times New Roman"/>
          <w:szCs w:val="24"/>
        </w:rPr>
        <w:t xml:space="preserve">, I helped facilitate a peace gathering where rival youth leaders committed to a symbolic initiative called “cattle for peace.” Rather than demand new dowries or exact revenge, they agreed to return previously stolen herds as gestures of goodwill. The moment </w:t>
      </w:r>
      <w:r w:rsidRPr="00936675">
        <w:rPr>
          <w:rFonts w:cs="Times New Roman"/>
          <w:szCs w:val="24"/>
        </w:rPr>
        <w:lastRenderedPageBreak/>
        <w:t>was powerful—not just economically, but spiritually. Cattle once used to divide now became bridges between communities.</w:t>
      </w:r>
    </w:p>
    <w:p w:rsidR="00823498" w:rsidRPr="00936675" w:rsidRDefault="00823498" w:rsidP="00823498">
      <w:pPr>
        <w:spacing w:line="360" w:lineRule="auto"/>
        <w:jc w:val="both"/>
        <w:rPr>
          <w:rFonts w:cs="Times New Roman"/>
          <w:szCs w:val="24"/>
        </w:rPr>
      </w:pPr>
      <w:r w:rsidRPr="00936675">
        <w:rPr>
          <w:rFonts w:cs="Times New Roman"/>
          <w:szCs w:val="24"/>
        </w:rPr>
        <w:t>In another community, elders proposed a rotating “shared grazing corridor,” monitored by youth and elders from both clans, where cattle could feed without fear of attack. The land was reclaimed not by force, but by mutual stewardship.</w:t>
      </w:r>
    </w:p>
    <w:p w:rsidR="00823498" w:rsidRPr="00936675" w:rsidRDefault="00823498" w:rsidP="00823498">
      <w:pPr>
        <w:spacing w:line="360" w:lineRule="auto"/>
        <w:jc w:val="both"/>
        <w:rPr>
          <w:rFonts w:cs="Times New Roman"/>
          <w:szCs w:val="24"/>
        </w:rPr>
      </w:pPr>
      <w:r w:rsidRPr="00936675">
        <w:rPr>
          <w:rFonts w:cs="Times New Roman"/>
          <w:szCs w:val="24"/>
        </w:rPr>
        <w:t>These examples are not isolated. They represent a growing understanding that the conflict around cattle is not about livestock—it is about dignity, memory, and the sacred balance of relationships. To change the cattle conflict dynamic, we must do more than impose disarmament. We must revive traditional values, reestablish customary law, and empower communities to enforce moral codes around livestock ownership, exchange, and restitution. The cows will remain. But their meaning can shift.</w:t>
      </w:r>
    </w:p>
    <w:p w:rsidR="00823498" w:rsidRPr="00936675" w:rsidRDefault="00823498" w:rsidP="00823498">
      <w:pPr>
        <w:spacing w:line="360" w:lineRule="auto"/>
        <w:jc w:val="both"/>
        <w:rPr>
          <w:rFonts w:cs="Times New Roman"/>
          <w:szCs w:val="24"/>
        </w:rPr>
      </w:pPr>
      <w:r w:rsidRPr="00936675">
        <w:rPr>
          <w:rFonts w:cs="Times New Roman"/>
          <w:szCs w:val="24"/>
        </w:rPr>
        <w:t>From the cause of death to the symbol of rebirth. From trophies of war to treaties of peace.</w:t>
      </w:r>
    </w:p>
    <w:p w:rsidR="00823498" w:rsidRPr="00936675" w:rsidRDefault="00823498" w:rsidP="00823498">
      <w:pPr>
        <w:spacing w:line="360" w:lineRule="auto"/>
        <w:jc w:val="both"/>
        <w:rPr>
          <w:rFonts w:cs="Times New Roman"/>
          <w:szCs w:val="24"/>
        </w:rPr>
      </w:pPr>
      <w:r w:rsidRPr="00936675">
        <w:rPr>
          <w:rFonts w:cs="Times New Roman"/>
          <w:szCs w:val="24"/>
        </w:rPr>
        <w:t>Let us no longer see youth as ticking time bombs, but as torchbearers of a new ethic.</w:t>
      </w:r>
    </w:p>
    <w:p w:rsidR="00823498" w:rsidRPr="00936675" w:rsidRDefault="00823498" w:rsidP="00823498">
      <w:pPr>
        <w:spacing w:line="360" w:lineRule="auto"/>
        <w:jc w:val="both"/>
        <w:rPr>
          <w:rFonts w:cs="Times New Roman"/>
          <w:szCs w:val="24"/>
        </w:rPr>
      </w:pPr>
      <w:r w:rsidRPr="00936675">
        <w:rPr>
          <w:rFonts w:cs="Times New Roman"/>
          <w:szCs w:val="24"/>
        </w:rPr>
        <w:t>Let us no longer hear women only as lamenters, but as legislators of peace rooted in lived experience.</w:t>
      </w:r>
    </w:p>
    <w:p w:rsidR="00823498" w:rsidRPr="00936675" w:rsidRDefault="00823498" w:rsidP="00823498">
      <w:pPr>
        <w:spacing w:line="360" w:lineRule="auto"/>
        <w:jc w:val="both"/>
        <w:rPr>
          <w:rFonts w:cs="Times New Roman"/>
          <w:szCs w:val="24"/>
        </w:rPr>
      </w:pPr>
      <w:r w:rsidRPr="00936675">
        <w:rPr>
          <w:rFonts w:cs="Times New Roman"/>
          <w:szCs w:val="24"/>
        </w:rPr>
        <w:t>Let us no longer treat cattle as spoils of conquest, but as sacred instruments of covenant.</w:t>
      </w:r>
    </w:p>
    <w:p w:rsidR="00823498" w:rsidRPr="00936675" w:rsidRDefault="00823498" w:rsidP="00823498">
      <w:pPr>
        <w:spacing w:line="360" w:lineRule="auto"/>
        <w:jc w:val="both"/>
        <w:rPr>
          <w:rFonts w:cs="Times New Roman"/>
          <w:szCs w:val="24"/>
        </w:rPr>
      </w:pPr>
      <w:r w:rsidRPr="00936675">
        <w:rPr>
          <w:rFonts w:cs="Times New Roman"/>
          <w:szCs w:val="24"/>
        </w:rPr>
        <w:t>Because in every boma I have walked—in Ayod, Uror, Akobo, and</w:t>
      </w:r>
    </w:p>
    <w:p w:rsidR="00823498" w:rsidRPr="00936675" w:rsidRDefault="00823498" w:rsidP="00823498">
      <w:pPr>
        <w:spacing w:line="360" w:lineRule="auto"/>
        <w:jc w:val="both"/>
        <w:rPr>
          <w:rFonts w:cs="Times New Roman"/>
          <w:szCs w:val="24"/>
        </w:rPr>
      </w:pPr>
      <w:r w:rsidRPr="00936675">
        <w:rPr>
          <w:rFonts w:cs="Times New Roman"/>
          <w:szCs w:val="24"/>
        </w:rPr>
        <w:t>Lekuangole—I have seen it: the potential for peace already exists. It breathes through our cultures, our relationships, and our resilience.</w:t>
      </w:r>
    </w:p>
    <w:p w:rsidR="00823498" w:rsidRPr="00936675" w:rsidRDefault="00823498" w:rsidP="00823498">
      <w:pPr>
        <w:spacing w:line="360" w:lineRule="auto"/>
        <w:jc w:val="both"/>
        <w:rPr>
          <w:rFonts w:cs="Times New Roman"/>
          <w:szCs w:val="24"/>
        </w:rPr>
      </w:pPr>
      <w:r w:rsidRPr="00936675">
        <w:rPr>
          <w:rFonts w:cs="Times New Roman"/>
          <w:szCs w:val="24"/>
        </w:rPr>
        <w:t>To embrace it is not weakness—it is wisdom. Between these two worlds lies a bridge.</w:t>
      </w:r>
    </w:p>
    <w:p w:rsidR="00823498" w:rsidRPr="00936675" w:rsidRDefault="00823498" w:rsidP="00823498">
      <w:pPr>
        <w:spacing w:line="360" w:lineRule="auto"/>
        <w:jc w:val="both"/>
        <w:rPr>
          <w:rFonts w:cs="Times New Roman"/>
          <w:szCs w:val="24"/>
        </w:rPr>
      </w:pPr>
      <w:r w:rsidRPr="00936675">
        <w:rPr>
          <w:rFonts w:cs="Times New Roman"/>
          <w:szCs w:val="24"/>
        </w:rPr>
        <w:t>And on that bridge walks every peacebuilder, every prophet, every chief, and every honest leader who understands that in South Sudan, true authority is both seen and unseen.</w:t>
      </w:r>
    </w:p>
    <w:p w:rsidR="00823498" w:rsidRPr="00936675" w:rsidRDefault="00823498" w:rsidP="00823498">
      <w:pPr>
        <w:spacing w:line="360" w:lineRule="auto"/>
        <w:jc w:val="both"/>
        <w:rPr>
          <w:rFonts w:cs="Times New Roman"/>
          <w:szCs w:val="24"/>
        </w:rPr>
      </w:pPr>
      <w:r w:rsidRPr="00936675">
        <w:rPr>
          <w:rFonts w:cs="Times New Roman"/>
          <w:szCs w:val="24"/>
        </w:rPr>
        <w:t xml:space="preserve">In the search for peace in South Sudan, much attention has been given to </w:t>
      </w:r>
      <w:proofErr w:type="spellStart"/>
      <w:r w:rsidRPr="00936675">
        <w:rPr>
          <w:rFonts w:cs="Times New Roman"/>
          <w:szCs w:val="24"/>
        </w:rPr>
        <w:t>nationallevel</w:t>
      </w:r>
      <w:proofErr w:type="spellEnd"/>
      <w:r w:rsidRPr="00936675">
        <w:rPr>
          <w:rFonts w:cs="Times New Roman"/>
          <w:szCs w:val="24"/>
        </w:rPr>
        <w:t xml:space="preserve"> negotiations, elite power-sharing deals, and state-based institutions. But beneath the formal layers of governance lies a system that has quietly preserved social order for generations, often with more legitimacy than the state itself. That system is customary justice—and in </w:t>
      </w:r>
      <w:r w:rsidRPr="00936675">
        <w:rPr>
          <w:rFonts w:cs="Times New Roman"/>
          <w:szCs w:val="24"/>
        </w:rPr>
        <w:lastRenderedPageBreak/>
        <w:t>communities across Jonglei and the Greater Pibor Administrative Area (GPAA), it remains a vital cornerstone for reconciliation, accountability, and the prevention of further violence. Where courtrooms are distant, judges scarce, and legal literacy low, customary justice has filled the gap. It is not merely a set of rules—it is a living social contract, passed down through elders, practiced in community forums, and rooted in cultural values that have withstood war, displacement, and the erosion of state authority.</w:t>
      </w:r>
    </w:p>
    <w:p w:rsidR="00823498" w:rsidRPr="00936675" w:rsidRDefault="00823498" w:rsidP="00823498">
      <w:pPr>
        <w:spacing w:line="360" w:lineRule="auto"/>
        <w:jc w:val="both"/>
        <w:rPr>
          <w:rFonts w:cs="Times New Roman"/>
          <w:szCs w:val="24"/>
        </w:rPr>
      </w:pPr>
      <w:r w:rsidRPr="00936675">
        <w:rPr>
          <w:rFonts w:cs="Times New Roman"/>
          <w:szCs w:val="24"/>
        </w:rPr>
        <w:t xml:space="preserve">In these forums, justice is not punitive—it is restorative. A wrongdoer is not imprisoned, but required to confess, compensate, and reconcile. Compensation may involve cattle, </w:t>
      </w:r>
      <w:proofErr w:type="spellStart"/>
      <w:r w:rsidRPr="00936675">
        <w:rPr>
          <w:rFonts w:cs="Times New Roman"/>
          <w:szCs w:val="24"/>
        </w:rPr>
        <w:t>labour</w:t>
      </w:r>
      <w:proofErr w:type="spellEnd"/>
      <w:r w:rsidRPr="00936675">
        <w:rPr>
          <w:rFonts w:cs="Times New Roman"/>
          <w:szCs w:val="24"/>
        </w:rPr>
        <w:t>, or public acknowledgment. What matters is that relationships are repaired and the social fabric is rewoven.</w:t>
      </w:r>
    </w:p>
    <w:p w:rsidR="00823498" w:rsidRPr="00936675" w:rsidRDefault="00823498" w:rsidP="00823498">
      <w:pPr>
        <w:spacing w:line="360" w:lineRule="auto"/>
        <w:jc w:val="both"/>
        <w:rPr>
          <w:rFonts w:cs="Times New Roman"/>
          <w:szCs w:val="24"/>
        </w:rPr>
      </w:pPr>
      <w:r w:rsidRPr="00936675">
        <w:rPr>
          <w:rFonts w:cs="Times New Roman"/>
          <w:szCs w:val="24"/>
        </w:rPr>
        <w:t>One of the most revered frameworks is the Fangak Law, a codified reflection of Nuer customs, values, and moral expectations. It addresses everything from cattle disputes and bride price negotiations to blood compensation and community reconciliation. More than a legal code, Fangak Law is a living social contract— its legitimacy flowing not from government decrees, but from communal consent and ancestral wisdom.</w:t>
      </w:r>
    </w:p>
    <w:p w:rsidR="00823498" w:rsidRPr="00936675" w:rsidRDefault="00823498" w:rsidP="00823498">
      <w:pPr>
        <w:spacing w:line="360" w:lineRule="auto"/>
        <w:jc w:val="both"/>
        <w:rPr>
          <w:rFonts w:cs="Times New Roman"/>
          <w:szCs w:val="24"/>
        </w:rPr>
      </w:pPr>
      <w:r w:rsidRPr="00936675">
        <w:rPr>
          <w:rFonts w:cs="Times New Roman"/>
          <w:szCs w:val="24"/>
        </w:rPr>
        <w:t>At a time when South Sudan’s judicial capacity is paralyzed by the collapse of governance systems, this traditional mechanism has remained functional, familiar, and fair in the eyes of its people. Chiefs, elders, and spiritual leaders— often guided by the teachings of respected prophets like Makuach Tut—preside over disputes with knowledge inherited across generations. Their judgments are not enforced by armed bailiffs, but by the powerful glue of social responsibility and communal honor.</w:t>
      </w:r>
    </w:p>
    <w:p w:rsidR="00823498" w:rsidRPr="00936675" w:rsidRDefault="00823498" w:rsidP="00823498">
      <w:pPr>
        <w:spacing w:line="360" w:lineRule="auto"/>
        <w:jc w:val="both"/>
        <w:rPr>
          <w:rFonts w:cs="Times New Roman"/>
          <w:szCs w:val="24"/>
        </w:rPr>
      </w:pPr>
      <w:r w:rsidRPr="00936675">
        <w:rPr>
          <w:rFonts w:cs="Times New Roman"/>
          <w:szCs w:val="24"/>
        </w:rPr>
        <w:t>The revitalization and formal recognition of customary justice is not a nostalgic retreat—it is a strategic necessity. Strengthening these institutions is one of the most viable paths to stability. It reinforces cultural identity, supports local peacebuilding, and ensures that justice—however rough and imperfect—remains accessible.</w:t>
      </w:r>
    </w:p>
    <w:p w:rsidR="00823498" w:rsidRPr="00936675" w:rsidRDefault="00823498" w:rsidP="00823498">
      <w:pPr>
        <w:spacing w:line="360" w:lineRule="auto"/>
        <w:jc w:val="both"/>
        <w:rPr>
          <w:rFonts w:cs="Times New Roman"/>
          <w:szCs w:val="24"/>
        </w:rPr>
      </w:pPr>
      <w:r w:rsidRPr="00936675">
        <w:rPr>
          <w:rFonts w:cs="Times New Roman"/>
          <w:szCs w:val="24"/>
        </w:rPr>
        <w:t xml:space="preserve">In Ayod, Akobo, Nyirol, and </w:t>
      </w:r>
      <w:proofErr w:type="spellStart"/>
      <w:r w:rsidRPr="00936675">
        <w:rPr>
          <w:rFonts w:cs="Times New Roman"/>
          <w:szCs w:val="24"/>
        </w:rPr>
        <w:t>Likuangole</w:t>
      </w:r>
      <w:proofErr w:type="spellEnd"/>
      <w:r w:rsidRPr="00936675">
        <w:rPr>
          <w:rFonts w:cs="Times New Roman"/>
          <w:szCs w:val="24"/>
        </w:rPr>
        <w:t>, I have spoken to armed youth who said,</w:t>
      </w:r>
    </w:p>
    <w:p w:rsidR="00823498" w:rsidRPr="00936675" w:rsidRDefault="00823498" w:rsidP="00823498">
      <w:pPr>
        <w:spacing w:line="360" w:lineRule="auto"/>
        <w:jc w:val="both"/>
        <w:rPr>
          <w:rFonts w:cs="Times New Roman"/>
          <w:szCs w:val="24"/>
        </w:rPr>
      </w:pPr>
      <w:r w:rsidRPr="00936675">
        <w:rPr>
          <w:rFonts w:cs="Times New Roman"/>
          <w:szCs w:val="24"/>
        </w:rPr>
        <w:t>“We raid because we eat what we steal.” For them, violence is not just ideology— it is income.</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South Sudan’s rivers, swamps, and floodplains are teeming with aquatic life. For centuries, fishing has been a traditional practice among various communities— especially during the rainy season when grazing is impossible. Yet, this natural abundance has remained largely untapped as an economic development strategy. In Ayod County, particularly along the Canal and in flood-affected areas, communities have adapted to their environment by turning to fishing as a primary source of sustenance. Young men who once organized cattle raids now organize fishing expeditions—cooperative, peaceful, and productive. They trade fish in local markets, dry and transport it to other counties, and, in doing so, create networks of cooperation across ethnic lines.</w:t>
      </w:r>
    </w:p>
    <w:p w:rsidR="00823498" w:rsidRPr="00936675" w:rsidRDefault="00823498" w:rsidP="00823498">
      <w:pPr>
        <w:spacing w:line="360" w:lineRule="auto"/>
        <w:jc w:val="both"/>
        <w:rPr>
          <w:rFonts w:cs="Times New Roman"/>
          <w:szCs w:val="24"/>
        </w:rPr>
      </w:pPr>
      <w:r w:rsidRPr="00936675">
        <w:rPr>
          <w:rFonts w:cs="Times New Roman"/>
          <w:szCs w:val="24"/>
        </w:rPr>
        <w:t xml:space="preserve">When youth have stable livelihoods, they are less likely to be manipulated by politicians, chiefs, or generals seeking to mobilize violence. Employment restores autonomy. Trade fosters interdependence. Profit creates incentive for stability. But it is not only income that matters—it is dignity. Fishing offers youth the chance to become providers, not predators. They earn through </w:t>
      </w:r>
      <w:proofErr w:type="spellStart"/>
      <w:r w:rsidRPr="00936675">
        <w:rPr>
          <w:rFonts w:cs="Times New Roman"/>
          <w:szCs w:val="24"/>
        </w:rPr>
        <w:t>labour</w:t>
      </w:r>
      <w:proofErr w:type="spellEnd"/>
      <w:r w:rsidRPr="00936675">
        <w:rPr>
          <w:rFonts w:cs="Times New Roman"/>
          <w:szCs w:val="24"/>
        </w:rPr>
        <w:t>, not looting. They gain skills that are transferable and respected. And perhaps most importantly, they begin to see themselves differently. This change in identity is the foundation of sustainable peace.</w:t>
      </w:r>
    </w:p>
    <w:p w:rsidR="00823498" w:rsidRPr="00936675" w:rsidRDefault="00823498" w:rsidP="00823498">
      <w:pPr>
        <w:spacing w:line="360" w:lineRule="auto"/>
        <w:jc w:val="both"/>
        <w:rPr>
          <w:rFonts w:cs="Times New Roman"/>
          <w:szCs w:val="24"/>
        </w:rPr>
      </w:pPr>
      <w:r w:rsidRPr="00936675">
        <w:rPr>
          <w:rFonts w:cs="Times New Roman"/>
          <w:szCs w:val="24"/>
        </w:rPr>
        <w:t>In South Sudan, the path to peace runs through unexpected places.</w:t>
      </w:r>
    </w:p>
    <w:p w:rsidR="00823498" w:rsidRPr="00936675" w:rsidRDefault="00823498" w:rsidP="00823498">
      <w:pPr>
        <w:spacing w:line="360" w:lineRule="auto"/>
        <w:jc w:val="both"/>
        <w:rPr>
          <w:rFonts w:cs="Times New Roman"/>
          <w:szCs w:val="24"/>
        </w:rPr>
      </w:pPr>
      <w:r w:rsidRPr="00936675">
        <w:rPr>
          <w:rFonts w:cs="Times New Roman"/>
          <w:szCs w:val="24"/>
        </w:rPr>
        <w:t>Not just through shrines and dialogue halls—but through canoes on quiet rivers.</w:t>
      </w:r>
    </w:p>
    <w:p w:rsidR="00823498" w:rsidRPr="00936675" w:rsidRDefault="00823498" w:rsidP="00823498">
      <w:pPr>
        <w:spacing w:line="360" w:lineRule="auto"/>
        <w:jc w:val="both"/>
        <w:rPr>
          <w:rFonts w:cs="Times New Roman"/>
          <w:szCs w:val="24"/>
        </w:rPr>
      </w:pPr>
      <w:r w:rsidRPr="00936675">
        <w:rPr>
          <w:rFonts w:cs="Times New Roman"/>
          <w:szCs w:val="24"/>
        </w:rPr>
        <w:t>Through nets cast in muddy waters. Through fish traded instead of bullets fired.</w:t>
      </w:r>
    </w:p>
    <w:p w:rsidR="00823498" w:rsidRPr="00936675" w:rsidRDefault="00823498" w:rsidP="00823498">
      <w:pPr>
        <w:spacing w:line="360" w:lineRule="auto"/>
        <w:jc w:val="both"/>
        <w:rPr>
          <w:rFonts w:cs="Times New Roman"/>
          <w:szCs w:val="24"/>
        </w:rPr>
      </w:pPr>
      <w:r w:rsidRPr="00936675">
        <w:rPr>
          <w:rFonts w:cs="Times New Roman"/>
          <w:szCs w:val="24"/>
        </w:rPr>
        <w:t>When we fish for peace, we offer more than food.</w:t>
      </w:r>
    </w:p>
    <w:p w:rsidR="00823498" w:rsidRPr="00936675" w:rsidRDefault="00823498" w:rsidP="00823498">
      <w:pPr>
        <w:spacing w:line="360" w:lineRule="auto"/>
        <w:jc w:val="both"/>
        <w:rPr>
          <w:rFonts w:cs="Times New Roman"/>
          <w:szCs w:val="24"/>
        </w:rPr>
      </w:pPr>
      <w:r w:rsidRPr="00936675">
        <w:rPr>
          <w:rFonts w:cs="Times New Roman"/>
          <w:szCs w:val="24"/>
        </w:rPr>
        <w:t>We offer a future—one that is earned, not inherited by war. And when youth see that they can succeed without violence, peace becomes a choice they are willing to make—again and again.</w:t>
      </w:r>
    </w:p>
    <w:p w:rsidR="00823498" w:rsidRPr="00936675" w:rsidRDefault="00823498" w:rsidP="00823498">
      <w:pPr>
        <w:spacing w:line="360" w:lineRule="auto"/>
        <w:jc w:val="both"/>
        <w:rPr>
          <w:rFonts w:cs="Times New Roman"/>
          <w:szCs w:val="24"/>
        </w:rPr>
      </w:pPr>
      <w:r w:rsidRPr="00936675">
        <w:rPr>
          <w:rFonts w:cs="Times New Roman"/>
          <w:szCs w:val="24"/>
        </w:rPr>
        <w:t xml:space="preserve">From revenge to justice seeking </w:t>
      </w:r>
      <w:proofErr w:type="spellStart"/>
      <w:r w:rsidRPr="00936675">
        <w:rPr>
          <w:rFonts w:cs="Times New Roman"/>
          <w:szCs w:val="24"/>
        </w:rPr>
        <w:t>behaviour</w:t>
      </w:r>
      <w:proofErr w:type="spellEnd"/>
    </w:p>
    <w:p w:rsidR="00823498" w:rsidRPr="00936675" w:rsidRDefault="00823498" w:rsidP="00823498">
      <w:pPr>
        <w:spacing w:line="360" w:lineRule="auto"/>
        <w:jc w:val="both"/>
        <w:rPr>
          <w:rFonts w:cs="Times New Roman"/>
          <w:szCs w:val="24"/>
        </w:rPr>
      </w:pPr>
      <w:r w:rsidRPr="00936675">
        <w:rPr>
          <w:rFonts w:cs="Times New Roman"/>
          <w:szCs w:val="24"/>
        </w:rPr>
        <w:t xml:space="preserve">Picture a different future: a generation of South Sudanese youth raised not on tales of vengeance, but on the principles of restorative justice. Imagine courts— customary and formal—functioning with independence and integrity. Picture a police force that protects </w:t>
      </w:r>
      <w:r w:rsidRPr="00936675">
        <w:rPr>
          <w:rFonts w:cs="Times New Roman"/>
          <w:szCs w:val="24"/>
        </w:rPr>
        <w:lastRenderedPageBreak/>
        <w:t xml:space="preserve">victims promptly, and a judiciary that upholds the law, not </w:t>
      </w:r>
      <w:proofErr w:type="spellStart"/>
      <w:r w:rsidRPr="00936675">
        <w:rPr>
          <w:rFonts w:cs="Times New Roman"/>
          <w:szCs w:val="24"/>
        </w:rPr>
        <w:t>favours</w:t>
      </w:r>
      <w:proofErr w:type="spellEnd"/>
      <w:r w:rsidRPr="00936675">
        <w:rPr>
          <w:rFonts w:cs="Times New Roman"/>
          <w:szCs w:val="24"/>
        </w:rPr>
        <w:t>. Imagine elders and prophets urging forgiveness as a sign of strength, not weakness.</w:t>
      </w:r>
    </w:p>
    <w:p w:rsidR="00823498" w:rsidRPr="00936675" w:rsidRDefault="00823498" w:rsidP="00823498">
      <w:pPr>
        <w:spacing w:line="360" w:lineRule="auto"/>
        <w:jc w:val="both"/>
        <w:rPr>
          <w:rFonts w:cs="Times New Roman"/>
          <w:szCs w:val="24"/>
        </w:rPr>
      </w:pPr>
      <w:r w:rsidRPr="00936675">
        <w:rPr>
          <w:rFonts w:cs="Times New Roman"/>
          <w:szCs w:val="24"/>
        </w:rPr>
        <w:t xml:space="preserve">We must also tend to the wounds beneath the surface. Many of our youth carry invisible injuries—unresolved trauma, suppressed grief, and unacknowledged loss. Without healing, these wounds </w:t>
      </w:r>
      <w:proofErr w:type="spellStart"/>
      <w:r w:rsidRPr="00936675">
        <w:rPr>
          <w:rFonts w:cs="Times New Roman"/>
          <w:szCs w:val="24"/>
        </w:rPr>
        <w:t>smoulder</w:t>
      </w:r>
      <w:proofErr w:type="spellEnd"/>
      <w:r w:rsidRPr="00936675">
        <w:rPr>
          <w:rFonts w:cs="Times New Roman"/>
          <w:szCs w:val="24"/>
        </w:rPr>
        <w:t>, ready to reignite violence. That’s why community-based mental health initiatives—rooted in tradition, storytelling, and spiritual care—must become central to peace and justice programs.</w:t>
      </w:r>
    </w:p>
    <w:p w:rsidR="00823498" w:rsidRPr="00936675" w:rsidRDefault="00823498" w:rsidP="00823498">
      <w:pPr>
        <w:spacing w:line="360" w:lineRule="auto"/>
        <w:jc w:val="both"/>
        <w:rPr>
          <w:rFonts w:cs="Times New Roman"/>
          <w:szCs w:val="24"/>
        </w:rPr>
      </w:pPr>
      <w:r w:rsidRPr="00936675">
        <w:rPr>
          <w:rFonts w:cs="Times New Roman"/>
          <w:szCs w:val="24"/>
        </w:rPr>
        <w:t>The journey from revenge to justice is not easy. It will require us to confront uncomfortable truths, to challenge harmful norms, and to uplift new voices— especially among youth, women, and spiritual leaders. But every step away from revenge is a step toward lasting peace. Because justice is not about retribution. It is about restoration. And the future of South Sudan depends on our collective ability to walk away from revenge—and to walk together toward accountability, healing, and hope.</w:t>
      </w:r>
    </w:p>
    <w:p w:rsidR="00823498" w:rsidRPr="00936675" w:rsidRDefault="00823498" w:rsidP="00823498">
      <w:pPr>
        <w:spacing w:line="360" w:lineRule="auto"/>
        <w:jc w:val="both"/>
        <w:rPr>
          <w:rFonts w:cs="Times New Roman"/>
          <w:szCs w:val="24"/>
        </w:rPr>
      </w:pPr>
      <w:r w:rsidRPr="00936675">
        <w:rPr>
          <w:rFonts w:cs="Times New Roman"/>
          <w:szCs w:val="24"/>
        </w:rPr>
        <w:t xml:space="preserve">In places like Fangak County, years of deeply entrenched customs and </w:t>
      </w:r>
      <w:proofErr w:type="spellStart"/>
      <w:r w:rsidRPr="00936675">
        <w:rPr>
          <w:rFonts w:cs="Times New Roman"/>
          <w:szCs w:val="24"/>
        </w:rPr>
        <w:t>maledominated</w:t>
      </w:r>
      <w:proofErr w:type="spellEnd"/>
      <w:r w:rsidRPr="00936675">
        <w:rPr>
          <w:rFonts w:cs="Times New Roman"/>
          <w:szCs w:val="24"/>
        </w:rPr>
        <w:t xml:space="preserve"> governance had long sidelined women from judicial, political, and communal leadership roles. Customary law systems administered by male chiefs dominated the justice landscape, often disregarding statutory protections and constitutional provisions that uphold women’s rights. Women were denied inheritance, legal standing, and decision-making authority, and were subjected to harmful traditional practices without recourse.</w:t>
      </w:r>
    </w:p>
    <w:p w:rsidR="00823498" w:rsidRPr="00936675" w:rsidRDefault="00823498" w:rsidP="00823498">
      <w:pPr>
        <w:spacing w:line="360" w:lineRule="auto"/>
        <w:jc w:val="both"/>
        <w:rPr>
          <w:rFonts w:cs="Times New Roman"/>
          <w:szCs w:val="24"/>
        </w:rPr>
      </w:pPr>
      <w:r w:rsidRPr="00936675">
        <w:rPr>
          <w:rFonts w:cs="Times New Roman"/>
          <w:szCs w:val="24"/>
        </w:rPr>
        <w:t>In the heart of South Sudan, across the turbulent lands of Jonglei and the Greater Pibor Administrative Area (GPAA), the deafening echo of gunfire has become more familiar than the lullabies of mothers. These are places where childhood is interrupted by violence, and where the crack of a rifle has replaced the melodies of traditional songs. What once was a domain of ancestral pride, cultural wisdom, and pastoral rhythm is now scarred by the smoke of gun barrels and the cries of the fallen.</w:t>
      </w:r>
    </w:p>
    <w:p w:rsidR="00823498" w:rsidRPr="00936675" w:rsidRDefault="00823498" w:rsidP="00823498">
      <w:pPr>
        <w:spacing w:line="360" w:lineRule="auto"/>
        <w:jc w:val="both"/>
        <w:rPr>
          <w:rFonts w:cs="Times New Roman"/>
          <w:szCs w:val="24"/>
        </w:rPr>
      </w:pPr>
      <w:r w:rsidRPr="00936675">
        <w:rPr>
          <w:rFonts w:cs="Times New Roman"/>
          <w:szCs w:val="24"/>
        </w:rPr>
        <w:t xml:space="preserve">Today’s youth in Jonglei and GPAA are born into uncertainty. Many of them were delivered in the shadows of war or amid the brief calm after the 2005 Comprehensive Peace Agreement. These were children of promise, born during a hopeful dawn. But the promise quickly dimmed. Instead of toys, they were handed trauma. Instead of playgrounds, they </w:t>
      </w:r>
      <w:r w:rsidRPr="00936675">
        <w:rPr>
          <w:rFonts w:cs="Times New Roman"/>
          <w:szCs w:val="24"/>
        </w:rPr>
        <w:lastRenderedPageBreak/>
        <w:t>were ushered into cattle camps patrolled by armed boys barely older than themselves. Their lullabies became war chants.</w:t>
      </w:r>
    </w:p>
    <w:p w:rsidR="00823498" w:rsidRPr="00936675" w:rsidRDefault="00823498" w:rsidP="00823498">
      <w:pPr>
        <w:spacing w:line="360" w:lineRule="auto"/>
        <w:jc w:val="both"/>
        <w:rPr>
          <w:rFonts w:cs="Times New Roman"/>
          <w:szCs w:val="24"/>
        </w:rPr>
      </w:pPr>
      <w:r w:rsidRPr="00936675">
        <w:rPr>
          <w:rFonts w:cs="Times New Roman"/>
          <w:szCs w:val="24"/>
        </w:rPr>
        <w:t>Their dreams, corrupted by revenge.</w:t>
      </w:r>
    </w:p>
    <w:p w:rsidR="00823498" w:rsidRPr="00936675" w:rsidRDefault="00823498" w:rsidP="00823498">
      <w:pPr>
        <w:spacing w:line="360" w:lineRule="auto"/>
        <w:jc w:val="both"/>
        <w:rPr>
          <w:rFonts w:cs="Times New Roman"/>
          <w:szCs w:val="24"/>
        </w:rPr>
      </w:pPr>
      <w:r w:rsidRPr="00936675">
        <w:rPr>
          <w:rFonts w:cs="Times New Roman"/>
          <w:szCs w:val="24"/>
        </w:rPr>
        <w:t>Each bullet that rips through Jonglei or GPAA does more than claim a life—it erodes a future. It robs a mother of her son, a sister of her brother, a village of its teacher. And it instils in the hearts of children the false belief that power is only achieved through violence. The culture of vengeance leaves no room for healing. The idea of community is replaced by the myth of individual dominance</w:t>
      </w:r>
    </w:p>
    <w:p w:rsidR="00823498" w:rsidRPr="00936675" w:rsidRDefault="00823498" w:rsidP="00823498">
      <w:pPr>
        <w:spacing w:line="360" w:lineRule="auto"/>
        <w:jc w:val="both"/>
        <w:rPr>
          <w:rFonts w:cs="Times New Roman"/>
          <w:szCs w:val="24"/>
        </w:rPr>
      </w:pPr>
      <w:r w:rsidRPr="00936675">
        <w:rPr>
          <w:rFonts w:cs="Times New Roman"/>
          <w:szCs w:val="24"/>
        </w:rPr>
        <w:t>historically, age sets functioned as both governance mechanisms and spiritual contracts between generations. Youth were initiated not merely into adulthood, but into responsibility. An age set was a generational identity that moved through stages together: cattle herding, marriage, warrior service, and eventually elder hood. Each cohort was trained, tested, and spiritually guided by the age group before them. There was discipline, pride, and a clear social role for everyone.</w:t>
      </w:r>
    </w:p>
    <w:p w:rsidR="00823498" w:rsidRPr="00936675" w:rsidRDefault="00823498" w:rsidP="00823498">
      <w:pPr>
        <w:spacing w:line="360" w:lineRule="auto"/>
        <w:jc w:val="both"/>
        <w:rPr>
          <w:rFonts w:cs="Times New Roman"/>
          <w:szCs w:val="24"/>
        </w:rPr>
      </w:pPr>
      <w:r w:rsidRPr="00936675">
        <w:rPr>
          <w:rFonts w:cs="Times New Roman"/>
          <w:szCs w:val="24"/>
        </w:rPr>
        <w:t xml:space="preserve">Elders were custodians of memory and mediators of justice. Youth were defenders of community interests and inheritors of ancestral duty. Together, they formed a continuum of wisdom, </w:t>
      </w:r>
      <w:proofErr w:type="spellStart"/>
      <w:r w:rsidRPr="00936675">
        <w:rPr>
          <w:rFonts w:cs="Times New Roman"/>
          <w:szCs w:val="24"/>
        </w:rPr>
        <w:t>labour</w:t>
      </w:r>
      <w:proofErr w:type="spellEnd"/>
      <w:r w:rsidRPr="00936675">
        <w:rPr>
          <w:rFonts w:cs="Times New Roman"/>
          <w:szCs w:val="24"/>
        </w:rPr>
        <w:t>, and leadership.</w:t>
      </w:r>
    </w:p>
    <w:p w:rsidR="00823498" w:rsidRPr="00936675" w:rsidRDefault="00823498" w:rsidP="00823498">
      <w:pPr>
        <w:spacing w:line="360" w:lineRule="auto"/>
        <w:jc w:val="both"/>
        <w:rPr>
          <w:rFonts w:cs="Times New Roman"/>
          <w:szCs w:val="24"/>
        </w:rPr>
      </w:pPr>
      <w:r w:rsidRPr="00936675">
        <w:rPr>
          <w:rFonts w:cs="Times New Roman"/>
          <w:szCs w:val="24"/>
        </w:rPr>
        <w:t>Modern youth, emboldened by weapons, see themselves as commanders of their own destiny. Many have formed “liberation generations” that view elders and generations before them as weak, corrupt, or obsolete. Meanwhile, elders—disempowered and increasingly sidelined—struggle to assert influence over youth who control armed groups, cattle camps, and local territories.</w:t>
      </w:r>
    </w:p>
    <w:p w:rsidR="00823498" w:rsidRPr="00936675" w:rsidRDefault="00823498" w:rsidP="00823498">
      <w:pPr>
        <w:spacing w:line="360" w:lineRule="auto"/>
        <w:jc w:val="both"/>
        <w:rPr>
          <w:rFonts w:cs="Times New Roman"/>
          <w:szCs w:val="24"/>
        </w:rPr>
      </w:pPr>
      <w:r w:rsidRPr="00936675">
        <w:rPr>
          <w:rFonts w:cs="Times New Roman"/>
          <w:szCs w:val="24"/>
        </w:rPr>
        <w:t>Traditionally, the transition from one age group to another was marked by ritual and mentorship. Younger men were taught discipline, endurance, communal responsibility, and spiritual obedience among the Nuer and the Dinka. The elders guided them not only in cattle keeping or warfare, but in ethics and harmony.</w:t>
      </w:r>
    </w:p>
    <w:p w:rsidR="00823498" w:rsidRPr="00936675" w:rsidRDefault="00823498" w:rsidP="00823498">
      <w:pPr>
        <w:spacing w:line="360" w:lineRule="auto"/>
        <w:jc w:val="both"/>
        <w:rPr>
          <w:rFonts w:cs="Times New Roman"/>
          <w:szCs w:val="24"/>
        </w:rPr>
      </w:pPr>
      <w:r w:rsidRPr="00936675">
        <w:rPr>
          <w:rFonts w:cs="Times New Roman"/>
          <w:szCs w:val="24"/>
        </w:rPr>
        <w:t xml:space="preserve">Among the Murle people, age-set are considered as the de facto ruling groups who must ascent to power by overthrowing their predecessors or the age-set before them. This </w:t>
      </w:r>
      <w:r w:rsidRPr="00936675">
        <w:rPr>
          <w:rFonts w:cs="Times New Roman"/>
          <w:szCs w:val="24"/>
        </w:rPr>
        <w:lastRenderedPageBreak/>
        <w:t>phenomenon is always characterized by bloodshed and violence confrontation between the reigning generation and the opposition generation deemed to succeed them.</w:t>
      </w:r>
    </w:p>
    <w:p w:rsidR="00823498" w:rsidRPr="00936675" w:rsidRDefault="00823498" w:rsidP="00823498">
      <w:pPr>
        <w:spacing w:line="360" w:lineRule="auto"/>
        <w:jc w:val="both"/>
        <w:rPr>
          <w:rFonts w:cs="Times New Roman"/>
          <w:szCs w:val="24"/>
        </w:rPr>
      </w:pPr>
      <w:r w:rsidRPr="00936675">
        <w:rPr>
          <w:rFonts w:cs="Times New Roman"/>
          <w:szCs w:val="24"/>
        </w:rPr>
        <w:t>Creating spaces for intergenerational dialogue that bridge trauma and memory;</w:t>
      </w:r>
    </w:p>
    <w:p w:rsidR="00823498" w:rsidRPr="00936675" w:rsidRDefault="00823498" w:rsidP="00823498">
      <w:pPr>
        <w:spacing w:line="360" w:lineRule="auto"/>
        <w:jc w:val="both"/>
        <w:rPr>
          <w:rFonts w:cs="Times New Roman"/>
          <w:szCs w:val="24"/>
        </w:rPr>
      </w:pPr>
      <w:r w:rsidRPr="00936675">
        <w:rPr>
          <w:rFonts w:cs="Times New Roman"/>
          <w:szCs w:val="24"/>
        </w:rPr>
        <w:t xml:space="preserve">Supporting cultural </w:t>
      </w:r>
      <w:proofErr w:type="spellStart"/>
      <w:r w:rsidRPr="00936675">
        <w:rPr>
          <w:rFonts w:cs="Times New Roman"/>
          <w:szCs w:val="24"/>
        </w:rPr>
        <w:t>centres</w:t>
      </w:r>
      <w:proofErr w:type="spellEnd"/>
      <w:r w:rsidRPr="00936675">
        <w:rPr>
          <w:rFonts w:cs="Times New Roman"/>
          <w:szCs w:val="24"/>
        </w:rPr>
        <w:t xml:space="preserve"> that teach history, customs, and identity; - Empowering chiefs and prophets to re-sanctify the generational pacts that once held communities together.</w:t>
      </w:r>
    </w:p>
    <w:p w:rsidR="00823498" w:rsidRPr="00936675" w:rsidRDefault="00823498" w:rsidP="00823498">
      <w:pPr>
        <w:spacing w:line="360" w:lineRule="auto"/>
        <w:jc w:val="both"/>
        <w:rPr>
          <w:rFonts w:cs="Times New Roman"/>
          <w:szCs w:val="24"/>
        </w:rPr>
      </w:pPr>
      <w:r w:rsidRPr="00936675">
        <w:rPr>
          <w:rFonts w:cs="Times New Roman"/>
          <w:szCs w:val="24"/>
        </w:rPr>
        <w:t>Peace is not an event. It is not a moment frozen in a conference room, nor a headline carried by foreign press. It is not sealed by signatures or guarded by soldiers. Peace, in our context, is a living commitment—a daily choice to build, to forgive, to reconcile, and to believe in something better than revenge. It is a way of life that must rise from the ashes of betrayal, grief, and survival. This book began with the pain of personal loss—the killing of my cousin, A/CDR Isaac Gatluok Riek, and the vow I made to avenge him. From that moment, my journey was shaped by war. Like many boys of my generation, I was conscripted, shaped by ideology, and thrust into battles I did not fully understand. I was raised not in a home but on the move; not by warmth, but by the commands of war. Chapter by chapter, I have laid bare that painful transition from revenge to reason, from soldier to scholar, from hatred to healing.</w:t>
      </w:r>
    </w:p>
    <w:p w:rsidR="00823498" w:rsidRPr="00936675" w:rsidRDefault="00823498" w:rsidP="00823498">
      <w:pPr>
        <w:spacing w:line="360" w:lineRule="auto"/>
        <w:jc w:val="both"/>
        <w:rPr>
          <w:rFonts w:cs="Times New Roman"/>
          <w:szCs w:val="24"/>
        </w:rPr>
      </w:pPr>
      <w:r w:rsidRPr="00936675">
        <w:rPr>
          <w:rFonts w:cs="Times New Roman"/>
          <w:szCs w:val="24"/>
        </w:rPr>
        <w:t>References Index</w:t>
      </w:r>
    </w:p>
    <w:p w:rsidR="00823498" w:rsidRPr="00936675" w:rsidRDefault="00823498" w:rsidP="00823498">
      <w:pPr>
        <w:spacing w:line="360" w:lineRule="auto"/>
        <w:jc w:val="both"/>
        <w:rPr>
          <w:rFonts w:cs="Times New Roman"/>
          <w:szCs w:val="24"/>
        </w:rPr>
      </w:pPr>
    </w:p>
    <w:p w:rsidR="00823498" w:rsidRPr="00936675" w:rsidRDefault="00823498" w:rsidP="00823498">
      <w:pPr>
        <w:spacing w:line="360" w:lineRule="auto"/>
        <w:jc w:val="both"/>
        <w:rPr>
          <w:rFonts w:cs="Times New Roman"/>
          <w:szCs w:val="24"/>
        </w:rPr>
      </w:pPr>
      <w:r w:rsidRPr="00936675">
        <w:rPr>
          <w:rFonts w:cs="Times New Roman"/>
          <w:szCs w:val="24"/>
        </w:rPr>
        <w:t xml:space="preserve">Marks of Identity, Seeds of Peace — Lessons from </w:t>
      </w:r>
      <w:proofErr w:type="spellStart"/>
      <w:r w:rsidRPr="00936675">
        <w:rPr>
          <w:rFonts w:cs="Times New Roman"/>
          <w:szCs w:val="24"/>
        </w:rPr>
        <w:t>Wunlit</w:t>
      </w:r>
      <w:proofErr w:type="spellEnd"/>
      <w:r w:rsidRPr="00936675">
        <w:rPr>
          <w:rFonts w:cs="Times New Roman"/>
          <w:szCs w:val="24"/>
        </w:rPr>
        <w:t>, Warrap, and the Murle Heartlands</w:t>
      </w:r>
    </w:p>
    <w:p w:rsidR="00823498" w:rsidRPr="00936675" w:rsidRDefault="00823498" w:rsidP="00823498">
      <w:pPr>
        <w:spacing w:line="360" w:lineRule="auto"/>
        <w:jc w:val="both"/>
        <w:rPr>
          <w:rFonts w:cs="Times New Roman"/>
          <w:szCs w:val="24"/>
        </w:rPr>
      </w:pPr>
      <w:r w:rsidRPr="00936675">
        <w:rPr>
          <w:rFonts w:cs="Times New Roman"/>
          <w:szCs w:val="24"/>
        </w:rPr>
        <w:t>This book is not the end of a journey but a continuation. It reflects a path that began long before these pages and will continue long after them. What is recorded here are fragments of a larger struggle—a struggle not only for peace, but for dignity, justice, and the rediscovery of our shared humanity.</w:t>
      </w:r>
    </w:p>
    <w:p w:rsidR="00823498" w:rsidRPr="00936675" w:rsidRDefault="00823498" w:rsidP="00823498">
      <w:pPr>
        <w:spacing w:line="360" w:lineRule="auto"/>
        <w:jc w:val="both"/>
        <w:rPr>
          <w:rFonts w:cs="Times New Roman"/>
          <w:szCs w:val="24"/>
        </w:rPr>
      </w:pPr>
      <w:r w:rsidRPr="00936675">
        <w:rPr>
          <w:rFonts w:cs="Times New Roman"/>
          <w:szCs w:val="24"/>
        </w:rPr>
        <w:t xml:space="preserve">I was born into a world already scarred by war. My father, Jacob Mier Mar Jickoak, a devout Christian and trained paramedic, believed that education and service could carve a different path for his children. His vision instilled in me a faith that survival alone was </w:t>
      </w:r>
      <w:r w:rsidRPr="00936675">
        <w:rPr>
          <w:rFonts w:cs="Times New Roman"/>
          <w:szCs w:val="24"/>
        </w:rPr>
        <w:lastRenderedPageBreak/>
        <w:t>never enough; that life must be lived in service of something larger, something enduring. It is that conviction that has carried me through the darkest valleys of conflict, displacement, and loss.</w:t>
      </w:r>
    </w:p>
    <w:p w:rsidR="00823498" w:rsidRPr="00936675" w:rsidRDefault="00823498" w:rsidP="00823498">
      <w:pPr>
        <w:spacing w:line="360" w:lineRule="auto"/>
        <w:jc w:val="both"/>
        <w:rPr>
          <w:rFonts w:cs="Times New Roman"/>
          <w:szCs w:val="24"/>
        </w:rPr>
      </w:pPr>
      <w:r w:rsidRPr="00936675">
        <w:rPr>
          <w:rFonts w:cs="Times New Roman"/>
          <w:szCs w:val="24"/>
        </w:rPr>
        <w:t>The journey chronicled in this book is not about one individual, nor about one organization—it is about communities, voices, and people who refused to surrender to despair. It is about chiefs who mediated when the weight of grief could have silenced them. It is about prophets whose faith mobilized armed youth to lay down their weapons. It is about women who turned kitchens into spaces of resistance and mothers who declared that abducted children would no longer be hidden in their homes. It is about young people, once lost in the chaos of revenge, who are daring to imagine futures as leaders, entrepreneurs, and healers.</w:t>
      </w:r>
    </w:p>
    <w:p w:rsidR="00823498" w:rsidRPr="00936675" w:rsidRDefault="00823498" w:rsidP="00823498">
      <w:pPr>
        <w:spacing w:line="360" w:lineRule="auto"/>
        <w:jc w:val="both"/>
        <w:rPr>
          <w:rFonts w:cs="Times New Roman"/>
          <w:szCs w:val="24"/>
        </w:rPr>
      </w:pPr>
      <w:r w:rsidRPr="00936675">
        <w:rPr>
          <w:rFonts w:cs="Times New Roman"/>
          <w:szCs w:val="24"/>
        </w:rPr>
        <w:t>This book is, above all, a testimony. It testifies that even in the midst of war, there are people committed to life. It testifies that traditions and cultural institutions, when renewed, can become bridges rather than barriers. It testifies that young people are not doomed to repeat the mistakes of their fathers, but can carve out new legacies of coexistence.</w:t>
      </w:r>
    </w:p>
    <w:p w:rsidR="00823498" w:rsidRPr="00936675" w:rsidRDefault="00823498" w:rsidP="00823498">
      <w:pPr>
        <w:spacing w:line="360" w:lineRule="auto"/>
        <w:jc w:val="both"/>
        <w:rPr>
          <w:rFonts w:cs="Times New Roman"/>
          <w:szCs w:val="24"/>
        </w:rPr>
      </w:pPr>
      <w:r w:rsidRPr="00936675">
        <w:rPr>
          <w:rFonts w:cs="Times New Roman"/>
          <w:szCs w:val="24"/>
        </w:rPr>
        <w:t>I write with humility, aware that I am only one witness among many. I am not the first to walk this road, and I will not be the last. The work of peace is a relay: each of us carries the baton for a season, then passes it on. What I offer here is not a conclusion, but a record of the portion of the race I have run so far.</w:t>
      </w:r>
    </w:p>
    <w:p w:rsidR="00823498" w:rsidRPr="00936675" w:rsidRDefault="00823498" w:rsidP="00823498">
      <w:pPr>
        <w:spacing w:line="360" w:lineRule="auto"/>
        <w:jc w:val="both"/>
        <w:rPr>
          <w:rFonts w:cs="Times New Roman"/>
          <w:szCs w:val="24"/>
        </w:rPr>
      </w:pPr>
      <w:r w:rsidRPr="00936675">
        <w:rPr>
          <w:rFonts w:cs="Times New Roman"/>
          <w:szCs w:val="24"/>
        </w:rPr>
        <w:t>To the reader, whether you are from South Sudan or from another part of the world, I extend an invitation. Do not read these stories as if they belong to “others.” Read them as part of our shared human story. For though the names may differ and the rivers may not be familiar, the themes—fear, survival, forgiveness, reconciliation—are universal. We all know what it means to long for safety, to grieve, to hope, and to build again from ruins.</w:t>
      </w:r>
    </w:p>
    <w:p w:rsidR="00823498" w:rsidRPr="00936675" w:rsidRDefault="00823498" w:rsidP="00823498">
      <w:pPr>
        <w:spacing w:line="360" w:lineRule="auto"/>
        <w:jc w:val="both"/>
        <w:rPr>
          <w:rFonts w:cs="Times New Roman"/>
          <w:szCs w:val="24"/>
        </w:rPr>
      </w:pPr>
      <w:r w:rsidRPr="00936675">
        <w:rPr>
          <w:rFonts w:cs="Times New Roman"/>
          <w:szCs w:val="24"/>
        </w:rPr>
        <w:t>If there is one lesson that echoes through these pages, it is this: peace is not a gift to be received; it is a responsibility to be lived. It requires us to look beyond vengeance, beyond tribal boundaries, beyond the narrow interests of politics, and to choose the harder path of dialogue, compromise, and healing.</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I dedicate this book to the ordinary men and women who have shown extraordinary courage in the face of impossible choices. To the mothers who kept families alive in times of hunger and flood. To the chiefs and elders who refused to let anger define their legacy. To the youth who traded cattle guns for fishing nets, hoes, and pens. And to the spiritual leaders—prophets, pastors, and teachers—who dared to call people back to their humanity.</w:t>
      </w:r>
    </w:p>
    <w:p w:rsidR="00823498" w:rsidRPr="00936675" w:rsidRDefault="00823498" w:rsidP="00823498">
      <w:pPr>
        <w:spacing w:line="360" w:lineRule="auto"/>
        <w:jc w:val="both"/>
        <w:rPr>
          <w:rFonts w:cs="Times New Roman"/>
          <w:szCs w:val="24"/>
        </w:rPr>
      </w:pPr>
      <w:r w:rsidRPr="00936675">
        <w:rPr>
          <w:rFonts w:cs="Times New Roman"/>
          <w:szCs w:val="24"/>
        </w:rPr>
        <w:t>Finally, I dedicate it to my children, Nyawaraga and my son, whose futures remind me why this work matters. May they inherit not the scars of war, but the blessings of peace.</w:t>
      </w:r>
    </w:p>
    <w:p w:rsidR="00823498" w:rsidRPr="00936675" w:rsidRDefault="00823498" w:rsidP="00823498">
      <w:pPr>
        <w:spacing w:line="360" w:lineRule="auto"/>
        <w:jc w:val="both"/>
        <w:rPr>
          <w:rFonts w:cs="Times New Roman"/>
          <w:szCs w:val="24"/>
        </w:rPr>
      </w:pPr>
      <w:r w:rsidRPr="00936675">
        <w:rPr>
          <w:rFonts w:cs="Times New Roman"/>
          <w:szCs w:val="24"/>
        </w:rPr>
        <w:t>This is not the end of a journey, but its continuation. May these words travel further than my footsteps ever could, carrying the message that peace is not only possible—it is necessary, and it begins with us.</w:t>
      </w:r>
    </w:p>
    <w:p w:rsidR="00823498" w:rsidRPr="00936675" w:rsidRDefault="00823498" w:rsidP="00823498">
      <w:pPr>
        <w:pStyle w:val="Heading1"/>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Preface</w:t>
      </w:r>
    </w:p>
    <w:p w:rsidR="00823498" w:rsidRPr="00936675" w:rsidRDefault="00823498" w:rsidP="00823498">
      <w:pPr>
        <w:spacing w:line="360" w:lineRule="auto"/>
        <w:jc w:val="both"/>
        <w:rPr>
          <w:rFonts w:cs="Times New Roman"/>
          <w:szCs w:val="24"/>
        </w:rPr>
      </w:pPr>
      <w:r w:rsidRPr="00936675">
        <w:rPr>
          <w:rFonts w:cs="Times New Roman"/>
          <w:szCs w:val="24"/>
        </w:rPr>
        <w:br w:type="page"/>
      </w:r>
    </w:p>
    <w:p w:rsidR="00823498" w:rsidRPr="00936675" w:rsidRDefault="00823498" w:rsidP="00823498">
      <w:pPr>
        <w:spacing w:line="360" w:lineRule="auto"/>
        <w:jc w:val="both"/>
        <w:rPr>
          <w:rFonts w:cs="Times New Roman"/>
          <w:szCs w:val="24"/>
        </w:rPr>
      </w:pPr>
    </w:p>
    <w:p w:rsidR="00823498" w:rsidRPr="00936675" w:rsidRDefault="00823498" w:rsidP="00823498">
      <w:pPr>
        <w:spacing w:line="360" w:lineRule="auto"/>
        <w:jc w:val="both"/>
        <w:rPr>
          <w:rFonts w:cs="Times New Roman"/>
          <w:szCs w:val="24"/>
        </w:rPr>
      </w:pPr>
      <w:r w:rsidRPr="00936675">
        <w:rPr>
          <w:rFonts w:cs="Times New Roman"/>
          <w:szCs w:val="24"/>
        </w:rPr>
        <w:t>The journey of writing this book has been both deeply personal and profoundly spiritual. It reflects not only my work as a peacebuilder but also the lived experiences that shaped me as a son of South Sudan—growing up amid cycles of violence, displacement, and resilience. My late father, Jacob Mier Mar Jickoak, remains my greatest inspiration. His unwavering faith, service to others, and belief that education was the pathway to a brighter future planted in me the conviction that peace is not a distant dream but a responsibility we must embrace. This book is also lovingly dedicated to my children—</w:t>
      </w:r>
      <w:proofErr w:type="spellStart"/>
      <w:r w:rsidRPr="00936675">
        <w:rPr>
          <w:rFonts w:cs="Times New Roman"/>
          <w:szCs w:val="24"/>
        </w:rPr>
        <w:t>Nyagwaraga</w:t>
      </w:r>
      <w:proofErr w:type="spellEnd"/>
      <w:r w:rsidRPr="00936675">
        <w:rPr>
          <w:rFonts w:cs="Times New Roman"/>
          <w:szCs w:val="24"/>
        </w:rPr>
        <w:t xml:space="preserve"> and my son—whose lives remind me daily of why peace cannot wait, and why our struggles must give birth to hope.</w:t>
      </w:r>
    </w:p>
    <w:p w:rsidR="00823498" w:rsidRPr="00936675" w:rsidRDefault="00823498" w:rsidP="00823498">
      <w:pPr>
        <w:spacing w:line="360" w:lineRule="auto"/>
        <w:jc w:val="both"/>
        <w:rPr>
          <w:rFonts w:cs="Times New Roman"/>
          <w:szCs w:val="24"/>
        </w:rPr>
      </w:pPr>
      <w:r w:rsidRPr="00936675">
        <w:rPr>
          <w:rFonts w:cs="Times New Roman"/>
          <w:szCs w:val="24"/>
        </w:rPr>
        <w:t>My hope is that this book will stand as both testimony and guide. It is testimony to the resilience of South Sudanese communities who, despite unimaginable suffering, continue to imagine peace. And it is a guide for future generations, urging them to transform pain into reconciliation, and brokenness into unity. If these words can inspire even a single reader to believe that peace is possible—and to work for it with courage and persistence—then this journey of writing will have served its purpose.</w:t>
      </w:r>
    </w:p>
    <w:p w:rsidR="00823498" w:rsidRPr="00936675" w:rsidRDefault="00823498" w:rsidP="00823498">
      <w:pPr>
        <w:spacing w:line="360" w:lineRule="auto"/>
        <w:jc w:val="both"/>
        <w:rPr>
          <w:rFonts w:cs="Times New Roman"/>
          <w:szCs w:val="24"/>
        </w:rPr>
      </w:pPr>
      <w:r w:rsidRPr="00936675">
        <w:rPr>
          <w:rFonts w:cs="Times New Roman"/>
          <w:szCs w:val="24"/>
        </w:rPr>
        <w:t>Chapter1: Grassroots Ownership and Inclusivity</w:t>
      </w:r>
    </w:p>
    <w:p w:rsidR="00823498" w:rsidRPr="00936675" w:rsidRDefault="00823498" w:rsidP="00823498">
      <w:pPr>
        <w:spacing w:line="360" w:lineRule="auto"/>
        <w:jc w:val="both"/>
        <w:rPr>
          <w:rFonts w:cs="Times New Roman"/>
          <w:szCs w:val="24"/>
        </w:rPr>
      </w:pPr>
      <w:r w:rsidRPr="00936675">
        <w:rPr>
          <w:rFonts w:cs="Times New Roman"/>
          <w:szCs w:val="24"/>
        </w:rPr>
        <w:t>Sustainable peace is not something that can be imported, imposed, or decreed by external actors. It must be cultivated from within, nurtured by the very people whose lives are defined by its absence and whose future depends on its endurance. Grassroots ownership and inclusivity are the fertile soil in which such peace takes root. When communities feel that they are not passive recipients of agreements but the architects of their own future, they defend peace with conviction. And when every voice is included—women, youth, elders, minority clans, and persons with disabilities—peace acquires legitimacy and strength that no external prescription can provide.</w:t>
      </w:r>
    </w:p>
    <w:p w:rsidR="00823498" w:rsidRPr="00936675" w:rsidRDefault="00823498" w:rsidP="00823498">
      <w:pPr>
        <w:spacing w:line="360" w:lineRule="auto"/>
        <w:jc w:val="both"/>
        <w:rPr>
          <w:rFonts w:cs="Times New Roman"/>
          <w:szCs w:val="24"/>
        </w:rPr>
      </w:pPr>
      <w:r w:rsidRPr="00936675">
        <w:rPr>
          <w:rFonts w:cs="Times New Roman"/>
          <w:szCs w:val="24"/>
        </w:rPr>
        <w:t>Voices of Local Ownership</w:t>
      </w:r>
    </w:p>
    <w:p w:rsidR="00823498" w:rsidRPr="00936675" w:rsidRDefault="00823498" w:rsidP="00823498">
      <w:pPr>
        <w:spacing w:line="360" w:lineRule="auto"/>
        <w:jc w:val="both"/>
        <w:rPr>
          <w:rFonts w:cs="Times New Roman"/>
          <w:szCs w:val="24"/>
        </w:rPr>
      </w:pPr>
      <w:r w:rsidRPr="00936675">
        <w:rPr>
          <w:rFonts w:cs="Times New Roman"/>
          <w:szCs w:val="24"/>
        </w:rPr>
        <w:t xml:space="preserve">The clearest demonstrations of grassroots ownership emerge when communities take the lead in shaping the conversations that affect them. Across Jonglei and the Greater Pibor </w:t>
      </w:r>
      <w:r w:rsidRPr="00936675">
        <w:rPr>
          <w:rFonts w:cs="Times New Roman"/>
          <w:szCs w:val="24"/>
        </w:rPr>
        <w:lastRenderedPageBreak/>
        <w:t>Administrative Area (GPAA), this has been evident. Chiefs gather beneath trees, women convene in church halls, and youth deliberate in cattle camps. These familiar spaces—humble, unadorned, yet sacred in their communal authority—become the laboratories of peace.</w:t>
      </w:r>
    </w:p>
    <w:p w:rsidR="00823498" w:rsidRPr="00936675" w:rsidRDefault="00823498" w:rsidP="00823498">
      <w:pPr>
        <w:spacing w:line="360" w:lineRule="auto"/>
        <w:jc w:val="both"/>
        <w:rPr>
          <w:rFonts w:cs="Times New Roman"/>
          <w:szCs w:val="24"/>
        </w:rPr>
      </w:pPr>
      <w:r w:rsidRPr="00936675">
        <w:rPr>
          <w:rFonts w:cs="Times New Roman"/>
          <w:szCs w:val="24"/>
        </w:rPr>
        <w:t>At the Thuokrikna peace meeting in Ayod, one elder articulated this truth with disarming clarity:</w:t>
      </w:r>
    </w:p>
    <w:p w:rsidR="00823498" w:rsidRPr="00936675" w:rsidRDefault="00823498" w:rsidP="00823498">
      <w:pPr>
        <w:spacing w:line="360" w:lineRule="auto"/>
        <w:jc w:val="both"/>
        <w:rPr>
          <w:rFonts w:cs="Times New Roman"/>
          <w:szCs w:val="24"/>
        </w:rPr>
      </w:pPr>
      <w:r w:rsidRPr="00936675">
        <w:rPr>
          <w:rFonts w:cs="Times New Roman"/>
          <w:szCs w:val="24"/>
        </w:rPr>
        <w:t>“We do not want outsiders to come and tell us how to stop fighting. The decision is ours, and if we agree today, our sons will put down the gun tomorrow.”</w:t>
      </w:r>
    </w:p>
    <w:p w:rsidR="00823498" w:rsidRPr="00936675" w:rsidRDefault="00823498" w:rsidP="00823498">
      <w:pPr>
        <w:spacing w:line="360" w:lineRule="auto"/>
        <w:jc w:val="both"/>
        <w:rPr>
          <w:rFonts w:cs="Times New Roman"/>
          <w:szCs w:val="24"/>
        </w:rPr>
      </w:pPr>
      <w:r w:rsidRPr="00936675">
        <w:rPr>
          <w:rFonts w:cs="Times New Roman"/>
          <w:szCs w:val="24"/>
        </w:rPr>
        <w:t>His words underscore a profound reality: peace is strongest when it is claimed by the people themselves. External actors can facilitate, guide, and support, but the covenant of peace belongs to the community. Ownership transforms peace agreements from temporary documents into living traditions that communities defend as part of their identity.</w:t>
      </w:r>
    </w:p>
    <w:p w:rsidR="00823498" w:rsidRPr="00936675" w:rsidRDefault="00823498" w:rsidP="00823498">
      <w:pPr>
        <w:spacing w:line="360" w:lineRule="auto"/>
        <w:jc w:val="both"/>
        <w:rPr>
          <w:rFonts w:cs="Times New Roman"/>
          <w:szCs w:val="24"/>
        </w:rPr>
      </w:pPr>
      <w:r w:rsidRPr="00936675">
        <w:rPr>
          <w:rFonts w:cs="Times New Roman"/>
          <w:szCs w:val="24"/>
        </w:rPr>
        <w:t>Inclusivity as a Safeguard for Justice</w:t>
      </w:r>
    </w:p>
    <w:p w:rsidR="00823498" w:rsidRPr="00936675" w:rsidRDefault="00823498" w:rsidP="00823498">
      <w:pPr>
        <w:spacing w:line="360" w:lineRule="auto"/>
        <w:jc w:val="both"/>
        <w:rPr>
          <w:rFonts w:cs="Times New Roman"/>
          <w:szCs w:val="24"/>
        </w:rPr>
      </w:pPr>
      <w:r w:rsidRPr="00936675">
        <w:rPr>
          <w:rFonts w:cs="Times New Roman"/>
          <w:szCs w:val="24"/>
        </w:rPr>
        <w:t>Ownership alone is not enough. Without inclusivity, ownership can become the privilege of the few—chiefs, elders, or dominant clans—while others remain marginalized. Inclusivity safeguards against this risk by ensuring that all groups, especially those historically silenced, have a place at the table.</w:t>
      </w:r>
    </w:p>
    <w:p w:rsidR="00823498" w:rsidRPr="00936675" w:rsidRDefault="00823498" w:rsidP="00823498">
      <w:pPr>
        <w:spacing w:line="360" w:lineRule="auto"/>
        <w:jc w:val="both"/>
        <w:rPr>
          <w:rFonts w:cs="Times New Roman"/>
          <w:szCs w:val="24"/>
        </w:rPr>
      </w:pPr>
      <w:r w:rsidRPr="00936675">
        <w:rPr>
          <w:rFonts w:cs="Times New Roman"/>
          <w:szCs w:val="24"/>
        </w:rPr>
        <w:t>At the First Jonglei–GPAA Women’s Conference in Juba, Mary Bal Konyi, a Murle mother, spoke words that redefined the moral boundaries of her community: “We have agreed not to take care of abductees brought to our homes so that those who wish to abduct don’t bring them to us.”</w:t>
      </w:r>
    </w:p>
    <w:p w:rsidR="00823498" w:rsidRPr="00936675" w:rsidRDefault="00823498" w:rsidP="00823498">
      <w:pPr>
        <w:spacing w:line="360" w:lineRule="auto"/>
        <w:jc w:val="both"/>
        <w:rPr>
          <w:rFonts w:cs="Times New Roman"/>
          <w:szCs w:val="24"/>
        </w:rPr>
      </w:pPr>
      <w:r w:rsidRPr="00936675">
        <w:rPr>
          <w:rFonts w:cs="Times New Roman"/>
          <w:szCs w:val="24"/>
        </w:rPr>
        <w:t>With this declaration, women turned private households into sanctuaries of resistance against abduction. Kitchens became sites of political courage, and mothers became enforcers of justice in ways that no security force could replicate. Inclusivity here was not symbolic—it reshaped the cultural foundations of society.</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Youth voices, too, are indispensable. In Uror, during follow-up dialogues, a young man reflected on the transformation that inclusion brought to his generation: “When we were excluded, we turned to the gun. But when we are included, we turn to ideas.”</w:t>
      </w:r>
    </w:p>
    <w:p w:rsidR="00823498" w:rsidRPr="00936675" w:rsidRDefault="00823498" w:rsidP="00823498">
      <w:pPr>
        <w:spacing w:line="360" w:lineRule="auto"/>
        <w:jc w:val="both"/>
        <w:rPr>
          <w:rFonts w:cs="Times New Roman"/>
          <w:szCs w:val="24"/>
        </w:rPr>
      </w:pPr>
      <w:r w:rsidRPr="00936675">
        <w:rPr>
          <w:rFonts w:cs="Times New Roman"/>
          <w:szCs w:val="24"/>
        </w:rPr>
        <w:t>His testimony reveals the redirection of energy that inclusion makes possible. Violence loses its appeal when young people are entrusted with roles that give them dignity and influence. Inclusion, therefore, is not merely an ethical imperative; it is a practical strategy for redirecting the restless energy of youth away from destruction and toward creativity.</w:t>
      </w:r>
    </w:p>
    <w:p w:rsidR="00823498" w:rsidRPr="00936675" w:rsidRDefault="00823498" w:rsidP="00823498">
      <w:pPr>
        <w:spacing w:line="360" w:lineRule="auto"/>
        <w:jc w:val="both"/>
        <w:rPr>
          <w:rFonts w:cs="Times New Roman"/>
          <w:szCs w:val="24"/>
        </w:rPr>
      </w:pPr>
      <w:r w:rsidRPr="00936675">
        <w:rPr>
          <w:rFonts w:cs="Times New Roman"/>
          <w:szCs w:val="24"/>
        </w:rPr>
        <w:t>Shared Stewardship for Sustainable Peace</w:t>
      </w:r>
    </w:p>
    <w:p w:rsidR="00823498" w:rsidRPr="00936675" w:rsidRDefault="00823498" w:rsidP="00823498">
      <w:pPr>
        <w:spacing w:line="360" w:lineRule="auto"/>
        <w:jc w:val="both"/>
        <w:rPr>
          <w:rFonts w:cs="Times New Roman"/>
          <w:szCs w:val="24"/>
        </w:rPr>
      </w:pPr>
      <w:r w:rsidRPr="00936675">
        <w:rPr>
          <w:rFonts w:cs="Times New Roman"/>
          <w:szCs w:val="24"/>
        </w:rPr>
        <w:t>Grassroots ownership without inclusivity risks entrenching hierarchy, while inclusivity without ownership risks becoming tokenistic. But when combined, they generate shared stewardship. This balance allows chiefs to lend their authority, women to anchor reconciliation in the rhythms of daily life, youth to mobilize their peers as enforcers of peace, and spiritual leaders to provide the moral compass that sustains collective commitment.</w:t>
      </w:r>
    </w:p>
    <w:p w:rsidR="00823498" w:rsidRPr="00936675" w:rsidRDefault="00823498" w:rsidP="00823498">
      <w:pPr>
        <w:spacing w:line="360" w:lineRule="auto"/>
        <w:jc w:val="both"/>
        <w:rPr>
          <w:rFonts w:cs="Times New Roman"/>
          <w:szCs w:val="24"/>
        </w:rPr>
      </w:pPr>
      <w:r w:rsidRPr="00936675">
        <w:rPr>
          <w:rFonts w:cs="Times New Roman"/>
          <w:szCs w:val="24"/>
        </w:rPr>
        <w:t xml:space="preserve">During the reconciliation between </w:t>
      </w:r>
      <w:proofErr w:type="spellStart"/>
      <w:r w:rsidRPr="00936675">
        <w:rPr>
          <w:rFonts w:cs="Times New Roman"/>
          <w:szCs w:val="24"/>
        </w:rPr>
        <w:t>Cieng-Puol</w:t>
      </w:r>
      <w:proofErr w:type="spellEnd"/>
      <w:r w:rsidRPr="00936675">
        <w:rPr>
          <w:rFonts w:cs="Times New Roman"/>
          <w:szCs w:val="24"/>
        </w:rPr>
        <w:t xml:space="preserve"> and </w:t>
      </w:r>
      <w:proofErr w:type="spellStart"/>
      <w:r w:rsidRPr="00936675">
        <w:rPr>
          <w:rFonts w:cs="Times New Roman"/>
          <w:szCs w:val="24"/>
        </w:rPr>
        <w:t>Cieng-Dumien</w:t>
      </w:r>
      <w:proofErr w:type="spellEnd"/>
      <w:r w:rsidRPr="00936675">
        <w:rPr>
          <w:rFonts w:cs="Times New Roman"/>
          <w:szCs w:val="24"/>
        </w:rPr>
        <w:t xml:space="preserve"> in Nyirol, one chief captured this spirit in words that spoke beyond his community: “We are no longer two families fighting, we are one family protecting our children’s future together.”</w:t>
      </w:r>
    </w:p>
    <w:p w:rsidR="00823498" w:rsidRPr="00936675" w:rsidRDefault="00823498" w:rsidP="00823498">
      <w:pPr>
        <w:spacing w:line="360" w:lineRule="auto"/>
        <w:jc w:val="both"/>
        <w:rPr>
          <w:rFonts w:cs="Times New Roman"/>
          <w:szCs w:val="24"/>
        </w:rPr>
      </w:pPr>
      <w:r w:rsidRPr="00936675">
        <w:rPr>
          <w:rFonts w:cs="Times New Roman"/>
          <w:szCs w:val="24"/>
        </w:rPr>
        <w:t>This sentiment reflects more than a truce—it reflects a transformation of identity. Shared stewardship turns enemies into kin, rivals into allies, and fractured communities into custodians of a common destiny.</w:t>
      </w:r>
    </w:p>
    <w:p w:rsidR="00823498" w:rsidRPr="00936675" w:rsidRDefault="00823498" w:rsidP="00823498">
      <w:pPr>
        <w:spacing w:line="360" w:lineRule="auto"/>
        <w:jc w:val="both"/>
        <w:rPr>
          <w:rFonts w:cs="Times New Roman"/>
          <w:szCs w:val="24"/>
        </w:rPr>
      </w:pPr>
      <w:r w:rsidRPr="00936675">
        <w:rPr>
          <w:rFonts w:cs="Times New Roman"/>
          <w:szCs w:val="24"/>
        </w:rPr>
        <w:t>From Agreement to Belonging</w:t>
      </w:r>
    </w:p>
    <w:p w:rsidR="00823498" w:rsidRPr="00936675" w:rsidRDefault="00823498" w:rsidP="00823498">
      <w:pPr>
        <w:spacing w:line="360" w:lineRule="auto"/>
        <w:jc w:val="both"/>
        <w:rPr>
          <w:rFonts w:cs="Times New Roman"/>
          <w:szCs w:val="24"/>
        </w:rPr>
      </w:pPr>
      <w:r w:rsidRPr="00936675">
        <w:rPr>
          <w:rFonts w:cs="Times New Roman"/>
          <w:szCs w:val="24"/>
        </w:rPr>
        <w:t>True peacebuilding is not only about signing agreements but about embedding them in the social fabric so deeply that they become inseparable from everyday life. Grassroots ownership and inclusivity are the means by which this transformation occurs. They create a sense of belonging, where every individual can see themselves reflected in the structures of peace.</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Belonging is the most powerful antidote to revenge, because it reminds communities that their future is tied to each other’s survival. It transforms peace from a fragile document into a durable way of life. It builds resilience against political storms, economic shocks, and generational mistrust.</w:t>
      </w:r>
    </w:p>
    <w:p w:rsidR="00823498" w:rsidRPr="00936675" w:rsidRDefault="00823498" w:rsidP="00823498">
      <w:pPr>
        <w:spacing w:line="360" w:lineRule="auto"/>
        <w:jc w:val="both"/>
        <w:rPr>
          <w:rFonts w:cs="Times New Roman"/>
          <w:szCs w:val="24"/>
        </w:rPr>
      </w:pPr>
      <w:r w:rsidRPr="00936675">
        <w:rPr>
          <w:rFonts w:cs="Times New Roman"/>
          <w:szCs w:val="24"/>
        </w:rPr>
        <w:t>In the synergy between grassroots ownership and inclusivity lies the promise of a peace that is not fragile but rooted, not temporary but enduring. It is here that South Sudan’s future can be rewritten—from one of cycles of violence to one of shared hope and lasting harmony.</w:t>
      </w:r>
    </w:p>
    <w:p w:rsidR="00823498" w:rsidRPr="00936675" w:rsidRDefault="00823498" w:rsidP="00823498">
      <w:pPr>
        <w:spacing w:line="360" w:lineRule="auto"/>
        <w:jc w:val="both"/>
        <w:rPr>
          <w:rFonts w:cs="Times New Roman"/>
          <w:szCs w:val="24"/>
        </w:rPr>
      </w:pPr>
      <w:r w:rsidRPr="00936675">
        <w:rPr>
          <w:rFonts w:cs="Times New Roman"/>
          <w:szCs w:val="24"/>
        </w:rPr>
        <w:t>Cultural Rituals and the Covenant</w:t>
      </w:r>
    </w:p>
    <w:p w:rsidR="00823498" w:rsidRPr="00936675" w:rsidRDefault="00823498" w:rsidP="00823498">
      <w:pPr>
        <w:spacing w:line="360" w:lineRule="auto"/>
        <w:jc w:val="both"/>
        <w:rPr>
          <w:rFonts w:cs="Times New Roman"/>
          <w:szCs w:val="24"/>
        </w:rPr>
      </w:pPr>
      <w:r w:rsidRPr="00936675">
        <w:rPr>
          <w:rFonts w:cs="Times New Roman"/>
          <w:szCs w:val="24"/>
        </w:rPr>
        <w:t>In South Sudan’s fractured landscape, where mistrust has been inherited through generations of raids, abductions, and revenge killings, words alone are rarely enough to bind communities. Agreements written on paper can be dismissed as temporary, easily broken once outsiders leave. What often gives such agreements weight and longevity is the cultural covenant sealed through ritual—a collective act that transforms human promises into sacred obligations.</w:t>
      </w:r>
    </w:p>
    <w:p w:rsidR="00823498" w:rsidRPr="00936675" w:rsidRDefault="00823498" w:rsidP="00823498">
      <w:pPr>
        <w:spacing w:line="360" w:lineRule="auto"/>
        <w:jc w:val="both"/>
        <w:rPr>
          <w:rFonts w:cs="Times New Roman"/>
          <w:szCs w:val="24"/>
        </w:rPr>
      </w:pPr>
      <w:r w:rsidRPr="00936675">
        <w:rPr>
          <w:rFonts w:cs="Times New Roman"/>
          <w:szCs w:val="24"/>
        </w:rPr>
        <w:t>Rituals as Anchors of Trust</w:t>
      </w:r>
    </w:p>
    <w:p w:rsidR="00823498" w:rsidRPr="00936675" w:rsidRDefault="00823498" w:rsidP="00823498">
      <w:pPr>
        <w:spacing w:line="360" w:lineRule="auto"/>
        <w:jc w:val="both"/>
        <w:rPr>
          <w:rFonts w:cs="Times New Roman"/>
          <w:szCs w:val="24"/>
        </w:rPr>
      </w:pPr>
      <w:r w:rsidRPr="00936675">
        <w:rPr>
          <w:rFonts w:cs="Times New Roman"/>
          <w:szCs w:val="24"/>
        </w:rPr>
        <w:t>For the Nuer, Dinka, Murle, and other communities, rituals are not mere traditions. They are binding expressions of identity and faith, deeply embedded in spiritual cosmologies. When elders slaughter a bull to conclude a dialogue, it is more than a feast—it is a covenant. The blood spilled becomes a witness, the meat shared a symbol of unity, and the act itself a public declaration that breaking peace is not only a betrayal of the community but an offense to God and the ancestors.</w:t>
      </w:r>
    </w:p>
    <w:p w:rsidR="00823498" w:rsidRPr="00936675" w:rsidRDefault="00823498" w:rsidP="00823498">
      <w:pPr>
        <w:spacing w:line="360" w:lineRule="auto"/>
        <w:jc w:val="both"/>
        <w:rPr>
          <w:rFonts w:cs="Times New Roman"/>
          <w:szCs w:val="24"/>
        </w:rPr>
      </w:pPr>
      <w:r w:rsidRPr="00936675">
        <w:rPr>
          <w:rFonts w:cs="Times New Roman"/>
          <w:szCs w:val="24"/>
        </w:rPr>
        <w:t xml:space="preserve">In Lou Nuer culture, for instance, the act of </w:t>
      </w:r>
      <w:proofErr w:type="spellStart"/>
      <w:r w:rsidRPr="00936675">
        <w:rPr>
          <w:rFonts w:cs="Times New Roman"/>
          <w:szCs w:val="24"/>
        </w:rPr>
        <w:t>guur</w:t>
      </w:r>
      <w:proofErr w:type="spellEnd"/>
      <w:r w:rsidRPr="00936675">
        <w:rPr>
          <w:rFonts w:cs="Times New Roman"/>
          <w:szCs w:val="24"/>
        </w:rPr>
        <w:t xml:space="preserve"> (blood covenant) has long been a tool for reconciliation. Two rival groups, having shed each other’s blood in conflict, slaughter a bull together. Each side consumes the meat in a shared meal, signifying that their hostility has ended. Such rituals, while simple, carry more weight than speeches or signatures because they appeal to both cultural and spiritual consciences.</w:t>
      </w:r>
    </w:p>
    <w:p w:rsidR="00823498" w:rsidRPr="00936675" w:rsidRDefault="00823498" w:rsidP="00823498">
      <w:pPr>
        <w:spacing w:line="360" w:lineRule="auto"/>
        <w:jc w:val="both"/>
        <w:rPr>
          <w:rFonts w:cs="Times New Roman"/>
          <w:szCs w:val="24"/>
        </w:rPr>
      </w:pPr>
      <w:r w:rsidRPr="00936675">
        <w:rPr>
          <w:rFonts w:cs="Times New Roman"/>
          <w:szCs w:val="24"/>
        </w:rPr>
        <w:t>The Moral Authority of Ritual</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During dialogues in Ayod and Uror, chiefs and prophets repeatedly emphasized the importance of rituals in sealing peace. One elder explained: “When we slaughter a bull before God, we are not simply agreeing as men. We are binding our children’s future. If one breaks the covenant, his shame will not leave his family.”</w:t>
      </w:r>
    </w:p>
    <w:p w:rsidR="00823498" w:rsidRPr="00936675" w:rsidRDefault="00823498" w:rsidP="00823498">
      <w:pPr>
        <w:spacing w:line="360" w:lineRule="auto"/>
        <w:jc w:val="both"/>
        <w:rPr>
          <w:rFonts w:cs="Times New Roman"/>
          <w:szCs w:val="24"/>
        </w:rPr>
      </w:pPr>
      <w:r w:rsidRPr="00936675">
        <w:rPr>
          <w:rFonts w:cs="Times New Roman"/>
          <w:szCs w:val="24"/>
        </w:rPr>
        <w:t>Here, the ritual serves as a moral safeguard. The covenant is not enforced by police or courts but by the invisible authority of ancestors, spirits, and communal shame. In contexts where state structures are weak, this moral weight is a powerful guarantor of compliance.</w:t>
      </w:r>
    </w:p>
    <w:p w:rsidR="00823498" w:rsidRPr="00936675" w:rsidRDefault="00823498" w:rsidP="00823498">
      <w:pPr>
        <w:spacing w:line="360" w:lineRule="auto"/>
        <w:jc w:val="both"/>
        <w:rPr>
          <w:rFonts w:cs="Times New Roman"/>
          <w:szCs w:val="24"/>
        </w:rPr>
      </w:pPr>
      <w:r w:rsidRPr="00936675">
        <w:rPr>
          <w:rFonts w:cs="Times New Roman"/>
          <w:szCs w:val="24"/>
        </w:rPr>
        <w:t>Women, Youth, and the Covenant of Daily Life</w:t>
      </w:r>
    </w:p>
    <w:p w:rsidR="00823498" w:rsidRPr="00936675" w:rsidRDefault="00823498" w:rsidP="00823498">
      <w:pPr>
        <w:spacing w:line="360" w:lineRule="auto"/>
        <w:jc w:val="both"/>
        <w:rPr>
          <w:rFonts w:cs="Times New Roman"/>
          <w:szCs w:val="24"/>
        </w:rPr>
      </w:pPr>
      <w:r w:rsidRPr="00936675">
        <w:rPr>
          <w:rFonts w:cs="Times New Roman"/>
          <w:szCs w:val="24"/>
        </w:rPr>
        <w:t>While public rituals are often led by chiefs and elders, women and youth embody the covenant in everyday practice. Women reinforce peace by refusing to shelter abductees or by preparing shared meals for reconciled communities. Youth embody the covenant when they escort herders safely across contested grazing lands or commit themselves to dialogue rather than raids. These daily rituals of inclusion transform peace from a single event into a way of life.</w:t>
      </w:r>
    </w:p>
    <w:p w:rsidR="00823498" w:rsidRPr="00936675" w:rsidRDefault="00823498" w:rsidP="00823498">
      <w:pPr>
        <w:spacing w:line="360" w:lineRule="auto"/>
        <w:jc w:val="both"/>
        <w:rPr>
          <w:rFonts w:cs="Times New Roman"/>
          <w:szCs w:val="24"/>
        </w:rPr>
      </w:pPr>
      <w:r w:rsidRPr="00936675">
        <w:rPr>
          <w:rFonts w:cs="Times New Roman"/>
          <w:szCs w:val="24"/>
        </w:rPr>
        <w:t xml:space="preserve">In Nyirol, after a reconciliation between </w:t>
      </w:r>
      <w:proofErr w:type="spellStart"/>
      <w:r w:rsidRPr="00936675">
        <w:rPr>
          <w:rFonts w:cs="Times New Roman"/>
          <w:szCs w:val="24"/>
        </w:rPr>
        <w:t>Cieng-Puol</w:t>
      </w:r>
      <w:proofErr w:type="spellEnd"/>
      <w:r w:rsidRPr="00936675">
        <w:rPr>
          <w:rFonts w:cs="Times New Roman"/>
          <w:szCs w:val="24"/>
        </w:rPr>
        <w:t xml:space="preserve"> and </w:t>
      </w:r>
      <w:proofErr w:type="spellStart"/>
      <w:r w:rsidRPr="00936675">
        <w:rPr>
          <w:rFonts w:cs="Times New Roman"/>
          <w:szCs w:val="24"/>
        </w:rPr>
        <w:t>Cieng-Dumien</w:t>
      </w:r>
      <w:proofErr w:type="spellEnd"/>
      <w:r w:rsidRPr="00936675">
        <w:rPr>
          <w:rFonts w:cs="Times New Roman"/>
          <w:szCs w:val="24"/>
        </w:rPr>
        <w:t>, a woman summarized this spirit by saying: “The bull was slaughtered by the elders, but it is us women who will keep feeding peace in our homes.”</w:t>
      </w:r>
    </w:p>
    <w:p w:rsidR="00823498" w:rsidRPr="00936675" w:rsidRDefault="00823498" w:rsidP="00823498">
      <w:pPr>
        <w:spacing w:line="360" w:lineRule="auto"/>
        <w:jc w:val="both"/>
        <w:rPr>
          <w:rFonts w:cs="Times New Roman"/>
          <w:szCs w:val="24"/>
        </w:rPr>
      </w:pPr>
      <w:r w:rsidRPr="00936675">
        <w:rPr>
          <w:rFonts w:cs="Times New Roman"/>
          <w:szCs w:val="24"/>
        </w:rPr>
        <w:t>Her words reveal that while rituals seal covenants, inclusivity sustains them. Without women’s labor and youth’s enforcement, rituals risk becoming symbolic gestures rather than lived realities.</w:t>
      </w:r>
    </w:p>
    <w:p w:rsidR="00823498" w:rsidRPr="00936675" w:rsidRDefault="00823498" w:rsidP="00823498">
      <w:pPr>
        <w:spacing w:line="360" w:lineRule="auto"/>
        <w:jc w:val="both"/>
        <w:rPr>
          <w:rFonts w:cs="Times New Roman"/>
          <w:szCs w:val="24"/>
        </w:rPr>
      </w:pPr>
      <w:r w:rsidRPr="00936675">
        <w:rPr>
          <w:rFonts w:cs="Times New Roman"/>
          <w:szCs w:val="24"/>
        </w:rPr>
        <w:t>From Symbol to Transformation</w:t>
      </w:r>
    </w:p>
    <w:p w:rsidR="00823498" w:rsidRPr="00936675" w:rsidRDefault="00823498" w:rsidP="00823498">
      <w:pPr>
        <w:spacing w:line="360" w:lineRule="auto"/>
        <w:jc w:val="both"/>
        <w:rPr>
          <w:rFonts w:cs="Times New Roman"/>
          <w:szCs w:val="24"/>
        </w:rPr>
      </w:pPr>
      <w:r w:rsidRPr="00936675">
        <w:rPr>
          <w:rFonts w:cs="Times New Roman"/>
          <w:szCs w:val="24"/>
        </w:rPr>
        <w:t>Cultural rituals do more than preserve tradition—they provide communities with practical mechanisms for overcoming mistrust. They create visible, participatory, and sacred spaces where forgiveness is enacted, not just spoken. They also translate peace into terms communities understand: honor, shame, blessing, and curse. In doing so, rituals bridge the gap between modern peacebuilding processes and ancestral traditions, ensuring that agreements resonate across generations.</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The covenant, therefore, is not simply a cultural artifact; it is a binding force that carries communities beyond revenge. It transforms former enemies into co-owners of a shared destiny, reminding them that their survival depends not on domination but on mutual respect.</w:t>
      </w:r>
    </w:p>
    <w:p w:rsidR="00823498" w:rsidRPr="00936675" w:rsidRDefault="00823498" w:rsidP="00823498">
      <w:pPr>
        <w:spacing w:line="360" w:lineRule="auto"/>
        <w:jc w:val="both"/>
        <w:rPr>
          <w:rFonts w:cs="Times New Roman"/>
          <w:szCs w:val="24"/>
        </w:rPr>
      </w:pPr>
      <w:r w:rsidRPr="00936675">
        <w:rPr>
          <w:rFonts w:cs="Times New Roman"/>
          <w:szCs w:val="24"/>
        </w:rPr>
        <w:t>A Covenant for the Future</w:t>
      </w:r>
    </w:p>
    <w:p w:rsidR="00823498" w:rsidRPr="00936675" w:rsidRDefault="00823498" w:rsidP="00823498">
      <w:pPr>
        <w:spacing w:line="360" w:lineRule="auto"/>
        <w:jc w:val="both"/>
        <w:rPr>
          <w:rFonts w:cs="Times New Roman"/>
          <w:szCs w:val="24"/>
        </w:rPr>
      </w:pPr>
      <w:r w:rsidRPr="00936675">
        <w:rPr>
          <w:rFonts w:cs="Times New Roman"/>
          <w:szCs w:val="24"/>
        </w:rPr>
        <w:t>In a nation still struggling to reconcile its diverse identities, cultural rituals and covenants offer lessons for building sustainable peace. They show that true reconciliation is not achieved only in conference halls or government offices but also in cattle camps, shrines, and village squares. By honoring these practices, peacebuilders acknowledge that culture is not an obstacle to peace but its foundation.</w:t>
      </w:r>
    </w:p>
    <w:p w:rsidR="00823498" w:rsidRPr="00936675" w:rsidRDefault="00823498" w:rsidP="00823498">
      <w:pPr>
        <w:spacing w:line="360" w:lineRule="auto"/>
        <w:jc w:val="both"/>
        <w:rPr>
          <w:rFonts w:cs="Times New Roman"/>
          <w:szCs w:val="24"/>
        </w:rPr>
      </w:pPr>
      <w:r w:rsidRPr="00936675">
        <w:rPr>
          <w:rFonts w:cs="Times New Roman"/>
          <w:szCs w:val="24"/>
        </w:rPr>
        <w:t>If South Sudan’s future is to move beyond cycles of bloodshed, peace must be sealed not only in agreements but also in covenants that communities recognize as sacred. For in the covenant lies the power to turn fragile promises into enduring legacies.</w:t>
      </w:r>
    </w:p>
    <w:p w:rsidR="00823498" w:rsidRPr="00936675" w:rsidRDefault="00823498" w:rsidP="00823498">
      <w:pPr>
        <w:spacing w:line="360" w:lineRule="auto"/>
        <w:jc w:val="both"/>
        <w:rPr>
          <w:rFonts w:cs="Times New Roman"/>
          <w:szCs w:val="24"/>
        </w:rPr>
      </w:pPr>
      <w:r w:rsidRPr="00936675">
        <w:rPr>
          <w:rFonts w:cs="Times New Roman"/>
          <w:szCs w:val="24"/>
        </w:rPr>
        <w:t>Immediate Outcomes</w:t>
      </w:r>
    </w:p>
    <w:p w:rsidR="00823498" w:rsidRPr="00936675" w:rsidRDefault="00823498" w:rsidP="00823498">
      <w:pPr>
        <w:spacing w:line="360" w:lineRule="auto"/>
        <w:jc w:val="both"/>
        <w:rPr>
          <w:rFonts w:cs="Times New Roman"/>
          <w:szCs w:val="24"/>
        </w:rPr>
      </w:pPr>
      <w:r w:rsidRPr="00936675">
        <w:rPr>
          <w:rFonts w:cs="Times New Roman"/>
          <w:szCs w:val="24"/>
        </w:rPr>
        <w:t>Every peace dialogue carries with it uncertainty. Communities arrive bearing long histories of grievance, mistrust, and painful memories of lives lost. Yet, when dialogue is facilitated with sincerity, anchored in cultural values, and inclusive of all voices, it often yields visible and immediate outcomes that reassure participants of the possibility of change. These outcomes may not resolve every issue overnight, but they serve as turning points—seeds of transformation that pave the way for longer-term reconciliation.</w:t>
      </w:r>
    </w:p>
    <w:p w:rsidR="00823498" w:rsidRPr="00936675" w:rsidRDefault="00823498" w:rsidP="00823498">
      <w:pPr>
        <w:spacing w:line="360" w:lineRule="auto"/>
        <w:jc w:val="both"/>
        <w:rPr>
          <w:rFonts w:cs="Times New Roman"/>
          <w:szCs w:val="24"/>
        </w:rPr>
      </w:pPr>
      <w:r w:rsidRPr="00936675">
        <w:rPr>
          <w:rFonts w:cs="Times New Roman"/>
          <w:szCs w:val="24"/>
        </w:rPr>
        <w:t>From Violence to Restraint</w:t>
      </w:r>
    </w:p>
    <w:p w:rsidR="00823498" w:rsidRPr="00936675" w:rsidRDefault="00823498" w:rsidP="00823498">
      <w:pPr>
        <w:spacing w:line="360" w:lineRule="auto"/>
        <w:jc w:val="both"/>
        <w:rPr>
          <w:rFonts w:cs="Times New Roman"/>
          <w:szCs w:val="24"/>
        </w:rPr>
      </w:pPr>
      <w:r w:rsidRPr="00936675">
        <w:rPr>
          <w:rFonts w:cs="Times New Roman"/>
          <w:szCs w:val="24"/>
        </w:rPr>
        <w:t>The first and most visible outcome is often the cessation of hostilities. Communities that were once mobilizing youth for raids or revenge find, in the span of a few days of dialogue, the moral courage to suspend violence. Because such commitments are made in the presence of elders, women, and spiritual leaders, they carry weight that no external enforcement could achieve.</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At Thuokrikna, when the Gawaar and Lou Nuer concluded their dialogue, youth leaders pledged to halt raids and restrain their peers from revenge attacks. One young man declared: “If we go back to raiding, then we have betrayed not only our chiefs but our mothers who are sitting here with us.”</w:t>
      </w:r>
    </w:p>
    <w:p w:rsidR="00823498" w:rsidRPr="00936675" w:rsidRDefault="00823498" w:rsidP="00823498">
      <w:pPr>
        <w:spacing w:line="360" w:lineRule="auto"/>
        <w:jc w:val="both"/>
        <w:rPr>
          <w:rFonts w:cs="Times New Roman"/>
          <w:szCs w:val="24"/>
        </w:rPr>
      </w:pPr>
      <w:r w:rsidRPr="00936675">
        <w:rPr>
          <w:rFonts w:cs="Times New Roman"/>
          <w:szCs w:val="24"/>
        </w:rPr>
        <w:t>Such declarations do more than save lives; they create breathing space for trust to grow and deeper reconciliation to take root.</w:t>
      </w:r>
    </w:p>
    <w:p w:rsidR="00823498" w:rsidRPr="00936675" w:rsidRDefault="00823498" w:rsidP="00823498">
      <w:pPr>
        <w:spacing w:line="360" w:lineRule="auto"/>
        <w:jc w:val="both"/>
        <w:rPr>
          <w:rFonts w:cs="Times New Roman"/>
          <w:szCs w:val="24"/>
        </w:rPr>
      </w:pPr>
      <w:r w:rsidRPr="00936675">
        <w:rPr>
          <w:rFonts w:cs="Times New Roman"/>
          <w:szCs w:val="24"/>
        </w:rPr>
        <w:t>Opening Pathways of Life</w:t>
      </w:r>
    </w:p>
    <w:p w:rsidR="00823498" w:rsidRPr="00936675" w:rsidRDefault="00823498" w:rsidP="00823498">
      <w:pPr>
        <w:spacing w:line="360" w:lineRule="auto"/>
        <w:jc w:val="both"/>
        <w:rPr>
          <w:rFonts w:cs="Times New Roman"/>
          <w:szCs w:val="24"/>
        </w:rPr>
      </w:pPr>
      <w:r w:rsidRPr="00936675">
        <w:rPr>
          <w:rFonts w:cs="Times New Roman"/>
          <w:szCs w:val="24"/>
        </w:rPr>
        <w:t xml:space="preserve">Another tangible outcome is the restoration of safe movement across contested spaces. Roads that had become ambush zones begin to reopen. Markets once feared become accessible again. Women can walk without escort, children return to school, and </w:t>
      </w:r>
      <w:proofErr w:type="gramStart"/>
      <w:r w:rsidRPr="00936675">
        <w:rPr>
          <w:rFonts w:cs="Times New Roman"/>
          <w:szCs w:val="24"/>
        </w:rPr>
        <w:t>herders</w:t>
      </w:r>
      <w:proofErr w:type="gramEnd"/>
      <w:r w:rsidRPr="00936675">
        <w:rPr>
          <w:rFonts w:cs="Times New Roman"/>
          <w:szCs w:val="24"/>
        </w:rPr>
        <w:t xml:space="preserve"> cross borders without anticipating attack. After a dialogue in Uror between rival clans, women testified that—for the first time in years—they were able to walk to nearby villages for trade. These seemingly modest changes carry profound psychological impact: they signal to ordinary people that peace is possible not just in words but in daily life.</w:t>
      </w:r>
    </w:p>
    <w:p w:rsidR="00823498" w:rsidRPr="00936675" w:rsidRDefault="00823498" w:rsidP="00823498">
      <w:pPr>
        <w:spacing w:line="360" w:lineRule="auto"/>
        <w:jc w:val="both"/>
        <w:rPr>
          <w:rFonts w:cs="Times New Roman"/>
          <w:szCs w:val="24"/>
        </w:rPr>
      </w:pPr>
      <w:r w:rsidRPr="00936675">
        <w:rPr>
          <w:rFonts w:cs="Times New Roman"/>
          <w:szCs w:val="24"/>
        </w:rPr>
        <w:t>Acts of Restitution</w:t>
      </w:r>
    </w:p>
    <w:p w:rsidR="00823498" w:rsidRPr="00936675" w:rsidRDefault="00823498" w:rsidP="00823498">
      <w:pPr>
        <w:spacing w:line="360" w:lineRule="auto"/>
        <w:jc w:val="both"/>
        <w:rPr>
          <w:rFonts w:cs="Times New Roman"/>
          <w:szCs w:val="24"/>
        </w:rPr>
      </w:pPr>
      <w:r w:rsidRPr="00936675">
        <w:rPr>
          <w:rFonts w:cs="Times New Roman"/>
          <w:szCs w:val="24"/>
        </w:rPr>
        <w:t xml:space="preserve">In many dialogues, the immediate outcomes include the return of abducted children, women, or stolen cattle. Such acts of restitution carry enormous symbolic and emotional weight. They move peace from abstract commitment to concrete action. During the reconciliation between </w:t>
      </w:r>
      <w:proofErr w:type="spellStart"/>
      <w:r w:rsidRPr="00936675">
        <w:rPr>
          <w:rFonts w:cs="Times New Roman"/>
          <w:szCs w:val="24"/>
        </w:rPr>
        <w:t>Cieng-Puol</w:t>
      </w:r>
      <w:proofErr w:type="spellEnd"/>
      <w:r w:rsidRPr="00936675">
        <w:rPr>
          <w:rFonts w:cs="Times New Roman"/>
          <w:szCs w:val="24"/>
        </w:rPr>
        <w:t xml:space="preserve"> and </w:t>
      </w:r>
      <w:proofErr w:type="spellStart"/>
      <w:r w:rsidRPr="00936675">
        <w:rPr>
          <w:rFonts w:cs="Times New Roman"/>
          <w:szCs w:val="24"/>
        </w:rPr>
        <w:t>Cieng-Dumien</w:t>
      </w:r>
      <w:proofErr w:type="spellEnd"/>
      <w:r w:rsidRPr="00936675">
        <w:rPr>
          <w:rFonts w:cs="Times New Roman"/>
          <w:szCs w:val="24"/>
        </w:rPr>
        <w:t xml:space="preserve"> in Nyirol, chiefs oversaw the handover of abducted children. The moment brought tears to participants and silenced skeptics who doubted the sincerity of the dialogue. Each child returned was not only a restoration of dignity to families but also a living testimony that peace agreements could deliver real change.</w:t>
      </w:r>
    </w:p>
    <w:p w:rsidR="00823498" w:rsidRPr="00936675" w:rsidRDefault="00823498" w:rsidP="00823498">
      <w:pPr>
        <w:spacing w:line="360" w:lineRule="auto"/>
        <w:jc w:val="both"/>
        <w:rPr>
          <w:rFonts w:cs="Times New Roman"/>
          <w:szCs w:val="24"/>
        </w:rPr>
      </w:pPr>
      <w:r w:rsidRPr="00936675">
        <w:rPr>
          <w:rFonts w:cs="Times New Roman"/>
          <w:szCs w:val="24"/>
        </w:rPr>
        <w:t>Rituals and Public Covenants</w:t>
      </w:r>
    </w:p>
    <w:p w:rsidR="00823498" w:rsidRPr="00936675" w:rsidRDefault="00823498" w:rsidP="00823498">
      <w:pPr>
        <w:spacing w:line="360" w:lineRule="auto"/>
        <w:jc w:val="both"/>
        <w:rPr>
          <w:rFonts w:cs="Times New Roman"/>
          <w:szCs w:val="24"/>
        </w:rPr>
      </w:pPr>
      <w:r w:rsidRPr="00936675">
        <w:rPr>
          <w:rFonts w:cs="Times New Roman"/>
          <w:szCs w:val="24"/>
        </w:rPr>
        <w:t xml:space="preserve">Dialogues often culminate in rituals or public statements that affirm unity. Chiefs, elders, and prophets seal covenants with cultural acts such as the slaughter of a bull, which transforms agreements into sacred obligations. At Ayod, after such a ritual, one elder </w:t>
      </w:r>
      <w:r w:rsidRPr="00936675">
        <w:rPr>
          <w:rFonts w:cs="Times New Roman"/>
          <w:szCs w:val="24"/>
        </w:rPr>
        <w:lastRenderedPageBreak/>
        <w:t>proclaimed: “Today we have eaten together. From this meal, let no man rise to fight his brother.”</w:t>
      </w:r>
    </w:p>
    <w:p w:rsidR="00823498" w:rsidRPr="00936675" w:rsidRDefault="00823498" w:rsidP="00823498">
      <w:pPr>
        <w:spacing w:line="360" w:lineRule="auto"/>
        <w:jc w:val="both"/>
        <w:rPr>
          <w:rFonts w:cs="Times New Roman"/>
          <w:szCs w:val="24"/>
        </w:rPr>
      </w:pPr>
      <w:r w:rsidRPr="00936675">
        <w:rPr>
          <w:rFonts w:cs="Times New Roman"/>
          <w:szCs w:val="24"/>
        </w:rPr>
        <w:t>These public declarations resonate deeply within communities. They are remembered, repeated, and passed on as moral reference points whenever tensions threaten to resurface. Unlike written documents that can be ignored, rituals root peace in memory, culture, and spiritual authority.</w:t>
      </w:r>
    </w:p>
    <w:p w:rsidR="00823498" w:rsidRPr="00936675" w:rsidRDefault="00823498" w:rsidP="00823498">
      <w:pPr>
        <w:spacing w:line="360" w:lineRule="auto"/>
        <w:jc w:val="both"/>
        <w:rPr>
          <w:rFonts w:cs="Times New Roman"/>
          <w:szCs w:val="24"/>
        </w:rPr>
      </w:pPr>
      <w:r w:rsidRPr="00936675">
        <w:rPr>
          <w:rFonts w:cs="Times New Roman"/>
          <w:szCs w:val="24"/>
        </w:rPr>
        <w:t>Hope Restored</w:t>
      </w:r>
    </w:p>
    <w:p w:rsidR="00823498" w:rsidRPr="00936675" w:rsidRDefault="00823498" w:rsidP="00823498">
      <w:pPr>
        <w:spacing w:line="360" w:lineRule="auto"/>
        <w:jc w:val="both"/>
        <w:rPr>
          <w:rFonts w:cs="Times New Roman"/>
          <w:szCs w:val="24"/>
        </w:rPr>
      </w:pPr>
      <w:r w:rsidRPr="00936675">
        <w:rPr>
          <w:rFonts w:cs="Times New Roman"/>
          <w:szCs w:val="24"/>
        </w:rPr>
        <w:t>Perhaps the most profound immediate outcome is the renewal of hope. When enemies sit side by side, when mothers denounce abduction, and when youth publicly reject the gun, communities begin to believe that peace is not an illusion. This restoration of confidence is intangible yet indispensable. Without hope, agreements remain fragile. With hope, they become the soil in which enduring peace can be planted.</w:t>
      </w:r>
    </w:p>
    <w:p w:rsidR="00823498" w:rsidRPr="00936675" w:rsidRDefault="00823498" w:rsidP="00823498">
      <w:pPr>
        <w:spacing w:line="360" w:lineRule="auto"/>
        <w:jc w:val="both"/>
        <w:rPr>
          <w:rFonts w:cs="Times New Roman"/>
          <w:szCs w:val="24"/>
        </w:rPr>
      </w:pPr>
      <w:r w:rsidRPr="00936675">
        <w:rPr>
          <w:rFonts w:cs="Times New Roman"/>
          <w:szCs w:val="24"/>
        </w:rPr>
        <w:t>Long-Term Outcomes</w:t>
      </w:r>
    </w:p>
    <w:p w:rsidR="00823498" w:rsidRPr="00936675" w:rsidRDefault="00823498" w:rsidP="00823498">
      <w:pPr>
        <w:spacing w:line="360" w:lineRule="auto"/>
        <w:jc w:val="both"/>
        <w:rPr>
          <w:rFonts w:cs="Times New Roman"/>
          <w:szCs w:val="24"/>
        </w:rPr>
      </w:pPr>
      <w:r w:rsidRPr="00936675">
        <w:rPr>
          <w:rFonts w:cs="Times New Roman"/>
          <w:szCs w:val="24"/>
        </w:rPr>
        <w:t>While immediate outcomes prove that peace is possible in the present, the real measure of dialogue lies in what endures. Long-term outcomes are the deeper fruits of reconciliation—changes in relationships, culture, and memory that last beyond the dialogue itself and continue to shape future generations.</w:t>
      </w:r>
    </w:p>
    <w:p w:rsidR="00823498" w:rsidRPr="00936675" w:rsidRDefault="00823498" w:rsidP="00823498">
      <w:pPr>
        <w:spacing w:line="360" w:lineRule="auto"/>
        <w:jc w:val="both"/>
        <w:rPr>
          <w:rFonts w:cs="Times New Roman"/>
          <w:szCs w:val="24"/>
        </w:rPr>
      </w:pPr>
      <w:proofErr w:type="spellStart"/>
      <w:r w:rsidRPr="00936675">
        <w:rPr>
          <w:rFonts w:cs="Times New Roman"/>
          <w:szCs w:val="24"/>
        </w:rPr>
        <w:t>Wunlit’s</w:t>
      </w:r>
      <w:proofErr w:type="spellEnd"/>
      <w:r w:rsidRPr="00936675">
        <w:rPr>
          <w:rFonts w:cs="Times New Roman"/>
          <w:szCs w:val="24"/>
        </w:rPr>
        <w:t xml:space="preserve"> Moral Compass</w:t>
      </w:r>
    </w:p>
    <w:p w:rsidR="00823498" w:rsidRPr="00936675" w:rsidRDefault="00823498" w:rsidP="00823498">
      <w:pPr>
        <w:spacing w:line="360" w:lineRule="auto"/>
        <w:jc w:val="both"/>
        <w:rPr>
          <w:rFonts w:cs="Times New Roman"/>
          <w:szCs w:val="24"/>
        </w:rPr>
      </w:pPr>
      <w:r w:rsidRPr="00936675">
        <w:rPr>
          <w:rFonts w:cs="Times New Roman"/>
          <w:szCs w:val="24"/>
        </w:rPr>
        <w:t xml:space="preserve">The 1999 </w:t>
      </w:r>
      <w:proofErr w:type="spellStart"/>
      <w:r w:rsidRPr="00936675">
        <w:rPr>
          <w:rFonts w:cs="Times New Roman"/>
          <w:szCs w:val="24"/>
        </w:rPr>
        <w:t>Wunlit</w:t>
      </w:r>
      <w:proofErr w:type="spellEnd"/>
      <w:r w:rsidRPr="00936675">
        <w:rPr>
          <w:rFonts w:cs="Times New Roman"/>
          <w:szCs w:val="24"/>
        </w:rPr>
        <w:t xml:space="preserve"> Covenant between the Nuer and Dinka remains the clearest example of long-term impact. More than a truce, it became a moral compass for grassroots peacebuilding across South Sudan. Its legacy has been repeatedly invoked whenever communities seek to resolve disputes. Chiefs, women, youth, and spiritual leaders look back to </w:t>
      </w:r>
      <w:proofErr w:type="spellStart"/>
      <w:r w:rsidRPr="00936675">
        <w:rPr>
          <w:rFonts w:cs="Times New Roman"/>
          <w:szCs w:val="24"/>
        </w:rPr>
        <w:t>Wunlit</w:t>
      </w:r>
      <w:proofErr w:type="spellEnd"/>
      <w:r w:rsidRPr="00936675">
        <w:rPr>
          <w:rFonts w:cs="Times New Roman"/>
          <w:szCs w:val="24"/>
        </w:rPr>
        <w:t xml:space="preserve"> not only as history but as proof that ordinary people, when empowered, can succeed where governments and armies fail.</w:t>
      </w:r>
    </w:p>
    <w:p w:rsidR="00823498" w:rsidRPr="00936675" w:rsidRDefault="00823498" w:rsidP="00823498">
      <w:pPr>
        <w:spacing w:line="360" w:lineRule="auto"/>
        <w:jc w:val="both"/>
        <w:rPr>
          <w:rFonts w:cs="Times New Roman"/>
          <w:szCs w:val="24"/>
        </w:rPr>
      </w:pPr>
      <w:r w:rsidRPr="00936675">
        <w:rPr>
          <w:rFonts w:cs="Times New Roman"/>
          <w:szCs w:val="24"/>
        </w:rPr>
        <w:t>Transformation and Continuity</w:t>
      </w:r>
    </w:p>
    <w:p w:rsidR="00823498" w:rsidRPr="00936675" w:rsidRDefault="00823498" w:rsidP="00823498">
      <w:pPr>
        <w:spacing w:line="360" w:lineRule="auto"/>
        <w:jc w:val="both"/>
        <w:rPr>
          <w:rFonts w:cs="Times New Roman"/>
          <w:szCs w:val="24"/>
        </w:rPr>
      </w:pPr>
      <w:r w:rsidRPr="00936675">
        <w:rPr>
          <w:rFonts w:cs="Times New Roman"/>
          <w:szCs w:val="24"/>
        </w:rPr>
        <w:t xml:space="preserve">The long-term outcomes of dialogues are best seen in the transformation of relationships. Former enemies begin to see one another not as rivals but as neighbors who share grazing </w:t>
      </w:r>
      <w:r w:rsidRPr="00936675">
        <w:rPr>
          <w:rFonts w:cs="Times New Roman"/>
          <w:szCs w:val="24"/>
        </w:rPr>
        <w:lastRenderedPageBreak/>
        <w:t>lands, rivers, and markets. In Ayod, Uror, and Nyirol, communities that once fought now cooperate to manage cattle movements and trade, or return abducted children as gestures of renewed trust. Over time, these practices establish precedents that shape how conflicts are addressed in the future.</w:t>
      </w:r>
    </w:p>
    <w:p w:rsidR="00823498" w:rsidRPr="00936675" w:rsidRDefault="00823498" w:rsidP="00823498">
      <w:pPr>
        <w:spacing w:line="360" w:lineRule="auto"/>
        <w:jc w:val="both"/>
        <w:rPr>
          <w:rFonts w:cs="Times New Roman"/>
          <w:szCs w:val="24"/>
        </w:rPr>
      </w:pPr>
      <w:r w:rsidRPr="00936675">
        <w:rPr>
          <w:rFonts w:cs="Times New Roman"/>
          <w:szCs w:val="24"/>
        </w:rPr>
        <w:t xml:space="preserve">Equally important is the way dialogues create an enduring memory. Communities recall past successes—whether </w:t>
      </w:r>
      <w:proofErr w:type="spellStart"/>
      <w:r w:rsidRPr="00936675">
        <w:rPr>
          <w:rFonts w:cs="Times New Roman"/>
          <w:szCs w:val="24"/>
        </w:rPr>
        <w:t>Wunlit</w:t>
      </w:r>
      <w:proofErr w:type="spellEnd"/>
      <w:r w:rsidRPr="00936675">
        <w:rPr>
          <w:rFonts w:cs="Times New Roman"/>
          <w:szCs w:val="24"/>
        </w:rPr>
        <w:t xml:space="preserve"> or more recent covenants—and use them as reference points for present disputes. “If we stopped fighting before, we can do it again,” becomes a recurring refrain. This cumulative memory gradually shifts the culture from one of revenge to one of negotiation.</w:t>
      </w:r>
    </w:p>
    <w:p w:rsidR="00823498" w:rsidRPr="00936675" w:rsidRDefault="00823498" w:rsidP="00823498">
      <w:pPr>
        <w:spacing w:line="360" w:lineRule="auto"/>
        <w:jc w:val="both"/>
        <w:rPr>
          <w:rFonts w:cs="Times New Roman"/>
          <w:szCs w:val="24"/>
        </w:rPr>
      </w:pPr>
      <w:r w:rsidRPr="00936675">
        <w:rPr>
          <w:rFonts w:cs="Times New Roman"/>
          <w:szCs w:val="24"/>
        </w:rPr>
        <w:t>A Culture of Belonging</w:t>
      </w:r>
    </w:p>
    <w:p w:rsidR="00823498" w:rsidRPr="00936675" w:rsidRDefault="00823498" w:rsidP="00823498">
      <w:pPr>
        <w:spacing w:line="360" w:lineRule="auto"/>
        <w:jc w:val="both"/>
        <w:rPr>
          <w:rFonts w:cs="Times New Roman"/>
          <w:szCs w:val="24"/>
        </w:rPr>
      </w:pPr>
      <w:r w:rsidRPr="00936675">
        <w:rPr>
          <w:rFonts w:cs="Times New Roman"/>
          <w:szCs w:val="24"/>
        </w:rPr>
        <w:t>Perhaps the most lasting outcome is not any single agreement but the cultivation of a peace ethos. Rituals and spiritual blessings ensure that peace is seen not as temporary compromise but as sacred covenant. To break it is to dishonor ancestors and God. Women reinforce this covenant in their homes, and youth enforce it among their peers. Over time, peace becomes more than an agreement—it becomes part of identity, a culture of belonging that resists cycles of vengeance.</w:t>
      </w:r>
    </w:p>
    <w:p w:rsidR="00823498" w:rsidRPr="00936675" w:rsidRDefault="00823498" w:rsidP="00823498">
      <w:pPr>
        <w:spacing w:line="360" w:lineRule="auto"/>
        <w:jc w:val="both"/>
        <w:rPr>
          <w:rFonts w:cs="Times New Roman"/>
          <w:szCs w:val="24"/>
        </w:rPr>
      </w:pPr>
      <w:r w:rsidRPr="00936675">
        <w:rPr>
          <w:rFonts w:cs="Times New Roman"/>
          <w:szCs w:val="24"/>
        </w:rPr>
        <w:t>Enduring Lessons for Today</w:t>
      </w:r>
    </w:p>
    <w:p w:rsidR="00823498" w:rsidRPr="00936675" w:rsidRDefault="00823498" w:rsidP="00823498">
      <w:pPr>
        <w:spacing w:line="360" w:lineRule="auto"/>
        <w:jc w:val="both"/>
        <w:rPr>
          <w:rFonts w:cs="Times New Roman"/>
          <w:szCs w:val="24"/>
        </w:rPr>
      </w:pPr>
      <w:r w:rsidRPr="00936675">
        <w:rPr>
          <w:rFonts w:cs="Times New Roman"/>
          <w:szCs w:val="24"/>
        </w:rPr>
        <w:t>In the heart of Jonglei and the Greater Pibor Administrative Area, peace is not written in documents alone but in the choices of people who refuse to inherit war. The Inter-Communal Governance Structures (ICGS) were born from this conviction—youth patrolling roads instead of raiding, chiefs enforcing accountability, women transforming grief into leadership, and prophets sanctifying reconciliation.</w:t>
      </w:r>
    </w:p>
    <w:p w:rsidR="00823498" w:rsidRPr="00936675" w:rsidRDefault="00823498" w:rsidP="00823498">
      <w:pPr>
        <w:spacing w:line="360" w:lineRule="auto"/>
        <w:jc w:val="both"/>
        <w:rPr>
          <w:rFonts w:cs="Times New Roman"/>
          <w:szCs w:val="24"/>
        </w:rPr>
      </w:pPr>
      <w:r w:rsidRPr="00936675">
        <w:rPr>
          <w:rFonts w:cs="Times New Roman"/>
          <w:szCs w:val="24"/>
        </w:rPr>
        <w:t>From Juba’s conference halls to village kitchens, communities have shown that peace is a discipline, nurtured daily. Markets reopened where silence once reigned; abducted children were returned, restoring both families and trust. Women declared homes to be sanctuaries of resistance, while youth turned from guns to cooperatives and trades.</w:t>
      </w:r>
    </w:p>
    <w:p w:rsidR="00823498" w:rsidRPr="00936675" w:rsidRDefault="00823498" w:rsidP="00823498">
      <w:pPr>
        <w:spacing w:line="360" w:lineRule="auto"/>
        <w:jc w:val="both"/>
        <w:rPr>
          <w:rFonts w:cs="Times New Roman"/>
          <w:szCs w:val="24"/>
        </w:rPr>
      </w:pPr>
      <w:r w:rsidRPr="00936675">
        <w:rPr>
          <w:rFonts w:cs="Times New Roman"/>
          <w:szCs w:val="24"/>
        </w:rPr>
        <w:t xml:space="preserve">Development became the mother of peace. Livelihoods provided dignity, schools like the envisioned Mal | Door | Ganon High symbolized unity, and rotating women’s conferences </w:t>
      </w:r>
      <w:r w:rsidRPr="00936675">
        <w:rPr>
          <w:rFonts w:cs="Times New Roman"/>
          <w:szCs w:val="24"/>
        </w:rPr>
        <w:lastRenderedPageBreak/>
        <w:t>institutionalized courage. Each step forward was fragile, yet each testified to resilience: every road reopened, every dialogue held, every child returned is a covenant renewed.</w:t>
      </w:r>
    </w:p>
    <w:p w:rsidR="00823498" w:rsidRPr="00936675" w:rsidRDefault="00823498" w:rsidP="00823498">
      <w:pPr>
        <w:spacing w:line="360" w:lineRule="auto"/>
        <w:jc w:val="both"/>
        <w:rPr>
          <w:rFonts w:cs="Times New Roman"/>
          <w:szCs w:val="24"/>
        </w:rPr>
      </w:pPr>
      <w:r w:rsidRPr="00936675">
        <w:rPr>
          <w:rFonts w:cs="Times New Roman"/>
          <w:szCs w:val="24"/>
        </w:rPr>
        <w:t>This journey is treacherous but clear—the drumbeats of war can be replaced by the steady rhythm of reconciliation when communities claim ownership of peace.</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2 – Tonj East in Warrap: Land, Livelihoods, and Struggles for Peace</w:t>
      </w:r>
    </w:p>
    <w:p w:rsidR="00823498" w:rsidRPr="00936675" w:rsidRDefault="00823498" w:rsidP="00823498">
      <w:pPr>
        <w:spacing w:line="360" w:lineRule="auto"/>
        <w:jc w:val="both"/>
        <w:rPr>
          <w:rFonts w:cs="Times New Roman"/>
          <w:szCs w:val="24"/>
        </w:rPr>
      </w:pPr>
      <w:r w:rsidRPr="00936675">
        <w:rPr>
          <w:rFonts w:cs="Times New Roman"/>
          <w:szCs w:val="24"/>
        </w:rPr>
        <w:t>Geography and People of Tonj East</w:t>
      </w:r>
    </w:p>
    <w:p w:rsidR="00823498" w:rsidRPr="00936675" w:rsidRDefault="00823498" w:rsidP="00823498">
      <w:pPr>
        <w:spacing w:line="360" w:lineRule="auto"/>
        <w:jc w:val="both"/>
        <w:rPr>
          <w:rFonts w:cs="Times New Roman"/>
          <w:szCs w:val="24"/>
        </w:rPr>
      </w:pPr>
      <w:r w:rsidRPr="00936675">
        <w:rPr>
          <w:rFonts w:cs="Times New Roman"/>
          <w:szCs w:val="24"/>
        </w:rPr>
        <w:t>Tonj East is a land of paradox and resilience. Its soils are among the most fertile in South Sudan, yielding sorghum, millet, and groundnuts that sustain families and define local diets. Yet this agricultural abundance is fragile—year after year, floods submerge fields, washing away crops and forcing families to flee to higher ground. Rivers and streams, lifelines in the dry season, often swell into destructive torrents during the rains, isolating villages and cutting off trade routes. The geography of Tonj East thus oscillates between provision and devastation, shaping livelihoods through a constant negotiation with nature’s extremes.</w:t>
      </w:r>
    </w:p>
    <w:p w:rsidR="00823498" w:rsidRPr="00936675" w:rsidRDefault="00823498" w:rsidP="00823498">
      <w:pPr>
        <w:spacing w:line="360" w:lineRule="auto"/>
        <w:jc w:val="both"/>
        <w:rPr>
          <w:rFonts w:cs="Times New Roman"/>
          <w:szCs w:val="24"/>
        </w:rPr>
      </w:pPr>
      <w:r w:rsidRPr="00936675">
        <w:rPr>
          <w:rFonts w:cs="Times New Roman"/>
          <w:szCs w:val="24"/>
        </w:rPr>
        <w:t>Villages in Tonj East are not merely clusters of homesteads but are organized around cattle camps, which function as the heartbeat of society. These camps are more than economic centers where livestock are grazed and protected; they are cultural spaces where songs are sung, rituals performed, and kinship ties renewed. In the glow of evening fires, stories are told, and identities are affirmed. Cattle serve as living banks of wealth, repositories of memory, and symbols of continuity. The cattle camp is therefore both a physical and symbolic space, binding generations together through shared labor, tradition, and ceremony.</w:t>
      </w:r>
    </w:p>
    <w:p w:rsidR="00823498" w:rsidRPr="00936675" w:rsidRDefault="00823498" w:rsidP="00823498">
      <w:pPr>
        <w:spacing w:line="360" w:lineRule="auto"/>
        <w:jc w:val="both"/>
        <w:rPr>
          <w:rFonts w:cs="Times New Roman"/>
          <w:szCs w:val="24"/>
        </w:rPr>
      </w:pPr>
      <w:r w:rsidRPr="00936675">
        <w:rPr>
          <w:rFonts w:cs="Times New Roman"/>
          <w:szCs w:val="24"/>
        </w:rPr>
        <w:t xml:space="preserve">For the </w:t>
      </w:r>
      <w:proofErr w:type="spellStart"/>
      <w:r w:rsidRPr="00936675">
        <w:rPr>
          <w:rFonts w:cs="Times New Roman"/>
          <w:szCs w:val="24"/>
        </w:rPr>
        <w:t>Luac</w:t>
      </w:r>
      <w:proofErr w:type="spellEnd"/>
      <w:r w:rsidRPr="00936675">
        <w:rPr>
          <w:rFonts w:cs="Times New Roman"/>
          <w:szCs w:val="24"/>
        </w:rPr>
        <w:t xml:space="preserve">-Jang Dinka of Tonj East, cattle are not simply livestock but the foundation of social order. They embody wealth, serve as bride price that binds families together through marriage, and mark prestige within the community. To understand Tonj East is to recognize this inseparable triad of geography, cattle, and culture. The land provides fertility but also inflicts hardship; cattle embody prosperity but also incite competition and conflict; culture binds people together but also test their resilience in the face of scarcity and strife. In this interplay of abundance and adversity, the people of Tonj East reveal an enduring truth: </w:t>
      </w:r>
      <w:r w:rsidRPr="00936675">
        <w:rPr>
          <w:rFonts w:cs="Times New Roman"/>
          <w:szCs w:val="24"/>
        </w:rPr>
        <w:lastRenderedPageBreak/>
        <w:t>survival is not only about endurance of the land’s tests but also about the strength of cultural bonds that transform hardship into identity and resilience.</w:t>
      </w:r>
    </w:p>
    <w:p w:rsidR="00823498" w:rsidRPr="00936675" w:rsidRDefault="00823498" w:rsidP="00823498">
      <w:pPr>
        <w:spacing w:line="360" w:lineRule="auto"/>
        <w:jc w:val="both"/>
        <w:rPr>
          <w:rFonts w:cs="Times New Roman"/>
          <w:szCs w:val="24"/>
        </w:rPr>
      </w:pPr>
      <w:r w:rsidRPr="00936675">
        <w:rPr>
          <w:rFonts w:cs="Times New Roman"/>
          <w:szCs w:val="24"/>
        </w:rPr>
        <w:t>Livelihoods and struggles in South Sudan, with Warrap in Particular</w:t>
      </w:r>
    </w:p>
    <w:p w:rsidR="00823498" w:rsidRPr="00936675" w:rsidRDefault="00823498" w:rsidP="00823498">
      <w:pPr>
        <w:spacing w:line="360" w:lineRule="auto"/>
        <w:jc w:val="both"/>
        <w:rPr>
          <w:rFonts w:cs="Times New Roman"/>
          <w:szCs w:val="24"/>
        </w:rPr>
      </w:pPr>
      <w:r w:rsidRPr="00936675">
        <w:rPr>
          <w:rFonts w:cs="Times New Roman"/>
          <w:szCs w:val="24"/>
        </w:rPr>
        <w:t>The livelihoods of South Sudanese communities—and Warrap in particular—are diverse yet fragile, shaped by both abundance and vulnerability. In Tonj East and other parts of Warrap, farming remains the backbone of household survival, producing staples such as sorghum, millet, and groundnuts. Yet harvests remain precarious, often dictated by erratic rains, recurrent floods, and devastating droughts. Cattle are equally central, providing milk,</w:t>
      </w:r>
    </w:p>
    <w:p w:rsidR="00823498" w:rsidRPr="00936675" w:rsidRDefault="00823498" w:rsidP="00823498">
      <w:pPr>
        <w:spacing w:line="360" w:lineRule="auto"/>
        <w:jc w:val="both"/>
        <w:rPr>
          <w:rFonts w:cs="Times New Roman"/>
          <w:szCs w:val="24"/>
        </w:rPr>
      </w:pPr>
      <w:r w:rsidRPr="00936675">
        <w:rPr>
          <w:rFonts w:cs="Times New Roman"/>
          <w:szCs w:val="24"/>
        </w:rPr>
        <w:t>Women in Warrap carry the heaviest burdens within this fragile system. They till the fields, care for children, and manage households with limited resources, often while coping with displacement or the absence of men drawn into conflict. Wars and insecurity compound their hardship: markets are disrupted or shut down, freedom of movement becomes restricted, and access to services is curtailed. Communities fall back on subsistence strategies, stretching what little they have to survive. And yet, within this hardship lies remarkable resilience. Families share food with displaced neighbors, extending solidarity even in scarcity. Chiefs continue to mediate disputes, drawing on customary authority to restrain youth and de-escalate tensions. Churches, meanwhile, provide spiritual refuge and moral guidance, speaking against cycles of violence and reminding communities of their shared humanity.</w:t>
      </w:r>
    </w:p>
    <w:p w:rsidR="00823498" w:rsidRPr="00936675" w:rsidRDefault="00823498" w:rsidP="00823498">
      <w:pPr>
        <w:spacing w:line="360" w:lineRule="auto"/>
        <w:jc w:val="both"/>
        <w:rPr>
          <w:rFonts w:cs="Times New Roman"/>
          <w:szCs w:val="24"/>
        </w:rPr>
      </w:pPr>
      <w:r w:rsidRPr="00936675">
        <w:rPr>
          <w:rFonts w:cs="Times New Roman"/>
          <w:szCs w:val="24"/>
        </w:rPr>
        <w:t>This interplay of struggle and resilience defines everyday life in South Sudan, but Warrap stands as a striking example. Here, livelihoods are not merely about survival; they are entangled with identity, culture, and peace. When harvests fail or cattle are stolen, conflict often escalates. Yet when communities come together—through chiefs’ mediation, women’s labor, and churches’ moral voice—Warrap also shows how resilience can be mobilized for reconciliation. In this way, the struggles of Warrap reflect both the vulnerabilities and the enduring strengths of South Sudan as a whole: a society where hardship persists, but where communities continually find ways to survive, adapt, and imagine peace.</w:t>
      </w:r>
    </w:p>
    <w:p w:rsidR="00823498" w:rsidRPr="00936675" w:rsidRDefault="00823498" w:rsidP="00823498">
      <w:pPr>
        <w:spacing w:line="360" w:lineRule="auto"/>
        <w:jc w:val="both"/>
        <w:rPr>
          <w:rFonts w:cs="Times New Roman"/>
          <w:szCs w:val="24"/>
        </w:rPr>
      </w:pPr>
      <w:r w:rsidRPr="00936675">
        <w:rPr>
          <w:rFonts w:cs="Times New Roman"/>
          <w:szCs w:val="24"/>
        </w:rPr>
        <w:t>Farmers and Herders</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The relationship between farmers and herders in Tonj East is a fragile dance of coexistence. In the rainy season, families settle to farm. As the dry season arrives, herders migrate with cattle in search of water and pasture. This seasonal rhythm provides opportunities for cooperation, but it also breeds tension. Cattle may trample crops, while farmers may block migration routes. Chiefs use customary law to mediate such disputes, fining herders or arranging compensation.</w:t>
      </w:r>
    </w:p>
    <w:p w:rsidR="00823498" w:rsidRPr="00936675" w:rsidRDefault="00823498" w:rsidP="00823498">
      <w:pPr>
        <w:spacing w:line="360" w:lineRule="auto"/>
        <w:jc w:val="both"/>
        <w:rPr>
          <w:rFonts w:cs="Times New Roman"/>
          <w:szCs w:val="24"/>
        </w:rPr>
      </w:pPr>
      <w:r w:rsidRPr="00936675">
        <w:rPr>
          <w:rFonts w:cs="Times New Roman"/>
          <w:szCs w:val="24"/>
        </w:rPr>
        <w:t>In times of scarcity, however, these arrangements often collapse. A single incident can trigger violence, drawing youth into spirals of revenge. Yet traditions of cooperation endure. Intermarriage, shared markets, and collective memory of coexistence continue to bind people together, reminding them that peace is not alien to their history but woven into it.</w:t>
      </w:r>
    </w:p>
    <w:p w:rsidR="00823498" w:rsidRPr="00936675" w:rsidRDefault="00823498" w:rsidP="00823498">
      <w:pPr>
        <w:spacing w:line="360" w:lineRule="auto"/>
        <w:jc w:val="both"/>
        <w:rPr>
          <w:rFonts w:cs="Times New Roman"/>
          <w:szCs w:val="24"/>
        </w:rPr>
      </w:pPr>
      <w:r w:rsidRPr="00936675">
        <w:rPr>
          <w:rFonts w:cs="Times New Roman"/>
          <w:szCs w:val="24"/>
        </w:rPr>
        <w:t>Floods and Resilience</w:t>
      </w:r>
    </w:p>
    <w:p w:rsidR="00823498" w:rsidRPr="00936675" w:rsidRDefault="00823498" w:rsidP="00823498">
      <w:pPr>
        <w:spacing w:line="360" w:lineRule="auto"/>
        <w:jc w:val="both"/>
        <w:rPr>
          <w:rFonts w:cs="Times New Roman"/>
          <w:szCs w:val="24"/>
        </w:rPr>
      </w:pPr>
      <w:r w:rsidRPr="00936675">
        <w:rPr>
          <w:rFonts w:cs="Times New Roman"/>
          <w:szCs w:val="24"/>
        </w:rPr>
        <w:t>Floods are both curse and teacher in Tonj East and Warrap. They devastate crops, drown cattle, and displace villages. But they also call forth resilience. Families retreat to higher ground, build temporary shelters, and diversify livelihoods through fishing. Chiefs mediate access to scarce dry-season grazing lands. Women hold families together by salvaging food and caring for children.</w:t>
      </w:r>
    </w:p>
    <w:p w:rsidR="00823498" w:rsidRPr="00936675" w:rsidRDefault="00823498" w:rsidP="00823498">
      <w:pPr>
        <w:spacing w:line="360" w:lineRule="auto"/>
        <w:jc w:val="both"/>
        <w:rPr>
          <w:rFonts w:cs="Times New Roman"/>
          <w:szCs w:val="24"/>
        </w:rPr>
      </w:pPr>
      <w:r w:rsidRPr="00936675">
        <w:rPr>
          <w:rFonts w:cs="Times New Roman"/>
          <w:szCs w:val="24"/>
        </w:rPr>
        <w:t>Floods are interpreted spiritually as well as materially. Elders see them as warnings from ancestors, while pastors frame them as tests of faith. With climate change intensifying floods, displacement has become more frequent and prolonged. Yet adaptation continues: raised granaries protect food from water, fishing cooperatives provide income, and grazing agreements reduce conflict. Floods strip away possessions, but they also generate solidarity and innovation.</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3 – Murle Age-Set Systems: Tradition, Masculinity, and Resilience</w:t>
      </w:r>
    </w:p>
    <w:p w:rsidR="00823498" w:rsidRPr="00936675" w:rsidRDefault="00823498" w:rsidP="00823498">
      <w:pPr>
        <w:spacing w:line="360" w:lineRule="auto"/>
        <w:jc w:val="both"/>
        <w:rPr>
          <w:rFonts w:cs="Times New Roman"/>
          <w:szCs w:val="24"/>
        </w:rPr>
      </w:pPr>
      <w:r w:rsidRPr="00936675">
        <w:rPr>
          <w:rFonts w:cs="Times New Roman"/>
          <w:szCs w:val="24"/>
        </w:rPr>
        <w:t xml:space="preserve">The Murle people of South Sudan, inhabiting the plains of Greater Pibor and the riverine stretches near the Ethiopian border, have preserved one of the most distinctive cultural institutions in the region: the age-set system, known as </w:t>
      </w:r>
      <w:proofErr w:type="spellStart"/>
      <w:r w:rsidRPr="00936675">
        <w:rPr>
          <w:rFonts w:cs="Times New Roman"/>
          <w:szCs w:val="24"/>
        </w:rPr>
        <w:t>buul</w:t>
      </w:r>
      <w:proofErr w:type="spellEnd"/>
      <w:r w:rsidRPr="00936675">
        <w:rPr>
          <w:rFonts w:cs="Times New Roman"/>
          <w:szCs w:val="24"/>
        </w:rPr>
        <w:t xml:space="preserve">. Far from being a relic of the past, the age-set tradition remains a living framework that shapes identity, organizes social </w:t>
      </w:r>
      <w:r w:rsidRPr="00936675">
        <w:rPr>
          <w:rFonts w:cs="Times New Roman"/>
          <w:szCs w:val="24"/>
        </w:rPr>
        <w:lastRenderedPageBreak/>
        <w:t>life, and provides resilience in times of upheaval. For the Murle, the age-set system defines manhood, fosters solidarity, and acts as both shield and compass in a world of uncertainty.</w:t>
      </w:r>
    </w:p>
    <w:p w:rsidR="00823498" w:rsidRPr="00936675" w:rsidRDefault="00823498" w:rsidP="00823498">
      <w:pPr>
        <w:spacing w:line="360" w:lineRule="auto"/>
        <w:jc w:val="both"/>
        <w:rPr>
          <w:rFonts w:cs="Times New Roman"/>
          <w:szCs w:val="24"/>
        </w:rPr>
      </w:pPr>
      <w:r w:rsidRPr="00936675">
        <w:rPr>
          <w:rFonts w:cs="Times New Roman"/>
          <w:szCs w:val="24"/>
        </w:rPr>
        <w:t xml:space="preserve">At the heart of Murle society lies this institution. Every generation of young men is initiated into an age-set that becomes their lifelong identity. Age-sets function as schools of discipline and loyalty, marked by rituals of initiation, scarification, songs, and communal ceremonies. They instill values such as </w:t>
      </w:r>
      <w:proofErr w:type="spellStart"/>
      <w:r w:rsidRPr="00936675">
        <w:rPr>
          <w:rFonts w:cs="Times New Roman"/>
          <w:szCs w:val="24"/>
        </w:rPr>
        <w:t>ɛzɛɛth</w:t>
      </w:r>
      <w:proofErr w:type="spellEnd"/>
      <w:r w:rsidRPr="00936675">
        <w:rPr>
          <w:rFonts w:cs="Times New Roman"/>
          <w:szCs w:val="24"/>
        </w:rPr>
        <w:t xml:space="preserve"> (loyalty) and </w:t>
      </w:r>
      <w:proofErr w:type="spellStart"/>
      <w:r w:rsidRPr="00936675">
        <w:rPr>
          <w:rFonts w:cs="Times New Roman"/>
          <w:szCs w:val="24"/>
        </w:rPr>
        <w:t>ɔrkɔɔr</w:t>
      </w:r>
      <w:proofErr w:type="spellEnd"/>
      <w:r w:rsidRPr="00936675">
        <w:rPr>
          <w:rFonts w:cs="Times New Roman"/>
          <w:szCs w:val="24"/>
        </w:rPr>
        <w:t xml:space="preserve"> (togetherness) as the highest virtues of manhood. Through this framework, the Murle pass on cultural knowledge, teach responsibility, and provide networks of support. Membership endures for life, shaping how men conduct themselves in war, peace, and leadership.</w:t>
      </w:r>
    </w:p>
    <w:p w:rsidR="00823498" w:rsidRPr="00936675" w:rsidRDefault="00823498" w:rsidP="00823498">
      <w:pPr>
        <w:spacing w:line="360" w:lineRule="auto"/>
        <w:jc w:val="both"/>
        <w:rPr>
          <w:rFonts w:cs="Times New Roman"/>
          <w:szCs w:val="24"/>
        </w:rPr>
      </w:pPr>
      <w:r w:rsidRPr="00936675">
        <w:rPr>
          <w:rFonts w:cs="Times New Roman"/>
          <w:szCs w:val="24"/>
        </w:rPr>
        <w:t xml:space="preserve">The story of Paulino Jijiyo, a son of the </w:t>
      </w:r>
      <w:proofErr w:type="spellStart"/>
      <w:r w:rsidRPr="00936675">
        <w:rPr>
          <w:rFonts w:cs="Times New Roman"/>
          <w:szCs w:val="24"/>
        </w:rPr>
        <w:t>Laŋo</w:t>
      </w:r>
      <w:proofErr w:type="spellEnd"/>
      <w:r w:rsidRPr="00936675">
        <w:rPr>
          <w:rFonts w:cs="Times New Roman"/>
          <w:szCs w:val="24"/>
        </w:rPr>
        <w:t xml:space="preserve">, captures this struggle between tradition and modernity. Orphaned by communal violence, Paulino grew up in cattle camps under constant threat of raids. His initiation into the </w:t>
      </w:r>
      <w:proofErr w:type="spellStart"/>
      <w:r w:rsidRPr="00936675">
        <w:rPr>
          <w:rFonts w:cs="Times New Roman"/>
          <w:szCs w:val="24"/>
        </w:rPr>
        <w:t>Laŋo</w:t>
      </w:r>
      <w:proofErr w:type="spellEnd"/>
      <w:r w:rsidRPr="00936675">
        <w:rPr>
          <w:rFonts w:cs="Times New Roman"/>
          <w:szCs w:val="24"/>
        </w:rPr>
        <w:t xml:space="preserve"> gave him both pride and responsibility. Rather than lead his peers into endless cycles of vengeance, he urged them to embrace loyalty and togetherness through unity and discipline. For Paulino, true strength lay not in the number of raids conducted but, in the ability, to hold communities together amidst chaos. His life shows how age-sets are not only instruments of mobilization for conflict but also schools of resilience and vehicles for peace.</w:t>
      </w:r>
    </w:p>
    <w:p w:rsidR="00823498" w:rsidRPr="00936675" w:rsidRDefault="00823498" w:rsidP="00823498">
      <w:pPr>
        <w:spacing w:line="360" w:lineRule="auto"/>
        <w:jc w:val="both"/>
        <w:rPr>
          <w:rFonts w:cs="Times New Roman"/>
          <w:szCs w:val="24"/>
        </w:rPr>
      </w:pPr>
      <w:r w:rsidRPr="00936675">
        <w:rPr>
          <w:rFonts w:cs="Times New Roman"/>
          <w:szCs w:val="24"/>
        </w:rPr>
        <w:t>No story of the Murle can be told without remembering Sultan Ismael Konyi, one of their most influential leaders. Both political and cultural, his authority was rooted in the age-set system. At a time when the Murle suffered deep marginalization, Sultan Ismael drew on the solidarity of age-sets to protect his people, negotiate with outsiders, and preserve Murle traditions. His leadership balanced courage with wisdom, and tradition with adaptation. Even today, his memory is invoked in age-set gatherings as a guide for decisions on whether to raid, defend, or reconcile. His legacy reminds Murle youth that leadership grounded in culture can become a bridge between past and future.</w:t>
      </w:r>
    </w:p>
    <w:p w:rsidR="00823498" w:rsidRPr="00936675" w:rsidRDefault="00823498" w:rsidP="00823498">
      <w:pPr>
        <w:spacing w:line="360" w:lineRule="auto"/>
        <w:jc w:val="both"/>
        <w:rPr>
          <w:rFonts w:cs="Times New Roman"/>
          <w:szCs w:val="24"/>
        </w:rPr>
      </w:pPr>
      <w:r w:rsidRPr="00936675">
        <w:rPr>
          <w:rFonts w:cs="Times New Roman"/>
          <w:szCs w:val="24"/>
        </w:rPr>
        <w:t xml:space="preserve">The Murle experience of masculinity has been shaped by a double reality: cultural pride on one hand, political neglect on the other. Historically sidelined by state structures, the Murle relied on their age-sets to provide social organization. The warrior ideal, while sometimes manipulated into raiding, was fundamentally about sacrifice, endurance, and protection of </w:t>
      </w:r>
      <w:r w:rsidRPr="00936675">
        <w:rPr>
          <w:rFonts w:cs="Times New Roman"/>
          <w:szCs w:val="24"/>
        </w:rPr>
        <w:lastRenderedPageBreak/>
        <w:t xml:space="preserve">kin. For the </w:t>
      </w:r>
      <w:proofErr w:type="spellStart"/>
      <w:r w:rsidRPr="00936675">
        <w:rPr>
          <w:rFonts w:cs="Times New Roman"/>
          <w:szCs w:val="24"/>
        </w:rPr>
        <w:t>Laŋo</w:t>
      </w:r>
      <w:proofErr w:type="spellEnd"/>
      <w:r w:rsidRPr="00936675">
        <w:rPr>
          <w:rFonts w:cs="Times New Roman"/>
          <w:szCs w:val="24"/>
        </w:rPr>
        <w:t xml:space="preserve"> generation, this balance has been especially difficult. They were caught between the expectation of proving manhood through violence and the desire to redefine adulthood through peace. Many resisted the lure of manipulation, choosing instead to preserve cultural values, defend sacred lands, and build alliances across ethnic divides. Their resilience illustrates that age-sets can be instruments not only of conflict but of peace.</w:t>
      </w:r>
    </w:p>
    <w:p w:rsidR="00823498" w:rsidRPr="00936675" w:rsidRDefault="00823498" w:rsidP="00823498">
      <w:pPr>
        <w:spacing w:line="360" w:lineRule="auto"/>
        <w:jc w:val="both"/>
        <w:rPr>
          <w:rFonts w:cs="Times New Roman"/>
          <w:szCs w:val="24"/>
        </w:rPr>
      </w:pPr>
      <w:r w:rsidRPr="00936675">
        <w:rPr>
          <w:rFonts w:cs="Times New Roman"/>
          <w:szCs w:val="24"/>
        </w:rPr>
        <w:t>Indeed, the adaptability of the age-set system is one of its greatest strengths. In the absence of strong state institutions, age-sets function as de facto governance structures—mobilizing labor for community projects, organizing collective defense, and mediating disputes. They provide social security, ensuring no member is abandoned in times of crisis. Increasingly, Murle age-sets have engaged in cross-border peace efforts, forging alliances with age-mates in neighboring communities to prevent violence and return abducted children. In this way, a system once stigmatized as a driver of conflict has demonstrated its capacity to evolve into a framework of resilience and reconciliation.</w:t>
      </w:r>
    </w:p>
    <w:p w:rsidR="00823498" w:rsidRPr="00936675" w:rsidRDefault="00823498" w:rsidP="00823498">
      <w:pPr>
        <w:spacing w:line="360" w:lineRule="auto"/>
        <w:jc w:val="both"/>
        <w:rPr>
          <w:rFonts w:cs="Times New Roman"/>
          <w:szCs w:val="24"/>
        </w:rPr>
      </w:pPr>
      <w:r w:rsidRPr="00936675">
        <w:rPr>
          <w:rFonts w:cs="Times New Roman"/>
          <w:szCs w:val="24"/>
        </w:rPr>
        <w:t xml:space="preserve">The Murle age-set system is, at its core, a mirror of resilience, tradition, and transformation. Outsiders may see only images of armed youth, but its deeper function lies in organizing society, instilling values, and sustaining identity in the face of marginalization. The </w:t>
      </w:r>
      <w:proofErr w:type="spellStart"/>
      <w:r w:rsidRPr="00936675">
        <w:rPr>
          <w:rFonts w:cs="Times New Roman"/>
          <w:szCs w:val="24"/>
        </w:rPr>
        <w:t>Laŋo</w:t>
      </w:r>
      <w:proofErr w:type="spellEnd"/>
      <w:r w:rsidRPr="00936675">
        <w:rPr>
          <w:rFonts w:cs="Times New Roman"/>
          <w:szCs w:val="24"/>
        </w:rPr>
        <w:t xml:space="preserve"> generation, exemplified by leaders such as Paulino Jijiyo, demonstrates that age-sets can be harnessed for peace rather than violence. The enduring memory of Sultan Ismael </w:t>
      </w:r>
      <w:proofErr w:type="spellStart"/>
      <w:r w:rsidRPr="00936675">
        <w:rPr>
          <w:rFonts w:cs="Times New Roman"/>
          <w:szCs w:val="24"/>
        </w:rPr>
        <w:t>Konyi</w:t>
      </w:r>
      <w:proofErr w:type="spellEnd"/>
      <w:r w:rsidRPr="00936675">
        <w:rPr>
          <w:rFonts w:cs="Times New Roman"/>
          <w:szCs w:val="24"/>
        </w:rPr>
        <w:t xml:space="preserve"> further illustrates how cultural leadership can navigate the intersection of tradition and change.</w:t>
      </w:r>
    </w:p>
    <w:p w:rsidR="00823498" w:rsidRPr="00936675" w:rsidRDefault="00823498" w:rsidP="00823498">
      <w:pPr>
        <w:spacing w:line="360" w:lineRule="auto"/>
        <w:jc w:val="both"/>
        <w:rPr>
          <w:rFonts w:cs="Times New Roman"/>
          <w:szCs w:val="24"/>
        </w:rPr>
      </w:pPr>
      <w:r w:rsidRPr="00936675">
        <w:rPr>
          <w:rFonts w:cs="Times New Roman"/>
          <w:szCs w:val="24"/>
        </w:rPr>
        <w:t>For South Sudan, the lesson is clear: peacebuilding must recognize and empower cultural institutions like age-sets, not dismiss them as relics. They are not simply vestiges of the past but living engines of resilience, identity, and hope. When engaged with respect and creativity, age-sets can become powerful allies in transforming cycles of violence into pathways of peace.</w:t>
      </w:r>
    </w:p>
    <w:p w:rsidR="00823498" w:rsidRPr="00936675" w:rsidRDefault="00823498" w:rsidP="00823498">
      <w:pPr>
        <w:spacing w:line="360" w:lineRule="auto"/>
        <w:jc w:val="both"/>
        <w:rPr>
          <w:rFonts w:cs="Times New Roman"/>
          <w:szCs w:val="24"/>
        </w:rPr>
      </w:pPr>
      <w:r w:rsidRPr="00936675">
        <w:rPr>
          <w:rFonts w:cs="Times New Roman"/>
          <w:szCs w:val="24"/>
        </w:rPr>
        <w:t xml:space="preserve">Yet as South Sudan moved through decades of war, displacement, and modern pressures, the meaning of these cultural imprints shifted. Once symbols of honor, they began to carry the weight of loss and exile. Displacement tore youth from their traditions, leaving scars that now testified as much to survival as to heritage. In refugee camps, scars sometimes </w:t>
      </w:r>
      <w:r w:rsidRPr="00936675">
        <w:rPr>
          <w:rFonts w:cs="Times New Roman"/>
          <w:szCs w:val="24"/>
        </w:rPr>
        <w:lastRenderedPageBreak/>
        <w:t>marked one as “the other,” provoking stigma rather than pride. The brutal violence of conflict also layered new wounds on bodies already marked, transforming skin into a ledger of pain, endurance, and resilience. What was once celebratory became a reminder of tragedy, as war replaced initiation rituals with forced marks of suffering.</w:t>
      </w:r>
    </w:p>
    <w:p w:rsidR="00823498" w:rsidRPr="00936675" w:rsidRDefault="00823498" w:rsidP="00823498">
      <w:pPr>
        <w:spacing w:line="360" w:lineRule="auto"/>
        <w:jc w:val="both"/>
        <w:rPr>
          <w:rFonts w:cs="Times New Roman"/>
          <w:szCs w:val="24"/>
        </w:rPr>
      </w:pPr>
      <w:r w:rsidRPr="00936675">
        <w:rPr>
          <w:rFonts w:cs="Times New Roman"/>
          <w:szCs w:val="24"/>
        </w:rPr>
        <w:t>Changing Meanings in Times of Conflict</w:t>
      </w:r>
    </w:p>
    <w:p w:rsidR="00823498" w:rsidRPr="00936675" w:rsidRDefault="00823498" w:rsidP="00823498">
      <w:pPr>
        <w:spacing w:line="360" w:lineRule="auto"/>
        <w:jc w:val="both"/>
        <w:rPr>
          <w:rFonts w:cs="Times New Roman"/>
          <w:szCs w:val="24"/>
        </w:rPr>
      </w:pPr>
      <w:r w:rsidRPr="00936675">
        <w:rPr>
          <w:rFonts w:cs="Times New Roman"/>
          <w:szCs w:val="24"/>
        </w:rPr>
        <w:t>Anthropologists have described such conditions as waithood—a prolonged suspension between childhood and adulthood, characteristic of societies trapped in turmoil. In South Sudan, scars became less about the passage into manhood and more about navigating this uncertain limbo. For many youths, carving marks on their bodies was not just ritual but rebellion—an act of defiance against invisibility in a fractured nation. To scar oneself in this way was to refuse silence, to inscribe dignity upon the skin in contexts where futures seemed stolen by war. The marks were paradoxical: signs of vulnerability, expressing loss and longing, yet also symbols of aspiration, declaring a determination to be seen, counted, and respected.</w:t>
      </w:r>
    </w:p>
    <w:p w:rsidR="00823498" w:rsidRPr="00936675" w:rsidRDefault="00823498" w:rsidP="00823498">
      <w:pPr>
        <w:spacing w:line="360" w:lineRule="auto"/>
        <w:jc w:val="both"/>
        <w:rPr>
          <w:rFonts w:cs="Times New Roman"/>
          <w:szCs w:val="24"/>
        </w:rPr>
      </w:pPr>
      <w:r w:rsidRPr="00936675">
        <w:rPr>
          <w:rFonts w:cs="Times New Roman"/>
          <w:szCs w:val="24"/>
        </w:rPr>
        <w:t>Women, Beauty, and Transformation</w:t>
      </w:r>
    </w:p>
    <w:p w:rsidR="00823498" w:rsidRPr="00936675" w:rsidRDefault="00823498" w:rsidP="00823498">
      <w:pPr>
        <w:spacing w:line="360" w:lineRule="auto"/>
        <w:jc w:val="both"/>
        <w:rPr>
          <w:rFonts w:cs="Times New Roman"/>
          <w:szCs w:val="24"/>
        </w:rPr>
      </w:pPr>
      <w:r w:rsidRPr="00936675">
        <w:rPr>
          <w:rFonts w:cs="Times New Roman"/>
          <w:szCs w:val="24"/>
        </w:rPr>
        <w:t>Today, many South Sudanese women reinterpret their scars in ways that empower rather than stigmatize. What were once bodily decorations have become symbols of strength, resilience, and embodied authority. In peace gatherings, women often draw upon their scars to claim moral weight, reminding communities and leaders of the collective suffering women have endured. The body itself becomes a text of memory and resilience, bridging past traditions with present struggles. Through this transformation, scars shift from symbols of fertility or attractiveness to emblems of endurance and voice, enabling women to assert themselves not just as survivors of conflict but as custodians of memory and agents of peace.</w:t>
      </w:r>
    </w:p>
    <w:p w:rsidR="00823498" w:rsidRPr="00936675" w:rsidRDefault="00823498" w:rsidP="00823498">
      <w:pPr>
        <w:spacing w:line="360" w:lineRule="auto"/>
        <w:jc w:val="both"/>
        <w:rPr>
          <w:rFonts w:cs="Times New Roman"/>
          <w:szCs w:val="24"/>
        </w:rPr>
      </w:pPr>
      <w:r w:rsidRPr="00936675">
        <w:rPr>
          <w:rFonts w:cs="Times New Roman"/>
          <w:szCs w:val="24"/>
        </w:rPr>
        <w:t>Cross-Community Lessons</w:t>
      </w:r>
    </w:p>
    <w:p w:rsidR="00823498" w:rsidRPr="00936675" w:rsidRDefault="00823498" w:rsidP="00823498">
      <w:pPr>
        <w:spacing w:line="360" w:lineRule="auto"/>
        <w:jc w:val="both"/>
        <w:rPr>
          <w:rFonts w:cs="Times New Roman"/>
          <w:szCs w:val="24"/>
        </w:rPr>
      </w:pPr>
      <w:r w:rsidRPr="00936675">
        <w:rPr>
          <w:rFonts w:cs="Times New Roman"/>
          <w:szCs w:val="24"/>
        </w:rPr>
        <w:t xml:space="preserve">In this reframing, the human body itself becomes more than a vessel of pain or memory—it becomes a living archive of shared resilience. Each scar, whether chosen in ritual or borne from conflict, is part of a wider story of survival and solidarity. When seen through </w:t>
      </w:r>
      <w:r w:rsidRPr="00936675">
        <w:rPr>
          <w:rFonts w:cs="Times New Roman"/>
          <w:szCs w:val="24"/>
        </w:rPr>
        <w:lastRenderedPageBreak/>
        <w:t>this lens, bodies no longer stand as boundaries between “us” and “them,” but as maps of unity, imprinted with the wounds of war yet carrying the possibility of peace.</w:t>
      </w:r>
    </w:p>
    <w:p w:rsidR="00823498" w:rsidRPr="00936675" w:rsidRDefault="00823498" w:rsidP="00823498">
      <w:pPr>
        <w:spacing w:line="360" w:lineRule="auto"/>
        <w:jc w:val="both"/>
        <w:rPr>
          <w:rFonts w:cs="Times New Roman"/>
          <w:szCs w:val="24"/>
        </w:rPr>
      </w:pPr>
      <w:r w:rsidRPr="00936675">
        <w:rPr>
          <w:rFonts w:cs="Times New Roman"/>
          <w:szCs w:val="24"/>
        </w:rPr>
        <w:t>Environmental and Social Pressures</w:t>
      </w:r>
    </w:p>
    <w:p w:rsidR="00823498" w:rsidRPr="00936675" w:rsidRDefault="00823498" w:rsidP="00823498">
      <w:pPr>
        <w:spacing w:line="360" w:lineRule="auto"/>
        <w:jc w:val="both"/>
        <w:rPr>
          <w:rFonts w:cs="Times New Roman"/>
          <w:szCs w:val="24"/>
        </w:rPr>
      </w:pPr>
      <w:r w:rsidRPr="00936675">
        <w:rPr>
          <w:rFonts w:cs="Times New Roman"/>
          <w:szCs w:val="24"/>
        </w:rPr>
        <w:t>Yet these changes also carry opportunities. By blending old and new, communities can adapt without abandoning their essence. A youth without scars can still claim courage through music, education, or activism. Identity is no longer bound to the knife but remains a living, evolving force. Peacebuilding efforts must therefore recognize identity as dynamic, shaped by pressures but also capable of nurturing unity.</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5 – The Women’s Covenant of Peace: Jonglei–GPAA Voices</w:t>
      </w:r>
    </w:p>
    <w:p w:rsidR="00823498" w:rsidRPr="00936675" w:rsidRDefault="00823498" w:rsidP="00823498">
      <w:pPr>
        <w:spacing w:line="360" w:lineRule="auto"/>
        <w:jc w:val="both"/>
        <w:rPr>
          <w:rFonts w:cs="Times New Roman"/>
          <w:szCs w:val="24"/>
        </w:rPr>
      </w:pPr>
      <w:r w:rsidRPr="00936675">
        <w:rPr>
          <w:rFonts w:cs="Times New Roman"/>
          <w:szCs w:val="24"/>
        </w:rPr>
        <w:t>A Gathering of Hope</w:t>
      </w:r>
    </w:p>
    <w:p w:rsidR="00823498" w:rsidRPr="00936675" w:rsidRDefault="00823498" w:rsidP="00823498">
      <w:pPr>
        <w:spacing w:line="360" w:lineRule="auto"/>
        <w:jc w:val="both"/>
        <w:rPr>
          <w:rFonts w:cs="Times New Roman"/>
          <w:szCs w:val="24"/>
        </w:rPr>
      </w:pPr>
      <w:r w:rsidRPr="00936675">
        <w:rPr>
          <w:rFonts w:cs="Times New Roman"/>
          <w:szCs w:val="24"/>
        </w:rPr>
        <w:t xml:space="preserve">This was not an ordinary conference. It was structured deliberately as a space for women, by women. No men were admitted. The design was radical in its simplicity and profound in its implications. At last, women could speak without interruption, name their pain without fear of dismissal, and shape resolutions with the full weight of their lived experiences. Stories that had once been whispered in kitchens or exchanged at </w:t>
      </w:r>
      <w:proofErr w:type="spellStart"/>
      <w:r w:rsidRPr="00936675">
        <w:rPr>
          <w:rFonts w:cs="Times New Roman"/>
          <w:szCs w:val="24"/>
        </w:rPr>
        <w:t>riversides</w:t>
      </w:r>
      <w:proofErr w:type="spellEnd"/>
      <w:r w:rsidRPr="00936675">
        <w:rPr>
          <w:rFonts w:cs="Times New Roman"/>
          <w:szCs w:val="24"/>
        </w:rPr>
        <w:t xml:space="preserve"> now took center stage. Women spoke of abduction not as statistics but as wounds in their homes. They described the emptiness of villages after raids, the weight of burying sons, and the resilience of raising orphans not of their blood but of their compass.</w:t>
      </w:r>
    </w:p>
    <w:p w:rsidR="00823498" w:rsidRPr="00936675" w:rsidRDefault="00823498" w:rsidP="00823498">
      <w:pPr>
        <w:spacing w:line="360" w:lineRule="auto"/>
        <w:jc w:val="both"/>
        <w:rPr>
          <w:rFonts w:cs="Times New Roman"/>
          <w:szCs w:val="24"/>
        </w:rPr>
      </w:pPr>
      <w:r w:rsidRPr="00936675">
        <w:rPr>
          <w:rFonts w:cs="Times New Roman"/>
          <w:szCs w:val="24"/>
        </w:rPr>
        <w:t>What happened in Juba was both symbolic and practical. Symbolic because it challenged patriarchal assumptions that peace is negotiated only by chiefs, elders, and armed youth. Practical because the commitments made—reporting abducted children, rejecting cattle raids, and strengthening inter-communal cooperation—translated into concrete steps toward preventing future violence. The Bridges of Peace conference reframed women not as victims of conflict but as indispensable architects of sustainable peace. Their unity across ethnic divides demonstrated a profound truth: where men had often struggled to negotiate ceasefires, women could weave bonds of trust grounded in the shared experiences of loss, care, and hope.</w:t>
      </w:r>
    </w:p>
    <w:p w:rsidR="00823498" w:rsidRPr="00936675" w:rsidRDefault="00823498" w:rsidP="00823498">
      <w:pPr>
        <w:spacing w:line="360" w:lineRule="auto"/>
        <w:jc w:val="both"/>
        <w:rPr>
          <w:rFonts w:cs="Times New Roman"/>
          <w:szCs w:val="24"/>
        </w:rPr>
      </w:pPr>
      <w:r w:rsidRPr="00936675">
        <w:rPr>
          <w:rFonts w:cs="Times New Roman"/>
          <w:szCs w:val="24"/>
        </w:rPr>
        <w:t>Songs, Dances, and the Language of Peace</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The conference began not with formal speeches or declarations, but with cultural rituals—songs, dances, and greetings exchanged in multiple languages. Dinka women welcomed Murle women with the word “</w:t>
      </w:r>
      <w:proofErr w:type="spellStart"/>
      <w:r w:rsidRPr="00936675">
        <w:rPr>
          <w:rFonts w:cs="Times New Roman"/>
          <w:szCs w:val="24"/>
        </w:rPr>
        <w:t>Kudual</w:t>
      </w:r>
      <w:proofErr w:type="spellEnd"/>
      <w:r w:rsidRPr="00936675">
        <w:rPr>
          <w:rFonts w:cs="Times New Roman"/>
          <w:szCs w:val="24"/>
        </w:rPr>
        <w:t>,” Murle women responded warmly with “</w:t>
      </w:r>
      <w:proofErr w:type="spellStart"/>
      <w:r w:rsidRPr="00936675">
        <w:rPr>
          <w:rFonts w:cs="Times New Roman"/>
          <w:szCs w:val="24"/>
        </w:rPr>
        <w:t>Abuna’nu</w:t>
      </w:r>
      <w:proofErr w:type="spellEnd"/>
      <w:r w:rsidRPr="00936675">
        <w:rPr>
          <w:rFonts w:cs="Times New Roman"/>
          <w:szCs w:val="24"/>
        </w:rPr>
        <w:t xml:space="preserve">,” and Nuer women added “Ci </w:t>
      </w:r>
      <w:proofErr w:type="spellStart"/>
      <w:r w:rsidRPr="00936675">
        <w:rPr>
          <w:rFonts w:cs="Times New Roman"/>
          <w:szCs w:val="24"/>
        </w:rPr>
        <w:t>locda</w:t>
      </w:r>
      <w:proofErr w:type="spellEnd"/>
      <w:r w:rsidRPr="00936675">
        <w:rPr>
          <w:rFonts w:cs="Times New Roman"/>
          <w:szCs w:val="24"/>
        </w:rPr>
        <w:t xml:space="preserve"> teeth.” At first glance, these may have seemed like simple gestures of courtesy. Yet, in a region long scarred by cycles of ethnic hatred, the act of speaking another’s language carried profound meaning. It was an acknowledgment of shared humanity, a quiet but revolutionary declaration that difference does not equate to enmity. Through rhythm, melody, and embodied movement, </w:t>
      </w:r>
      <w:proofErr w:type="gramStart"/>
      <w:r w:rsidRPr="00936675">
        <w:rPr>
          <w:rFonts w:cs="Times New Roman"/>
          <w:szCs w:val="24"/>
        </w:rPr>
        <w:t>women built</w:t>
      </w:r>
      <w:proofErr w:type="gramEnd"/>
      <w:r w:rsidRPr="00936675">
        <w:rPr>
          <w:rFonts w:cs="Times New Roman"/>
          <w:szCs w:val="24"/>
        </w:rPr>
        <w:t xml:space="preserve"> bridges across divides where political negotiations had often faltered. These cultural exchanges reminded participants that peace does not only emerge in official documents; it can be born in the simple act of recognition, hospitality, and shared joy.</w:t>
      </w:r>
    </w:p>
    <w:p w:rsidR="00823498" w:rsidRPr="00936675" w:rsidRDefault="00823498" w:rsidP="00823498">
      <w:pPr>
        <w:spacing w:line="360" w:lineRule="auto"/>
        <w:jc w:val="both"/>
        <w:rPr>
          <w:rFonts w:cs="Times New Roman"/>
          <w:szCs w:val="24"/>
        </w:rPr>
      </w:pPr>
      <w:r w:rsidRPr="00936675">
        <w:rPr>
          <w:rFonts w:cs="Times New Roman"/>
          <w:szCs w:val="24"/>
        </w:rPr>
        <w:t>Anthropologist Victor Turner described such moments as “communitas”—spaces where social hierarchies and divisions dissolve, allowing a deeper sense of unity to emerge. Similarly, peace scholar John Paul Lederach speaks of the “moral imagination”—the capacity to envision and enact a web of relationships beyond cycles of violence and revenge. In Juba, women gave life to this imagination through their rituals, showing that peace is not solely negotiated in agreements but embodied through gestures of mutual respect. The rhythm of drums, the harmony of voices, and the beauty of dance carried a prophetic message: reconciliation begins with recognition, and unity is nurtured not only in dialogue halls but in the cultural languages of song, dance, and shared ritual. These acts transformed the conference space into a living testament of peace, one where women declared, through culture and spirit, that healing was both possible and already underway.</w:t>
      </w:r>
    </w:p>
    <w:p w:rsidR="00823498" w:rsidRPr="00936675" w:rsidRDefault="00823498" w:rsidP="00823498">
      <w:pPr>
        <w:spacing w:line="360" w:lineRule="auto"/>
        <w:jc w:val="both"/>
        <w:rPr>
          <w:rFonts w:cs="Times New Roman"/>
          <w:szCs w:val="24"/>
        </w:rPr>
      </w:pPr>
      <w:r w:rsidRPr="00936675">
        <w:rPr>
          <w:rFonts w:cs="Times New Roman"/>
          <w:szCs w:val="24"/>
        </w:rPr>
        <w:t>Women as Custodians of Households</w:t>
      </w:r>
    </w:p>
    <w:p w:rsidR="00823498" w:rsidRPr="00936675" w:rsidRDefault="00823498" w:rsidP="00823498">
      <w:pPr>
        <w:spacing w:line="360" w:lineRule="auto"/>
        <w:jc w:val="both"/>
        <w:rPr>
          <w:rFonts w:cs="Times New Roman"/>
          <w:szCs w:val="24"/>
        </w:rPr>
      </w:pPr>
      <w:r w:rsidRPr="00936675">
        <w:rPr>
          <w:rFonts w:cs="Times New Roman"/>
          <w:szCs w:val="24"/>
        </w:rPr>
        <w:t xml:space="preserve">From the very beginning of the conference, discussions repeatedly circled back to one central theme: women as the custodians of households. Testimonies revealed how women live with what they called the “triple burden.” They shoulder productive labor in fields and markets to feed their families, reproductive labor in childbearing and caregiving, and community labor in mediating disputes and sustaining social cohesion. Many spoke as widows or single mothers whose husbands had been lost to conflict, leaving them to raise </w:t>
      </w:r>
      <w:r w:rsidRPr="00936675">
        <w:rPr>
          <w:rFonts w:cs="Times New Roman"/>
          <w:szCs w:val="24"/>
        </w:rPr>
        <w:lastRenderedPageBreak/>
        <w:t>children in contexts of displacement, hunger, and insecurity. Their stories reflected both deep suffering and extraordinary resilience.</w:t>
      </w:r>
    </w:p>
    <w:p w:rsidR="00823498" w:rsidRPr="00936675" w:rsidRDefault="00823498" w:rsidP="00823498">
      <w:pPr>
        <w:spacing w:line="360" w:lineRule="auto"/>
        <w:jc w:val="both"/>
        <w:rPr>
          <w:rFonts w:cs="Times New Roman"/>
          <w:szCs w:val="24"/>
        </w:rPr>
      </w:pPr>
      <w:r w:rsidRPr="00936675">
        <w:rPr>
          <w:rFonts w:cs="Times New Roman"/>
          <w:szCs w:val="24"/>
        </w:rPr>
        <w:t xml:space="preserve">One testimony stood out with poignant clarity. </w:t>
      </w:r>
      <w:proofErr w:type="spellStart"/>
      <w:r w:rsidRPr="00936675">
        <w:rPr>
          <w:rFonts w:cs="Times New Roman"/>
          <w:szCs w:val="24"/>
        </w:rPr>
        <w:t>Nyagile</w:t>
      </w:r>
      <w:proofErr w:type="spellEnd"/>
      <w:r w:rsidRPr="00936675">
        <w:rPr>
          <w:rFonts w:cs="Times New Roman"/>
          <w:szCs w:val="24"/>
        </w:rPr>
        <w:t xml:space="preserve"> Wuor, a Bridges of Peace member from Akobo, recounted: “I was sick and my husband passed on. It was now hard for me to raise my kids while battling illness. But we agreed as women that all children abducted must be returned to their families. We must make that effort.” Her story embodied the intersection of pain and responsibility. Even in grief and illness, she spoke not only as a victim but as an agent of justice, carrying her own burdens while refusing to allow injustice to stand unchallenged. Such testimonies revealed a deeper truth: women are not only survivors but strategists of survival—leaders who convert hardship into moral and practical commitments that stabilize communities.</w:t>
      </w:r>
    </w:p>
    <w:p w:rsidR="00823498" w:rsidRPr="00936675" w:rsidRDefault="00823498" w:rsidP="00823498">
      <w:pPr>
        <w:spacing w:line="360" w:lineRule="auto"/>
        <w:jc w:val="both"/>
        <w:rPr>
          <w:rFonts w:cs="Times New Roman"/>
          <w:szCs w:val="24"/>
        </w:rPr>
      </w:pPr>
      <w:r w:rsidRPr="00936675">
        <w:rPr>
          <w:rFonts w:cs="Times New Roman"/>
          <w:szCs w:val="24"/>
        </w:rPr>
        <w:t>Globally, this pattern of women’s custodianship of households repeats itself in strikingly similar ways. In Rwanda, widows of the 1994 genocide rebuilt their shattered communities through cooperatives, pooling labor and resources to restore livelihoods. In Sierra Leone, market women kept families alive during the civil war and later used their economic networks to finance grassroots peace dialogues. In Uganda, women organized “peace huts” at the village level, where they mediated disputes before they escalated into violence. These examples, like the testimonies from South Sudan, underscore a central truth: women’s household labor is not peripheral to peacebuilding or nation-building. It is the invisible bedrock upon which societies survive conflict and begin to imagine a future beyond it.</w:t>
      </w:r>
    </w:p>
    <w:p w:rsidR="00823498" w:rsidRPr="00936675" w:rsidRDefault="00823498" w:rsidP="00823498">
      <w:pPr>
        <w:spacing w:line="360" w:lineRule="auto"/>
        <w:jc w:val="both"/>
        <w:rPr>
          <w:rFonts w:cs="Times New Roman"/>
          <w:szCs w:val="24"/>
        </w:rPr>
      </w:pPr>
      <w:r w:rsidRPr="00936675">
        <w:rPr>
          <w:rFonts w:cs="Times New Roman"/>
          <w:szCs w:val="24"/>
        </w:rPr>
        <w:t>Rejecting Abduction as a Moral Covenant</w:t>
      </w:r>
    </w:p>
    <w:p w:rsidR="00823498" w:rsidRPr="00936675" w:rsidRDefault="00823498" w:rsidP="00823498">
      <w:pPr>
        <w:spacing w:line="360" w:lineRule="auto"/>
        <w:jc w:val="both"/>
        <w:rPr>
          <w:rFonts w:cs="Times New Roman"/>
          <w:szCs w:val="24"/>
        </w:rPr>
      </w:pPr>
      <w:r w:rsidRPr="00936675">
        <w:rPr>
          <w:rFonts w:cs="Times New Roman"/>
          <w:szCs w:val="24"/>
        </w:rPr>
        <w:t xml:space="preserve">By asserting their authority within the most intimate spaces—the household—women recognized that peace does not begin in government halls or military barracks, but at home. Wives persuade husbands, mothers shape the attitudes of sons, and sisters caution brothers. One participant even described confronting her husband “at bedtime” to discourage participation in abductions. Such influence is often invisible to formal politics, yet it is profoundly transformative. In choosing to reject abductees in their homes, women turned domestic space into a moral frontier, where cultural norms are renegotiated and cycles of </w:t>
      </w:r>
      <w:r w:rsidRPr="00936675">
        <w:rPr>
          <w:rFonts w:cs="Times New Roman"/>
          <w:szCs w:val="24"/>
        </w:rPr>
        <w:lastRenderedPageBreak/>
        <w:t>violence interrupted. It was an act of courage that challenged not only armed youth but also the silence of communities that had long normalized abduction as part of survival.</w:t>
      </w:r>
    </w:p>
    <w:p w:rsidR="00823498" w:rsidRPr="00936675" w:rsidRDefault="00823498" w:rsidP="00823498">
      <w:pPr>
        <w:spacing w:line="360" w:lineRule="auto"/>
        <w:jc w:val="both"/>
        <w:rPr>
          <w:rFonts w:cs="Times New Roman"/>
          <w:szCs w:val="24"/>
        </w:rPr>
      </w:pPr>
      <w:r w:rsidRPr="00936675">
        <w:rPr>
          <w:rFonts w:cs="Times New Roman"/>
          <w:szCs w:val="24"/>
        </w:rPr>
        <w:t>Local Voices, Global Commitments – UNSCR 1325 and African Frameworks. The testimonies of women during the First Jonglei–GPAA Women’s Conference, held in Juba from August 25th to 29th, 2025, did not stand in isolation. They echoed and embodied global commitments such as UN Security Council Resolution 1325 (2000), which remains the cornerstone of the Women, Peace, and Security (WPS) agenda. Resolution 1325 is built on four interlinked pillars—participation, protection, prevention, and relief &amp; recovery. Each of these was vividly reflected in the resolutions of the Juba gathering. Women asserted their right to participation by insisting on a seat at the decision-making table alongside chiefs, commissioners, and spiritual leaders. Their strong denunciation of abduction and sexual violence spoke to protection, demanding safety not only for themselves but for children and vulnerable groups across communities. Through calls to end revenge cycles and restrain armed youth, they advanced prevention, urging leaders to address the roots of violence before they spiraled into new conflicts. Finally, their demand for livelihood opportunities, economic empowerment, and access to education and health services captured the essence of relief and recovery. In these ways, South Sudanese women translated abstract international commitments into practical, lived realities, demonstrating that global norms only find meaning when they are claimed and acted upon by local communities.</w:t>
      </w:r>
    </w:p>
    <w:p w:rsidR="00823498" w:rsidRPr="00936675" w:rsidRDefault="00823498" w:rsidP="00823498">
      <w:pPr>
        <w:spacing w:line="360" w:lineRule="auto"/>
        <w:jc w:val="both"/>
        <w:rPr>
          <w:rFonts w:cs="Times New Roman"/>
          <w:szCs w:val="24"/>
        </w:rPr>
      </w:pPr>
      <w:r w:rsidRPr="00936675">
        <w:rPr>
          <w:rFonts w:cs="Times New Roman"/>
          <w:szCs w:val="24"/>
        </w:rPr>
        <w:t xml:space="preserve">In essence, the conference bridged the gap between grassroots testimonies and policy frameworks. The women’s stories of grief, courage, and determination gave human depth to resolutions often seen as distant international texts. Their insistence on schools, livelihoods, and the safe return of abductees transformed UNSCR 1325 and Agenda 2063 from policy language into actionable community priorities. For development practitioners, their voices were a reminder that peace is never abstract—it is lived daily in the struggle for food, safety, and dignity. For policymakers, it was a call to recognize women not as passive beneficiaries of programs, but as authors of transformation who must shape South Sudan’s future. The women of Jonglei and GPAA made it clear: sustainable peace will </w:t>
      </w:r>
      <w:r w:rsidRPr="00936675">
        <w:rPr>
          <w:rFonts w:cs="Times New Roman"/>
          <w:szCs w:val="24"/>
        </w:rPr>
        <w:lastRenderedPageBreak/>
        <w:t>only emerge when local realities animate global commitments, and when the resilience of communities is woven into the architecture of international peacebuilding.</w:t>
      </w:r>
    </w:p>
    <w:p w:rsidR="00823498" w:rsidRPr="00936675" w:rsidRDefault="00823498" w:rsidP="00823498">
      <w:pPr>
        <w:spacing w:line="360" w:lineRule="auto"/>
        <w:jc w:val="both"/>
        <w:rPr>
          <w:rFonts w:cs="Times New Roman"/>
          <w:szCs w:val="24"/>
        </w:rPr>
      </w:pPr>
      <w:r w:rsidRPr="00936675">
        <w:rPr>
          <w:rFonts w:cs="Times New Roman"/>
          <w:szCs w:val="24"/>
        </w:rPr>
        <w:t>From Household Peace to Community Peace</w:t>
      </w:r>
    </w:p>
    <w:p w:rsidR="00823498" w:rsidRPr="00936675" w:rsidRDefault="00823498" w:rsidP="00823498">
      <w:pPr>
        <w:spacing w:line="360" w:lineRule="auto"/>
        <w:jc w:val="both"/>
        <w:rPr>
          <w:rFonts w:cs="Times New Roman"/>
          <w:szCs w:val="24"/>
        </w:rPr>
      </w:pPr>
      <w:r w:rsidRPr="00936675">
        <w:rPr>
          <w:rFonts w:cs="Times New Roman"/>
          <w:szCs w:val="24"/>
        </w:rPr>
        <w:t>The conference revealed how the daily labor of women within households naturally extends into broader processes of community peace. Murle women reframed the act of motherhood itself as resistance by rejecting abductees and refusing to normalize cycles of violence. Dinka women drew a direct connection between the progress of the Inter-Community Governance Structures (ICGS) and their household responsibilities, urging chiefs and elders to respond seriously whenever women reported cases of abduction. Nuer women went even further, envisioning the creation of a central women’s office to coordinate responses across different communities, ensuring that no grievance was left unattended. These narratives highlight how private struggles—preparing meals, raising children, mediating small disputes—are not isolated acts but the seeds of public commitments that stabilize entire communities. Household labor becomes political labor; family care becomes community care. In this way, women’s contributions transcend the domestic sphere, demonstrating that peace begins at home but does not end there.</w:t>
      </w:r>
    </w:p>
    <w:p w:rsidR="00823498" w:rsidRPr="00936675" w:rsidRDefault="00823498" w:rsidP="00823498">
      <w:pPr>
        <w:spacing w:line="360" w:lineRule="auto"/>
        <w:jc w:val="both"/>
        <w:rPr>
          <w:rFonts w:cs="Times New Roman"/>
          <w:szCs w:val="24"/>
        </w:rPr>
      </w:pPr>
    </w:p>
    <w:p w:rsidR="00823498" w:rsidRPr="00936675" w:rsidRDefault="00823498" w:rsidP="00823498">
      <w:pPr>
        <w:spacing w:line="360" w:lineRule="auto"/>
        <w:jc w:val="both"/>
        <w:rPr>
          <w:rFonts w:cs="Times New Roman"/>
          <w:szCs w:val="24"/>
        </w:rPr>
      </w:pPr>
      <w:r w:rsidRPr="00936675">
        <w:rPr>
          <w:rFonts w:cs="Times New Roman"/>
          <w:szCs w:val="24"/>
        </w:rPr>
        <w:t>Global Lessons of Women’s Peace Struggles</w:t>
      </w:r>
    </w:p>
    <w:p w:rsidR="00823498" w:rsidRPr="00936675" w:rsidRDefault="00823498" w:rsidP="00823498">
      <w:pPr>
        <w:spacing w:line="360" w:lineRule="auto"/>
        <w:jc w:val="both"/>
        <w:rPr>
          <w:rFonts w:cs="Times New Roman"/>
          <w:szCs w:val="24"/>
        </w:rPr>
      </w:pPr>
      <w:r w:rsidRPr="00936675">
        <w:rPr>
          <w:rFonts w:cs="Times New Roman"/>
          <w:szCs w:val="24"/>
        </w:rPr>
        <w:t>Across the world, women have carried societies through war and led them toward peace. Their efforts, often rooted in the quiet spaces of family and community, have grown into movements that changed nations. In Liberia, for example, women crossed religious and ethnic divides during the civil war, wearing white as a symbol of peace. They gathered for sit-ins, prayed at checkpoints, and appealed directly to leaders, showing that when women unite, even the most entrenched conflicts can bend toward dialogue.</w:t>
      </w:r>
    </w:p>
    <w:p w:rsidR="00823498" w:rsidRPr="00936675" w:rsidRDefault="00823498" w:rsidP="00823498">
      <w:pPr>
        <w:spacing w:line="360" w:lineRule="auto"/>
        <w:jc w:val="both"/>
        <w:rPr>
          <w:rFonts w:cs="Times New Roman"/>
          <w:szCs w:val="24"/>
        </w:rPr>
      </w:pPr>
      <w:r w:rsidRPr="00936675">
        <w:rPr>
          <w:rFonts w:cs="Times New Roman"/>
          <w:szCs w:val="24"/>
        </w:rPr>
        <w:t xml:space="preserve">In Rwanda, women played a central role in rebuilding their nation after the 1994 genocide. Out of immense loss, many assumed leadership roles in families, communities, and government. Their participation has helped Rwanda achieve one of the highest levels of </w:t>
      </w:r>
      <w:r w:rsidRPr="00936675">
        <w:rPr>
          <w:rFonts w:cs="Times New Roman"/>
          <w:szCs w:val="24"/>
        </w:rPr>
        <w:lastRenderedPageBreak/>
        <w:t>women’s representation in parliament worldwide, demonstrating how women’s leadership can strengthen recovery and governance.</w:t>
      </w:r>
    </w:p>
    <w:p w:rsidR="00823498" w:rsidRPr="00936675" w:rsidRDefault="00823498" w:rsidP="00823498">
      <w:pPr>
        <w:spacing w:line="360" w:lineRule="auto"/>
        <w:jc w:val="both"/>
        <w:rPr>
          <w:rFonts w:cs="Times New Roman"/>
          <w:szCs w:val="24"/>
        </w:rPr>
      </w:pPr>
      <w:r w:rsidRPr="00936675">
        <w:rPr>
          <w:rFonts w:cs="Times New Roman"/>
          <w:szCs w:val="24"/>
        </w:rPr>
        <w:t>In Northern Ireland, during the long years of “The Troubles,” women’s groups reached across sectarian divides to encourage dialogue. Their commitment to peace helped lay the foundation for the Good Friday Agreement, a reminder that community voices can complement official negotiations.</w:t>
      </w:r>
    </w:p>
    <w:p w:rsidR="00823498" w:rsidRPr="00936675" w:rsidRDefault="00823498" w:rsidP="00823498">
      <w:pPr>
        <w:spacing w:line="360" w:lineRule="auto"/>
        <w:jc w:val="both"/>
        <w:rPr>
          <w:rFonts w:cs="Times New Roman"/>
          <w:szCs w:val="24"/>
        </w:rPr>
      </w:pPr>
      <w:r w:rsidRPr="00936675">
        <w:rPr>
          <w:rFonts w:cs="Times New Roman"/>
          <w:szCs w:val="24"/>
        </w:rPr>
        <w:t>Similarly, in Argentina and Chile, the mothers of the Disappeared transformed grief into a call for accountability. By walking together in public, they kept the memory of their missing children alive and drew global attention to the value of truth and justice in healing societies.</w:t>
      </w:r>
    </w:p>
    <w:p w:rsidR="00823498" w:rsidRPr="00936675" w:rsidRDefault="00823498" w:rsidP="00823498">
      <w:pPr>
        <w:spacing w:line="360" w:lineRule="auto"/>
        <w:jc w:val="both"/>
        <w:rPr>
          <w:rFonts w:cs="Times New Roman"/>
          <w:szCs w:val="24"/>
        </w:rPr>
      </w:pPr>
      <w:r w:rsidRPr="00936675">
        <w:rPr>
          <w:rFonts w:cs="Times New Roman"/>
          <w:szCs w:val="24"/>
        </w:rPr>
        <w:t>Across these examples, women’s courage defied stereotypes of passivity. They used motherhood, spirituality, and community solidarity not only to survive but to bring hope and transformation where conflict once dominated.</w:t>
      </w:r>
    </w:p>
    <w:p w:rsidR="00823498" w:rsidRPr="00936675" w:rsidRDefault="00823498" w:rsidP="00823498">
      <w:pPr>
        <w:spacing w:line="360" w:lineRule="auto"/>
        <w:jc w:val="both"/>
        <w:rPr>
          <w:rFonts w:cs="Times New Roman"/>
          <w:szCs w:val="24"/>
        </w:rPr>
      </w:pPr>
      <w:r w:rsidRPr="00936675">
        <w:rPr>
          <w:rFonts w:cs="Times New Roman"/>
          <w:szCs w:val="24"/>
        </w:rPr>
        <w:t>South Sudanese Women in Global Perspective</w:t>
      </w:r>
    </w:p>
    <w:p w:rsidR="00823498" w:rsidRPr="00936675" w:rsidRDefault="00823498" w:rsidP="00823498">
      <w:pPr>
        <w:spacing w:line="360" w:lineRule="auto"/>
        <w:jc w:val="both"/>
        <w:rPr>
          <w:rFonts w:cs="Times New Roman"/>
          <w:szCs w:val="24"/>
        </w:rPr>
      </w:pPr>
      <w:r w:rsidRPr="00936675">
        <w:rPr>
          <w:rFonts w:cs="Times New Roman"/>
          <w:szCs w:val="24"/>
        </w:rPr>
        <w:t>The experiences of South Sudanese women resonate strongly with these global stories. For decades, they have faced the difficult realities of conflict — displacement, abduction, widowhood, and the struggle to provide for their families. Yet, time and again, they have proven to be the custodians of peace within their communities. Women plant and harvest even in the midst of floods, feed the displaced, shelter children, and appeal to young men to put down weapons. These actions, often unseen, mirror the persistence of Liberian women in Monrovia or the solidarity of Rwandan women after genocide.</w:t>
      </w:r>
    </w:p>
    <w:p w:rsidR="00823498" w:rsidRPr="00936675" w:rsidRDefault="00823498" w:rsidP="00823498">
      <w:pPr>
        <w:spacing w:line="360" w:lineRule="auto"/>
        <w:jc w:val="both"/>
        <w:rPr>
          <w:rFonts w:cs="Times New Roman"/>
          <w:szCs w:val="24"/>
        </w:rPr>
      </w:pPr>
      <w:r w:rsidRPr="00936675">
        <w:rPr>
          <w:rFonts w:cs="Times New Roman"/>
          <w:szCs w:val="24"/>
        </w:rPr>
        <w:t>A powerful example came in August 2025, during the First Jonglei–GPAA Women’s Peace Conference in Juba. Women from Murle, Dinka, and Nuer communities united in a moral covenant against abduction. Their decision reflected the same spirit that carried women in Liberia and Northern Ireland to act for peace, showing that South Sudanese women share in this global tradition of turning household values into national healing.</w:t>
      </w:r>
    </w:p>
    <w:p w:rsidR="00823498" w:rsidRPr="00936675" w:rsidRDefault="00823498" w:rsidP="00823498">
      <w:pPr>
        <w:spacing w:line="360" w:lineRule="auto"/>
        <w:jc w:val="both"/>
        <w:rPr>
          <w:rFonts w:cs="Times New Roman"/>
          <w:szCs w:val="24"/>
        </w:rPr>
      </w:pPr>
      <w:r w:rsidRPr="00936675">
        <w:rPr>
          <w:rFonts w:cs="Times New Roman"/>
          <w:szCs w:val="24"/>
        </w:rPr>
        <w:t xml:space="preserve">South Sudanese women are also linking their local contributions to international frameworks such as UN Security Council Resolution 1325 on Women, Peace and Security, </w:t>
      </w:r>
      <w:r w:rsidRPr="00936675">
        <w:rPr>
          <w:rFonts w:cs="Times New Roman"/>
          <w:szCs w:val="24"/>
        </w:rPr>
        <w:lastRenderedPageBreak/>
        <w:t>which calls for the inclusion of women in peace processes. Their engagement in regional and international forums echoes Rwanda’s success in parliamentary representation and Liberia’s demand for participation in national negotiations. While challenges remain — including education gaps and cultural barriers — women in South Sudan are steadily opening new paths for leadership and recognition.</w:t>
      </w:r>
    </w:p>
    <w:p w:rsidR="00823498" w:rsidRPr="00936675" w:rsidRDefault="00823498" w:rsidP="00823498">
      <w:pPr>
        <w:spacing w:line="360" w:lineRule="auto"/>
        <w:jc w:val="both"/>
        <w:rPr>
          <w:rFonts w:cs="Times New Roman"/>
          <w:szCs w:val="24"/>
        </w:rPr>
      </w:pPr>
      <w:r w:rsidRPr="00936675">
        <w:rPr>
          <w:rFonts w:cs="Times New Roman"/>
          <w:szCs w:val="24"/>
        </w:rPr>
        <w:t>Even when they are not at the forefront of formal agreements, their influence remains central. Peacebuilding in villages, markets, and churches often carries their fingerprints. This quiet but powerful contribution, though less visible than official signings, is essential for building trust and reconciliation.</w:t>
      </w:r>
    </w:p>
    <w:p w:rsidR="00823498" w:rsidRPr="00936675" w:rsidRDefault="00823498" w:rsidP="00823498">
      <w:pPr>
        <w:spacing w:line="360" w:lineRule="auto"/>
        <w:jc w:val="both"/>
        <w:rPr>
          <w:rFonts w:cs="Times New Roman"/>
          <w:szCs w:val="24"/>
        </w:rPr>
      </w:pPr>
      <w:r w:rsidRPr="00936675">
        <w:rPr>
          <w:rFonts w:cs="Times New Roman"/>
          <w:szCs w:val="24"/>
        </w:rPr>
        <w:t>The Invisible Power of Women</w:t>
      </w:r>
    </w:p>
    <w:p w:rsidR="00823498" w:rsidRPr="00936675" w:rsidRDefault="00823498" w:rsidP="00823498">
      <w:pPr>
        <w:spacing w:line="360" w:lineRule="auto"/>
        <w:jc w:val="both"/>
        <w:rPr>
          <w:rFonts w:cs="Times New Roman"/>
          <w:szCs w:val="24"/>
        </w:rPr>
      </w:pPr>
      <w:r w:rsidRPr="00936675">
        <w:rPr>
          <w:rFonts w:cs="Times New Roman"/>
          <w:szCs w:val="24"/>
        </w:rPr>
        <w:t>Women shoulder some of the heaviest burdens in societies fractured by conflict, often without recognition or structural support. In deeply patriarchal settings, they face stigma, exclusion, and economic marginalization, yet they remain the quiet anchors of family survival and community resilience. During the First Jonglei–GPAA Women’s Conference in Juba, testimonies brought these realities to life: mothers describing how they stretched a handful of food to feed children, groups of women recounting how they formed small cooperatives to pool labor and share meager income, and community leaders explaining how they taught values of peace and forgiveness to the next generation despite living in the shadow of violence. These stories illustrated not weakness, but strength—the kind of strength born out of necessity, where survival itself becomes a form of innovation.</w:t>
      </w:r>
    </w:p>
    <w:p w:rsidR="00823498" w:rsidRPr="00936675" w:rsidRDefault="00823498" w:rsidP="00823498">
      <w:pPr>
        <w:spacing w:line="360" w:lineRule="auto"/>
        <w:jc w:val="both"/>
        <w:rPr>
          <w:rFonts w:cs="Times New Roman"/>
          <w:szCs w:val="24"/>
        </w:rPr>
      </w:pPr>
      <w:r w:rsidRPr="00936675">
        <w:rPr>
          <w:rFonts w:cs="Times New Roman"/>
          <w:szCs w:val="24"/>
        </w:rPr>
        <w:t xml:space="preserve">Scholars often call this phenomenon the “feminization of resilience.” It reflects the ways women adapt to scarcity, displacement, and insecurity, not because they choose hardship, but because they are left with no alternative but to endure. This resilience is invisible precisely because it is normalized: women wake before dawn to fetch water, improvise meals from nothing, mediate disputes within households, and rebuild networks of trust long after systems of governance have collapsed. Yet, far from being passive victims of conflict, these women embody a silent power. They are the ones who stabilize families, hold communities together, and reknit the social fabric torn apart by war. Their unseen labor </w:t>
      </w:r>
      <w:r w:rsidRPr="00936675">
        <w:rPr>
          <w:rFonts w:cs="Times New Roman"/>
          <w:szCs w:val="24"/>
        </w:rPr>
        <w:lastRenderedPageBreak/>
        <w:t>becomes the scaffolding upon which nations in turmoil are held upright, even when formal institutions falter.</w:t>
      </w:r>
    </w:p>
    <w:p w:rsidR="00823498" w:rsidRPr="00936675" w:rsidRDefault="00823498" w:rsidP="00823498">
      <w:pPr>
        <w:spacing w:line="360" w:lineRule="auto"/>
        <w:jc w:val="both"/>
        <w:rPr>
          <w:rFonts w:cs="Times New Roman"/>
          <w:szCs w:val="24"/>
        </w:rPr>
      </w:pPr>
      <w:r w:rsidRPr="00936675">
        <w:rPr>
          <w:rFonts w:cs="Times New Roman"/>
          <w:szCs w:val="24"/>
        </w:rPr>
        <w:t>This invisible power of women is, therefore, not marginal but foundational. It is a resource that peacebuilding, humanitarian, and development actors must recognize and support. When women’s daily survival strategies are acknowledged as acts of resilience and leadership, they shift from being portrayed as “beneficiaries” to being recognized as agents of transformation. The testimonies in Juba revealed that the future of peace in South Sudan rests not only in high-level negotiations or signed agreements, but also in the ordinary, persistent, and courageous labor of women who keep families alive, nurture values of peace, and inspire collective survival. It is within this invisible power that the possibility of a lasting peace truly resides.</w:t>
      </w:r>
    </w:p>
    <w:p w:rsidR="00823498" w:rsidRPr="00936675" w:rsidRDefault="00823498" w:rsidP="00823498">
      <w:pPr>
        <w:spacing w:line="360" w:lineRule="auto"/>
        <w:jc w:val="both"/>
        <w:rPr>
          <w:rFonts w:cs="Times New Roman"/>
          <w:szCs w:val="24"/>
        </w:rPr>
      </w:pPr>
      <w:r w:rsidRPr="00936675">
        <w:rPr>
          <w:rFonts w:cs="Times New Roman"/>
          <w:szCs w:val="24"/>
        </w:rPr>
        <w:t>Institutionalizing Women’s Voices – Women ICGS and Bridges of Peace</w:t>
      </w:r>
    </w:p>
    <w:p w:rsidR="00823498" w:rsidRPr="00936675" w:rsidRDefault="00823498" w:rsidP="00823498">
      <w:pPr>
        <w:spacing w:line="360" w:lineRule="auto"/>
        <w:jc w:val="both"/>
        <w:rPr>
          <w:rFonts w:cs="Times New Roman"/>
          <w:szCs w:val="24"/>
        </w:rPr>
      </w:pPr>
      <w:r w:rsidRPr="00936675">
        <w:rPr>
          <w:rFonts w:cs="Times New Roman"/>
          <w:szCs w:val="24"/>
        </w:rPr>
        <w:t>For peace to be sustainable, women’s labor and leadership must be recognized as structural, not supplementary. The establishment of the Women Inter-Community Governance Structures (Women ICGS) and the Bridges of Peace initiative represented a pivotal shift from informal activism to formal governance spaces. These platforms transformed women from silent supporters into acknowledged decision-makers, ensuring that their perspectives were no longer sidelined or dismissed as “emotional” contributions. Instead, they became architects of agreements, guardians of community pacts, and credible actors in local governance processes. This institutional anchoring affirms a fundamental truth: peace cannot endure if half the population remains excluded. By embedding women’s voices in governance frameworks, initiatives like Women ICGS and Bridges of Peace demonstrate that inclusion is not charity—it is strategy. It is the recognition that women’s perspectives on justice, security, and reconciliation are indispensable to building peace that lasts beyond dialogue tables and becomes woven into the social and political fabric of the nation.</w:t>
      </w:r>
    </w:p>
    <w:p w:rsidR="00823498" w:rsidRPr="00936675" w:rsidRDefault="00823498" w:rsidP="00823498">
      <w:pPr>
        <w:spacing w:line="360" w:lineRule="auto"/>
        <w:jc w:val="both"/>
        <w:rPr>
          <w:rFonts w:cs="Times New Roman"/>
          <w:szCs w:val="24"/>
        </w:rPr>
      </w:pPr>
      <w:r w:rsidRPr="00936675">
        <w:rPr>
          <w:rFonts w:cs="Times New Roman"/>
          <w:szCs w:val="24"/>
        </w:rPr>
        <w:t>Beyond Borders, Beyond Barriers</w:t>
      </w:r>
    </w:p>
    <w:p w:rsidR="00823498" w:rsidRPr="00936675" w:rsidRDefault="00823498" w:rsidP="00823498">
      <w:pPr>
        <w:spacing w:line="360" w:lineRule="auto"/>
        <w:jc w:val="both"/>
        <w:rPr>
          <w:rFonts w:cs="Times New Roman"/>
          <w:szCs w:val="24"/>
        </w:rPr>
      </w:pPr>
      <w:r w:rsidRPr="00936675">
        <w:rPr>
          <w:rFonts w:cs="Times New Roman"/>
          <w:szCs w:val="24"/>
        </w:rPr>
        <w:t xml:space="preserve">In South Sudan, where rivers and cattle camps mark not only geography but deep fault lines of identity and conflict, the courage of women to cross divides is a revolutionary act. Chapter 6 explores the Bridges of Peace initiative, born out of the Women’s Peace </w:t>
      </w:r>
      <w:r w:rsidRPr="00936675">
        <w:rPr>
          <w:rFonts w:cs="Times New Roman"/>
          <w:szCs w:val="24"/>
        </w:rPr>
        <w:lastRenderedPageBreak/>
        <w:t>Conference of August 2025 in Juba. This initiative redefined peace not as a distant political agreement but as daily acts of connection between communities long fractured by raids, abductions, and cycles of revenge.</w:t>
      </w:r>
    </w:p>
    <w:p w:rsidR="00823498" w:rsidRPr="00936675" w:rsidRDefault="00823498" w:rsidP="00823498">
      <w:pPr>
        <w:spacing w:line="360" w:lineRule="auto"/>
        <w:jc w:val="both"/>
        <w:rPr>
          <w:rFonts w:cs="Times New Roman"/>
          <w:szCs w:val="24"/>
        </w:rPr>
      </w:pPr>
      <w:r w:rsidRPr="00936675">
        <w:rPr>
          <w:rFonts w:cs="Times New Roman"/>
          <w:szCs w:val="24"/>
        </w:rPr>
        <w:t>The symbolism of “bridges” carries profound meaning. A bridge spans dangerous waters, offering a path from one side to another. For women of Jonglei and GPAA, being a bridge meant reaching across divides where men often saw only enemies. It meant risking rejection, challenging traditions, and forging connections strong enough to sustain families and nations. This chapter expands on the agency of women as connectors, drawing on testimonies, cultural practices, and global parallels to reveal that women are not passive recipients of peace but active architects of reconciliation.</w:t>
      </w:r>
    </w:p>
    <w:p w:rsidR="00823498" w:rsidRPr="00936675" w:rsidRDefault="00823498" w:rsidP="00823498">
      <w:pPr>
        <w:spacing w:line="360" w:lineRule="auto"/>
        <w:jc w:val="both"/>
        <w:rPr>
          <w:rFonts w:cs="Times New Roman"/>
          <w:szCs w:val="24"/>
        </w:rPr>
      </w:pPr>
      <w:r w:rsidRPr="00936675">
        <w:rPr>
          <w:rFonts w:cs="Times New Roman"/>
          <w:szCs w:val="24"/>
        </w:rPr>
        <w:t>Women as Connectors Across Divides</w:t>
      </w:r>
    </w:p>
    <w:p w:rsidR="00823498" w:rsidRPr="00936675" w:rsidRDefault="00823498" w:rsidP="00823498">
      <w:pPr>
        <w:spacing w:line="360" w:lineRule="auto"/>
        <w:jc w:val="both"/>
        <w:rPr>
          <w:rFonts w:cs="Times New Roman"/>
          <w:szCs w:val="24"/>
        </w:rPr>
      </w:pPr>
      <w:r w:rsidRPr="00936675">
        <w:rPr>
          <w:rFonts w:cs="Times New Roman"/>
          <w:szCs w:val="24"/>
        </w:rPr>
        <w:t>Transforming Pain into Agency</w:t>
      </w:r>
    </w:p>
    <w:p w:rsidR="00823498" w:rsidRPr="00936675" w:rsidRDefault="00823498" w:rsidP="00823498">
      <w:pPr>
        <w:spacing w:line="360" w:lineRule="auto"/>
        <w:jc w:val="both"/>
        <w:rPr>
          <w:rFonts w:cs="Times New Roman"/>
          <w:szCs w:val="24"/>
        </w:rPr>
      </w:pPr>
      <w:r w:rsidRPr="00936675">
        <w:rPr>
          <w:rFonts w:cs="Times New Roman"/>
          <w:szCs w:val="24"/>
        </w:rPr>
        <w:t>War leaves scars that can silence survivors, but in South Sudan women turned pain into agency. Widows, mothers of abducted children, and displaced women transformed grief into leadership. Their pain became a resource for empathy and advocacy. Instead of succumbing to despair, they became catalysts for change.</w:t>
      </w:r>
    </w:p>
    <w:p w:rsidR="00823498" w:rsidRPr="00936675" w:rsidRDefault="00823498" w:rsidP="00823498">
      <w:pPr>
        <w:spacing w:line="360" w:lineRule="auto"/>
        <w:jc w:val="both"/>
        <w:rPr>
          <w:rFonts w:cs="Times New Roman"/>
          <w:szCs w:val="24"/>
        </w:rPr>
      </w:pPr>
      <w:r w:rsidRPr="00936675">
        <w:rPr>
          <w:rFonts w:cs="Times New Roman"/>
          <w:szCs w:val="24"/>
        </w:rPr>
        <w:t>At the Juba conference, one Nuer mother explained how she taught her children forgiveness, telling them not to raid cattle or seek revenge. Her words encapsulated a profound truth: peace begins not with political elites but with mothers who reshape values within their homes. Pain became pedagogy; suffering became strategy.</w:t>
      </w:r>
    </w:p>
    <w:p w:rsidR="00823498" w:rsidRPr="00936675" w:rsidRDefault="00823498" w:rsidP="00823498">
      <w:pPr>
        <w:spacing w:line="360" w:lineRule="auto"/>
        <w:jc w:val="both"/>
        <w:rPr>
          <w:rFonts w:cs="Times New Roman"/>
          <w:szCs w:val="24"/>
        </w:rPr>
      </w:pPr>
      <w:r w:rsidRPr="00936675">
        <w:rPr>
          <w:rFonts w:cs="Times New Roman"/>
          <w:szCs w:val="24"/>
        </w:rPr>
        <w:t>Institutional Anchors: Women ICGS and Bridges of Peace</w:t>
      </w:r>
    </w:p>
    <w:p w:rsidR="00823498" w:rsidRPr="00936675" w:rsidRDefault="00823498" w:rsidP="00823498">
      <w:pPr>
        <w:spacing w:line="360" w:lineRule="auto"/>
        <w:jc w:val="both"/>
        <w:rPr>
          <w:rFonts w:cs="Times New Roman"/>
          <w:szCs w:val="24"/>
        </w:rPr>
      </w:pPr>
      <w:r w:rsidRPr="00936675">
        <w:rPr>
          <w:rFonts w:cs="Times New Roman"/>
          <w:szCs w:val="24"/>
        </w:rPr>
        <w:t xml:space="preserve">The creation of Women ICGS and Bridges of Peace marked a historic institutional breakthrough. For generations, governance structures in South Sudan were dominated by chiefs, prophets, and youth commanders, with women excluded from decision-making. Women’s voices were often dismissed </w:t>
      </w:r>
      <w:proofErr w:type="gramStart"/>
      <w:r w:rsidRPr="00936675">
        <w:rPr>
          <w:rFonts w:cs="Times New Roman"/>
          <w:szCs w:val="24"/>
        </w:rPr>
        <w:t>as  “</w:t>
      </w:r>
      <w:proofErr w:type="gramEnd"/>
      <w:r w:rsidRPr="00936675">
        <w:rPr>
          <w:rFonts w:cs="Times New Roman"/>
          <w:szCs w:val="24"/>
        </w:rPr>
        <w:t>emotional” or “informal.” By creating formal spaces for women’s participation, Peace Canal and the Peacebuilding Opportunities Fund (POF) redefined the political architecture of reconciliation.</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The Household as a Political Space</w:t>
      </w:r>
    </w:p>
    <w:p w:rsidR="00823498" w:rsidRPr="00936675" w:rsidRDefault="00823498" w:rsidP="00823498">
      <w:pPr>
        <w:spacing w:line="360" w:lineRule="auto"/>
        <w:jc w:val="both"/>
        <w:rPr>
          <w:rFonts w:cs="Times New Roman"/>
          <w:szCs w:val="24"/>
        </w:rPr>
      </w:pPr>
      <w:r w:rsidRPr="00936675">
        <w:rPr>
          <w:rFonts w:cs="Times New Roman"/>
          <w:szCs w:val="24"/>
        </w:rPr>
        <w:t>One of the most profound insights from the Juba gathering was that the household itself is political. When women reject abductees in their homes, when they persuade husbands not to raid cattle, when they teach forgiveness to children – they perform political acts. These decisions undermine cultures of violence from within, reshaping norms at their roots.</w:t>
      </w:r>
      <w:r w:rsidRPr="00936675">
        <w:rPr>
          <w:rFonts w:cs="Times New Roman"/>
          <w:szCs w:val="24"/>
        </w:rPr>
        <w:br/>
      </w:r>
      <w:r w:rsidRPr="00936675">
        <w:rPr>
          <w:rFonts w:cs="Times New Roman"/>
          <w:szCs w:val="24"/>
        </w:rPr>
        <w:br/>
        <w:t>African feminist frameworks stress that “the personal is political.” In South Sudan, kitchens and bedrooms become parliaments of peace. A wife refusing to cook for a husband who brings home abductees is making a political statement. Mothers who redefine cattle raiding as shameful rather than heroic transform cultural masculinity. These micro-level acts ripple outward into macro-level shifts.</w:t>
      </w:r>
    </w:p>
    <w:p w:rsidR="00823498" w:rsidRPr="00936675" w:rsidRDefault="00823498" w:rsidP="00823498">
      <w:pPr>
        <w:spacing w:line="360" w:lineRule="auto"/>
        <w:jc w:val="both"/>
        <w:rPr>
          <w:rFonts w:cs="Times New Roman"/>
          <w:szCs w:val="24"/>
        </w:rPr>
      </w:pPr>
      <w:r w:rsidRPr="00936675">
        <w:rPr>
          <w:rFonts w:cs="Times New Roman"/>
          <w:szCs w:val="24"/>
        </w:rPr>
        <w:t>Stories of Courage and Defiance</w:t>
      </w:r>
    </w:p>
    <w:p w:rsidR="00823498" w:rsidRPr="00936675" w:rsidRDefault="00823498" w:rsidP="00823498">
      <w:pPr>
        <w:spacing w:line="360" w:lineRule="auto"/>
        <w:jc w:val="both"/>
        <w:rPr>
          <w:rFonts w:cs="Times New Roman"/>
          <w:szCs w:val="24"/>
        </w:rPr>
      </w:pPr>
      <w:r w:rsidRPr="00936675">
        <w:rPr>
          <w:rFonts w:cs="Times New Roman"/>
          <w:szCs w:val="24"/>
        </w:rPr>
        <w:t>Examples of women’s courage abounded in Juba, and they became turning points in the peace process. Murle women, long pressured by tradition to remain silent, risked ostracism by openly rejecting the practice of sheltering abducted children. Their refusal sent a clear message: homes would no longer be complicit in perpetuating cycles of abduction and revenge.</w:t>
      </w:r>
    </w:p>
    <w:p w:rsidR="00823498" w:rsidRPr="00936675" w:rsidRDefault="00823498" w:rsidP="00823498">
      <w:pPr>
        <w:spacing w:line="360" w:lineRule="auto"/>
        <w:jc w:val="both"/>
        <w:rPr>
          <w:rFonts w:cs="Times New Roman"/>
          <w:szCs w:val="24"/>
        </w:rPr>
      </w:pPr>
      <w:r w:rsidRPr="00936675">
        <w:rPr>
          <w:rFonts w:cs="Times New Roman"/>
          <w:szCs w:val="24"/>
        </w:rPr>
        <w:t>Dinka women confronted chiefs directly during the sessions, breaking through layers of cultural hierarchy. They demanded not only the return of abductees but also the enforcement of community resolutions that too often remained on paper. By holding chiefs accountable in public, they redefined the relationship between authority and responsibility, ensuring that leaders could not hide behind ritual or rhetoric.</w:t>
      </w:r>
    </w:p>
    <w:p w:rsidR="00823498" w:rsidRPr="00936675" w:rsidRDefault="00823498" w:rsidP="00823498">
      <w:pPr>
        <w:spacing w:line="360" w:lineRule="auto"/>
        <w:jc w:val="both"/>
        <w:rPr>
          <w:rFonts w:cs="Times New Roman"/>
          <w:szCs w:val="24"/>
        </w:rPr>
      </w:pPr>
      <w:r w:rsidRPr="00936675">
        <w:rPr>
          <w:rFonts w:cs="Times New Roman"/>
          <w:szCs w:val="24"/>
        </w:rPr>
        <w:t>Nuer women went further, proposing the centralization of women’s advocacy through the creation of permanent offices. These were not symbolic suggestions but practical steps toward institutionalizing women’s voices in the governance of peace. They envisioned networks that could monitor abductions, document violations, and ensure continuity between dialogues, rather than leaving outcomes to memory or chance.</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These stories, though rooted in specific local struggles, carried global resonance. They echoed the defiance of Liberian women who prayed and protested for peace, the resilience of Rwandan women who rebuilt governance after genocide, and the determination of mothers in Northern Ireland who refused to pass conflict to their children. In Juba, the courage of Murle, Dinka, and Nuer women showed that South Sudanese women were not simply witnesses to history; they were authors of its transformation.</w:t>
      </w:r>
    </w:p>
    <w:p w:rsidR="00823498" w:rsidRPr="00936675" w:rsidRDefault="00823498" w:rsidP="00823498">
      <w:pPr>
        <w:spacing w:line="360" w:lineRule="auto"/>
        <w:jc w:val="both"/>
        <w:rPr>
          <w:rFonts w:cs="Times New Roman"/>
          <w:szCs w:val="24"/>
        </w:rPr>
      </w:pPr>
      <w:r w:rsidRPr="00936675">
        <w:rPr>
          <w:rFonts w:cs="Times New Roman"/>
          <w:szCs w:val="24"/>
        </w:rPr>
        <w:t>Bridges as Prophetic and Spiritual Work</w:t>
      </w:r>
    </w:p>
    <w:p w:rsidR="00823498" w:rsidRPr="00936675" w:rsidRDefault="00823498" w:rsidP="00823498">
      <w:pPr>
        <w:spacing w:line="360" w:lineRule="auto"/>
        <w:jc w:val="both"/>
        <w:rPr>
          <w:rFonts w:cs="Times New Roman"/>
          <w:szCs w:val="24"/>
        </w:rPr>
      </w:pPr>
      <w:r w:rsidRPr="00936675">
        <w:rPr>
          <w:rFonts w:cs="Times New Roman"/>
          <w:szCs w:val="24"/>
        </w:rPr>
        <w:t>For the Bridges of Peace initiative to endure, it must move beyond one-time gatherings and become a daily practice embedded in community life. Sustainability requires more than words; it demands structures that enable women to act without fear of marginalization. This begins with economic empowerment, so that women’s voices are not silenced by poverty. Livelihood programs, access to credit, and cooperative enterprises can transform survival strategies into engines of resilience. It also requires education, equipping young girls with the confidence and leadership skills to continue the work of peace into the next generation. And it requires grassroots networks, ensuring that women’s voices are not confined to conferences in Juba but echoed in every boma, cattle camp, fishing ground, and village where conflicts are felt most acutely.</w:t>
      </w:r>
    </w:p>
    <w:p w:rsidR="00823498" w:rsidRPr="00936675" w:rsidRDefault="00823498" w:rsidP="00823498">
      <w:pPr>
        <w:spacing w:line="360" w:lineRule="auto"/>
        <w:jc w:val="both"/>
        <w:rPr>
          <w:rFonts w:cs="Times New Roman"/>
          <w:szCs w:val="24"/>
        </w:rPr>
      </w:pPr>
      <w:r w:rsidRPr="00936675">
        <w:rPr>
          <w:rFonts w:cs="Times New Roman"/>
          <w:szCs w:val="24"/>
        </w:rPr>
        <w:t>This vision aligns with the African Union’s Agenda 2063, which places women and youth at the center of Africa’s transformation. It also resonates with the AU’s Silencing the Guns initiative, which emphasizes the role of communities—not armies—in ending cycles of violence. South Sudanese women, through the Bridges of Peace, embody this vision with striking clarity. They remind us that soldiers may silence guns, but it is mothers who sustain peace; chiefs may preside over rituals, but it is women who translate them into daily commitments in homes. Their leadership affirms a profound truth: reconciliation is not abstract policy but a lived reality, carried forward in the quiet courage of households, the collective resilience of villages, and the shared determination of communities who refuse to let war have the last word.</w:t>
      </w:r>
    </w:p>
    <w:p w:rsidR="00823498" w:rsidRPr="00936675" w:rsidRDefault="00823498" w:rsidP="00823498">
      <w:pPr>
        <w:spacing w:line="360" w:lineRule="auto"/>
        <w:jc w:val="both"/>
        <w:rPr>
          <w:rFonts w:cs="Times New Roman"/>
          <w:szCs w:val="24"/>
        </w:rPr>
      </w:pPr>
      <w:r w:rsidRPr="00936675">
        <w:rPr>
          <w:rFonts w:cs="Times New Roman"/>
          <w:szCs w:val="24"/>
        </w:rPr>
        <w:t xml:space="preserve">The Bridges of Peace initiative institutionalized this grassroots vision. For too long, women had been excluded from the Inter-Community Governance Structures (ICGS), their </w:t>
      </w:r>
      <w:r w:rsidRPr="00936675">
        <w:rPr>
          <w:rFonts w:cs="Times New Roman"/>
          <w:szCs w:val="24"/>
        </w:rPr>
        <w:lastRenderedPageBreak/>
        <w:t>contributions dismissed as informal or emotional. Bridges of Peace secured their place within governance and legitimized their role as connectors across communities fractured by raids, abductions, and cycles of revenge. The symbolism of the “bridge” is striking: a bridge spans dangerous waters, carrying people from one side to another. In much the same way, women have become the bridges holding continuity when chaos threatens to undo everything. They enact peace through rituals, testimonies, and household decisions, and they anchor peace through representation in governance. This dual role makes them indispensable architects of South Sudan’s future.</w:t>
      </w:r>
    </w:p>
    <w:p w:rsidR="00823498" w:rsidRPr="00936675" w:rsidRDefault="00823498" w:rsidP="00823498">
      <w:pPr>
        <w:spacing w:line="360" w:lineRule="auto"/>
        <w:jc w:val="both"/>
        <w:rPr>
          <w:rFonts w:cs="Times New Roman"/>
          <w:szCs w:val="24"/>
        </w:rPr>
      </w:pPr>
      <w:r w:rsidRPr="00936675">
        <w:rPr>
          <w:rFonts w:cs="Times New Roman"/>
          <w:szCs w:val="24"/>
        </w:rPr>
        <w:t>Women’s peace work in South Sudan is also deeply spiritual. Their language of peace draws on faith and culture: abduction is spoken of as a curse, peace as a blessing, women as guardians of the three-stone cooking pot. These metaphors reflect a worldview where women carry sacred authority as life-givers and moral custodians. In African cosmologies, women are seen as the glue that holds life together, while in Christian tradition figures such as Deborah and Mary symbolize prophetic leadership and maternal strength. South Sudanese women embody both traditions, making their work in peacebuilding both a social responsibility and a sacred vocation. The candle-lighting in Juba was more than a ritual; it was an act of prophecy, declaring peace into existence even while war still lingered.</w:t>
      </w:r>
    </w:p>
    <w:p w:rsidR="00823498" w:rsidRPr="00936675" w:rsidRDefault="00823498" w:rsidP="00823498">
      <w:pPr>
        <w:spacing w:line="360" w:lineRule="auto"/>
        <w:jc w:val="both"/>
        <w:rPr>
          <w:rFonts w:cs="Times New Roman"/>
          <w:szCs w:val="24"/>
        </w:rPr>
      </w:pPr>
      <w:r w:rsidRPr="00936675">
        <w:rPr>
          <w:rFonts w:cs="Times New Roman"/>
          <w:szCs w:val="24"/>
        </w:rPr>
        <w:t>Chapter: 9 The Youth and the Prophet – Tut Jok Deng Leka’s Influence</w:t>
      </w:r>
    </w:p>
    <w:p w:rsidR="00823498" w:rsidRPr="00936675" w:rsidRDefault="00823498" w:rsidP="00823498">
      <w:pPr>
        <w:spacing w:line="360" w:lineRule="auto"/>
        <w:jc w:val="both"/>
        <w:rPr>
          <w:rFonts w:cs="Times New Roman"/>
          <w:szCs w:val="24"/>
        </w:rPr>
      </w:pPr>
      <w:r w:rsidRPr="00936675">
        <w:rPr>
          <w:rFonts w:cs="Times New Roman"/>
          <w:szCs w:val="24"/>
        </w:rPr>
        <w:t xml:space="preserve">The turbulence of Greater </w:t>
      </w:r>
      <w:proofErr w:type="spellStart"/>
      <w:r w:rsidRPr="00936675">
        <w:rPr>
          <w:rFonts w:cs="Times New Roman"/>
          <w:szCs w:val="24"/>
        </w:rPr>
        <w:t>Bor</w:t>
      </w:r>
      <w:proofErr w:type="spellEnd"/>
      <w:r w:rsidRPr="00936675">
        <w:rPr>
          <w:rFonts w:cs="Times New Roman"/>
          <w:szCs w:val="24"/>
        </w:rPr>
        <w:t xml:space="preserve"> cannot be separated from the restless energies of its youth. In cattle camps, marketplaces, and borderlands, young men have long stood at the frontline of conflict but also remain the backbone of community defense and survival. Their choices — whether to raid or to reconcile — tip the balance between devastation and stability. In recent years, their relationship with Prophet Tut Jok Deng Leka, grandson of the famed 19th-century Gawaar prophet has shaped the trajectory of both violence and peace between the communities of Jonglei and GPAA.</w:t>
      </w:r>
    </w:p>
    <w:p w:rsidR="00823498" w:rsidRPr="00936675" w:rsidRDefault="00823498" w:rsidP="00823498">
      <w:pPr>
        <w:spacing w:line="360" w:lineRule="auto"/>
        <w:jc w:val="both"/>
        <w:rPr>
          <w:rFonts w:cs="Times New Roman"/>
          <w:szCs w:val="24"/>
        </w:rPr>
      </w:pPr>
      <w:r w:rsidRPr="00936675">
        <w:rPr>
          <w:rFonts w:cs="Times New Roman"/>
          <w:szCs w:val="24"/>
        </w:rPr>
        <w:t xml:space="preserve">Prophet Tut Jok carries a spiritual authority that resonates profoundly with the Gawaar, Lou Nuer and the Dinka youth particularly, the Duk Dinka. Chiefs derive their legitimacy from ancestral lineage and cultural continuity, but prophets are different. They command loyalty as vessels of divine will — voices believed to stand between God and community. </w:t>
      </w:r>
      <w:r w:rsidRPr="00936675">
        <w:rPr>
          <w:rFonts w:cs="Times New Roman"/>
          <w:szCs w:val="24"/>
        </w:rPr>
        <w:lastRenderedPageBreak/>
        <w:t>For disillusioned youth, who often experience the state as absent, corrupt, or even predatory, prophets emerge as the only authentic voices they can trust. Tut Jok, in particular, embodies the heavy weight of prophetic charisma, straddling the tension between the militant legacy of his grandfather and the pressing demand today for reconciliation.</w:t>
      </w:r>
    </w:p>
    <w:p w:rsidR="00823498" w:rsidRPr="00936675" w:rsidRDefault="00823498" w:rsidP="00823498">
      <w:pPr>
        <w:spacing w:line="360" w:lineRule="auto"/>
        <w:jc w:val="both"/>
        <w:rPr>
          <w:rFonts w:cs="Times New Roman"/>
          <w:szCs w:val="24"/>
        </w:rPr>
      </w:pPr>
      <w:r w:rsidRPr="00936675">
        <w:rPr>
          <w:rFonts w:cs="Times New Roman"/>
          <w:szCs w:val="24"/>
        </w:rPr>
        <w:t xml:space="preserve">The events of December 2024 in </w:t>
      </w:r>
      <w:proofErr w:type="spellStart"/>
      <w:r w:rsidRPr="00936675">
        <w:rPr>
          <w:rFonts w:cs="Times New Roman"/>
          <w:szCs w:val="24"/>
        </w:rPr>
        <w:t>Manyabol</w:t>
      </w:r>
      <w:proofErr w:type="spellEnd"/>
      <w:r w:rsidRPr="00936675">
        <w:rPr>
          <w:rFonts w:cs="Times New Roman"/>
          <w:szCs w:val="24"/>
        </w:rPr>
        <w:t xml:space="preserve"> illustrated this duality with striking clarity. Youth rallied in response not only to local grievances but also to prophetic declarations, showing how quickly faith can ignite mobilization. The episode reminded communities and observers alike that the history of the Nuer is full with prophets who wielded immense influence — from </w:t>
      </w:r>
      <w:proofErr w:type="spellStart"/>
      <w:r w:rsidRPr="00936675">
        <w:rPr>
          <w:rFonts w:cs="Times New Roman"/>
          <w:szCs w:val="24"/>
        </w:rPr>
        <w:t>Ngundeng</w:t>
      </w:r>
      <w:proofErr w:type="spellEnd"/>
      <w:r w:rsidRPr="00936675">
        <w:rPr>
          <w:rFonts w:cs="Times New Roman"/>
          <w:szCs w:val="24"/>
        </w:rPr>
        <w:t xml:space="preserve"> Bong, who proclaimed visions of nationhood in the 19th century, to Guek Wichar and Dak Kueth, who in more recent decades combined spirituality with political and military authority. At times, these prophetic figures fueled raids and retribution; at other moments, they commanded restraint and inspired reconciliation. Tut Jok now stands at this same crossroads, with his words and silences equally capable of shaping the future.</w:t>
      </w:r>
    </w:p>
    <w:p w:rsidR="00823498" w:rsidRPr="00936675" w:rsidRDefault="00823498" w:rsidP="00823498">
      <w:pPr>
        <w:spacing w:line="360" w:lineRule="auto"/>
        <w:jc w:val="both"/>
        <w:rPr>
          <w:rFonts w:cs="Times New Roman"/>
          <w:szCs w:val="24"/>
        </w:rPr>
      </w:pPr>
      <w:r w:rsidRPr="00936675">
        <w:rPr>
          <w:rFonts w:cs="Times New Roman"/>
          <w:szCs w:val="24"/>
        </w:rPr>
        <w:t xml:space="preserve">The challenge is unmistakable: prophetic authority must be repurposed for peace. Youth in Greater </w:t>
      </w:r>
      <w:proofErr w:type="spellStart"/>
      <w:r w:rsidRPr="00936675">
        <w:rPr>
          <w:rFonts w:cs="Times New Roman"/>
          <w:szCs w:val="24"/>
        </w:rPr>
        <w:t>Bor</w:t>
      </w:r>
      <w:proofErr w:type="spellEnd"/>
      <w:r w:rsidRPr="00936675">
        <w:rPr>
          <w:rFonts w:cs="Times New Roman"/>
          <w:szCs w:val="24"/>
        </w:rPr>
        <w:t xml:space="preserve"> often live in what scholars call waithood — a suspended transition between adolescence and adulthood, where cattle raiding, armed defense, and mobility define masculinity. In this volatile limbo, the pronouncements of a prophet can tip the balance between violent assertion and disciplined restraint. When Tut Jok, </w:t>
      </w:r>
      <w:proofErr w:type="gramStart"/>
      <w:r w:rsidRPr="00936675">
        <w:rPr>
          <w:rFonts w:cs="Times New Roman"/>
          <w:szCs w:val="24"/>
        </w:rPr>
        <w:t>counsels</w:t>
      </w:r>
      <w:proofErr w:type="gramEnd"/>
      <w:r w:rsidRPr="00936675">
        <w:rPr>
          <w:rFonts w:cs="Times New Roman"/>
          <w:szCs w:val="24"/>
        </w:rPr>
        <w:t xml:space="preserve"> youth to protect cattle, defend abducted children, or refrain from raids, he can redirect an entire generation. Chiefs may adjudicate disputes and enforce compensation, but prophets touch the spiritual nerve of society.</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10: The Power of Communal Dialogue and Reconciliation</w:t>
      </w:r>
    </w:p>
    <w:p w:rsidR="00823498" w:rsidRPr="00936675" w:rsidRDefault="00823498" w:rsidP="00823498">
      <w:pPr>
        <w:spacing w:line="360" w:lineRule="auto"/>
        <w:jc w:val="both"/>
        <w:rPr>
          <w:rFonts w:cs="Times New Roman"/>
          <w:szCs w:val="24"/>
        </w:rPr>
      </w:pPr>
      <w:r w:rsidRPr="00936675">
        <w:rPr>
          <w:rFonts w:cs="Times New Roman"/>
          <w:szCs w:val="24"/>
        </w:rPr>
        <w:t xml:space="preserve">If prophets inspire hearts and chiefs carry ancestral authority, it is communal dialogue that anchors peace in Greater Bor. Across Duk, </w:t>
      </w:r>
      <w:proofErr w:type="spellStart"/>
      <w:r w:rsidRPr="00936675">
        <w:rPr>
          <w:rFonts w:cs="Times New Roman"/>
          <w:szCs w:val="24"/>
        </w:rPr>
        <w:t>Twic</w:t>
      </w:r>
      <w:proofErr w:type="spellEnd"/>
      <w:r w:rsidRPr="00936675">
        <w:rPr>
          <w:rFonts w:cs="Times New Roman"/>
          <w:szCs w:val="24"/>
        </w:rPr>
        <w:t xml:space="preserve"> East, and </w:t>
      </w:r>
      <w:proofErr w:type="spellStart"/>
      <w:r w:rsidRPr="00936675">
        <w:rPr>
          <w:rFonts w:cs="Times New Roman"/>
          <w:szCs w:val="24"/>
        </w:rPr>
        <w:t>Abii</w:t>
      </w:r>
      <w:proofErr w:type="spellEnd"/>
      <w:r w:rsidRPr="00936675">
        <w:rPr>
          <w:rFonts w:cs="Times New Roman"/>
          <w:szCs w:val="24"/>
        </w:rPr>
        <w:t>, reconciliation ceremonies have shown that grassroots processes can dismantle decades of mistrust and open pathways to coexistence. These dialogues demonstrate that peace is not forged in the air-conditioned halls of political capitals but in cattle camps, riversides, and village courtyards — places where the wounds of conflict are most deeply felt and most urgently in need of healing.</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In Duk County, dialogue achieved what military interventions could not: the disengagement of armed youth. After repeated clashes over grazing lands and fishing waters, chiefs, women, and spiritual leaders met with fighters face to face. They appealed not through threats but through the language of kinship and survival, convincing youth to withdraw from contested islands along the Nile. The process highlighted the centrality of resources — fishing waters, cattle migration corridors, and dry-season pastures — which remain at the heart of conflict. By agreeing on shared use of these resources, communities turned what had been flashpoints of violence into foundations of cooperation. The Nile, once a contested border, became again a lifeline shared across clans.</w:t>
      </w:r>
    </w:p>
    <w:p w:rsidR="00823498" w:rsidRPr="00936675" w:rsidRDefault="00823498" w:rsidP="00823498">
      <w:pPr>
        <w:spacing w:line="360" w:lineRule="auto"/>
        <w:jc w:val="both"/>
        <w:rPr>
          <w:rFonts w:cs="Times New Roman"/>
          <w:szCs w:val="24"/>
        </w:rPr>
      </w:pPr>
      <w:r w:rsidRPr="00936675">
        <w:rPr>
          <w:rFonts w:cs="Times New Roman"/>
          <w:szCs w:val="24"/>
        </w:rPr>
        <w:t>These success stories reveal that dialogue is not an event but a process — one that blends tradition, spirituality, and the lived realities of survival. Chiefs ensure accountability through compensation and mediation. Prophets inspire restraint through spiritual authority. Women bring moral urgency, exposing the hidden costs of violence. Youth, once agents of conflict, accept responsibility for change. Together, they weave reconciliation into the fabric of daily life. The result is not merely the silencing of guns but the reweaving of trust across communities long divided.</w:t>
      </w:r>
    </w:p>
    <w:p w:rsidR="00823498" w:rsidRPr="00936675" w:rsidRDefault="00823498" w:rsidP="00823498">
      <w:pPr>
        <w:spacing w:line="360" w:lineRule="auto"/>
        <w:jc w:val="both"/>
        <w:rPr>
          <w:rFonts w:cs="Times New Roman"/>
          <w:szCs w:val="24"/>
        </w:rPr>
      </w:pPr>
      <w:r w:rsidRPr="00936675">
        <w:rPr>
          <w:rFonts w:cs="Times New Roman"/>
          <w:szCs w:val="24"/>
        </w:rPr>
        <w:t xml:space="preserve">Communal dialogue in Greater </w:t>
      </w:r>
      <w:proofErr w:type="spellStart"/>
      <w:r w:rsidRPr="00936675">
        <w:rPr>
          <w:rFonts w:cs="Times New Roman"/>
          <w:szCs w:val="24"/>
        </w:rPr>
        <w:t>Bor</w:t>
      </w:r>
      <w:proofErr w:type="spellEnd"/>
      <w:r w:rsidRPr="00936675">
        <w:rPr>
          <w:rFonts w:cs="Times New Roman"/>
          <w:szCs w:val="24"/>
        </w:rPr>
        <w:t xml:space="preserve"> thus offers a lesson of profound importance: peace is not imported but owned. It is not sustained by declarations alone but by cattle shared, rivers crossed without fear, and children taught that tomorrow can be different from yesterday. It is here — in the patient work of dialogue and reconciliation — that the seeds of lasting peace are sown.</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11: Women as Bridges of Sustainable Peace</w:t>
      </w:r>
    </w:p>
    <w:p w:rsidR="00823498" w:rsidRPr="00936675" w:rsidRDefault="00823498" w:rsidP="00823498">
      <w:pPr>
        <w:spacing w:line="360" w:lineRule="auto"/>
        <w:jc w:val="both"/>
        <w:rPr>
          <w:rFonts w:cs="Times New Roman"/>
          <w:szCs w:val="24"/>
        </w:rPr>
      </w:pPr>
      <w:r w:rsidRPr="00936675">
        <w:rPr>
          <w:rFonts w:cs="Times New Roman"/>
          <w:szCs w:val="24"/>
        </w:rPr>
        <w:t>If chiefs anchor reconciliation and prophets inspire youth, it is women who sustain peace in the everyday. Their labor, often invisible to the political eye, is the quiet architecture upon which entire communities survive. For too long, their contributions have been framed as “private” or “domestic,” yet in truth, they are profoundly political. The First Jonglei–GPAA Women’s Conference, held in Juba in August 2025, made this truth undeniable. Women from the Nuer, Dinka, and Murle communities collectively declared their rejection of abduction, pledging to report abducted children rather than shelter them.</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The Bridges of Peace initiative builds on this moral clarity. For it to be sustainable, however, it must become a movement embedded in daily practice rather than a one-time gathering. Sustainability requires:</w:t>
      </w:r>
    </w:p>
    <w:p w:rsidR="00823498" w:rsidRPr="00936675" w:rsidRDefault="00823498" w:rsidP="00823498">
      <w:pPr>
        <w:spacing w:line="360" w:lineRule="auto"/>
        <w:jc w:val="both"/>
        <w:rPr>
          <w:rFonts w:cs="Times New Roman"/>
          <w:szCs w:val="24"/>
        </w:rPr>
      </w:pPr>
      <w:r w:rsidRPr="00936675">
        <w:rPr>
          <w:rFonts w:cs="Times New Roman"/>
          <w:szCs w:val="24"/>
        </w:rPr>
        <w:t>Economic empowerment, so women are not silenced by poverty or dependency. Cooperative savings groups, livelihood projects, and access to credit can turn survival labor into engines of stability.</w:t>
      </w:r>
    </w:p>
    <w:p w:rsidR="00823498" w:rsidRPr="00936675" w:rsidRDefault="00823498" w:rsidP="00823498">
      <w:pPr>
        <w:spacing w:line="360" w:lineRule="auto"/>
        <w:jc w:val="both"/>
        <w:rPr>
          <w:rFonts w:cs="Times New Roman"/>
          <w:szCs w:val="24"/>
        </w:rPr>
      </w:pPr>
      <w:r w:rsidRPr="00936675">
        <w:rPr>
          <w:rFonts w:cs="Times New Roman"/>
          <w:szCs w:val="24"/>
        </w:rPr>
        <w:t>Education, equipping young girls with leadership skills to inherit the mantle of peace and shaping a generation for whom reconciliation is second nature. Grassroots networks, ensuring women’s voices are heard in every Boma, cattle camp, fishing site, and village where conflict arises.</w:t>
      </w:r>
    </w:p>
    <w:p w:rsidR="00823498" w:rsidRPr="00936675" w:rsidRDefault="00823498" w:rsidP="00823498">
      <w:pPr>
        <w:spacing w:line="360" w:lineRule="auto"/>
        <w:jc w:val="both"/>
        <w:rPr>
          <w:rFonts w:cs="Times New Roman"/>
          <w:szCs w:val="24"/>
        </w:rPr>
      </w:pPr>
      <w:r w:rsidRPr="00936675">
        <w:rPr>
          <w:rFonts w:cs="Times New Roman"/>
          <w:szCs w:val="24"/>
        </w:rPr>
        <w:t>This vision resonates far beyond South Sudan. It aligns with the African Union’s Agenda 2063, which envisions development that is people-driven, especially by women and youth, and with the AU’s Silencing the Guns initiative, which emphasizes the role of communities in ending cycles of violence. The women of Jonglei and GPAA have shown that while soldiers may silence wars, it is mothers who sustain peace. Their leadership affirms a profound truth: reconciliation is not abstract policy but daily reality — carried in kitchens, sung in songs, sanctified in rituals, and whispered in the teachings mothers pass to their children at night.</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12: The Youth and the Prophet – Tut Jok Deng Leka’s Influence</w:t>
      </w:r>
    </w:p>
    <w:p w:rsidR="00823498" w:rsidRPr="00936675" w:rsidRDefault="00823498" w:rsidP="00823498">
      <w:pPr>
        <w:spacing w:line="360" w:lineRule="auto"/>
        <w:jc w:val="both"/>
        <w:rPr>
          <w:rFonts w:cs="Times New Roman"/>
          <w:szCs w:val="24"/>
        </w:rPr>
      </w:pPr>
      <w:r w:rsidRPr="00936675">
        <w:rPr>
          <w:rFonts w:cs="Times New Roman"/>
          <w:szCs w:val="24"/>
        </w:rPr>
        <w:t xml:space="preserve">The turbulence of Greater </w:t>
      </w:r>
      <w:proofErr w:type="spellStart"/>
      <w:r w:rsidRPr="00936675">
        <w:rPr>
          <w:rFonts w:cs="Times New Roman"/>
          <w:szCs w:val="24"/>
        </w:rPr>
        <w:t>Bor</w:t>
      </w:r>
      <w:proofErr w:type="spellEnd"/>
      <w:r w:rsidRPr="00936675">
        <w:rPr>
          <w:rFonts w:cs="Times New Roman"/>
          <w:szCs w:val="24"/>
        </w:rPr>
        <w:t xml:space="preserve"> cannot be separated from the restless energies of its youth. In cattle camps, marketplaces, and borderlands, young men have long stood at the frontline of conflict but also remain the backbone of community defense and survival. Their choices — whether to raid or to reconcile — tip the balance between devastation and stability. In recent years, their relationship with Prophet Tut Jok Deng Leka, grandson of the famed 19th-century Gawaar prophet who once commanded raids against the Murle, has shaped the trajectory of both violence and peace in the region.</w:t>
      </w:r>
    </w:p>
    <w:p w:rsidR="00823498" w:rsidRPr="00936675" w:rsidRDefault="00823498" w:rsidP="00823498">
      <w:pPr>
        <w:spacing w:line="360" w:lineRule="auto"/>
        <w:jc w:val="both"/>
        <w:rPr>
          <w:rFonts w:cs="Times New Roman"/>
          <w:szCs w:val="24"/>
        </w:rPr>
      </w:pPr>
      <w:r w:rsidRPr="00936675">
        <w:rPr>
          <w:rFonts w:cs="Times New Roman"/>
          <w:szCs w:val="24"/>
        </w:rPr>
        <w:t xml:space="preserve">Prophet Tut Jok carries a spiritual authority that resonates profoundly with the Gawaar and Lou Nuer youth. Chiefs derive their legitimacy from ancestral lineage and cultural continuity, but prophets are different. They command loyalty as vessels of divine will — </w:t>
      </w:r>
      <w:r w:rsidRPr="00936675">
        <w:rPr>
          <w:rFonts w:cs="Times New Roman"/>
          <w:szCs w:val="24"/>
        </w:rPr>
        <w:lastRenderedPageBreak/>
        <w:t>voices believed to stand between God and community. For disillusioned youth, who often experience the state as absent, corrupt, or even predatory, prophets emerge as the only authentic voices they can trust. Tut Jok, in particular, embodies the heavy weight of prophetic charisma, straddling the tension between the militant legacy of his grandfather and the pressing demand today for reconciliation.</w:t>
      </w:r>
    </w:p>
    <w:p w:rsidR="00823498" w:rsidRPr="00936675" w:rsidRDefault="00823498" w:rsidP="00823498">
      <w:pPr>
        <w:spacing w:line="360" w:lineRule="auto"/>
        <w:jc w:val="both"/>
        <w:rPr>
          <w:rFonts w:cs="Times New Roman"/>
          <w:szCs w:val="24"/>
        </w:rPr>
      </w:pPr>
      <w:r w:rsidRPr="00936675">
        <w:rPr>
          <w:rFonts w:cs="Times New Roman"/>
          <w:szCs w:val="24"/>
        </w:rPr>
        <w:t xml:space="preserve">The events of December 2024 in </w:t>
      </w:r>
      <w:proofErr w:type="spellStart"/>
      <w:r w:rsidRPr="00936675">
        <w:rPr>
          <w:rFonts w:cs="Times New Roman"/>
          <w:szCs w:val="24"/>
        </w:rPr>
        <w:t>Manyabol</w:t>
      </w:r>
      <w:proofErr w:type="spellEnd"/>
      <w:r w:rsidRPr="00936675">
        <w:rPr>
          <w:rFonts w:cs="Times New Roman"/>
          <w:szCs w:val="24"/>
        </w:rPr>
        <w:t xml:space="preserve"> illustrated this duality with striking clarity. Youth rallied in response not only to local grievances but also to prophetic declarations, showing how quickly faith can ignite mobilization. The episode reminded communities and observers alike that the history of the Nuer is replete with prophets who wielded immense influence — from </w:t>
      </w:r>
      <w:proofErr w:type="spellStart"/>
      <w:r w:rsidRPr="00936675">
        <w:rPr>
          <w:rFonts w:cs="Times New Roman"/>
          <w:szCs w:val="24"/>
        </w:rPr>
        <w:t>Ngundeng</w:t>
      </w:r>
      <w:proofErr w:type="spellEnd"/>
      <w:r w:rsidRPr="00936675">
        <w:rPr>
          <w:rFonts w:cs="Times New Roman"/>
          <w:szCs w:val="24"/>
        </w:rPr>
        <w:t xml:space="preserve"> Bong, who proclaimed visions of nationhood in the 19th century, to Guek Wichar and Dak Kueth, who in more recent decades combined spirituality with political and military authority. At times, these prophetic figures fueled raids and retribution; at other moments, they commanded restraint and inspired reconciliation. Tut Jok now stands at this same crossroads, with his words and silences equally capable of shaping the future.</w:t>
      </w:r>
    </w:p>
    <w:p w:rsidR="00823498" w:rsidRPr="00936675" w:rsidRDefault="00823498" w:rsidP="00823498">
      <w:pPr>
        <w:spacing w:line="360" w:lineRule="auto"/>
        <w:jc w:val="both"/>
        <w:rPr>
          <w:rFonts w:cs="Times New Roman"/>
          <w:szCs w:val="24"/>
        </w:rPr>
      </w:pPr>
      <w:r w:rsidRPr="00936675">
        <w:rPr>
          <w:rFonts w:cs="Times New Roman"/>
          <w:szCs w:val="24"/>
        </w:rPr>
        <w:t xml:space="preserve">The challenge is unmistakable: prophetic authority must be repurposed for peace. Youth in Greater </w:t>
      </w:r>
      <w:proofErr w:type="spellStart"/>
      <w:r w:rsidRPr="00936675">
        <w:rPr>
          <w:rFonts w:cs="Times New Roman"/>
          <w:szCs w:val="24"/>
        </w:rPr>
        <w:t>Bor</w:t>
      </w:r>
      <w:proofErr w:type="spellEnd"/>
      <w:r w:rsidRPr="00936675">
        <w:rPr>
          <w:rFonts w:cs="Times New Roman"/>
          <w:szCs w:val="24"/>
        </w:rPr>
        <w:t xml:space="preserve"> often live in what scholars call waithood — a suspended transition between adolescence and adulthood, where cattle raiding, armed defense, and mobility define masculinity. In this volatile limbo, the pronouncements of a prophet can tip the balance between violent assertion and disciplined restraint. When Tut Jok </w:t>
      </w:r>
      <w:proofErr w:type="gramStart"/>
      <w:r w:rsidRPr="00936675">
        <w:rPr>
          <w:rFonts w:cs="Times New Roman"/>
          <w:szCs w:val="24"/>
        </w:rPr>
        <w:t>counsels</w:t>
      </w:r>
      <w:proofErr w:type="gramEnd"/>
      <w:r w:rsidRPr="00936675">
        <w:rPr>
          <w:rFonts w:cs="Times New Roman"/>
          <w:szCs w:val="24"/>
        </w:rPr>
        <w:t xml:space="preserve"> youth to protect cattle, defend abducted children, or refrain from raids, he can redirect an entire generation. Chiefs may adjudicate disputes and enforce compensation, but prophets touch the spiritual nerve of society.</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13: The Power of Communal Dialogue and Reconciliation</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14: Women as Bridges of Sustainable Peace</w:t>
      </w:r>
    </w:p>
    <w:p w:rsidR="00823498" w:rsidRPr="00936675" w:rsidRDefault="00823498" w:rsidP="00823498">
      <w:pPr>
        <w:spacing w:line="360" w:lineRule="auto"/>
        <w:jc w:val="both"/>
        <w:rPr>
          <w:rFonts w:cs="Times New Roman"/>
          <w:szCs w:val="24"/>
        </w:rPr>
      </w:pPr>
      <w:r w:rsidRPr="00936675">
        <w:rPr>
          <w:rFonts w:cs="Times New Roman"/>
          <w:szCs w:val="24"/>
        </w:rPr>
        <w:t>Education, equipping young girls with leadership skills to inherit the mantle of peace and shaping a generation for whom reconciliation is second nature.</w:t>
      </w:r>
    </w:p>
    <w:p w:rsidR="00823498" w:rsidRPr="00936675" w:rsidRDefault="00823498" w:rsidP="00823498">
      <w:pPr>
        <w:spacing w:line="360" w:lineRule="auto"/>
        <w:jc w:val="both"/>
        <w:rPr>
          <w:rFonts w:cs="Times New Roman"/>
          <w:szCs w:val="24"/>
        </w:rPr>
      </w:pPr>
      <w:r w:rsidRPr="00936675">
        <w:rPr>
          <w:rFonts w:cs="Times New Roman"/>
          <w:szCs w:val="24"/>
        </w:rPr>
        <w:t>Grassroots networks, ensuring women’s voices are heard in every boma, cattle camp, fishing site, and village where conflict arises.</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The Weight of Youth in Times of War</w:t>
      </w:r>
    </w:p>
    <w:p w:rsidR="00823498" w:rsidRPr="00936675" w:rsidRDefault="00823498" w:rsidP="00823498">
      <w:pPr>
        <w:spacing w:line="360" w:lineRule="auto"/>
        <w:jc w:val="both"/>
        <w:rPr>
          <w:rFonts w:cs="Times New Roman"/>
          <w:szCs w:val="24"/>
        </w:rPr>
      </w:pPr>
      <w:r w:rsidRPr="00936675">
        <w:rPr>
          <w:rFonts w:cs="Times New Roman"/>
          <w:szCs w:val="24"/>
        </w:rPr>
        <w:t>In South Sudan’s turbulent history, no generation has carried both the promise and the peril of the future more visibly than its youth. Among the Lou Nuer of Greater Jonglei, this truth has been stark. For decades, the youth have stood at the center of identity, protection, and survival, but also at the crossroads of violence, abduction, and displacement. To speak of the Lou Nuer youth is to speak of both resilience and devastation, of strength and fragility, of hope and despair.</w:t>
      </w:r>
    </w:p>
    <w:p w:rsidR="00823498" w:rsidRPr="00936675" w:rsidRDefault="00823498" w:rsidP="00823498">
      <w:pPr>
        <w:spacing w:line="360" w:lineRule="auto"/>
        <w:jc w:val="both"/>
        <w:rPr>
          <w:rFonts w:cs="Times New Roman"/>
          <w:szCs w:val="24"/>
        </w:rPr>
      </w:pPr>
      <w:r w:rsidRPr="00936675">
        <w:rPr>
          <w:rFonts w:cs="Times New Roman"/>
          <w:szCs w:val="24"/>
        </w:rPr>
        <w:t xml:space="preserve">The Lou Nuer youth are renowned across South Sudan for their courage. In cattle camps scattered across the plains of Akobo, </w:t>
      </w:r>
      <w:proofErr w:type="spellStart"/>
      <w:r w:rsidRPr="00936675">
        <w:rPr>
          <w:rFonts w:cs="Times New Roman"/>
          <w:szCs w:val="24"/>
        </w:rPr>
        <w:t>Waat</w:t>
      </w:r>
      <w:proofErr w:type="spellEnd"/>
      <w:r w:rsidRPr="00936675">
        <w:rPr>
          <w:rFonts w:cs="Times New Roman"/>
          <w:szCs w:val="24"/>
        </w:rPr>
        <w:t>, Yuai, Motot, and Ayod, they are celebrated as guardians of the herds, the most prized wealth of their people. From the time of boyhood, young men are entrusted with the sacred duty of watching over cattle, leading seasonal migrations to distant grazing lands, and defending against raiders. Songs are sung of their bravery; dances are performed in their honor; and the community relies on their vigilance for survival.</w:t>
      </w:r>
    </w:p>
    <w:p w:rsidR="00823498" w:rsidRPr="00936675" w:rsidRDefault="00823498" w:rsidP="00823498">
      <w:pPr>
        <w:spacing w:line="360" w:lineRule="auto"/>
        <w:jc w:val="both"/>
        <w:rPr>
          <w:rFonts w:cs="Times New Roman"/>
          <w:szCs w:val="24"/>
        </w:rPr>
      </w:pPr>
      <w:r w:rsidRPr="00936675">
        <w:rPr>
          <w:rFonts w:cs="Times New Roman"/>
          <w:szCs w:val="24"/>
        </w:rPr>
        <w:t>Yet these same youth have also become symbols of burden. Armed, restless, and often outside the control of chiefs or parents, they are blamed for fueling cycles of cattle raids, revenge attacks, and child abductions. The paradox is haunting: the very hands entrusted with the protection of cattle have also become instruments of bloodshed; the very bodies meant to sustain communities have become engines of displacement and fear. This contradiction is not merely cultural—it is deeply political and historical. The Lou Nuer youth have grown up in contexts where the state has been absent, where schools are scarce, and where opportunities for employment are nearly non-existent. With little to occupy their energy, cattle become both livelihood and battlefield. With the proliferation of firearms in the 1980s and 1990s, the traditional spear gave way to the Kalashnikov, magnifying the scale of violence and drawing young men into armed politics.</w:t>
      </w:r>
    </w:p>
    <w:p w:rsidR="00823498" w:rsidRPr="00936675" w:rsidRDefault="00823498" w:rsidP="00823498">
      <w:pPr>
        <w:spacing w:line="360" w:lineRule="auto"/>
        <w:jc w:val="both"/>
        <w:rPr>
          <w:rFonts w:cs="Times New Roman"/>
          <w:szCs w:val="24"/>
        </w:rPr>
      </w:pPr>
      <w:r w:rsidRPr="00936675">
        <w:rPr>
          <w:rFonts w:cs="Times New Roman"/>
          <w:szCs w:val="24"/>
        </w:rPr>
        <w:t xml:space="preserve">For many elders, the transformation of youth has been painful to witness. They recall times when raids were bound by cultural codes: women and children were not harmed, cattle were taken but lives were spared, and reconciliation rituals quickly followed conflict. In contrast, today’s youth raids are marked by blood, abductions, and merciless revenge. As </w:t>
      </w:r>
      <w:r w:rsidRPr="00936675">
        <w:rPr>
          <w:rFonts w:cs="Times New Roman"/>
          <w:szCs w:val="24"/>
        </w:rPr>
        <w:lastRenderedPageBreak/>
        <w:t xml:space="preserve">one elder in </w:t>
      </w:r>
      <w:proofErr w:type="spellStart"/>
      <w:r w:rsidRPr="00936675">
        <w:rPr>
          <w:rFonts w:cs="Times New Roman"/>
          <w:szCs w:val="24"/>
        </w:rPr>
        <w:t>Waat</w:t>
      </w:r>
      <w:proofErr w:type="spellEnd"/>
      <w:r w:rsidRPr="00936675">
        <w:rPr>
          <w:rFonts w:cs="Times New Roman"/>
          <w:szCs w:val="24"/>
        </w:rPr>
        <w:t xml:space="preserve"> lamented, “Our sons, who were once our shield, have become our sword. They no longer hear our words. They listen only to the language of the gun.”</w:t>
      </w:r>
    </w:p>
    <w:p w:rsidR="00823498" w:rsidRPr="00936675" w:rsidRDefault="00823498" w:rsidP="00823498">
      <w:pPr>
        <w:spacing w:line="360" w:lineRule="auto"/>
        <w:jc w:val="both"/>
        <w:rPr>
          <w:rFonts w:cs="Times New Roman"/>
          <w:szCs w:val="24"/>
        </w:rPr>
      </w:pPr>
      <w:r w:rsidRPr="00936675">
        <w:rPr>
          <w:rFonts w:cs="Times New Roman"/>
          <w:szCs w:val="24"/>
        </w:rPr>
        <w:t>But to view Lou Nuer youth only through the lens of violence is to miss the fuller picture. Beneath the reputation of raiders lies a generation carrying heavy burdens: poverty, trauma, displacement, and cultural expectations that demand bravery without providing opportunity. Many young men have never seen the inside of a classroom, yet they are expected to marry and provide dowry. Many have lost fathers to war, leaving them as breadwinners before they are adults. They carry grief, anger, and duty in equal measure.</w:t>
      </w:r>
    </w:p>
    <w:p w:rsidR="00823498" w:rsidRPr="00936675" w:rsidRDefault="00823498" w:rsidP="00823498">
      <w:pPr>
        <w:spacing w:line="360" w:lineRule="auto"/>
        <w:jc w:val="both"/>
        <w:rPr>
          <w:rFonts w:cs="Times New Roman"/>
          <w:szCs w:val="24"/>
        </w:rPr>
      </w:pPr>
      <w:r w:rsidRPr="00936675">
        <w:rPr>
          <w:rFonts w:cs="Times New Roman"/>
          <w:szCs w:val="24"/>
        </w:rPr>
        <w:t>At the same time, seeds of transformation are taking root. Lou Nuer youth have begun convening their own conferences, declaring their rejection of abduction, and experimenting with livelihood programs that turn raiders into traders. Spiritual leaders and prophets—voices of great authority—have called on youth to abandon cycles of revenge. Some young men, once notorious for raiding, now testify of their choice to build businesses or lead peace committees. These are not isolated stories; they represent the possibility of a generational shift.</w:t>
      </w:r>
    </w:p>
    <w:p w:rsidR="00823498" w:rsidRPr="00936675" w:rsidRDefault="00823498" w:rsidP="00823498">
      <w:pPr>
        <w:spacing w:line="360" w:lineRule="auto"/>
        <w:jc w:val="both"/>
        <w:rPr>
          <w:rFonts w:cs="Times New Roman"/>
          <w:szCs w:val="24"/>
        </w:rPr>
      </w:pPr>
      <w:r w:rsidRPr="00936675">
        <w:rPr>
          <w:rFonts w:cs="Times New Roman"/>
          <w:szCs w:val="24"/>
        </w:rPr>
        <w:t>The purpose of this chapter is therefore not only to recount the history of Lou Nuer youth as agents of conflict, but also to highlight their potential as bridges of peace. It seeks to answer a crucial question: can the very generation once feared as a burden become the cornerstone of reconciliation in Greater Jonglei and the Greater Pibor Administrative Area (GPAA)? To explore this question, the chapter will trace the historical roles of youth in Lou Nuer society, examine the ways militarization and cattle-raiding culture have reshaped their identity, and analyze the devastating social costs of armed youth culture. It will then highlight stories of transformation—youth conferences, prophetic guidance, inter-communal dialogues, and innovative empowerment initiatives that provide alternatives to violence. Finally, it will reflect on the enduring challenges and propose pathways for turning Lou Nuer youth from a burden into a bridge.</w:t>
      </w:r>
    </w:p>
    <w:p w:rsidR="00823498" w:rsidRPr="00936675" w:rsidRDefault="00823498" w:rsidP="00823498">
      <w:pPr>
        <w:spacing w:line="360" w:lineRule="auto"/>
        <w:jc w:val="both"/>
        <w:rPr>
          <w:rFonts w:cs="Times New Roman"/>
          <w:szCs w:val="24"/>
        </w:rPr>
      </w:pPr>
      <w:r w:rsidRPr="00936675">
        <w:rPr>
          <w:rFonts w:cs="Times New Roman"/>
          <w:szCs w:val="24"/>
        </w:rPr>
        <w:t xml:space="preserve">This introduction, then, is both an acknowledgment and a call. It acknowledges the immense weight Lou Nuer youth carry—the expectations of their communities, the scars of conflict, the temptation of the gun, and the lure of cattle wealth. But it also calls for </w:t>
      </w:r>
      <w:r w:rsidRPr="00936675">
        <w:rPr>
          <w:rFonts w:cs="Times New Roman"/>
          <w:szCs w:val="24"/>
        </w:rPr>
        <w:lastRenderedPageBreak/>
        <w:t>recognition of their agency, their capacity for change, and their central role in building peace. Without the transformation of youth, no peace agreement will endure; with their transformation, even the deepest wounds of Jonglei may yet be healed. As one reformed youth leader said during a dialogue in Pieri: “We are the ones who spoiled the land. If peace is to return, it must begin with us.”</w:t>
      </w:r>
    </w:p>
    <w:p w:rsidR="00823498" w:rsidRPr="00936675" w:rsidRDefault="00823498" w:rsidP="00823498">
      <w:pPr>
        <w:spacing w:line="360" w:lineRule="auto"/>
        <w:jc w:val="both"/>
        <w:rPr>
          <w:rFonts w:cs="Times New Roman"/>
          <w:szCs w:val="24"/>
        </w:rPr>
      </w:pPr>
      <w:r w:rsidRPr="00936675">
        <w:rPr>
          <w:rFonts w:cs="Times New Roman"/>
          <w:szCs w:val="24"/>
        </w:rPr>
        <w:t>Historical Roles of Lou Nuer Youth: Cattle, Identity, and Responsibility</w:t>
      </w:r>
    </w:p>
    <w:p w:rsidR="00823498" w:rsidRPr="00936675" w:rsidRDefault="00823498" w:rsidP="00823498">
      <w:pPr>
        <w:spacing w:line="360" w:lineRule="auto"/>
        <w:jc w:val="both"/>
        <w:rPr>
          <w:rFonts w:cs="Times New Roman"/>
          <w:szCs w:val="24"/>
        </w:rPr>
      </w:pPr>
      <w:r w:rsidRPr="00936675">
        <w:rPr>
          <w:rFonts w:cs="Times New Roman"/>
          <w:szCs w:val="24"/>
        </w:rPr>
        <w:t>Among the Lou Nuer, cattle have always been more than wealth. They are life itself — a source of milk for children, meat for feasts, hides for bedding, and horns for rituals. Cattle are the language of marriage, the guarantee of survival, and the sacred link between the living and the ancestors. Without cattle, a man cannot marry; without cattle, a family is poor; without cattle, rituals of cleansing and sacrifice lose meaning.</w:t>
      </w:r>
    </w:p>
    <w:p w:rsidR="00823498" w:rsidRPr="00936675" w:rsidRDefault="00823498" w:rsidP="00823498">
      <w:pPr>
        <w:spacing w:line="360" w:lineRule="auto"/>
        <w:jc w:val="both"/>
        <w:rPr>
          <w:rFonts w:cs="Times New Roman"/>
          <w:szCs w:val="24"/>
        </w:rPr>
      </w:pPr>
      <w:r w:rsidRPr="00936675">
        <w:rPr>
          <w:rFonts w:cs="Times New Roman"/>
          <w:szCs w:val="24"/>
        </w:rPr>
        <w:t>Youth are the custodians of this wealth. From as early as seven or eight years old, boys are taken to the cattle camps, where they begin their apprenticeship under the watchful eyes of older brothers and uncles. The cattle camp (</w:t>
      </w:r>
      <w:proofErr w:type="spellStart"/>
      <w:r w:rsidRPr="00936675">
        <w:rPr>
          <w:rFonts w:cs="Times New Roman"/>
          <w:szCs w:val="24"/>
        </w:rPr>
        <w:t>wut</w:t>
      </w:r>
      <w:proofErr w:type="spellEnd"/>
      <w:r w:rsidRPr="00936675">
        <w:rPr>
          <w:rFonts w:cs="Times New Roman"/>
          <w:szCs w:val="24"/>
        </w:rPr>
        <w:t>) is a unique social institution. It is not merely a place of work, but a world of its own, with its songs, hierarchies, and moral codes. Here, boys learn endurance, discipline, and courage. They rise before dawn to drive the herds to pasture, sing the praise songs of favorite oxen, and spend long nights guarding against predators.</w:t>
      </w:r>
    </w:p>
    <w:p w:rsidR="00823498" w:rsidRPr="00936675" w:rsidRDefault="00823498" w:rsidP="00823498">
      <w:pPr>
        <w:spacing w:line="360" w:lineRule="auto"/>
        <w:jc w:val="both"/>
        <w:rPr>
          <w:rFonts w:cs="Times New Roman"/>
          <w:szCs w:val="24"/>
        </w:rPr>
      </w:pPr>
      <w:r w:rsidRPr="00936675">
        <w:rPr>
          <w:rFonts w:cs="Times New Roman"/>
          <w:szCs w:val="24"/>
        </w:rPr>
        <w:t>Cattle camps are also schools of socialization. They are where youth internalize communal values of bravery, generosity, and solidarity. By adolescence, a boy is expected not only to know the paths of migration and the taste of different grasses but also to stand ready with a spear when raiders approach. The courage of youth is tested in the darkness of these camps, where every sound might be the footstep of an enemy.</w:t>
      </w:r>
    </w:p>
    <w:p w:rsidR="00823498" w:rsidRPr="00936675" w:rsidRDefault="00823498" w:rsidP="00823498">
      <w:pPr>
        <w:spacing w:line="360" w:lineRule="auto"/>
        <w:jc w:val="both"/>
        <w:rPr>
          <w:rFonts w:cs="Times New Roman"/>
          <w:szCs w:val="24"/>
        </w:rPr>
      </w:pPr>
      <w:r w:rsidRPr="00936675">
        <w:rPr>
          <w:rFonts w:cs="Times New Roman"/>
          <w:szCs w:val="24"/>
        </w:rPr>
        <w:t>Bravery is celebrated, while cowardice is shamed. A youth who flees in battle risks ridicule that may follow him for life, while one who stands firm earns songs in his honor. These cultural expectations instill pride but also pressure. Many youths have admitted that fear of ridicule drove them to raids more than actual desire for cattle. In this way, culture forged both identity and burden.</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Early Socialization into Conflict</w:t>
      </w:r>
    </w:p>
    <w:p w:rsidR="00823498" w:rsidRPr="00936675" w:rsidRDefault="00823498" w:rsidP="00823498">
      <w:pPr>
        <w:spacing w:line="360" w:lineRule="auto"/>
        <w:jc w:val="both"/>
        <w:rPr>
          <w:rFonts w:cs="Times New Roman"/>
          <w:szCs w:val="24"/>
        </w:rPr>
      </w:pPr>
      <w:r w:rsidRPr="00936675">
        <w:rPr>
          <w:rFonts w:cs="Times New Roman"/>
          <w:szCs w:val="24"/>
        </w:rPr>
        <w:t>The pastoralist life of the Lou Nuer has always been entangled with conflict. Cattle, while a source of wealth, also generate competition. During drought years, when rivers dry up and pastures thin, communities clash over access. Youth, being the custodians of cattle, are drawn into the frontline of these disputes.</w:t>
      </w:r>
    </w:p>
    <w:p w:rsidR="00823498" w:rsidRPr="00936675" w:rsidRDefault="00823498" w:rsidP="00823498">
      <w:pPr>
        <w:spacing w:line="360" w:lineRule="auto"/>
        <w:jc w:val="both"/>
        <w:rPr>
          <w:rFonts w:cs="Times New Roman"/>
          <w:szCs w:val="24"/>
        </w:rPr>
      </w:pPr>
      <w:r w:rsidRPr="00936675">
        <w:rPr>
          <w:rFonts w:cs="Times New Roman"/>
          <w:szCs w:val="24"/>
        </w:rPr>
        <w:t>For generations, raids were part of this ecosystem. Youth were expected to participate in small-scale raids as a way of proving manhood. A successful raid, returning with stolen cattle, was not condemned but admired. It demonstrated bravery, cunning, and readiness for adult responsibility. Young men who never participated in a raid risked being labeled weak, and such reputations could even reduce their chances of marriage.</w:t>
      </w:r>
    </w:p>
    <w:p w:rsidR="00823498" w:rsidRPr="00936675" w:rsidRDefault="00823498" w:rsidP="00823498">
      <w:pPr>
        <w:spacing w:line="360" w:lineRule="auto"/>
        <w:jc w:val="both"/>
        <w:rPr>
          <w:rFonts w:cs="Times New Roman"/>
          <w:szCs w:val="24"/>
        </w:rPr>
      </w:pPr>
      <w:r w:rsidRPr="00936675">
        <w:rPr>
          <w:rFonts w:cs="Times New Roman"/>
          <w:szCs w:val="24"/>
        </w:rPr>
        <w:t>Yet, unlike in later years, these raids were bounded by codes of conduct. Oral histories recall how raiders targeted only cattle, not households. Women and children were spared, and killing was avoided when possible. If deaths occurred, compensation was expected, and rituals of reconciliation were performed to cleanse the community. Elders mediated disputes, ensuring that cycles of revenge did not escalate endlessly.</w:t>
      </w:r>
    </w:p>
    <w:p w:rsidR="00823498" w:rsidRPr="00936675" w:rsidRDefault="00823498" w:rsidP="00823498">
      <w:pPr>
        <w:spacing w:line="360" w:lineRule="auto"/>
        <w:jc w:val="both"/>
        <w:rPr>
          <w:rFonts w:cs="Times New Roman"/>
          <w:szCs w:val="24"/>
        </w:rPr>
      </w:pPr>
      <w:r w:rsidRPr="00936675">
        <w:rPr>
          <w:rFonts w:cs="Times New Roman"/>
          <w:szCs w:val="24"/>
        </w:rPr>
        <w:t>These norms created a moral boundary. Violence was permitted only within limits. Even as youth gained prestige through raids, they remained under the watchful eyes of chiefs, spear masters, and prophets who monitored the moral fabric of society.</w:t>
      </w:r>
    </w:p>
    <w:p w:rsidR="00823498" w:rsidRPr="00936675" w:rsidRDefault="00823498" w:rsidP="00823498">
      <w:pPr>
        <w:spacing w:line="360" w:lineRule="auto"/>
        <w:jc w:val="both"/>
        <w:rPr>
          <w:rFonts w:cs="Times New Roman"/>
          <w:szCs w:val="24"/>
        </w:rPr>
      </w:pPr>
      <w:r w:rsidRPr="00936675">
        <w:rPr>
          <w:rFonts w:cs="Times New Roman"/>
          <w:szCs w:val="24"/>
        </w:rPr>
        <w:t>Chiefs, Prophets, and Mentors of the Past</w:t>
      </w:r>
    </w:p>
    <w:p w:rsidR="00823498" w:rsidRPr="00936675" w:rsidRDefault="00823498" w:rsidP="00823498">
      <w:pPr>
        <w:spacing w:line="360" w:lineRule="auto"/>
        <w:jc w:val="both"/>
        <w:rPr>
          <w:rFonts w:cs="Times New Roman"/>
          <w:szCs w:val="24"/>
        </w:rPr>
      </w:pPr>
      <w:r w:rsidRPr="00936675">
        <w:rPr>
          <w:rFonts w:cs="Times New Roman"/>
          <w:szCs w:val="24"/>
        </w:rPr>
        <w:t>Customary institutions once held powerful sway over the behavior of youth. Chiefs, who inherited authority through lineage, acted as custodians of justice. They convened courts, settled disputes, and summoned warriors when defense was necessary. Their authority extended into the cattle camps, where their words carried the weight of ancestral tradition.</w:t>
      </w:r>
    </w:p>
    <w:p w:rsidR="00823498" w:rsidRPr="00936675" w:rsidRDefault="00823498" w:rsidP="00823498">
      <w:pPr>
        <w:spacing w:line="360" w:lineRule="auto"/>
        <w:jc w:val="both"/>
        <w:rPr>
          <w:rFonts w:cs="Times New Roman"/>
          <w:szCs w:val="24"/>
        </w:rPr>
      </w:pPr>
      <w:r w:rsidRPr="00936675">
        <w:rPr>
          <w:rFonts w:cs="Times New Roman"/>
          <w:szCs w:val="24"/>
        </w:rPr>
        <w:t>Spear masters were equally important. They presided over rituals, sacrifices, and oaths. After raids, youth were often brought before spear masters for cleansing, to prevent misfortune believed to accompany bloodshed. Spear masters thus acted as moral guardians, ensuring that violence did not pollute the spiritual life of the community.</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 xml:space="preserve">Prophets, however, were the most influential figures. The Lou Nuer, like other Nuer sections, revered prophets as mediators between God (Kwoth) and humanity. Prophets such as </w:t>
      </w:r>
      <w:proofErr w:type="spellStart"/>
      <w:r w:rsidRPr="00936675">
        <w:rPr>
          <w:rFonts w:cs="Times New Roman"/>
          <w:szCs w:val="24"/>
        </w:rPr>
        <w:t>Ngundeng</w:t>
      </w:r>
      <w:proofErr w:type="spellEnd"/>
      <w:r w:rsidRPr="00936675">
        <w:rPr>
          <w:rFonts w:cs="Times New Roman"/>
          <w:szCs w:val="24"/>
        </w:rPr>
        <w:t xml:space="preserve"> Bong in the 19th century, and later local seers, wielded immense authority. When a prophet declared that a raid should not proceed, youth obeyed for fear of curses. When prophets blessed warriors, their courage was fortified. Prophets could command entire generations of youth, giving spiritual legitimacy to both war and peace.</w:t>
      </w:r>
    </w:p>
    <w:p w:rsidR="00823498" w:rsidRPr="00936675" w:rsidRDefault="00823498" w:rsidP="00823498">
      <w:pPr>
        <w:spacing w:line="360" w:lineRule="auto"/>
        <w:jc w:val="both"/>
        <w:rPr>
          <w:rFonts w:cs="Times New Roman"/>
          <w:szCs w:val="24"/>
        </w:rPr>
      </w:pPr>
      <w:r w:rsidRPr="00936675">
        <w:rPr>
          <w:rFonts w:cs="Times New Roman"/>
          <w:szCs w:val="24"/>
        </w:rPr>
        <w:t>These leaders ensured that the energy of youth was not unchecked. They created a system of accountability where young men acted within frameworks that balanced bravery with responsibility.</w:t>
      </w:r>
    </w:p>
    <w:p w:rsidR="00823498" w:rsidRPr="00936675" w:rsidRDefault="00823498" w:rsidP="00823498">
      <w:pPr>
        <w:spacing w:line="360" w:lineRule="auto"/>
        <w:jc w:val="both"/>
        <w:rPr>
          <w:rFonts w:cs="Times New Roman"/>
          <w:szCs w:val="24"/>
        </w:rPr>
      </w:pPr>
      <w:r w:rsidRPr="00936675">
        <w:rPr>
          <w:rFonts w:cs="Times New Roman"/>
          <w:szCs w:val="24"/>
        </w:rPr>
        <w:t>The Dual Identity of Youth</w:t>
      </w:r>
    </w:p>
    <w:p w:rsidR="00823498" w:rsidRPr="00936675" w:rsidRDefault="00823498" w:rsidP="00823498">
      <w:pPr>
        <w:spacing w:line="360" w:lineRule="auto"/>
        <w:jc w:val="both"/>
        <w:rPr>
          <w:rFonts w:cs="Times New Roman"/>
          <w:szCs w:val="24"/>
        </w:rPr>
      </w:pPr>
      <w:r w:rsidRPr="00936675">
        <w:rPr>
          <w:rFonts w:cs="Times New Roman"/>
          <w:szCs w:val="24"/>
        </w:rPr>
        <w:t>The historical role of Lou Nuer youth was therefore marked by duality. On one hand, they were protectors, guardians of cattle, and defenders of family honor. Their presence gave the community a sense of security. On the other hand, they were warriors: the spearhead of raids, the enforcers of revenge, and the frontline actors in inter-communal disputes.</w:t>
      </w:r>
    </w:p>
    <w:p w:rsidR="00823498" w:rsidRPr="00936675" w:rsidRDefault="00823498" w:rsidP="00823498">
      <w:pPr>
        <w:spacing w:line="360" w:lineRule="auto"/>
        <w:jc w:val="both"/>
        <w:rPr>
          <w:rFonts w:cs="Times New Roman"/>
          <w:szCs w:val="24"/>
        </w:rPr>
      </w:pPr>
      <w:r w:rsidRPr="00936675">
        <w:rPr>
          <w:rFonts w:cs="Times New Roman"/>
          <w:szCs w:val="24"/>
        </w:rPr>
        <w:t>This dual identity generated both admiration and fear. Parents relied on their sons for security yet feared the risks of raids. Women praised bravery in songs yet grieved for lost brothers and husbands. Chiefs celebrated the defense of cattle yet struggled to control excessive violence. It was a delicate balance — one that made youth both the pride and the anxiety of the community.</w:t>
      </w:r>
    </w:p>
    <w:p w:rsidR="00823498" w:rsidRPr="00936675" w:rsidRDefault="00823498" w:rsidP="00823498">
      <w:pPr>
        <w:spacing w:line="360" w:lineRule="auto"/>
        <w:jc w:val="both"/>
        <w:rPr>
          <w:rFonts w:cs="Times New Roman"/>
          <w:szCs w:val="24"/>
        </w:rPr>
      </w:pPr>
      <w:r w:rsidRPr="00936675">
        <w:rPr>
          <w:rFonts w:cs="Times New Roman"/>
          <w:szCs w:val="24"/>
        </w:rPr>
        <w:t>From Pastoral Order to Armed Politics</w:t>
      </w:r>
    </w:p>
    <w:p w:rsidR="00823498" w:rsidRPr="00936675" w:rsidRDefault="00823498" w:rsidP="00823498">
      <w:pPr>
        <w:spacing w:line="360" w:lineRule="auto"/>
        <w:jc w:val="both"/>
        <w:rPr>
          <w:rFonts w:cs="Times New Roman"/>
          <w:szCs w:val="24"/>
        </w:rPr>
      </w:pPr>
      <w:r w:rsidRPr="00936675">
        <w:rPr>
          <w:rFonts w:cs="Times New Roman"/>
          <w:szCs w:val="24"/>
        </w:rPr>
        <w:t>This balance began to unravel in the 20th century. Colonial interventions undermined chiefs, reducing their legitimacy. Successive civil wars in Sudan militarized pastoral life, pulling youth into larger conflicts. The introduction of firearms magnified the scale of violence. Where once a raid with spears might injure a few, now an AK-47 could kill dozens in minutes.</w:t>
      </w:r>
    </w:p>
    <w:p w:rsidR="00823498" w:rsidRPr="00936675" w:rsidRDefault="00823498" w:rsidP="00823498">
      <w:pPr>
        <w:spacing w:line="360" w:lineRule="auto"/>
        <w:jc w:val="both"/>
        <w:rPr>
          <w:rFonts w:cs="Times New Roman"/>
          <w:szCs w:val="24"/>
        </w:rPr>
      </w:pPr>
      <w:r w:rsidRPr="00936675">
        <w:rPr>
          <w:rFonts w:cs="Times New Roman"/>
          <w:szCs w:val="24"/>
        </w:rPr>
        <w:t>Prophets, too, were drawn into politics. Their authority was contested, sometimes manipulated by armed groups. Chiefs, without support from the state, lost credibility. Spear masters were sidelined as modern warfare overshadowed ritual authority.</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Youth, no longer bound tightly by custom, began to act with increasing autonomy. The historical codes that once limited violence eroded. Raids turned into massacres; abductions of women and children became common; and revenge spiraled beyond repair.</w:t>
      </w:r>
    </w:p>
    <w:p w:rsidR="00823498" w:rsidRPr="00936675" w:rsidRDefault="00823498" w:rsidP="00823498">
      <w:pPr>
        <w:spacing w:line="360" w:lineRule="auto"/>
        <w:jc w:val="both"/>
        <w:rPr>
          <w:rFonts w:cs="Times New Roman"/>
          <w:szCs w:val="24"/>
        </w:rPr>
      </w:pPr>
      <w:r w:rsidRPr="00936675">
        <w:rPr>
          <w:rFonts w:cs="Times New Roman"/>
          <w:szCs w:val="24"/>
        </w:rPr>
        <w:t>By the late 20th century, the historical role of Lou Nuer youth had shifted dramatically. They were no longer merely herders and initiates into manhood. They had become the militias of the region, courted by political movements, feared by neighbors, and distrusted by their own elders.</w:t>
      </w:r>
    </w:p>
    <w:p w:rsidR="00823498" w:rsidRPr="00936675" w:rsidRDefault="00823498" w:rsidP="00823498">
      <w:pPr>
        <w:spacing w:line="360" w:lineRule="auto"/>
        <w:jc w:val="both"/>
        <w:rPr>
          <w:rFonts w:cs="Times New Roman"/>
          <w:szCs w:val="24"/>
        </w:rPr>
      </w:pPr>
      <w:r w:rsidRPr="00936675">
        <w:rPr>
          <w:rFonts w:cs="Times New Roman"/>
          <w:szCs w:val="24"/>
        </w:rPr>
        <w:t>Reflections on Historical Roles</w:t>
      </w:r>
    </w:p>
    <w:p w:rsidR="00823498" w:rsidRPr="00936675" w:rsidRDefault="00823498" w:rsidP="00823498">
      <w:pPr>
        <w:spacing w:line="360" w:lineRule="auto"/>
        <w:jc w:val="both"/>
        <w:rPr>
          <w:rFonts w:cs="Times New Roman"/>
          <w:szCs w:val="24"/>
        </w:rPr>
      </w:pPr>
      <w:r w:rsidRPr="00936675">
        <w:rPr>
          <w:rFonts w:cs="Times New Roman"/>
          <w:szCs w:val="24"/>
        </w:rPr>
        <w:t>To understand the current crises of Jonglei, one must understand this historical evolution. Lou Nuer youth were never simply criminals or rebels; they were shaped by cultural expectations, pastoral responsibilities, and historical transformations. Their role as both protectors and warriors was deeply rooted in communal life. But when the moral boundaries collapsed — through the erosion of chiefs’ authority, the politicization of prophets, and the flood of firearms — the dual role tilted toward destruction.</w:t>
      </w:r>
    </w:p>
    <w:p w:rsidR="00823498" w:rsidRPr="00936675" w:rsidRDefault="00823498" w:rsidP="00823498">
      <w:pPr>
        <w:spacing w:line="360" w:lineRule="auto"/>
        <w:jc w:val="both"/>
        <w:rPr>
          <w:rFonts w:cs="Times New Roman"/>
          <w:szCs w:val="24"/>
        </w:rPr>
      </w:pPr>
      <w:r w:rsidRPr="00936675">
        <w:rPr>
          <w:rFonts w:cs="Times New Roman"/>
          <w:szCs w:val="24"/>
        </w:rPr>
        <w:t>Yet history also offers hope. The same youth who once upheld codes of honor, who once respected prophets’ warnings, who once served as the shield of their people, can be reoriented toward peace. If their energy could be disciplined by chiefs and prophets in the past, it can once again be redirected by new forms of leadership, education, and opportunity.</w:t>
      </w:r>
    </w:p>
    <w:p w:rsidR="00823498" w:rsidRPr="00936675" w:rsidRDefault="00823498" w:rsidP="00823498">
      <w:pPr>
        <w:spacing w:line="360" w:lineRule="auto"/>
        <w:jc w:val="both"/>
        <w:rPr>
          <w:rFonts w:cs="Times New Roman"/>
          <w:szCs w:val="24"/>
        </w:rPr>
      </w:pPr>
      <w:r w:rsidRPr="00936675">
        <w:rPr>
          <w:rFonts w:cs="Times New Roman"/>
          <w:szCs w:val="24"/>
        </w:rPr>
        <w:t>As one elder in Yuai observed: “Our sons were once the fence around our cattle. They became the fire that burned us. But even fire can warm as well as destroy, if it is controlled.”</w:t>
      </w:r>
    </w:p>
    <w:p w:rsidR="00823498" w:rsidRPr="00936675" w:rsidRDefault="00823498" w:rsidP="00823498">
      <w:pPr>
        <w:spacing w:line="360" w:lineRule="auto"/>
        <w:jc w:val="both"/>
        <w:rPr>
          <w:rFonts w:cs="Times New Roman"/>
          <w:szCs w:val="24"/>
        </w:rPr>
      </w:pPr>
      <w:r w:rsidRPr="00936675">
        <w:rPr>
          <w:rFonts w:cs="Times New Roman"/>
          <w:szCs w:val="24"/>
        </w:rPr>
        <w:t>From Pride to Burden- Militarization of Youth</w:t>
      </w:r>
    </w:p>
    <w:p w:rsidR="00823498" w:rsidRPr="00936675" w:rsidRDefault="00823498" w:rsidP="00823498">
      <w:pPr>
        <w:spacing w:line="360" w:lineRule="auto"/>
        <w:jc w:val="both"/>
        <w:rPr>
          <w:rFonts w:cs="Times New Roman"/>
          <w:szCs w:val="24"/>
        </w:rPr>
      </w:pPr>
      <w:r w:rsidRPr="00936675">
        <w:rPr>
          <w:rFonts w:cs="Times New Roman"/>
          <w:szCs w:val="24"/>
        </w:rPr>
        <w:t>The late 1980s through the 2000s was a turning point in the history of Lou Nuer youth. Until then, they were primarily herders and defenders, praised for their courage and respected as the backbone of communal survival. But with the eruption of the second Sudanese civil war, and the collapse of state authority in much of Jonglei, they were thrust into a new role: foot soldiers in wars far larger than their villages.</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Armed groups, whether aligned with the Sudan People’s Liberation Army (SPLA), splinter factions, or militias backed by Khartoum, all saw in Lou Nuer youth a ready pool of fighters. Their familiarity with weapons, their endurance from cattle camp life, and their thirst for recognition made them highly recruitable. In many cases, recruitment was not voluntary — commanders entered villages and conscripted boys, sometimes as young as twelve, forcing them to march into distant battlefields.</w:t>
      </w:r>
    </w:p>
    <w:p w:rsidR="00823498" w:rsidRPr="00936675" w:rsidRDefault="00823498" w:rsidP="00823498">
      <w:pPr>
        <w:spacing w:line="360" w:lineRule="auto"/>
        <w:jc w:val="both"/>
        <w:rPr>
          <w:rFonts w:cs="Times New Roman"/>
          <w:szCs w:val="24"/>
        </w:rPr>
      </w:pPr>
      <w:r w:rsidRPr="00936675">
        <w:rPr>
          <w:rFonts w:cs="Times New Roman"/>
          <w:szCs w:val="24"/>
        </w:rPr>
        <w:t>The introduction of modern firearms was decisive. Where once youth carried spears, bows, and shields, now they carried Kalashnikovs and RPGs. A spear could injure, but an AK-47 could kill indiscriminately and from a distance. This technological shift changed the psychology of youth. A young man with a rifle no longer needed the authority of elders or chiefs to command respect. He carried authority in his hands. Songs once dedicated to oxen were re-written to praise the power of the gun.</w:t>
      </w:r>
    </w:p>
    <w:p w:rsidR="00823498" w:rsidRPr="00936675" w:rsidRDefault="00823498" w:rsidP="00823498">
      <w:pPr>
        <w:spacing w:line="360" w:lineRule="auto"/>
        <w:jc w:val="both"/>
        <w:rPr>
          <w:rFonts w:cs="Times New Roman"/>
          <w:szCs w:val="24"/>
        </w:rPr>
      </w:pPr>
      <w:r w:rsidRPr="00936675">
        <w:rPr>
          <w:rFonts w:cs="Times New Roman"/>
          <w:szCs w:val="24"/>
        </w:rPr>
        <w:t>An elder from Ayod summarized this transformation: “Before, we listened to chiefs. After the guns came, our children listened only to the sound of bullets.”</w:t>
      </w:r>
    </w:p>
    <w:p w:rsidR="00823498" w:rsidRPr="00936675" w:rsidRDefault="00823498" w:rsidP="00823498">
      <w:pPr>
        <w:spacing w:line="360" w:lineRule="auto"/>
        <w:jc w:val="both"/>
        <w:rPr>
          <w:rFonts w:cs="Times New Roman"/>
          <w:szCs w:val="24"/>
        </w:rPr>
      </w:pPr>
      <w:r w:rsidRPr="00936675">
        <w:rPr>
          <w:rFonts w:cs="Times New Roman"/>
          <w:szCs w:val="24"/>
        </w:rPr>
        <w:t>Cycles of Raids and Revenge</w:t>
      </w:r>
    </w:p>
    <w:p w:rsidR="00823498" w:rsidRPr="00936675" w:rsidRDefault="00823498" w:rsidP="00823498">
      <w:pPr>
        <w:spacing w:line="360" w:lineRule="auto"/>
        <w:jc w:val="both"/>
        <w:rPr>
          <w:rFonts w:cs="Times New Roman"/>
          <w:szCs w:val="24"/>
        </w:rPr>
      </w:pPr>
      <w:r w:rsidRPr="00936675">
        <w:rPr>
          <w:rFonts w:cs="Times New Roman"/>
          <w:szCs w:val="24"/>
        </w:rPr>
        <w:t>Militarization made cattle raids far more deadly. What were once small-scale, swift operations turned into organized assaults involving dozens or even hundreds of armed youths. Entire villages could be overrun in hours. Cattle were looted, homes burned, and people killed in numbers that far exceeded traditional limits.</w:t>
      </w:r>
    </w:p>
    <w:p w:rsidR="00823498" w:rsidRPr="00936675" w:rsidRDefault="00823498" w:rsidP="00823498">
      <w:pPr>
        <w:spacing w:line="360" w:lineRule="auto"/>
        <w:jc w:val="both"/>
        <w:rPr>
          <w:rFonts w:cs="Times New Roman"/>
          <w:szCs w:val="24"/>
        </w:rPr>
      </w:pPr>
      <w:r w:rsidRPr="00936675">
        <w:rPr>
          <w:rFonts w:cs="Times New Roman"/>
          <w:szCs w:val="24"/>
        </w:rPr>
        <w:t xml:space="preserve">Revenge became inevitable. Each raid sparked retaliation; each retaliation demanded further vengeance. The cycle intensified between the Lou and their neighbors — the Murle, the Dinka of </w:t>
      </w:r>
      <w:proofErr w:type="spellStart"/>
      <w:r w:rsidRPr="00936675">
        <w:rPr>
          <w:rFonts w:cs="Times New Roman"/>
          <w:szCs w:val="24"/>
        </w:rPr>
        <w:t>Bor</w:t>
      </w:r>
      <w:proofErr w:type="spellEnd"/>
      <w:r w:rsidRPr="00936675">
        <w:rPr>
          <w:rFonts w:cs="Times New Roman"/>
          <w:szCs w:val="24"/>
        </w:rPr>
        <w:t>, and even other Nuer sections such as the Gawaar. Where once raids were seasonal, now they became year-round campaigns. Youth shifted from herding to permanent militarization, spending more time planning attacks than caring for cattle.</w:t>
      </w:r>
    </w:p>
    <w:p w:rsidR="00823498" w:rsidRPr="00936675" w:rsidRDefault="00823498" w:rsidP="00823498">
      <w:pPr>
        <w:spacing w:line="360" w:lineRule="auto"/>
        <w:jc w:val="both"/>
        <w:rPr>
          <w:rFonts w:cs="Times New Roman"/>
          <w:szCs w:val="24"/>
        </w:rPr>
      </w:pPr>
      <w:r w:rsidRPr="00936675">
        <w:rPr>
          <w:rFonts w:cs="Times New Roman"/>
          <w:szCs w:val="24"/>
        </w:rPr>
        <w:t>The impact on the community was devastating. Families lived in constant fear of attack. Displacement became normal — villages emptied overnight, with people fleeing into swamps or across rivers. Many who survived lost their children to abductions, fueling inter-generational bitterness.</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One mother in Motot wept as she recalled: “We used to fear wild animals in the bush. Now we fear our own sons, because when they come back from raids, they bring death with them.”</w:t>
      </w:r>
    </w:p>
    <w:p w:rsidR="00823498" w:rsidRPr="00936675" w:rsidRDefault="00823498" w:rsidP="00823498">
      <w:pPr>
        <w:spacing w:line="360" w:lineRule="auto"/>
        <w:jc w:val="both"/>
        <w:rPr>
          <w:rFonts w:cs="Times New Roman"/>
          <w:szCs w:val="24"/>
        </w:rPr>
      </w:pPr>
      <w:r w:rsidRPr="00936675">
        <w:rPr>
          <w:rFonts w:cs="Times New Roman"/>
          <w:szCs w:val="24"/>
        </w:rPr>
        <w:t>The Burden of Firearms</w:t>
      </w:r>
    </w:p>
    <w:p w:rsidR="00823498" w:rsidRPr="00936675" w:rsidRDefault="00823498" w:rsidP="00823498">
      <w:pPr>
        <w:spacing w:line="360" w:lineRule="auto"/>
        <w:jc w:val="both"/>
        <w:rPr>
          <w:rFonts w:cs="Times New Roman"/>
          <w:szCs w:val="24"/>
        </w:rPr>
      </w:pPr>
      <w:r w:rsidRPr="00936675">
        <w:rPr>
          <w:rFonts w:cs="Times New Roman"/>
          <w:szCs w:val="24"/>
        </w:rPr>
        <w:t>The cheap availability of weapons turned cattle camps into armed garrisons. Youth as young as ten were seen with rifles slung over their shoulders. Shooting became a casual activity, even in celebrations. Disputes over grazing or bride wealth escalated into gunfire.</w:t>
      </w:r>
    </w:p>
    <w:p w:rsidR="00823498" w:rsidRPr="00936675" w:rsidRDefault="00823498" w:rsidP="00823498">
      <w:pPr>
        <w:spacing w:line="360" w:lineRule="auto"/>
        <w:jc w:val="both"/>
        <w:rPr>
          <w:rFonts w:cs="Times New Roman"/>
          <w:szCs w:val="24"/>
        </w:rPr>
      </w:pPr>
      <w:r w:rsidRPr="00936675">
        <w:rPr>
          <w:rFonts w:cs="Times New Roman"/>
          <w:szCs w:val="24"/>
        </w:rPr>
        <w:t>This reality created a paradox: while guns gave youth a sense of pride and independence, they also turned them into a burden on their communities. Parents no longer controlled their children. Chiefs, without enforcement capacity, were ignored. Prophets, though still respected, could not always restrain the tide of violence.</w:t>
      </w:r>
    </w:p>
    <w:p w:rsidR="00823498" w:rsidRPr="00936675" w:rsidRDefault="00823498" w:rsidP="00823498">
      <w:pPr>
        <w:spacing w:line="360" w:lineRule="auto"/>
        <w:jc w:val="both"/>
        <w:rPr>
          <w:rFonts w:cs="Times New Roman"/>
          <w:szCs w:val="24"/>
        </w:rPr>
      </w:pPr>
      <w:r w:rsidRPr="00936675">
        <w:rPr>
          <w:rFonts w:cs="Times New Roman"/>
          <w:szCs w:val="24"/>
        </w:rPr>
        <w:t>The proliferation of guns also reshaped social expectations. A young man without a gun was mocked as powerless. Dowry payments increasingly required cattle raided with weapons. Songs and dances glorified warriors who returned with loot. The culture of the gun replaced the culture of the spear, eroding moral codes that once restrained violence.</w:t>
      </w:r>
    </w:p>
    <w:p w:rsidR="00823498" w:rsidRPr="00936675" w:rsidRDefault="00823498" w:rsidP="00823498">
      <w:pPr>
        <w:spacing w:line="360" w:lineRule="auto"/>
        <w:jc w:val="both"/>
        <w:rPr>
          <w:rFonts w:cs="Times New Roman"/>
          <w:szCs w:val="24"/>
        </w:rPr>
      </w:pPr>
      <w:r w:rsidRPr="00936675">
        <w:rPr>
          <w:rFonts w:cs="Times New Roman"/>
          <w:szCs w:val="24"/>
        </w:rPr>
        <w:t>The Loss of Communal Control</w:t>
      </w:r>
    </w:p>
    <w:p w:rsidR="00823498" w:rsidRPr="00936675" w:rsidRDefault="00823498" w:rsidP="00823498">
      <w:pPr>
        <w:spacing w:line="360" w:lineRule="auto"/>
        <w:jc w:val="both"/>
        <w:rPr>
          <w:rFonts w:cs="Times New Roman"/>
          <w:szCs w:val="24"/>
        </w:rPr>
      </w:pPr>
      <w:r w:rsidRPr="00936675">
        <w:rPr>
          <w:rFonts w:cs="Times New Roman"/>
          <w:szCs w:val="24"/>
        </w:rPr>
        <w:t>Perhaps the greatest tragedy of this period was the collapse of communal control over youth. In earlier generations, elders, spear masters, and prophets held real authority. Youth might resist, but they rarely defied outright. By the 1990s, however, many elders admitted that they had lost influence.</w:t>
      </w:r>
    </w:p>
    <w:p w:rsidR="00823498" w:rsidRPr="00936675" w:rsidRDefault="00823498" w:rsidP="00823498">
      <w:pPr>
        <w:spacing w:line="360" w:lineRule="auto"/>
        <w:jc w:val="both"/>
        <w:rPr>
          <w:rFonts w:cs="Times New Roman"/>
          <w:szCs w:val="24"/>
        </w:rPr>
      </w:pPr>
      <w:r w:rsidRPr="00936675">
        <w:rPr>
          <w:rFonts w:cs="Times New Roman"/>
          <w:szCs w:val="24"/>
        </w:rPr>
        <w:t>An elder from Yuai explained: “Our words are soft, but guns are loud. When we speak, the youth laugh. When the gun speaks, they obey.”</w:t>
      </w:r>
    </w:p>
    <w:p w:rsidR="00823498" w:rsidRPr="00936675" w:rsidRDefault="00823498" w:rsidP="00823498">
      <w:pPr>
        <w:spacing w:line="360" w:lineRule="auto"/>
        <w:jc w:val="both"/>
        <w:rPr>
          <w:rFonts w:cs="Times New Roman"/>
          <w:szCs w:val="24"/>
        </w:rPr>
      </w:pPr>
      <w:r w:rsidRPr="00936675">
        <w:rPr>
          <w:rFonts w:cs="Times New Roman"/>
          <w:szCs w:val="24"/>
        </w:rPr>
        <w:t>This loss of authority created a dangerous vacuum. Without traditional checks, youth acted autonomously, often motivated more by peer pressure than by communal strategy. Entire groups of young men roamed as self-organized militias, accountable to no one but themselves. This autonomy heightened the violence and made peace processes fragile.</w:t>
      </w:r>
    </w:p>
    <w:p w:rsidR="00823498" w:rsidRPr="00936675" w:rsidRDefault="00823498" w:rsidP="00823498">
      <w:pPr>
        <w:spacing w:line="360" w:lineRule="auto"/>
        <w:jc w:val="both"/>
        <w:rPr>
          <w:rFonts w:cs="Times New Roman"/>
          <w:szCs w:val="24"/>
        </w:rPr>
      </w:pPr>
      <w:r w:rsidRPr="00936675">
        <w:rPr>
          <w:rFonts w:cs="Times New Roman"/>
          <w:szCs w:val="24"/>
        </w:rPr>
        <w:t>Communities in Fear</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The burden of militarized youth weighed heavily on the communities they were meant to protect. Parents buried sons in mass graves. Women lost husbands and children. Villages burned, schools closed, and markets collapsed. Instead of being the pride of their people, youth became their deepest source of fear.</w:t>
      </w:r>
    </w:p>
    <w:p w:rsidR="00823498" w:rsidRPr="00936675" w:rsidRDefault="00823498" w:rsidP="00823498">
      <w:pPr>
        <w:spacing w:line="360" w:lineRule="auto"/>
        <w:jc w:val="both"/>
        <w:rPr>
          <w:rFonts w:cs="Times New Roman"/>
          <w:szCs w:val="24"/>
        </w:rPr>
      </w:pPr>
      <w:r w:rsidRPr="00936675">
        <w:rPr>
          <w:rFonts w:cs="Times New Roman"/>
          <w:szCs w:val="24"/>
        </w:rPr>
        <w:t>Displacement reached catastrophic levels. Families abandoned ancestral villages, moving closer to rivers, swamps, or UN protection sites. A generation grew up in flight, carrying trauma and resentment.</w:t>
      </w:r>
    </w:p>
    <w:p w:rsidR="00823498" w:rsidRPr="00936675" w:rsidRDefault="00823498" w:rsidP="00823498">
      <w:pPr>
        <w:spacing w:line="360" w:lineRule="auto"/>
        <w:jc w:val="both"/>
        <w:rPr>
          <w:rFonts w:cs="Times New Roman"/>
          <w:szCs w:val="24"/>
        </w:rPr>
      </w:pPr>
      <w:r w:rsidRPr="00936675">
        <w:rPr>
          <w:rFonts w:cs="Times New Roman"/>
          <w:szCs w:val="24"/>
        </w:rPr>
        <w:t xml:space="preserve">One woman in </w:t>
      </w:r>
      <w:proofErr w:type="spellStart"/>
      <w:r w:rsidRPr="00936675">
        <w:rPr>
          <w:rFonts w:cs="Times New Roman"/>
          <w:szCs w:val="24"/>
        </w:rPr>
        <w:t>Waat</w:t>
      </w:r>
      <w:proofErr w:type="spellEnd"/>
      <w:r w:rsidRPr="00936675">
        <w:rPr>
          <w:rFonts w:cs="Times New Roman"/>
          <w:szCs w:val="24"/>
        </w:rPr>
        <w:t xml:space="preserve"> captured this despair: “We gave birth to children to carry our names. But they carry guns instead, and they erase our names with blood.”</w:t>
      </w:r>
    </w:p>
    <w:p w:rsidR="00823498" w:rsidRPr="00936675" w:rsidRDefault="00823498" w:rsidP="00823498">
      <w:pPr>
        <w:spacing w:line="360" w:lineRule="auto"/>
        <w:jc w:val="both"/>
        <w:rPr>
          <w:rFonts w:cs="Times New Roman"/>
          <w:szCs w:val="24"/>
        </w:rPr>
      </w:pPr>
      <w:r w:rsidRPr="00936675">
        <w:rPr>
          <w:rFonts w:cs="Times New Roman"/>
          <w:szCs w:val="24"/>
        </w:rPr>
        <w:t>The Turning of Songs</w:t>
      </w:r>
    </w:p>
    <w:p w:rsidR="00823498" w:rsidRPr="00936675" w:rsidRDefault="00823498" w:rsidP="00823498">
      <w:pPr>
        <w:spacing w:line="360" w:lineRule="auto"/>
        <w:jc w:val="both"/>
        <w:rPr>
          <w:rFonts w:cs="Times New Roman"/>
          <w:szCs w:val="24"/>
        </w:rPr>
      </w:pPr>
      <w:r w:rsidRPr="00936675">
        <w:rPr>
          <w:rFonts w:cs="Times New Roman"/>
          <w:szCs w:val="24"/>
        </w:rPr>
        <w:t>Culture itself began to mourn the transformation of life under conflict. In the cattle camps, where music had always been the heartbeat of youth, songs once sung in praise of decorated oxen and the bravery of herders were gradually replaced with laments for dead brothers and sons who never returned from raids. Mothers, who had cradled their children with soft lullabies, now sang dirges heavy with sorrow, rocking empty arms or comforting orphans left behind. The poetry of the community, which had for generations celebrated endurance, fertility, and the cycles of rain and harvest, turned into an archive of grief. Each verse became a ledger of loss, each melody a chronicle of longing. What was once a soundtrack of vitality becoming the mournful soundtrack of survival.</w:t>
      </w:r>
    </w:p>
    <w:p w:rsidR="00823498" w:rsidRPr="00936675" w:rsidRDefault="00823498" w:rsidP="00823498">
      <w:pPr>
        <w:spacing w:line="360" w:lineRule="auto"/>
        <w:jc w:val="both"/>
        <w:rPr>
          <w:rFonts w:cs="Times New Roman"/>
          <w:szCs w:val="24"/>
        </w:rPr>
      </w:pPr>
      <w:r w:rsidRPr="00936675">
        <w:rPr>
          <w:rFonts w:cs="Times New Roman"/>
          <w:szCs w:val="24"/>
        </w:rPr>
        <w:t>Reflection: From Pride to Burden</w:t>
      </w:r>
    </w:p>
    <w:p w:rsidR="00823498" w:rsidRPr="00936675" w:rsidRDefault="00823498" w:rsidP="00823498">
      <w:pPr>
        <w:spacing w:line="360" w:lineRule="auto"/>
        <w:jc w:val="both"/>
        <w:rPr>
          <w:rFonts w:cs="Times New Roman"/>
          <w:szCs w:val="24"/>
        </w:rPr>
      </w:pPr>
      <w:r w:rsidRPr="00936675">
        <w:rPr>
          <w:rFonts w:cs="Times New Roman"/>
          <w:szCs w:val="24"/>
        </w:rPr>
        <w:t>The Lou Nuer youth who were once celebrated as the fence around their people’s cattle had become the fire that consumed them. They embodied bravery, but bravery untethered from restraint turned into destruction. They sought honor, but honor through the gun brought shame.</w:t>
      </w:r>
    </w:p>
    <w:p w:rsidR="00823498" w:rsidRPr="00936675" w:rsidRDefault="00823498" w:rsidP="00823498">
      <w:pPr>
        <w:spacing w:line="360" w:lineRule="auto"/>
        <w:jc w:val="both"/>
        <w:rPr>
          <w:rFonts w:cs="Times New Roman"/>
          <w:szCs w:val="24"/>
        </w:rPr>
      </w:pPr>
      <w:r w:rsidRPr="00936675">
        <w:rPr>
          <w:rFonts w:cs="Times New Roman"/>
          <w:szCs w:val="24"/>
        </w:rPr>
        <w:t xml:space="preserve">In this period, youth shifted from being the pride of the Lou Nuer to being perceived as a burden. Elders, parents, and neighbors began to fear the very group that had once symbolized security. The transformation was not merely cultural but structural: the </w:t>
      </w:r>
      <w:r w:rsidRPr="00936675">
        <w:rPr>
          <w:rFonts w:cs="Times New Roman"/>
          <w:szCs w:val="24"/>
        </w:rPr>
        <w:lastRenderedPageBreak/>
        <w:t>collapse of state authority, the flood of weapons, and the manipulation of youth by armed groups all combined to change the meaning of youth in Lou Nuer society.</w:t>
      </w:r>
    </w:p>
    <w:p w:rsidR="00823498" w:rsidRPr="00936675" w:rsidRDefault="00823498" w:rsidP="00823498">
      <w:pPr>
        <w:spacing w:line="360" w:lineRule="auto"/>
        <w:jc w:val="both"/>
        <w:rPr>
          <w:rFonts w:cs="Times New Roman"/>
          <w:szCs w:val="24"/>
        </w:rPr>
      </w:pPr>
      <w:r w:rsidRPr="00936675">
        <w:rPr>
          <w:rFonts w:cs="Times New Roman"/>
          <w:szCs w:val="24"/>
        </w:rPr>
        <w:t>Yet even amid this darkness, seeds of change would later emerge. For the same courage that fueled raids could also fuel reconciliation. The same leadership that organized attacks could organize peace. The challenge, then, is not to eliminate the energy of youth, but to redirect it.</w:t>
      </w:r>
    </w:p>
    <w:p w:rsidR="00823498" w:rsidRPr="00936675" w:rsidRDefault="00823498" w:rsidP="00823498">
      <w:pPr>
        <w:spacing w:line="360" w:lineRule="auto"/>
        <w:jc w:val="both"/>
        <w:rPr>
          <w:rFonts w:cs="Times New Roman"/>
          <w:szCs w:val="24"/>
        </w:rPr>
      </w:pPr>
      <w:r w:rsidRPr="00936675">
        <w:rPr>
          <w:rFonts w:cs="Times New Roman"/>
          <w:szCs w:val="24"/>
        </w:rPr>
        <w:t>As a reformed raider from Akobo later confessed: “I was called a hero when I brought cattle from raids. But I was also the reason mothers cried. Today, I want to be a hero for building schools, not graves.”</w:t>
      </w:r>
    </w:p>
    <w:p w:rsidR="00823498" w:rsidRPr="00936675" w:rsidRDefault="00823498" w:rsidP="00823498">
      <w:pPr>
        <w:spacing w:line="360" w:lineRule="auto"/>
        <w:jc w:val="both"/>
        <w:rPr>
          <w:rFonts w:cs="Times New Roman"/>
          <w:szCs w:val="24"/>
        </w:rPr>
      </w:pPr>
      <w:r w:rsidRPr="00936675">
        <w:rPr>
          <w:rFonts w:cs="Times New Roman"/>
          <w:szCs w:val="24"/>
        </w:rPr>
        <w:t>Social Costs of Armed Youth Culture: Beyond Immediate Violence</w:t>
      </w:r>
    </w:p>
    <w:p w:rsidR="00823498" w:rsidRPr="00936675" w:rsidRDefault="00823498" w:rsidP="00823498">
      <w:pPr>
        <w:spacing w:line="360" w:lineRule="auto"/>
        <w:jc w:val="both"/>
        <w:rPr>
          <w:rFonts w:cs="Times New Roman"/>
          <w:szCs w:val="24"/>
        </w:rPr>
      </w:pPr>
      <w:r w:rsidRPr="00936675">
        <w:rPr>
          <w:rFonts w:cs="Times New Roman"/>
          <w:szCs w:val="24"/>
        </w:rPr>
        <w:t>The armed culture that swept through the Lou Nuer youth in the 1990s and 2000s did not merely produce immediate casualties. Its consequences rippled across generations, reshaping social norms, fragmenting communities, and leaving deep psychological scars. Entire villages were emptied, cattle camps transformed into battlegrounds, and children raised under the shadow of guns instead of the wisdom of elders. The costs of this culture extended far beyond the battlefield, touching every household and eroding the foundations of society itself.</w:t>
      </w:r>
    </w:p>
    <w:p w:rsidR="00823498" w:rsidRPr="00936675" w:rsidRDefault="00823498" w:rsidP="00823498">
      <w:pPr>
        <w:spacing w:line="360" w:lineRule="auto"/>
        <w:jc w:val="both"/>
        <w:rPr>
          <w:rFonts w:cs="Times New Roman"/>
          <w:szCs w:val="24"/>
        </w:rPr>
      </w:pPr>
      <w:r w:rsidRPr="00936675">
        <w:rPr>
          <w:rFonts w:cs="Times New Roman"/>
          <w:szCs w:val="24"/>
        </w:rPr>
        <w:t>Loss of Life and Displacement</w:t>
      </w:r>
    </w:p>
    <w:p w:rsidR="00823498" w:rsidRPr="00936675" w:rsidRDefault="00823498" w:rsidP="00823498">
      <w:pPr>
        <w:spacing w:line="360" w:lineRule="auto"/>
        <w:jc w:val="both"/>
        <w:rPr>
          <w:rFonts w:cs="Times New Roman"/>
          <w:szCs w:val="24"/>
        </w:rPr>
      </w:pPr>
      <w:r w:rsidRPr="00936675">
        <w:rPr>
          <w:rFonts w:cs="Times New Roman"/>
          <w:szCs w:val="24"/>
        </w:rPr>
        <w:t>At the most visible level, the cost was counted in lives lost. Raids that once ended with minor injuries now left behind dozens of corpses. Villages like Pieri, Yuai, and Motot became synonymous not only with cattle wealth but also with mass graves. Funerals became weekly events, and mourning songs echoed through the cattle camps more frequently than songs of celebration.</w:t>
      </w:r>
    </w:p>
    <w:p w:rsidR="00823498" w:rsidRPr="00936675" w:rsidRDefault="00823498" w:rsidP="00823498">
      <w:pPr>
        <w:spacing w:line="360" w:lineRule="auto"/>
        <w:jc w:val="both"/>
        <w:rPr>
          <w:rFonts w:cs="Times New Roman"/>
          <w:szCs w:val="24"/>
        </w:rPr>
      </w:pPr>
      <w:r w:rsidRPr="00936675">
        <w:rPr>
          <w:rFonts w:cs="Times New Roman"/>
          <w:szCs w:val="24"/>
        </w:rPr>
        <w:t>Entire families fled in terror, abandoning ancestral homes for the safety of swamps and islands. Parents dug shallow graves for children along migration routes, forced to choose between escape and proper burial. In Ayod and Uror, whole communities relocated near rivers or closer to UN compounds, creating pockets of displacement that became semi-</w:t>
      </w:r>
      <w:r w:rsidRPr="00936675">
        <w:rPr>
          <w:rFonts w:cs="Times New Roman"/>
          <w:szCs w:val="24"/>
        </w:rPr>
        <w:lastRenderedPageBreak/>
        <w:t>permanent settlements. The once vibrant rhythm of village life slowed into survival mode — communities lived not to thrive, but to endure.</w:t>
      </w:r>
    </w:p>
    <w:p w:rsidR="00823498" w:rsidRPr="00936675" w:rsidRDefault="00823498" w:rsidP="00823498">
      <w:pPr>
        <w:spacing w:line="360" w:lineRule="auto"/>
        <w:jc w:val="both"/>
        <w:rPr>
          <w:rFonts w:cs="Times New Roman"/>
          <w:szCs w:val="24"/>
        </w:rPr>
      </w:pPr>
      <w:r w:rsidRPr="00936675">
        <w:rPr>
          <w:rFonts w:cs="Times New Roman"/>
          <w:szCs w:val="24"/>
        </w:rPr>
        <w:t>Breakdown of Inter-communal Trust</w:t>
      </w:r>
    </w:p>
    <w:p w:rsidR="00823498" w:rsidRPr="00936675" w:rsidRDefault="00823498" w:rsidP="00823498">
      <w:pPr>
        <w:spacing w:line="360" w:lineRule="auto"/>
        <w:jc w:val="both"/>
        <w:rPr>
          <w:rFonts w:cs="Times New Roman"/>
          <w:szCs w:val="24"/>
        </w:rPr>
      </w:pPr>
      <w:r w:rsidRPr="00936675">
        <w:rPr>
          <w:rFonts w:cs="Times New Roman"/>
          <w:szCs w:val="24"/>
        </w:rPr>
        <w:t>The culture of militarized youth eroded trust not only between the Lou and their neighbors but also within Nuer society itself. Historically, intermarriage and trade connected the Lou with Murle, Dinka, and other Nuer sections. Markets were shared spaces, and rivers served as meeting points. But as raids became increasingly bloody, trust collapsed.</w:t>
      </w:r>
    </w:p>
    <w:p w:rsidR="00823498" w:rsidRPr="00936675" w:rsidRDefault="00823498" w:rsidP="00823498">
      <w:pPr>
        <w:spacing w:line="360" w:lineRule="auto"/>
        <w:jc w:val="both"/>
        <w:rPr>
          <w:rFonts w:cs="Times New Roman"/>
          <w:szCs w:val="24"/>
        </w:rPr>
      </w:pPr>
      <w:r w:rsidRPr="00936675">
        <w:rPr>
          <w:rFonts w:cs="Times New Roman"/>
          <w:szCs w:val="24"/>
        </w:rPr>
        <w:t>Murle’s parents taught their children to fear the Lou Nuer as abductors. Dinka families remembered them as raiders of cattle and destroyers of villages. Even among Nuer sections, suspicion deepened. Gawaar and Lou, who once grazed side by side, now approached each other with rifles drawn.</w:t>
      </w:r>
    </w:p>
    <w:p w:rsidR="00823498" w:rsidRPr="00936675" w:rsidRDefault="00823498" w:rsidP="00823498">
      <w:pPr>
        <w:spacing w:line="360" w:lineRule="auto"/>
        <w:jc w:val="both"/>
        <w:rPr>
          <w:rFonts w:cs="Times New Roman"/>
          <w:szCs w:val="24"/>
        </w:rPr>
      </w:pPr>
      <w:r w:rsidRPr="00936675">
        <w:rPr>
          <w:rFonts w:cs="Times New Roman"/>
          <w:szCs w:val="24"/>
        </w:rPr>
        <w:t>Trust within villages also fractured. Youth accused elders of weakness, while elders blamed youth for recklessness. Chiefs complained of being ignored, while women accused both elders and youth of ignoring the suffering of families. The communal fabric frayed, leaving behind a society where mistrust became the default posture</w:t>
      </w:r>
    </w:p>
    <w:p w:rsidR="00823498" w:rsidRPr="00936675" w:rsidRDefault="00823498" w:rsidP="00823498">
      <w:pPr>
        <w:spacing w:line="360" w:lineRule="auto"/>
        <w:jc w:val="both"/>
        <w:rPr>
          <w:rFonts w:cs="Times New Roman"/>
          <w:szCs w:val="24"/>
        </w:rPr>
      </w:pPr>
      <w:r w:rsidRPr="00936675">
        <w:rPr>
          <w:rFonts w:cs="Times New Roman"/>
          <w:szCs w:val="24"/>
        </w:rPr>
        <w:t>Psychological and Spiritual Trauma</w:t>
      </w:r>
    </w:p>
    <w:p w:rsidR="00823498" w:rsidRPr="00936675" w:rsidRDefault="00823498" w:rsidP="00823498">
      <w:pPr>
        <w:spacing w:line="360" w:lineRule="auto"/>
        <w:jc w:val="both"/>
        <w:rPr>
          <w:rFonts w:cs="Times New Roman"/>
          <w:szCs w:val="24"/>
        </w:rPr>
      </w:pPr>
      <w:r w:rsidRPr="00936675">
        <w:rPr>
          <w:rFonts w:cs="Times New Roman"/>
          <w:szCs w:val="24"/>
        </w:rPr>
        <w:t>The invisible wounds of militarized youth culture ran deep. Children raised in cattle camps learned to handle rifles before they learned to read or write. Many grew up with recurring nightmares, haunted by images of burned villages and dying relatives. Women carried the trauma of abduction, rape, and displacement. Parents lived with unhealed grief for sons killed in raids or disappeared in abductions.</w:t>
      </w:r>
    </w:p>
    <w:p w:rsidR="00823498" w:rsidRPr="00936675" w:rsidRDefault="00823498" w:rsidP="00823498">
      <w:pPr>
        <w:spacing w:line="360" w:lineRule="auto"/>
        <w:jc w:val="both"/>
        <w:rPr>
          <w:rFonts w:cs="Times New Roman"/>
          <w:szCs w:val="24"/>
        </w:rPr>
      </w:pPr>
      <w:r w:rsidRPr="00936675">
        <w:rPr>
          <w:rFonts w:cs="Times New Roman"/>
          <w:szCs w:val="24"/>
        </w:rPr>
        <w:t xml:space="preserve">Communities spoke of a pervasive sense of fear. Villages avoided nighttime gatherings, families slept in shifts, and children flinched at loud noises. Prophets reported an increase in spiritual disturbances, with youth haunted by dreams of those they had killed. Rituals of cleansing were performed more frequently, yet many confessed that no ceremony could wash away the scale of trauma that guns had unleashed. One reformed raider admitted during a dialogue in </w:t>
      </w:r>
      <w:proofErr w:type="spellStart"/>
      <w:proofErr w:type="gramStart"/>
      <w:r w:rsidRPr="00936675">
        <w:rPr>
          <w:rFonts w:cs="Times New Roman"/>
          <w:szCs w:val="24"/>
        </w:rPr>
        <w:t>Yuai:“</w:t>
      </w:r>
      <w:proofErr w:type="gramEnd"/>
      <w:r w:rsidRPr="00936675">
        <w:rPr>
          <w:rFonts w:cs="Times New Roman"/>
          <w:szCs w:val="24"/>
        </w:rPr>
        <w:t>I</w:t>
      </w:r>
      <w:proofErr w:type="spellEnd"/>
      <w:r w:rsidRPr="00936675">
        <w:rPr>
          <w:rFonts w:cs="Times New Roman"/>
          <w:szCs w:val="24"/>
        </w:rPr>
        <w:t xml:space="preserve"> killed in raids, but now those faces return to me in dreams. I cannot sleep. Even when I laugh during the day, at night I see the eyes of the dead.”</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Educational and Generational Costs</w:t>
      </w:r>
    </w:p>
    <w:p w:rsidR="00823498" w:rsidRPr="00936675" w:rsidRDefault="00823498" w:rsidP="00823498">
      <w:pPr>
        <w:spacing w:line="360" w:lineRule="auto"/>
        <w:jc w:val="both"/>
        <w:rPr>
          <w:rFonts w:cs="Times New Roman"/>
          <w:szCs w:val="24"/>
        </w:rPr>
      </w:pPr>
      <w:r w:rsidRPr="00936675">
        <w:rPr>
          <w:rFonts w:cs="Times New Roman"/>
          <w:szCs w:val="24"/>
        </w:rPr>
        <w:t>Perhaps the most devastating long-term cost was the collapse of education. Schools in many villages closed due to insecurity, leaving an entire generation with little or no formal learning. Teachers fled, classrooms were looted, and children were drawn into cattle camps instead of lessons.</w:t>
      </w:r>
    </w:p>
    <w:p w:rsidR="00823498" w:rsidRPr="00936675" w:rsidRDefault="00823498" w:rsidP="00823498">
      <w:pPr>
        <w:spacing w:line="360" w:lineRule="auto"/>
        <w:jc w:val="both"/>
        <w:rPr>
          <w:rFonts w:cs="Times New Roman"/>
          <w:szCs w:val="24"/>
        </w:rPr>
      </w:pPr>
      <w:r w:rsidRPr="00936675">
        <w:rPr>
          <w:rFonts w:cs="Times New Roman"/>
          <w:szCs w:val="24"/>
        </w:rPr>
        <w:t>This educational vacuum perpetuated the cycle of violence. Youth without alternatives had little to imagine beyond raiding and revenge. Without literacy, they could not access jobs or advocate for their rights. Without numeracy, they could not navigate new economies. The gun became their pen, and the battlefield their classroom.</w:t>
      </w:r>
    </w:p>
    <w:p w:rsidR="00823498" w:rsidRPr="00936675" w:rsidRDefault="00823498" w:rsidP="00823498">
      <w:pPr>
        <w:spacing w:line="360" w:lineRule="auto"/>
        <w:jc w:val="both"/>
        <w:rPr>
          <w:rFonts w:cs="Times New Roman"/>
          <w:szCs w:val="24"/>
        </w:rPr>
      </w:pPr>
      <w:r w:rsidRPr="00936675">
        <w:rPr>
          <w:rFonts w:cs="Times New Roman"/>
          <w:szCs w:val="24"/>
        </w:rPr>
        <w:t xml:space="preserve">Generational divides also deepened. Elders who remembered a time of spears and codes of honor despaired at youth who knew only guns. Mothers lamented that sons no longer respected their counsel. As one woman in </w:t>
      </w:r>
      <w:proofErr w:type="spellStart"/>
      <w:r w:rsidRPr="00936675">
        <w:rPr>
          <w:rFonts w:cs="Times New Roman"/>
          <w:szCs w:val="24"/>
        </w:rPr>
        <w:t>Waat</w:t>
      </w:r>
      <w:proofErr w:type="spellEnd"/>
      <w:r w:rsidRPr="00936675">
        <w:rPr>
          <w:rFonts w:cs="Times New Roman"/>
          <w:szCs w:val="24"/>
        </w:rPr>
        <w:t xml:space="preserve"> put it: “we tell them to stop, but they say we are women and our words are weak. They obey only their guns.”</w:t>
      </w:r>
    </w:p>
    <w:p w:rsidR="00823498" w:rsidRPr="00936675" w:rsidRDefault="00823498" w:rsidP="00823498">
      <w:pPr>
        <w:spacing w:line="360" w:lineRule="auto"/>
        <w:jc w:val="both"/>
        <w:rPr>
          <w:rFonts w:cs="Times New Roman"/>
          <w:szCs w:val="24"/>
        </w:rPr>
      </w:pPr>
      <w:r w:rsidRPr="00936675">
        <w:rPr>
          <w:rFonts w:cs="Times New Roman"/>
          <w:szCs w:val="24"/>
        </w:rPr>
        <w:t>Gendered Burdens</w:t>
      </w:r>
    </w:p>
    <w:p w:rsidR="00823498" w:rsidRPr="00936675" w:rsidRDefault="00823498" w:rsidP="00823498">
      <w:pPr>
        <w:spacing w:line="360" w:lineRule="auto"/>
        <w:jc w:val="both"/>
        <w:rPr>
          <w:rFonts w:cs="Times New Roman"/>
          <w:szCs w:val="24"/>
        </w:rPr>
      </w:pPr>
      <w:r w:rsidRPr="00936675">
        <w:rPr>
          <w:rFonts w:cs="Times New Roman"/>
          <w:szCs w:val="24"/>
        </w:rPr>
        <w:t>The costs of armed youth culture fell disproportionately on women and girls. Abduction became a hallmark of raids. Girls as young as eight or nine were taken, forced to assimilate into new communities, and stripped of their identities. Mothers who resisted abductions were killed or beaten. Women lost husbands in raids and then bore the burden of raising children alone.</w:t>
      </w:r>
    </w:p>
    <w:p w:rsidR="00823498" w:rsidRPr="00936675" w:rsidRDefault="00823498" w:rsidP="00823498">
      <w:pPr>
        <w:spacing w:line="360" w:lineRule="auto"/>
        <w:jc w:val="both"/>
        <w:rPr>
          <w:rFonts w:cs="Times New Roman"/>
          <w:szCs w:val="24"/>
        </w:rPr>
      </w:pPr>
      <w:r w:rsidRPr="00936675">
        <w:rPr>
          <w:rFonts w:cs="Times New Roman"/>
          <w:szCs w:val="24"/>
        </w:rPr>
        <w:t>Those who survived faced stigmatization. Abducted women who returned home were sometimes rejected by their communities, accused of carrying the shame of the enemy. Widows were left destitute, unable to pay school fees or buy food. The militarization of youth, therefore, created not just individual tragedies but a feminization of poverty, as women carried the heaviest social and economic burdens of violence.</w:t>
      </w:r>
    </w:p>
    <w:p w:rsidR="00823498" w:rsidRPr="00936675" w:rsidRDefault="00823498" w:rsidP="00823498">
      <w:pPr>
        <w:spacing w:line="360" w:lineRule="auto"/>
        <w:jc w:val="both"/>
        <w:rPr>
          <w:rFonts w:cs="Times New Roman"/>
          <w:szCs w:val="24"/>
        </w:rPr>
      </w:pPr>
      <w:r w:rsidRPr="00936675">
        <w:rPr>
          <w:rFonts w:cs="Times New Roman"/>
          <w:szCs w:val="24"/>
        </w:rPr>
        <w:t>Collapse of Customary and Spiritual Authority</w:t>
      </w:r>
    </w:p>
    <w:p w:rsidR="00823498" w:rsidRPr="00936675" w:rsidRDefault="00823498" w:rsidP="00823498">
      <w:pPr>
        <w:spacing w:line="360" w:lineRule="auto"/>
        <w:jc w:val="both"/>
        <w:rPr>
          <w:rFonts w:cs="Times New Roman"/>
          <w:szCs w:val="24"/>
        </w:rPr>
      </w:pPr>
      <w:r w:rsidRPr="00936675">
        <w:rPr>
          <w:rFonts w:cs="Times New Roman"/>
          <w:szCs w:val="24"/>
        </w:rPr>
        <w:t xml:space="preserve">The erosion of customary authority under armed youth culture further destabilized society. Chiefs who once mediated disputes found themselves powerless. Spear masters who </w:t>
      </w:r>
      <w:r w:rsidRPr="00936675">
        <w:rPr>
          <w:rFonts w:cs="Times New Roman"/>
          <w:szCs w:val="24"/>
        </w:rPr>
        <w:lastRenderedPageBreak/>
        <w:t>performed cleansing rituals admitted that their authority no longer deterred bloodshed. Prophets continued to command respect, but even they confessed that the proliferation of guns outpaced spiritual authority.</w:t>
      </w:r>
    </w:p>
    <w:p w:rsidR="00823498" w:rsidRPr="00936675" w:rsidRDefault="00823498" w:rsidP="00823498">
      <w:pPr>
        <w:spacing w:line="360" w:lineRule="auto"/>
        <w:jc w:val="both"/>
        <w:rPr>
          <w:rFonts w:cs="Times New Roman"/>
          <w:szCs w:val="24"/>
        </w:rPr>
      </w:pPr>
      <w:r w:rsidRPr="00936675">
        <w:rPr>
          <w:rFonts w:cs="Times New Roman"/>
          <w:szCs w:val="24"/>
        </w:rPr>
        <w:t>The rituals that once reconciled communities — sharing cattle, exchanging brides, sacrificing oxen — lost their meaning when whole villages were massacred. How could a single ox repair the loss of dozens of lives? How could a reconciliation feast restore trust after children were abducted? The cultural mechanisms that had sustained peace for centuries proved insufficient in the face of automatic weapons.</w:t>
      </w:r>
    </w:p>
    <w:p w:rsidR="00823498" w:rsidRPr="00936675" w:rsidRDefault="00823498" w:rsidP="00823498">
      <w:pPr>
        <w:spacing w:line="360" w:lineRule="auto"/>
        <w:jc w:val="both"/>
        <w:rPr>
          <w:rFonts w:cs="Times New Roman"/>
          <w:szCs w:val="24"/>
        </w:rPr>
      </w:pPr>
      <w:r w:rsidRPr="00936675">
        <w:rPr>
          <w:rFonts w:cs="Times New Roman"/>
          <w:szCs w:val="24"/>
        </w:rPr>
        <w:t>Economic Costs and Lost Opportunities</w:t>
      </w:r>
    </w:p>
    <w:p w:rsidR="00823498" w:rsidRPr="00936675" w:rsidRDefault="00823498" w:rsidP="00823498">
      <w:pPr>
        <w:spacing w:line="360" w:lineRule="auto"/>
        <w:jc w:val="both"/>
        <w:rPr>
          <w:rFonts w:cs="Times New Roman"/>
          <w:szCs w:val="24"/>
        </w:rPr>
      </w:pPr>
      <w:r w:rsidRPr="00936675">
        <w:rPr>
          <w:rFonts w:cs="Times New Roman"/>
          <w:szCs w:val="24"/>
        </w:rPr>
        <w:t xml:space="preserve">Armed youth culture devastated local economies. Markets in places like Yuai, Pieri, and </w:t>
      </w:r>
      <w:proofErr w:type="spellStart"/>
      <w:r w:rsidRPr="00936675">
        <w:rPr>
          <w:rFonts w:cs="Times New Roman"/>
          <w:szCs w:val="24"/>
        </w:rPr>
        <w:t>Waat</w:t>
      </w:r>
      <w:proofErr w:type="spellEnd"/>
      <w:r w:rsidRPr="00936675">
        <w:rPr>
          <w:rFonts w:cs="Times New Roman"/>
          <w:szCs w:val="24"/>
        </w:rPr>
        <w:t xml:space="preserve"> often closed due to insecurity. Traders feared ambushes along roads, cutting off access to salt, sugar, and cloth. Families that once supplemented their diet through fishing or farming abandoned these activities for fear of raids.</w:t>
      </w:r>
    </w:p>
    <w:p w:rsidR="00823498" w:rsidRPr="00936675" w:rsidRDefault="00823498" w:rsidP="00823498">
      <w:pPr>
        <w:spacing w:line="360" w:lineRule="auto"/>
        <w:jc w:val="both"/>
        <w:rPr>
          <w:rFonts w:cs="Times New Roman"/>
          <w:szCs w:val="24"/>
        </w:rPr>
      </w:pPr>
      <w:r w:rsidRPr="00936675">
        <w:rPr>
          <w:rFonts w:cs="Times New Roman"/>
          <w:szCs w:val="24"/>
        </w:rPr>
        <w:t>The dowry economy also spiraled. As bride wealth demands rose, many young men saw no way to marry without raiding. This fed the cycle further — raiding for cattle to marry, losing cattle in retaliation, then raiding again. Instead of building wealth through trade or farming, youth invested in violence as their economic strategy. The opportunity cost was immense: years that could have been spent developing skills or businesses were instead spent in conflict.</w:t>
      </w:r>
    </w:p>
    <w:p w:rsidR="00823498" w:rsidRPr="00936675" w:rsidRDefault="00823498" w:rsidP="00823498">
      <w:pPr>
        <w:spacing w:line="360" w:lineRule="auto"/>
        <w:jc w:val="both"/>
        <w:rPr>
          <w:rFonts w:cs="Times New Roman"/>
          <w:szCs w:val="24"/>
        </w:rPr>
      </w:pPr>
      <w:r w:rsidRPr="00936675">
        <w:rPr>
          <w:rFonts w:cs="Times New Roman"/>
          <w:szCs w:val="24"/>
        </w:rPr>
        <w:t>Socialization of Violence</w:t>
      </w:r>
    </w:p>
    <w:p w:rsidR="00823498" w:rsidRPr="00936675" w:rsidRDefault="00823498" w:rsidP="00823498">
      <w:pPr>
        <w:spacing w:line="360" w:lineRule="auto"/>
        <w:jc w:val="both"/>
        <w:rPr>
          <w:rFonts w:cs="Times New Roman"/>
          <w:szCs w:val="24"/>
        </w:rPr>
      </w:pPr>
      <w:r w:rsidRPr="00936675">
        <w:rPr>
          <w:rFonts w:cs="Times New Roman"/>
          <w:szCs w:val="24"/>
        </w:rPr>
        <w:t>Perhaps the deepest cost was the normalization of violence itself. Children grew up seeing guns as toys, raids as adventures, and killing as a path to honor. Entire communities internalized fear as normal. Violence ceased to be an exception — it became the rhythm of life.</w:t>
      </w:r>
    </w:p>
    <w:p w:rsidR="00823498" w:rsidRPr="00936675" w:rsidRDefault="00823498" w:rsidP="00823498">
      <w:pPr>
        <w:spacing w:line="360" w:lineRule="auto"/>
        <w:jc w:val="both"/>
        <w:rPr>
          <w:rFonts w:cs="Times New Roman"/>
          <w:szCs w:val="24"/>
        </w:rPr>
      </w:pPr>
      <w:r w:rsidRPr="00936675">
        <w:rPr>
          <w:rFonts w:cs="Times New Roman"/>
          <w:szCs w:val="24"/>
        </w:rPr>
        <w:t>This normalization created what many have called a “lost generation.” A generation that grew up with trauma as their inheritance, fear as their companion, and guns as their teachers. It is a generation that struggles to imagine peace not because they reject it, but because they have never experienced it.</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Reflection: A Society Wounded from Within</w:t>
      </w:r>
    </w:p>
    <w:p w:rsidR="00823498" w:rsidRPr="00936675" w:rsidRDefault="00823498" w:rsidP="00823498">
      <w:pPr>
        <w:spacing w:line="360" w:lineRule="auto"/>
        <w:jc w:val="both"/>
        <w:rPr>
          <w:rFonts w:cs="Times New Roman"/>
          <w:szCs w:val="24"/>
        </w:rPr>
      </w:pPr>
      <w:r w:rsidRPr="00936675">
        <w:rPr>
          <w:rFonts w:cs="Times New Roman"/>
          <w:szCs w:val="24"/>
        </w:rPr>
        <w:t>The social costs of armed youth culture cannot be overstated. It destroyed lives, displaced communities, silenced schools, eroded trust, impoverished women, and hollowed out cultural authority. It turned youth from protectors into predators, and it transformed the community’s pride into its deepest wound.</w:t>
      </w:r>
    </w:p>
    <w:p w:rsidR="00823498" w:rsidRPr="00936675" w:rsidRDefault="00823498" w:rsidP="00823498">
      <w:pPr>
        <w:spacing w:line="360" w:lineRule="auto"/>
        <w:jc w:val="both"/>
        <w:rPr>
          <w:rFonts w:cs="Times New Roman"/>
          <w:szCs w:val="24"/>
        </w:rPr>
      </w:pPr>
      <w:r w:rsidRPr="00936675">
        <w:rPr>
          <w:rFonts w:cs="Times New Roman"/>
          <w:szCs w:val="24"/>
        </w:rPr>
        <w:t>Yet within these costs lies a lesson. The very scale of destruction demonstrates the urgency of transformation. If armed youth could unravel the fabric of society, then empowered youth can also rebuild it. If guns tore communities apart, then education, livelihoods, and reconciliation can stitch them back together. As one elder in Ayod said during a peace meeting: “Our sons became our burden, but they are still our sons. If they wounded us, they can also heal us. The same hands that carried guns can carry books, hoes, and tools. The burden can become the bridge.”</w:t>
      </w:r>
    </w:p>
    <w:p w:rsidR="00823498" w:rsidRPr="00936675" w:rsidRDefault="00823498" w:rsidP="00823498">
      <w:pPr>
        <w:spacing w:line="360" w:lineRule="auto"/>
        <w:jc w:val="both"/>
        <w:rPr>
          <w:rFonts w:cs="Times New Roman"/>
          <w:szCs w:val="24"/>
        </w:rPr>
      </w:pPr>
      <w:r w:rsidRPr="00936675">
        <w:rPr>
          <w:rFonts w:cs="Times New Roman"/>
          <w:szCs w:val="24"/>
        </w:rPr>
        <w:t>Shifting the Narrative: Youth as Leaders</w:t>
      </w:r>
    </w:p>
    <w:p w:rsidR="00823498" w:rsidRPr="00936675" w:rsidRDefault="00823498" w:rsidP="00823498">
      <w:pPr>
        <w:spacing w:line="360" w:lineRule="auto"/>
        <w:jc w:val="both"/>
        <w:rPr>
          <w:rFonts w:cs="Times New Roman"/>
          <w:szCs w:val="24"/>
        </w:rPr>
      </w:pPr>
      <w:r w:rsidRPr="00936675">
        <w:rPr>
          <w:rFonts w:cs="Times New Roman"/>
          <w:szCs w:val="24"/>
        </w:rPr>
        <w:t>The story of the Lou Nuer youth is not only about destruction. Beneath the weight of their reputation, seeds of transformation began to sprout. What was once seen as a generation condemned to repeat cycles of raid and revenge began, slowly, to redefine itself. In the shadows of conflict, young men and women started to question the meaning of courage, responsibility, and legacy.</w:t>
      </w:r>
    </w:p>
    <w:p w:rsidR="00823498" w:rsidRPr="00936675" w:rsidRDefault="00823498" w:rsidP="00823498">
      <w:pPr>
        <w:spacing w:line="360" w:lineRule="auto"/>
        <w:jc w:val="both"/>
        <w:rPr>
          <w:rFonts w:cs="Times New Roman"/>
          <w:szCs w:val="24"/>
        </w:rPr>
      </w:pPr>
      <w:r w:rsidRPr="00936675">
        <w:rPr>
          <w:rFonts w:cs="Times New Roman"/>
          <w:szCs w:val="24"/>
        </w:rPr>
        <w:t>For decades, their worth was measured in the number of cattle they could raid, the guns they carried, and the fear their names invoked. Yet a new measure of worth was emerging—one tied to the ability to build rather than to destroy, to protect rather than to plunder. In meetings under trees, in school classrooms that survived the floods, in conversations sparked by spiritual leaders and elders, the youth began to imagine futures different from those inherited.</w:t>
      </w:r>
    </w:p>
    <w:p w:rsidR="00823498" w:rsidRPr="00936675" w:rsidRDefault="00823498" w:rsidP="00823498">
      <w:pPr>
        <w:spacing w:line="360" w:lineRule="auto"/>
        <w:jc w:val="both"/>
        <w:rPr>
          <w:rFonts w:cs="Times New Roman"/>
          <w:szCs w:val="24"/>
        </w:rPr>
      </w:pPr>
      <w:r w:rsidRPr="00936675">
        <w:rPr>
          <w:rFonts w:cs="Times New Roman"/>
          <w:szCs w:val="24"/>
        </w:rPr>
        <w:t xml:space="preserve">This transformation did not come easily. It meant confronting the weight of expectations passed down from generations—expectations that glorified warriorhood. But where war once commanded loyalty, peace began to offer dignity. Where guns once spoke, the voices of young leaders started to echo more loudly. They began to organize football tournaments </w:t>
      </w:r>
      <w:r w:rsidRPr="00936675">
        <w:rPr>
          <w:rFonts w:cs="Times New Roman"/>
          <w:szCs w:val="24"/>
        </w:rPr>
        <w:lastRenderedPageBreak/>
        <w:t>instead of raids, to lead cattle trade initiatives instead of theft, to return abducted children instead of harboring them.</w:t>
      </w:r>
    </w:p>
    <w:p w:rsidR="00823498" w:rsidRPr="00936675" w:rsidRDefault="00823498" w:rsidP="00823498">
      <w:pPr>
        <w:spacing w:line="360" w:lineRule="auto"/>
        <w:jc w:val="both"/>
        <w:rPr>
          <w:rFonts w:cs="Times New Roman"/>
          <w:szCs w:val="24"/>
        </w:rPr>
      </w:pPr>
      <w:r w:rsidRPr="00936675">
        <w:rPr>
          <w:rFonts w:cs="Times New Roman"/>
          <w:szCs w:val="24"/>
        </w:rPr>
        <w:t>Youth leadership, in this sense, was not about abandoning culture but reclaiming its heart. It was about understanding that courage could mean crossing to a rival village not with a gun but with an olive branch, and that pride could be drawn not from shedding blood but from saving lives. This new generation of Lou Nuer youth was rewriting the narrative: no longer merely actors in cycles of violence, but architects of a fragile and precious peace.</w:t>
      </w:r>
    </w:p>
    <w:p w:rsidR="00823498" w:rsidRPr="00936675" w:rsidRDefault="00823498" w:rsidP="00823498">
      <w:pPr>
        <w:spacing w:line="360" w:lineRule="auto"/>
        <w:jc w:val="both"/>
        <w:rPr>
          <w:rFonts w:cs="Times New Roman"/>
          <w:szCs w:val="24"/>
        </w:rPr>
      </w:pPr>
      <w:r w:rsidRPr="00936675">
        <w:rPr>
          <w:rFonts w:cs="Times New Roman"/>
          <w:szCs w:val="24"/>
        </w:rPr>
        <w:t>Bridging Communities through Dialogue</w:t>
      </w:r>
    </w:p>
    <w:p w:rsidR="00823498" w:rsidRPr="00936675" w:rsidRDefault="00823498" w:rsidP="00823498">
      <w:pPr>
        <w:spacing w:line="360" w:lineRule="auto"/>
        <w:jc w:val="both"/>
        <w:rPr>
          <w:rFonts w:cs="Times New Roman"/>
          <w:szCs w:val="24"/>
        </w:rPr>
      </w:pPr>
      <w:r w:rsidRPr="00936675">
        <w:rPr>
          <w:rFonts w:cs="Times New Roman"/>
          <w:szCs w:val="24"/>
        </w:rPr>
        <w:t>The Pieri Peace Agreement between the Lou and Murle would not have held without youth participation. Youth began experimenting with joint committees that went beyond mere signatures on paper. These were living structures—circles of trust built around young men and women who once stood at the frontlines of violence. By crossing into each other’s territories, sitting on the same mats, and sharing food, they proved that peace could be practiced, not only proclaimed.</w:t>
      </w:r>
    </w:p>
    <w:p w:rsidR="00823498" w:rsidRPr="00936675" w:rsidRDefault="00823498" w:rsidP="00823498">
      <w:pPr>
        <w:spacing w:line="360" w:lineRule="auto"/>
        <w:jc w:val="both"/>
        <w:rPr>
          <w:rFonts w:cs="Times New Roman"/>
          <w:szCs w:val="24"/>
        </w:rPr>
      </w:pPr>
      <w:r w:rsidRPr="00936675">
        <w:rPr>
          <w:rFonts w:cs="Times New Roman"/>
          <w:szCs w:val="24"/>
        </w:rPr>
        <w:t>At first, suspicion lingered. Old wounds did not vanish with one handshake. But dialogue became a discipline, a repeated act of coming together despite mistrust. Youth leaders from both communities discovered that the very skills that once made them formidable fighters—organization, endurance, and loyalty—could be redirected toward sustaining dialogue. Instead of mobilizing raids, they mobilized meetings. Instead of counting bullets, they counted the number of children safely returned.</w:t>
      </w:r>
    </w:p>
    <w:p w:rsidR="00823498" w:rsidRPr="00936675" w:rsidRDefault="00823498" w:rsidP="00823498">
      <w:pPr>
        <w:spacing w:line="360" w:lineRule="auto"/>
        <w:jc w:val="both"/>
        <w:rPr>
          <w:rFonts w:cs="Times New Roman"/>
          <w:szCs w:val="24"/>
        </w:rPr>
      </w:pPr>
      <w:r w:rsidRPr="00936675">
        <w:rPr>
          <w:rFonts w:cs="Times New Roman"/>
          <w:szCs w:val="24"/>
        </w:rPr>
        <w:t>Joint committees became the heartbeat of this fragile peace. They created local communication channels to defuse rumors before they escalated into violence. They monitored migration routes to prevent clashes over grazing. They accompanied chiefs and spiritual leaders to ceremonies of reconciliation, ensuring that words spoken by elders were reinforced by the actions of the young. In some places, they even patrolled together, symbolizing that the gun could guard peace as well as ignite war.</w:t>
      </w:r>
    </w:p>
    <w:p w:rsidR="00823498" w:rsidRPr="00936675" w:rsidRDefault="00823498" w:rsidP="00823498">
      <w:pPr>
        <w:spacing w:line="360" w:lineRule="auto"/>
        <w:jc w:val="both"/>
        <w:rPr>
          <w:rFonts w:cs="Times New Roman"/>
          <w:szCs w:val="24"/>
        </w:rPr>
      </w:pPr>
      <w:r w:rsidRPr="00936675">
        <w:rPr>
          <w:rFonts w:cs="Times New Roman"/>
          <w:szCs w:val="24"/>
        </w:rPr>
        <w:t xml:space="preserve">The transformation was not perfect, nor was it linear. There were setbacks, moments when violence threatened to undo fragile progress. Yet the experience of dialogue taught the </w:t>
      </w:r>
      <w:r w:rsidRPr="00936675">
        <w:rPr>
          <w:rFonts w:cs="Times New Roman"/>
          <w:szCs w:val="24"/>
        </w:rPr>
        <w:lastRenderedPageBreak/>
        <w:t>youth something fundamental: that they could be more than a “problem” for their communities—they could be custodians of its survival. And with each joint dialogue they organized, they chipped away at the myth that enmity between Lou and Murle was eternal.</w:t>
      </w:r>
    </w:p>
    <w:p w:rsidR="00823498" w:rsidRPr="00936675" w:rsidRDefault="00823498" w:rsidP="00823498">
      <w:pPr>
        <w:spacing w:line="360" w:lineRule="auto"/>
        <w:jc w:val="both"/>
        <w:rPr>
          <w:rFonts w:cs="Times New Roman"/>
          <w:szCs w:val="24"/>
        </w:rPr>
      </w:pPr>
      <w:r w:rsidRPr="00936675">
        <w:rPr>
          <w:rFonts w:cs="Times New Roman"/>
          <w:szCs w:val="24"/>
        </w:rPr>
        <w:t>Youth Empowerment and Alternatives to Violence</w:t>
      </w:r>
    </w:p>
    <w:p w:rsidR="00823498" w:rsidRPr="00936675" w:rsidRDefault="00823498" w:rsidP="00823498">
      <w:pPr>
        <w:spacing w:line="360" w:lineRule="auto"/>
        <w:jc w:val="both"/>
        <w:rPr>
          <w:rFonts w:cs="Times New Roman"/>
          <w:szCs w:val="24"/>
        </w:rPr>
      </w:pPr>
      <w:r w:rsidRPr="00936675">
        <w:rPr>
          <w:rFonts w:cs="Times New Roman"/>
          <w:szCs w:val="24"/>
        </w:rPr>
        <w:t>If peace is to be sustainable, youth must not only be disarmed—they must be empowered. Several initiatives across Jonglei and GPAA have shown promise in demonstrating that alternatives to violence are not only possible but desirable.</w:t>
      </w:r>
    </w:p>
    <w:p w:rsidR="00823498" w:rsidRPr="00936675" w:rsidRDefault="00823498" w:rsidP="00823498">
      <w:pPr>
        <w:spacing w:line="360" w:lineRule="auto"/>
        <w:jc w:val="both"/>
        <w:rPr>
          <w:rFonts w:cs="Times New Roman"/>
          <w:szCs w:val="24"/>
        </w:rPr>
      </w:pPr>
      <w:r w:rsidRPr="00936675">
        <w:rPr>
          <w:rFonts w:cs="Times New Roman"/>
          <w:szCs w:val="24"/>
        </w:rPr>
        <w:t>One such initiative has been the revolving cattle trade fund. Instead of measuring bravery by the number of cattle stolen, youth were organized into groups, given seed capital, and encouraged to buy cattle legally. They would then transport the animals to distant markets where prices were higher, sell them, and return with profits. Within three to five months, the capital would be repaid, and the cycle repeated with another batch of youth. This system created both dignity and accountability: those who once raided herds under cover of night now moved openly as traders, earning respect through enterprise rather than fear. Many testified that this opportunity transformed their lives, turning them from raiders into providers for their families.</w:t>
      </w:r>
    </w:p>
    <w:p w:rsidR="00823498" w:rsidRPr="00936675" w:rsidRDefault="00823498" w:rsidP="00823498">
      <w:pPr>
        <w:spacing w:line="360" w:lineRule="auto"/>
        <w:jc w:val="both"/>
        <w:rPr>
          <w:rFonts w:cs="Times New Roman"/>
          <w:szCs w:val="24"/>
        </w:rPr>
      </w:pPr>
      <w:r w:rsidRPr="00936675">
        <w:rPr>
          <w:rFonts w:cs="Times New Roman"/>
          <w:szCs w:val="24"/>
        </w:rPr>
        <w:t>Sports also emerged as another powerful tool. Football tournaments, organized jointly by rival youth groups, offered a stage where competition could be fierce but safe. A goal scored replaced a shot fired; a trophy won brought honor greater than cattle raids could ever give. These tournaments were more than games—they were rehearsals for peace, where discipline, teamwork, and respect were learned in a nonviolent arena.</w:t>
      </w:r>
    </w:p>
    <w:p w:rsidR="00823498" w:rsidRPr="00936675" w:rsidRDefault="00823498" w:rsidP="00823498">
      <w:pPr>
        <w:spacing w:line="360" w:lineRule="auto"/>
        <w:jc w:val="both"/>
        <w:rPr>
          <w:rFonts w:cs="Times New Roman"/>
          <w:szCs w:val="24"/>
        </w:rPr>
      </w:pPr>
      <w:r w:rsidRPr="00936675">
        <w:rPr>
          <w:rFonts w:cs="Times New Roman"/>
          <w:szCs w:val="24"/>
        </w:rPr>
        <w:t>Equally important were the spaces created for dialogue and storytelling. When youth sat together, recounting the losses they had suffered—siblings killed, parents displaced, children abducted—they discovered that pain was shared across ethnic lines. Such realizations began to erode the logic of revenge. They realized that their real enemy was not the neighbor across the river, but poverty, illiteracy, and the proliferation of weapons that had turned them into soldiers of survival rather than agents of progress.</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Empowerment, therefore, was not only economic. It was also social and psychological—restoring youth as protectors, innovators, and bridge-builders. By offering alternatives to violence, these initiatives helped reshape identities, proving that peace can feed pride, and that strength can be measured in what one builds rather than what one destroys.</w:t>
      </w:r>
    </w:p>
    <w:p w:rsidR="00823498" w:rsidRPr="00936675" w:rsidRDefault="00823498" w:rsidP="00823498">
      <w:pPr>
        <w:spacing w:line="360" w:lineRule="auto"/>
        <w:jc w:val="both"/>
        <w:rPr>
          <w:rFonts w:cs="Times New Roman"/>
          <w:szCs w:val="24"/>
        </w:rPr>
      </w:pPr>
      <w:r w:rsidRPr="00936675">
        <w:rPr>
          <w:rFonts w:cs="Times New Roman"/>
          <w:szCs w:val="24"/>
        </w:rPr>
        <w:t>Challenges and Resistances</w:t>
      </w:r>
    </w:p>
    <w:p w:rsidR="00823498" w:rsidRPr="00936675" w:rsidRDefault="00823498" w:rsidP="00823498">
      <w:pPr>
        <w:spacing w:line="360" w:lineRule="auto"/>
        <w:jc w:val="both"/>
        <w:rPr>
          <w:rFonts w:cs="Times New Roman"/>
          <w:szCs w:val="24"/>
        </w:rPr>
      </w:pPr>
      <w:r w:rsidRPr="00936675">
        <w:rPr>
          <w:rFonts w:cs="Times New Roman"/>
          <w:szCs w:val="24"/>
        </w:rPr>
        <w:t>Alongside the promising transformations, deep challenges remain. Peer pressure, the cattle-raiding economy, weak state structures, and generational mistrust continue to pull youth back toward the old patterns of violence. For many young men, to refuse participation in a raid is to risk mockery or even exclusion from their peers. The demand for cattle—whether for marriage, prestige, or survival—creates constant temptation to return to the gun.</w:t>
      </w:r>
    </w:p>
    <w:p w:rsidR="00823498" w:rsidRPr="00936675" w:rsidRDefault="00823498" w:rsidP="00823498">
      <w:pPr>
        <w:spacing w:line="360" w:lineRule="auto"/>
        <w:jc w:val="both"/>
        <w:rPr>
          <w:rFonts w:cs="Times New Roman"/>
          <w:szCs w:val="24"/>
        </w:rPr>
      </w:pPr>
      <w:r w:rsidRPr="00936675">
        <w:rPr>
          <w:rFonts w:cs="Times New Roman"/>
          <w:szCs w:val="24"/>
        </w:rPr>
        <w:t>Weak governance adds to this burden. In places where the state is absent or mistrusted, youth step into the vacuum, often finding identity and authority in armed groups rather than in constructive roles. Without consistent policing, courts, or disarmament policies, the line between protector and predator blurs easily. Communities, already skeptical of promises from Juba, sometimes place more trust in youth militias than in official institutions.</w:t>
      </w:r>
    </w:p>
    <w:p w:rsidR="00823498" w:rsidRPr="00936675" w:rsidRDefault="00823498" w:rsidP="00823498">
      <w:pPr>
        <w:spacing w:line="360" w:lineRule="auto"/>
        <w:jc w:val="both"/>
        <w:rPr>
          <w:rFonts w:cs="Times New Roman"/>
          <w:szCs w:val="24"/>
        </w:rPr>
      </w:pPr>
      <w:r w:rsidRPr="00936675">
        <w:rPr>
          <w:rFonts w:cs="Times New Roman"/>
          <w:szCs w:val="24"/>
        </w:rPr>
        <w:t>Generational mistrust compounds the challenge. Many elders criticize the youth for abandoning discipline and customs, while youth in turn accuse elders of hypocrisy, corruption, or failure to protect their communities. This disconnect fractures the social fabric, leaving young people caught between old traditions that no longer fully guide them and a modernity that offers few safe pathways.</w:t>
      </w:r>
    </w:p>
    <w:p w:rsidR="00823498" w:rsidRPr="00936675" w:rsidRDefault="00823498" w:rsidP="00823498">
      <w:pPr>
        <w:spacing w:line="360" w:lineRule="auto"/>
        <w:jc w:val="both"/>
        <w:rPr>
          <w:rFonts w:cs="Times New Roman"/>
          <w:szCs w:val="24"/>
        </w:rPr>
      </w:pPr>
      <w:r w:rsidRPr="00936675">
        <w:rPr>
          <w:rFonts w:cs="Times New Roman"/>
          <w:szCs w:val="24"/>
        </w:rPr>
        <w:t>Even well-intentioned empowerment projects face resistance. Revolving funds may falter if mismanaged, leading to suspicion. Football tournaments may be derailed by renewed clashes. Dialogue committees may collapse under the weight of unresolved grievances. These setbacks reinforce cynicism: the belief that peace is fragile, temporary, or a luxury.</w:t>
      </w:r>
    </w:p>
    <w:p w:rsidR="00823498" w:rsidRPr="00936675" w:rsidRDefault="00823498" w:rsidP="00823498">
      <w:pPr>
        <w:spacing w:line="360" w:lineRule="auto"/>
        <w:jc w:val="both"/>
        <w:rPr>
          <w:rFonts w:cs="Times New Roman"/>
          <w:szCs w:val="24"/>
        </w:rPr>
      </w:pPr>
      <w:r w:rsidRPr="00936675">
        <w:rPr>
          <w:rFonts w:cs="Times New Roman"/>
          <w:szCs w:val="24"/>
        </w:rPr>
        <w:t xml:space="preserve">Yet it is precisely by acknowledging these resistances that transformation can deepen. Peace is not a straight road but a contested journey. For youth, navigating these pressures is part of learning to lead differently—to stand firm when peers laugh, to seek livelihoods </w:t>
      </w:r>
      <w:r w:rsidRPr="00936675">
        <w:rPr>
          <w:rFonts w:cs="Times New Roman"/>
          <w:szCs w:val="24"/>
        </w:rPr>
        <w:lastRenderedPageBreak/>
        <w:t>that do not depend on the cattle economy, to build trust where generations are divided, and to demand accountability where the state is weak.</w:t>
      </w:r>
    </w:p>
    <w:p w:rsidR="00823498" w:rsidRPr="00936675" w:rsidRDefault="00823498" w:rsidP="00823498">
      <w:pPr>
        <w:spacing w:line="360" w:lineRule="auto"/>
        <w:jc w:val="both"/>
        <w:rPr>
          <w:rFonts w:cs="Times New Roman"/>
          <w:szCs w:val="24"/>
        </w:rPr>
      </w:pPr>
      <w:r w:rsidRPr="00936675">
        <w:rPr>
          <w:rFonts w:cs="Times New Roman"/>
          <w:szCs w:val="24"/>
        </w:rPr>
        <w:t>Toward Transformation: From Burden to Bridge</w:t>
      </w:r>
    </w:p>
    <w:p w:rsidR="00823498" w:rsidRPr="00936675" w:rsidRDefault="00823498" w:rsidP="00823498">
      <w:pPr>
        <w:spacing w:line="360" w:lineRule="auto"/>
        <w:jc w:val="both"/>
        <w:rPr>
          <w:rFonts w:cs="Times New Roman"/>
          <w:szCs w:val="24"/>
        </w:rPr>
      </w:pPr>
      <w:r w:rsidRPr="00936675">
        <w:rPr>
          <w:rFonts w:cs="Times New Roman"/>
          <w:szCs w:val="24"/>
        </w:rPr>
        <w:t>The Lou Nuer youth have carried many names: warriors, raiders, abductors, spoilers of peace. Yet these names, heavy as they are, do not capture the whole story. Beneath the burden of history lies a possibility—that the same energy once consumed by cycles of cattle raiding and revenge can become the force that secures peace for generations.</w:t>
      </w:r>
    </w:p>
    <w:p w:rsidR="00823498" w:rsidRPr="00936675" w:rsidRDefault="00823498" w:rsidP="00823498">
      <w:pPr>
        <w:spacing w:line="360" w:lineRule="auto"/>
        <w:jc w:val="both"/>
        <w:rPr>
          <w:rFonts w:cs="Times New Roman"/>
          <w:szCs w:val="24"/>
        </w:rPr>
      </w:pPr>
      <w:r w:rsidRPr="00936675">
        <w:rPr>
          <w:rFonts w:cs="Times New Roman"/>
          <w:szCs w:val="24"/>
        </w:rPr>
        <w:t>Transformation begins when youth recognize that they are not simply inheritors of conflict but authors of a new chapter. This shift is not abstract; it is visible in the choices of young men and women who now trade cattle instead of stealing them, who organize football tournaments instead of raids, who form dialogue committees instead of militias. Each act of defiance against the culture of violence weakens the myth that youth are destined to destroy.</w:t>
      </w:r>
    </w:p>
    <w:p w:rsidR="00823498" w:rsidRPr="00936675" w:rsidRDefault="00823498" w:rsidP="00823498">
      <w:pPr>
        <w:spacing w:line="360" w:lineRule="auto"/>
        <w:jc w:val="both"/>
        <w:rPr>
          <w:rFonts w:cs="Times New Roman"/>
          <w:szCs w:val="24"/>
        </w:rPr>
      </w:pPr>
      <w:r w:rsidRPr="00936675">
        <w:rPr>
          <w:rFonts w:cs="Times New Roman"/>
          <w:szCs w:val="24"/>
        </w:rPr>
        <w:t>To move from burden to bridge requires more than personal conviction; it demands structures that sustain change. Elders, chiefs, and spiritual leaders must create space for youth to lead without fear. Governments must provide education, livelihoods, and accountability. International partners must accompany without dominating, ensuring that local initiatives are not smothered by outside agendas.</w:t>
      </w:r>
    </w:p>
    <w:p w:rsidR="00823498" w:rsidRPr="00936675" w:rsidRDefault="00823498" w:rsidP="00823498">
      <w:pPr>
        <w:spacing w:line="360" w:lineRule="auto"/>
        <w:jc w:val="both"/>
        <w:rPr>
          <w:rFonts w:cs="Times New Roman"/>
          <w:szCs w:val="24"/>
        </w:rPr>
      </w:pPr>
      <w:r w:rsidRPr="00936675">
        <w:rPr>
          <w:rFonts w:cs="Times New Roman"/>
          <w:szCs w:val="24"/>
        </w:rPr>
        <w:t>The journey is unfinished, and challenges remain. But the arc is bending. Where once the Lou Nuer youth stood as symbols of violence, they are increasingly stepping forward as symbols of courage redefined: courage to reconcile, courage to forgive, and courage to build. From burden to bridge, theirs is not just a story of survival—it is the story of a people daring to imagine a different tomorrow.</w:t>
      </w:r>
    </w:p>
    <w:p w:rsidR="00823498" w:rsidRPr="00936675" w:rsidRDefault="00823498" w:rsidP="00823498">
      <w:pPr>
        <w:spacing w:line="360" w:lineRule="auto"/>
        <w:jc w:val="both"/>
        <w:rPr>
          <w:rFonts w:cs="Times New Roman"/>
          <w:szCs w:val="24"/>
        </w:rPr>
      </w:pPr>
      <w:r w:rsidRPr="00936675">
        <w:rPr>
          <w:rFonts w:cs="Times New Roman"/>
          <w:szCs w:val="24"/>
        </w:rPr>
        <w:t>General Conclusion – Toward a Shared Future</w:t>
      </w:r>
    </w:p>
    <w:p w:rsidR="00823498" w:rsidRPr="00936675" w:rsidRDefault="00823498" w:rsidP="00823498">
      <w:pPr>
        <w:spacing w:line="360" w:lineRule="auto"/>
        <w:jc w:val="both"/>
        <w:rPr>
          <w:rFonts w:cs="Times New Roman"/>
          <w:szCs w:val="24"/>
        </w:rPr>
      </w:pPr>
      <w:r w:rsidRPr="00936675">
        <w:rPr>
          <w:rFonts w:cs="Times New Roman"/>
          <w:szCs w:val="24"/>
        </w:rPr>
        <w:t xml:space="preserve">The struggles of Tonj East and Warrap echo this same truth: peace cannot be divorced from livelihoods, ecology, or culture. Cattle camps are not merely economic spaces but cultural centers, where kinship is renewed, rituals performed, and values transmitted. Floods, droughts, and displacement test communities, yet resilience endures through food-sharing, </w:t>
      </w:r>
      <w:r w:rsidRPr="00936675">
        <w:rPr>
          <w:rFonts w:cs="Times New Roman"/>
          <w:szCs w:val="24"/>
        </w:rPr>
        <w:lastRenderedPageBreak/>
        <w:t>dispute mediation, and faith. The paradox of plenty and scarcity, of wealth and vulnerability, underscores the lesson that peace must be grounded in the realities of survival, land, and livelihoods.</w:t>
      </w:r>
    </w:p>
    <w:p w:rsidR="00823498" w:rsidRPr="00936675" w:rsidRDefault="00823498" w:rsidP="00823498">
      <w:pPr>
        <w:spacing w:line="360" w:lineRule="auto"/>
        <w:jc w:val="both"/>
        <w:rPr>
          <w:rFonts w:cs="Times New Roman"/>
          <w:szCs w:val="24"/>
        </w:rPr>
      </w:pPr>
      <w:r w:rsidRPr="00936675">
        <w:rPr>
          <w:rFonts w:cs="Times New Roman"/>
          <w:szCs w:val="24"/>
        </w:rPr>
        <w:t>Still, challenges remain. Political instability, elite competition, and the proliferation of arms continue to endanger fragile gains. Climate change intensifies floods and droughts, fueling new displacement and conflict over land. Youth remain vulnerable to manipulation, and women continue to face structural exclusion. To ignore these realities would be dishonest. Yet to acknowledge them is not despair, but honesty — a call to transform governance, disarm militias, invest in livelihoods, and embed cultural reconciliation within political institutions.</w:t>
      </w:r>
    </w:p>
    <w:p w:rsidR="00823498" w:rsidRPr="00936675" w:rsidRDefault="00823498" w:rsidP="00823498">
      <w:pPr>
        <w:spacing w:line="360" w:lineRule="auto"/>
        <w:jc w:val="both"/>
        <w:rPr>
          <w:rFonts w:cs="Times New Roman"/>
          <w:szCs w:val="24"/>
        </w:rPr>
      </w:pPr>
      <w:r w:rsidRPr="00936675">
        <w:rPr>
          <w:rFonts w:cs="Times New Roman"/>
          <w:szCs w:val="24"/>
        </w:rPr>
        <w:t>The scars of South Sudan are deep, but they can become seeds — seeds of reconciliation, resilience, and renewal. If communities choose forgiveness over revenge, dignity over humiliation, and unity over division, then peace will not remain a dream. It will become the shared covenant of a nation determined to heal. This is the journey we must continue. This is the future we must build — together.</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One – Inter-Communal Governance Structures: A People’s Innovation for Peace</w:t>
      </w:r>
    </w:p>
    <w:p w:rsidR="00823498" w:rsidRPr="00936675" w:rsidRDefault="00823498" w:rsidP="00823498">
      <w:pPr>
        <w:spacing w:line="360" w:lineRule="auto"/>
        <w:jc w:val="both"/>
        <w:rPr>
          <w:rFonts w:cs="Times New Roman"/>
          <w:szCs w:val="24"/>
        </w:rPr>
      </w:pPr>
      <w:r w:rsidRPr="00936675">
        <w:rPr>
          <w:rFonts w:cs="Times New Roman"/>
          <w:szCs w:val="24"/>
        </w:rPr>
        <w:t>“Peace is not a gift handed down from above; it is the slow weaving of trust among neighbors.” – Community Elder, Ayod</w:t>
      </w:r>
    </w:p>
    <w:p w:rsidR="00823498" w:rsidRPr="00936675" w:rsidRDefault="00823498" w:rsidP="00823498">
      <w:pPr>
        <w:spacing w:line="360" w:lineRule="auto"/>
        <w:jc w:val="both"/>
        <w:rPr>
          <w:rFonts w:cs="Times New Roman"/>
          <w:szCs w:val="24"/>
        </w:rPr>
      </w:pPr>
      <w:r w:rsidRPr="00936675">
        <w:rPr>
          <w:rFonts w:cs="Times New Roman"/>
          <w:szCs w:val="24"/>
        </w:rPr>
        <w:t>Communities lived in a measure of grief and retaliation. A stolen cow was never just property lost; it was a wound to pride, an insult to manhood, and a challenge that demanded an answer. An abducted child was not just a private tragedy but a communal shame, igniting demands for revenge. And in the absence of strong state institutions, the cycle spun faster. Chiefs negotiated without enforcement powers, spiritual leaders lamented their weakening influence, and government security forces remained distant or mistrusted. It was a fragile world where violence became almost expected, and where the people began to ask themselves if this was the only inheritance they could leave for their children.</w:t>
      </w:r>
    </w:p>
    <w:p w:rsidR="00823498" w:rsidRPr="00936675" w:rsidRDefault="00823498" w:rsidP="00823498">
      <w:pPr>
        <w:spacing w:line="360" w:lineRule="auto"/>
        <w:jc w:val="both"/>
        <w:rPr>
          <w:rFonts w:cs="Times New Roman"/>
          <w:szCs w:val="24"/>
        </w:rPr>
      </w:pPr>
      <w:r w:rsidRPr="00936675">
        <w:rPr>
          <w:rFonts w:cs="Times New Roman"/>
          <w:szCs w:val="24"/>
        </w:rPr>
        <w:t xml:space="preserve">It was against this backdrop that the Pieri Action for Peace of March 2021 offered something different. Pieri was not simply another conference to draft resolutions. It carried </w:t>
      </w:r>
      <w:r w:rsidRPr="00936675">
        <w:rPr>
          <w:rFonts w:cs="Times New Roman"/>
          <w:szCs w:val="24"/>
        </w:rPr>
        <w:lastRenderedPageBreak/>
        <w:t>the seeds of a new imagination: the Inter-Communal Governance Structures. The idea was simple yet profound. Instead of gathering once to resolve disputes, why not build mechanisms that remained after the conference ended? Instead of waiting for government officials to mediate, why not empower communities themselves to monitor, enforce, and sustain peace?</w:t>
      </w:r>
    </w:p>
    <w:p w:rsidR="00823498" w:rsidRPr="00936675" w:rsidRDefault="00823498" w:rsidP="00823498">
      <w:pPr>
        <w:spacing w:line="360" w:lineRule="auto"/>
        <w:jc w:val="both"/>
        <w:rPr>
          <w:rFonts w:cs="Times New Roman"/>
          <w:szCs w:val="24"/>
        </w:rPr>
      </w:pPr>
      <w:r w:rsidRPr="00936675">
        <w:rPr>
          <w:rFonts w:cs="Times New Roman"/>
          <w:szCs w:val="24"/>
        </w:rPr>
        <w:t>The Pieri agreement called for three interwoven pillars that reflected both the social fabric of the people and the practical demands of peace. First were the Youth Committees—groups of young men and women who would take responsibility for patrolling roads, monitoring cattle movements, and serving as guardians of safety rather than agents of insecurity. Second were the Chiefs’ Circuits—clusters of traditional leaders whose authority carried weight in cultural matters, now tasked with mediating disputes, ensuring abductees were returned, and holding communities accountable to their promises. Third were the Women’s Peace Committees, born of the recognition that mothers and wives carried the heaviest burdens of war and were indispensable in anchoring peace within the intimate spaces of families and households. These three pillars were designed not as parallel initiatives but as interdependent strands of a single fabric, strong only when woven together.</w:t>
      </w:r>
    </w:p>
    <w:p w:rsidR="00823498" w:rsidRPr="00936675" w:rsidRDefault="00823498" w:rsidP="00823498">
      <w:pPr>
        <w:spacing w:line="360" w:lineRule="auto"/>
        <w:jc w:val="both"/>
        <w:rPr>
          <w:rFonts w:cs="Times New Roman"/>
          <w:szCs w:val="24"/>
        </w:rPr>
      </w:pPr>
      <w:r w:rsidRPr="00936675">
        <w:rPr>
          <w:rFonts w:cs="Times New Roman"/>
          <w:szCs w:val="24"/>
        </w:rPr>
        <w:t>This innovation was quiet, even fragile at first. Many dismissed it as yet another experiment that would collapse under the weight of reality. But for those who sat in Pieri in March 2021, it was not simply technical design. It was a covenant. It was an acknowledgment that peace could not be entrusted solely to distant politicians or international mediators. It had to be built, guarded, and enforced by those who suffered its absence most deeply—the communities themselves.</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Two – Dialogues in Action: Jonglei and GPAA Commend Peace Efforts</w:t>
      </w:r>
    </w:p>
    <w:p w:rsidR="00823498" w:rsidRPr="00936675" w:rsidRDefault="00823498" w:rsidP="00823498">
      <w:pPr>
        <w:spacing w:line="360" w:lineRule="auto"/>
        <w:jc w:val="both"/>
        <w:rPr>
          <w:rFonts w:cs="Times New Roman"/>
          <w:szCs w:val="24"/>
        </w:rPr>
      </w:pPr>
      <w:r w:rsidRPr="00936675">
        <w:rPr>
          <w:rFonts w:cs="Times New Roman"/>
          <w:szCs w:val="24"/>
        </w:rPr>
        <w:t>“Let us be ambassadors of peace, not carriers of revenge.” – GPAA Chief Administrator, July 2025</w:t>
      </w:r>
    </w:p>
    <w:p w:rsidR="00823498" w:rsidRPr="00936675" w:rsidRDefault="00823498" w:rsidP="00823498">
      <w:pPr>
        <w:spacing w:line="360" w:lineRule="auto"/>
        <w:jc w:val="both"/>
        <w:rPr>
          <w:rFonts w:cs="Times New Roman"/>
          <w:szCs w:val="24"/>
        </w:rPr>
      </w:pPr>
      <w:r w:rsidRPr="00936675">
        <w:rPr>
          <w:rFonts w:cs="Times New Roman"/>
          <w:szCs w:val="24"/>
        </w:rPr>
        <w:t xml:space="preserve">Governor Riek Gai Kok of Jonglei opened the proceedings with candor. He commended the resilience of communities that had chosen dialogue over retaliation and acknowledged the sacrifices made by ordinary people and supporting partners alike. Yet his words carried </w:t>
      </w:r>
      <w:r w:rsidRPr="00936675">
        <w:rPr>
          <w:rFonts w:cs="Times New Roman"/>
          <w:szCs w:val="24"/>
        </w:rPr>
        <w:lastRenderedPageBreak/>
        <w:t>urgency. He reminded the forum that grassroots energy could not stand alone; it needed reinforcement from the state. “Communities have carried the weight of peace,” he said, “but the government must now act decisively against those who sabotage it.” His message was a call for partnership between people and state institutions, an appeal to ensure that peace born in villages would not be destroyed by criminality left unchecked.</w:t>
      </w:r>
    </w:p>
    <w:p w:rsidR="00823498" w:rsidRPr="00936675" w:rsidRDefault="00823498" w:rsidP="00823498">
      <w:pPr>
        <w:spacing w:line="360" w:lineRule="auto"/>
        <w:jc w:val="both"/>
        <w:rPr>
          <w:rFonts w:cs="Times New Roman"/>
          <w:szCs w:val="24"/>
        </w:rPr>
      </w:pPr>
      <w:r w:rsidRPr="00936675">
        <w:rPr>
          <w:rFonts w:cs="Times New Roman"/>
          <w:szCs w:val="24"/>
        </w:rPr>
        <w:t>Peter Guzulu Maze, Chief Administrator of GPAA, followed with a speech that resonated deeply. Describing the gathering as historic, he moved beyond statistics or political promises. He framed peace as a personal duty, insisting that every participant become an ambassador of reconciliation. His words were stark in their simplicity: governments may create laws and deploy forces, but love and trust could only be chosen by the people themselves. In a hall accustomed to rhetoric, this was a profound reminder that peace begins in the human heart before it is ever enshrined in policy.</w:t>
      </w:r>
    </w:p>
    <w:p w:rsidR="00823498" w:rsidRPr="00936675" w:rsidRDefault="00823498" w:rsidP="00823498">
      <w:pPr>
        <w:spacing w:line="360" w:lineRule="auto"/>
        <w:jc w:val="both"/>
        <w:rPr>
          <w:rFonts w:cs="Times New Roman"/>
          <w:szCs w:val="24"/>
        </w:rPr>
      </w:pPr>
      <w:r w:rsidRPr="00936675">
        <w:rPr>
          <w:rFonts w:cs="Times New Roman"/>
          <w:szCs w:val="24"/>
        </w:rPr>
        <w:t xml:space="preserve">The forum did more than talk; it adopted resolutions with concrete implications for daily life. Youth were assigned the responsibility of opening and safeguarding key roads that had long been synonymous with ambush and death. These routes, once feared, were envisioned as lifelines reconnecting markets and families. White flags were to be raised at designated meeting points—not as symbols of surrender, but as banners of peace, declaring to all who traveled that the path ahead was safe. For women, the conference offered a platform to transform grief into action. They proposed rotating peace gatherings across </w:t>
      </w:r>
      <w:proofErr w:type="spellStart"/>
      <w:r w:rsidRPr="00936675">
        <w:rPr>
          <w:rFonts w:cs="Times New Roman"/>
          <w:szCs w:val="24"/>
        </w:rPr>
        <w:t>Bor</w:t>
      </w:r>
      <w:proofErr w:type="spellEnd"/>
      <w:r w:rsidRPr="00936675">
        <w:rPr>
          <w:rFonts w:cs="Times New Roman"/>
          <w:szCs w:val="24"/>
        </w:rPr>
        <w:t>, Duk, and Pibor, ensuring that women’s voices became institutionalized in decision-making rather than confined to the margins.</w:t>
      </w:r>
    </w:p>
    <w:p w:rsidR="00823498" w:rsidRPr="00936675" w:rsidRDefault="00823498" w:rsidP="00823498">
      <w:pPr>
        <w:spacing w:line="360" w:lineRule="auto"/>
        <w:jc w:val="both"/>
        <w:rPr>
          <w:rFonts w:cs="Times New Roman"/>
          <w:szCs w:val="24"/>
        </w:rPr>
      </w:pPr>
      <w:r w:rsidRPr="00936675">
        <w:rPr>
          <w:rFonts w:cs="Times New Roman"/>
          <w:szCs w:val="24"/>
        </w:rPr>
        <w:t xml:space="preserve">Perhaps the most ambitious resolution came from the commissioners who pledged to construct the Mal | Door | Ganon Model High School in </w:t>
      </w:r>
      <w:proofErr w:type="spellStart"/>
      <w:r w:rsidRPr="00936675">
        <w:rPr>
          <w:rFonts w:cs="Times New Roman"/>
          <w:szCs w:val="24"/>
        </w:rPr>
        <w:t>Gadiang</w:t>
      </w:r>
      <w:proofErr w:type="spellEnd"/>
      <w:r w:rsidRPr="00936675">
        <w:rPr>
          <w:rFonts w:cs="Times New Roman"/>
          <w:szCs w:val="24"/>
        </w:rPr>
        <w:t>. The school was envisioned not only as a place of education but as a covenant of unity. Here, students from Nuer, Murle, and Dinka backgrounds would live, study, and grow together. In classrooms once unimaginable, children who might otherwise inherit the divisions of their parents would instead learn the shared language of peace. The project captured the spirit of the gathering: reconciliation could not remain abstract; it had to be built into structures, roads, and schools that would outlive the conflicts of today.</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lastRenderedPageBreak/>
        <w:t>Chapter Three – From Words to Work: Progress and Persistent Gaps</w:t>
      </w:r>
    </w:p>
    <w:p w:rsidR="00823498" w:rsidRPr="00936675" w:rsidRDefault="00823498" w:rsidP="00823498">
      <w:pPr>
        <w:spacing w:line="360" w:lineRule="auto"/>
        <w:jc w:val="both"/>
        <w:rPr>
          <w:rFonts w:cs="Times New Roman"/>
          <w:szCs w:val="24"/>
        </w:rPr>
      </w:pPr>
      <w:r w:rsidRPr="00936675">
        <w:rPr>
          <w:rFonts w:cs="Times New Roman"/>
          <w:szCs w:val="24"/>
        </w:rPr>
        <w:t>“Each child returned is a song restored.” – Women’s Peace Committee Leader, Pibor</w:t>
      </w:r>
    </w:p>
    <w:p w:rsidR="00823498" w:rsidRPr="00936675" w:rsidRDefault="00823498" w:rsidP="00823498">
      <w:pPr>
        <w:spacing w:line="360" w:lineRule="auto"/>
        <w:jc w:val="both"/>
        <w:rPr>
          <w:rFonts w:cs="Times New Roman"/>
          <w:szCs w:val="24"/>
        </w:rPr>
      </w:pPr>
      <w:r w:rsidRPr="00936675">
        <w:rPr>
          <w:rFonts w:cs="Times New Roman"/>
          <w:szCs w:val="24"/>
        </w:rPr>
        <w:t>The years since 2023 have been marked by a quiet but significant shift in the lives of communities across Jonglei and the Greater Pibor Administrative Area. For the first time in decades, the endless time of raids and revenge began to slow. Villages that had once been emptied of people heard the laughter of children again. Markets that had long been deserted slowly reopened, and cautious trade resumed between neighbors who only months earlier had considered each other enemies. In the words of one elder from Akobo, “We began to remember what peace tastes like—it is not complete, but it is enough to know that life is possible again.”</w:t>
      </w:r>
    </w:p>
    <w:p w:rsidR="00823498" w:rsidRPr="00936675" w:rsidRDefault="00823498" w:rsidP="00823498">
      <w:pPr>
        <w:spacing w:line="360" w:lineRule="auto"/>
        <w:jc w:val="both"/>
        <w:rPr>
          <w:rFonts w:cs="Times New Roman"/>
          <w:szCs w:val="24"/>
        </w:rPr>
      </w:pPr>
      <w:r w:rsidRPr="00936675">
        <w:rPr>
          <w:rFonts w:cs="Times New Roman"/>
          <w:szCs w:val="24"/>
        </w:rPr>
        <w:t xml:space="preserve">The early fruits of the Inter-Communal Governance Structures became visible. Youth who once sharpened their spears or loaded their rifles now gathered in cooperatives, pooling resources to invest in cattle trading. For many of these young men, the transformation was more than economic. It was a redefinition of identity—from warriors feared for their raids to traders respected for their enterprise. A youth leader in Yuai captured this transition with pride: “When I return from </w:t>
      </w:r>
      <w:proofErr w:type="spellStart"/>
      <w:r w:rsidRPr="00936675">
        <w:rPr>
          <w:rFonts w:cs="Times New Roman"/>
          <w:szCs w:val="24"/>
        </w:rPr>
        <w:t>Bor</w:t>
      </w:r>
      <w:proofErr w:type="spellEnd"/>
      <w:r w:rsidRPr="00936675">
        <w:rPr>
          <w:rFonts w:cs="Times New Roman"/>
          <w:szCs w:val="24"/>
        </w:rPr>
        <w:t xml:space="preserve"> market with profit, my mother blesses me. When I return from a raid with stolen cows, she weeps for the bloodshed that will follow. I chose the blessing.” Such shifts, though fragile, showed how economic opportunity could rewrite the scripts of war.</w:t>
      </w:r>
    </w:p>
    <w:p w:rsidR="00823498" w:rsidRPr="00936675" w:rsidRDefault="00823498" w:rsidP="00823498">
      <w:pPr>
        <w:spacing w:line="360" w:lineRule="auto"/>
        <w:jc w:val="both"/>
        <w:rPr>
          <w:rFonts w:cs="Times New Roman"/>
          <w:szCs w:val="24"/>
        </w:rPr>
      </w:pPr>
      <w:r w:rsidRPr="00936675">
        <w:rPr>
          <w:rFonts w:cs="Times New Roman"/>
          <w:szCs w:val="24"/>
        </w:rPr>
        <w:t>Women too began to reclaim their voices. In Pibor, women’s committees tracked abductees and pressed chiefs to secure their return. Each child who came home carried with them not only joy for their family but also proof that dialogue could succeed where guns had failed. “Each child returned is a song restored,” one women’s leader said, reminding her peers that the work was not only about justice but about restoring harmony in households fractured by loss trust that had been painstakingly built risked unraveling under the weight of unequal commitments.</w:t>
      </w:r>
    </w:p>
    <w:p w:rsidR="00823498" w:rsidRPr="00936675" w:rsidRDefault="00823498" w:rsidP="00823498">
      <w:pPr>
        <w:spacing w:line="360" w:lineRule="auto"/>
        <w:jc w:val="both"/>
        <w:rPr>
          <w:rFonts w:cs="Times New Roman"/>
          <w:szCs w:val="24"/>
        </w:rPr>
      </w:pPr>
    </w:p>
    <w:p w:rsidR="00823498" w:rsidRPr="00936675" w:rsidRDefault="00823498" w:rsidP="00823498">
      <w:pPr>
        <w:spacing w:line="360" w:lineRule="auto"/>
        <w:jc w:val="both"/>
        <w:rPr>
          <w:rFonts w:cs="Times New Roman"/>
          <w:szCs w:val="24"/>
        </w:rPr>
      </w:pPr>
      <w:r w:rsidRPr="00936675">
        <w:rPr>
          <w:rFonts w:cs="Times New Roman"/>
          <w:szCs w:val="24"/>
        </w:rPr>
        <w:t xml:space="preserve">The same pattern emerged with road openings. In principle, leaders had agreed that roads linking counties should reopen to restore movement, trade, and trust. In practice, some </w:t>
      </w:r>
      <w:r w:rsidRPr="00936675">
        <w:rPr>
          <w:rFonts w:cs="Times New Roman"/>
          <w:szCs w:val="24"/>
        </w:rPr>
        <w:lastRenderedPageBreak/>
        <w:t xml:space="preserve">stretches remained blocked. Farmers could not bring produce to distant markets. Traders hesitated to risk their lives along unprotected routes. A Murle trader in </w:t>
      </w:r>
      <w:proofErr w:type="spellStart"/>
      <w:r w:rsidRPr="00936675">
        <w:rPr>
          <w:rFonts w:cs="Times New Roman"/>
          <w:szCs w:val="24"/>
        </w:rPr>
        <w:t>Likuangule</w:t>
      </w:r>
      <w:proofErr w:type="spellEnd"/>
      <w:r w:rsidRPr="00936675">
        <w:rPr>
          <w:rFonts w:cs="Times New Roman"/>
          <w:szCs w:val="24"/>
        </w:rPr>
        <w:t xml:space="preserve"> lamented, “We were told the road to </w:t>
      </w:r>
      <w:proofErr w:type="spellStart"/>
      <w:r w:rsidRPr="00936675">
        <w:rPr>
          <w:rFonts w:cs="Times New Roman"/>
          <w:szCs w:val="24"/>
        </w:rPr>
        <w:t>Bor</w:t>
      </w:r>
      <w:proofErr w:type="spellEnd"/>
      <w:r w:rsidRPr="00936675">
        <w:rPr>
          <w:rFonts w:cs="Times New Roman"/>
          <w:szCs w:val="24"/>
        </w:rPr>
        <w:t xml:space="preserve"> is safe, but who will pay for my life if I am killed along the way?” The reality of insecurity discouraged commerce, limiting the very prosperity that had been envisioned as an antidote to violence.</w:t>
      </w:r>
    </w:p>
    <w:p w:rsidR="00823498" w:rsidRPr="00936675" w:rsidRDefault="00823498" w:rsidP="00823498">
      <w:pPr>
        <w:spacing w:line="360" w:lineRule="auto"/>
        <w:jc w:val="both"/>
        <w:rPr>
          <w:rFonts w:cs="Times New Roman"/>
          <w:szCs w:val="24"/>
        </w:rPr>
      </w:pPr>
      <w:r w:rsidRPr="00936675">
        <w:rPr>
          <w:rFonts w:cs="Times New Roman"/>
          <w:szCs w:val="24"/>
        </w:rPr>
        <w:t>Accountability also proved elusive. Chiefs convened to renew pledges, women reported fresh cases of abduction, and youth organized cultural exchanges to reduce mistrust. But without consistent enforcement, agreements often relied on goodwill alone. Authorities in some counties lacked either the will or the means to enforce accountability, while national elites occasionally exploited divisions for their own political gains. As one chief in Uror admitted candidly, “We can make promises in meetings, but who among us has the power to stop a young man with a gun if he decides otherwise?”</w:t>
      </w:r>
    </w:p>
    <w:p w:rsidR="00823498" w:rsidRPr="00936675" w:rsidRDefault="00823498" w:rsidP="00823498">
      <w:pPr>
        <w:spacing w:line="360" w:lineRule="auto"/>
        <w:jc w:val="both"/>
        <w:rPr>
          <w:rFonts w:cs="Times New Roman"/>
          <w:szCs w:val="24"/>
        </w:rPr>
      </w:pPr>
      <w:r w:rsidRPr="00936675">
        <w:rPr>
          <w:rFonts w:cs="Times New Roman"/>
          <w:szCs w:val="24"/>
        </w:rPr>
        <w:t>Despite these setbacks, the structures themselves endured, and therein lay their quiet triumph. Unlike past peace conferences that dissolved once the ink dried, the Inter-Communal Governance Structures provided a standing platform where grievances could be aired and commitments could be renewed. Even when agreements faltered, the act of coming back to the table became an achievement in itself.</w:t>
      </w:r>
    </w:p>
    <w:p w:rsidR="00823498" w:rsidRPr="00936675" w:rsidRDefault="00823498" w:rsidP="00823498">
      <w:pPr>
        <w:spacing w:line="360" w:lineRule="auto"/>
        <w:jc w:val="both"/>
        <w:rPr>
          <w:rFonts w:cs="Times New Roman"/>
          <w:szCs w:val="24"/>
        </w:rPr>
      </w:pPr>
      <w:r w:rsidRPr="00936675">
        <w:rPr>
          <w:rFonts w:cs="Times New Roman"/>
          <w:szCs w:val="24"/>
        </w:rPr>
        <w:t>This iterative process revealed a deeper truth that many communities came to embrace: peace is not a singular event, but a practice. It is not an endpoint reached after one grand dialogue, but a discipline cultivated through constant tending. Chiefs had to meet repeatedly, not only to resolve disputes but to remind their people that peace had become the new normal. Women had to remain vigilant, reporting abductions and mobilizing for returns. Youth had to resist the temptation to revert to raids, finding dignity instead in trade and cultural exchanges.</w:t>
      </w:r>
    </w:p>
    <w:p w:rsidR="00823498" w:rsidRPr="00936675" w:rsidRDefault="00823498" w:rsidP="00823498">
      <w:pPr>
        <w:spacing w:line="360" w:lineRule="auto"/>
        <w:jc w:val="both"/>
        <w:rPr>
          <w:rFonts w:cs="Times New Roman"/>
          <w:szCs w:val="24"/>
        </w:rPr>
      </w:pPr>
      <w:r w:rsidRPr="00936675">
        <w:rPr>
          <w:rFonts w:cs="Times New Roman"/>
          <w:szCs w:val="24"/>
        </w:rPr>
        <w:t xml:space="preserve">Progress, then, was measured not by perfection but by persistence. The ICGS were not flawless, and the gaps remained wide. But their existence allowed for continuity, for a process of returning, of trying again, of building incrementally rather than collapsing entirely. This resilience—sometimes frustrating in its slowness, sometimes discouraging in its inconsistency—was itself evidence that a different future was still possible. It </w:t>
      </w:r>
      <w:r w:rsidRPr="00936675">
        <w:rPr>
          <w:rFonts w:cs="Times New Roman"/>
          <w:szCs w:val="24"/>
        </w:rPr>
        <w:lastRenderedPageBreak/>
        <w:t>reminded communities that peace, like the tending of a flame, required patience, vigilance, and above all, collective responsibility.</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Four – Linking Peace to Development: The RSRTF Experience</w:t>
      </w:r>
    </w:p>
    <w:p w:rsidR="00823498" w:rsidRPr="00936675" w:rsidRDefault="00823498" w:rsidP="00823498">
      <w:pPr>
        <w:spacing w:line="360" w:lineRule="auto"/>
        <w:jc w:val="both"/>
        <w:rPr>
          <w:rFonts w:cs="Times New Roman"/>
          <w:szCs w:val="24"/>
        </w:rPr>
      </w:pPr>
      <w:r w:rsidRPr="00936675">
        <w:rPr>
          <w:rFonts w:cs="Times New Roman"/>
          <w:szCs w:val="24"/>
        </w:rPr>
        <w:t xml:space="preserve">The Inter-Communal Governance Structures could not have endured on their own without tangible improvements in people’s lives. Communities long battered by violence knew that words, however inspiring, would eventually collapse if they were not matched by bread on the table, tools in hand, and opportunities for the restless youth. It was in this recognition that the United Nations Reconciliation, </w:t>
      </w:r>
      <w:proofErr w:type="spellStart"/>
      <w:r w:rsidRPr="00936675">
        <w:rPr>
          <w:rFonts w:cs="Times New Roman"/>
          <w:szCs w:val="24"/>
        </w:rPr>
        <w:t>Stabilisation</w:t>
      </w:r>
      <w:proofErr w:type="spellEnd"/>
      <w:r w:rsidRPr="00936675">
        <w:rPr>
          <w:rFonts w:cs="Times New Roman"/>
          <w:szCs w:val="24"/>
        </w:rPr>
        <w:t xml:space="preserve"> and Resilience Trust Fund (RSRTF) became a decisive partner, proving that peacebuilding and development are inseparable.</w:t>
      </w:r>
    </w:p>
    <w:p w:rsidR="00823498" w:rsidRPr="00936675" w:rsidRDefault="00823498" w:rsidP="00823498">
      <w:pPr>
        <w:spacing w:line="360" w:lineRule="auto"/>
        <w:jc w:val="both"/>
        <w:rPr>
          <w:rFonts w:cs="Times New Roman"/>
          <w:szCs w:val="24"/>
        </w:rPr>
      </w:pPr>
      <w:r w:rsidRPr="00936675">
        <w:rPr>
          <w:rFonts w:cs="Times New Roman"/>
          <w:szCs w:val="24"/>
        </w:rPr>
        <w:t>In 2023 alone, more than USD 16 million was invested in Jonglei and GPAA. This was not a small gesture; it was one of the largest demonstrations of confidence that local communities could chart their own course if given the means. The investments stretched across the fragile terrain like threads of hope, stitching together the vision of reconciliation with the daily struggle for survival. For thousands of families, it was a reminder that peace was not just a moral aspiration but a practical pathway to stability.</w:t>
      </w:r>
    </w:p>
    <w:p w:rsidR="00823498" w:rsidRPr="00936675" w:rsidRDefault="00823498" w:rsidP="00823498">
      <w:pPr>
        <w:spacing w:line="360" w:lineRule="auto"/>
        <w:jc w:val="both"/>
        <w:rPr>
          <w:rFonts w:cs="Times New Roman"/>
          <w:szCs w:val="24"/>
        </w:rPr>
      </w:pPr>
      <w:r w:rsidRPr="00936675">
        <w:rPr>
          <w:rFonts w:cs="Times New Roman"/>
          <w:szCs w:val="24"/>
        </w:rPr>
        <w:t xml:space="preserve">The RSRTF </w:t>
      </w:r>
      <w:proofErr w:type="spellStart"/>
      <w:r w:rsidRPr="00936675">
        <w:rPr>
          <w:rFonts w:cs="Times New Roman"/>
          <w:szCs w:val="24"/>
        </w:rPr>
        <w:t>programme</w:t>
      </w:r>
      <w:proofErr w:type="spellEnd"/>
      <w:r w:rsidRPr="00936675">
        <w:rPr>
          <w:rFonts w:cs="Times New Roman"/>
          <w:szCs w:val="24"/>
        </w:rPr>
        <w:t xml:space="preserve"> targeted the demographic most likely to be pulled back into violence: the youth. More than 2,800 at-risk young men and women found new avenues for life through employment and vocational training. Carpentry, mechanics, tailoring, fishing, and agribusiness became more than skills; they became alternative identities. Where once a young man proved his worth by raiding cattle, he could now stand tall because he earned an income, built a chair, or repaired a motorcycle. A youth leader in Fangak explained it simply: “When I make my living from my hands, I no longer need to raid. My neighbors respect me not for the gun I carry but for the work I do.” Such transformations, repeated in villages across the state, slowly redefined what it meant to be young, male, and proud in a context long dominated by violence.</w:t>
      </w:r>
    </w:p>
    <w:p w:rsidR="00823498" w:rsidRPr="00936675" w:rsidRDefault="00823498" w:rsidP="00823498">
      <w:pPr>
        <w:spacing w:line="360" w:lineRule="auto"/>
        <w:jc w:val="both"/>
        <w:rPr>
          <w:rFonts w:cs="Times New Roman"/>
          <w:szCs w:val="24"/>
        </w:rPr>
      </w:pPr>
      <w:r w:rsidRPr="00936675">
        <w:rPr>
          <w:rFonts w:cs="Times New Roman"/>
          <w:szCs w:val="24"/>
        </w:rPr>
        <w:t xml:space="preserve">Women, too, stepped into stronger roles. With RSRTF support, Women’s Protection Teams received training, resources, and recognition. For many women, this marked a radical shift from the silence of grief to the authority of advocacy. They learned to document abductions, monitor the safe return of children, and press chiefs for </w:t>
      </w:r>
      <w:r w:rsidRPr="00936675">
        <w:rPr>
          <w:rFonts w:cs="Times New Roman"/>
          <w:szCs w:val="24"/>
        </w:rPr>
        <w:lastRenderedPageBreak/>
        <w:t>accountability. Their voices, once confined to mourning songs, began to shape the very structures of peace. As one women’s leader in Pibor reflected, “We were taught to keep our pain in our hearts, but now we use it to protect others.” Their empowerment was not only symbolic but also practical: they became the eyes and ears of communities, ensuring that abduction cases were no longer hidden but publicly confronted.</w:t>
      </w:r>
    </w:p>
    <w:p w:rsidR="00823498" w:rsidRPr="00936675" w:rsidRDefault="00823498" w:rsidP="00823498">
      <w:pPr>
        <w:spacing w:line="360" w:lineRule="auto"/>
        <w:jc w:val="both"/>
        <w:rPr>
          <w:rFonts w:cs="Times New Roman"/>
          <w:szCs w:val="24"/>
        </w:rPr>
      </w:pPr>
      <w:r w:rsidRPr="00936675">
        <w:rPr>
          <w:rFonts w:cs="Times New Roman"/>
          <w:szCs w:val="24"/>
        </w:rPr>
        <w:t>Community-based dialogues, supported and linked to resilience programming, played another vital role. They prevented small disputes from escalating into mass mobilizations. A disagreement over grazing or access to water, which in the past might have drawn hundreds of armed youths into battle, could now be mediated in the presence of trained facilitators, chiefs, and women’s teams. These interventions rarely made headlines, yet they prevented the sparks of conflict from becoming wildfires. They were the invisible work of peace—unnoticed when successful, catastrophic when absent.</w:t>
      </w:r>
    </w:p>
    <w:p w:rsidR="00823498" w:rsidRPr="00936675" w:rsidRDefault="00823498" w:rsidP="00823498">
      <w:pPr>
        <w:spacing w:line="360" w:lineRule="auto"/>
        <w:jc w:val="both"/>
        <w:rPr>
          <w:rFonts w:cs="Times New Roman"/>
          <w:szCs w:val="24"/>
        </w:rPr>
      </w:pPr>
    </w:p>
    <w:p w:rsidR="00823498" w:rsidRPr="00936675" w:rsidRDefault="00823498" w:rsidP="00823498">
      <w:pPr>
        <w:spacing w:line="360" w:lineRule="auto"/>
        <w:jc w:val="both"/>
        <w:rPr>
          <w:rFonts w:cs="Times New Roman"/>
          <w:szCs w:val="24"/>
        </w:rPr>
      </w:pPr>
      <w:r w:rsidRPr="00936675">
        <w:rPr>
          <w:rFonts w:cs="Times New Roman"/>
          <w:szCs w:val="24"/>
        </w:rPr>
        <w:t xml:space="preserve">Equally important was the credibility these </w:t>
      </w:r>
      <w:proofErr w:type="spellStart"/>
      <w:r w:rsidRPr="00936675">
        <w:rPr>
          <w:rFonts w:cs="Times New Roman"/>
          <w:szCs w:val="24"/>
        </w:rPr>
        <w:t>programmes</w:t>
      </w:r>
      <w:proofErr w:type="spellEnd"/>
      <w:r w:rsidRPr="00936675">
        <w:rPr>
          <w:rFonts w:cs="Times New Roman"/>
          <w:szCs w:val="24"/>
        </w:rPr>
        <w:t xml:space="preserve"> gained through partnerships. RSRTF did not work in isolation. It collaborated with Peace Canal, with local chiefs, and with the very communities at risk. This joint ownership gave interventions a weight that no external actor could achieve alone. When a chief co-signed an agreement with RSRTF-supported teams, his word carried ancestral authority; when Peace Canal facilitated dialogues, the process was rooted in the lived experience of people who had survived cycles of violence themselves. This credibility mattered more than dollars alone, for in fragile environments, legitimacy is often the most valuable currency.</w:t>
      </w:r>
    </w:p>
    <w:p w:rsidR="00823498" w:rsidRPr="00936675" w:rsidRDefault="00823498" w:rsidP="00823498">
      <w:pPr>
        <w:spacing w:line="360" w:lineRule="auto"/>
        <w:jc w:val="both"/>
        <w:rPr>
          <w:rFonts w:cs="Times New Roman"/>
          <w:szCs w:val="24"/>
        </w:rPr>
      </w:pPr>
      <w:r w:rsidRPr="00936675">
        <w:rPr>
          <w:rFonts w:cs="Times New Roman"/>
          <w:szCs w:val="24"/>
        </w:rPr>
        <w:t>Yet the journey was far from smooth. Poor roads made access to remote villages difficult, delaying the delivery of services and straining the patience of those waiting for support. Insecurity continued to stalk communities, with sporadic attacks reminding all that violence was never entirely vanquished. The proliferation of arms meant that one disgruntled youth could still undo months of dialogue. Inflation, meanwhile, eroded household incomes and drained the strength of families, making them vulnerable to manipulation by elites who thrived on division. These challenges underscored that external funding, however generous, could not erase the structural fragility of the region overnight.</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Still, the interventions illuminated a critical lesson: peace and livelihoods are bound together like roots and soil. Without one, the other withers. Donors could ignite sparks of change, but sustaining the fire required communities themselves to gather the wood—to contribute, to own, and to hold each other accountable. The RSRTF investments demonstrated what was possible when development became part of peacebuilding. They showed that a young man with a trade is less likely to raid, that a woman with authority is less likely to remain silent, and that a community with markets and open roads is less likely to harbor resentment. In these ways, development was not an add-on to peace—it was its very foundation.</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Five – Towards a Shared Future</w:t>
      </w:r>
    </w:p>
    <w:p w:rsidR="00823498" w:rsidRPr="00936675" w:rsidRDefault="00823498" w:rsidP="00823498">
      <w:pPr>
        <w:spacing w:line="360" w:lineRule="auto"/>
        <w:jc w:val="both"/>
        <w:rPr>
          <w:rFonts w:cs="Times New Roman"/>
          <w:szCs w:val="24"/>
        </w:rPr>
      </w:pPr>
      <w:r w:rsidRPr="00936675">
        <w:rPr>
          <w:rFonts w:cs="Times New Roman"/>
          <w:szCs w:val="24"/>
        </w:rPr>
        <w:t>“Peace will not be sustained by agreements alone, but by mothers, fathers, and children choosing daily not to hate.” – Spiritual Leader, Jonglei</w:t>
      </w:r>
    </w:p>
    <w:p w:rsidR="00823498" w:rsidRPr="00936675" w:rsidRDefault="00823498" w:rsidP="00823498">
      <w:pPr>
        <w:spacing w:line="360" w:lineRule="auto"/>
        <w:jc w:val="both"/>
        <w:rPr>
          <w:rFonts w:cs="Times New Roman"/>
          <w:szCs w:val="24"/>
        </w:rPr>
      </w:pPr>
      <w:r w:rsidRPr="00936675">
        <w:rPr>
          <w:rFonts w:cs="Times New Roman"/>
          <w:szCs w:val="24"/>
        </w:rPr>
        <w:t>The vision of a shared future for Jonglei and the Greater Pibor Administrative Area cannot be reduced to the signing of agreements or the passing of resolutions. Such documents, however noble, are fragile unless they are anchored in the daily lives of the people. What sustains peace is not merely the ink on paper but the everyday decisions made in villages, markets, schools, and cattle camps—decisions to forgive rather than avenge, to return a child rather than conceal them, to share pasture rather than raid, to speak words of reconciliation instead of mobilizing for war.</w:t>
      </w:r>
    </w:p>
    <w:p w:rsidR="00823498" w:rsidRPr="00936675" w:rsidRDefault="00823498" w:rsidP="00823498">
      <w:pPr>
        <w:spacing w:line="360" w:lineRule="auto"/>
        <w:jc w:val="both"/>
        <w:rPr>
          <w:rFonts w:cs="Times New Roman"/>
          <w:szCs w:val="24"/>
        </w:rPr>
      </w:pPr>
    </w:p>
    <w:p w:rsidR="00823498" w:rsidRPr="00936675" w:rsidRDefault="00823498" w:rsidP="00823498">
      <w:pPr>
        <w:spacing w:line="360" w:lineRule="auto"/>
        <w:jc w:val="both"/>
        <w:rPr>
          <w:rFonts w:cs="Times New Roman"/>
          <w:szCs w:val="24"/>
        </w:rPr>
      </w:pPr>
      <w:r w:rsidRPr="00936675">
        <w:rPr>
          <w:rFonts w:cs="Times New Roman"/>
          <w:szCs w:val="24"/>
        </w:rPr>
        <w:t>Across the past few years, the Inter-Communal Governance Structures (ICGS) have offered communities a glimpse of what this shared future might look like. The structures were never perfect; they stumbled under pressure, faltered in enforcement, and sometimes sagged under the weight of mistrust. Yet they endured, and in their endurance lies hope. They reminded all that peace is not the gift of elites but the labor of ordinary people who choose, despite the hardships, to believe that another path is possible.</w:t>
      </w:r>
    </w:p>
    <w:p w:rsidR="00823498" w:rsidRPr="00936675" w:rsidRDefault="00823498" w:rsidP="00823498">
      <w:pPr>
        <w:spacing w:line="360" w:lineRule="auto"/>
        <w:jc w:val="both"/>
        <w:rPr>
          <w:rFonts w:cs="Times New Roman"/>
          <w:szCs w:val="24"/>
        </w:rPr>
      </w:pPr>
      <w:r w:rsidRPr="00936675">
        <w:rPr>
          <w:rFonts w:cs="Times New Roman"/>
          <w:szCs w:val="24"/>
        </w:rPr>
        <w:t xml:space="preserve">What brings communities together is often the most human of bonds. Shared grief over abducted children erases ethnic boundaries, for pain speaks a language that transcends identity. Women from </w:t>
      </w:r>
      <w:proofErr w:type="spellStart"/>
      <w:r w:rsidRPr="00936675">
        <w:rPr>
          <w:rFonts w:cs="Times New Roman"/>
          <w:szCs w:val="24"/>
        </w:rPr>
        <w:t>Bor</w:t>
      </w:r>
      <w:proofErr w:type="spellEnd"/>
      <w:r w:rsidRPr="00936675">
        <w:rPr>
          <w:rFonts w:cs="Times New Roman"/>
          <w:szCs w:val="24"/>
        </w:rPr>
        <w:t xml:space="preserve">, Lou Nuer, or Murle do not weep differently; their cries </w:t>
      </w:r>
      <w:r w:rsidRPr="00936675">
        <w:rPr>
          <w:rFonts w:cs="Times New Roman"/>
          <w:szCs w:val="24"/>
        </w:rPr>
        <w:lastRenderedPageBreak/>
        <w:t>harmonize in the same register of loss. Herders recognize their interdependence when they move their cattle through contested grazing lands, realizing that survival is not possible without safe passage. Youth, once proud to be feared as raiders, increasingly seek dignity in new identities—traders, carpenters, students, cultural ambassadors. Chiefs, standing between tradition and modern governance, embody the difficult but vital role of bridging old authority with new responsibilities. And spiritual leaders, once accused of sanctifying violence, now increasingly call for restraint, forgiveness, and reconciliation, turning pulpits and shrines into places where war is renounced and peace proclaimed as sacred.</w:t>
      </w:r>
    </w:p>
    <w:p w:rsidR="00823498" w:rsidRPr="00936675" w:rsidRDefault="00823498" w:rsidP="00823498">
      <w:pPr>
        <w:spacing w:line="360" w:lineRule="auto"/>
        <w:jc w:val="both"/>
        <w:rPr>
          <w:rFonts w:cs="Times New Roman"/>
          <w:szCs w:val="24"/>
        </w:rPr>
      </w:pPr>
      <w:r w:rsidRPr="00936675">
        <w:rPr>
          <w:rFonts w:cs="Times New Roman"/>
          <w:szCs w:val="24"/>
        </w:rPr>
        <w:t>Sustaining peace requires institutionalizing these practices so they outlive individual champions. Youth cooperatives that trade cattle must become enduring alternatives to raids. Chiefs’ circuits must not only mediate but enforce accountability, ensuring that abductions are not hidden but addressed. Women’s rotating peace conferences must become permanent fixtures of civic life, where stories are shared, grievances heard, and new bonds created across divides. Communities must contribute their own resources—land for schools, labor for roads, food for peace gatherings—so that peace is seen not as something delivered from donors but as something grown from local soil.</w:t>
      </w:r>
    </w:p>
    <w:p w:rsidR="00823498" w:rsidRPr="00936675" w:rsidRDefault="00823498" w:rsidP="00823498">
      <w:pPr>
        <w:spacing w:line="360" w:lineRule="auto"/>
        <w:jc w:val="both"/>
        <w:rPr>
          <w:rFonts w:cs="Times New Roman"/>
          <w:szCs w:val="24"/>
        </w:rPr>
      </w:pPr>
      <w:r w:rsidRPr="00936675">
        <w:rPr>
          <w:rFonts w:cs="Times New Roman"/>
          <w:szCs w:val="24"/>
        </w:rPr>
        <w:t>Symbols matter in this journey. A school built in a contested area becomes more than a place of learning; it is a covenant of unity. The proposed Mal | Door | Ganon High School will one day stand as a living testimony of inter-communal resilience. Children from rival clans will sit side by side, their laughter echoing in classrooms where once only the sound of gunfire carried across the fields. Education will become the most enduring peace dialogue, teaching not only literacy and numeracy but coexistence and shared destiny.</w:t>
      </w:r>
    </w:p>
    <w:p w:rsidR="00823498" w:rsidRPr="00936675" w:rsidRDefault="00823498" w:rsidP="00823498">
      <w:pPr>
        <w:spacing w:line="360" w:lineRule="auto"/>
        <w:jc w:val="both"/>
        <w:rPr>
          <w:rFonts w:cs="Times New Roman"/>
          <w:szCs w:val="24"/>
        </w:rPr>
      </w:pPr>
      <w:r w:rsidRPr="00936675">
        <w:rPr>
          <w:rFonts w:cs="Times New Roman"/>
          <w:szCs w:val="24"/>
        </w:rPr>
        <w:t>My own journey in peacebuilding has been treacherous, filled with both despair and hope. I have seen communities break under the strain of betrayal, but I have also seen them rise again, carrying the weight of their own reconciliation. These experiences have taught me that peace in South Sudan will not come from distant capitals but from the daily choices of mothers, fathers, and children who decide not to hate. It will come from communities who refuse to pass on vengeance as an inheritance, and who instead plant seeds of reconciliation as their legacy.</w:t>
      </w:r>
    </w:p>
    <w:p w:rsidR="00823498" w:rsidRPr="00936675" w:rsidRDefault="00823498" w:rsidP="00823498">
      <w:pPr>
        <w:spacing w:line="360" w:lineRule="auto"/>
        <w:jc w:val="both"/>
        <w:rPr>
          <w:rFonts w:cs="Times New Roman"/>
          <w:szCs w:val="24"/>
        </w:rPr>
      </w:pPr>
    </w:p>
    <w:p w:rsidR="00823498" w:rsidRPr="00936675" w:rsidRDefault="00823498" w:rsidP="00823498">
      <w:pPr>
        <w:spacing w:line="360" w:lineRule="auto"/>
        <w:jc w:val="both"/>
        <w:rPr>
          <w:rFonts w:cs="Times New Roman"/>
          <w:szCs w:val="24"/>
        </w:rPr>
      </w:pPr>
      <w:r w:rsidRPr="00936675">
        <w:rPr>
          <w:rFonts w:cs="Times New Roman"/>
          <w:szCs w:val="24"/>
        </w:rPr>
        <w:t>The shared future of Jonglei and GPAA rests on this fragile but powerful truth: peace is sustained not by extraordinary events but by ordinary acts. It is nurtured by neighbors choosing to greet each other in the morning, by women refusing to shelter abducted children, by youth choosing to trade rather than raid, by chiefs choosing justice over silence, and by spiritual leaders choosing to heal rather than inflame. When these daily choices multiply, the drumbeats of war will fade, replaced by the steady rhythm of reconciliation—a rhythm that can, at last, carry South Sudan towards the promise of lasting peace.</w:t>
      </w:r>
    </w:p>
    <w:p w:rsidR="00823498" w:rsidRPr="00936675" w:rsidRDefault="00823498" w:rsidP="00823498">
      <w:pPr>
        <w:spacing w:line="360" w:lineRule="auto"/>
        <w:jc w:val="both"/>
        <w:rPr>
          <w:rFonts w:cs="Times New Roman"/>
          <w:szCs w:val="24"/>
        </w:rPr>
      </w:pPr>
      <w:r w:rsidRPr="00936675">
        <w:rPr>
          <w:rFonts w:cs="Times New Roman"/>
          <w:szCs w:val="24"/>
        </w:rPr>
        <w:t>Prologue: Walking Into the Storm</w:t>
      </w:r>
    </w:p>
    <w:p w:rsidR="00823498" w:rsidRPr="00936675" w:rsidRDefault="00823498" w:rsidP="00823498">
      <w:pPr>
        <w:spacing w:line="360" w:lineRule="auto"/>
        <w:jc w:val="both"/>
        <w:rPr>
          <w:rFonts w:cs="Times New Roman"/>
          <w:szCs w:val="24"/>
        </w:rPr>
      </w:pPr>
      <w:r w:rsidRPr="00936675">
        <w:rPr>
          <w:rFonts w:cs="Times New Roman"/>
          <w:szCs w:val="24"/>
        </w:rPr>
        <w:t>The rains had begun to pour heavily over Jonglei and the Greater Pibor Administrative Area (GPAA), turning narrow paths into muddy streams and making every step uncertain. Thunder rolled across the plains like the troubled memories of the land, echoing voices of vengeance and grief. Yet the same storms seemed to ask a question: Will you walk these roads again, not in anger, but in peace?</w:t>
      </w:r>
    </w:p>
    <w:p w:rsidR="00823498" w:rsidRPr="00936675" w:rsidRDefault="00823498" w:rsidP="00823498">
      <w:pPr>
        <w:spacing w:line="360" w:lineRule="auto"/>
        <w:jc w:val="both"/>
        <w:rPr>
          <w:rFonts w:cs="Times New Roman"/>
          <w:szCs w:val="24"/>
        </w:rPr>
      </w:pPr>
      <w:r w:rsidRPr="00936675">
        <w:rPr>
          <w:rFonts w:cs="Times New Roman"/>
          <w:szCs w:val="24"/>
        </w:rPr>
        <w:t>Amidst this season of gloom, groups of young men—and one courageous woman—set out on a journey long thought impossible. They carried rifles on their shoulders, not to fire, but to protect. Alongside the rifles flew white flags marked with the words for peace: Mal | Ganon | Door. For decades, these paths had been traveled in fear and bloodshed. That day, they were walked with hope.</w:t>
      </w:r>
    </w:p>
    <w:p w:rsidR="00823498" w:rsidRPr="00936675" w:rsidRDefault="00823498" w:rsidP="00823498">
      <w:pPr>
        <w:spacing w:line="360" w:lineRule="auto"/>
        <w:jc w:val="both"/>
        <w:rPr>
          <w:rFonts w:cs="Times New Roman"/>
          <w:szCs w:val="24"/>
        </w:rPr>
      </w:pPr>
      <w:r w:rsidRPr="00936675">
        <w:rPr>
          <w:rFonts w:cs="Times New Roman"/>
          <w:szCs w:val="24"/>
        </w:rPr>
        <w:t>This was the beginning of the roads opening—a bold attempt to carve out paths of reconciliation, both physical and symbolic. It was a journey of courage, endurance, and a fragile, growing trust.</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One – Roads Opening: From Promises to Action</w:t>
      </w:r>
    </w:p>
    <w:p w:rsidR="00823498" w:rsidRPr="00936675" w:rsidRDefault="00823498" w:rsidP="00823498">
      <w:pPr>
        <w:spacing w:line="360" w:lineRule="auto"/>
        <w:jc w:val="both"/>
        <w:rPr>
          <w:rFonts w:cs="Times New Roman"/>
          <w:szCs w:val="24"/>
        </w:rPr>
      </w:pPr>
      <w:r w:rsidRPr="00936675">
        <w:rPr>
          <w:rFonts w:cs="Times New Roman"/>
          <w:szCs w:val="24"/>
        </w:rPr>
        <w:t xml:space="preserve">The 7th Inter-Communal Governance Structures (ICGS) meeting in Juba in mid-2025 came at a time when hope and despair lived side by side. Six months earlier in Pibor, the 6th ICGS had raised expectations with promises to end cattle raids and return abducted children. For a moment, tears of joy flowed as mothers embraced their long-lost sons and </w:t>
      </w:r>
      <w:r w:rsidRPr="00936675">
        <w:rPr>
          <w:rFonts w:cs="Times New Roman"/>
          <w:szCs w:val="24"/>
        </w:rPr>
        <w:lastRenderedPageBreak/>
        <w:t>daughters. But the joy was short-lived. Violence soon returned, and mistrust once again clouded fragile reconciliation.</w:t>
      </w:r>
    </w:p>
    <w:p w:rsidR="00823498" w:rsidRPr="00936675" w:rsidRDefault="00823498" w:rsidP="00823498">
      <w:pPr>
        <w:spacing w:line="360" w:lineRule="auto"/>
        <w:jc w:val="both"/>
        <w:rPr>
          <w:rFonts w:cs="Times New Roman"/>
          <w:szCs w:val="24"/>
        </w:rPr>
      </w:pPr>
      <w:r w:rsidRPr="00936675">
        <w:rPr>
          <w:rFonts w:cs="Times New Roman"/>
          <w:szCs w:val="24"/>
        </w:rPr>
        <w:t>Even so, leaders and communities refused to surrender. When Murle, Nuer, and Dinka leaders gathered in Juba, the hall was heavy with expectation. H.E. Dr. Riek Gai Kok, Governor of Jonglei State, and H.E. Peter Guzule Maze, Chief Administrator of GPAA, publicly called each other Maigon</w:t>
      </w:r>
      <w:proofErr w:type="gramStart"/>
      <w:r w:rsidRPr="00936675">
        <w:rPr>
          <w:rFonts w:cs="Times New Roman"/>
          <w:szCs w:val="24"/>
        </w:rPr>
        <w:t>—“</w:t>
      </w:r>
      <w:proofErr w:type="gramEnd"/>
      <w:r w:rsidRPr="00936675">
        <w:rPr>
          <w:rFonts w:cs="Times New Roman"/>
          <w:szCs w:val="24"/>
        </w:rPr>
        <w:t>my best friend” in Murle. It was more than courtesy; it was a declaration that peace must be rooted in friendship.</w:t>
      </w:r>
    </w:p>
    <w:p w:rsidR="00823498" w:rsidRPr="00936675" w:rsidRDefault="00823498" w:rsidP="00823498">
      <w:pPr>
        <w:spacing w:line="360" w:lineRule="auto"/>
        <w:jc w:val="both"/>
        <w:rPr>
          <w:rFonts w:cs="Times New Roman"/>
          <w:szCs w:val="24"/>
        </w:rPr>
      </w:pPr>
      <w:r w:rsidRPr="00936675">
        <w:rPr>
          <w:rFonts w:cs="Times New Roman"/>
          <w:szCs w:val="24"/>
        </w:rPr>
        <w:t xml:space="preserve">On the ground, peace was being tested in ways more practical than speeches. A new Lou Nuer youth leader, </w:t>
      </w:r>
      <w:proofErr w:type="spellStart"/>
      <w:r w:rsidRPr="00936675">
        <w:rPr>
          <w:rFonts w:cs="Times New Roman"/>
          <w:szCs w:val="24"/>
        </w:rPr>
        <w:t>Duol</w:t>
      </w:r>
      <w:proofErr w:type="spellEnd"/>
      <w:r w:rsidRPr="00936675">
        <w:rPr>
          <w:rFonts w:cs="Times New Roman"/>
          <w:szCs w:val="24"/>
        </w:rPr>
        <w:t xml:space="preserve"> </w:t>
      </w:r>
      <w:proofErr w:type="spellStart"/>
      <w:r w:rsidRPr="00936675">
        <w:rPr>
          <w:rFonts w:cs="Times New Roman"/>
          <w:szCs w:val="24"/>
        </w:rPr>
        <w:t>Nyuot</w:t>
      </w:r>
      <w:proofErr w:type="spellEnd"/>
      <w:r w:rsidRPr="00936675">
        <w:rPr>
          <w:rFonts w:cs="Times New Roman"/>
          <w:szCs w:val="24"/>
        </w:rPr>
        <w:t xml:space="preserve"> Wanjang, had just taken office, symbolizing a generational shift. His first task was daunting: to lead youths into the uncertain work of opening roads with their Murle counterparts. The meeting point chosen was </w:t>
      </w:r>
      <w:proofErr w:type="spellStart"/>
      <w:r w:rsidRPr="00936675">
        <w:rPr>
          <w:rFonts w:cs="Times New Roman"/>
          <w:szCs w:val="24"/>
        </w:rPr>
        <w:t>Ngop</w:t>
      </w:r>
      <w:proofErr w:type="spellEnd"/>
      <w:r w:rsidRPr="00936675">
        <w:rPr>
          <w:rFonts w:cs="Times New Roman"/>
          <w:szCs w:val="24"/>
        </w:rPr>
        <w:t>-yok, a Lou Nuer village abandoned years earlier due to insecurity. Returning there was a declaration that places of fear could be reclaimed as sites of connection.</w:t>
      </w:r>
    </w:p>
    <w:p w:rsidR="00823498" w:rsidRPr="00936675" w:rsidRDefault="00823498" w:rsidP="00823498">
      <w:pPr>
        <w:spacing w:line="360" w:lineRule="auto"/>
        <w:jc w:val="both"/>
        <w:rPr>
          <w:rFonts w:cs="Times New Roman"/>
          <w:szCs w:val="24"/>
        </w:rPr>
      </w:pPr>
      <w:r w:rsidRPr="00936675">
        <w:rPr>
          <w:rFonts w:cs="Times New Roman"/>
          <w:szCs w:val="24"/>
        </w:rPr>
        <w:t xml:space="preserve">Murle youths, led by Kaka Gain </w:t>
      </w:r>
      <w:proofErr w:type="spellStart"/>
      <w:r w:rsidRPr="00936675">
        <w:rPr>
          <w:rFonts w:cs="Times New Roman"/>
          <w:szCs w:val="24"/>
        </w:rPr>
        <w:t>Aburkuk</w:t>
      </w:r>
      <w:proofErr w:type="spellEnd"/>
      <w:r w:rsidRPr="00936675">
        <w:rPr>
          <w:rFonts w:cs="Times New Roman"/>
          <w:szCs w:val="24"/>
        </w:rPr>
        <w:t xml:space="preserve"> and Peace Canal staff members William Bal and Peter Lebelek, journeyed from </w:t>
      </w:r>
      <w:proofErr w:type="spellStart"/>
      <w:r w:rsidRPr="00936675">
        <w:rPr>
          <w:rFonts w:cs="Times New Roman"/>
          <w:szCs w:val="24"/>
        </w:rPr>
        <w:t>Bichbich</w:t>
      </w:r>
      <w:proofErr w:type="spellEnd"/>
      <w:r w:rsidRPr="00936675">
        <w:rPr>
          <w:rFonts w:cs="Times New Roman"/>
          <w:szCs w:val="24"/>
        </w:rPr>
        <w:t xml:space="preserve"> and </w:t>
      </w:r>
      <w:proofErr w:type="spellStart"/>
      <w:r w:rsidRPr="00936675">
        <w:rPr>
          <w:rFonts w:cs="Times New Roman"/>
          <w:szCs w:val="24"/>
        </w:rPr>
        <w:t>Wuno</w:t>
      </w:r>
      <w:proofErr w:type="spellEnd"/>
      <w:r w:rsidRPr="00936675">
        <w:rPr>
          <w:rFonts w:cs="Times New Roman"/>
          <w:szCs w:val="24"/>
        </w:rPr>
        <w:t>. They carried white flags and rifles, balancing courage with vulnerability. Despite heavy rains, weak solar chargers, and failing Thuraya phones, their determination remained steady. “If not today, then tomorrow,” one youth said, “but the road will open.”</w:t>
      </w:r>
    </w:p>
    <w:p w:rsidR="00823498" w:rsidRPr="00936675" w:rsidRDefault="00823498" w:rsidP="00823498">
      <w:pPr>
        <w:spacing w:line="360" w:lineRule="auto"/>
        <w:jc w:val="both"/>
        <w:rPr>
          <w:rFonts w:cs="Times New Roman"/>
          <w:szCs w:val="24"/>
        </w:rPr>
      </w:pPr>
      <w:r w:rsidRPr="00936675">
        <w:rPr>
          <w:rFonts w:cs="Times New Roman"/>
          <w:szCs w:val="24"/>
        </w:rPr>
        <w:t>Supervising the broader initiative was Tut Riam Nyoch, Deputy Area Coordinator for Greater Akobo and Ayod. His life bore the scars of violence. Most of his brothers and cousins had been killed in raids, and students he once mentored were lost to conflict. He had trained as a medic, yet he turned away from medicine, believing that true healing for South Sudan required breaking the cycle of revenge. His leadership became a symbol of resilience—pain transformed into service.</w:t>
      </w:r>
    </w:p>
    <w:p w:rsidR="00823498" w:rsidRPr="00936675" w:rsidRDefault="00823498" w:rsidP="00823498">
      <w:pPr>
        <w:spacing w:line="360" w:lineRule="auto"/>
        <w:jc w:val="both"/>
        <w:rPr>
          <w:rFonts w:cs="Times New Roman"/>
          <w:szCs w:val="24"/>
        </w:rPr>
      </w:pPr>
      <w:r w:rsidRPr="00936675">
        <w:rPr>
          <w:rFonts w:cs="Times New Roman"/>
          <w:szCs w:val="24"/>
        </w:rPr>
        <w:t>Prophet Dak Kueth Deng Mayen, too, played a pivotal role. At first, he resisted the idea of roads opening without spiritual blessing. To him, peace without prayer was fragile. Dialogue convinced him, and when he finally prayed over the youths, his blessing reassured the communities that this journey was covered by both tradition and faith.</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 xml:space="preserve">Elders gave the journey its cultural weight. Chiefs and leopard-skin priests reminded the youth that roads had once connected families, markets, and marriages. “In the days of our fathers, these roads were veins of the body,” one elder said. “They carried life between villages. If we bless them again, they will carry life once more.” At </w:t>
      </w:r>
      <w:proofErr w:type="spellStart"/>
      <w:r w:rsidRPr="00936675">
        <w:rPr>
          <w:rFonts w:cs="Times New Roman"/>
          <w:szCs w:val="24"/>
        </w:rPr>
        <w:t>Ngop</w:t>
      </w:r>
      <w:proofErr w:type="spellEnd"/>
      <w:r w:rsidRPr="00936675">
        <w:rPr>
          <w:rFonts w:cs="Times New Roman"/>
          <w:szCs w:val="24"/>
        </w:rPr>
        <w:t>-yok, under the shade of a tamarind tree, Paramount Chief Koang Gatluak prayed for forgiveness and protection, turning ritual into a living covenant.</w:t>
      </w:r>
    </w:p>
    <w:p w:rsidR="00823498" w:rsidRPr="00936675" w:rsidRDefault="00823498" w:rsidP="00823498">
      <w:pPr>
        <w:spacing w:line="360" w:lineRule="auto"/>
        <w:jc w:val="both"/>
        <w:rPr>
          <w:rFonts w:cs="Times New Roman"/>
          <w:szCs w:val="24"/>
        </w:rPr>
      </w:pPr>
      <w:r w:rsidRPr="00936675">
        <w:rPr>
          <w:rFonts w:cs="Times New Roman"/>
          <w:szCs w:val="24"/>
        </w:rPr>
        <w:t>Yet peace was fragile. A stolen cow was more than property lost—it was a strike against dignity. An abducted child was not just a family’s grief but the whole community’s shame, demanding an answer. Without strong state institutions, these wounds turned quickly into cycles of revenge. The Pieri Action for Peace in 2021 tried to change that by introducing Inter-Communal Governance Structures, giving communities their own tools to respond.</w:t>
      </w:r>
    </w:p>
    <w:p w:rsidR="00823498" w:rsidRPr="00936675" w:rsidRDefault="00823498" w:rsidP="00823498">
      <w:pPr>
        <w:spacing w:line="360" w:lineRule="auto"/>
        <w:jc w:val="both"/>
        <w:rPr>
          <w:rFonts w:cs="Times New Roman"/>
          <w:szCs w:val="24"/>
        </w:rPr>
      </w:pPr>
      <w:r w:rsidRPr="00936675">
        <w:rPr>
          <w:rFonts w:cs="Times New Roman"/>
          <w:szCs w:val="24"/>
        </w:rPr>
        <w:t>From that day forward, peace rested on three pillars: Youth Committees to keep roads safe, Chiefs’ Circuits to settle disputes, and Women’s Peace Committees to ensure mothers’ voices were heard. These groups became the backbone of a new agreement, showing that those who suffered most from violence could also be the ones to keep peace alive.</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Two – The Benefits of Reconnection</w:t>
      </w:r>
    </w:p>
    <w:p w:rsidR="00823498" w:rsidRPr="00936675" w:rsidRDefault="00823498" w:rsidP="00823498">
      <w:pPr>
        <w:spacing w:line="360" w:lineRule="auto"/>
        <w:jc w:val="both"/>
        <w:rPr>
          <w:rFonts w:cs="Times New Roman"/>
          <w:szCs w:val="24"/>
        </w:rPr>
      </w:pPr>
      <w:r w:rsidRPr="00936675">
        <w:rPr>
          <w:rFonts w:cs="Times New Roman"/>
          <w:szCs w:val="24"/>
        </w:rPr>
        <w:t xml:space="preserve">Among the youths carrying flags of peace walked a woman: </w:t>
      </w:r>
      <w:proofErr w:type="spellStart"/>
      <w:r w:rsidRPr="00936675">
        <w:rPr>
          <w:rFonts w:cs="Times New Roman"/>
          <w:szCs w:val="24"/>
        </w:rPr>
        <w:t>Nyagon</w:t>
      </w:r>
      <w:proofErr w:type="spellEnd"/>
      <w:r w:rsidRPr="00936675">
        <w:rPr>
          <w:rFonts w:cs="Times New Roman"/>
          <w:szCs w:val="24"/>
        </w:rPr>
        <w:t xml:space="preserve"> Wicjok, from the </w:t>
      </w:r>
      <w:proofErr w:type="spellStart"/>
      <w:r w:rsidRPr="00936675">
        <w:rPr>
          <w:rFonts w:cs="Times New Roman"/>
          <w:szCs w:val="24"/>
        </w:rPr>
        <w:t>Maikiir</w:t>
      </w:r>
      <w:proofErr w:type="spellEnd"/>
      <w:r w:rsidRPr="00936675">
        <w:rPr>
          <w:rFonts w:cs="Times New Roman"/>
          <w:szCs w:val="24"/>
        </w:rPr>
        <w:t xml:space="preserve"> Jaak community of </w:t>
      </w:r>
      <w:proofErr w:type="spellStart"/>
      <w:r w:rsidRPr="00936675">
        <w:rPr>
          <w:rFonts w:cs="Times New Roman"/>
          <w:szCs w:val="24"/>
        </w:rPr>
        <w:t>Weikol</w:t>
      </w:r>
      <w:proofErr w:type="spellEnd"/>
      <w:r w:rsidRPr="00936675">
        <w:rPr>
          <w:rFonts w:cs="Times New Roman"/>
          <w:szCs w:val="24"/>
        </w:rPr>
        <w:t xml:space="preserve"> Payam. The only female in the journey, her presence was powerful. She escorted the youths through rains and dangers, saying simply, “I want to support the youths so that peace can come between the Lou Nuer and the Murle.” Her courage reminded everyone that peace is not only the work of men—it is a shared responsibility.</w:t>
      </w:r>
    </w:p>
    <w:p w:rsidR="00823498" w:rsidRPr="00936675" w:rsidRDefault="00823498" w:rsidP="00823498">
      <w:pPr>
        <w:spacing w:line="360" w:lineRule="auto"/>
        <w:jc w:val="both"/>
        <w:rPr>
          <w:rFonts w:cs="Times New Roman"/>
          <w:szCs w:val="24"/>
        </w:rPr>
      </w:pPr>
      <w:r w:rsidRPr="00936675">
        <w:rPr>
          <w:rFonts w:cs="Times New Roman"/>
          <w:szCs w:val="24"/>
        </w:rPr>
        <w:t>The roads opening was more than symbolic. Economically, it meant turning raiders into traders. Markets could flourish again, with sorghum, livestock, fish, and salt flowing across borders. Women would gain safer access to markets and health centers. Children could attend schools without fear of ambush. Roads meant dignity without bloodshed.</w:t>
      </w:r>
    </w:p>
    <w:p w:rsidR="00823498" w:rsidRPr="00936675" w:rsidRDefault="00823498" w:rsidP="00823498">
      <w:pPr>
        <w:spacing w:line="360" w:lineRule="auto"/>
        <w:jc w:val="both"/>
        <w:rPr>
          <w:rFonts w:cs="Times New Roman"/>
          <w:szCs w:val="24"/>
        </w:rPr>
      </w:pPr>
      <w:r w:rsidRPr="00936675">
        <w:rPr>
          <w:rFonts w:cs="Times New Roman"/>
          <w:szCs w:val="24"/>
        </w:rPr>
        <w:t xml:space="preserve">Socially, they promised the revival of bonds once cut. Weddings, wrestling matches, and cultural festivals could unite divided clans. Elders could tell stories that reminded youth of the history that predates conflict. Humanitarians, too, saw hope—clinics restocked, schools </w:t>
      </w:r>
      <w:r w:rsidRPr="00936675">
        <w:rPr>
          <w:rFonts w:cs="Times New Roman"/>
          <w:szCs w:val="24"/>
        </w:rPr>
        <w:lastRenderedPageBreak/>
        <w:t xml:space="preserve">supplied, displaced families assisted. A nurse in Duk would no longer wait weeks for medicine. A teacher in </w:t>
      </w:r>
      <w:proofErr w:type="spellStart"/>
      <w:r w:rsidRPr="00936675">
        <w:rPr>
          <w:rFonts w:cs="Times New Roman"/>
          <w:szCs w:val="24"/>
        </w:rPr>
        <w:t>Gumuruk</w:t>
      </w:r>
      <w:proofErr w:type="spellEnd"/>
      <w:r w:rsidRPr="00936675">
        <w:rPr>
          <w:rFonts w:cs="Times New Roman"/>
          <w:szCs w:val="24"/>
        </w:rPr>
        <w:t xml:space="preserve"> could finally receive books for his students.</w:t>
      </w:r>
    </w:p>
    <w:p w:rsidR="00823498" w:rsidRPr="00936675" w:rsidRDefault="00823498" w:rsidP="00823498">
      <w:pPr>
        <w:spacing w:line="360" w:lineRule="auto"/>
        <w:jc w:val="both"/>
        <w:rPr>
          <w:rFonts w:cs="Times New Roman"/>
          <w:szCs w:val="24"/>
        </w:rPr>
      </w:pPr>
      <w:r w:rsidRPr="00936675">
        <w:rPr>
          <w:rFonts w:cs="Times New Roman"/>
          <w:szCs w:val="24"/>
        </w:rPr>
        <w:t>Security-wise, open roads created corridors of information and cooperation. Rumors that often-fueled conflict would lose power to faster communication. The day a Murle parent could walk freely into Duk, or a Nuer trader into Pibor, would mark peace more deeply than any resolution on paper. Trust, after all, could not be legislated; it had to be lived.</w:t>
      </w:r>
    </w:p>
    <w:p w:rsidR="00823498" w:rsidRPr="00936675" w:rsidRDefault="00823498" w:rsidP="00823498">
      <w:pPr>
        <w:spacing w:line="360" w:lineRule="auto"/>
        <w:jc w:val="both"/>
        <w:rPr>
          <w:rFonts w:cs="Times New Roman"/>
          <w:szCs w:val="24"/>
        </w:rPr>
      </w:pPr>
      <w:r w:rsidRPr="00936675">
        <w:rPr>
          <w:rFonts w:cs="Times New Roman"/>
          <w:szCs w:val="24"/>
        </w:rPr>
        <w:t xml:space="preserve">At the 7th ICGS in Juba, this vision gained momentum. Leaders, chiefs, women, and youth sat side by side. Governor Riek Gai Kok reminded all that communities had carried peace, but now the government must protect it. Chief Administrator </w:t>
      </w:r>
      <w:proofErr w:type="spellStart"/>
      <w:r w:rsidRPr="00936675">
        <w:rPr>
          <w:rFonts w:cs="Times New Roman"/>
          <w:szCs w:val="24"/>
        </w:rPr>
        <w:t>Guzulu</w:t>
      </w:r>
      <w:proofErr w:type="spellEnd"/>
      <w:r w:rsidRPr="00936675">
        <w:rPr>
          <w:rFonts w:cs="Times New Roman"/>
          <w:szCs w:val="24"/>
        </w:rPr>
        <w:t xml:space="preserve"> Maze called each participant to be “ambassadors of reconciliation.” Their words carried weight, but it was the resolutions that mattered most: youths were tasked to secure roads, women gained institutionalized voices, and commissioners pledged to build Mal | Door | Ganon Model High School in </w:t>
      </w:r>
      <w:proofErr w:type="spellStart"/>
      <w:r w:rsidRPr="00936675">
        <w:rPr>
          <w:rFonts w:cs="Times New Roman"/>
          <w:szCs w:val="24"/>
        </w:rPr>
        <w:t>Gadiang</w:t>
      </w:r>
      <w:proofErr w:type="spellEnd"/>
      <w:r w:rsidRPr="00936675">
        <w:rPr>
          <w:rFonts w:cs="Times New Roman"/>
          <w:szCs w:val="24"/>
        </w:rPr>
        <w:t>—where children of Nuer, Murle, and Dinka would study together.</w:t>
      </w:r>
    </w:p>
    <w:p w:rsidR="00823498" w:rsidRPr="00936675" w:rsidRDefault="00823498" w:rsidP="00823498">
      <w:pPr>
        <w:spacing w:line="360" w:lineRule="auto"/>
        <w:jc w:val="both"/>
        <w:rPr>
          <w:rFonts w:cs="Times New Roman"/>
          <w:szCs w:val="24"/>
        </w:rPr>
      </w:pPr>
      <w:r w:rsidRPr="00936675">
        <w:rPr>
          <w:rFonts w:cs="Times New Roman"/>
          <w:szCs w:val="24"/>
        </w:rPr>
        <w:t>The message was clear: reconciliation had to be lived in daily life—in schools, in markets, and along the roads. White flags no longer meant defeat; they meant safe passage. For once, promises began to take real shape in action.</w:t>
      </w:r>
    </w:p>
    <w:p w:rsidR="00823498" w:rsidRPr="00936675" w:rsidRDefault="00823498" w:rsidP="00823498">
      <w:pPr>
        <w:pStyle w:val="Heading2"/>
        <w:spacing w:line="360" w:lineRule="auto"/>
        <w:jc w:val="both"/>
        <w:rPr>
          <w:rFonts w:ascii="Times New Roman" w:hAnsi="Times New Roman" w:cs="Times New Roman"/>
          <w:sz w:val="24"/>
          <w:szCs w:val="24"/>
        </w:rPr>
      </w:pPr>
      <w:r w:rsidRPr="00936675">
        <w:rPr>
          <w:rFonts w:ascii="Times New Roman" w:hAnsi="Times New Roman" w:cs="Times New Roman"/>
          <w:sz w:val="24"/>
          <w:szCs w:val="24"/>
        </w:rPr>
        <w:t>Chapter Three – Women as Bridges of Peace: Nyadow Biel’s Story</w:t>
      </w:r>
    </w:p>
    <w:p w:rsidR="00823498" w:rsidRPr="00936675" w:rsidRDefault="00823498" w:rsidP="00823498">
      <w:pPr>
        <w:spacing w:line="360" w:lineRule="auto"/>
        <w:jc w:val="both"/>
        <w:rPr>
          <w:rFonts w:cs="Times New Roman"/>
          <w:szCs w:val="24"/>
        </w:rPr>
      </w:pPr>
      <w:r w:rsidRPr="00936675">
        <w:rPr>
          <w:rFonts w:cs="Times New Roman"/>
          <w:szCs w:val="24"/>
        </w:rPr>
        <w:t>In 2024, the Peacebuilding Opportunities Fund launched the Bridges of Peace initiative, determined to place women at the center of peacebuilding. At its helm was Nyadow Biel Makuach, a woman whose own life was a testimony to resilience. From refugee camps in Kakuma and Nairobi, she returned home not to seek comfort, but to serve.</w:t>
      </w:r>
    </w:p>
    <w:p w:rsidR="00823498" w:rsidRPr="00936675" w:rsidRDefault="00823498" w:rsidP="00823498">
      <w:pPr>
        <w:spacing w:line="360" w:lineRule="auto"/>
        <w:jc w:val="both"/>
        <w:rPr>
          <w:rFonts w:cs="Times New Roman"/>
          <w:szCs w:val="24"/>
        </w:rPr>
      </w:pPr>
      <w:r w:rsidRPr="00936675">
        <w:rPr>
          <w:rFonts w:cs="Times New Roman"/>
          <w:szCs w:val="24"/>
        </w:rPr>
        <w:t xml:space="preserve">Her journey from exile to leadership carried a powerful message: those who once fled could return as healers and bridge-builders. As Coordinator, she led dialogues, trainings, and conflict analyses across Jonglei, GPAA, Warrap, Rumbek, and Greater </w:t>
      </w:r>
      <w:proofErr w:type="spellStart"/>
      <w:r w:rsidRPr="00936675">
        <w:rPr>
          <w:rFonts w:cs="Times New Roman"/>
          <w:szCs w:val="24"/>
        </w:rPr>
        <w:t>Bor</w:t>
      </w:r>
      <w:proofErr w:type="spellEnd"/>
      <w:r w:rsidRPr="00936675">
        <w:rPr>
          <w:rFonts w:cs="Times New Roman"/>
          <w:szCs w:val="24"/>
        </w:rPr>
        <w:t>, making sure women’s voices moved from the edges of meetings to the very center of decision-making.</w:t>
      </w:r>
    </w:p>
    <w:p w:rsidR="00823498" w:rsidRPr="00936675" w:rsidRDefault="00823498" w:rsidP="00823498">
      <w:pPr>
        <w:spacing w:line="360" w:lineRule="auto"/>
        <w:jc w:val="both"/>
        <w:rPr>
          <w:rFonts w:cs="Times New Roman"/>
          <w:szCs w:val="24"/>
        </w:rPr>
      </w:pPr>
      <w:r w:rsidRPr="00936675">
        <w:rPr>
          <w:rFonts w:cs="Times New Roman"/>
          <w:szCs w:val="24"/>
        </w:rPr>
        <w:t xml:space="preserve">Her leadership complemented that of women like </w:t>
      </w:r>
      <w:proofErr w:type="spellStart"/>
      <w:r w:rsidRPr="00936675">
        <w:rPr>
          <w:rFonts w:cs="Times New Roman"/>
          <w:szCs w:val="24"/>
        </w:rPr>
        <w:t>Nyagon</w:t>
      </w:r>
      <w:proofErr w:type="spellEnd"/>
      <w:r w:rsidRPr="00936675">
        <w:rPr>
          <w:rFonts w:cs="Times New Roman"/>
          <w:szCs w:val="24"/>
        </w:rPr>
        <w:t xml:space="preserve"> Wicjok, who physically escorted youths along dangerous paths. Together, they showed two faces of women’s contribution: one from the grassroots, walking muddy roads; the other from the national stage, shaping </w:t>
      </w:r>
      <w:r w:rsidRPr="00936675">
        <w:rPr>
          <w:rFonts w:cs="Times New Roman"/>
          <w:szCs w:val="24"/>
        </w:rPr>
        <w:lastRenderedPageBreak/>
        <w:t>policy and frameworks. Both reminded us that peace cannot be built by men alone. It requires the steps and voices of women at every level.</w:t>
      </w:r>
    </w:p>
    <w:p w:rsidR="00823498" w:rsidRPr="00936675" w:rsidRDefault="00823498" w:rsidP="00823498">
      <w:pPr>
        <w:spacing w:line="360" w:lineRule="auto"/>
        <w:jc w:val="both"/>
        <w:rPr>
          <w:rFonts w:cs="Times New Roman"/>
          <w:szCs w:val="24"/>
        </w:rPr>
      </w:pPr>
      <w:r w:rsidRPr="00936675">
        <w:rPr>
          <w:rFonts w:cs="Times New Roman"/>
          <w:szCs w:val="24"/>
        </w:rPr>
        <w:t>Epilogue: The Road Ahead</w:t>
      </w:r>
    </w:p>
    <w:p w:rsidR="00823498" w:rsidRPr="00936675" w:rsidRDefault="00823498" w:rsidP="00823498">
      <w:pPr>
        <w:spacing w:line="360" w:lineRule="auto"/>
        <w:jc w:val="both"/>
        <w:rPr>
          <w:rFonts w:cs="Times New Roman"/>
          <w:szCs w:val="24"/>
        </w:rPr>
      </w:pPr>
      <w:r w:rsidRPr="00936675">
        <w:rPr>
          <w:rFonts w:cs="Times New Roman"/>
          <w:szCs w:val="24"/>
        </w:rPr>
        <w:t>The story of roads opening in Jonglei and GPAA is still being written. Floods may erase paths, and conflict may return, but the footprints already pressed into the mud prove something important—that even in the hardest times, people can choose peace.</w:t>
      </w:r>
    </w:p>
    <w:p w:rsidR="00823498" w:rsidRPr="00936675" w:rsidRDefault="00823498" w:rsidP="00823498">
      <w:pPr>
        <w:spacing w:line="360" w:lineRule="auto"/>
        <w:jc w:val="both"/>
        <w:rPr>
          <w:rFonts w:cs="Times New Roman"/>
          <w:szCs w:val="24"/>
        </w:rPr>
      </w:pPr>
      <w:r w:rsidRPr="00936675">
        <w:rPr>
          <w:rFonts w:cs="Times New Roman"/>
          <w:szCs w:val="24"/>
        </w:rPr>
        <w:t>Yet peace remains fragile. Chiefs cannot command armed youths. Commissioners lack the means to act. Police are underpaid, courts far away. Agreements often stay as words on paper, never enforced. As one youth told me, “We want peace, but we have nothing to keep us to it—no structure to guide us.”</w:t>
      </w:r>
    </w:p>
    <w:p w:rsidR="00823498" w:rsidRPr="00936675" w:rsidRDefault="00823498" w:rsidP="00823498">
      <w:pPr>
        <w:spacing w:line="360" w:lineRule="auto"/>
        <w:jc w:val="both"/>
        <w:rPr>
          <w:rFonts w:cs="Times New Roman"/>
          <w:szCs w:val="24"/>
        </w:rPr>
      </w:pPr>
      <w:r w:rsidRPr="00936675">
        <w:rPr>
          <w:rFonts w:cs="Times New Roman"/>
          <w:szCs w:val="24"/>
        </w:rPr>
        <w:t>Traditionally, leopard-skin priests and elders carried authority. But today, rifles speak louder. In 2025, the feared Red Belt youth movement emerged, believed to be bulletproof, their myth fueling more defiance. Without institutions, communities watched helplessly. Mothers who bravely returned abducted children saw their sacrifice undone by fresh raids.</w:t>
      </w:r>
    </w:p>
    <w:p w:rsidR="00823498" w:rsidRPr="00936675" w:rsidRDefault="00823498" w:rsidP="00823498">
      <w:pPr>
        <w:spacing w:line="360" w:lineRule="auto"/>
        <w:jc w:val="both"/>
        <w:rPr>
          <w:rFonts w:cs="Times New Roman"/>
          <w:szCs w:val="24"/>
        </w:rPr>
      </w:pPr>
      <w:r w:rsidRPr="00936675">
        <w:rPr>
          <w:rFonts w:cs="Times New Roman"/>
          <w:szCs w:val="24"/>
        </w:rPr>
        <w:t>One elder captured the truth: “A fence of grass cannot stop an elephant.” Without enforcement, peace is that fragile fence.</w:t>
      </w:r>
    </w:p>
    <w:p w:rsidR="00823498" w:rsidRPr="00936675" w:rsidRDefault="00823498" w:rsidP="00823498">
      <w:pPr>
        <w:spacing w:line="360" w:lineRule="auto"/>
        <w:jc w:val="both"/>
        <w:rPr>
          <w:rFonts w:cs="Times New Roman"/>
          <w:szCs w:val="24"/>
        </w:rPr>
      </w:pPr>
      <w:r w:rsidRPr="00936675">
        <w:rPr>
          <w:rFonts w:cs="Times New Roman"/>
          <w:szCs w:val="24"/>
        </w:rPr>
        <w:t xml:space="preserve">The road ahead demands more. Security institutions must protect roads and markets. Courts must deliver justice. Local governments must be resourced. And traditional authorities must be strengthened with both moral and practical backing. As one woman in </w:t>
      </w:r>
      <w:proofErr w:type="spellStart"/>
      <w:r w:rsidRPr="00936675">
        <w:rPr>
          <w:rFonts w:cs="Times New Roman"/>
          <w:szCs w:val="24"/>
        </w:rPr>
        <w:t>Bor</w:t>
      </w:r>
      <w:proofErr w:type="spellEnd"/>
      <w:r w:rsidRPr="00936675">
        <w:rPr>
          <w:rFonts w:cs="Times New Roman"/>
          <w:szCs w:val="24"/>
        </w:rPr>
        <w:t xml:space="preserve"> said: “We can sing peace into the hearts of our children, but we need the law to protect their lives.”</w:t>
      </w:r>
    </w:p>
    <w:p w:rsidR="00823498" w:rsidRPr="00936675" w:rsidRDefault="00823498" w:rsidP="00823498">
      <w:pPr>
        <w:spacing w:line="360" w:lineRule="auto"/>
        <w:jc w:val="both"/>
        <w:rPr>
          <w:rFonts w:cs="Times New Roman"/>
          <w:szCs w:val="24"/>
        </w:rPr>
      </w:pPr>
      <w:r w:rsidRPr="00936675">
        <w:rPr>
          <w:rFonts w:cs="Times New Roman"/>
          <w:szCs w:val="24"/>
        </w:rPr>
        <w:t>Peace needs both culture and structure. Songs and prayers can prepare hearts, but laws and institutions must protect lives. Only then will today’s fragile peace grow into something strong enough to shelter generations ahead.</w:t>
      </w:r>
    </w:p>
    <w:p w:rsidR="00823498" w:rsidRPr="00936675" w:rsidRDefault="00823498" w:rsidP="00823498">
      <w:pPr>
        <w:spacing w:line="360" w:lineRule="auto"/>
        <w:jc w:val="both"/>
        <w:rPr>
          <w:rFonts w:cs="Times New Roman"/>
          <w:szCs w:val="24"/>
        </w:rPr>
      </w:pPr>
    </w:p>
    <w:p w:rsidR="00823498" w:rsidRPr="00936675" w:rsidRDefault="00823498" w:rsidP="00823498">
      <w:pPr>
        <w:spacing w:line="360" w:lineRule="auto"/>
        <w:jc w:val="both"/>
        <w:rPr>
          <w:rFonts w:cs="Times New Roman"/>
          <w:szCs w:val="24"/>
        </w:rPr>
      </w:pPr>
      <w:r w:rsidRPr="00936675">
        <w:rPr>
          <w:rFonts w:cs="Times New Roman"/>
          <w:szCs w:val="24"/>
        </w:rPr>
        <w:t xml:space="preserve">The rains had begun to pour heavily over Jonglei and the Greater Pibor Administrative Area (GPAA), turning narrow paths into muddy streams and making every step of the </w:t>
      </w:r>
      <w:r w:rsidRPr="00936675">
        <w:rPr>
          <w:rFonts w:cs="Times New Roman"/>
          <w:szCs w:val="24"/>
        </w:rPr>
        <w:lastRenderedPageBreak/>
        <w:t>journey uncertain. The sky pressed down with low-hanging clouds, and thunder rolled across the plains as if echoing the troubled memories of the land. The storms seemed to say: “You have walked these roads in anger, in vengeance, and in fear.</w:t>
      </w:r>
    </w:p>
    <w:p w:rsidR="00823498" w:rsidRPr="00936675" w:rsidRDefault="00823498" w:rsidP="00823498">
      <w:pPr>
        <w:spacing w:line="360" w:lineRule="auto"/>
        <w:jc w:val="both"/>
        <w:rPr>
          <w:rFonts w:cs="Times New Roman"/>
          <w:szCs w:val="24"/>
        </w:rPr>
      </w:pPr>
      <w:r w:rsidRPr="00936675">
        <w:rPr>
          <w:rFonts w:cs="Times New Roman"/>
          <w:szCs w:val="24"/>
        </w:rPr>
        <w:t xml:space="preserve">Will you now walk them in peace?” In the middle of this gloomy season, groups of young men, joined by one courageous woman, set out on a journey that had not been attempted in decades. They carried their rifles and white flags marked with peace words (Mal | Ganon | Door) on their shoulders, </w:t>
      </w:r>
      <w:proofErr w:type="gramStart"/>
      <w:r w:rsidRPr="00936675">
        <w:rPr>
          <w:rFonts w:cs="Times New Roman"/>
          <w:szCs w:val="24"/>
        </w:rPr>
        <w:t>For</w:t>
      </w:r>
      <w:proofErr w:type="gramEnd"/>
      <w:r w:rsidRPr="00936675">
        <w:rPr>
          <w:rFonts w:cs="Times New Roman"/>
          <w:szCs w:val="24"/>
        </w:rPr>
        <w:t xml:space="preserve"> communities long divided by raids, abductions, and revenge killings, this moment was both fragile and profound.</w:t>
      </w:r>
    </w:p>
    <w:p w:rsidR="00823498" w:rsidRPr="00936675" w:rsidRDefault="00823498" w:rsidP="00823498">
      <w:pPr>
        <w:spacing w:line="360" w:lineRule="auto"/>
        <w:jc w:val="both"/>
        <w:rPr>
          <w:rFonts w:cs="Times New Roman"/>
          <w:szCs w:val="24"/>
        </w:rPr>
      </w:pPr>
      <w:r w:rsidRPr="00936675">
        <w:rPr>
          <w:rFonts w:cs="Times New Roman"/>
          <w:szCs w:val="24"/>
        </w:rPr>
        <w:t>This was the beginning of the roads opening—a bold attempt to carve out paths of reconciliation through storms, both natural and human. The story that follows is not only about physical roads of dust and clay, but also about symbolic roads of courage, endurance, and reconciliation.</w:t>
      </w:r>
    </w:p>
    <w:p w:rsidR="00823498" w:rsidRPr="00936675" w:rsidRDefault="00823498" w:rsidP="00823498">
      <w:pPr>
        <w:spacing w:line="360" w:lineRule="auto"/>
        <w:jc w:val="both"/>
        <w:rPr>
          <w:rFonts w:cs="Times New Roman"/>
          <w:szCs w:val="24"/>
        </w:rPr>
      </w:pPr>
      <w:r w:rsidRPr="00936675">
        <w:rPr>
          <w:rFonts w:cs="Times New Roman"/>
          <w:szCs w:val="24"/>
        </w:rPr>
        <w:t>The 7th Inter-Community Governance Structures (ICGS) meeting, held in Juba in mid-2025, came at a time when hope and despair stood side by side. Only six months earlier, in Pibor, the 6th ICGS had generated bold promises: to cease cattle raids, to return abducted children, to allow mothers to embrace the sons and daughters torn from them. For a moment, tears of joy had flowed in Pibor as some children were returned.</w:t>
      </w:r>
    </w:p>
    <w:p w:rsidR="00823498" w:rsidRPr="00936675" w:rsidRDefault="00823498" w:rsidP="00823498">
      <w:pPr>
        <w:spacing w:line="360" w:lineRule="auto"/>
        <w:jc w:val="both"/>
        <w:rPr>
          <w:rFonts w:cs="Times New Roman"/>
          <w:szCs w:val="24"/>
        </w:rPr>
      </w:pPr>
      <w:r w:rsidRPr="00936675">
        <w:rPr>
          <w:rFonts w:cs="Times New Roman"/>
          <w:szCs w:val="24"/>
        </w:rPr>
        <w:t>But the promises proved difficult to sustain. Violence flared again, and many more children remained missing. By mid-2025, mistrust once again clouded the fragile reconciliation process. Yet even amid disappointment, communities and leaders chose not to surrender to despair. When the community leaders through the 3 communities of Murle, Nuer and Dinka gathered in Juba, the atmosphere was tense but determined.</w:t>
      </w:r>
    </w:p>
    <w:p w:rsidR="00823498" w:rsidRPr="00936675" w:rsidRDefault="00823498" w:rsidP="00823498">
      <w:pPr>
        <w:spacing w:line="360" w:lineRule="auto"/>
        <w:jc w:val="both"/>
        <w:rPr>
          <w:rFonts w:cs="Times New Roman"/>
          <w:szCs w:val="24"/>
        </w:rPr>
      </w:pPr>
      <w:r w:rsidRPr="00936675">
        <w:rPr>
          <w:rFonts w:cs="Times New Roman"/>
          <w:szCs w:val="24"/>
        </w:rPr>
        <w:t>The hall carried the weight of expectations from across Jonglei and GPAA. H.E. Dr. Riek Gai Kok, Governor of Jonglei State, and H.E. Peter Guzule Maze, Chief Administrator of GPAA, chose their words carefully. In a remarkable gesture, they called each other “Maigon”—a Murle word meaning “my best friend.” This was more than political courtesy; it was a declaration that peace could be rooted in friendship, that reconciliation was not only possible but necessary for the survival of their people.</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 xml:space="preserve">The summit was not just about speeches. On the ground, the real work of peace was being tested. Leading the Lou Nuer youth delegation was Mr. </w:t>
      </w:r>
      <w:proofErr w:type="spellStart"/>
      <w:r w:rsidRPr="00936675">
        <w:rPr>
          <w:rFonts w:cs="Times New Roman"/>
          <w:szCs w:val="24"/>
        </w:rPr>
        <w:t>Duol</w:t>
      </w:r>
      <w:proofErr w:type="spellEnd"/>
      <w:r w:rsidRPr="00936675">
        <w:rPr>
          <w:rFonts w:cs="Times New Roman"/>
          <w:szCs w:val="24"/>
        </w:rPr>
        <w:t xml:space="preserve"> </w:t>
      </w:r>
      <w:proofErr w:type="spellStart"/>
      <w:r w:rsidRPr="00936675">
        <w:rPr>
          <w:rFonts w:cs="Times New Roman"/>
          <w:szCs w:val="24"/>
        </w:rPr>
        <w:t>Nyuot</w:t>
      </w:r>
      <w:proofErr w:type="spellEnd"/>
      <w:r w:rsidRPr="00936675">
        <w:rPr>
          <w:rFonts w:cs="Times New Roman"/>
          <w:szCs w:val="24"/>
        </w:rPr>
        <w:t xml:space="preserve"> Wanjang, a young man who had only recently taken office after succeeding the long-time and controversial youth leader, Reath Tut Dhoat. His appointment symbolized a generational shift, an opportunity to reimagine youth leadership not as a tool for mobilizing revenge, but as a platform for building trust.</w:t>
      </w:r>
    </w:p>
    <w:p w:rsidR="00823498" w:rsidRPr="00936675" w:rsidRDefault="00823498" w:rsidP="00823498">
      <w:pPr>
        <w:spacing w:line="360" w:lineRule="auto"/>
        <w:jc w:val="both"/>
        <w:rPr>
          <w:rFonts w:cs="Times New Roman"/>
          <w:szCs w:val="24"/>
        </w:rPr>
      </w:pPr>
      <w:r w:rsidRPr="00936675">
        <w:rPr>
          <w:rFonts w:cs="Times New Roman"/>
          <w:szCs w:val="24"/>
        </w:rPr>
        <w:t xml:space="preserve">His first test of leadership came quickly, as he was tasked to lead his peers into the uncertain project of opening roads with their Murle counterparts. The meeting point agreed upon was </w:t>
      </w:r>
      <w:proofErr w:type="spellStart"/>
      <w:r w:rsidRPr="00936675">
        <w:rPr>
          <w:rFonts w:cs="Times New Roman"/>
          <w:szCs w:val="24"/>
        </w:rPr>
        <w:t>Ngop</w:t>
      </w:r>
      <w:proofErr w:type="spellEnd"/>
      <w:r w:rsidRPr="00936675">
        <w:rPr>
          <w:rFonts w:cs="Times New Roman"/>
          <w:szCs w:val="24"/>
        </w:rPr>
        <w:t xml:space="preserve">-yok, a once-thriving Lou Nuer village abandoned years earlier due to insecurity. Its selection carried deep symbolism. To return to </w:t>
      </w:r>
      <w:proofErr w:type="spellStart"/>
      <w:r w:rsidRPr="00936675">
        <w:rPr>
          <w:rFonts w:cs="Times New Roman"/>
          <w:szCs w:val="24"/>
        </w:rPr>
        <w:t>Ngop</w:t>
      </w:r>
      <w:proofErr w:type="spellEnd"/>
      <w:r w:rsidRPr="00936675">
        <w:rPr>
          <w:rFonts w:cs="Times New Roman"/>
          <w:szCs w:val="24"/>
        </w:rPr>
        <w:t>-yok was to confront fear with courage, to declare that a place of abandonment could once again become a site of connection.</w:t>
      </w:r>
    </w:p>
    <w:p w:rsidR="00823498" w:rsidRPr="00936675" w:rsidRDefault="00823498" w:rsidP="00823498">
      <w:pPr>
        <w:spacing w:line="360" w:lineRule="auto"/>
        <w:jc w:val="both"/>
        <w:rPr>
          <w:rFonts w:cs="Times New Roman"/>
          <w:szCs w:val="24"/>
        </w:rPr>
      </w:pPr>
      <w:r w:rsidRPr="00936675">
        <w:rPr>
          <w:rFonts w:cs="Times New Roman"/>
          <w:szCs w:val="24"/>
        </w:rPr>
        <w:t xml:space="preserve">It was a decision that history could be rewritten not with raids but with reconciliation. From the Murle side, youths organized themselves into two groups. One team from </w:t>
      </w:r>
      <w:proofErr w:type="spellStart"/>
      <w:r w:rsidRPr="00936675">
        <w:rPr>
          <w:rFonts w:cs="Times New Roman"/>
          <w:szCs w:val="24"/>
        </w:rPr>
        <w:t>Bichbich</w:t>
      </w:r>
      <w:proofErr w:type="spellEnd"/>
      <w:r w:rsidRPr="00936675">
        <w:rPr>
          <w:rFonts w:cs="Times New Roman"/>
          <w:szCs w:val="24"/>
        </w:rPr>
        <w:t xml:space="preserve"> and </w:t>
      </w:r>
      <w:proofErr w:type="spellStart"/>
      <w:r w:rsidRPr="00936675">
        <w:rPr>
          <w:rFonts w:cs="Times New Roman"/>
          <w:szCs w:val="24"/>
        </w:rPr>
        <w:t>Wuno</w:t>
      </w:r>
      <w:proofErr w:type="spellEnd"/>
      <w:r w:rsidRPr="00936675">
        <w:rPr>
          <w:rFonts w:cs="Times New Roman"/>
          <w:szCs w:val="24"/>
        </w:rPr>
        <w:t xml:space="preserve"> was led by Kaka Gain </w:t>
      </w:r>
      <w:proofErr w:type="spellStart"/>
      <w:r w:rsidRPr="00936675">
        <w:rPr>
          <w:rFonts w:cs="Times New Roman"/>
          <w:szCs w:val="24"/>
        </w:rPr>
        <w:t>Aburkuk</w:t>
      </w:r>
      <w:proofErr w:type="spellEnd"/>
      <w:r w:rsidRPr="00936675">
        <w:rPr>
          <w:rFonts w:cs="Times New Roman"/>
          <w:szCs w:val="24"/>
        </w:rPr>
        <w:t xml:space="preserve">, a Murle youths leader accompanied by William Bal, a Peace Canal staff. The other team, also from </w:t>
      </w:r>
      <w:proofErr w:type="spellStart"/>
      <w:r w:rsidRPr="00936675">
        <w:rPr>
          <w:rFonts w:cs="Times New Roman"/>
          <w:szCs w:val="24"/>
        </w:rPr>
        <w:t>Bichbich</w:t>
      </w:r>
      <w:proofErr w:type="spellEnd"/>
      <w:r w:rsidRPr="00936675">
        <w:rPr>
          <w:rFonts w:cs="Times New Roman"/>
          <w:szCs w:val="24"/>
        </w:rPr>
        <w:t>, was led by Peter Lebelek, another Peace Canal staff. Their task was equally difficult: to navigate swamps and dense bush while carrying the weight of their community’s hope.</w:t>
      </w:r>
    </w:p>
    <w:p w:rsidR="00823498" w:rsidRPr="00936675" w:rsidRDefault="00823498" w:rsidP="00823498">
      <w:pPr>
        <w:spacing w:line="360" w:lineRule="auto"/>
        <w:jc w:val="both"/>
        <w:rPr>
          <w:rFonts w:cs="Times New Roman"/>
          <w:szCs w:val="24"/>
        </w:rPr>
      </w:pPr>
      <w:r w:rsidRPr="00936675">
        <w:rPr>
          <w:rFonts w:cs="Times New Roman"/>
          <w:szCs w:val="24"/>
        </w:rPr>
        <w:t>They carried white flags, and their rifles, symbols of a different kind of bravery. Yet even with determination, they faced setbacks. Their Thuraya satellite phones, the only means of long-distance communication, were hampered by heavy rains and weak solar chargers. For nearly a week, they struggled to keep contact, but even these frustrations could not dampen their resolve. “If not today, then tomorrow,” one youth said, “but the road will open.” Supervising the broader initiative was Tut Riam Nyoch, the Deputy Area Coordinator for Greater Akobo and Ayod.</w:t>
      </w:r>
    </w:p>
    <w:p w:rsidR="00823498" w:rsidRPr="00936675" w:rsidRDefault="00823498" w:rsidP="00823498">
      <w:pPr>
        <w:spacing w:line="360" w:lineRule="auto"/>
        <w:jc w:val="both"/>
        <w:rPr>
          <w:rFonts w:cs="Times New Roman"/>
          <w:szCs w:val="24"/>
        </w:rPr>
      </w:pPr>
      <w:r w:rsidRPr="00936675">
        <w:rPr>
          <w:rFonts w:cs="Times New Roman"/>
          <w:szCs w:val="24"/>
        </w:rPr>
        <w:t xml:space="preserve">Tut’s personal journey symbolized the painful transformation from individual tragedy to communal service. Trained as a medical professional in South Sudan and Kenya, a graduate of the Great Lakes University of Kisumu, Tut could have pursued a stable career in </w:t>
      </w:r>
      <w:r w:rsidRPr="00936675">
        <w:rPr>
          <w:rFonts w:cs="Times New Roman"/>
          <w:szCs w:val="24"/>
        </w:rPr>
        <w:lastRenderedPageBreak/>
        <w:t>medicine. But his life was scarred by unbearable losses. Most of his brothers and cousins were killed or wounded in attacks by Murle or in retaliatory raids.</w:t>
      </w:r>
    </w:p>
    <w:p w:rsidR="00823498" w:rsidRPr="00936675" w:rsidRDefault="00823498" w:rsidP="00823498">
      <w:pPr>
        <w:spacing w:line="360" w:lineRule="auto"/>
        <w:jc w:val="both"/>
        <w:rPr>
          <w:rFonts w:cs="Times New Roman"/>
          <w:szCs w:val="24"/>
        </w:rPr>
      </w:pPr>
      <w:r w:rsidRPr="00936675">
        <w:rPr>
          <w:rFonts w:cs="Times New Roman"/>
          <w:szCs w:val="24"/>
        </w:rPr>
        <w:t xml:space="preserve">Students he had mentored at MSF Academy in </w:t>
      </w:r>
      <w:proofErr w:type="spellStart"/>
      <w:r w:rsidRPr="00936675">
        <w:rPr>
          <w:rFonts w:cs="Times New Roman"/>
          <w:szCs w:val="24"/>
        </w:rPr>
        <w:t>Lankien</w:t>
      </w:r>
      <w:proofErr w:type="spellEnd"/>
      <w:r w:rsidRPr="00936675">
        <w:rPr>
          <w:rFonts w:cs="Times New Roman"/>
          <w:szCs w:val="24"/>
        </w:rPr>
        <w:t xml:space="preserve"> and </w:t>
      </w:r>
      <w:proofErr w:type="spellStart"/>
      <w:r w:rsidRPr="00936675">
        <w:rPr>
          <w:rFonts w:cs="Times New Roman"/>
          <w:szCs w:val="24"/>
        </w:rPr>
        <w:t>Pieiri</w:t>
      </w:r>
      <w:proofErr w:type="spellEnd"/>
      <w:r w:rsidRPr="00936675">
        <w:rPr>
          <w:rFonts w:cs="Times New Roman"/>
          <w:szCs w:val="24"/>
        </w:rPr>
        <w:t xml:space="preserve"> were also killed, robbing him of young lives he had hoped to protect. Earlier still, he had grieved the deaths of five Tearfund colleagues. These experiences broke his heart but strengthened his resolve. Offered a scholarship to study midwifery at the Catholic Health Training Institute in Wau, he succeeded academically, but his soul longed for something else.</w:t>
      </w:r>
    </w:p>
    <w:p w:rsidR="00823498" w:rsidRPr="00936675" w:rsidRDefault="00823498" w:rsidP="00823498">
      <w:pPr>
        <w:spacing w:line="360" w:lineRule="auto"/>
        <w:jc w:val="both"/>
        <w:rPr>
          <w:rFonts w:cs="Times New Roman"/>
          <w:szCs w:val="24"/>
        </w:rPr>
      </w:pPr>
      <w:r w:rsidRPr="00936675">
        <w:rPr>
          <w:rFonts w:cs="Times New Roman"/>
          <w:szCs w:val="24"/>
        </w:rPr>
        <w:t>He chose to leave medicine behind, believing that true healing for South Sudan required breaking the cycle of violence. In his role as Deputy Coordinator, Tut became a symbol of resilience, a man who transformed pain into leadership for peace. Another crucial dimension of the journey was the involvement of Prophet Dak Kueth Deng Mayen. Obstacles were faced in convincing him to allow the roads opening to proceed.</w:t>
      </w:r>
    </w:p>
    <w:p w:rsidR="00823498" w:rsidRPr="00936675" w:rsidRDefault="00823498" w:rsidP="00823498">
      <w:pPr>
        <w:spacing w:line="360" w:lineRule="auto"/>
        <w:jc w:val="both"/>
        <w:rPr>
          <w:rFonts w:cs="Times New Roman"/>
          <w:szCs w:val="24"/>
        </w:rPr>
      </w:pPr>
      <w:r w:rsidRPr="00936675">
        <w:rPr>
          <w:rFonts w:cs="Times New Roman"/>
          <w:szCs w:val="24"/>
        </w:rPr>
        <w:t>Dak held firmly to his conviction that no such journey could begin without his blessing. He believed that without prayer and sanctification, the roads would remain vulnerable and the youth unprotected. His insistence was not rejection but a reminder of the deep spiritual foundations of peace in Nuer society. In time, dialogue and persuasion convinced him. When Prophet Dak finally agreed to bless the youth, it was seen as a moment of assurance—that the journey had both the consent of the people and the covering of faith.</w:t>
      </w:r>
    </w:p>
    <w:p w:rsidR="00823498" w:rsidRPr="00936675" w:rsidRDefault="00823498" w:rsidP="00823498">
      <w:pPr>
        <w:spacing w:line="360" w:lineRule="auto"/>
        <w:jc w:val="both"/>
        <w:rPr>
          <w:rFonts w:cs="Times New Roman"/>
          <w:szCs w:val="24"/>
        </w:rPr>
      </w:pPr>
      <w:r w:rsidRPr="00936675">
        <w:rPr>
          <w:rFonts w:cs="Times New Roman"/>
          <w:szCs w:val="24"/>
        </w:rPr>
        <w:t>The presence of elders gave the road opening its cultural and moral weight. Chiefs and leopard-skin priests reminded the youth that roads had once been safe paths linking clans, markets, and marriages before conflict transformed them into frontiers of fear. One elder from Motot recalled with emotion: “In the days of our fathers, these roads were like veins of the body. They carried life between villages.</w:t>
      </w:r>
    </w:p>
    <w:p w:rsidR="00823498" w:rsidRPr="00936675" w:rsidRDefault="00823498" w:rsidP="00823498">
      <w:pPr>
        <w:spacing w:line="360" w:lineRule="auto"/>
        <w:jc w:val="both"/>
        <w:rPr>
          <w:rFonts w:cs="Times New Roman"/>
          <w:szCs w:val="24"/>
        </w:rPr>
      </w:pPr>
      <w:r w:rsidRPr="00936675">
        <w:rPr>
          <w:rFonts w:cs="Times New Roman"/>
          <w:szCs w:val="24"/>
        </w:rPr>
        <w:t xml:space="preserve">If we bless them again, they will carry life once more.” At </w:t>
      </w:r>
      <w:proofErr w:type="spellStart"/>
      <w:r w:rsidRPr="00936675">
        <w:rPr>
          <w:rFonts w:cs="Times New Roman"/>
          <w:szCs w:val="24"/>
        </w:rPr>
        <w:t>Ngop</w:t>
      </w:r>
      <w:proofErr w:type="spellEnd"/>
      <w:r w:rsidRPr="00936675">
        <w:rPr>
          <w:rFonts w:cs="Times New Roman"/>
          <w:szCs w:val="24"/>
        </w:rPr>
        <w:t xml:space="preserve">-yok, under the shade of a tamarind tree, Koang Gatluak, the Paramount Chief of </w:t>
      </w:r>
      <w:proofErr w:type="spellStart"/>
      <w:r w:rsidRPr="00936675">
        <w:rPr>
          <w:rFonts w:cs="Times New Roman"/>
          <w:szCs w:val="24"/>
        </w:rPr>
        <w:t>Kidit</w:t>
      </w:r>
      <w:proofErr w:type="spellEnd"/>
      <w:r w:rsidRPr="00936675">
        <w:rPr>
          <w:rFonts w:cs="Times New Roman"/>
          <w:szCs w:val="24"/>
        </w:rPr>
        <w:t xml:space="preserve"> Jaak of Pieri Payam, lifted his hands and prayed over the youth. He asked the God of the ancestors for forgiveness for past bloodshed and pleaded for protection as they move into deep bush full of water and dangerous creatures. Their blessing was more than ritual—it was a public declaration that the roads would serve as bridges of trust rather than triggers of suspicion.</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The youth felt fortified, knowing they walked with the blessing of their elders and prophets. “Peace is not a gift handed down from above; it is the slow weaving of trust among neighbors.” – Community Elder, Ayod Communities lived in a measure of grief and retaliation. A stolen cow was never just property lost; it was a wound to pride, an insult to manhood, and a challenge that demanded an answer. An abducted child was not just a private tragedy but a communal shame, igniting demands for revenge.</w:t>
      </w:r>
    </w:p>
    <w:p w:rsidR="00823498" w:rsidRPr="00936675" w:rsidRDefault="00823498" w:rsidP="00823498">
      <w:pPr>
        <w:spacing w:line="360" w:lineRule="auto"/>
        <w:jc w:val="both"/>
        <w:rPr>
          <w:rFonts w:cs="Times New Roman"/>
          <w:szCs w:val="24"/>
        </w:rPr>
      </w:pPr>
      <w:r w:rsidRPr="00936675">
        <w:rPr>
          <w:rFonts w:cs="Times New Roman"/>
          <w:szCs w:val="24"/>
        </w:rPr>
        <w:t>And in the absence of strong state institutions, the cycle spun faster. Chiefs negotiated without enforcement powers, spiritual leaders lamented their weakening influence, and government security forces remained distant or mistrusted. It was a fragile world where violence became almost expected, and where the people began to ask themselves if this was the only inheritance they could leave for their children.</w:t>
      </w:r>
    </w:p>
    <w:p w:rsidR="00823498" w:rsidRPr="00936675" w:rsidRDefault="00823498" w:rsidP="00823498">
      <w:pPr>
        <w:spacing w:line="360" w:lineRule="auto"/>
        <w:jc w:val="both"/>
        <w:rPr>
          <w:rFonts w:cs="Times New Roman"/>
          <w:szCs w:val="24"/>
        </w:rPr>
      </w:pPr>
      <w:r w:rsidRPr="00936675">
        <w:rPr>
          <w:rFonts w:cs="Times New Roman"/>
          <w:szCs w:val="24"/>
        </w:rPr>
        <w:t>The Pieri agreement called for three interwoven pillars that reflected both the social fabric of the people and the practical demands of peace. First were the Youth Committees—groups of young men and women who would take responsibility for patrolling roads, monitoring cattle movements, and serving as guardians of safety rather than agents of insecurity. Second were the Chiefs’ Circuits—clusters of traditional leaders whose authority carried weight in cultural matters, now tasked with mediating disputes, ensuring abductees were returned, and holding communities accountable to their promises.</w:t>
      </w:r>
    </w:p>
    <w:p w:rsidR="00823498" w:rsidRPr="00936675" w:rsidRDefault="00823498" w:rsidP="00823498">
      <w:pPr>
        <w:spacing w:line="360" w:lineRule="auto"/>
        <w:jc w:val="both"/>
        <w:rPr>
          <w:rFonts w:cs="Times New Roman"/>
          <w:szCs w:val="24"/>
        </w:rPr>
      </w:pPr>
      <w:r w:rsidRPr="00936675">
        <w:rPr>
          <w:rFonts w:cs="Times New Roman"/>
          <w:szCs w:val="24"/>
        </w:rPr>
        <w:t>Third were the Women’s Peace Committees, born of the recognition that mothers and wives carried the heaviest burdens of war and were indispensable in anchoring peace within the intimate spaces of families and households. These three pillars were designed not as parallel initiatives but as interdependent strands of a single fabric, strong only when woven together. This innovation was quiet, even fragile at first.</w:t>
      </w:r>
    </w:p>
    <w:p w:rsidR="00823498" w:rsidRPr="00936675" w:rsidRDefault="00823498" w:rsidP="00823498">
      <w:pPr>
        <w:spacing w:line="360" w:lineRule="auto"/>
        <w:jc w:val="both"/>
        <w:rPr>
          <w:rFonts w:cs="Times New Roman"/>
          <w:szCs w:val="24"/>
        </w:rPr>
      </w:pPr>
      <w:r w:rsidRPr="00936675">
        <w:rPr>
          <w:rFonts w:cs="Times New Roman"/>
          <w:szCs w:val="24"/>
        </w:rPr>
        <w:t>Many dismissed it as yet another experiment that would collapse under the weight of reality. But for those who sat in Pieri in March 2021, it was not simply technical design. It was a covenant. It was an acknowledgment that peace could not be entrusted solely to distant politicians or international mediators. It had to be built, guarded, and enforced by those who suffered its absence most deeply—the communities themselves.</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Thus, the Inter-Communal Governance Structures were born, not out of theory but out of necessity. They represented a turning of the soil, the planting of seeds in ground long scorched by fire. No one could yet say whether these seeds would take root, but they carried within them the possibility of change: a vision that peace might finally be more than a fleeting ceasefire, that it might become a way of life sustained by institutions rooted in the culture and authority of the people themselves.</w:t>
      </w:r>
    </w:p>
    <w:p w:rsidR="00823498" w:rsidRPr="00936675" w:rsidRDefault="00823498" w:rsidP="00823498">
      <w:pPr>
        <w:spacing w:line="360" w:lineRule="auto"/>
        <w:jc w:val="both"/>
        <w:rPr>
          <w:rFonts w:cs="Times New Roman"/>
          <w:szCs w:val="24"/>
        </w:rPr>
      </w:pPr>
      <w:r w:rsidRPr="00936675">
        <w:rPr>
          <w:rFonts w:cs="Times New Roman"/>
          <w:szCs w:val="24"/>
        </w:rPr>
        <w:t xml:space="preserve">Among the young men carrying flags of peace was also a woman, </w:t>
      </w:r>
      <w:proofErr w:type="spellStart"/>
      <w:r w:rsidRPr="00936675">
        <w:rPr>
          <w:rFonts w:cs="Times New Roman"/>
          <w:szCs w:val="24"/>
        </w:rPr>
        <w:t>Nyagon</w:t>
      </w:r>
      <w:proofErr w:type="spellEnd"/>
      <w:r w:rsidRPr="00936675">
        <w:rPr>
          <w:rFonts w:cs="Times New Roman"/>
          <w:szCs w:val="24"/>
        </w:rPr>
        <w:t xml:space="preserve"> Wicjok, a respected women leader from the </w:t>
      </w:r>
      <w:proofErr w:type="spellStart"/>
      <w:r w:rsidRPr="00936675">
        <w:rPr>
          <w:rFonts w:cs="Times New Roman"/>
          <w:szCs w:val="24"/>
        </w:rPr>
        <w:t>Maikiir</w:t>
      </w:r>
      <w:proofErr w:type="spellEnd"/>
      <w:r w:rsidRPr="00936675">
        <w:rPr>
          <w:rFonts w:cs="Times New Roman"/>
          <w:szCs w:val="24"/>
        </w:rPr>
        <w:t xml:space="preserve"> Jaak community of </w:t>
      </w:r>
      <w:proofErr w:type="spellStart"/>
      <w:r w:rsidRPr="00936675">
        <w:rPr>
          <w:rFonts w:cs="Times New Roman"/>
          <w:szCs w:val="24"/>
        </w:rPr>
        <w:t>Weikol</w:t>
      </w:r>
      <w:proofErr w:type="spellEnd"/>
      <w:r w:rsidRPr="00936675">
        <w:rPr>
          <w:rFonts w:cs="Times New Roman"/>
          <w:szCs w:val="24"/>
        </w:rPr>
        <w:t xml:space="preserve"> Payam. She was the only female participant in the roads opening initiative, yet her presence was profoundly symbolic. </w:t>
      </w:r>
      <w:proofErr w:type="spellStart"/>
      <w:r w:rsidRPr="00936675">
        <w:rPr>
          <w:rFonts w:cs="Times New Roman"/>
          <w:szCs w:val="24"/>
        </w:rPr>
        <w:t>Nyagon</w:t>
      </w:r>
      <w:proofErr w:type="spellEnd"/>
      <w:r w:rsidRPr="00936675">
        <w:rPr>
          <w:rFonts w:cs="Times New Roman"/>
          <w:szCs w:val="24"/>
        </w:rPr>
        <w:t xml:space="preserve"> escorted the youths through the treacherous journey from </w:t>
      </w:r>
      <w:proofErr w:type="spellStart"/>
      <w:r w:rsidRPr="00936675">
        <w:rPr>
          <w:rFonts w:cs="Times New Roman"/>
          <w:szCs w:val="24"/>
        </w:rPr>
        <w:t>Weikol</w:t>
      </w:r>
      <w:proofErr w:type="spellEnd"/>
      <w:r w:rsidRPr="00936675">
        <w:rPr>
          <w:rFonts w:cs="Times New Roman"/>
          <w:szCs w:val="24"/>
        </w:rPr>
        <w:t xml:space="preserve"> to </w:t>
      </w:r>
      <w:proofErr w:type="spellStart"/>
      <w:r w:rsidRPr="00936675">
        <w:rPr>
          <w:rFonts w:cs="Times New Roman"/>
          <w:szCs w:val="24"/>
        </w:rPr>
        <w:t>Ngop</w:t>
      </w:r>
      <w:proofErr w:type="spellEnd"/>
      <w:r w:rsidRPr="00936675">
        <w:rPr>
          <w:rFonts w:cs="Times New Roman"/>
          <w:szCs w:val="24"/>
        </w:rPr>
        <w:t>-yok, undeterred by the rains and dangers along the way. Her unwavering commitment was rooted in her vision of communities living side by side in peace and harmony.</w:t>
      </w:r>
    </w:p>
    <w:p w:rsidR="00823498" w:rsidRPr="00936675" w:rsidRDefault="00823498" w:rsidP="00823498">
      <w:pPr>
        <w:spacing w:line="360" w:lineRule="auto"/>
        <w:jc w:val="both"/>
        <w:rPr>
          <w:rFonts w:cs="Times New Roman"/>
          <w:szCs w:val="24"/>
        </w:rPr>
      </w:pPr>
      <w:r w:rsidRPr="00936675">
        <w:rPr>
          <w:rFonts w:cs="Times New Roman"/>
          <w:szCs w:val="24"/>
        </w:rPr>
        <w:t>She said simply, “I want to support the youths so that peace can come between the Lou Nuer and the Murle.” Her courage reminded all who saw her that peace is not only a burden for men or youth militias, but a shared responsibility carried by women as well. Her steps alongside the youth planted seeds of trust in the soil of a land long scarred by violence. She walked with determination, knowing that if women could escort roads of reconciliation, then future generations could walk safely on them without fear.</w:t>
      </w:r>
    </w:p>
    <w:p w:rsidR="00823498" w:rsidRPr="00936675" w:rsidRDefault="00823498" w:rsidP="00823498">
      <w:pPr>
        <w:spacing w:line="360" w:lineRule="auto"/>
        <w:jc w:val="both"/>
        <w:rPr>
          <w:rFonts w:cs="Times New Roman"/>
          <w:szCs w:val="24"/>
        </w:rPr>
      </w:pPr>
      <w:r w:rsidRPr="00936675">
        <w:rPr>
          <w:rFonts w:cs="Times New Roman"/>
          <w:szCs w:val="24"/>
        </w:rPr>
        <w:t>The benefits of roads opening extended far beyond symbolism. Economically, roads promised to turn raiders into traders. Markets once silent would be revived with the flow of sorghum, livestock, fish, and salt. For young men, opportunities to engage in trade offered dignity without bloodshed. Instead of seeking cattle through raids, they could earn them through honest exchange. Women would gain easier access to markets and health centers, reducing the dangers of traveling in isolation.</w:t>
      </w:r>
    </w:p>
    <w:p w:rsidR="00823498" w:rsidRPr="00936675" w:rsidRDefault="00823498" w:rsidP="00823498">
      <w:pPr>
        <w:spacing w:line="360" w:lineRule="auto"/>
        <w:jc w:val="both"/>
        <w:rPr>
          <w:rFonts w:cs="Times New Roman"/>
          <w:szCs w:val="24"/>
        </w:rPr>
      </w:pPr>
      <w:r w:rsidRPr="00936675">
        <w:rPr>
          <w:rFonts w:cs="Times New Roman"/>
          <w:szCs w:val="24"/>
        </w:rPr>
        <w:t xml:space="preserve">For families, open roads promised food security and economic renewal. Socially and culturally, roads would enable the revival of intercommunal bonds. Festivals, traditional wrestling matches, music competitions, and marriages could once again bridge divides. Elders could gather across county lines to share stories, reminding youth of the shared </w:t>
      </w:r>
      <w:r w:rsidRPr="00936675">
        <w:rPr>
          <w:rFonts w:cs="Times New Roman"/>
          <w:szCs w:val="24"/>
        </w:rPr>
        <w:lastRenderedPageBreak/>
        <w:t>history that predates conflict. Young people could form friendships across ethnic lines, replacing fear with familiarity.</w:t>
      </w:r>
    </w:p>
    <w:p w:rsidR="00823498" w:rsidRPr="00936675" w:rsidRDefault="00823498" w:rsidP="00823498">
      <w:pPr>
        <w:spacing w:line="360" w:lineRule="auto"/>
        <w:jc w:val="both"/>
        <w:rPr>
          <w:rFonts w:cs="Times New Roman"/>
          <w:szCs w:val="24"/>
        </w:rPr>
      </w:pPr>
      <w:r w:rsidRPr="00936675">
        <w:rPr>
          <w:rFonts w:cs="Times New Roman"/>
          <w:szCs w:val="24"/>
        </w:rPr>
        <w:t>Laughter, songs, and dances would echo across villages that once only knew gunfire. Roads would become the channels of cultural healing, binding people together with threads of shared humanity. For humanitarian actors, roads opening meant lifelines. Floods and insecurity had cut off many villages for years, leaving mothers without skilled care, children without vaccines, and teachers without books.</w:t>
      </w:r>
    </w:p>
    <w:p w:rsidR="00823498" w:rsidRPr="00936675" w:rsidRDefault="00823498" w:rsidP="00823498">
      <w:pPr>
        <w:spacing w:line="360" w:lineRule="auto"/>
        <w:jc w:val="both"/>
        <w:rPr>
          <w:rFonts w:cs="Times New Roman"/>
          <w:szCs w:val="24"/>
        </w:rPr>
      </w:pPr>
      <w:r w:rsidRPr="00936675">
        <w:rPr>
          <w:rFonts w:cs="Times New Roman"/>
          <w:szCs w:val="24"/>
        </w:rPr>
        <w:t xml:space="preserve">With open roads, clinics could be restocked, schools supplied, and displaced families assisted. A nurse in Duk would no longer wait for weeks for medicine. A teacher in </w:t>
      </w:r>
      <w:proofErr w:type="spellStart"/>
      <w:r w:rsidRPr="00936675">
        <w:rPr>
          <w:rFonts w:cs="Times New Roman"/>
          <w:szCs w:val="24"/>
        </w:rPr>
        <w:t>Gumuruk</w:t>
      </w:r>
      <w:proofErr w:type="spellEnd"/>
      <w:r w:rsidRPr="00936675">
        <w:rPr>
          <w:rFonts w:cs="Times New Roman"/>
          <w:szCs w:val="24"/>
        </w:rPr>
        <w:t xml:space="preserve"> could finally receive books to teach his students. For aid agencies, secure roads meant the difference between delay and delivery, between despair and dignity. Security-wise, open roads provided corridors for early warning and rapid response.</w:t>
      </w:r>
    </w:p>
    <w:p w:rsidR="00823498" w:rsidRPr="00936675" w:rsidRDefault="00823498" w:rsidP="00823498">
      <w:pPr>
        <w:spacing w:line="360" w:lineRule="auto"/>
        <w:jc w:val="both"/>
        <w:rPr>
          <w:rFonts w:cs="Times New Roman"/>
          <w:szCs w:val="24"/>
        </w:rPr>
      </w:pPr>
      <w:r w:rsidRPr="00936675">
        <w:rPr>
          <w:rFonts w:cs="Times New Roman"/>
          <w:szCs w:val="24"/>
        </w:rPr>
        <w:t>Communities could share information about cattle migration, disease outbreaks, or impending raids. Joint patrols could move quickly to de-escalate tensions. Rumors, which so often fueled conflict, would lose their power in the face of faster communication. The day a Murle parent could walk into Duk without fear, or a Nuer trader could enter Pibor without suspicion, would mark a true turning point. Such acts would speak louder than any resolution on paper.</w:t>
      </w:r>
    </w:p>
    <w:p w:rsidR="00823498" w:rsidRPr="00936675" w:rsidRDefault="00823498" w:rsidP="00823498">
      <w:pPr>
        <w:spacing w:line="360" w:lineRule="auto"/>
        <w:jc w:val="both"/>
        <w:rPr>
          <w:rFonts w:cs="Times New Roman"/>
          <w:szCs w:val="24"/>
        </w:rPr>
      </w:pPr>
      <w:r w:rsidRPr="00936675">
        <w:rPr>
          <w:rFonts w:cs="Times New Roman"/>
          <w:szCs w:val="24"/>
        </w:rPr>
        <w:t>They would demonstrate that peace had taken root in everyday life. Above all, roads represented trust. When people could walk freely to each other’s homes, sell in each other’s markets, and celebrate together, the word “enemy” would begin to fade. Trust could not be legislated; it had to be lived. Roads were that lived trust, turning agreements into handshakes on dusty paths. They were both a path and a promise: the promise that communities long divided could rediscover each other, and the path that could carry South Sudan closer to a shared future of dignity.</w:t>
      </w:r>
    </w:p>
    <w:p w:rsidR="00823498" w:rsidRPr="00936675" w:rsidRDefault="00823498" w:rsidP="00823498">
      <w:pPr>
        <w:spacing w:line="360" w:lineRule="auto"/>
        <w:jc w:val="both"/>
        <w:rPr>
          <w:rFonts w:cs="Times New Roman"/>
          <w:szCs w:val="24"/>
        </w:rPr>
      </w:pPr>
      <w:r w:rsidRPr="00936675">
        <w:rPr>
          <w:rFonts w:cs="Times New Roman"/>
          <w:szCs w:val="24"/>
        </w:rPr>
        <w:t xml:space="preserve">“Let us be ambassadors of peace, not carriers of revenge.” – GPAA Chief Administrator, July 2025 </w:t>
      </w:r>
      <w:proofErr w:type="gramStart"/>
      <w:r w:rsidRPr="00936675">
        <w:rPr>
          <w:rFonts w:cs="Times New Roman"/>
          <w:szCs w:val="24"/>
        </w:rPr>
        <w:t>In</w:t>
      </w:r>
      <w:proofErr w:type="gramEnd"/>
      <w:r w:rsidRPr="00936675">
        <w:rPr>
          <w:rFonts w:cs="Times New Roman"/>
          <w:szCs w:val="24"/>
        </w:rPr>
        <w:t xml:space="preserve"> July 2025, the national capital Juba became more than a political center; it became a sanctuary of fragile hope. The Seventh Session of the Inter-Communal Governance Structures (ICGS) convened in a hall filled with faces that carried both the </w:t>
      </w:r>
      <w:r w:rsidRPr="00936675">
        <w:rPr>
          <w:rFonts w:cs="Times New Roman"/>
          <w:szCs w:val="24"/>
        </w:rPr>
        <w:lastRenderedPageBreak/>
        <w:t>scars of conflict and the determination of survival. Seated side by side were the Governor of Jonglei, the Chief Administrator of the Greater Pibor Administrative Area (GPAA), state cabinet ministers, county commissioners, chiefs wrapped in flowing robes, women leaders draped in colorful attire, youth representatives, and spiritual leaders.</w:t>
      </w:r>
    </w:p>
    <w:p w:rsidR="00823498" w:rsidRPr="00936675" w:rsidRDefault="00823498" w:rsidP="00823498">
      <w:pPr>
        <w:spacing w:line="360" w:lineRule="auto"/>
        <w:jc w:val="both"/>
        <w:rPr>
          <w:rFonts w:cs="Times New Roman"/>
          <w:szCs w:val="24"/>
        </w:rPr>
      </w:pPr>
      <w:r w:rsidRPr="00936675">
        <w:rPr>
          <w:rFonts w:cs="Times New Roman"/>
          <w:szCs w:val="24"/>
        </w:rPr>
        <w:t>Their presence itself was symbolic—a mosaic of communities long divided, now daring to sit together under one roof. The mood was solemn, but an undercurrent of expectation ran through the gathering: this was a moment to take stock of what had been achieved and to set a clearer path for the future. Governor Riek Gai Kok of Jonglei opened the proceedings with candor. He commended the resilience of communities that had chosen dialogue over retaliation and acknowledged the sacrifices made by ordinary people and supporting partners alike.</w:t>
      </w:r>
    </w:p>
    <w:p w:rsidR="00823498" w:rsidRPr="00936675" w:rsidRDefault="00823498" w:rsidP="00823498">
      <w:pPr>
        <w:spacing w:line="360" w:lineRule="auto"/>
        <w:jc w:val="both"/>
        <w:rPr>
          <w:rFonts w:cs="Times New Roman"/>
          <w:szCs w:val="24"/>
        </w:rPr>
      </w:pPr>
      <w:r w:rsidRPr="00936675">
        <w:rPr>
          <w:rFonts w:cs="Times New Roman"/>
          <w:szCs w:val="24"/>
        </w:rPr>
        <w:t>Yet his words carried urgency. He reminded the forum that grassroots energy could not stand alone; it needed reinforcement from the state. “Communities have carried the weight of peace,” he said, “but the government must now act decisively against those who sabotage it.” His message was a call for partnership between people and state institutions, an appeal to ensure that peace born in villages would not be destroyed by criminality left unchecked.</w:t>
      </w:r>
    </w:p>
    <w:p w:rsidR="00823498" w:rsidRPr="00936675" w:rsidRDefault="00823498" w:rsidP="00823498">
      <w:pPr>
        <w:spacing w:line="360" w:lineRule="auto"/>
        <w:jc w:val="both"/>
        <w:rPr>
          <w:rFonts w:cs="Times New Roman"/>
          <w:szCs w:val="24"/>
        </w:rPr>
      </w:pPr>
      <w:r w:rsidRPr="00936675">
        <w:rPr>
          <w:rFonts w:cs="Times New Roman"/>
          <w:szCs w:val="24"/>
        </w:rPr>
        <w:t>Peter Guzulu Maze, Chief Administrator of GPAA, followed with a speech that resonated deeply. Describing the gathering as historic, he moved beyond statistics or political promises. He framed peace as a personal duty, insisting that every participant become an ambassador of reconciliation. His words were stark in their simplicity: governments may create laws and deploy forces, but love and trust could only be chosen by the people themselves.</w:t>
      </w:r>
    </w:p>
    <w:p w:rsidR="00823498" w:rsidRPr="00936675" w:rsidRDefault="00823498" w:rsidP="00823498">
      <w:pPr>
        <w:spacing w:line="360" w:lineRule="auto"/>
        <w:jc w:val="both"/>
        <w:rPr>
          <w:rFonts w:cs="Times New Roman"/>
          <w:szCs w:val="24"/>
        </w:rPr>
      </w:pPr>
      <w:r w:rsidRPr="00936675">
        <w:rPr>
          <w:rFonts w:cs="Times New Roman"/>
          <w:szCs w:val="24"/>
        </w:rPr>
        <w:t>In a hall accustomed to rhetoric, this was a profound reminder that peace begins in the human heart before it is ever enshrined in policy. The forum did more than talk; it adopted resolutions with concrete implications for daily life. Youth were assigned the responsibility of opening and safeguarding key roads that had long been synonymous with ambush and death. These routes, once feared, were envisioned as lifelines reconnecting markets and families.</w:t>
      </w:r>
    </w:p>
    <w:p w:rsidR="00823498" w:rsidRPr="00936675" w:rsidRDefault="00823498" w:rsidP="00823498">
      <w:pPr>
        <w:spacing w:line="360" w:lineRule="auto"/>
        <w:jc w:val="both"/>
        <w:rPr>
          <w:rFonts w:cs="Times New Roman"/>
          <w:szCs w:val="24"/>
        </w:rPr>
      </w:pPr>
      <w:r w:rsidRPr="00936675">
        <w:rPr>
          <w:rFonts w:cs="Times New Roman"/>
          <w:szCs w:val="24"/>
        </w:rPr>
        <w:lastRenderedPageBreak/>
        <w:t xml:space="preserve">White flags were to be raised at designated meeting points—not as symbols of surrender, but as banners of peace, declaring to all who traveled that the path ahead was safe. For women, the conference offered a platform to transform grief into action. They proposed rotating peace gatherings across </w:t>
      </w:r>
      <w:proofErr w:type="spellStart"/>
      <w:r w:rsidRPr="00936675">
        <w:rPr>
          <w:rFonts w:cs="Times New Roman"/>
          <w:szCs w:val="24"/>
        </w:rPr>
        <w:t>Bor</w:t>
      </w:r>
      <w:proofErr w:type="spellEnd"/>
      <w:r w:rsidRPr="00936675">
        <w:rPr>
          <w:rFonts w:cs="Times New Roman"/>
          <w:szCs w:val="24"/>
        </w:rPr>
        <w:t>, Duk, and Pibor, ensuring that women’s voices became institutionalized in decision-making rather than confined to the margins.</w:t>
      </w:r>
    </w:p>
    <w:p w:rsidR="00823498" w:rsidRPr="00936675" w:rsidRDefault="00823498" w:rsidP="00823498">
      <w:pPr>
        <w:spacing w:line="360" w:lineRule="auto"/>
        <w:jc w:val="both"/>
        <w:rPr>
          <w:rFonts w:cs="Times New Roman"/>
          <w:szCs w:val="24"/>
        </w:rPr>
      </w:pPr>
      <w:r w:rsidRPr="00936675">
        <w:rPr>
          <w:rFonts w:cs="Times New Roman"/>
          <w:szCs w:val="24"/>
        </w:rPr>
        <w:t xml:space="preserve">Perhaps the most ambitious resolution came from the commissioners who pledged to construct the Mal | Door | Ganon Model High School in </w:t>
      </w:r>
      <w:proofErr w:type="spellStart"/>
      <w:r w:rsidRPr="00936675">
        <w:rPr>
          <w:rFonts w:cs="Times New Roman"/>
          <w:szCs w:val="24"/>
        </w:rPr>
        <w:t>Gadiang</w:t>
      </w:r>
      <w:proofErr w:type="spellEnd"/>
      <w:r w:rsidRPr="00936675">
        <w:rPr>
          <w:rFonts w:cs="Times New Roman"/>
          <w:szCs w:val="24"/>
        </w:rPr>
        <w:t>. The school was envisioned not only as a place of education but as a covenant of unity. Here, students from Nuer, Murle, and Dinka backgrounds would live, study, and grow together. In classrooms once unimaginable, children who might otherwise inherit the divisions of their parents would instead learn the shared language of peace.</w:t>
      </w:r>
    </w:p>
    <w:p w:rsidR="00823498" w:rsidRPr="00936675" w:rsidRDefault="00823498" w:rsidP="00823498">
      <w:pPr>
        <w:spacing w:line="360" w:lineRule="auto"/>
        <w:jc w:val="both"/>
        <w:rPr>
          <w:rFonts w:cs="Times New Roman"/>
          <w:szCs w:val="24"/>
        </w:rPr>
      </w:pPr>
      <w:r w:rsidRPr="00936675">
        <w:rPr>
          <w:rFonts w:cs="Times New Roman"/>
          <w:szCs w:val="24"/>
        </w:rPr>
        <w:t>The project captured the spirit of the gathering: reconciliation could not remain abstract; it had to be built into structures, roads, and schools that would outlive the conflicts of today. The Seventh ICGS session therefore stood out not only for the speeches given but for the tangible commitments adopted. Delegates left the hall with both a burden and a vision—the burden of ensuring promises did not fade with time, and the vision of a future where white flags marked safe passage, women led with authority, and children carried books instead of trauma.</w:t>
      </w:r>
    </w:p>
    <w:p w:rsidR="00823498" w:rsidRPr="00936675" w:rsidRDefault="00823498" w:rsidP="00823498">
      <w:pPr>
        <w:spacing w:line="360" w:lineRule="auto"/>
        <w:jc w:val="both"/>
        <w:rPr>
          <w:rFonts w:cs="Times New Roman"/>
          <w:szCs w:val="24"/>
        </w:rPr>
      </w:pPr>
      <w:r w:rsidRPr="00936675">
        <w:rPr>
          <w:rFonts w:cs="Times New Roman"/>
          <w:szCs w:val="24"/>
        </w:rPr>
        <w:t>In its resolutions and symbolism, the gathering marked a decisive step forward, turning dialogue into action and hope into plans that communities themselves would hold accountable.</w:t>
      </w:r>
    </w:p>
    <w:p w:rsidR="00823498" w:rsidRPr="00936675" w:rsidRDefault="00823498" w:rsidP="00823498">
      <w:pPr>
        <w:spacing w:line="360" w:lineRule="auto"/>
        <w:jc w:val="both"/>
        <w:rPr>
          <w:rFonts w:cs="Times New Roman"/>
          <w:szCs w:val="24"/>
        </w:rPr>
      </w:pPr>
      <w:r w:rsidRPr="00936675">
        <w:rPr>
          <w:rFonts w:cs="Times New Roman"/>
          <w:szCs w:val="24"/>
        </w:rPr>
        <w:t xml:space="preserve">In 2024, the Peacebuilding Opportunities Fund (POF) launched the Bridges of Peace initiative, determined that women would no longer remain peripheral but instead be central to the pursuit of peace in South Sudan. At the helm of this ambitious </w:t>
      </w:r>
      <w:proofErr w:type="spellStart"/>
      <w:r w:rsidRPr="00936675">
        <w:rPr>
          <w:rFonts w:cs="Times New Roman"/>
          <w:szCs w:val="24"/>
        </w:rPr>
        <w:t>programme</w:t>
      </w:r>
      <w:proofErr w:type="spellEnd"/>
      <w:r w:rsidRPr="00936675">
        <w:rPr>
          <w:rFonts w:cs="Times New Roman"/>
          <w:szCs w:val="24"/>
        </w:rPr>
        <w:t xml:space="preserve"> was Nyadow Biel Makuach. Her appointment as Coordinator placed her at the forefront of women-led peacebuilding across Jonglei, GPAA, Warrap, Rumbek, and Greater Bor.</w:t>
      </w:r>
    </w:p>
    <w:p w:rsidR="00823498" w:rsidRPr="00936675" w:rsidRDefault="00823498" w:rsidP="00823498">
      <w:pPr>
        <w:spacing w:line="360" w:lineRule="auto"/>
        <w:jc w:val="both"/>
        <w:rPr>
          <w:rFonts w:cs="Times New Roman"/>
          <w:szCs w:val="24"/>
        </w:rPr>
      </w:pPr>
      <w:r w:rsidRPr="00936675">
        <w:rPr>
          <w:rFonts w:cs="Times New Roman"/>
          <w:szCs w:val="24"/>
        </w:rPr>
        <w:t xml:space="preserve">Her journey from exile to leadership embodied the very spirit of the initiative—women as bridges of peace. </w:t>
      </w:r>
      <w:proofErr w:type="spellStart"/>
      <w:r w:rsidRPr="00936675">
        <w:rPr>
          <w:rFonts w:cs="Times New Roman"/>
          <w:szCs w:val="24"/>
        </w:rPr>
        <w:t>Nyadow’s</w:t>
      </w:r>
      <w:proofErr w:type="spellEnd"/>
      <w:r w:rsidRPr="00936675">
        <w:rPr>
          <w:rFonts w:cs="Times New Roman"/>
          <w:szCs w:val="24"/>
        </w:rPr>
        <w:t xml:space="preserve"> story was one of resilience and transformation. Having lived as a refugee in Kakuma and later in Nairobi, Kenya, where she completed both her </w:t>
      </w:r>
      <w:r w:rsidRPr="00936675">
        <w:rPr>
          <w:rFonts w:cs="Times New Roman"/>
          <w:szCs w:val="24"/>
        </w:rPr>
        <w:lastRenderedPageBreak/>
        <w:t>schooling and college education, she returned to South Sudan with a determination to transform hardship into service. Her background instilled in her an uncommon empathy and a conviction that women, when empowered, could anchor lasting peace.</w:t>
      </w:r>
    </w:p>
    <w:p w:rsidR="00823498" w:rsidRPr="00936675" w:rsidRDefault="00823498" w:rsidP="00823498">
      <w:pPr>
        <w:spacing w:line="360" w:lineRule="auto"/>
        <w:jc w:val="both"/>
        <w:rPr>
          <w:rFonts w:cs="Times New Roman"/>
          <w:szCs w:val="24"/>
        </w:rPr>
      </w:pPr>
      <w:r w:rsidRPr="00936675">
        <w:rPr>
          <w:rFonts w:cs="Times New Roman"/>
          <w:szCs w:val="24"/>
        </w:rPr>
        <w:t>Her return was not just personal—it was symbolic of a broader truth: that those who had once fled could also return as agents of reconciliation. As Coordinator of the Bridges of Peace initiative, Nyadow oversaw community dialogues, training, and conflict analysis sessions that brought women, chiefs, youth, and local authorities together. She guided a network of facilitators across counties, ensuring that Bridges of Peace was not just a slogan but a practical framework where women’s voices shaped resolutions and influenced decisions.</w:t>
      </w:r>
    </w:p>
    <w:p w:rsidR="00823498" w:rsidRPr="00936675" w:rsidRDefault="00823498" w:rsidP="00823498">
      <w:pPr>
        <w:spacing w:line="360" w:lineRule="auto"/>
        <w:jc w:val="both"/>
        <w:rPr>
          <w:rFonts w:cs="Times New Roman"/>
          <w:szCs w:val="24"/>
        </w:rPr>
      </w:pPr>
      <w:r w:rsidRPr="00936675">
        <w:rPr>
          <w:rFonts w:cs="Times New Roman"/>
          <w:szCs w:val="24"/>
        </w:rPr>
        <w:t>Her leadership helped institutionalize women’s agency in peacebuilding, shifting them from the margins of dialogue to the heart of decision-making. Her earlier work as a protection officer in Akobo had already demonstrated her ability to create safe spaces for women, foster social cohesion, and reduce tensions. These experiences prepared her for a multi-county initiative, where the stakes were higher but so too was her resolve.</w:t>
      </w:r>
    </w:p>
    <w:p w:rsidR="00823498" w:rsidRPr="00936675" w:rsidRDefault="00823498" w:rsidP="00823498">
      <w:pPr>
        <w:spacing w:line="360" w:lineRule="auto"/>
        <w:jc w:val="both"/>
        <w:rPr>
          <w:rFonts w:cs="Times New Roman"/>
          <w:szCs w:val="24"/>
        </w:rPr>
      </w:pPr>
      <w:r w:rsidRPr="00936675">
        <w:rPr>
          <w:rFonts w:cs="Times New Roman"/>
          <w:szCs w:val="24"/>
        </w:rPr>
        <w:t xml:space="preserve">Through her clarity and flexibility, Bridges of Peace became a model of women’s leadership in conflict transformation. Her story connects powerfully with that of </w:t>
      </w:r>
      <w:proofErr w:type="spellStart"/>
      <w:r w:rsidRPr="00936675">
        <w:rPr>
          <w:rFonts w:cs="Times New Roman"/>
          <w:szCs w:val="24"/>
        </w:rPr>
        <w:t>Nyagon</w:t>
      </w:r>
      <w:proofErr w:type="spellEnd"/>
      <w:r w:rsidRPr="00936675">
        <w:rPr>
          <w:rFonts w:cs="Times New Roman"/>
          <w:szCs w:val="24"/>
        </w:rPr>
        <w:t xml:space="preserve"> </w:t>
      </w:r>
      <w:proofErr w:type="spellStart"/>
      <w:r w:rsidRPr="00936675">
        <w:rPr>
          <w:rFonts w:cs="Times New Roman"/>
          <w:szCs w:val="24"/>
        </w:rPr>
        <w:t>Wicjok</w:t>
      </w:r>
      <w:proofErr w:type="spellEnd"/>
      <w:r w:rsidRPr="00936675">
        <w:rPr>
          <w:rFonts w:cs="Times New Roman"/>
          <w:szCs w:val="24"/>
        </w:rPr>
        <w:t xml:space="preserve">, the lone female participant who escorted youths through the treacherous journey of roads opening between </w:t>
      </w:r>
      <w:proofErr w:type="spellStart"/>
      <w:r w:rsidRPr="00936675">
        <w:rPr>
          <w:rFonts w:cs="Times New Roman"/>
          <w:szCs w:val="24"/>
        </w:rPr>
        <w:t>Weikol</w:t>
      </w:r>
      <w:proofErr w:type="spellEnd"/>
      <w:r w:rsidRPr="00936675">
        <w:rPr>
          <w:rFonts w:cs="Times New Roman"/>
          <w:szCs w:val="24"/>
        </w:rPr>
        <w:t xml:space="preserve"> and </w:t>
      </w:r>
      <w:proofErr w:type="spellStart"/>
      <w:r w:rsidRPr="00936675">
        <w:rPr>
          <w:rFonts w:cs="Times New Roman"/>
          <w:szCs w:val="24"/>
        </w:rPr>
        <w:t>Ngop</w:t>
      </w:r>
      <w:proofErr w:type="spellEnd"/>
      <w:r w:rsidRPr="00936675">
        <w:rPr>
          <w:rFonts w:cs="Times New Roman"/>
          <w:szCs w:val="24"/>
        </w:rPr>
        <w:t xml:space="preserve">-yok. Together, Nyadow and </w:t>
      </w:r>
      <w:proofErr w:type="spellStart"/>
      <w:r w:rsidRPr="00936675">
        <w:rPr>
          <w:rFonts w:cs="Times New Roman"/>
          <w:szCs w:val="24"/>
        </w:rPr>
        <w:t>Nyagon</w:t>
      </w:r>
      <w:proofErr w:type="spellEnd"/>
      <w:r w:rsidRPr="00936675">
        <w:rPr>
          <w:rFonts w:cs="Times New Roman"/>
          <w:szCs w:val="24"/>
        </w:rPr>
        <w:t xml:space="preserve"> represented two dimensions of women’s contribution: one from the grassroots, carrying courage into muddy paths, and one from the national stage, building institutional frameworks for women’s participation.</w:t>
      </w:r>
    </w:p>
    <w:p w:rsidR="00823498" w:rsidRPr="00936675" w:rsidRDefault="00823498" w:rsidP="00823498">
      <w:pPr>
        <w:spacing w:line="360" w:lineRule="auto"/>
        <w:jc w:val="both"/>
        <w:rPr>
          <w:rFonts w:cs="Times New Roman"/>
          <w:szCs w:val="24"/>
        </w:rPr>
      </w:pPr>
      <w:r w:rsidRPr="00936675">
        <w:rPr>
          <w:rFonts w:cs="Times New Roman"/>
          <w:szCs w:val="24"/>
        </w:rPr>
        <w:t>Their stories demonstrated that peace cannot be built by men alone. It requires the voices, steps, and convictions of women at every level of society.</w:t>
      </w:r>
    </w:p>
    <w:p w:rsidR="00823498" w:rsidRPr="00936675" w:rsidRDefault="00823498" w:rsidP="00823498">
      <w:pPr>
        <w:spacing w:line="360" w:lineRule="auto"/>
        <w:jc w:val="both"/>
        <w:rPr>
          <w:rFonts w:cs="Times New Roman"/>
          <w:szCs w:val="24"/>
        </w:rPr>
      </w:pPr>
      <w:r w:rsidRPr="00936675">
        <w:rPr>
          <w:rFonts w:cs="Times New Roman"/>
          <w:szCs w:val="24"/>
        </w:rPr>
        <w:t xml:space="preserve">The story of roads opening in Jonglei and GPAA is still unfinished. The rains may wash away tracks, and conflicts may rise again, but the footsteps that walked toward </w:t>
      </w:r>
      <w:proofErr w:type="spellStart"/>
      <w:r w:rsidRPr="00936675">
        <w:rPr>
          <w:rFonts w:cs="Times New Roman"/>
          <w:szCs w:val="24"/>
        </w:rPr>
        <w:t>Ngop</w:t>
      </w:r>
      <w:proofErr w:type="spellEnd"/>
      <w:r w:rsidRPr="00936675">
        <w:rPr>
          <w:rFonts w:cs="Times New Roman"/>
          <w:szCs w:val="24"/>
        </w:rPr>
        <w:t xml:space="preserve">-yok and </w:t>
      </w:r>
      <w:proofErr w:type="spellStart"/>
      <w:r w:rsidRPr="00936675">
        <w:rPr>
          <w:rFonts w:cs="Times New Roman"/>
          <w:szCs w:val="24"/>
        </w:rPr>
        <w:t>Weikol</w:t>
      </w:r>
      <w:proofErr w:type="spellEnd"/>
      <w:r w:rsidRPr="00936675">
        <w:rPr>
          <w:rFonts w:cs="Times New Roman"/>
          <w:szCs w:val="24"/>
        </w:rPr>
        <w:t xml:space="preserve"> have already drawn a new path in the soil. They showed that even in the harshest season, peace could be chosen. The youth who carried flags, the woman who </w:t>
      </w:r>
      <w:r w:rsidRPr="00936675">
        <w:rPr>
          <w:rFonts w:cs="Times New Roman"/>
          <w:szCs w:val="24"/>
        </w:rPr>
        <w:lastRenderedPageBreak/>
        <w:t>braved the journey, the elders who blessed the mission, and the prophet who prayed over them—together, they laid stones of reconciliation on muddy paths.</w:t>
      </w:r>
    </w:p>
    <w:p w:rsidR="00823498" w:rsidRPr="00936675" w:rsidRDefault="00823498" w:rsidP="00823498">
      <w:pPr>
        <w:spacing w:line="360" w:lineRule="auto"/>
        <w:jc w:val="both"/>
        <w:rPr>
          <w:rFonts w:cs="Times New Roman"/>
          <w:szCs w:val="24"/>
        </w:rPr>
      </w:pPr>
      <w:r w:rsidRPr="00936675">
        <w:rPr>
          <w:rFonts w:cs="Times New Roman"/>
          <w:szCs w:val="24"/>
        </w:rPr>
        <w:t>The roads are not yet fully secure, nor are the communities completely healed. But the journey itself has become a message: that South Sudan’s future need not be written only in revenge and bloodshed. It can also be written in trust, in courage, and in the steady rhythm of footsteps across muddy ground. Each road opened is not just a passage between villages—it is a bridge of hope, stretching into a future where dignity and peace replace fear and vengeance.</w:t>
      </w:r>
    </w:p>
    <w:p w:rsidR="00823498" w:rsidRPr="00936675" w:rsidRDefault="00823498" w:rsidP="00823498">
      <w:pPr>
        <w:spacing w:line="360" w:lineRule="auto"/>
        <w:jc w:val="both"/>
        <w:rPr>
          <w:rFonts w:cs="Times New Roman"/>
          <w:szCs w:val="24"/>
        </w:rPr>
      </w:pPr>
      <w:r w:rsidRPr="00936675">
        <w:rPr>
          <w:rFonts w:cs="Times New Roman"/>
          <w:szCs w:val="24"/>
        </w:rPr>
        <w:t>Fragile Peace: When Institutions are weak Peace in South Sudan often feels like the grass that grows after rain. It comes quickly, softening the soil and bringing hope, but it can dry and die under the next sun if it is not nurtured. The communities of Jonglei and the Greater Pibor Administrative Area (GPAA) have demonstrated again and again that they are willing to reconcile. They meet under trees, they speak the words of forgiveness, they return children abducted in raids, and they plant white flags of peace on the roads.</w:t>
      </w:r>
    </w:p>
    <w:p w:rsidR="00823498" w:rsidRPr="00936675" w:rsidRDefault="00823498" w:rsidP="00823498">
      <w:pPr>
        <w:spacing w:line="360" w:lineRule="auto"/>
        <w:jc w:val="both"/>
        <w:rPr>
          <w:rFonts w:cs="Times New Roman"/>
          <w:szCs w:val="24"/>
        </w:rPr>
      </w:pPr>
      <w:r w:rsidRPr="00936675">
        <w:rPr>
          <w:rFonts w:cs="Times New Roman"/>
          <w:szCs w:val="24"/>
        </w:rPr>
        <w:t>Yet the question remains—what happens after the prayers are said and the flags are raised? Without strong institutions to protect agreements, peace becomes fragile, bending under the weight of mistrust and fear. The gatherings of peace I have witnessed are full of life. Mothers sing songs of reconciliation, elders remind the youth of old proverbs, prophets bless the roads, and chiefs raise their hands to silence revenge.</w:t>
      </w:r>
    </w:p>
    <w:p w:rsidR="00823498" w:rsidRPr="00936675" w:rsidRDefault="00823498" w:rsidP="00823498">
      <w:pPr>
        <w:spacing w:line="360" w:lineRule="auto"/>
        <w:jc w:val="both"/>
        <w:rPr>
          <w:rFonts w:cs="Times New Roman"/>
          <w:szCs w:val="24"/>
        </w:rPr>
      </w:pPr>
      <w:r w:rsidRPr="00936675">
        <w:rPr>
          <w:rFonts w:cs="Times New Roman"/>
          <w:szCs w:val="24"/>
        </w:rPr>
        <w:t>In those moments, peace feels close enough to touch. But once the drums quiet and people return to their homes, they find themselves alone. Chiefs cannot command armed youths beyond their villages. County commissioners lack the resources to enforce dialogue resolutions. Police forces are underpaid, undertrained, and often absent. Courts are too far or too weak to handle cases of violence. In the absence of enforcement, agreements remain words written on paper, fragile and easily broken.</w:t>
      </w:r>
    </w:p>
    <w:p w:rsidR="00823498" w:rsidRPr="00936675" w:rsidRDefault="00823498" w:rsidP="00823498">
      <w:pPr>
        <w:spacing w:line="360" w:lineRule="auto"/>
        <w:jc w:val="both"/>
        <w:rPr>
          <w:rFonts w:cs="Times New Roman"/>
          <w:szCs w:val="24"/>
        </w:rPr>
      </w:pPr>
      <w:r w:rsidRPr="00936675">
        <w:rPr>
          <w:rFonts w:cs="Times New Roman"/>
          <w:szCs w:val="24"/>
        </w:rPr>
        <w:t xml:space="preserve">One youth once told me, “Our hearts want peace, but our hands are left empty—there is no structure to hold us accountable.” Traditionally, the leopard-skin priests and elders carried authority to settle disputes. When blood was shed, they performed cleansing rituals. When </w:t>
      </w:r>
      <w:r w:rsidRPr="00936675">
        <w:rPr>
          <w:rFonts w:cs="Times New Roman"/>
          <w:szCs w:val="24"/>
        </w:rPr>
        <w:lastRenderedPageBreak/>
        <w:t>families clashed, they gathered cattle to pay compensation. When roads were threatened, they blessed the young men who would guard them.</w:t>
      </w:r>
    </w:p>
    <w:p w:rsidR="00823498" w:rsidRPr="00936675" w:rsidRDefault="00823498" w:rsidP="00823498">
      <w:pPr>
        <w:spacing w:line="360" w:lineRule="auto"/>
        <w:jc w:val="both"/>
        <w:rPr>
          <w:rFonts w:cs="Times New Roman"/>
          <w:szCs w:val="24"/>
        </w:rPr>
      </w:pPr>
      <w:r w:rsidRPr="00936675">
        <w:rPr>
          <w:rFonts w:cs="Times New Roman"/>
          <w:szCs w:val="24"/>
        </w:rPr>
        <w:t xml:space="preserve">But today, the authority of tradition is not enough to control the force of the gun. Many youths listen politely to their elders but follow the commands of their peers with rifles. An elder in </w:t>
      </w:r>
      <w:proofErr w:type="spellStart"/>
      <w:r w:rsidRPr="00936675">
        <w:rPr>
          <w:rFonts w:cs="Times New Roman"/>
          <w:szCs w:val="24"/>
        </w:rPr>
        <w:t>Bor</w:t>
      </w:r>
      <w:proofErr w:type="spellEnd"/>
      <w:r w:rsidRPr="00936675">
        <w:rPr>
          <w:rFonts w:cs="Times New Roman"/>
          <w:szCs w:val="24"/>
        </w:rPr>
        <w:t xml:space="preserve"> once lamented: “I can tell youth to put down their weapons, but who will take them away? My mouth has no police.” His voice carried sorrow, not anger, for he knew his words alone could not bring peace without institutions to support them.</w:t>
      </w:r>
    </w:p>
    <w:p w:rsidR="00823498" w:rsidRPr="00936675" w:rsidRDefault="00823498" w:rsidP="00823498">
      <w:pPr>
        <w:spacing w:line="360" w:lineRule="auto"/>
        <w:jc w:val="both"/>
        <w:rPr>
          <w:rFonts w:cs="Times New Roman"/>
          <w:szCs w:val="24"/>
        </w:rPr>
      </w:pPr>
      <w:r w:rsidRPr="00936675">
        <w:rPr>
          <w:rFonts w:cs="Times New Roman"/>
          <w:szCs w:val="24"/>
        </w:rPr>
        <w:t xml:space="preserve">The fragility of peace is best seen in the new forms of youth mobilization. In 2025, in Greater </w:t>
      </w:r>
      <w:proofErr w:type="spellStart"/>
      <w:r w:rsidRPr="00936675">
        <w:rPr>
          <w:rFonts w:cs="Times New Roman"/>
          <w:szCs w:val="24"/>
        </w:rPr>
        <w:t>Bor</w:t>
      </w:r>
      <w:proofErr w:type="spellEnd"/>
      <w:r w:rsidRPr="00936675">
        <w:rPr>
          <w:rFonts w:cs="Times New Roman"/>
          <w:szCs w:val="24"/>
        </w:rPr>
        <w:t>, the so-called Red Belt movement emerged. It was said to be a group of young men known for their ruthlessness and feared for their charms. Many believed their bodies were protected against bullets, that they could not be penetrated by gunfire. Whether or not such claims are true, the very belief itself gave them power.</w:t>
      </w:r>
    </w:p>
    <w:p w:rsidR="00823498" w:rsidRPr="00936675" w:rsidRDefault="00823498" w:rsidP="00823498">
      <w:pPr>
        <w:spacing w:line="360" w:lineRule="auto"/>
        <w:jc w:val="both"/>
        <w:rPr>
          <w:rFonts w:cs="Times New Roman"/>
          <w:szCs w:val="24"/>
        </w:rPr>
      </w:pPr>
      <w:r w:rsidRPr="00936675">
        <w:rPr>
          <w:rFonts w:cs="Times New Roman"/>
          <w:szCs w:val="24"/>
        </w:rPr>
        <w:t>Youths who feel invincible have little reason to obey resolutions or respect dialogues. They become a law unto themselves. In the absence of strong institutions—police, courts, or disarmament measures—the community could only watch with fear. Rumors of their invulnerability spread faster than facts, weakening trust and making peace feel even more fragile. Weak enforcement has a human face. I have seen mothers return abducted children with great courage, only to watch fresh raids undo their sacrifice.</w:t>
      </w:r>
    </w:p>
    <w:p w:rsidR="00823498" w:rsidRPr="00936675" w:rsidRDefault="00823498" w:rsidP="00823498">
      <w:pPr>
        <w:spacing w:line="360" w:lineRule="auto"/>
        <w:jc w:val="both"/>
        <w:rPr>
          <w:rFonts w:cs="Times New Roman"/>
          <w:szCs w:val="24"/>
        </w:rPr>
      </w:pPr>
      <w:r w:rsidRPr="00936675">
        <w:rPr>
          <w:rFonts w:cs="Times New Roman"/>
          <w:szCs w:val="24"/>
        </w:rPr>
        <w:t>I have witnessed youth open roads through bravery and determination, only to see those same roads blocked again because no security patrols maintained them. I have sat in markets revived after dialogues, where trade began to flourish, only to see those markets empty days later after a single clash. Peace fades quickly when there is nothing to protect it. It becomes like a fence of grass, and as one elder wisely said, “A fence of grass cannot stop an elephant.” Agreements alone, without enforcement, cannot stop the stampede of revenge.</w:t>
      </w:r>
    </w:p>
    <w:p w:rsidR="00823498" w:rsidRPr="00936675" w:rsidRDefault="00823498" w:rsidP="00823498">
      <w:pPr>
        <w:spacing w:line="360" w:lineRule="auto"/>
        <w:jc w:val="both"/>
        <w:rPr>
          <w:rFonts w:cs="Times New Roman"/>
          <w:szCs w:val="24"/>
        </w:rPr>
      </w:pPr>
      <w:r w:rsidRPr="00936675">
        <w:rPr>
          <w:rFonts w:cs="Times New Roman"/>
          <w:szCs w:val="24"/>
        </w:rPr>
        <w:t xml:space="preserve">Fragility and Institutions And yet, this fragility does not mean that peace is impossible. The seeds of peace are real. When youth raise white flags, when women like </w:t>
      </w:r>
      <w:proofErr w:type="spellStart"/>
      <w:r w:rsidRPr="00936675">
        <w:rPr>
          <w:rFonts w:cs="Times New Roman"/>
          <w:szCs w:val="24"/>
        </w:rPr>
        <w:t>Nyagon</w:t>
      </w:r>
      <w:proofErr w:type="spellEnd"/>
      <w:r w:rsidRPr="00936675">
        <w:rPr>
          <w:rFonts w:cs="Times New Roman"/>
          <w:szCs w:val="24"/>
        </w:rPr>
        <w:t xml:space="preserve"> </w:t>
      </w:r>
      <w:proofErr w:type="spellStart"/>
      <w:r w:rsidRPr="00936675">
        <w:rPr>
          <w:rFonts w:cs="Times New Roman"/>
          <w:szCs w:val="24"/>
        </w:rPr>
        <w:t>Wicjok</w:t>
      </w:r>
      <w:proofErr w:type="spellEnd"/>
      <w:r w:rsidRPr="00936675">
        <w:rPr>
          <w:rFonts w:cs="Times New Roman"/>
          <w:szCs w:val="24"/>
        </w:rPr>
        <w:t xml:space="preserve"> walk alongside them in the mud, when prophets like Dak Kueth bless their journey, they </w:t>
      </w:r>
      <w:r w:rsidRPr="00936675">
        <w:rPr>
          <w:rFonts w:cs="Times New Roman"/>
          <w:szCs w:val="24"/>
        </w:rPr>
        <w:lastRenderedPageBreak/>
        <w:t>show us the willingness to build peace. What is missing is the structure to hold their efforts. Peace must be guarded by strong institutions just as a calf must be guarded by the kraal.</w:t>
      </w:r>
    </w:p>
    <w:p w:rsidR="00823498" w:rsidRPr="00936675" w:rsidRDefault="00823498" w:rsidP="00823498">
      <w:pPr>
        <w:spacing w:line="360" w:lineRule="auto"/>
        <w:jc w:val="both"/>
        <w:rPr>
          <w:rFonts w:cs="Times New Roman"/>
          <w:szCs w:val="24"/>
        </w:rPr>
      </w:pPr>
      <w:r w:rsidRPr="00936675">
        <w:rPr>
          <w:rFonts w:cs="Times New Roman"/>
          <w:szCs w:val="24"/>
        </w:rPr>
        <w:t xml:space="preserve">Security institutions must be capable of protecting roads and markets. Judicial systems must deliver justice for raids and killings. Local governments must be given the resources to follow up on resolutions. And traditional authorities must be strengthened, not weakened, so that their words carry not only moral weight but practical backing. I recall a woman in </w:t>
      </w:r>
      <w:proofErr w:type="spellStart"/>
      <w:r w:rsidRPr="00936675">
        <w:rPr>
          <w:rFonts w:cs="Times New Roman"/>
          <w:szCs w:val="24"/>
        </w:rPr>
        <w:t>Bor</w:t>
      </w:r>
      <w:proofErr w:type="spellEnd"/>
      <w:r w:rsidRPr="00936675">
        <w:rPr>
          <w:rFonts w:cs="Times New Roman"/>
          <w:szCs w:val="24"/>
        </w:rPr>
        <w:t xml:space="preserve"> who told me: “We can sing peace into the hearts of our children, but we need the law to protect their lives.” Her words ring true.</w:t>
      </w:r>
    </w:p>
    <w:p w:rsidR="00823498" w:rsidRPr="00936675" w:rsidRDefault="00823498" w:rsidP="00823498">
      <w:pPr>
        <w:spacing w:line="360" w:lineRule="auto"/>
        <w:jc w:val="both"/>
        <w:rPr>
          <w:rFonts w:cs="Times New Roman"/>
          <w:szCs w:val="24"/>
        </w:rPr>
      </w:pPr>
      <w:r w:rsidRPr="00936675">
        <w:rPr>
          <w:rFonts w:cs="Times New Roman"/>
          <w:szCs w:val="24"/>
        </w:rPr>
        <w:t>Songs, prayers, and blessings prepare the soil, but laws, institutions, and enforcement plant the roots. Without both, peace remains like grass in the dry season—green today, gone tomorrow. Toward Stronger Foundations The fragility of peace in Jonglei and GPAA reveals that reconciliation must walk hand in hand with institutions. Customary systems remain powerful, but they cannot alone withstand the pressures of modern weapons, rapid mobilization, and economic desperation.</w:t>
      </w:r>
    </w:p>
    <w:p w:rsidR="00823498" w:rsidRPr="00936675" w:rsidRDefault="00823498" w:rsidP="00823498">
      <w:pPr>
        <w:spacing w:line="360" w:lineRule="auto"/>
        <w:jc w:val="both"/>
        <w:rPr>
          <w:rFonts w:cs="Times New Roman"/>
          <w:szCs w:val="24"/>
        </w:rPr>
      </w:pPr>
      <w:r w:rsidRPr="00936675">
        <w:rPr>
          <w:rFonts w:cs="Times New Roman"/>
          <w:szCs w:val="24"/>
        </w:rPr>
        <w:t>Traditional wisdom must be partnered with functioning police, accountable courts, and equipped administrations. Only then can agreements survive beyond the singing of songs and the shaking of hands. A proverb often spoken by elders says: “The cow that strays from the kraal invites the leopard.” Communities that drift from institutions invite danger. To secure peace, South Sudan must not abandon its kraal of tradition, but it must build new fences of law and governance to guard it.</w:t>
      </w:r>
    </w:p>
    <w:p w:rsidR="00823498" w:rsidRPr="00936675" w:rsidRDefault="00823498" w:rsidP="00823498">
      <w:pPr>
        <w:spacing w:line="360" w:lineRule="auto"/>
        <w:jc w:val="both"/>
        <w:rPr>
          <w:rFonts w:cs="Times New Roman"/>
          <w:szCs w:val="24"/>
        </w:rPr>
      </w:pPr>
      <w:r w:rsidRPr="00936675">
        <w:rPr>
          <w:rFonts w:cs="Times New Roman"/>
          <w:szCs w:val="24"/>
        </w:rPr>
        <w:t>Only in this way will the fragile grass of peace grow into deep-rooted trees, able to shade generations to come.</w:t>
      </w:r>
    </w:p>
    <w:p w:rsidR="00823498" w:rsidRPr="00936675" w:rsidRDefault="00823498" w:rsidP="00823498">
      <w:pPr>
        <w:spacing w:line="360" w:lineRule="auto"/>
        <w:jc w:val="both"/>
        <w:rPr>
          <w:rFonts w:cs="Times New Roman"/>
          <w:szCs w:val="24"/>
        </w:rPr>
      </w:pPr>
      <w:r w:rsidRPr="00936675">
        <w:rPr>
          <w:rFonts w:cs="Times New Roman"/>
          <w:szCs w:val="24"/>
        </w:rPr>
        <w:t xml:space="preserve">Peace Canal &amp; ICGS records (6th &amp; 7th Summits, 2024–2025) Oral testimonies: </w:t>
      </w:r>
      <w:proofErr w:type="spellStart"/>
      <w:r w:rsidRPr="00936675">
        <w:rPr>
          <w:rFonts w:cs="Times New Roman"/>
          <w:szCs w:val="24"/>
        </w:rPr>
        <w:t>Duol</w:t>
      </w:r>
      <w:proofErr w:type="spellEnd"/>
      <w:r w:rsidRPr="00936675">
        <w:rPr>
          <w:rFonts w:cs="Times New Roman"/>
          <w:szCs w:val="24"/>
        </w:rPr>
        <w:t xml:space="preserve"> </w:t>
      </w:r>
      <w:proofErr w:type="spellStart"/>
      <w:r w:rsidRPr="00936675">
        <w:rPr>
          <w:rFonts w:cs="Times New Roman"/>
          <w:szCs w:val="24"/>
        </w:rPr>
        <w:t>Nyuot</w:t>
      </w:r>
      <w:proofErr w:type="spellEnd"/>
      <w:r w:rsidRPr="00936675">
        <w:rPr>
          <w:rFonts w:cs="Times New Roman"/>
          <w:szCs w:val="24"/>
        </w:rPr>
        <w:t xml:space="preserve"> Wanjang, Kaka Gain </w:t>
      </w:r>
      <w:proofErr w:type="spellStart"/>
      <w:r w:rsidRPr="00936675">
        <w:rPr>
          <w:rFonts w:cs="Times New Roman"/>
          <w:szCs w:val="24"/>
        </w:rPr>
        <w:t>Aburkuk</w:t>
      </w:r>
      <w:proofErr w:type="spellEnd"/>
      <w:r w:rsidRPr="00936675">
        <w:rPr>
          <w:rFonts w:cs="Times New Roman"/>
          <w:szCs w:val="24"/>
        </w:rPr>
        <w:t xml:space="preserve">, William Bal, Peter Lebelek Field narratives: Tut Riam Nyoch, Deputy Area Coordinator for Greater Akobo and Ayod Testimonies of </w:t>
      </w:r>
      <w:proofErr w:type="spellStart"/>
      <w:r w:rsidRPr="00936675">
        <w:rPr>
          <w:rFonts w:cs="Times New Roman"/>
          <w:szCs w:val="24"/>
        </w:rPr>
        <w:t>Nyagon</w:t>
      </w:r>
      <w:proofErr w:type="spellEnd"/>
      <w:r w:rsidRPr="00936675">
        <w:rPr>
          <w:rFonts w:cs="Times New Roman"/>
          <w:szCs w:val="24"/>
        </w:rPr>
        <w:t xml:space="preserve"> </w:t>
      </w:r>
      <w:proofErr w:type="spellStart"/>
      <w:r w:rsidRPr="00936675">
        <w:rPr>
          <w:rFonts w:cs="Times New Roman"/>
          <w:szCs w:val="24"/>
        </w:rPr>
        <w:t>Wicjok</w:t>
      </w:r>
      <w:proofErr w:type="spellEnd"/>
      <w:r w:rsidRPr="00936675">
        <w:rPr>
          <w:rFonts w:cs="Times New Roman"/>
          <w:szCs w:val="24"/>
        </w:rPr>
        <w:t xml:space="preserve"> and Nyadow Biel Community peace precedents: </w:t>
      </w:r>
      <w:proofErr w:type="spellStart"/>
      <w:r w:rsidRPr="00936675">
        <w:rPr>
          <w:rFonts w:cs="Times New Roman"/>
          <w:szCs w:val="24"/>
        </w:rPr>
        <w:t>Wunlit</w:t>
      </w:r>
      <w:proofErr w:type="spellEnd"/>
      <w:r w:rsidRPr="00936675">
        <w:rPr>
          <w:rFonts w:cs="Times New Roman"/>
          <w:szCs w:val="24"/>
        </w:rPr>
        <w:t xml:space="preserve"> (1999), Pieri Action for Peace (2021) UNMISS and Peacebuilding Opportunities Fund (POF) reports Scholarly works on infrastructure, reconciliation, and women in peacebuilding “Each child returned is a song restored.” – Women’s Peace Committee Leader, Pibor The years since </w:t>
      </w:r>
      <w:r w:rsidRPr="00936675">
        <w:rPr>
          <w:rFonts w:cs="Times New Roman"/>
          <w:szCs w:val="24"/>
        </w:rPr>
        <w:lastRenderedPageBreak/>
        <w:t>2023 have been marked by a quiet but significant shift in the lives of communities across Jonglei and the Greater Pibor Administrative Area.</w:t>
      </w:r>
    </w:p>
    <w:p w:rsidR="00823498" w:rsidRPr="00936675" w:rsidRDefault="00823498" w:rsidP="00823498">
      <w:pPr>
        <w:spacing w:line="360" w:lineRule="auto"/>
        <w:jc w:val="both"/>
        <w:rPr>
          <w:rFonts w:cs="Times New Roman"/>
          <w:szCs w:val="24"/>
        </w:rPr>
      </w:pPr>
      <w:r w:rsidRPr="00936675">
        <w:rPr>
          <w:rFonts w:cs="Times New Roman"/>
          <w:szCs w:val="24"/>
        </w:rPr>
        <w:t>For the first time in decades, the endless rhythm of raids and revenge began to slow. Villages that had once been emptied of people heard the laughter of children again. Markets that had long been deserted slowly reopened, and cautious trade resumed between neighbors who only months earlier had considered each other enemies. In the words of one elder from Akobo, “We began to remember what peace tastes like—it is not complete, but it is enough to know that life is possible again.” The early fruits of the Inter-Communal Governance Structures became visible.</w:t>
      </w:r>
    </w:p>
    <w:p w:rsidR="00823498" w:rsidRPr="00936675" w:rsidRDefault="00823498" w:rsidP="00823498">
      <w:pPr>
        <w:spacing w:line="360" w:lineRule="auto"/>
        <w:jc w:val="both"/>
        <w:rPr>
          <w:rFonts w:cs="Times New Roman"/>
          <w:szCs w:val="24"/>
        </w:rPr>
      </w:pPr>
      <w:r w:rsidRPr="00936675">
        <w:rPr>
          <w:rFonts w:cs="Times New Roman"/>
          <w:szCs w:val="24"/>
        </w:rPr>
        <w:t xml:space="preserve">Youth who once sharpened their spears or loaded their rifles now gathered in cooperatives, pooling resources to invest in cattle trading. For many of these young men, the transformation was more than economic. It was a redefinition of identity—from warriors feared for their raids to traders respected for their enterprise. A youth leader in Yuai captured this transition with pride: “When I return from </w:t>
      </w:r>
      <w:proofErr w:type="spellStart"/>
      <w:r w:rsidRPr="00936675">
        <w:rPr>
          <w:rFonts w:cs="Times New Roman"/>
          <w:szCs w:val="24"/>
        </w:rPr>
        <w:t>Bor</w:t>
      </w:r>
      <w:proofErr w:type="spellEnd"/>
      <w:r w:rsidRPr="00936675">
        <w:rPr>
          <w:rFonts w:cs="Times New Roman"/>
          <w:szCs w:val="24"/>
        </w:rPr>
        <w:t xml:space="preserve"> market with profit, my mother blesses me.</w:t>
      </w:r>
    </w:p>
    <w:p w:rsidR="00823498" w:rsidRPr="00936675" w:rsidRDefault="00823498" w:rsidP="00823498">
      <w:pPr>
        <w:spacing w:line="360" w:lineRule="auto"/>
        <w:jc w:val="both"/>
        <w:rPr>
          <w:rFonts w:cs="Times New Roman"/>
          <w:szCs w:val="24"/>
        </w:rPr>
      </w:pPr>
      <w:r w:rsidRPr="00936675">
        <w:rPr>
          <w:rFonts w:cs="Times New Roman"/>
          <w:szCs w:val="24"/>
        </w:rPr>
        <w:t>When I return from a raid with stolen cows, she weeps for the bloodshed that will follow. I chose the blessing.” Such shifts, though fragile, showed how economic opportunity could rewrite the scripts of war. Women too began to reclaim their voices. In Pibor, women’s committees tracked abductees and pressed chiefs to secure their return. Each child who came home carried with them not only joy for their family but also proof that dialogue could succeed where guns had failed.</w:t>
      </w:r>
    </w:p>
    <w:p w:rsidR="00823498" w:rsidRPr="00936675" w:rsidRDefault="00823498" w:rsidP="00823498">
      <w:pPr>
        <w:spacing w:line="360" w:lineRule="auto"/>
        <w:jc w:val="both"/>
        <w:rPr>
          <w:rFonts w:cs="Times New Roman"/>
          <w:szCs w:val="24"/>
        </w:rPr>
      </w:pPr>
      <w:r w:rsidRPr="00936675">
        <w:rPr>
          <w:rFonts w:cs="Times New Roman"/>
          <w:szCs w:val="24"/>
        </w:rPr>
        <w:t>“Each child returned is a song restored,” one women’s leader said, reminding her peers that the work was not only about justice but about restoring harmony in households fractured by loss. Yet progress was uneven and fragile. For every success story of a child returned, there were others still unaccounted for. Some counties honored their pledges, returning abductees without ransom, while others delayed, withheld, or defied the agreement altogether.</w:t>
      </w:r>
    </w:p>
    <w:p w:rsidR="00823498" w:rsidRPr="00936675" w:rsidRDefault="00823498" w:rsidP="00823498">
      <w:pPr>
        <w:spacing w:line="360" w:lineRule="auto"/>
        <w:jc w:val="both"/>
        <w:rPr>
          <w:rFonts w:cs="Times New Roman"/>
          <w:szCs w:val="24"/>
        </w:rPr>
      </w:pPr>
      <w:r w:rsidRPr="00936675">
        <w:rPr>
          <w:rFonts w:cs="Times New Roman"/>
          <w:szCs w:val="24"/>
        </w:rPr>
        <w:t xml:space="preserve">This uneven implementation stoked suspicion, for in a region where memories of betrayal run deep, partial compliance can often be more dangerous than outright refusal. </w:t>
      </w:r>
      <w:r w:rsidRPr="00936675">
        <w:rPr>
          <w:rFonts w:cs="Times New Roman"/>
          <w:szCs w:val="24"/>
        </w:rPr>
        <w:lastRenderedPageBreak/>
        <w:t>Communities that had returned children began to whisper: “Why do we give while others withhold?” The trust that had been painstakingly built risked unraveling under the weight of unequal commitments. The same pattern emerged with road openings.</w:t>
      </w:r>
    </w:p>
    <w:p w:rsidR="00823498" w:rsidRPr="00936675" w:rsidRDefault="00823498" w:rsidP="00823498">
      <w:pPr>
        <w:spacing w:line="360" w:lineRule="auto"/>
        <w:jc w:val="both"/>
        <w:rPr>
          <w:rFonts w:cs="Times New Roman"/>
          <w:szCs w:val="24"/>
        </w:rPr>
      </w:pPr>
      <w:r w:rsidRPr="00936675">
        <w:rPr>
          <w:rFonts w:cs="Times New Roman"/>
          <w:szCs w:val="24"/>
        </w:rPr>
        <w:t xml:space="preserve">In principle, leaders had agreed that roads linking counties should reopen to restore movement, trade, and trust. In practice, some stretches remained blocked. Farmers could not bring produce to distant markets. Traders hesitated to risk their lives along unprotected routes. A Murle trader in </w:t>
      </w:r>
      <w:proofErr w:type="spellStart"/>
      <w:r w:rsidRPr="00936675">
        <w:rPr>
          <w:rFonts w:cs="Times New Roman"/>
          <w:szCs w:val="24"/>
        </w:rPr>
        <w:t>Likuangule</w:t>
      </w:r>
      <w:proofErr w:type="spellEnd"/>
      <w:r w:rsidRPr="00936675">
        <w:rPr>
          <w:rFonts w:cs="Times New Roman"/>
          <w:szCs w:val="24"/>
        </w:rPr>
        <w:t xml:space="preserve"> lamented, “We were told the road to </w:t>
      </w:r>
      <w:proofErr w:type="spellStart"/>
      <w:r w:rsidRPr="00936675">
        <w:rPr>
          <w:rFonts w:cs="Times New Roman"/>
          <w:szCs w:val="24"/>
        </w:rPr>
        <w:t>Bor</w:t>
      </w:r>
      <w:proofErr w:type="spellEnd"/>
      <w:r w:rsidRPr="00936675">
        <w:rPr>
          <w:rFonts w:cs="Times New Roman"/>
          <w:szCs w:val="24"/>
        </w:rPr>
        <w:t xml:space="preserve"> is safe, but who will pay for my life if I am killed along the way?” The reality of insecurity discouraged commerce, limiting the very prosperity that had been envisioned as an antidote to violence.</w:t>
      </w:r>
    </w:p>
    <w:p w:rsidR="00823498" w:rsidRPr="00936675" w:rsidRDefault="00823498" w:rsidP="00823498">
      <w:pPr>
        <w:spacing w:line="360" w:lineRule="auto"/>
        <w:jc w:val="both"/>
        <w:rPr>
          <w:rFonts w:cs="Times New Roman"/>
          <w:szCs w:val="24"/>
        </w:rPr>
      </w:pPr>
      <w:r w:rsidRPr="00936675">
        <w:rPr>
          <w:rFonts w:cs="Times New Roman"/>
          <w:szCs w:val="24"/>
        </w:rPr>
        <w:t>Accountability also proved elusive. Chiefs convened to renew pledges, women reported fresh cases of abduction, and youth organized cultural exchanges to reduce mistrust. But without consistent enforcement, agreements often relied on goodwill alone. Authorities in some counties lacked either the will or the means to enforce accountability, while national elites occasionally exploited divisions for their own political gains.</w:t>
      </w:r>
    </w:p>
    <w:p w:rsidR="00823498" w:rsidRPr="00936675" w:rsidRDefault="00823498" w:rsidP="00823498">
      <w:pPr>
        <w:spacing w:line="360" w:lineRule="auto"/>
        <w:jc w:val="both"/>
        <w:rPr>
          <w:rFonts w:cs="Times New Roman"/>
          <w:szCs w:val="24"/>
        </w:rPr>
      </w:pPr>
      <w:r w:rsidRPr="00936675">
        <w:rPr>
          <w:rFonts w:cs="Times New Roman"/>
          <w:szCs w:val="24"/>
        </w:rPr>
        <w:t>As one chief in Uror admitted candidly, “We can make promises in meetings, but who among us has the power to stop a young man with a gun if he decides otherwise?” Despite these setbacks, the structures themselves endured, and therein lay their quiet triumph. Unlike past peace conferences that dissolved once the ink dried, the Inter-Communal Governance Structures provided a standing platform where grievances could be aired and commitments could be renewed.</w:t>
      </w:r>
    </w:p>
    <w:p w:rsidR="00823498" w:rsidRPr="00936675" w:rsidRDefault="00823498" w:rsidP="00823498">
      <w:pPr>
        <w:spacing w:line="360" w:lineRule="auto"/>
        <w:jc w:val="both"/>
        <w:rPr>
          <w:rFonts w:cs="Times New Roman"/>
          <w:szCs w:val="24"/>
        </w:rPr>
      </w:pPr>
      <w:r w:rsidRPr="00936675">
        <w:rPr>
          <w:rFonts w:cs="Times New Roman"/>
          <w:szCs w:val="24"/>
        </w:rPr>
        <w:t>Even when agreements faltered, the act of coming back to the table became an achievement in itself. In Thuokrikna, a women’s leader reflected on this resilience: “Peace is not like planting sorghum once and harvesting forever. It is like a fire—it will go out if you do not keep adding wood.” This iterative process revealed a deeper truth that many communities came to embrace: peace is not a singular event, but a practice.</w:t>
      </w:r>
    </w:p>
    <w:p w:rsidR="00823498" w:rsidRPr="00936675" w:rsidRDefault="00823498" w:rsidP="00823498">
      <w:pPr>
        <w:spacing w:line="360" w:lineRule="auto"/>
        <w:jc w:val="both"/>
        <w:rPr>
          <w:rFonts w:cs="Times New Roman"/>
          <w:szCs w:val="24"/>
        </w:rPr>
      </w:pPr>
      <w:r w:rsidRPr="00936675">
        <w:rPr>
          <w:rFonts w:cs="Times New Roman"/>
          <w:szCs w:val="24"/>
        </w:rPr>
        <w:t xml:space="preserve">It is not an endpoint reached after one grand dialogue, but a discipline cultivated through constant tending. Chiefs had to meet repeatedly, not only to resolve disputes but to remind their people that peace had become the new normal. Women had to remain vigilant, </w:t>
      </w:r>
      <w:r w:rsidRPr="00936675">
        <w:rPr>
          <w:rFonts w:cs="Times New Roman"/>
          <w:szCs w:val="24"/>
        </w:rPr>
        <w:lastRenderedPageBreak/>
        <w:t>reporting abductions and mobilizing for returns. Youth had to resist the temptation to revert to raids, finding dignity instead in trade and cultural exchanges.</w:t>
      </w:r>
    </w:p>
    <w:p w:rsidR="00823498" w:rsidRPr="00936675" w:rsidRDefault="00823498" w:rsidP="00823498">
      <w:pPr>
        <w:spacing w:line="360" w:lineRule="auto"/>
        <w:jc w:val="both"/>
        <w:rPr>
          <w:rFonts w:cs="Times New Roman"/>
          <w:szCs w:val="24"/>
        </w:rPr>
      </w:pPr>
      <w:r w:rsidRPr="00936675">
        <w:rPr>
          <w:rFonts w:cs="Times New Roman"/>
          <w:szCs w:val="24"/>
        </w:rPr>
        <w:t>Progress, then, was measured not by perfection but by persistence. The ICGS were not flawless, and the gaps remained wide. But their existence allowed for continuity, for a process of returning, of trying again, of building incrementally rather than collapsing entirely. This resilience—sometimes frustrating in its slowness, sometimes discouraging in its inconsistency—was itself evidence that a different future was still possible.</w:t>
      </w:r>
    </w:p>
    <w:p w:rsidR="00823498" w:rsidRPr="00936675" w:rsidRDefault="00823498" w:rsidP="00823498">
      <w:pPr>
        <w:spacing w:line="360" w:lineRule="auto"/>
        <w:jc w:val="both"/>
        <w:rPr>
          <w:rFonts w:cs="Times New Roman"/>
          <w:szCs w:val="24"/>
        </w:rPr>
      </w:pPr>
      <w:r w:rsidRPr="00936675">
        <w:rPr>
          <w:rFonts w:cs="Times New Roman"/>
          <w:szCs w:val="24"/>
        </w:rPr>
        <w:t>It reminded communities that peace, like the tending of a flame, required patience, vigilance, and above all, collective responsibility.</w:t>
      </w:r>
    </w:p>
    <w:p w:rsidR="00823498" w:rsidRPr="00936675" w:rsidRDefault="00823498" w:rsidP="00823498">
      <w:pPr>
        <w:spacing w:line="360" w:lineRule="auto"/>
        <w:jc w:val="both"/>
        <w:rPr>
          <w:rFonts w:cs="Times New Roman"/>
          <w:szCs w:val="24"/>
        </w:rPr>
      </w:pPr>
      <w:r w:rsidRPr="00936675">
        <w:rPr>
          <w:rFonts w:cs="Times New Roman"/>
          <w:szCs w:val="24"/>
        </w:rPr>
        <w:t xml:space="preserve">Consolidated Draft References: Peace Canal &amp; ICGS records (6th &amp; 7th Summits, 2024–2025) Oral testimonies: </w:t>
      </w:r>
      <w:proofErr w:type="spellStart"/>
      <w:r w:rsidRPr="00936675">
        <w:rPr>
          <w:rFonts w:cs="Times New Roman"/>
          <w:szCs w:val="24"/>
        </w:rPr>
        <w:t>Duol</w:t>
      </w:r>
      <w:proofErr w:type="spellEnd"/>
      <w:r w:rsidRPr="00936675">
        <w:rPr>
          <w:rFonts w:cs="Times New Roman"/>
          <w:szCs w:val="24"/>
        </w:rPr>
        <w:t xml:space="preserve"> </w:t>
      </w:r>
      <w:proofErr w:type="spellStart"/>
      <w:r w:rsidRPr="00936675">
        <w:rPr>
          <w:rFonts w:cs="Times New Roman"/>
          <w:szCs w:val="24"/>
        </w:rPr>
        <w:t>Nyuot</w:t>
      </w:r>
      <w:proofErr w:type="spellEnd"/>
      <w:r w:rsidRPr="00936675">
        <w:rPr>
          <w:rFonts w:cs="Times New Roman"/>
          <w:szCs w:val="24"/>
        </w:rPr>
        <w:t xml:space="preserve"> Wanjang, Kaka Gain </w:t>
      </w:r>
      <w:proofErr w:type="spellStart"/>
      <w:r w:rsidRPr="00936675">
        <w:rPr>
          <w:rFonts w:cs="Times New Roman"/>
          <w:szCs w:val="24"/>
        </w:rPr>
        <w:t>Aburkuk</w:t>
      </w:r>
      <w:proofErr w:type="spellEnd"/>
      <w:r w:rsidRPr="00936675">
        <w:rPr>
          <w:rFonts w:cs="Times New Roman"/>
          <w:szCs w:val="24"/>
        </w:rPr>
        <w:t xml:space="preserve">, William Bal, Peter Lebelek Field narratives: Tut Riam Nyoch, Deputy Area Coordinator for Greater Akobo and Ayod Testimonies of </w:t>
      </w:r>
      <w:proofErr w:type="spellStart"/>
      <w:r w:rsidRPr="00936675">
        <w:rPr>
          <w:rFonts w:cs="Times New Roman"/>
          <w:szCs w:val="24"/>
        </w:rPr>
        <w:t>Nyagon</w:t>
      </w:r>
      <w:proofErr w:type="spellEnd"/>
      <w:r w:rsidRPr="00936675">
        <w:rPr>
          <w:rFonts w:cs="Times New Roman"/>
          <w:szCs w:val="24"/>
        </w:rPr>
        <w:t xml:space="preserve"> </w:t>
      </w:r>
      <w:proofErr w:type="spellStart"/>
      <w:r w:rsidRPr="00936675">
        <w:rPr>
          <w:rFonts w:cs="Times New Roman"/>
          <w:szCs w:val="24"/>
        </w:rPr>
        <w:t>Wicjok</w:t>
      </w:r>
      <w:proofErr w:type="spellEnd"/>
      <w:r w:rsidRPr="00936675">
        <w:rPr>
          <w:rFonts w:cs="Times New Roman"/>
          <w:szCs w:val="24"/>
        </w:rPr>
        <w:t xml:space="preserve"> and Nyadow Biel Community peace precedents: </w:t>
      </w:r>
      <w:proofErr w:type="spellStart"/>
      <w:r w:rsidRPr="00936675">
        <w:rPr>
          <w:rFonts w:cs="Times New Roman"/>
          <w:szCs w:val="24"/>
        </w:rPr>
        <w:t>Wunlit</w:t>
      </w:r>
      <w:proofErr w:type="spellEnd"/>
      <w:r w:rsidRPr="00936675">
        <w:rPr>
          <w:rFonts w:cs="Times New Roman"/>
          <w:szCs w:val="24"/>
        </w:rPr>
        <w:t xml:space="preserve"> (1999), Pieri Action for Peace (2021) UNMISS and Peacebuilding Opportunities Fund (POF) reports Scholarly works on infrastructure, reconciliation, and women in peacebuilding ICGS Expanded References: “Peace will not be sustained by agreements alone, but by mothers, fathers, and children choosing daily not to hate.” – Spiritual Leader, Jonglei The vision of a shared future for Jonglei and the Greater Pibor Administrative Area cannot be reduced to the signing of agreements or the passing of resolutions.</w:t>
      </w:r>
    </w:p>
    <w:p w:rsidR="00823498" w:rsidRPr="00936675" w:rsidRDefault="00823498" w:rsidP="00823498">
      <w:pPr>
        <w:spacing w:line="360" w:lineRule="auto"/>
        <w:jc w:val="both"/>
        <w:rPr>
          <w:rFonts w:cs="Times New Roman"/>
          <w:szCs w:val="24"/>
        </w:rPr>
      </w:pPr>
      <w:r w:rsidRPr="00936675">
        <w:rPr>
          <w:rFonts w:cs="Times New Roman"/>
          <w:szCs w:val="24"/>
        </w:rPr>
        <w:t>Such documents, however noble, are fragile unless they are anchored in the daily lives of the people. What sustains peace is not merely the ink on paper but the everyday decisions made in villages, markets, schools, and cattle camps—decisions to forgive rather than avenge, to return a child rather than conceal them, to share pasture rather than raid, to speak words of reconciliation instead of mobilizing for war.</w:t>
      </w:r>
    </w:p>
    <w:p w:rsidR="00823498" w:rsidRPr="00936675" w:rsidRDefault="00823498" w:rsidP="00823498">
      <w:pPr>
        <w:spacing w:line="360" w:lineRule="auto"/>
        <w:jc w:val="both"/>
        <w:rPr>
          <w:rFonts w:cs="Times New Roman"/>
          <w:szCs w:val="24"/>
        </w:rPr>
      </w:pPr>
      <w:r w:rsidRPr="00936675">
        <w:rPr>
          <w:rFonts w:cs="Times New Roman"/>
          <w:szCs w:val="24"/>
        </w:rPr>
        <w:t xml:space="preserve">What brings communities together is often the most human of bonds. Shared grief over abducted children erases ethnic boundaries, for pain speaks a language that transcends identity. Women from </w:t>
      </w:r>
      <w:proofErr w:type="spellStart"/>
      <w:r w:rsidRPr="00936675">
        <w:rPr>
          <w:rFonts w:cs="Times New Roman"/>
          <w:szCs w:val="24"/>
        </w:rPr>
        <w:t>Bor</w:t>
      </w:r>
      <w:proofErr w:type="spellEnd"/>
      <w:r w:rsidRPr="00936675">
        <w:rPr>
          <w:rFonts w:cs="Times New Roman"/>
          <w:szCs w:val="24"/>
        </w:rPr>
        <w:t xml:space="preserve">, Lou Nuer, or Murle do not weep differently; their cries harmonize in the same register of loss. Herders recognize their interdependence when they </w:t>
      </w:r>
      <w:r w:rsidRPr="00936675">
        <w:rPr>
          <w:rFonts w:cs="Times New Roman"/>
          <w:szCs w:val="24"/>
        </w:rPr>
        <w:lastRenderedPageBreak/>
        <w:t>move their cattle through contested grazing lands, realizing that survival is not possible without safe passage.</w:t>
      </w:r>
    </w:p>
    <w:p w:rsidR="00823498" w:rsidRPr="00936675" w:rsidRDefault="00823498" w:rsidP="00823498">
      <w:pPr>
        <w:spacing w:line="360" w:lineRule="auto"/>
        <w:jc w:val="both"/>
        <w:rPr>
          <w:rFonts w:cs="Times New Roman"/>
          <w:szCs w:val="24"/>
        </w:rPr>
      </w:pPr>
      <w:r w:rsidRPr="00936675">
        <w:rPr>
          <w:rFonts w:cs="Times New Roman"/>
          <w:szCs w:val="24"/>
        </w:rPr>
        <w:t>Youth, once proud to be feared as raiders, increasingly seek dignity in new identities—traders, carpenters, students, cultural ambassadors. Chiefs, standing between tradition and modern governance, embody the difficult but vital role of bridging old authority with new responsibilities. And spiritual leaders, once accused of sanctifying violence, now increasingly call for restraint, forgiveness, and reconciliation, turning pulpits and shrines into places where war is renounced and peace proclaimed as sacred.</w:t>
      </w:r>
    </w:p>
    <w:p w:rsidR="00823498" w:rsidRPr="00936675" w:rsidRDefault="00823498" w:rsidP="00823498">
      <w:pPr>
        <w:spacing w:line="360" w:lineRule="auto"/>
        <w:jc w:val="both"/>
        <w:rPr>
          <w:rFonts w:cs="Times New Roman"/>
          <w:szCs w:val="24"/>
        </w:rPr>
      </w:pPr>
      <w:r w:rsidRPr="00936675">
        <w:rPr>
          <w:rFonts w:cs="Times New Roman"/>
          <w:szCs w:val="24"/>
        </w:rPr>
        <w:t>Sustaining peace requires institutionalizing these practices so they outlive individual champions. Youth cooperatives that trade cattle must become enduring alternatives to raids. Chiefs’ circuits must not only mediate but enforce accountability, ensuring that abductions are not hidden but addressed. Women’s rotating peace conferences must become permanent fixtures of civic life, where stories are shared, grievances heard, and new bonds created across divides.</w:t>
      </w:r>
    </w:p>
    <w:p w:rsidR="00823498" w:rsidRPr="00936675" w:rsidRDefault="00823498" w:rsidP="00823498">
      <w:pPr>
        <w:spacing w:line="360" w:lineRule="auto"/>
        <w:jc w:val="both"/>
        <w:rPr>
          <w:rFonts w:cs="Times New Roman"/>
          <w:szCs w:val="24"/>
        </w:rPr>
      </w:pPr>
      <w:r w:rsidRPr="00936675">
        <w:rPr>
          <w:rFonts w:cs="Times New Roman"/>
          <w:szCs w:val="24"/>
        </w:rPr>
        <w:t>Communities must contribute their own resources—land for schools, labor for roads, food for peace gatherings—so that peace is seen not as something delivered from donors but as something grown from local soil. Symbols matter in this journey. A school built in a contested area becomes more than a place of learning; it is a covenant of unity. The proposed Mal | Door | Ganon High School will one day stand as a living testimony of inter-communal resilience.</w:t>
      </w:r>
    </w:p>
    <w:p w:rsidR="00823498" w:rsidRPr="00936675" w:rsidRDefault="00823498" w:rsidP="00823498">
      <w:pPr>
        <w:spacing w:line="360" w:lineRule="auto"/>
        <w:jc w:val="both"/>
        <w:rPr>
          <w:rFonts w:cs="Times New Roman"/>
          <w:szCs w:val="24"/>
        </w:rPr>
      </w:pPr>
      <w:r w:rsidRPr="00936675">
        <w:rPr>
          <w:rFonts w:cs="Times New Roman"/>
          <w:szCs w:val="24"/>
        </w:rPr>
        <w:t>Children from rival clans will sit side by side, their laughter echoing in classrooms where once only the sound of gunfire carried across the fields. Education will become the most enduring peace dialogue, teaching not only literacy and numeracy but coexistence and shared destiny. My own journey in peacebuilding has been treacherous, filled with both despair and hope. I have seen communities break under the strain of betrayal, but I have also seen them rise again, carrying the weight of their own reconciliation.</w:t>
      </w:r>
    </w:p>
    <w:p w:rsidR="00823498" w:rsidRPr="00936675" w:rsidRDefault="00823498" w:rsidP="00823498">
      <w:pPr>
        <w:spacing w:line="360" w:lineRule="auto"/>
        <w:jc w:val="both"/>
        <w:rPr>
          <w:rFonts w:cs="Times New Roman"/>
          <w:szCs w:val="24"/>
        </w:rPr>
      </w:pPr>
      <w:r w:rsidRPr="00936675">
        <w:rPr>
          <w:rFonts w:cs="Times New Roman"/>
          <w:szCs w:val="24"/>
        </w:rPr>
        <w:t xml:space="preserve">These experiences have taught me that peace in South Sudan will not come from distant capitals but from the daily choices of mothers, fathers, and children who decide not to hate. It will come from communities who refuse to pass on vengeance as an inheritance, and </w:t>
      </w:r>
      <w:r w:rsidRPr="00936675">
        <w:rPr>
          <w:rFonts w:cs="Times New Roman"/>
          <w:szCs w:val="24"/>
        </w:rPr>
        <w:lastRenderedPageBreak/>
        <w:t>who instead plant seeds of reconciliation as their legacy. The shared future of Jonglei and GPAA rests on this fragile but powerful truth: peace is sustained not by extraordinary events but by ordinary acts.</w:t>
      </w:r>
    </w:p>
    <w:p w:rsidR="00823498" w:rsidRPr="00936675" w:rsidRDefault="00823498" w:rsidP="00823498">
      <w:pPr>
        <w:spacing w:line="360" w:lineRule="auto"/>
        <w:jc w:val="both"/>
        <w:rPr>
          <w:rFonts w:cs="Times New Roman"/>
          <w:szCs w:val="24"/>
        </w:rPr>
      </w:pPr>
      <w:r w:rsidRPr="00936675">
        <w:rPr>
          <w:rFonts w:cs="Times New Roman"/>
          <w:szCs w:val="24"/>
        </w:rPr>
        <w:t>It is nurtured by neighbors choosing to greet each other in the morning, by women refusing to shelter abducted children, by youth choosing to trade rather than raid, by chiefs choosing justice over silence, and by spiritual leaders choosing to heal rather than inflame. When these daily choices multiply, the drumbeats of war will fade, replaced by the steady rhythm of reconciliation—a rhythm that can, at last, carry South Sudan towards the promise of lasting peace.</w:t>
      </w:r>
    </w:p>
    <w:p w:rsidR="00823498" w:rsidRPr="00936675" w:rsidRDefault="00823498" w:rsidP="00823498">
      <w:pPr>
        <w:spacing w:line="360" w:lineRule="auto"/>
        <w:jc w:val="both"/>
        <w:rPr>
          <w:rFonts w:cs="Times New Roman"/>
          <w:szCs w:val="24"/>
        </w:rPr>
      </w:pPr>
    </w:p>
    <w:p w:rsidR="00823498" w:rsidRPr="00936675" w:rsidRDefault="00823498" w:rsidP="00823498">
      <w:pPr>
        <w:spacing w:line="360" w:lineRule="auto"/>
        <w:jc w:val="both"/>
        <w:rPr>
          <w:rFonts w:cs="Times New Roman"/>
          <w:szCs w:val="24"/>
        </w:rPr>
      </w:pPr>
      <w:r w:rsidRPr="00936675">
        <w:rPr>
          <w:rFonts w:cs="Times New Roman"/>
          <w:szCs w:val="24"/>
        </w:rPr>
        <w:t>Table of Contents</w:t>
      </w:r>
    </w:p>
    <w:p w:rsidR="00823498" w:rsidRPr="00936675" w:rsidRDefault="00823498" w:rsidP="00823498">
      <w:pPr>
        <w:spacing w:line="360" w:lineRule="auto"/>
        <w:jc w:val="both"/>
        <w:rPr>
          <w:rFonts w:cs="Times New Roman"/>
          <w:szCs w:val="24"/>
        </w:rPr>
      </w:pPr>
    </w:p>
    <w:p w:rsidR="00C51A86" w:rsidRDefault="00C51A86"/>
    <w:sectPr w:rsidR="00C51A86" w:rsidSect="00034616">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27FF6" w:rsidRDefault="00527FF6" w:rsidP="00527FF6">
      <w:pPr>
        <w:spacing w:after="0" w:line="240" w:lineRule="auto"/>
      </w:pPr>
      <w:r>
        <w:separator/>
      </w:r>
    </w:p>
  </w:endnote>
  <w:endnote w:type="continuationSeparator" w:id="0">
    <w:p w:rsidR="00527FF6" w:rsidRDefault="00527FF6" w:rsidP="00527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27FF6" w:rsidRDefault="00527FF6">
    <w:pPr>
      <w:pStyle w:val="Footer"/>
    </w:pPr>
    <w:r>
      <w:rPr>
        <w:noProof/>
        <w:color w:val="4F81BD" w:themeColor="accent1"/>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9FAE53E"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938953 [1614]" strokeweight="1.25pt">
              <w10:wrap anchorx="page" anchory="page"/>
            </v:rect>
          </w:pict>
        </mc:Fallback>
      </mc:AlternateContent>
    </w:r>
    <w:r>
      <w:rPr>
        <w:color w:val="4F81BD" w:themeColor="accent1"/>
      </w:rPr>
      <w:t xml:space="preserve"> </w:t>
    </w:r>
    <w:r>
      <w:rPr>
        <w:rFonts w:asciiTheme="majorHAnsi" w:eastAsiaTheme="majorEastAsia" w:hAnsiTheme="majorHAnsi" w:cstheme="majorBidi"/>
        <w:color w:val="4F81BD" w:themeColor="accent1"/>
        <w:sz w:val="20"/>
        <w:szCs w:val="20"/>
      </w:rPr>
      <w:t xml:space="preserve">pg. </w:t>
    </w:r>
    <w:r>
      <w:rPr>
        <w:rFonts w:asciiTheme="minorHAnsi" w:hAnsiTheme="minorHAnsi"/>
        <w:color w:val="4F81BD" w:themeColor="accent1"/>
        <w:sz w:val="20"/>
        <w:szCs w:val="20"/>
      </w:rPr>
      <w:fldChar w:fldCharType="begin"/>
    </w:r>
    <w:r>
      <w:rPr>
        <w:color w:val="4F81BD" w:themeColor="accent1"/>
        <w:sz w:val="20"/>
        <w:szCs w:val="20"/>
      </w:rPr>
      <w:instrText xml:space="preserve"> PAGE    \* MERGEFORMAT </w:instrText>
    </w:r>
    <w:r>
      <w:rPr>
        <w:rFonts w:asciiTheme="minorHAnsi" w:hAnsiTheme="minorHAnsi"/>
        <w:color w:val="4F81BD" w:themeColor="accent1"/>
        <w:sz w:val="20"/>
        <w:szCs w:val="20"/>
      </w:rPr>
      <w:fldChar w:fldCharType="separate"/>
    </w:r>
    <w:r>
      <w:rPr>
        <w:rFonts w:asciiTheme="majorHAnsi" w:eastAsiaTheme="majorEastAsia" w:hAnsiTheme="majorHAnsi" w:cstheme="majorBidi"/>
        <w:noProof/>
        <w:color w:val="4F81BD" w:themeColor="accent1"/>
        <w:sz w:val="20"/>
        <w:szCs w:val="20"/>
      </w:rPr>
      <w:t>2</w:t>
    </w:r>
    <w:r>
      <w:rPr>
        <w:rFonts w:asciiTheme="majorHAnsi" w:eastAsiaTheme="majorEastAsia" w:hAnsiTheme="majorHAnsi" w:cstheme="majorBidi"/>
        <w:noProof/>
        <w:color w:val="4F81BD"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27FF6" w:rsidRDefault="00527FF6" w:rsidP="00527FF6">
      <w:pPr>
        <w:spacing w:after="0" w:line="240" w:lineRule="auto"/>
      </w:pPr>
      <w:r>
        <w:separator/>
      </w:r>
    </w:p>
  </w:footnote>
  <w:footnote w:type="continuationSeparator" w:id="0">
    <w:p w:rsidR="00527FF6" w:rsidRDefault="00527FF6" w:rsidP="00527F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56784367">
    <w:abstractNumId w:val="8"/>
  </w:num>
  <w:num w:numId="2" w16cid:durableId="1350909123">
    <w:abstractNumId w:val="6"/>
  </w:num>
  <w:num w:numId="3" w16cid:durableId="1344673606">
    <w:abstractNumId w:val="5"/>
  </w:num>
  <w:num w:numId="4" w16cid:durableId="307366552">
    <w:abstractNumId w:val="4"/>
  </w:num>
  <w:num w:numId="5" w16cid:durableId="1899129014">
    <w:abstractNumId w:val="7"/>
  </w:num>
  <w:num w:numId="6" w16cid:durableId="1508404376">
    <w:abstractNumId w:val="3"/>
  </w:num>
  <w:num w:numId="7" w16cid:durableId="1703438528">
    <w:abstractNumId w:val="2"/>
  </w:num>
  <w:num w:numId="8" w16cid:durableId="2088727363">
    <w:abstractNumId w:val="1"/>
  </w:num>
  <w:num w:numId="9" w16cid:durableId="1874537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24785"/>
    <w:rsid w:val="0029639D"/>
    <w:rsid w:val="00326F90"/>
    <w:rsid w:val="00527FF6"/>
    <w:rsid w:val="00786C80"/>
    <w:rsid w:val="00823498"/>
    <w:rsid w:val="0092271B"/>
    <w:rsid w:val="00935455"/>
    <w:rsid w:val="00AA1D8D"/>
    <w:rsid w:val="00B47730"/>
    <w:rsid w:val="00C14355"/>
    <w:rsid w:val="00C51A86"/>
    <w:rsid w:val="00CB0664"/>
    <w:rsid w:val="00E9486E"/>
    <w:rsid w:val="00EC0C3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ED49D8"/>
  <w14:defaultImageDpi w14:val="300"/>
  <w15:docId w15:val="{A3A1A9D9-F822-4010-BC25-6E5B2E6A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255</Pages>
  <Words>78765</Words>
  <Characters>448965</Characters>
  <Application>Microsoft Office Word</Application>
  <DocSecurity>0</DocSecurity>
  <Lines>3741</Lines>
  <Paragraphs>1053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526677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Simon Duop Jacob</cp:lastModifiedBy>
  <cp:revision>2</cp:revision>
  <dcterms:created xsi:type="dcterms:W3CDTF">2025-10-02T21:45:00Z</dcterms:created>
  <dcterms:modified xsi:type="dcterms:W3CDTF">2025-10-02T21:45:00Z</dcterms:modified>
  <cp:category/>
</cp:coreProperties>
</file>