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rPr>
        <w:id w:val="-1577578706"/>
        <w:docPartObj>
          <w:docPartGallery w:val="Cover Pages"/>
          <w:docPartUnique/>
        </w:docPartObj>
      </w:sdtPr>
      <w:sdtContent>
        <w:p w14:paraId="0F268C95" w14:textId="5C19486F" w:rsidR="00F545D6" w:rsidRDefault="00F545D6">
          <w:r w:rsidRPr="00F545D6">
            <w:rPr>
              <w:b/>
              <w:noProof/>
              <w:color w:val="FFFFFF" w:themeColor="background1"/>
            </w:rPr>
            <mc:AlternateContent>
              <mc:Choice Requires="wpg">
                <w:drawing>
                  <wp:anchor distT="0" distB="0" distL="114300" distR="114300" simplePos="0" relativeHeight="251659264" behindDoc="0" locked="0" layoutInCell="1" allowOverlap="1" wp14:anchorId="3EB3513A" wp14:editId="05F32354">
                    <wp:simplePos x="0" y="0"/>
                    <wp:positionH relativeFrom="page">
                      <wp:posOffset>462579</wp:posOffset>
                    </wp:positionH>
                    <wp:positionV relativeFrom="page">
                      <wp:posOffset>462578</wp:posOffset>
                    </wp:positionV>
                    <wp:extent cx="6852920" cy="9154757"/>
                    <wp:effectExtent l="0" t="0" r="5080" b="8890"/>
                    <wp:wrapNone/>
                    <wp:docPr id="11" name="Grupo 11"/>
                    <wp:cNvGraphicFramePr/>
                    <a:graphic xmlns:a="http://schemas.openxmlformats.org/drawingml/2006/main">
                      <a:graphicData uri="http://schemas.microsoft.com/office/word/2010/wordprocessingGroup">
                        <wpg:wgp>
                          <wpg:cNvGrpSpPr/>
                          <wpg:grpSpPr>
                            <a:xfrm>
                              <a:off x="0" y="0"/>
                              <a:ext cx="6852920" cy="9154757"/>
                              <a:chOff x="0" y="-2"/>
                              <a:chExt cx="6852920" cy="9154757"/>
                            </a:xfrm>
                          </wpg:grpSpPr>
                          <wps:wsp>
                            <wps:cNvPr id="33" name="Retângulo 33"/>
                            <wps:cNvSpPr/>
                            <wps:spPr>
                              <a:xfrm>
                                <a:off x="139849" y="-2"/>
                                <a:ext cx="6713071" cy="9154757"/>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OCR A Extended" w:eastAsiaTheme="majorEastAsia" w:hAnsi="OCR A Extended" w:cstheme="majorBidi"/>
                                      <w:color w:val="FFFFFF" w:themeColor="background1"/>
                                      <w:sz w:val="84"/>
                                      <w:szCs w:val="84"/>
                                    </w:rPr>
                                    <w:alias w:val="Título"/>
                                    <w:tag w:val=""/>
                                    <w:id w:val="-960264625"/>
                                    <w:dataBinding w:prefixMappings="xmlns:ns0='http://purl.org/dc/elements/1.1/' xmlns:ns1='http://schemas.openxmlformats.org/package/2006/metadata/core-properties' " w:xpath="/ns1:coreProperties[1]/ns0:title[1]" w:storeItemID="{6C3C8BC8-F283-45AE-878A-BAB7291924A1}"/>
                                    <w:text/>
                                  </w:sdtPr>
                                  <w:sdtContent>
                                    <w:p w14:paraId="7B8FA00F" w14:textId="64DB68EA" w:rsidR="00F545D6" w:rsidRPr="00F545D6" w:rsidRDefault="00F545D6">
                                      <w:pPr>
                                        <w:pStyle w:val="SemEspaamento"/>
                                        <w:spacing w:after="120"/>
                                        <w:rPr>
                                          <w:rFonts w:ascii="OCR A Extended" w:eastAsiaTheme="majorEastAsia" w:hAnsi="OCR A Extended" w:cstheme="majorBidi"/>
                                          <w:color w:val="FFFFFF" w:themeColor="background1"/>
                                          <w:sz w:val="84"/>
                                          <w:szCs w:val="84"/>
                                          <w:lang w:val="pt-BR"/>
                                        </w:rPr>
                                      </w:pPr>
                                      <w:r w:rsidRPr="00F545D6">
                                        <w:rPr>
                                          <w:rFonts w:ascii="OCR A Extended" w:eastAsiaTheme="majorEastAsia" w:hAnsi="OCR A Extended" w:cstheme="majorBidi"/>
                                          <w:color w:val="FFFFFF" w:themeColor="background1"/>
                                          <w:sz w:val="84"/>
                                          <w:szCs w:val="84"/>
                                        </w:rPr>
                                        <w:t>Rejoined.</w:t>
                                      </w:r>
                                    </w:p>
                                  </w:sdtContent>
                                </w:sdt>
                                <w:sdt>
                                  <w:sdtPr>
                                    <w:rPr>
                                      <w:color w:val="FFFFFF" w:themeColor="background1"/>
                                      <w:sz w:val="28"/>
                                      <w:szCs w:val="28"/>
                                    </w:rPr>
                                    <w:alias w:val="Subtítulo"/>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4FFC5F0D" w14:textId="24C6EF7B" w:rsidR="00F545D6" w:rsidRPr="00F545D6" w:rsidRDefault="00F545D6">
                                      <w:pPr>
                                        <w:pStyle w:val="SemEspaamento"/>
                                        <w:rPr>
                                          <w:color w:val="FFFFFF" w:themeColor="background1"/>
                                          <w:sz w:val="28"/>
                                          <w:szCs w:val="28"/>
                                          <w:lang w:val="pt-BR"/>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tângulo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EB3513A" id="Grupo 11" o:spid="_x0000_s1026" style="position:absolute;margin-left:36.4pt;margin-top:36.4pt;width:539.6pt;height:720.85pt;z-index:251659264;mso-position-horizontal-relative:page;mso-position-vertical-relative:page" coordorigin="" coordsize="68529,9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">
                    <v:rect id="Retângulo 33" o:spid="_x0000_s1027" style="position:absolute;left:1398;width:67131;height:9154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" fillcolor="black [3213]" stroked="f" strokeweight="2pt">
                      <v:textbox inset="36pt,1in,1in,208.8pt">
                        <w:txbxContent>
                          <w:sdt>
                            <w:sdtPr>
                              <w:rPr>
                                <w:rFonts w:ascii="OCR A Extended" w:eastAsiaTheme="majorEastAsia" w:hAnsi="OCR A Extended" w:cstheme="majorBidi"/>
                                <w:color w:val="FFFFFF" w:themeColor="background1"/>
                                <w:sz w:val="84"/>
                                <w:szCs w:val="84"/>
                              </w:rPr>
                              <w:alias w:val="Título"/>
                              <w:tag w:val=""/>
                              <w:id w:val="-960264625"/>
                              <w:dataBinding w:prefixMappings="xmlns:ns0='http://purl.org/dc/elements/1.1/' xmlns:ns1='http://schemas.openxmlformats.org/package/2006/metadata/core-properties' " w:xpath="/ns1:coreProperties[1]/ns0:title[1]" w:storeItemID="{6C3C8BC8-F283-45AE-878A-BAB7291924A1}"/>
                              <w:text/>
                            </w:sdtPr>
                            <w:sdtContent>
                              <w:p w14:paraId="7B8FA00F" w14:textId="64DB68EA" w:rsidR="00F545D6" w:rsidRPr="00F545D6" w:rsidRDefault="00F545D6">
                                <w:pPr>
                                  <w:pStyle w:val="SemEspaamento"/>
                                  <w:spacing w:after="120"/>
                                  <w:rPr>
                                    <w:rFonts w:ascii="OCR A Extended" w:eastAsiaTheme="majorEastAsia" w:hAnsi="OCR A Extended" w:cstheme="majorBidi"/>
                                    <w:color w:val="FFFFFF" w:themeColor="background1"/>
                                    <w:sz w:val="84"/>
                                    <w:szCs w:val="84"/>
                                    <w:lang w:val="pt-BR"/>
                                  </w:rPr>
                                </w:pPr>
                                <w:r w:rsidRPr="00F545D6">
                                  <w:rPr>
                                    <w:rFonts w:ascii="OCR A Extended" w:eastAsiaTheme="majorEastAsia" w:hAnsi="OCR A Extended" w:cstheme="majorBidi"/>
                                    <w:color w:val="FFFFFF" w:themeColor="background1"/>
                                    <w:sz w:val="84"/>
                                    <w:szCs w:val="84"/>
                                  </w:rPr>
                                  <w:t>Rejoined.</w:t>
                                </w:r>
                              </w:p>
                            </w:sdtContent>
                          </w:sdt>
                          <w:sdt>
                            <w:sdtPr>
                              <w:rPr>
                                <w:color w:val="FFFFFF" w:themeColor="background1"/>
                                <w:sz w:val="28"/>
                                <w:szCs w:val="28"/>
                              </w:rPr>
                              <w:alias w:val="Subtítulo"/>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4FFC5F0D" w14:textId="24C6EF7B" w:rsidR="00F545D6" w:rsidRPr="00F545D6" w:rsidRDefault="00F545D6">
                                <w:pPr>
                                  <w:pStyle w:val="SemEspaamento"/>
                                  <w:rPr>
                                    <w:color w:val="FFFFFF" w:themeColor="background1"/>
                                    <w:sz w:val="28"/>
                                    <w:szCs w:val="28"/>
                                    <w:lang w:val="pt-BR"/>
                                  </w:rPr>
                                </w:pPr>
                                <w:r>
                                  <w:rPr>
                                    <w:color w:val="FFFFFF" w:themeColor="background1"/>
                                    <w:sz w:val="28"/>
                                    <w:szCs w:val="28"/>
                                  </w:rPr>
                                  <w:t xml:space="preserve">     </w:t>
                                </w:r>
                              </w:p>
                            </w:sdtContent>
                          </w:sdt>
                        </w:txbxContent>
                      </v:textbox>
                    </v:rect>
                    <v:rect id="Retângulo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" fillcolor="gray [1629]" stroked="f" strokeweight="2pt"/>
                    <w10:wrap anchorx="page" anchory="page"/>
                  </v:group>
                </w:pict>
              </mc:Fallback>
            </mc:AlternateContent>
          </w:r>
          <w:r>
            <w:rPr>
              <w:b/>
            </w:rPr>
            <w:br w:type="page"/>
          </w:r>
        </w:p>
      </w:sdtContent>
    </w:sdt>
    <w:p w14:paraId="7A495D82" w14:textId="3A19E9AE" w:rsidR="003D728F" w:rsidRDefault="00000000" w:rsidP="0006372B">
      <w:pPr>
        <w:pStyle w:val="ChapterTitle"/>
        <w:jc w:val="left"/>
      </w:pPr>
      <w:r>
        <w:lastRenderedPageBreak/>
        <w:t>Chapter 1</w:t>
      </w:r>
      <w:r w:rsidR="0006372B" w:rsidRPr="0006372B">
        <w:rPr>
          <w:sz w:val="32"/>
          <w:szCs w:val="32"/>
        </w:rPr>
        <w:t xml:space="preserve">: </w:t>
      </w:r>
      <w:r w:rsidR="0006372B">
        <w:rPr>
          <w:sz w:val="32"/>
          <w:szCs w:val="32"/>
        </w:rPr>
        <w:t xml:space="preserve"> </w:t>
      </w:r>
      <w:r w:rsidR="0006372B" w:rsidRPr="0006372B">
        <w:rPr>
          <w:sz w:val="32"/>
          <w:szCs w:val="32"/>
        </w:rPr>
        <w:t>Help Wanted</w:t>
      </w:r>
    </w:p>
    <w:p w14:paraId="10BDB8DE" w14:textId="77777777" w:rsidR="00DB5FC4" w:rsidRDefault="00DB5FC4">
      <w:pPr>
        <w:pStyle w:val="FirstParagraph"/>
      </w:pPr>
    </w:p>
    <w:p w14:paraId="06FFEE37" w14:textId="77777777" w:rsidR="00E11A4E" w:rsidRDefault="00E11A4E">
      <w:pPr>
        <w:pStyle w:val="FirstParagraph"/>
      </w:pPr>
    </w:p>
    <w:p w14:paraId="0F059DC0" w14:textId="77777777" w:rsidR="00E11A4E" w:rsidRDefault="00E11A4E">
      <w:pPr>
        <w:pStyle w:val="FirstParagraph"/>
      </w:pPr>
    </w:p>
    <w:p w14:paraId="54BA6C62" w14:textId="4789E908" w:rsidR="003D728F" w:rsidRDefault="00000000">
      <w:pPr>
        <w:pStyle w:val="FirstParagraph"/>
      </w:pPr>
      <w:r>
        <w:t>Static.</w:t>
      </w:r>
    </w:p>
    <w:p w14:paraId="61B4BECC" w14:textId="77777777" w:rsidR="0006372B" w:rsidRDefault="00000000" w:rsidP="000C058C">
      <w:r>
        <w:t xml:space="preserve">Eyes open, mind dull. </w:t>
      </w:r>
    </w:p>
    <w:p w14:paraId="022FE696" w14:textId="2CD41AD5" w:rsidR="000C058C" w:rsidRPr="000C058C" w:rsidRDefault="00000000" w:rsidP="000C058C">
      <w:r>
        <w:t>There, lying on his couch, on the edge of consciousness</w:t>
      </w:r>
      <w:r w:rsidR="000C058C" w:rsidRPr="000C058C">
        <w:t xml:space="preserve">, he stares at the graining TV screen, but it's as if he's seeing right through it. His mind is empty and filled only with the sound. </w:t>
      </w:r>
    </w:p>
    <w:p w14:paraId="02ADAC76" w14:textId="77777777" w:rsidR="000C058C" w:rsidRPr="000C058C" w:rsidRDefault="000C058C" w:rsidP="000C058C">
      <w:r w:rsidRPr="000C058C">
        <w:t xml:space="preserve">The cushions sag beneath him, stained with old sweat and cigarette ash. His jaw bristles with unshaven </w:t>
      </w:r>
      <w:proofErr w:type="gramStart"/>
      <w:r w:rsidRPr="000C058C">
        <w:t>stubble,</w:t>
      </w:r>
      <w:proofErr w:type="gramEnd"/>
      <w:r w:rsidRPr="000C058C">
        <w:t xml:space="preserve"> hair matted to his scalp with grease. The remote clings loosely in his hand, refusing to drop despite his slack grip.</w:t>
      </w:r>
    </w:p>
    <w:p w14:paraId="5BBDE589" w14:textId="56842CC9" w:rsidR="000C058C" w:rsidRPr="000C058C" w:rsidRDefault="000C058C" w:rsidP="000C058C">
      <w:r w:rsidRPr="000C058C">
        <w:t xml:space="preserve">On the wall, a calendar curls at the edges with a silly picture of a cat that dangles from a frayed rope with the words: </w:t>
      </w:r>
      <w:r w:rsidRPr="000C058C">
        <w:rPr>
          <w:i/>
          <w:iCs/>
        </w:rPr>
        <w:t>“</w:t>
      </w:r>
      <w:r w:rsidRPr="009C108C">
        <w:rPr>
          <w:rFonts w:ascii="Magneto" w:hAnsi="Magneto"/>
        </w:rPr>
        <w:t>There is a Stranger in Us All.</w:t>
      </w:r>
      <w:r w:rsidRPr="000C058C">
        <w:rPr>
          <w:i/>
          <w:iCs/>
        </w:rPr>
        <w:t>”</w:t>
      </w:r>
      <w:r w:rsidRPr="000C058C">
        <w:t xml:space="preserve"> The months are buried behind it, hidden under layers of receipts and flyers pinned up with tape that’s lost its stick</w:t>
      </w:r>
      <w:r>
        <w:t xml:space="preserve"> long ago</w:t>
      </w:r>
      <w:r w:rsidRPr="000C058C">
        <w:t xml:space="preserve">. </w:t>
      </w:r>
    </w:p>
    <w:p w14:paraId="1F1BB23A" w14:textId="0DC9EC07" w:rsidR="000C058C" w:rsidRPr="000C058C" w:rsidRDefault="000C058C" w:rsidP="000C058C">
      <w:r w:rsidRPr="000C058C">
        <w:t xml:space="preserve">The floor is a low tide of garbage. Pizza boxes collapsing in on themselves, paper bags spotted dark with grease, bottles, ashtrays overflowing with cigarettes share space with half-melted candles and the bitter smell of burnt tobacco mixed with hookah smoke. Empty cans balance on the windowsill, catching the weak </w:t>
      </w:r>
      <w:r>
        <w:t xml:space="preserve">line of </w:t>
      </w:r>
      <w:r w:rsidRPr="000C058C">
        <w:t xml:space="preserve">light </w:t>
      </w:r>
      <w:r>
        <w:t xml:space="preserve">intruding </w:t>
      </w:r>
      <w:r w:rsidRPr="000C058C">
        <w:t xml:space="preserve">from </w:t>
      </w:r>
      <w:r>
        <w:t>the window</w:t>
      </w:r>
      <w:r w:rsidRPr="000C058C">
        <w:t>.</w:t>
      </w:r>
    </w:p>
    <w:p w14:paraId="049117C4" w14:textId="77777777" w:rsidR="000C058C" w:rsidRPr="000C058C" w:rsidRDefault="000C058C" w:rsidP="000C058C">
      <w:r w:rsidRPr="000C058C">
        <w:t>A landline phone sits forgotten on the counter, battery long since drained, cradle unplugged, covered in thin dust next to a DVD player.</w:t>
      </w:r>
    </w:p>
    <w:p w14:paraId="4D4972A0" w14:textId="77777777" w:rsidR="000C058C" w:rsidRPr="000C058C" w:rsidRDefault="000C058C" w:rsidP="000C058C">
      <w:r w:rsidRPr="000C058C">
        <w:t>A crack from the TV speaker makes him flinch. The remote slips from his hand, hitting the carpet with a brittle snap. He sits up slowly, and wades through the wreckage of his own living room. Bills are stacked unopened by the door, envelopes curling from damp, the ink on their warnings bleeding into unreadable red stains.</w:t>
      </w:r>
    </w:p>
    <w:p w14:paraId="15BF355A" w14:textId="77777777" w:rsidR="000C058C" w:rsidRPr="000C058C" w:rsidRDefault="000C058C" w:rsidP="000C058C">
      <w:r w:rsidRPr="000C058C">
        <w:t>He opens the door.</w:t>
      </w:r>
    </w:p>
    <w:p w14:paraId="636E6D46" w14:textId="43F8B4D6" w:rsidR="000C058C" w:rsidRPr="000C058C" w:rsidRDefault="000C058C" w:rsidP="000C058C">
      <w:r w:rsidRPr="000C058C">
        <w:t xml:space="preserve">A </w:t>
      </w:r>
      <w:r>
        <w:t xml:space="preserve">raw </w:t>
      </w:r>
      <w:r w:rsidRPr="000C058C">
        <w:t xml:space="preserve">white light floods in so violently it feels unreal, like stepping onto another planet. His eyes pinch against it, his body stiff and unused to this intrusion. For a moment, he almost believes no one lives beyond this threshold, that the world has </w:t>
      </w:r>
      <w:r w:rsidR="00664027">
        <w:t xml:space="preserve">finally </w:t>
      </w:r>
      <w:r w:rsidRPr="000C058C">
        <w:t>gone on without him.</w:t>
      </w:r>
    </w:p>
    <w:p w14:paraId="1E62FD62" w14:textId="77777777" w:rsidR="000C058C" w:rsidRDefault="000C058C" w:rsidP="000C058C">
      <w:r w:rsidRPr="000C058C">
        <w:t>The street is empty. The silence absolute in the neighborhood. Only a single folded newspaper lies on the step.</w:t>
      </w:r>
    </w:p>
    <w:p w14:paraId="225BF27C" w14:textId="77777777" w:rsidR="00E11A4E" w:rsidRDefault="00E11A4E" w:rsidP="000C058C"/>
    <w:p w14:paraId="4C2AB75B" w14:textId="7C528A5C" w:rsidR="00613D95" w:rsidRDefault="00613D95" w:rsidP="00613D95">
      <w:r w:rsidRPr="00613D95">
        <w:lastRenderedPageBreak/>
        <w:t>He</w:t>
      </w:r>
      <w:r>
        <w:t xml:space="preserve"> gets down on one knee,</w:t>
      </w:r>
      <w:r w:rsidRPr="00613D95">
        <w:t xml:space="preserve"> takes </w:t>
      </w:r>
      <w:r>
        <w:t>the newspaper</w:t>
      </w:r>
      <w:r w:rsidRPr="00613D95">
        <w:t xml:space="preserve"> inside</w:t>
      </w:r>
      <w:r>
        <w:t>, on his kitchen</w:t>
      </w:r>
      <w:r w:rsidRPr="00613D95">
        <w:t xml:space="preserve"> and he</w:t>
      </w:r>
      <w:r>
        <w:t xml:space="preserve"> reads the</w:t>
      </w:r>
      <w:r w:rsidRPr="00613D95">
        <w:t xml:space="preserve"> front page disinterestedly. </w:t>
      </w:r>
    </w:p>
    <w:p w14:paraId="02B122AB" w14:textId="60C43361" w:rsidR="00613D95" w:rsidRPr="00613D95" w:rsidRDefault="00613D95" w:rsidP="00613D95">
      <w:pPr>
        <w:rPr>
          <w:rFonts w:ascii="Times New Roman" w:hAnsi="Times New Roman" w:cs="Times New Roman"/>
        </w:rPr>
      </w:pPr>
      <w:r>
        <w:rPr>
          <w:rFonts w:ascii="Times New Roman" w:hAnsi="Times New Roman" w:cs="Times New Roman"/>
        </w:rPr>
        <w:t>----------------------------------------------------------------------------------------------------------------------------</w:t>
      </w:r>
    </w:p>
    <w:p w14:paraId="1DC8EF5C" w14:textId="77777777" w:rsidR="00613D95" w:rsidRPr="00613D95" w:rsidRDefault="00613D95" w:rsidP="00613D95">
      <w:pPr>
        <w:rPr>
          <w:rFonts w:ascii="Times New Roman" w:hAnsi="Times New Roman" w:cs="Times New Roman"/>
          <w:i/>
          <w:iCs/>
        </w:rPr>
      </w:pPr>
      <w:r w:rsidRPr="00613D95">
        <w:rPr>
          <w:rFonts w:ascii="Times New Roman" w:hAnsi="Times New Roman" w:cs="Times New Roman"/>
          <w:b/>
          <w:bCs/>
          <w:sz w:val="24"/>
          <w:szCs w:val="24"/>
        </w:rPr>
        <w:t>Storms Drift Inland</w:t>
      </w:r>
      <w:r w:rsidRPr="00613D95">
        <w:rPr>
          <w:rFonts w:ascii="Times New Roman" w:hAnsi="Times New Roman" w:cs="Times New Roman"/>
        </w:rPr>
        <w:br/>
        <w:t>Tacoma Tribune</w:t>
      </w:r>
      <w:r w:rsidRPr="00613D95">
        <w:rPr>
          <w:rFonts w:ascii="Times New Roman" w:hAnsi="Times New Roman" w:cs="Times New Roman"/>
        </w:rPr>
        <w:br/>
        <w:t>Heavy rain swept the Pacific coast again this weekend. Some experts warned the system is moving farther inland than usual for the season, while others called it “ordinary seasonal weather.”</w:t>
      </w:r>
      <w:r w:rsidRPr="00613D95">
        <w:rPr>
          <w:rFonts w:ascii="Times New Roman" w:hAnsi="Times New Roman" w:cs="Times New Roman"/>
        </w:rPr>
        <w:br/>
        <w:t>“We’re not sure what we’re seeing yet,” said Dr. Elaine Morrow of the Pacific Weather Center. “It doesn’t line up with the older models.”</w:t>
      </w:r>
      <w:r w:rsidRPr="00613D95">
        <w:rPr>
          <w:rFonts w:ascii="Times New Roman" w:hAnsi="Times New Roman" w:cs="Times New Roman"/>
        </w:rPr>
        <w:br/>
        <w:t xml:space="preserve">A headline in the opinion section asks bluntly: </w:t>
      </w:r>
      <w:r w:rsidRPr="00613D95">
        <w:rPr>
          <w:rFonts w:ascii="Times New Roman" w:hAnsi="Times New Roman" w:cs="Times New Roman"/>
          <w:i/>
          <w:iCs/>
        </w:rPr>
        <w:t>Will We Survive the Turn of This Decade?</w:t>
      </w:r>
    </w:p>
    <w:p w14:paraId="409352F8" w14:textId="77777777" w:rsidR="00613D95" w:rsidRPr="00613D95" w:rsidRDefault="00613D95" w:rsidP="00613D95">
      <w:pPr>
        <w:rPr>
          <w:rFonts w:ascii="Times New Roman" w:hAnsi="Times New Roman" w:cs="Times New Roman"/>
        </w:rPr>
      </w:pPr>
      <w:r w:rsidRPr="00613D95">
        <w:rPr>
          <w:rFonts w:ascii="Times New Roman" w:hAnsi="Times New Roman" w:cs="Times New Roman"/>
          <w:b/>
          <w:bCs/>
          <w:sz w:val="24"/>
          <w:szCs w:val="24"/>
        </w:rPr>
        <w:t>Appliances Behaving Oddly, Utility Says No Cause</w:t>
      </w:r>
      <w:r w:rsidRPr="00613D95">
        <w:rPr>
          <w:rFonts w:ascii="Times New Roman" w:hAnsi="Times New Roman" w:cs="Times New Roman"/>
        </w:rPr>
        <w:br/>
        <w:t>Associated Press – Portland</w:t>
      </w:r>
      <w:r w:rsidRPr="00613D95">
        <w:rPr>
          <w:rFonts w:ascii="Times New Roman" w:hAnsi="Times New Roman" w:cs="Times New Roman"/>
        </w:rPr>
        <w:br/>
        <w:t xml:space="preserve">Streetlights flickered in neighborhoods across the city Friday night, confusing drivers. Several residents also reported microwaves switching off mid-cycle and televisions turning themselves on. </w:t>
      </w:r>
      <w:r w:rsidRPr="00613D95">
        <w:rPr>
          <w:rFonts w:ascii="Times New Roman" w:hAnsi="Times New Roman" w:cs="Times New Roman"/>
        </w:rPr>
        <w:br/>
        <w:t xml:space="preserve">Local utilities say no system faults were found. </w:t>
      </w:r>
    </w:p>
    <w:p w14:paraId="6EE2D6EC" w14:textId="227BBB61" w:rsidR="00613D95" w:rsidRPr="00613D95" w:rsidRDefault="00613D95" w:rsidP="00613D95">
      <w:pPr>
        <w:rPr>
          <w:rFonts w:ascii="Times New Roman" w:hAnsi="Times New Roman" w:cs="Times New Roman"/>
        </w:rPr>
      </w:pPr>
      <w:r w:rsidRPr="00613D95">
        <w:rPr>
          <w:rFonts w:ascii="Times New Roman" w:hAnsi="Times New Roman" w:cs="Times New Roman"/>
          <w:b/>
          <w:bCs/>
          <w:sz w:val="24"/>
          <w:szCs w:val="24"/>
        </w:rPr>
        <w:t>Glitches Reported in Household Devices</w:t>
      </w:r>
      <w:r w:rsidRPr="00613D95">
        <w:rPr>
          <w:rFonts w:ascii="Times New Roman" w:hAnsi="Times New Roman" w:cs="Times New Roman"/>
        </w:rPr>
        <w:br/>
        <w:t>Associated Press – Portland</w:t>
      </w:r>
      <w:r w:rsidRPr="00613D95">
        <w:rPr>
          <w:rFonts w:ascii="Times New Roman" w:hAnsi="Times New Roman" w:cs="Times New Roman"/>
        </w:rPr>
        <w:br/>
        <w:t>Residents across the Northwest have reported strange appliance failures over the past month. Streetlights flickering, radios changing frequency, televisions shutting off.</w:t>
      </w:r>
      <w:r w:rsidRPr="00613D95">
        <w:rPr>
          <w:rFonts w:ascii="Times New Roman" w:hAnsi="Times New Roman" w:cs="Times New Roman"/>
        </w:rPr>
        <w:br/>
        <w:t>Utility companies say there is “no common cause.” But many other reports of malfunctioning electronics are surfacing across several states. Residents in Oregon and Nevada have described microwaves and radios behaving erratically.</w:t>
      </w:r>
      <w:r w:rsidRPr="00613D95">
        <w:rPr>
          <w:rFonts w:ascii="Times New Roman" w:hAnsi="Times New Roman" w:cs="Times New Roman"/>
        </w:rPr>
        <w:br/>
      </w:r>
      <w:r>
        <w:rPr>
          <w:rFonts w:ascii="Times New Roman" w:hAnsi="Times New Roman" w:cs="Times New Roman"/>
        </w:rPr>
        <w:t xml:space="preserve">Local </w:t>
      </w:r>
      <w:r w:rsidRPr="00613D95">
        <w:rPr>
          <w:rFonts w:ascii="Times New Roman" w:hAnsi="Times New Roman" w:cs="Times New Roman"/>
        </w:rPr>
        <w:t>Reno resident Karen Stiles, describ</w:t>
      </w:r>
      <w:r>
        <w:rPr>
          <w:rFonts w:ascii="Times New Roman" w:hAnsi="Times New Roman" w:cs="Times New Roman"/>
        </w:rPr>
        <w:t>ed</w:t>
      </w:r>
      <w:r w:rsidRPr="00613D95">
        <w:rPr>
          <w:rFonts w:ascii="Times New Roman" w:hAnsi="Times New Roman" w:cs="Times New Roman"/>
        </w:rPr>
        <w:t xml:space="preserve"> her television set as trying to "communicate with her by changing and chopping up the lines from different channels."</w:t>
      </w:r>
    </w:p>
    <w:p w14:paraId="0F5C0BFB" w14:textId="77777777" w:rsidR="00613D95" w:rsidRPr="00613D95" w:rsidRDefault="00613D95" w:rsidP="00613D95">
      <w:pPr>
        <w:rPr>
          <w:rFonts w:ascii="Times New Roman" w:hAnsi="Times New Roman" w:cs="Times New Roman"/>
        </w:rPr>
      </w:pPr>
      <w:r w:rsidRPr="00613D95">
        <w:rPr>
          <w:rFonts w:ascii="Times New Roman" w:hAnsi="Times New Roman" w:cs="Times New Roman"/>
        </w:rPr>
        <w:t>Officials suggested “mass hysteria and paranoia induced by mediatic alarmism” may be influencing public perception and causing general anxiety over a non-existent problem.</w:t>
      </w:r>
    </w:p>
    <w:p w14:paraId="5944538E" w14:textId="688E03F8" w:rsidR="00613D95" w:rsidRPr="00613D95" w:rsidRDefault="00613D95" w:rsidP="00613D95">
      <w:pPr>
        <w:rPr>
          <w:rFonts w:ascii="Times New Roman" w:hAnsi="Times New Roman" w:cs="Times New Roman"/>
        </w:rPr>
      </w:pPr>
      <w:r w:rsidRPr="00613D95">
        <w:rPr>
          <w:rFonts w:ascii="Times New Roman" w:hAnsi="Times New Roman" w:cs="Times New Roman"/>
          <w:b/>
          <w:bCs/>
          <w:sz w:val="24"/>
          <w:szCs w:val="24"/>
        </w:rPr>
        <w:t>Factory Mishap Injures Worker</w:t>
      </w:r>
      <w:r w:rsidRPr="00613D95">
        <w:rPr>
          <w:rFonts w:ascii="Times New Roman" w:hAnsi="Times New Roman" w:cs="Times New Roman"/>
        </w:rPr>
        <w:br/>
        <w:t>A 34-year-old man was hospitalized this Thursday after an accident at the Millner Industrial Plant.</w:t>
      </w:r>
      <w:r w:rsidRPr="00613D95">
        <w:rPr>
          <w:rFonts w:ascii="Times New Roman" w:hAnsi="Times New Roman" w:cs="Times New Roman"/>
        </w:rPr>
        <w:br/>
        <w:t>According to coworkers, the employee was operating a hydraulic press when the machine “seized up” and then lurched forward without warning.</w:t>
      </w:r>
      <w:r w:rsidRPr="00613D95">
        <w:rPr>
          <w:rFonts w:ascii="Times New Roman" w:hAnsi="Times New Roman" w:cs="Times New Roman"/>
        </w:rPr>
        <w:br/>
        <w:t>Company representatives declined to comment, though one supervisor suggested the incident may have been related to faulty maintenance rather than equipment failure itself. The injured man remains in stable condition.</w:t>
      </w:r>
    </w:p>
    <w:p w14:paraId="2D465158" w14:textId="77777777" w:rsidR="00613D95" w:rsidRDefault="00613D95" w:rsidP="00613D95">
      <w:pPr>
        <w:rPr>
          <w:rFonts w:ascii="Times New Roman" w:hAnsi="Times New Roman" w:cs="Times New Roman"/>
        </w:rPr>
      </w:pPr>
      <w:r w:rsidRPr="00613D95">
        <w:rPr>
          <w:rFonts w:ascii="Times New Roman" w:hAnsi="Times New Roman" w:cs="Times New Roman"/>
          <w:b/>
          <w:bCs/>
          <w:sz w:val="24"/>
          <w:szCs w:val="24"/>
        </w:rPr>
        <w:t>Break-In at Tacoma Storage Yard</w:t>
      </w:r>
      <w:r w:rsidRPr="00613D95">
        <w:rPr>
          <w:rFonts w:ascii="Times New Roman" w:hAnsi="Times New Roman" w:cs="Times New Roman"/>
        </w:rPr>
        <w:br/>
        <w:t>Police are investigating after a warehouse was forced open late Sunday. Officials declined to comment on what, if anything, was taken. No suspects identified.</w:t>
      </w:r>
    </w:p>
    <w:p w14:paraId="4A216899" w14:textId="61F3F29E" w:rsidR="003D728F" w:rsidRDefault="00613D95" w:rsidP="00613D95">
      <w:pPr>
        <w:rPr>
          <w:rFonts w:ascii="Times New Roman" w:hAnsi="Times New Roman" w:cs="Times New Roman"/>
        </w:rPr>
      </w:pPr>
      <w:r>
        <w:rPr>
          <w:rFonts w:ascii="Times New Roman" w:hAnsi="Times New Roman" w:cs="Times New Roman"/>
        </w:rPr>
        <w:t>----------------------------------------------------------------------------------------------------------------------------</w:t>
      </w:r>
    </w:p>
    <w:p w14:paraId="3B157A50" w14:textId="5FB2746D" w:rsidR="00613D95" w:rsidRPr="00594722" w:rsidRDefault="00613D95" w:rsidP="00613D95">
      <w:r w:rsidRPr="00594722">
        <w:lastRenderedPageBreak/>
        <w:t xml:space="preserve">He </w:t>
      </w:r>
      <w:r w:rsidR="00594722">
        <w:t>tosses the newspaper on</w:t>
      </w:r>
      <w:r w:rsidRPr="00594722">
        <w:t xml:space="preserve"> the kitchen table,</w:t>
      </w:r>
      <w:r w:rsidR="00594722">
        <w:t xml:space="preserve"> walks back to the messy living room and</w:t>
      </w:r>
      <w:r w:rsidRPr="00594722">
        <w:t xml:space="preserve"> throws himself on the couch again. The remote lies face down on the carpet; he snatches it up and presses the rubber buttons, but the TV </w:t>
      </w:r>
      <w:r w:rsidR="00594722">
        <w:t>shows</w:t>
      </w:r>
      <w:r w:rsidRPr="00594722">
        <w:t xml:space="preserve"> no response. He sighs, runs his hand over his face. </w:t>
      </w:r>
    </w:p>
    <w:p w14:paraId="42023377" w14:textId="77777777" w:rsidR="00613D95" w:rsidRPr="00594722" w:rsidRDefault="00613D95" w:rsidP="00613D95">
      <w:r w:rsidRPr="00594722">
        <w:t>Broken.</w:t>
      </w:r>
    </w:p>
    <w:p w14:paraId="697D455A" w14:textId="091CAF6D" w:rsidR="00613D95" w:rsidRPr="00594722" w:rsidRDefault="00613D95" w:rsidP="00613D95">
      <w:r w:rsidRPr="00594722">
        <w:t>He gets up, turn it off in the monitor button and climbs</w:t>
      </w:r>
      <w:r w:rsidR="00594722">
        <w:t xml:space="preserve"> up</w:t>
      </w:r>
      <w:r w:rsidRPr="00594722">
        <w:t xml:space="preserve"> the narrow staircase without touching the sticky railing.</w:t>
      </w:r>
    </w:p>
    <w:p w14:paraId="4C2A9968" w14:textId="77777777" w:rsidR="00594722" w:rsidRPr="00594722" w:rsidRDefault="00613D95" w:rsidP="00594722">
      <w:r w:rsidRPr="00594722">
        <w:t xml:space="preserve">At the top, his bedroom </w:t>
      </w:r>
      <w:r w:rsidR="00594722">
        <w:t xml:space="preserve">white </w:t>
      </w:r>
      <w:r w:rsidRPr="00594722">
        <w:t>door sits half-</w:t>
      </w:r>
      <w:r w:rsidR="00594722">
        <w:t>shut</w:t>
      </w:r>
      <w:r w:rsidRPr="00594722">
        <w:t xml:space="preserve">. Inside, Curtains closed, </w:t>
      </w:r>
      <w:r w:rsidR="00594722">
        <w:t>h</w:t>
      </w:r>
      <w:r w:rsidRPr="00594722">
        <w:t xml:space="preserve">e leaves the thrift-store lamp off as the few intruding sunlight gives enough view, </w:t>
      </w:r>
      <w:r w:rsidR="00594722" w:rsidRPr="00594722">
        <w:t>not much can be seen but the few visible features look frozen in the middle of someone else’s life.</w:t>
      </w:r>
    </w:p>
    <w:p w14:paraId="2B99ACB4" w14:textId="005903B2" w:rsidR="00613D95" w:rsidRPr="00594722" w:rsidRDefault="00594722" w:rsidP="00613D95">
      <w:r>
        <w:t>O</w:t>
      </w:r>
      <w:r w:rsidR="00613D95" w:rsidRPr="00594722">
        <w:t xml:space="preserve">n the wall above his bed hangs a poster of </w:t>
      </w:r>
      <w:r w:rsidR="00613D95" w:rsidRPr="009C108C">
        <w:rPr>
          <w:rFonts w:ascii="Century Gothic" w:hAnsi="Century Gothic"/>
          <w:sz w:val="24"/>
          <w:szCs w:val="24"/>
        </w:rPr>
        <w:t>The Cure</w:t>
      </w:r>
      <w:r w:rsidR="00613D95" w:rsidRPr="00594722">
        <w:t>’s</w:t>
      </w:r>
      <w:r w:rsidR="009E3A2B">
        <w:t xml:space="preserve"> </w:t>
      </w:r>
      <w:r w:rsidR="009E3A2B" w:rsidRPr="009E3A2B">
        <w:t>The Kissing Tour</w:t>
      </w:r>
      <w:r w:rsidR="00613D95" w:rsidRPr="00594722">
        <w:t>, half-peeled.</w:t>
      </w:r>
    </w:p>
    <w:p w14:paraId="41834351" w14:textId="4DFAE950" w:rsidR="00613D95" w:rsidRPr="00594722" w:rsidRDefault="00613D95" w:rsidP="00613D95">
      <w:r w:rsidRPr="00594722">
        <w:t xml:space="preserve">Tucked between the wall and dresser, </w:t>
      </w:r>
      <w:r w:rsidR="00594722">
        <w:t>a row</w:t>
      </w:r>
      <w:r w:rsidRPr="00594722">
        <w:t xml:space="preserve"> of game boxes lean</w:t>
      </w:r>
      <w:r w:rsidR="009E3A2B">
        <w:t>s</w:t>
      </w:r>
      <w:r w:rsidRPr="00594722">
        <w:t xml:space="preserve"> in a higher wavering row, </w:t>
      </w:r>
      <w:r w:rsidRPr="009C108C">
        <w:rPr>
          <w:rFonts w:ascii="Bell MT" w:hAnsi="Bell MT" w:cs="Courier New"/>
        </w:rPr>
        <w:t>R</w:t>
      </w:r>
      <w:r w:rsidR="009C108C" w:rsidRPr="009C108C">
        <w:rPr>
          <w:rFonts w:ascii="Bell MT" w:hAnsi="Bell MT" w:cs="Courier New"/>
        </w:rPr>
        <w:t>OGUE</w:t>
      </w:r>
      <w:r w:rsidRPr="00594722">
        <w:t xml:space="preserve">, </w:t>
      </w:r>
      <w:r w:rsidR="009C108C" w:rsidRPr="009C108C">
        <w:rPr>
          <w:rFonts w:ascii="Arial Rounded MT Bold" w:hAnsi="Arial Rounded MT Bold"/>
        </w:rPr>
        <w:t>t</w:t>
      </w:r>
      <w:r w:rsidRPr="009C108C">
        <w:rPr>
          <w:rFonts w:ascii="Arial Rounded MT Bold" w:hAnsi="Arial Rounded MT Bold"/>
        </w:rPr>
        <w:t xml:space="preserve">he </w:t>
      </w:r>
      <w:r w:rsidR="009C108C" w:rsidRPr="009C108C">
        <w:rPr>
          <w:rFonts w:ascii="Arial Rounded MT Bold" w:hAnsi="Arial Rounded MT Bold"/>
        </w:rPr>
        <w:t>p</w:t>
      </w:r>
      <w:r w:rsidRPr="009C108C">
        <w:rPr>
          <w:rFonts w:ascii="Arial Rounded MT Bold" w:hAnsi="Arial Rounded MT Bold"/>
        </w:rPr>
        <w:t>risoner</w:t>
      </w:r>
      <w:r w:rsidRPr="009C108C">
        <w:rPr>
          <w:rFonts w:ascii="Bahnschrift SemiBold" w:hAnsi="Bahnschrift SemiBold"/>
          <w:i/>
          <w:iCs/>
        </w:rPr>
        <w:t xml:space="preserve"> </w:t>
      </w:r>
      <w:r w:rsidRPr="009C108C">
        <w:t>and</w:t>
      </w:r>
      <w:r w:rsidRPr="00594722">
        <w:t xml:space="preserve"> </w:t>
      </w:r>
      <w:r w:rsidRPr="009E3A2B">
        <w:rPr>
          <w:rFonts w:ascii="Candara" w:hAnsi="Candara"/>
        </w:rPr>
        <w:t>D</w:t>
      </w:r>
      <w:r w:rsidR="009C108C" w:rsidRPr="009E3A2B">
        <w:rPr>
          <w:rFonts w:ascii="Candara" w:hAnsi="Candara"/>
        </w:rPr>
        <w:t>OOFAS</w:t>
      </w:r>
      <w:r w:rsidRPr="00594722">
        <w:t>.</w:t>
      </w:r>
    </w:p>
    <w:p w14:paraId="63BA50AB" w14:textId="093019C3" w:rsidR="00613D95" w:rsidRPr="00594722" w:rsidRDefault="00613D95" w:rsidP="00613D95">
      <w:r w:rsidRPr="00594722">
        <w:t xml:space="preserve">Below it, the dresser is cluttered with stacks of Zip disks in cracked cases, the sharp fonts of cheap Windows shareware compilations in migraine colors, a faded </w:t>
      </w:r>
      <w:r w:rsidRPr="00594722">
        <w:rPr>
          <w:i/>
          <w:iCs/>
        </w:rPr>
        <w:t>Game Shark</w:t>
      </w:r>
      <w:r w:rsidRPr="00594722">
        <w:t xml:space="preserve"> booklet, a translucent gray Game Boy with its batteries corroded, a shoebox stuffed with old cassettes.</w:t>
      </w:r>
    </w:p>
    <w:p w14:paraId="7DB58C94" w14:textId="595CD4F2" w:rsidR="00613D95" w:rsidRPr="00594722" w:rsidRDefault="00613D95" w:rsidP="00613D95">
      <w:r w:rsidRPr="00594722">
        <w:t>A home-taped VHS marked in fading Sharpie</w:t>
      </w:r>
      <w:r w:rsidR="009E3A2B">
        <w:t xml:space="preserve"> and Floppy Disks </w:t>
      </w:r>
      <w:r w:rsidRPr="00594722">
        <w:t>half swallowed by a stack of burned CDs, 500 hours free: America Online trial</w:t>
      </w:r>
      <w:r w:rsidR="009E3A2B">
        <w:t>.</w:t>
      </w:r>
    </w:p>
    <w:p w14:paraId="38DF0F83" w14:textId="123AD0C9" w:rsidR="00613D95" w:rsidRPr="00594722" w:rsidRDefault="00613D95" w:rsidP="00613D95">
      <w:r w:rsidRPr="00594722">
        <w:t>A cluster of photographs</w:t>
      </w:r>
      <w:r w:rsidR="009E3A2B">
        <w:t xml:space="preserve"> pinned </w:t>
      </w:r>
      <w:r w:rsidRPr="00594722">
        <w:t>on the wall: a man barbecuing beside a woman in a plastic lawn chair, a girl too small for the bike she holds upright. Kids in windbreakers clutching greasy paper bags, his own younger self slouched in the middle.</w:t>
      </w:r>
    </w:p>
    <w:p w14:paraId="6062F745" w14:textId="17ABB10A" w:rsidR="00613D95" w:rsidRPr="00594722" w:rsidRDefault="00613D95" w:rsidP="00613D95">
      <w:r w:rsidRPr="00594722">
        <w:t>The bed is unmade, sheets tangled into ropes, a hollow in the mattress. A pile of clothes</w:t>
      </w:r>
      <w:r w:rsidR="00A8794A">
        <w:t xml:space="preserve"> </w:t>
      </w:r>
      <w:r w:rsidR="00A8794A" w:rsidRPr="00A8794A">
        <w:t>agglutinated</w:t>
      </w:r>
      <w:r w:rsidRPr="00594722">
        <w:t xml:space="preserve"> in the corner, some washed, most not, all jumbled into the same defeated heap.</w:t>
      </w:r>
    </w:p>
    <w:p w14:paraId="66B1338E" w14:textId="7A85F752" w:rsidR="00A8794A" w:rsidRDefault="00613D95" w:rsidP="00613D95">
      <w:r w:rsidRPr="00594722">
        <w:t>A guitar case leans unopened under the desk, its surface etched with initials and burns</w:t>
      </w:r>
      <w:r w:rsidR="00A8794A">
        <w:t>, M.S</w:t>
      </w:r>
      <w:r w:rsidRPr="00594722">
        <w:t>.</w:t>
      </w:r>
      <w:r w:rsidR="00A8794A">
        <w:t xml:space="preserve"> </w:t>
      </w:r>
      <w:r w:rsidRPr="00594722">
        <w:t xml:space="preserve">He drops into the chair by </w:t>
      </w:r>
      <w:r w:rsidR="007048E6">
        <w:t>his melamine table</w:t>
      </w:r>
      <w:r w:rsidR="00A8794A">
        <w:t>,</w:t>
      </w:r>
      <w:r w:rsidR="00A8794A" w:rsidRPr="00594722">
        <w:t xml:space="preserve"> </w:t>
      </w:r>
      <w:r w:rsidR="007048E6">
        <w:t>th</w:t>
      </w:r>
      <w:r w:rsidR="007048E6" w:rsidRPr="007048E6">
        <w:t>e beige tower sits squat and boxy, its front panel dotted with stickers, a faded Quake logo, and a crooked barcode from a long-lost warranty. A row of sticky notes clings to the side, scribbled with passwords, codes, and half-legible reminders.</w:t>
      </w:r>
    </w:p>
    <w:p w14:paraId="2E5FB9E8" w14:textId="548B95C1" w:rsidR="00A8794A" w:rsidRDefault="00A8794A" w:rsidP="00613D95">
      <w:r>
        <w:t xml:space="preserve">He </w:t>
      </w:r>
      <w:r w:rsidRPr="00594722">
        <w:t xml:space="preserve">presses the </w:t>
      </w:r>
      <w:r w:rsidR="00E20DCA">
        <w:t>switch, t</w:t>
      </w:r>
      <w:r w:rsidR="00613D95" w:rsidRPr="00594722">
        <w:t xml:space="preserve">he swivel squeals as it turns. </w:t>
      </w:r>
    </w:p>
    <w:p w14:paraId="108E5EDD" w14:textId="51AF792C" w:rsidR="007048E6" w:rsidRDefault="007048E6" w:rsidP="00613D95">
      <w:r w:rsidRPr="007048E6">
        <w:t>The CRT monitor blinks, then flashes white before settling into a soft gray glow. The screen crackles faintly as it warms, the static charge across the glass.</w:t>
      </w:r>
    </w:p>
    <w:p w14:paraId="1BF80F8B" w14:textId="1D3CC890" w:rsidR="00613D95" w:rsidRDefault="00A8794A" w:rsidP="00613D95">
      <w:pPr>
        <w:rPr>
          <w:rFonts w:ascii="Consolas" w:hAnsi="Consolas" w:cs="Courier New"/>
          <w:sz w:val="24"/>
          <w:szCs w:val="24"/>
        </w:rPr>
      </w:pPr>
      <w:r>
        <w:rPr>
          <w:rFonts w:ascii="Consolas" w:hAnsi="Consolas" w:cs="Courier New"/>
          <w:sz w:val="24"/>
          <w:szCs w:val="24"/>
        </w:rPr>
        <w:t xml:space="preserve">             </w:t>
      </w:r>
      <w:r w:rsidR="00756D32">
        <w:rPr>
          <w:rFonts w:ascii="Consolas" w:hAnsi="Consolas" w:cs="Courier New"/>
          <w:sz w:val="24"/>
          <w:szCs w:val="24"/>
        </w:rPr>
        <w:t xml:space="preserve">              </w:t>
      </w:r>
      <w:r w:rsidR="00B94039">
        <w:rPr>
          <w:rFonts w:ascii="Consolas" w:hAnsi="Consolas" w:cs="Courier New"/>
          <w:sz w:val="24"/>
          <w:szCs w:val="24"/>
        </w:rPr>
        <w:t xml:space="preserve">   </w:t>
      </w:r>
      <w:r>
        <w:rPr>
          <w:rFonts w:ascii="Consolas" w:hAnsi="Consolas" w:cs="Courier New"/>
          <w:sz w:val="24"/>
          <w:szCs w:val="24"/>
        </w:rPr>
        <w:t>L</w:t>
      </w:r>
      <w:r w:rsidR="00613D95" w:rsidRPr="00A8794A">
        <w:rPr>
          <w:rFonts w:ascii="Consolas" w:hAnsi="Consolas" w:cs="Courier New"/>
          <w:sz w:val="24"/>
          <w:szCs w:val="24"/>
        </w:rPr>
        <w:t>oading</w:t>
      </w:r>
      <w:r w:rsidRPr="00A8794A">
        <w:rPr>
          <w:rFonts w:ascii="Consolas" w:hAnsi="Consolas" w:cs="Courier New"/>
          <w:sz w:val="24"/>
          <w:szCs w:val="24"/>
        </w:rPr>
        <w:t>…</w:t>
      </w:r>
    </w:p>
    <w:p w14:paraId="21078122" w14:textId="5646AB22" w:rsidR="00A8794A" w:rsidRPr="00A8794A" w:rsidRDefault="00756D32" w:rsidP="00613D95">
      <w:pPr>
        <w:rPr>
          <w:rFonts w:ascii="Consolas" w:hAnsi="Consolas" w:cs="Courier New"/>
          <w:sz w:val="20"/>
          <w:szCs w:val="20"/>
        </w:rPr>
      </w:pPr>
      <w:r>
        <w:rPr>
          <w:rFonts w:ascii="Consolas" w:hAnsi="Consolas" w:cs="Courier New"/>
          <w:sz w:val="20"/>
          <w:szCs w:val="20"/>
        </w:rPr>
        <w:t xml:space="preserve">                 </w:t>
      </w:r>
      <w:r w:rsidR="00B94039">
        <w:rPr>
          <w:rFonts w:ascii="Consolas" w:hAnsi="Consolas" w:cs="Courier New"/>
          <w:sz w:val="20"/>
          <w:szCs w:val="20"/>
        </w:rPr>
        <w:t xml:space="preserve">  </w:t>
      </w:r>
      <w:r>
        <w:rPr>
          <w:rFonts w:ascii="Consolas" w:hAnsi="Consolas" w:cs="Courier New"/>
          <w:sz w:val="20"/>
          <w:szCs w:val="20"/>
        </w:rPr>
        <w:t xml:space="preserve"> </w:t>
      </w:r>
      <w:r w:rsidR="00A8794A" w:rsidRPr="00A8794A">
        <w:rPr>
          <w:rFonts w:ascii="Consolas" w:hAnsi="Consolas" w:cs="Courier New"/>
          <w:sz w:val="20"/>
          <w:szCs w:val="20"/>
        </w:rPr>
        <w:t>███</w:t>
      </w:r>
      <w:r w:rsidR="00A8794A" w:rsidRPr="00A8794A">
        <w:rPr>
          <w:rFonts w:ascii="Times New Roman" w:hAnsi="Times New Roman" w:cs="Times New Roman"/>
          <w:color w:val="FFFFFF"/>
          <w:sz w:val="20"/>
          <w:szCs w:val="20"/>
          <w:shd w:val="clear" w:color="auto" w:fill="323232"/>
        </w:rPr>
        <w:t xml:space="preserve"> </w:t>
      </w:r>
      <w:r w:rsidR="00A8794A" w:rsidRPr="00A8794A">
        <w:rPr>
          <w:rFonts w:ascii="Consolas" w:hAnsi="Consolas" w:cs="Courier New"/>
          <w:sz w:val="20"/>
          <w:szCs w:val="20"/>
        </w:rPr>
        <w:t>███</w:t>
      </w:r>
      <w:r w:rsidR="00A8794A" w:rsidRPr="00A8794A">
        <w:rPr>
          <w:rFonts w:ascii="Times New Roman" w:hAnsi="Times New Roman" w:cs="Times New Roman"/>
          <w:color w:val="FFFFFF"/>
          <w:sz w:val="20"/>
          <w:szCs w:val="20"/>
          <w:shd w:val="clear" w:color="auto" w:fill="323232"/>
        </w:rPr>
        <w:t xml:space="preserve"> </w:t>
      </w:r>
      <w:r w:rsidR="00A8794A" w:rsidRPr="00A8794A">
        <w:rPr>
          <w:rFonts w:ascii="Consolas" w:hAnsi="Consolas" w:cs="Courier New"/>
          <w:sz w:val="20"/>
          <w:szCs w:val="20"/>
        </w:rPr>
        <w:t>███</w:t>
      </w:r>
      <w:r w:rsidR="00A8794A" w:rsidRPr="00A8794A">
        <w:rPr>
          <w:rFonts w:ascii="Times New Roman" w:hAnsi="Times New Roman" w:cs="Times New Roman"/>
          <w:color w:val="FFFFFF"/>
          <w:sz w:val="20"/>
          <w:szCs w:val="20"/>
          <w:shd w:val="clear" w:color="auto" w:fill="323232"/>
        </w:rPr>
        <w:t xml:space="preserve"> </w:t>
      </w:r>
      <w:r w:rsidR="00A8794A" w:rsidRPr="00A8794A">
        <w:rPr>
          <w:rFonts w:ascii="Consolas" w:hAnsi="Consolas" w:cs="Courier New"/>
          <w:sz w:val="20"/>
          <w:szCs w:val="20"/>
        </w:rPr>
        <w:t>███▒▒▒▒▒▒▒▒▒▒▒▒▒▒▒▒▒▒▒▒▒▒▒▒▒▒▒▒</w:t>
      </w:r>
    </w:p>
    <w:p w14:paraId="766F421C" w14:textId="77777777" w:rsidR="00613D95" w:rsidRDefault="00613D95" w:rsidP="00613D95">
      <w:pPr>
        <w:rPr>
          <w:rFonts w:cs="Times New Roman"/>
        </w:rPr>
      </w:pPr>
    </w:p>
    <w:p w14:paraId="0015B9D1" w14:textId="77777777" w:rsidR="00DF2B0B" w:rsidRDefault="00DF2B0B" w:rsidP="004F5F7D">
      <w:pPr>
        <w:rPr>
          <w:rFonts w:cs="Times New Roman"/>
        </w:rPr>
      </w:pPr>
    </w:p>
    <w:p w14:paraId="355DAC59" w14:textId="5C8646C3" w:rsidR="004F5F7D" w:rsidRPr="00DF2B0B" w:rsidRDefault="00DF2B0B" w:rsidP="004F5F7D">
      <w:r>
        <w:rPr>
          <w:rFonts w:cs="Times New Roman"/>
        </w:rPr>
        <w:lastRenderedPageBreak/>
        <w:t xml:space="preserve"> </w:t>
      </w:r>
      <w:r w:rsidR="004F5F7D" w:rsidRPr="00DF2B0B">
        <w:t>He enters his profile, a stretched JPEG as a wallpaper.</w:t>
      </w:r>
    </w:p>
    <w:p w14:paraId="65A9970A" w14:textId="1DB2301E" w:rsidR="004F5F7D" w:rsidRPr="00DF2B0B" w:rsidRDefault="004F5F7D" w:rsidP="004F5F7D">
      <w:r w:rsidRPr="00DF2B0B">
        <w:t>Shortcuts sprawl across the scree</w:t>
      </w:r>
      <w:r w:rsidR="009A44B2">
        <w:t>n,</w:t>
      </w:r>
      <w:r w:rsidRPr="00DF2B0B">
        <w:t xml:space="preserve"> </w:t>
      </w:r>
      <w:r w:rsidR="009A44B2">
        <w:t>a</w:t>
      </w:r>
      <w:r w:rsidRPr="00DF2B0B">
        <w:t xml:space="preserve"> </w:t>
      </w:r>
      <w:proofErr w:type="spellStart"/>
      <w:r w:rsidRPr="00DF2B0B">
        <w:t>WinAmp</w:t>
      </w:r>
      <w:proofErr w:type="spellEnd"/>
      <w:r w:rsidRPr="00DF2B0B">
        <w:t xml:space="preserve"> window pops up, skinned in neon green buttons on black chrome, the song list littered with filenames “track01.mp3” and “</w:t>
      </w:r>
      <w:proofErr w:type="spellStart"/>
      <w:r w:rsidRPr="00DF2B0B">
        <w:t>smilex_finalmix</w:t>
      </w:r>
      <w:proofErr w:type="spellEnd"/>
      <w:r w:rsidRPr="00DF2B0B">
        <w:t>.”</w:t>
      </w:r>
    </w:p>
    <w:p w14:paraId="36144A21" w14:textId="3B5CF6F6" w:rsidR="004F5F7D" w:rsidRPr="00DF2B0B" w:rsidRDefault="004F5F7D" w:rsidP="004F5F7D">
      <w:r w:rsidRPr="00DF2B0B">
        <w:t>He double-clicks the blue “</w:t>
      </w:r>
      <w:r w:rsidRPr="009A44B2">
        <w:rPr>
          <w:sz w:val="28"/>
          <w:szCs w:val="28"/>
        </w:rPr>
        <w:t>e</w:t>
      </w:r>
      <w:r w:rsidRPr="00DF2B0B">
        <w:t>” icon in the taskbar</w:t>
      </w:r>
      <w:r w:rsidR="009A44B2">
        <w:t>,</w:t>
      </w:r>
      <w:r w:rsidRPr="00DF2B0B">
        <w:t xml:space="preserve"> </w:t>
      </w:r>
      <w:r w:rsidR="009A44B2">
        <w:t>t</w:t>
      </w:r>
      <w:r w:rsidRPr="00DF2B0B">
        <w:t>he browser window blooms in pale gray, status bar creeping forward, pausing, jumping again.</w:t>
      </w:r>
    </w:p>
    <w:p w14:paraId="436C9241" w14:textId="50B8C455" w:rsidR="004F5F7D" w:rsidRPr="00DF2B0B" w:rsidRDefault="004F5F7D" w:rsidP="004F5F7D">
      <w:r w:rsidRPr="00DF2B0B">
        <w:t xml:space="preserve">He types </w:t>
      </w:r>
      <w:r w:rsidR="009A44B2">
        <w:t>“</w:t>
      </w:r>
      <w:r w:rsidRPr="009A44B2">
        <w:t>remote control</w:t>
      </w:r>
      <w:r w:rsidR="009A44B2">
        <w:rPr>
          <w:i/>
          <w:iCs/>
        </w:rPr>
        <w:t>”</w:t>
      </w:r>
      <w:r w:rsidRPr="00DF2B0B">
        <w:t xml:space="preserve"> into the search bar. The dial-up hiss is gone, replaced by silence. On the screen the cursor blinks, the browser wheezes its way into </w:t>
      </w:r>
      <w:r w:rsidRPr="009A44B2">
        <w:rPr>
          <w:rFonts w:ascii="Sans Serif Collection" w:hAnsi="Sans Serif Collection" w:cs="Sans Serif Collection"/>
          <w:b/>
          <w:bCs/>
          <w:sz w:val="24"/>
          <w:szCs w:val="24"/>
        </w:rPr>
        <w:t>Craigslist.com</w:t>
      </w:r>
    </w:p>
    <w:p w14:paraId="52725490" w14:textId="63797400" w:rsidR="004F5F7D" w:rsidRPr="00DF2B0B" w:rsidRDefault="004F5F7D" w:rsidP="004F5F7D">
      <w:r w:rsidRPr="00DF2B0B">
        <w:t xml:space="preserve">A flat page: washed-out white background, gray-blue links stacked in rigid columns, </w:t>
      </w:r>
      <w:r w:rsidR="009A44B2">
        <w:t>c</w:t>
      </w:r>
      <w:r w:rsidRPr="00DF2B0B">
        <w:t>ategories shuffle slightly as he scrolls, each click lagging by half a second.</w:t>
      </w:r>
      <w:r w:rsidR="009A44B2">
        <w:t xml:space="preserve"> </w:t>
      </w:r>
      <w:r w:rsidRPr="00DF2B0B">
        <w:t>Gray text on a washed-out white page. Nothing but lists of links stacked like an endless phone book, categories shifting as he scrolls. Raw text that feels closer to a directory than a marketplace</w:t>
      </w:r>
      <w:r w:rsidR="009A44B2">
        <w:t>,</w:t>
      </w:r>
      <w:r w:rsidRPr="00DF2B0B">
        <w:t xml:space="preserve"> </w:t>
      </w:r>
      <w:r w:rsidR="009A44B2">
        <w:t>b</w:t>
      </w:r>
      <w:r w:rsidRPr="00DF2B0B">
        <w:t>lurry photographs of remote controls, beige on beige, or slumped against stained carpet</w:t>
      </w:r>
      <w:r w:rsidR="009A44B2">
        <w:t>s</w:t>
      </w:r>
      <w:r w:rsidRPr="00DF2B0B">
        <w:t xml:space="preserve">. One image shows the remote alone on a scratched table, other ad lists three remotes lumped together, caption stuttering in broken grammar: </w:t>
      </w:r>
      <w:r w:rsidR="009A44B2">
        <w:t>“</w:t>
      </w:r>
      <w:r w:rsidRPr="009A44B2">
        <w:t xml:space="preserve">all work, no </w:t>
      </w:r>
      <w:proofErr w:type="spellStart"/>
      <w:r w:rsidRPr="009A44B2">
        <w:t>refound</w:t>
      </w:r>
      <w:proofErr w:type="spellEnd"/>
      <w:r w:rsidRPr="00DF2B0B">
        <w:t>.</w:t>
      </w:r>
      <w:r w:rsidR="009A44B2">
        <w:t>”</w:t>
      </w:r>
    </w:p>
    <w:p w14:paraId="0722F620" w14:textId="77777777" w:rsidR="004F5F7D" w:rsidRPr="00DF2B0B" w:rsidRDefault="004F5F7D" w:rsidP="004F5F7D">
      <w:r w:rsidRPr="00DF2B0B">
        <w:t>He keeps scrolling, half out of boredom, half to keep from sinking back into the bed’s hollow. The cursor stutters, leaving faint ghosts as it drags down the endless list.</w:t>
      </w:r>
    </w:p>
    <w:p w14:paraId="6348ECFC" w14:textId="6BBCED9A" w:rsidR="004F5F7D" w:rsidRPr="00DF2B0B" w:rsidRDefault="004F5F7D" w:rsidP="004F5F7D">
      <w:r w:rsidRPr="00DF2B0B">
        <w:t xml:space="preserve">Then a line catches his eye. An awkward snapshot of a </w:t>
      </w:r>
      <w:r w:rsidR="009A44B2">
        <w:t xml:space="preserve">faded </w:t>
      </w:r>
      <w:r w:rsidRPr="00DF2B0B">
        <w:t xml:space="preserve">monotonous blue building facade, red letters above in </w:t>
      </w:r>
      <w:proofErr w:type="gramStart"/>
      <w:r w:rsidRPr="00DF2B0B">
        <w:t>an</w:t>
      </w:r>
      <w:proofErr w:type="gramEnd"/>
      <w:r w:rsidRPr="00DF2B0B">
        <w:t xml:space="preserve"> </w:t>
      </w:r>
      <w:proofErr w:type="gramStart"/>
      <w:r w:rsidRPr="00DF2B0B">
        <w:t xml:space="preserve">bolted </w:t>
      </w:r>
      <w:r w:rsidR="009A44B2">
        <w:t xml:space="preserve"> white</w:t>
      </w:r>
      <w:proofErr w:type="gramEnd"/>
      <w:r w:rsidR="009A44B2">
        <w:t xml:space="preserve"> </w:t>
      </w:r>
      <w:r w:rsidRPr="00DF2B0B">
        <w:t>rectangle, he clicks it:</w:t>
      </w:r>
    </w:p>
    <w:p w14:paraId="7FB864B2" w14:textId="77777777" w:rsidR="004F5F7D" w:rsidRPr="00DF2B0B" w:rsidRDefault="004F5F7D" w:rsidP="004F5F7D">
      <w:r w:rsidRPr="00DF2B0B">
        <w:t>The photo leans slightly to the left, as if whoever took it didn’t bother straightening the camera, one car in the parking lot.</w:t>
      </w:r>
    </w:p>
    <w:p w14:paraId="5FFC091B" w14:textId="77777777" w:rsidR="004F5F7D" w:rsidRPr="00DF2B0B" w:rsidRDefault="004F5F7D" w:rsidP="004F5F7D">
      <w:r w:rsidRPr="00DF2B0B">
        <w:t>The text beneath it is short, almost desperate, it’s a job ad:</w:t>
      </w:r>
    </w:p>
    <w:p w14:paraId="62F6482B" w14:textId="77777777" w:rsidR="004F5F7D" w:rsidRPr="00DF2B0B" w:rsidRDefault="004F5F7D" w:rsidP="004F5F7D">
      <w:r w:rsidRPr="00DF2B0B">
        <w:rPr>
          <w:b/>
          <w:bCs/>
        </w:rPr>
        <w:t>Near you</w:t>
      </w:r>
      <w:r w:rsidRPr="00DF2B0B">
        <w:br/>
        <w:t>Freddy’s Pizza – Now Hiring</w:t>
      </w:r>
      <w:r w:rsidRPr="00DF2B0B">
        <w:br/>
        <w:t>Night Security Guard. Midnight – 6am.</w:t>
      </w:r>
      <w:r w:rsidRPr="00DF2B0B">
        <w:br/>
        <w:t>Duties: Monitor cameras. Ensure safety of property/equipment.</w:t>
      </w:r>
      <w:r w:rsidRPr="00DF2B0B">
        <w:br/>
        <w:t>Compensation: $120 weekly.</w:t>
      </w:r>
      <w:r w:rsidRPr="00DF2B0B">
        <w:br/>
        <w:t>Contact: faz@fazbear.com</w:t>
      </w:r>
    </w:p>
    <w:p w14:paraId="35C3D070" w14:textId="77777777" w:rsidR="00D428E1" w:rsidRDefault="00D428E1" w:rsidP="004F5F7D"/>
    <w:p w14:paraId="1D3B8106" w14:textId="21E05258" w:rsidR="004F5F7D" w:rsidRPr="00DF2B0B" w:rsidRDefault="004F5F7D" w:rsidP="004F5F7D">
      <w:r w:rsidRPr="00DF2B0B">
        <w:t>He stares at it for a moment, then clicks the contact without much thought. His email client opens in a new tab, the interface all sharp boxes and dull blue hyperlinks, he exhales through his nose, fingers hesitating over the keyboard before he starts typing.</w:t>
      </w:r>
    </w:p>
    <w:p w14:paraId="0ED19022" w14:textId="77777777" w:rsidR="004F5F7D" w:rsidRPr="00DF2B0B" w:rsidRDefault="004F5F7D" w:rsidP="004F5F7D">
      <w:pPr>
        <w:rPr>
          <w:i/>
          <w:iCs/>
        </w:rPr>
      </w:pPr>
      <w:r w:rsidRPr="00DF2B0B">
        <w:rPr>
          <w:i/>
          <w:iCs/>
        </w:rPr>
        <w:t xml:space="preserve">Regarding security guard position. I’d like to </w:t>
      </w:r>
      <w:proofErr w:type="gramStart"/>
      <w:r w:rsidRPr="00DF2B0B">
        <w:rPr>
          <w:i/>
          <w:iCs/>
        </w:rPr>
        <w:t>apply,</w:t>
      </w:r>
      <w:proofErr w:type="gramEnd"/>
      <w:r w:rsidRPr="00DF2B0B">
        <w:rPr>
          <w:i/>
          <w:iCs/>
        </w:rPr>
        <w:t xml:space="preserve"> my name is Mike Schmidt…</w:t>
      </w:r>
    </w:p>
    <w:p w14:paraId="2A6BE2B2" w14:textId="4BF07C3B" w:rsidR="00756D32" w:rsidRPr="00756D32" w:rsidRDefault="00756D32" w:rsidP="00756D32">
      <w:pPr>
        <w:rPr>
          <w:i/>
          <w:iCs/>
        </w:rPr>
      </w:pPr>
      <w:r w:rsidRPr="00756D32">
        <w:lastRenderedPageBreak/>
        <w:t xml:space="preserve">He hits </w:t>
      </w:r>
      <w:r w:rsidRPr="00756D32">
        <w:rPr>
          <w:rFonts w:ascii="Consolas" w:hAnsi="Consolas" w:cs="Sans Serif Collection"/>
        </w:rPr>
        <w:t>send</w:t>
      </w:r>
      <w:r w:rsidRPr="00756D32">
        <w:t xml:space="preserve"> after finishing it and doesn’t think twice. The email leaves his outbox with the faint hiss of the modem, and just like that it’s gone, he can now contemplate his inbox, a graveyard of past rejections: subject lines repeating </w:t>
      </w:r>
      <w:r w:rsidRPr="00756D32">
        <w:rPr>
          <w:i/>
          <w:iCs/>
        </w:rPr>
        <w:t>“Thank you for applying</w:t>
      </w:r>
      <w:proofErr w:type="gramStart"/>
      <w:r w:rsidRPr="00756D32">
        <w:rPr>
          <w:i/>
          <w:iCs/>
        </w:rPr>
        <w:t>”</w:t>
      </w:r>
      <w:r>
        <w:rPr>
          <w:i/>
          <w:iCs/>
        </w:rPr>
        <w:t>,</w:t>
      </w:r>
      <w:r w:rsidRPr="00756D32">
        <w:t xml:space="preserve">  </w:t>
      </w:r>
      <w:r w:rsidRPr="00756D32">
        <w:rPr>
          <w:i/>
          <w:iCs/>
        </w:rPr>
        <w:t>“</w:t>
      </w:r>
      <w:proofErr w:type="gramEnd"/>
      <w:r w:rsidRPr="00756D32">
        <w:rPr>
          <w:i/>
          <w:iCs/>
        </w:rPr>
        <w:t>We regret to inform you”</w:t>
      </w:r>
      <w:r w:rsidRPr="00756D32">
        <w:t xml:space="preserve"> in polite corporate fonts.</w:t>
      </w:r>
    </w:p>
    <w:p w14:paraId="07E487A1" w14:textId="77777777" w:rsidR="00756D32" w:rsidRPr="00756D32" w:rsidRDefault="00756D32" w:rsidP="00756D32">
      <w:pPr>
        <w:rPr>
          <w:i/>
          <w:iCs/>
        </w:rPr>
      </w:pPr>
      <w:r w:rsidRPr="00756D32">
        <w:t xml:space="preserve">The most recent ones: </w:t>
      </w:r>
      <w:r w:rsidRPr="00756D32">
        <w:rPr>
          <w:b/>
          <w:bCs/>
        </w:rPr>
        <w:t>cashier, sack boy, warehouse</w:t>
      </w:r>
      <w:r w:rsidRPr="00756D32">
        <w:t xml:space="preserve"> assistant. Each one short, clipped, cold enough to feel automated. Not even worth replying to.</w:t>
      </w:r>
    </w:p>
    <w:p w14:paraId="6533F178" w14:textId="77777777" w:rsidR="00756D32" w:rsidRPr="00756D32" w:rsidRDefault="00756D32" w:rsidP="00756D32">
      <w:r w:rsidRPr="00756D32">
        <w:t>No expectation. He’s been rejected enough times to know how this usually plays out.</w:t>
      </w:r>
    </w:p>
    <w:p w14:paraId="2A6422CE" w14:textId="5AA4ED0B" w:rsidR="00756D32" w:rsidRPr="00756D32" w:rsidRDefault="00756D32" w:rsidP="00756D32">
      <w:r w:rsidRPr="00756D32">
        <w:t xml:space="preserve">The browser window lingers open, Craigslist staring back with washed-out columns. He scrolls again, scanning </w:t>
      </w:r>
      <w:r>
        <w:t>through</w:t>
      </w:r>
      <w:r w:rsidRPr="00756D32">
        <w:t xml:space="preserve"> </w:t>
      </w:r>
      <w:r>
        <w:t xml:space="preserve">the </w:t>
      </w:r>
      <w:r w:rsidRPr="00756D32">
        <w:t>ads. A few clicks later, he’s in the tangle of classifieds</w:t>
      </w:r>
      <w:r>
        <w:t xml:space="preserve">, a </w:t>
      </w:r>
      <w:r w:rsidRPr="00756D32">
        <w:t xml:space="preserve">VHS tape is listed </w:t>
      </w:r>
      <w:r w:rsidRPr="00756D32">
        <w:rPr>
          <w:rFonts w:ascii="Sans Serif Collection" w:hAnsi="Sans Serif Collection" w:cs="Sans Serif Collection"/>
          <w:b/>
          <w:bCs/>
        </w:rPr>
        <w:t>DIE HARD 4</w:t>
      </w:r>
      <w:r w:rsidRPr="00756D32">
        <w:rPr>
          <w:rFonts w:ascii="Sans Serif Collection" w:hAnsi="Sans Serif Collection" w:cs="Sans Serif Collection"/>
        </w:rPr>
        <w:t>: BRUCE WYLLIS — SCREENER COPY — $45</w:t>
      </w:r>
      <w:r w:rsidRPr="00756D32">
        <w:rPr>
          <w:i/>
          <w:iCs/>
        </w:rPr>
        <w:t>.</w:t>
      </w:r>
      <w:r w:rsidRPr="00756D32">
        <w:t xml:space="preserve"> </w:t>
      </w:r>
    </w:p>
    <w:p w14:paraId="5E97F082" w14:textId="6388BF21" w:rsidR="00756D32" w:rsidRPr="00756D32" w:rsidRDefault="00756D32" w:rsidP="00756D32">
      <w:r w:rsidRPr="00756D32">
        <w:t xml:space="preserve">He clicks away to a thread linked </w:t>
      </w:r>
      <w:r>
        <w:t xml:space="preserve">in </w:t>
      </w:r>
      <w:r w:rsidRPr="00756D32">
        <w:t>the bottom, a bulletin board tangled in avatars and old signatures.</w:t>
      </w:r>
    </w:p>
    <w:p w14:paraId="05F2837F" w14:textId="5BA0E03E" w:rsidR="00756D32" w:rsidRPr="00756D32" w:rsidRDefault="00756D32" w:rsidP="00756D32">
      <w:pPr>
        <w:rPr>
          <w:i/>
          <w:iCs/>
        </w:rPr>
      </w:pPr>
      <w:r>
        <w:rPr>
          <w:i/>
          <w:iCs/>
        </w:rPr>
        <w:t>“</w:t>
      </w:r>
      <w:r w:rsidRPr="00756D32">
        <w:rPr>
          <w:rFonts w:ascii="Consolas" w:hAnsi="Consolas"/>
          <w:sz w:val="20"/>
          <w:szCs w:val="20"/>
        </w:rPr>
        <w:t>don’t trust any VHS case w the green sticker. my whole deck died after one burn. seller in Ohio won’t answer now &gt;:(</w:t>
      </w:r>
      <w:r>
        <w:rPr>
          <w:i/>
          <w:iCs/>
        </w:rPr>
        <w:t xml:space="preserve"> “</w:t>
      </w:r>
    </w:p>
    <w:p w14:paraId="43AB5190" w14:textId="77777777" w:rsidR="00756D32" w:rsidRPr="00756D32" w:rsidRDefault="00756D32" w:rsidP="00756D32">
      <w:r w:rsidRPr="00756D32">
        <w:t>He closes the ad, back to home page.</w:t>
      </w:r>
    </w:p>
    <w:p w14:paraId="1E64E485" w14:textId="77777777" w:rsidR="00756D32" w:rsidRPr="00756D32" w:rsidRDefault="00756D32" w:rsidP="00756D32">
      <w:r w:rsidRPr="00756D32">
        <w:t>SELL: Compton’s Multimedia Encyclopedia, complete knowledge, 12 discs.</w:t>
      </w:r>
    </w:p>
    <w:p w14:paraId="1F9F88AD" w14:textId="77777777" w:rsidR="00756D32" w:rsidRPr="00756D32" w:rsidRDefault="00756D32" w:rsidP="00756D32">
      <w:r w:rsidRPr="00756D32">
        <w:t>SELL: Wi-Fi signal booster — pocket-sized. No batteries needed. Works anywhere. $25.</w:t>
      </w:r>
    </w:p>
    <w:p w14:paraId="67139724" w14:textId="77777777" w:rsidR="00756D32" w:rsidRDefault="00756D32" w:rsidP="00756D32">
      <w:r w:rsidRPr="00756D32">
        <w:t xml:space="preserve">Another thread shouts in block letters: </w:t>
      </w:r>
      <w:r w:rsidRPr="00756D32">
        <w:rPr>
          <w:i/>
          <w:iCs/>
        </w:rPr>
        <w:t>SCAMMER ALERT.</w:t>
      </w:r>
      <w:r w:rsidRPr="00756D32">
        <w:t xml:space="preserve"> last year the same seller promised “pre-modded” PlayStations, shipped out boxes of rocks wrapped in Blockbuster bags instead.</w:t>
      </w:r>
    </w:p>
    <w:p w14:paraId="464B1DD4" w14:textId="6159B5D3" w:rsidR="00756D32" w:rsidRPr="00756D32" w:rsidRDefault="00756D32" w:rsidP="00756D32">
      <w:r w:rsidRPr="00756D32">
        <w:t xml:space="preserve"> </w:t>
      </w:r>
      <w:r>
        <w:t>“</w:t>
      </w:r>
      <w:proofErr w:type="gramStart"/>
      <w:r w:rsidRPr="00756D32">
        <w:rPr>
          <w:rFonts w:ascii="Consolas" w:hAnsi="Consolas"/>
          <w:i/>
          <w:iCs/>
          <w:sz w:val="20"/>
          <w:szCs w:val="20"/>
        </w:rPr>
        <w:t>this</w:t>
      </w:r>
      <w:proofErr w:type="gramEnd"/>
      <w:r w:rsidRPr="00756D32">
        <w:rPr>
          <w:rFonts w:ascii="Consolas" w:hAnsi="Consolas"/>
          <w:i/>
          <w:iCs/>
          <w:sz w:val="20"/>
          <w:szCs w:val="20"/>
        </w:rPr>
        <w:t xml:space="preserve"> guy’s back w/ VCRs. if the ad says “works great just don’t open it,” do not bite it!!! -_-‘</w:t>
      </w:r>
      <w:r>
        <w:rPr>
          <w:i/>
          <w:iCs/>
        </w:rPr>
        <w:t>”</w:t>
      </w:r>
    </w:p>
    <w:p w14:paraId="781787C9" w14:textId="77777777" w:rsidR="00756D32" w:rsidRDefault="00756D32" w:rsidP="00756D32">
      <w:pPr>
        <w:rPr>
          <w:i/>
          <w:iCs/>
        </w:rPr>
      </w:pPr>
      <w:r w:rsidRPr="00756D32">
        <w:t>He scrolls faster, eyes grazing the words without</w:t>
      </w:r>
      <w:r>
        <w:t xml:space="preserve"> any</w:t>
      </w:r>
      <w:r w:rsidRPr="00756D32">
        <w:t xml:space="preserve"> mean to hold them</w:t>
      </w:r>
      <w:r>
        <w:t xml:space="preserve"> minimally</w:t>
      </w:r>
      <w:r w:rsidRPr="00756D32">
        <w:t xml:space="preserve">, until another stray comment catches: </w:t>
      </w:r>
      <w:r w:rsidRPr="00756D32">
        <w:rPr>
          <w:i/>
          <w:iCs/>
        </w:rPr>
        <w:t xml:space="preserve">anyone else get that “data entry from home” </w:t>
      </w:r>
    </w:p>
    <w:p w14:paraId="4AC424B5" w14:textId="401700A0" w:rsidR="00756D32" w:rsidRPr="00756D32" w:rsidRDefault="00756D32" w:rsidP="00756D32">
      <w:r>
        <w:rPr>
          <w:i/>
          <w:iCs/>
        </w:rPr>
        <w:t>“</w:t>
      </w:r>
      <w:proofErr w:type="gramStart"/>
      <w:r w:rsidRPr="00756D32">
        <w:rPr>
          <w:rFonts w:ascii="Consolas" w:hAnsi="Consolas"/>
          <w:i/>
          <w:iCs/>
          <w:sz w:val="20"/>
          <w:szCs w:val="20"/>
        </w:rPr>
        <w:t>offer</w:t>
      </w:r>
      <w:proofErr w:type="gramEnd"/>
      <w:r w:rsidRPr="00756D32">
        <w:rPr>
          <w:rFonts w:ascii="Consolas" w:hAnsi="Consolas"/>
          <w:i/>
          <w:iCs/>
          <w:sz w:val="20"/>
          <w:szCs w:val="20"/>
        </w:rPr>
        <w:t>? sent my info, got a blank CD in the mail. don’t open it, it bricked my tower</w:t>
      </w:r>
      <w:r w:rsidRPr="00756D32">
        <w:rPr>
          <w:i/>
          <w:iCs/>
        </w:rPr>
        <w:t>.</w:t>
      </w:r>
      <w:r>
        <w:rPr>
          <w:i/>
          <w:iCs/>
        </w:rPr>
        <w:t>”</w:t>
      </w:r>
    </w:p>
    <w:p w14:paraId="7E94739D" w14:textId="6602A4F7" w:rsidR="0078084D" w:rsidRPr="00756D32" w:rsidRDefault="00756D32" w:rsidP="00756D32">
      <w:r w:rsidRPr="00756D32">
        <w:t xml:space="preserve">The threads keep stacking, flickering timestamps, pages loading like phonebook entries. His eyes </w:t>
      </w:r>
      <w:proofErr w:type="gramStart"/>
      <w:r w:rsidR="0078084D">
        <w:t>begins</w:t>
      </w:r>
      <w:proofErr w:type="gramEnd"/>
      <w:r w:rsidR="0078084D">
        <w:t xml:space="preserve"> to </w:t>
      </w:r>
      <w:r w:rsidRPr="00756D32">
        <w:t>ache</w:t>
      </w:r>
      <w:r w:rsidR="0078084D">
        <w:t>, he rubs them</w:t>
      </w:r>
      <w:r w:rsidRPr="00756D32">
        <w:t xml:space="preserve">. The computer hums on, struggling, faint warmth gathering behind the monitor. The tower rattles every few seconds, as if something inside it is loose. His finger hovers near the power </w:t>
      </w:r>
      <w:r w:rsidR="0078084D">
        <w:t>switch.</w:t>
      </w:r>
    </w:p>
    <w:p w14:paraId="41188DBF" w14:textId="77777777" w:rsidR="0078084D" w:rsidRDefault="00756D32" w:rsidP="0078084D">
      <w:r>
        <w:t>But t</w:t>
      </w:r>
      <w:r w:rsidRPr="00756D32">
        <w:t xml:space="preserve">he </w:t>
      </w:r>
      <w:r>
        <w:t xml:space="preserve">blue </w:t>
      </w:r>
      <w:r w:rsidRPr="00756D32">
        <w:t>inbox icon blinks.</w:t>
      </w:r>
      <w:r w:rsidR="0078084D">
        <w:t xml:space="preserve"> </w:t>
      </w:r>
    </w:p>
    <w:p w14:paraId="72860919" w14:textId="0346758E" w:rsidR="0078084D" w:rsidRDefault="00756D32" w:rsidP="0078084D">
      <w:r w:rsidRPr="00756D32">
        <w:t xml:space="preserve">He clicks without thinking, expecting another spam notification, </w:t>
      </w:r>
      <w:r w:rsidR="0078084D">
        <w:t xml:space="preserve">or </w:t>
      </w:r>
      <w:r w:rsidRPr="00756D32">
        <w:t>another “special offer.”</w:t>
      </w:r>
    </w:p>
    <w:p w14:paraId="2B31844E" w14:textId="77777777" w:rsidR="0078084D" w:rsidRDefault="0078084D" w:rsidP="0078084D">
      <w:pPr>
        <w:rPr>
          <w:rFonts w:cstheme="majorHAnsi"/>
        </w:rPr>
      </w:pPr>
      <w:r w:rsidRPr="0078084D">
        <w:rPr>
          <w:rFonts w:cstheme="majorHAnsi"/>
        </w:rPr>
        <w:lastRenderedPageBreak/>
        <w:t xml:space="preserve">Instead, the screen lags—gray fields stuttering into place, the cursor freezing, unfreezing. </w:t>
      </w:r>
    </w:p>
    <w:p w14:paraId="3DCDB5B9" w14:textId="60EDFD3D" w:rsidR="0078084D" w:rsidRPr="0078084D" w:rsidRDefault="0078084D" w:rsidP="0078084D">
      <w:r w:rsidRPr="0078084D">
        <w:rPr>
          <w:rFonts w:cstheme="majorHAnsi"/>
        </w:rPr>
        <w:t>For a second he thinks the tower has locked up for good, fan grinding louder, case rattling choking on the load. Then the inbox redraws itself in washed-out blue and white, a single new line at the top.</w:t>
      </w:r>
    </w:p>
    <w:p w14:paraId="39199C7A" w14:textId="1D9211AA" w:rsidR="0078084D" w:rsidRPr="0078084D" w:rsidRDefault="0078084D" w:rsidP="0078084D">
      <w:pPr>
        <w:rPr>
          <w:rFonts w:cstheme="majorHAnsi"/>
        </w:rPr>
      </w:pPr>
      <w:r w:rsidRPr="0078084D">
        <w:rPr>
          <w:rFonts w:cstheme="majorHAnsi"/>
        </w:rPr>
        <w:t>The address doesn’t look real. The subject line sits on top of all the “We regret to inform you” and “Your subscription expires soon.” Ones, but it’s different.</w:t>
      </w:r>
    </w:p>
    <w:p w14:paraId="64A70A60" w14:textId="63F8A46F" w:rsidR="0078084D" w:rsidRPr="0078084D" w:rsidRDefault="0078084D" w:rsidP="0078084D">
      <w:pPr>
        <w:rPr>
          <w:rFonts w:cstheme="majorHAnsi"/>
        </w:rPr>
      </w:pPr>
      <w:r w:rsidRPr="0078084D">
        <w:rPr>
          <w:rFonts w:cstheme="majorHAnsi"/>
        </w:rPr>
        <w:t>He clicks it.</w:t>
      </w:r>
    </w:p>
    <w:p w14:paraId="4FCB5526" w14:textId="44EA79FA" w:rsidR="0078084D" w:rsidRPr="0078084D" w:rsidRDefault="0078084D" w:rsidP="0078084D">
      <w:pPr>
        <w:rPr>
          <w:rFonts w:cstheme="majorHAnsi"/>
        </w:rPr>
      </w:pPr>
      <w:r w:rsidRPr="0078084D">
        <w:rPr>
          <w:rFonts w:cstheme="majorHAnsi"/>
        </w:rPr>
        <w:t>The message opens in a block of plain text</w:t>
      </w:r>
      <w:r>
        <w:rPr>
          <w:rFonts w:cstheme="majorHAnsi"/>
        </w:rPr>
        <w:t>:</w:t>
      </w:r>
    </w:p>
    <w:p w14:paraId="6DC34647" w14:textId="77777777" w:rsidR="0078084D" w:rsidRPr="0078084D" w:rsidRDefault="0078084D" w:rsidP="0078084D">
      <w:pPr>
        <w:rPr>
          <w:rFonts w:cstheme="majorHAnsi"/>
        </w:rPr>
      </w:pPr>
      <w:r w:rsidRPr="0078084D">
        <w:rPr>
          <w:rFonts w:cstheme="majorHAnsi"/>
          <w:b/>
          <w:bCs/>
        </w:rPr>
        <w:t>From:</w:t>
      </w:r>
      <w:r w:rsidRPr="0078084D">
        <w:rPr>
          <w:rFonts w:cstheme="majorHAnsi"/>
        </w:rPr>
        <w:t xml:space="preserve"> faz@fazbear.com</w:t>
      </w:r>
      <w:r w:rsidRPr="0078084D">
        <w:rPr>
          <w:rFonts w:cstheme="majorHAnsi"/>
        </w:rPr>
        <w:br/>
      </w:r>
      <w:r w:rsidRPr="0078084D">
        <w:rPr>
          <w:rFonts w:cstheme="majorHAnsi"/>
          <w:b/>
          <w:bCs/>
        </w:rPr>
        <w:t>Subject:</w:t>
      </w:r>
      <w:r w:rsidRPr="0078084D">
        <w:rPr>
          <w:rFonts w:cstheme="majorHAnsi"/>
        </w:rPr>
        <w:t xml:space="preserve"> Welcome to Freddy’s Pizza</w:t>
      </w:r>
    </w:p>
    <w:p w14:paraId="776C13F1" w14:textId="77777777" w:rsidR="0078084D" w:rsidRPr="0078084D" w:rsidRDefault="0078084D" w:rsidP="0078084D">
      <w:pPr>
        <w:rPr>
          <w:rFonts w:cstheme="majorHAnsi"/>
          <w:b/>
          <w:bCs/>
        </w:rPr>
      </w:pPr>
      <w:r w:rsidRPr="0078084D">
        <w:rPr>
          <w:rFonts w:cstheme="majorHAnsi"/>
          <w:b/>
          <w:bCs/>
        </w:rPr>
        <w:t>Dear Applicant,</w:t>
      </w:r>
    </w:p>
    <w:p w14:paraId="0845F206" w14:textId="77777777" w:rsidR="0078084D" w:rsidRPr="0078084D" w:rsidRDefault="0078084D" w:rsidP="0078084D">
      <w:pPr>
        <w:rPr>
          <w:rFonts w:cstheme="majorHAnsi"/>
          <w:b/>
          <w:bCs/>
        </w:rPr>
      </w:pPr>
      <w:r w:rsidRPr="0078084D">
        <w:rPr>
          <w:rFonts w:cstheme="majorHAnsi"/>
          <w:b/>
          <w:bCs/>
        </w:rPr>
        <w:t xml:space="preserve">Thank you for your interest. We are pleased to confirm your position as </w:t>
      </w:r>
      <w:r w:rsidRPr="0078084D">
        <w:rPr>
          <w:rFonts w:cstheme="majorHAnsi"/>
          <w:b/>
          <w:bCs/>
          <w:i/>
          <w:iCs/>
        </w:rPr>
        <w:t>Night Security Guard</w:t>
      </w:r>
      <w:r w:rsidRPr="0078084D">
        <w:rPr>
          <w:rFonts w:cstheme="majorHAnsi"/>
          <w:b/>
          <w:bCs/>
        </w:rPr>
        <w:t xml:space="preserve"> at Freddy’s Pizza.</w:t>
      </w:r>
    </w:p>
    <w:p w14:paraId="7E629230" w14:textId="77777777" w:rsidR="0078084D" w:rsidRPr="0078084D" w:rsidRDefault="0078084D" w:rsidP="0078084D">
      <w:pPr>
        <w:rPr>
          <w:rFonts w:cstheme="majorHAnsi"/>
          <w:b/>
          <w:bCs/>
        </w:rPr>
      </w:pPr>
      <w:r w:rsidRPr="0078084D">
        <w:rPr>
          <w:rFonts w:cstheme="majorHAnsi"/>
          <w:b/>
          <w:bCs/>
        </w:rPr>
        <w:t>Please be aware the restaurant is currently closed to public during renovation. Your overnight shift is essential, as our main generator requires daytime charging to maintain power during evening hours. Recent electrical instabilities throughout the region have made this precaution necessary for equipment preservation.</w:t>
      </w:r>
    </w:p>
    <w:p w14:paraId="268F3C9E" w14:textId="77777777" w:rsidR="0078084D" w:rsidRPr="0078084D" w:rsidRDefault="0078084D" w:rsidP="0078084D">
      <w:pPr>
        <w:rPr>
          <w:rFonts w:cstheme="majorHAnsi"/>
          <w:b/>
          <w:bCs/>
        </w:rPr>
      </w:pPr>
      <w:r w:rsidRPr="0078084D">
        <w:rPr>
          <w:rFonts w:cstheme="majorHAnsi"/>
          <w:b/>
          <w:bCs/>
        </w:rPr>
        <w:t>You will be the only staff on-site during your shift. This is standard procedure during our closure period.</w:t>
      </w:r>
    </w:p>
    <w:p w14:paraId="60153291" w14:textId="77777777" w:rsidR="0078084D" w:rsidRPr="0078084D" w:rsidRDefault="0078084D" w:rsidP="0078084D">
      <w:pPr>
        <w:rPr>
          <w:rFonts w:cstheme="majorHAnsi"/>
          <w:b/>
          <w:bCs/>
        </w:rPr>
      </w:pPr>
      <w:r w:rsidRPr="0078084D">
        <w:rPr>
          <w:rFonts w:cstheme="majorHAnsi"/>
          <w:b/>
          <w:bCs/>
        </w:rPr>
        <w:t>Keys and access materials will be sent by post within the next few days. Please confirm your exact address location to ensure prompt delivery.</w:t>
      </w:r>
    </w:p>
    <w:p w14:paraId="2841D538" w14:textId="77777777" w:rsidR="0078084D" w:rsidRPr="0078084D" w:rsidRDefault="0078084D" w:rsidP="0078084D">
      <w:pPr>
        <w:rPr>
          <w:rFonts w:cstheme="majorHAnsi"/>
          <w:b/>
          <w:bCs/>
        </w:rPr>
      </w:pPr>
      <w:r w:rsidRPr="0078084D">
        <w:rPr>
          <w:rFonts w:cstheme="majorHAnsi"/>
          <w:b/>
          <w:bCs/>
        </w:rPr>
        <w:t>We believe you will find the work straightforward. Freddy's has always been about family, fun, and memories, and we are grateful to have you join our team during this transitional period.</w:t>
      </w:r>
    </w:p>
    <w:p w14:paraId="5E8DA7A7" w14:textId="2694C505" w:rsidR="0078084D" w:rsidRPr="0078084D" w:rsidRDefault="0078084D" w:rsidP="0078084D">
      <w:pPr>
        <w:rPr>
          <w:rFonts w:cstheme="majorHAnsi"/>
          <w:b/>
          <w:bCs/>
        </w:rPr>
      </w:pPr>
      <w:r w:rsidRPr="0078084D">
        <w:rPr>
          <w:rFonts w:cstheme="majorHAnsi"/>
          <w:b/>
          <w:bCs/>
        </w:rPr>
        <w:t>Best Regards,</w:t>
      </w:r>
      <w:r w:rsidRPr="0078084D">
        <w:rPr>
          <w:rFonts w:cstheme="majorHAnsi"/>
          <w:b/>
          <w:bCs/>
        </w:rPr>
        <w:br/>
        <w:t>Management Office</w:t>
      </w:r>
    </w:p>
    <w:p w14:paraId="3C86E8BC" w14:textId="77777777" w:rsidR="0078084D" w:rsidRPr="0078084D" w:rsidRDefault="0078084D" w:rsidP="0078084D">
      <w:pPr>
        <w:rPr>
          <w:rFonts w:cstheme="majorHAnsi"/>
        </w:rPr>
      </w:pPr>
    </w:p>
    <w:p w14:paraId="1E9B4213" w14:textId="77777777" w:rsidR="0078084D" w:rsidRDefault="0078084D" w:rsidP="0078084D">
      <w:pPr>
        <w:rPr>
          <w:rFonts w:cstheme="majorHAnsi"/>
        </w:rPr>
      </w:pPr>
      <w:r w:rsidRPr="0078084D">
        <w:rPr>
          <w:rFonts w:cstheme="majorHAnsi"/>
        </w:rPr>
        <w:t>The acceptance feels surreal for a moment after those months of rejection—like waking up from a dream only to find himself in another one.</w:t>
      </w:r>
    </w:p>
    <w:p w14:paraId="0CE73968" w14:textId="77777777" w:rsidR="0078084D" w:rsidRPr="0078084D" w:rsidRDefault="0078084D" w:rsidP="0078084D">
      <w:pPr>
        <w:rPr>
          <w:rFonts w:cstheme="majorHAnsi"/>
        </w:rPr>
      </w:pPr>
    </w:p>
    <w:p w14:paraId="45429B35" w14:textId="77777777" w:rsidR="0078084D" w:rsidRPr="0078084D" w:rsidRDefault="0078084D" w:rsidP="0078084D">
      <w:pPr>
        <w:rPr>
          <w:rFonts w:cstheme="majorHAnsi"/>
        </w:rPr>
      </w:pPr>
      <w:r w:rsidRPr="0078084D">
        <w:rPr>
          <w:rFonts w:cstheme="majorHAnsi"/>
        </w:rPr>
        <w:t>Mike types his address.</w:t>
      </w:r>
    </w:p>
    <w:p w14:paraId="631621C5" w14:textId="77777777" w:rsidR="0078084D" w:rsidRPr="0078084D" w:rsidRDefault="0078084D" w:rsidP="0078084D">
      <w:r w:rsidRPr="0078084D">
        <w:lastRenderedPageBreak/>
        <w:t>The windows are open. The house no longer reeks of rot. Trash is gone from the house corners, yellowed fast-food boxes stacked in the bin out back. The air feels clearer, thinner, almost like borrowed air.</w:t>
      </w:r>
    </w:p>
    <w:p w14:paraId="631A7402" w14:textId="36BCDA00" w:rsidR="0078084D" w:rsidRPr="0078084D" w:rsidRDefault="0078084D" w:rsidP="0078084D">
      <w:r w:rsidRPr="0078084D">
        <w:t>His fists are wrapped in white gauze, driving their weight into the heavy bag. Each thud shakes as he thrown the weight from his hips. Left jab. Right cross. A short, angry hook. The bag swings on its chain, metal rattling above the hook holding it. Sweat darkens his gray sweatshirt, slides down his temples, splashes onto the floor in tiny coins.</w:t>
      </w:r>
    </w:p>
    <w:p w14:paraId="08E14AB8" w14:textId="7F82D2D3" w:rsidR="0078084D" w:rsidRPr="0078084D" w:rsidRDefault="0078084D" w:rsidP="0078084D">
      <w:r w:rsidRPr="0078084D">
        <w:t>Skin under the gauze smacks the leather. Shock travels into his</w:t>
      </w:r>
      <w:r w:rsidR="00E30AE7">
        <w:t xml:space="preserve"> arms</w:t>
      </w:r>
      <w:r w:rsidRPr="0078084D">
        <w:t>. The reminder: he can still make something move when everything else has stopped.</w:t>
      </w:r>
    </w:p>
    <w:p w14:paraId="45FC2E17" w14:textId="73CD8F24" w:rsidR="0078084D" w:rsidRPr="0078084D" w:rsidRDefault="0078084D" w:rsidP="0078084D">
      <w:r w:rsidRPr="0078084D">
        <w:t>When he stills, breath jagged,</w:t>
      </w:r>
      <w:r w:rsidR="00E30AE7">
        <w:t xml:space="preserve"> </w:t>
      </w:r>
      <w:r w:rsidRPr="0078084D">
        <w:t>the house is quiet again. He wipes his face on his sleeve.</w:t>
      </w:r>
    </w:p>
    <w:p w14:paraId="2332500F" w14:textId="352634B8" w:rsidR="00E30AE7" w:rsidRDefault="0078084D" w:rsidP="0078084D">
      <w:r w:rsidRPr="0078084D">
        <w:t>The kettle hisses in the kitchen as he walks into it. He fills his mug, sits at the counter, stares into the steam rising off the coffee. The house s</w:t>
      </w:r>
      <w:r w:rsidR="00E30AE7">
        <w:t>ilent, sunlight enter the window</w:t>
      </w:r>
      <w:r w:rsidR="00806F51">
        <w:t xml:space="preserve"> as the sun rise</w:t>
      </w:r>
      <w:r w:rsidRPr="0078084D">
        <w:t>.</w:t>
      </w:r>
      <w:r w:rsidR="00E30AE7">
        <w:t xml:space="preserve"> </w:t>
      </w:r>
      <w:r w:rsidRPr="0078084D">
        <w:t xml:space="preserve">He notices the sliver of shadow under the front door. </w:t>
      </w:r>
    </w:p>
    <w:p w14:paraId="4CF098D6" w14:textId="3056AF9B" w:rsidR="0078084D" w:rsidRPr="0078084D" w:rsidRDefault="0078084D" w:rsidP="0078084D">
      <w:r w:rsidRPr="0078084D">
        <w:t xml:space="preserve">A shape breaking the light. He sets the mug down, walks across the </w:t>
      </w:r>
      <w:r w:rsidR="00E30AE7">
        <w:t xml:space="preserve">living </w:t>
      </w:r>
      <w:r w:rsidRPr="0078084D">
        <w:t>room, and pulls</w:t>
      </w:r>
      <w:r w:rsidR="00E30AE7">
        <w:t xml:space="preserve"> it</w:t>
      </w:r>
      <w:r w:rsidRPr="0078084D">
        <w:t xml:space="preserve"> open.</w:t>
      </w:r>
    </w:p>
    <w:p w14:paraId="1910BECD" w14:textId="248A6A4F" w:rsidR="0078084D" w:rsidRPr="0078084D" w:rsidRDefault="0078084D" w:rsidP="0078084D">
      <w:r w:rsidRPr="0078084D">
        <w:t xml:space="preserve">At the </w:t>
      </w:r>
      <w:r w:rsidR="00E30AE7">
        <w:t>mat</w:t>
      </w:r>
      <w:r w:rsidRPr="0078084D">
        <w:t xml:space="preserve">, </w:t>
      </w:r>
      <w:r w:rsidR="00E30AE7">
        <w:t xml:space="preserve">he finds a package </w:t>
      </w:r>
      <w:r w:rsidRPr="0078084D">
        <w:t>waiting for him</w:t>
      </w:r>
      <w:r w:rsidR="00E30AE7">
        <w:t>, Mike</w:t>
      </w:r>
      <w:r w:rsidRPr="0078084D">
        <w:t xml:space="preserve"> bends </w:t>
      </w:r>
      <w:r w:rsidR="00E30AE7">
        <w:t>and</w:t>
      </w:r>
      <w:r w:rsidRPr="0078084D">
        <w:t xml:space="preserve"> pick it up, tests the weight, tucks it under his arm, and carries it to the kitchen.</w:t>
      </w:r>
    </w:p>
    <w:p w14:paraId="3274747F" w14:textId="77777777" w:rsidR="0078084D" w:rsidRPr="0078084D" w:rsidRDefault="0078084D" w:rsidP="0078084D">
      <w:r w:rsidRPr="0078084D">
        <w:t>Inside: a magnetic key card. A folded light-blue uniform that smells faintly of detergent, sharp and sterile, as if no one has ever worn it. A single page of typed instructions, impersonal, clipped:</w:t>
      </w:r>
    </w:p>
    <w:p w14:paraId="38A6048E" w14:textId="77777777" w:rsidR="0078084D" w:rsidRPr="0078084D" w:rsidRDefault="0078084D" w:rsidP="0078084D">
      <w:r w:rsidRPr="0078084D">
        <w:rPr>
          <w:b/>
          <w:bCs/>
        </w:rPr>
        <w:t>Freddy’s Pizza Security Protocol</w:t>
      </w:r>
      <w:r w:rsidRPr="0078084D">
        <w:br/>
        <w:t>Please report for duty at 11:45 PM to allow for proper shift transition.</w:t>
      </w:r>
      <w:r w:rsidRPr="0078084D">
        <w:br/>
        <w:t>Your uniform is required during all working hours.</w:t>
      </w:r>
      <w:r w:rsidRPr="0078084D">
        <w:br/>
        <w:t>Note: Due to ongoing power grid instabilities in the area, our facility operates on backup generator systems overnight. Daytime charging cycles are critical for maintaining security equipment functionality. Your presence ensures continuous monitoring during these vulnerable hours.</w:t>
      </w:r>
      <w:r w:rsidRPr="0078084D">
        <w:br/>
        <w:t>Emergency contacts and facility procedures are posted at the security station.</w:t>
      </w:r>
      <w:r w:rsidRPr="0078084D">
        <w:br/>
      </w:r>
      <w:r w:rsidRPr="0078084D">
        <w:rPr>
          <w:b/>
          <w:bCs/>
        </w:rPr>
        <w:t>Welcome aboard.</w:t>
      </w:r>
    </w:p>
    <w:p w14:paraId="14006B9E" w14:textId="77777777" w:rsidR="00E30AE7" w:rsidRDefault="0078084D" w:rsidP="0078084D">
      <w:r w:rsidRPr="0078084D">
        <w:t xml:space="preserve">He flips the letter, the other side, the address of the place circled in red pen, Mike lays the note on the kitchen table, on top of the folded newspaper. </w:t>
      </w:r>
    </w:p>
    <w:p w14:paraId="54097BF3" w14:textId="6D1D317D" w:rsidR="0078084D" w:rsidRPr="0078084D" w:rsidRDefault="0078084D" w:rsidP="0078084D">
      <w:r w:rsidRPr="0078084D">
        <w:t>Then he goes upstairs. His black backpack waits half-zipped on the bed. On the dresser, an old metal watch lies where he left it, face-down beside the photograph: his younger self hunched in braces, flashing like an accident of light just like the ones on the mouth of the girl whose arm is around his neck.</w:t>
      </w:r>
    </w:p>
    <w:p w14:paraId="0AE4F43E" w14:textId="77777777" w:rsidR="0078084D" w:rsidRPr="0078084D" w:rsidRDefault="0078084D" w:rsidP="0078084D">
      <w:r w:rsidRPr="0078084D">
        <w:t>He straps the watch to his wrist. The second-hand jerks forward, steady and mechanical, he takes one last look, then flicks the light off.</w:t>
      </w:r>
    </w:p>
    <w:p w14:paraId="52DA6AD9" w14:textId="35E9010B" w:rsidR="00E30AE7" w:rsidRPr="00E30AE7" w:rsidRDefault="00E30AE7" w:rsidP="00E30AE7">
      <w:r w:rsidRPr="00E30AE7">
        <w:lastRenderedPageBreak/>
        <w:t xml:space="preserve">Downstairs, Mike opens the back door to the backyard, in that narrow space lying next to the washing machine a German Shepherd lies curled, the rise and fall of his ribcage uneven in the dim sunlight. </w:t>
      </w:r>
      <w:r>
        <w:t>B</w:t>
      </w:r>
      <w:r w:rsidRPr="00E30AE7">
        <w:t xml:space="preserve">ody thinned, gray muzzle pressed against its paws facing the monotonous garden. His clouded eyes lift at the sound of Mike’s footsteps—milky and distant, yet still tracking him, but his head doesn’t move. In the fabric of his blue-collar it reads in white letters: </w:t>
      </w:r>
      <w:r w:rsidRPr="00E30AE7">
        <w:rPr>
          <w:b/>
          <w:bCs/>
        </w:rPr>
        <w:t>SNOW</w:t>
      </w:r>
      <w:r w:rsidRPr="00E30AE7">
        <w:t>.</w:t>
      </w:r>
    </w:p>
    <w:p w14:paraId="2041F774" w14:textId="77777777" w:rsidR="00E30AE7" w:rsidRDefault="00E30AE7" w:rsidP="00E30AE7">
      <w:r w:rsidRPr="00E30AE7">
        <w:t>Mike crouches, runs a hand along the stiff fur, scratching behind ears that barely twitch anymore. The dog exhales, a rattling breath that could be a sigh or a growl and lick his muzzle. Mike fills the metal bowls—one with water, one with kibble.</w:t>
      </w:r>
    </w:p>
    <w:p w14:paraId="3B4F7EC2" w14:textId="77777777" w:rsidR="00806F51" w:rsidRDefault="00E30AE7" w:rsidP="00E30AE7">
      <w:r w:rsidRPr="00E30AE7">
        <w:t>He opens the back door and steps into the air that still carries the dampness of a recent drizzle. The garden soil smells of mildew, weeds overtaking the thin patch of grass</w:t>
      </w:r>
      <w:r w:rsidR="00806F51">
        <w:t xml:space="preserve">. </w:t>
      </w:r>
    </w:p>
    <w:p w14:paraId="44348830" w14:textId="77777777" w:rsidR="00806F51" w:rsidRDefault="00806F51" w:rsidP="00E30AE7">
      <w:r>
        <w:t>O</w:t>
      </w:r>
      <w:r w:rsidR="00E30AE7" w:rsidRPr="00E30AE7">
        <w:t>ne by one, he pries the small rocks that held down at the edges of a</w:t>
      </w:r>
      <w:r>
        <w:t xml:space="preserve"> large </w:t>
      </w:r>
      <w:r w:rsidR="00E30AE7" w:rsidRPr="00E30AE7">
        <w:t xml:space="preserve">blue tarp that slumps in the center of </w:t>
      </w:r>
      <w:r>
        <w:t>the garden</w:t>
      </w:r>
      <w:r w:rsidR="00E30AE7" w:rsidRPr="00E30AE7">
        <w:t>.</w:t>
      </w:r>
      <w:r>
        <w:t xml:space="preserve"> </w:t>
      </w:r>
      <w:r w:rsidR="00E30AE7" w:rsidRPr="00E30AE7">
        <w:t xml:space="preserve">The tarp resists, heavy with trapped rainwater, then peels back like a burial revealing the once-silver body now dulled to a patchy gray, </w:t>
      </w:r>
      <w:r>
        <w:t>of his car.</w:t>
      </w:r>
    </w:p>
    <w:p w14:paraId="17603C9A" w14:textId="2E597AC5" w:rsidR="00E30AE7" w:rsidRPr="00E30AE7" w:rsidRDefault="00806F51" w:rsidP="00E30AE7">
      <w:r>
        <w:t>O</w:t>
      </w:r>
      <w:r w:rsidR="00E30AE7" w:rsidRPr="00E30AE7">
        <w:t>ne of the tires leans under the car’s weight, rubber sagging like giving up.</w:t>
      </w:r>
    </w:p>
    <w:p w14:paraId="6201AF4B" w14:textId="44B27603" w:rsidR="00E30AE7" w:rsidRPr="00E30AE7" w:rsidRDefault="00E30AE7" w:rsidP="00E30AE7">
      <w:r w:rsidRPr="00E30AE7">
        <w:t xml:space="preserve">Mike </w:t>
      </w:r>
      <w:r w:rsidR="00806F51">
        <w:t xml:space="preserve">opens the door and </w:t>
      </w:r>
      <w:r w:rsidRPr="00E30AE7">
        <w:t>climbs in, the seat foam collapsing with a defeated sigh.</w:t>
      </w:r>
      <w:r w:rsidR="00806F51">
        <w:t xml:space="preserve"> </w:t>
      </w:r>
      <w:r w:rsidR="00806F51" w:rsidRPr="00E30AE7">
        <w:t>The interior smells of the old car scent</w:t>
      </w:r>
      <w:r w:rsidRPr="00E30AE7">
        <w:t xml:space="preserve"> He slides the key in and turns it. Click. </w:t>
      </w:r>
    </w:p>
    <w:p w14:paraId="75AEB7CB" w14:textId="77777777" w:rsidR="00E30AE7" w:rsidRPr="00E30AE7" w:rsidRDefault="00E30AE7" w:rsidP="00E30AE7">
      <w:r w:rsidRPr="00E30AE7">
        <w:t xml:space="preserve">Click. Again. </w:t>
      </w:r>
    </w:p>
    <w:p w14:paraId="4ACDE7FF" w14:textId="77777777" w:rsidR="00E30AE7" w:rsidRPr="00E30AE7" w:rsidRDefault="00E30AE7" w:rsidP="00E30AE7">
      <w:r w:rsidRPr="00E30AE7">
        <w:t xml:space="preserve">Nothing. Again. </w:t>
      </w:r>
    </w:p>
    <w:p w14:paraId="584A0836" w14:textId="77777777" w:rsidR="00E30AE7" w:rsidRPr="00E30AE7" w:rsidRDefault="00E30AE7" w:rsidP="00E30AE7">
      <w:r w:rsidRPr="00E30AE7">
        <w:t xml:space="preserve">By the fourth turn, his jaw clenches. </w:t>
      </w:r>
    </w:p>
    <w:p w14:paraId="2B29F302" w14:textId="77777777" w:rsidR="00E30AE7" w:rsidRPr="00E30AE7" w:rsidRDefault="00E30AE7" w:rsidP="00E30AE7">
      <w:r w:rsidRPr="00E30AE7">
        <w:t>On the fifth, the engine coughs—one ragged wheeze, stuttering idle that seems to hang on out of spite.</w:t>
      </w:r>
    </w:p>
    <w:p w14:paraId="6B9B498C" w14:textId="06F203E0" w:rsidR="00806F51" w:rsidRDefault="00E30AE7" w:rsidP="00E30AE7">
      <w:r w:rsidRPr="00E30AE7">
        <w:t>He leans back in the seat, breath fogging the rearview mirror, the interior contains cans that rattle on the passenger-side floor when he moves. Among them, something metallic catches the dull light</w:t>
      </w:r>
      <w:r w:rsidR="00806F51">
        <w:t xml:space="preserve"> of the morning</w:t>
      </w:r>
      <w:r w:rsidRPr="00E30AE7">
        <w:t xml:space="preserve">. </w:t>
      </w:r>
    </w:p>
    <w:p w14:paraId="0A51B775" w14:textId="7836DBCD" w:rsidR="00E30AE7" w:rsidRPr="00E30AE7" w:rsidRDefault="00E30AE7" w:rsidP="00E30AE7">
      <w:r w:rsidRPr="00E30AE7">
        <w:t>He reaches down and finds a 9mm pistol, cold, heavy. For a moment he stares into the reflection warped along the barrel—his eyes staring back at him.</w:t>
      </w:r>
    </w:p>
    <w:p w14:paraId="7BF7B806" w14:textId="77777777" w:rsidR="00E30AE7" w:rsidRPr="00E30AE7" w:rsidRDefault="00E30AE7" w:rsidP="00E30AE7">
      <w:r w:rsidRPr="00E30AE7">
        <w:t>He slides the gun into the glove compartment without ceremony.</w:t>
      </w:r>
    </w:p>
    <w:p w14:paraId="5693C6BB" w14:textId="77777777" w:rsidR="00806F51" w:rsidRDefault="00E30AE7" w:rsidP="00E30AE7">
      <w:r w:rsidRPr="00E30AE7">
        <w:t xml:space="preserve">He leaves to open the gate </w:t>
      </w:r>
      <w:r w:rsidR="00806F51">
        <w:t>squealing</w:t>
      </w:r>
      <w:r w:rsidRPr="00E30AE7">
        <w:t xml:space="preserve"> it</w:t>
      </w:r>
      <w:r w:rsidR="00806F51">
        <w:t>,</w:t>
      </w:r>
      <w:r w:rsidRPr="00E30AE7">
        <w:t xml:space="preserve"> </w:t>
      </w:r>
      <w:r w:rsidR="00806F51">
        <w:t>t</w:t>
      </w:r>
      <w:r w:rsidR="00806F51" w:rsidRPr="00E30AE7">
        <w:t>he dog’s shadow is visible through the backdoor, motionless</w:t>
      </w:r>
      <w:r w:rsidR="00806F51">
        <w:t>, b</w:t>
      </w:r>
      <w:r w:rsidRPr="00E30AE7">
        <w:t xml:space="preserve">ack to the car, from the driver’s seat he takes one last look at the house: siding dulled. </w:t>
      </w:r>
    </w:p>
    <w:p w14:paraId="695BCB0B" w14:textId="6045F474" w:rsidR="00E30AE7" w:rsidRPr="00E30AE7" w:rsidRDefault="00E30AE7" w:rsidP="00E30AE7">
      <w:r w:rsidRPr="00E30AE7">
        <w:t xml:space="preserve">He puts </w:t>
      </w:r>
      <w:r w:rsidR="00806F51">
        <w:t>the car</w:t>
      </w:r>
      <w:r w:rsidRPr="00E30AE7">
        <w:t xml:space="preserve"> in gear, presses down on the trembling accelerator, and eases onto the narrow road, the sound of the engine rising like a groan against the quiet neighborhood.</w:t>
      </w:r>
    </w:p>
    <w:p w14:paraId="5A5744BC" w14:textId="77777777" w:rsidR="00806F51" w:rsidRPr="00806F51" w:rsidRDefault="00806F51" w:rsidP="00806F51">
      <w:r w:rsidRPr="00806F51">
        <w:lastRenderedPageBreak/>
        <w:t xml:space="preserve">The pressure builds in his ears while he cut the highway, a slow ache that reminds him of airplane descent, though he’s nowhere near the sky. He swallows against it, but it lingers. </w:t>
      </w:r>
    </w:p>
    <w:p w14:paraId="2BBA52AB" w14:textId="77777777" w:rsidR="00806F51" w:rsidRPr="00806F51" w:rsidRDefault="00806F51" w:rsidP="00806F51">
      <w:r w:rsidRPr="00806F51">
        <w:t>The radio hums low, breaking in and out with storm warnings. He turns the dial, but every station bleeds the same way—songs half-swallowed, commercials chopped into fragments, in the passenger seat, the paper with the address, a map of the road and the package he received.</w:t>
      </w:r>
    </w:p>
    <w:p w14:paraId="26022B03" w14:textId="77777777" w:rsidR="00806F51" w:rsidRPr="00806F51" w:rsidRDefault="00806F51" w:rsidP="00806F51">
      <w:r w:rsidRPr="00806F51">
        <w:t>The road stretches on, two lanes of worn asphalt cutting through farmland gone fallow.</w:t>
      </w:r>
    </w:p>
    <w:p w14:paraId="3C38D11B" w14:textId="77777777" w:rsidR="00806F51" w:rsidRPr="00806F51" w:rsidRDefault="00806F51" w:rsidP="00806F51">
      <w:r w:rsidRPr="00806F51">
        <w:t>Every few miles, the car hiccups—dashboard lights dimming, the headlights giving one feeble stutter before returning. Mike doesn’t bother, it’s an old car and in the pale daylight, it hardly matters.</w:t>
      </w:r>
    </w:p>
    <w:p w14:paraId="6ABAC96E" w14:textId="3C658235" w:rsidR="00806F51" w:rsidRPr="00806F51" w:rsidRDefault="00806F51" w:rsidP="00806F51">
      <w:r w:rsidRPr="00806F51">
        <w:t>The occasional phone stations lean under the weight of neglect, glass broken, graffiti turning the metal shell into a canvas of names no one remembers.</w:t>
      </w:r>
    </w:p>
    <w:p w14:paraId="1ACE6BE3" w14:textId="285C2B4B" w:rsidR="00806F51" w:rsidRPr="00806F51" w:rsidRDefault="00694EDE" w:rsidP="00806F51">
      <w:r>
        <w:t>In the evening, t</w:t>
      </w:r>
      <w:r w:rsidR="00806F51" w:rsidRPr="00806F51">
        <w:t xml:space="preserve">he land begins to change. Flat fields surrender to hills, hills to slopes lined with dark fir and </w:t>
      </w:r>
      <w:r w:rsidR="000843FE">
        <w:t xml:space="preserve">spiky </w:t>
      </w:r>
      <w:r w:rsidR="00806F51" w:rsidRPr="00806F51">
        <w:t>pine</w:t>
      </w:r>
      <w:r w:rsidR="000843FE">
        <w:t>s</w:t>
      </w:r>
      <w:r w:rsidR="00806F51" w:rsidRPr="00806F51">
        <w:t>. The higher he drives, the heavier the pale gray seems to sink over everything, until the sky itself feels bruised.</w:t>
      </w:r>
    </w:p>
    <w:p w14:paraId="7C0D9EA8" w14:textId="77777777" w:rsidR="00806F51" w:rsidRDefault="00806F51" w:rsidP="00806F51">
      <w:r w:rsidRPr="00806F51">
        <w:t>Then the sign breaks through the mist:</w:t>
      </w:r>
    </w:p>
    <w:p w14:paraId="620948D2" w14:textId="77777777" w:rsidR="00B94039" w:rsidRPr="00806F51" w:rsidRDefault="00B94039" w:rsidP="00806F51"/>
    <w:p w14:paraId="4A7BE39E" w14:textId="77777777" w:rsidR="000843FE" w:rsidRDefault="00806F51" w:rsidP="00806F51">
      <w:r w:rsidRPr="00806F51">
        <w:t xml:space="preserve">Faded block letters cling to rusted metal, riddled with bullet holes. </w:t>
      </w:r>
    </w:p>
    <w:p w14:paraId="75286877" w14:textId="77777777" w:rsidR="00B94039" w:rsidRDefault="00B94039" w:rsidP="00806F51"/>
    <w:p w14:paraId="3D964210" w14:textId="77777777" w:rsidR="00B94039" w:rsidRDefault="00B94039" w:rsidP="00806F51"/>
    <w:p w14:paraId="55D78E07" w14:textId="77777777" w:rsidR="00B94039" w:rsidRDefault="00B94039" w:rsidP="00806F51"/>
    <w:p w14:paraId="7AA5B5AD" w14:textId="77777777" w:rsidR="00B94039" w:rsidRDefault="00B94039" w:rsidP="00806F51"/>
    <w:p w14:paraId="6CF1DC55" w14:textId="77777777" w:rsidR="00B94039" w:rsidRDefault="00B94039" w:rsidP="00806F51"/>
    <w:p w14:paraId="007C16F7" w14:textId="77777777" w:rsidR="00B94039" w:rsidRDefault="00B94039" w:rsidP="00806F51"/>
    <w:p w14:paraId="443339D4" w14:textId="264BE6E6" w:rsidR="000843FE" w:rsidRDefault="00806F51" w:rsidP="00806F51">
      <w:pPr>
        <w:rPr>
          <w:b/>
          <w:bCs/>
          <w:sz w:val="28"/>
          <w:szCs w:val="28"/>
        </w:rPr>
      </w:pPr>
      <w:r w:rsidRPr="00806F51">
        <w:br/>
      </w:r>
      <w:r w:rsidRPr="000843FE">
        <w:rPr>
          <w:b/>
          <w:bCs/>
          <w:sz w:val="28"/>
          <w:szCs w:val="28"/>
        </w:rPr>
        <w:t>CHUMS</w:t>
      </w:r>
      <w:r w:rsidRPr="00806F51">
        <w:rPr>
          <w:b/>
          <w:bCs/>
          <w:sz w:val="28"/>
          <w:szCs w:val="28"/>
        </w:rPr>
        <w:t>.</w:t>
      </w:r>
    </w:p>
    <w:p w14:paraId="3CEC5C63" w14:textId="193B9255" w:rsidR="00B94039" w:rsidRPr="00806F51" w:rsidRDefault="00B94039" w:rsidP="00806F51">
      <w:r w:rsidRPr="00806F51">
        <w:t>Beneath it, someone once painted a smiling trout, its eye now peeled away, leaving only a white socket staring down the road.</w:t>
      </w:r>
    </w:p>
    <w:p w14:paraId="16FF96CD" w14:textId="48713B00" w:rsidR="000843FE" w:rsidRDefault="00806F51" w:rsidP="00806F51">
      <w:r w:rsidRPr="00806F51">
        <w:t>Mike slows, staring past the sign as the trees crowd tighter. Their branches arc across the asphalt, gnarled fingers lacing together overhead, pulling the daylight into a tunnel of green and gray, the fog thickens, drifting low between the trunks.</w:t>
      </w:r>
    </w:p>
    <w:p w14:paraId="66C49159" w14:textId="3572FA78" w:rsidR="00806F51" w:rsidRPr="00806F51" w:rsidRDefault="00806F51" w:rsidP="00806F51">
      <w:r w:rsidRPr="00806F51">
        <w:lastRenderedPageBreak/>
        <w:t xml:space="preserve">The town </w:t>
      </w:r>
      <w:r w:rsidRPr="00806F51">
        <w:rPr>
          <w:i/>
          <w:iCs/>
        </w:rPr>
        <w:t>emerge</w:t>
      </w:r>
      <w:r w:rsidRPr="00806F51">
        <w:t>, streets laid out in a grid that feels orderly for how empty it is. Every storefront bears a sign—</w:t>
      </w:r>
      <w:r w:rsidRPr="00806F51">
        <w:rPr>
          <w:b/>
          <w:bCs/>
        </w:rPr>
        <w:t>Pharmacy, TV Rentals, Office Supply, Loans</w:t>
      </w:r>
      <w:r w:rsidRPr="00806F51">
        <w:t>— the windows are hollow, displays faded, few parked cars, some with empty tires, dusty, forgotten. It feels like a commercial strip built for people that never came.</w:t>
      </w:r>
    </w:p>
    <w:p w14:paraId="7FCFF9EE" w14:textId="19B21987" w:rsidR="00B94039" w:rsidRDefault="000843FE" w:rsidP="000843FE">
      <w:r w:rsidRPr="000843FE">
        <w:t xml:space="preserve">Mike drives slow, tires whispering against damp asphalt, until a neon glow catches his eye. </w:t>
      </w:r>
    </w:p>
    <w:p w14:paraId="2DA3E9BA" w14:textId="77777777" w:rsidR="00B94039" w:rsidRPr="000843FE" w:rsidRDefault="00B94039" w:rsidP="000843FE"/>
    <w:p w14:paraId="1E2201F7" w14:textId="77777777" w:rsidR="00B94039" w:rsidRDefault="000843FE" w:rsidP="000843FE">
      <w:r w:rsidRPr="00694EDE">
        <w:rPr>
          <w:b/>
          <w:bCs/>
          <w:sz w:val="32"/>
          <w:szCs w:val="32"/>
        </w:rPr>
        <w:t>Sparky’s Coffee</w:t>
      </w:r>
      <w:r w:rsidRPr="000843FE">
        <w:t xml:space="preserve">. </w:t>
      </w:r>
    </w:p>
    <w:p w14:paraId="71B09868" w14:textId="409E90B3" w:rsidR="000843FE" w:rsidRPr="000843FE" w:rsidRDefault="000843FE" w:rsidP="000843FE">
      <w:r w:rsidRPr="000843FE">
        <w:t xml:space="preserve">Half the letters are gone, the others </w:t>
      </w:r>
      <w:r w:rsidR="00B94039" w:rsidRPr="000843FE">
        <w:t xml:space="preserve">stuttering </w:t>
      </w:r>
      <w:r w:rsidRPr="000843FE">
        <w:t>into the mist, trembling on and off like a failing heartbeat. It’s the only sign of life.</w:t>
      </w:r>
    </w:p>
    <w:p w14:paraId="1ED3D21B" w14:textId="2D304CC3" w:rsidR="000843FE" w:rsidRPr="000843FE" w:rsidRDefault="000843FE" w:rsidP="000843FE">
      <w:r w:rsidRPr="000843FE">
        <w:t xml:space="preserve">He pulls onto the sidewalk, the engine ticks as it cools. </w:t>
      </w:r>
      <w:r>
        <w:t>He stares</w:t>
      </w:r>
      <w:r w:rsidRPr="000843FE">
        <w:t xml:space="preserve"> at the glowing letters reflected in his windshield, as if debating whether the place is even real.</w:t>
      </w:r>
    </w:p>
    <w:p w14:paraId="3F302742" w14:textId="77777777" w:rsidR="000843FE" w:rsidRPr="000843FE" w:rsidRDefault="000843FE" w:rsidP="000843FE">
      <w:r w:rsidRPr="000843FE">
        <w:t xml:space="preserve">Inside, the diner smells faintly of burned coffee and wet plaster. The ceiling fan hums a weak circle overhead, blades bent, doing little more than shuffle the stale air and make noise. </w:t>
      </w:r>
    </w:p>
    <w:p w14:paraId="355ED376" w14:textId="673BE1B4" w:rsidR="000843FE" w:rsidRPr="000843FE" w:rsidRDefault="000843FE" w:rsidP="000843FE">
      <w:r w:rsidRPr="000843FE">
        <w:t>Against the wall sits a</w:t>
      </w:r>
      <w:r>
        <w:t>n</w:t>
      </w:r>
      <w:r w:rsidRPr="000843FE">
        <w:t xml:space="preserve"> empty TV stand, in the far corner, an old jukebox leans on its side. Its coin slot is sealed with yellow tape, but a sound—barely audible—seems to drift from its speakers. A warble, or maybe just static. Mike tilts his head, squinting. It could be music, or it could be this persisting hiss in his own ears he been trying to ignore.</w:t>
      </w:r>
    </w:p>
    <w:p w14:paraId="11E33075" w14:textId="36EB2BB2" w:rsidR="000843FE" w:rsidRPr="000843FE" w:rsidRDefault="000843FE" w:rsidP="000843FE">
      <w:r w:rsidRPr="000843FE">
        <w:t xml:space="preserve">The pressure hasn’t left his ears since the drive. A low, constant </w:t>
      </w:r>
      <w:r w:rsidR="00C35A35" w:rsidRPr="00C35A35">
        <w:t>tinnitus</w:t>
      </w:r>
      <w:r w:rsidR="00C35A35">
        <w:t>, h</w:t>
      </w:r>
      <w:r w:rsidRPr="000843FE">
        <w:t>e yawns, pinches his nose, forces a breath until his ears pop. Nothing. The sound lingers, an itch he can’t reach.</w:t>
      </w:r>
    </w:p>
    <w:p w14:paraId="53C6C322" w14:textId="77777777" w:rsidR="000843FE" w:rsidRPr="000843FE" w:rsidRDefault="000843FE" w:rsidP="000843FE">
      <w:r w:rsidRPr="000843FE">
        <w:t>The booths are lined in red vinyl, cracked in spiderweb patterns, foam exposed in yellowed tufts. Black-and-blue checkerboard tiles, edges worn down from years of feet.</w:t>
      </w:r>
    </w:p>
    <w:p w14:paraId="0B38C5E6" w14:textId="77777777" w:rsidR="000843FE" w:rsidRPr="000843FE" w:rsidRDefault="000843FE" w:rsidP="000843FE">
      <w:r w:rsidRPr="000843FE">
        <w:t>The walls wear a two-tone design: gray above, checkerboard below, the paint flaking where water has bled through. Someone tried to brighten the place once—on one wall, a cartoon dog grins wide, brown fur now pale, eyelids and ears painted black like his large snout. He holds out a steaming coffee pot with exaggerated cheer.</w:t>
      </w:r>
    </w:p>
    <w:p w14:paraId="1C0CB42A" w14:textId="77777777" w:rsidR="000843FE" w:rsidRPr="000843FE" w:rsidRDefault="000843FE" w:rsidP="000843FE">
      <w:r w:rsidRPr="000843FE">
        <w:t>Mike notices the coffee machine has eyes drawn on in marker, eyelashes curling upward. A poor attempt at whimsy. In the silence, the effort feels pointless.</w:t>
      </w:r>
    </w:p>
    <w:p w14:paraId="2E687E29" w14:textId="77777777" w:rsidR="000843FE" w:rsidRPr="000843FE" w:rsidRDefault="000843FE" w:rsidP="000843FE">
      <w:r w:rsidRPr="000843FE">
        <w:t xml:space="preserve">Mike stares through the moisture-blurred window, people-like unfocused shapes move slowly down the street, blurred by the glass almost like shadows. </w:t>
      </w:r>
    </w:p>
    <w:p w14:paraId="79BCA8A2" w14:textId="5267004F" w:rsidR="000843FE" w:rsidRPr="000843FE" w:rsidRDefault="000843FE" w:rsidP="000843FE">
      <w:r w:rsidRPr="000843FE">
        <w:t>Mike hears muffled footsteps increasing</w:t>
      </w:r>
      <w:r>
        <w:t xml:space="preserve"> towards him</w:t>
      </w:r>
      <w:r w:rsidRPr="000843FE">
        <w:t>.</w:t>
      </w:r>
    </w:p>
    <w:p w14:paraId="559E4277" w14:textId="77777777" w:rsidR="000843FE" w:rsidRDefault="000843FE" w:rsidP="000843FE">
      <w:pPr>
        <w:rPr>
          <w:rFonts w:ascii="Arial Rounded MT Bold" w:hAnsi="Arial Rounded MT Bold"/>
        </w:rPr>
      </w:pPr>
    </w:p>
    <w:p w14:paraId="3368B38F" w14:textId="77777777" w:rsidR="000843FE" w:rsidRDefault="000843FE" w:rsidP="000843FE">
      <w:pPr>
        <w:rPr>
          <w:rFonts w:ascii="Arial Rounded MT Bold" w:hAnsi="Arial Rounded MT Bold"/>
        </w:rPr>
      </w:pPr>
    </w:p>
    <w:p w14:paraId="743B9782" w14:textId="77777777" w:rsidR="004F5F7D" w:rsidRDefault="004F5F7D" w:rsidP="00613D95">
      <w:pPr>
        <w:rPr>
          <w:rFonts w:cstheme="majorHAnsi"/>
        </w:rPr>
      </w:pPr>
    </w:p>
    <w:p w14:paraId="22150C9E" w14:textId="77777777" w:rsidR="00D428E1" w:rsidRDefault="00D428E1" w:rsidP="000843FE"/>
    <w:p w14:paraId="1E46EC34" w14:textId="77777777" w:rsidR="00D428E1" w:rsidRDefault="00D428E1" w:rsidP="000843FE"/>
    <w:p w14:paraId="2FB0E046" w14:textId="1C91BE86" w:rsidR="000843FE" w:rsidRPr="000843FE" w:rsidRDefault="000843FE" w:rsidP="000843FE">
      <w:r w:rsidRPr="000843FE">
        <w:t>When he looks back, he sees her wearing a red uniform and an apron stiff with old stains.</w:t>
      </w:r>
    </w:p>
    <w:p w14:paraId="2F98B64C" w14:textId="77777777" w:rsidR="000843FE" w:rsidRPr="000843FE" w:rsidRDefault="000843FE" w:rsidP="000843FE">
      <w:r w:rsidRPr="000843FE">
        <w:t>The waitress’s face could be any age, preserved in weariness, but her eyes, pale, glacial blue don’t meet his with curiosity, judgment or kindness.</w:t>
      </w:r>
    </w:p>
    <w:p w14:paraId="1096456C" w14:textId="77777777" w:rsidR="000843FE" w:rsidRPr="000843FE" w:rsidRDefault="000843FE" w:rsidP="000843FE">
      <w:r w:rsidRPr="000843FE">
        <w:t>They exist flat and infinite like the sky in midwinter, unbothered and indifferent whether anyone is alive beneath them or not.</w:t>
      </w:r>
    </w:p>
    <w:p w14:paraId="6FF20278" w14:textId="13BB914F" w:rsidR="000843FE" w:rsidRPr="000843FE" w:rsidRDefault="000843FE" w:rsidP="000843FE">
      <w:r w:rsidRPr="000843FE">
        <w:t>“</w:t>
      </w:r>
      <w:r w:rsidRPr="00B94039">
        <w:rPr>
          <w:i/>
          <w:iCs/>
        </w:rPr>
        <w:t>We only have regular coffee and mixed cheese sandwich. Would you like some?</w:t>
      </w:r>
      <w:r w:rsidRPr="000843FE">
        <w:t xml:space="preserve">” she says, words shaved of inflection by endless repetition. </w:t>
      </w:r>
    </w:p>
    <w:p w14:paraId="3255A550" w14:textId="77777777" w:rsidR="000843FE" w:rsidRPr="000843FE" w:rsidRDefault="000843FE" w:rsidP="000843FE">
      <w:r w:rsidRPr="000843FE">
        <w:t>Mike nods. Barely having time to return from where his mind drifted in that meantime of silence until her speech, he doesn’t trust his voice.</w:t>
      </w:r>
    </w:p>
    <w:p w14:paraId="1AB3C14F" w14:textId="77777777" w:rsidR="000843FE" w:rsidRPr="000843FE" w:rsidRDefault="000843FE" w:rsidP="000843FE">
      <w:r w:rsidRPr="000843FE">
        <w:t xml:space="preserve">Noticing the empty TV </w:t>
      </w:r>
      <w:proofErr w:type="gramStart"/>
      <w:r w:rsidRPr="000843FE">
        <w:t>frame</w:t>
      </w:r>
      <w:proofErr w:type="gramEnd"/>
      <w:r w:rsidRPr="000843FE">
        <w:t xml:space="preserve"> he looks at it, from the corner of his vision, movement. Beyond the serving hatch, the cook lingers in the kitchen and Mike's eyes </w:t>
      </w:r>
      <w:proofErr w:type="spellStart"/>
      <w:r w:rsidRPr="000843FE">
        <w:t>awkardly</w:t>
      </w:r>
      <w:proofErr w:type="spellEnd"/>
      <w:r w:rsidRPr="000843FE">
        <w:t xml:space="preserve"> cross with his through the window in the not-so-hygienic kitchen of the place, he stops looking when this happens. </w:t>
      </w:r>
    </w:p>
    <w:p w14:paraId="7D0BC5F8" w14:textId="77777777" w:rsidR="000843FE" w:rsidRPr="000843FE" w:rsidRDefault="000843FE" w:rsidP="000843FE">
      <w:r w:rsidRPr="000843FE">
        <w:t>The food arrives not so quickly, though it clearly seemed to have been waiting all along. A chipped white mug filled with something that should be coffee but tastes closer to rainwater boiled over rust. The sandwich looks like it once contained ham but has been stripped of identity: processed cheese melted into cardboard bread, stiff at the edges. Mike eats anyway.</w:t>
      </w:r>
    </w:p>
    <w:p w14:paraId="47B6A5DE" w14:textId="77777777" w:rsidR="000843FE" w:rsidRPr="000843FE" w:rsidRDefault="000843FE" w:rsidP="000843FE">
      <w:r w:rsidRPr="000843FE">
        <w:t>When he finishes, he sets a few bills on the counter. The waitress doesn’t glance at them or him. He leaves, and it feels as though he was never there.</w:t>
      </w:r>
    </w:p>
    <w:p w14:paraId="45060958" w14:textId="77777777" w:rsidR="000843FE" w:rsidRPr="000843FE" w:rsidRDefault="000843FE" w:rsidP="000843FE">
      <w:r w:rsidRPr="000843FE">
        <w:t xml:space="preserve">Outside, the fog has thinned to a light drizzle. Across the street, a TV store gapes open with its dark windows, a neon sign sputtering weakly above the door: </w:t>
      </w:r>
      <w:r w:rsidRPr="000843FE">
        <w:rPr>
          <w:b/>
          <w:bCs/>
        </w:rPr>
        <w:t>Video Star</w:t>
      </w:r>
      <w:r w:rsidRPr="000843FE">
        <w:t xml:space="preserve">. Inside, the glow of dozens of television screens spills faint light into the gloom. Mike peers closer and knocks. </w:t>
      </w:r>
    </w:p>
    <w:p w14:paraId="13A14AB1" w14:textId="77777777" w:rsidR="000843FE" w:rsidRPr="000843FE" w:rsidRDefault="000843FE" w:rsidP="000843FE">
      <w:r w:rsidRPr="000843FE">
        <w:t>Nothing. No clerk, no movement, no acknowledgment that the store is more than a display of machines left running in perpetuity. After a moment, he gives up. Maybe they just forgot flipping the “Open” sign.</w:t>
      </w:r>
    </w:p>
    <w:p w14:paraId="2DBB13FC" w14:textId="77777777" w:rsidR="000843FE" w:rsidRPr="000843FE" w:rsidRDefault="000843FE" w:rsidP="000843FE">
      <w:r w:rsidRPr="000843FE">
        <w:t xml:space="preserve">The day already feels hollow, drawn out before him like gray ribbon. He pulls out his phone, flips it open. The tiny, cracked screen lights up: </w:t>
      </w:r>
      <w:r w:rsidRPr="000843FE">
        <w:rPr>
          <w:b/>
          <w:bCs/>
        </w:rPr>
        <w:t>Missed Calls (37</w:t>
      </w:r>
      <w:proofErr w:type="gramStart"/>
      <w:r w:rsidRPr="000843FE">
        <w:rPr>
          <w:b/>
          <w:bCs/>
        </w:rPr>
        <w:t>)</w:t>
      </w:r>
      <w:r w:rsidRPr="000843FE">
        <w:t xml:space="preserve"> ,</w:t>
      </w:r>
      <w:proofErr w:type="gramEnd"/>
      <w:r w:rsidRPr="000843FE">
        <w:t xml:space="preserve"> all from months ago</w:t>
      </w:r>
      <w:r w:rsidRPr="000843FE">
        <w:rPr>
          <w:b/>
          <w:bCs/>
        </w:rPr>
        <w:t>.</w:t>
      </w:r>
      <w:r w:rsidRPr="000843FE">
        <w:t xml:space="preserve"> Dozens of them the same name—Mary.</w:t>
      </w:r>
    </w:p>
    <w:p w14:paraId="7CFA8069" w14:textId="77777777" w:rsidR="000843FE" w:rsidRDefault="000843FE" w:rsidP="000843FE">
      <w:r w:rsidRPr="000843FE">
        <w:t>For a moment, he selects the contact, but shuts the phone closed, shoving it back into his pocket.</w:t>
      </w:r>
    </w:p>
    <w:p w14:paraId="0EDFDC6E" w14:textId="77777777" w:rsidR="00B94039" w:rsidRDefault="00B94039" w:rsidP="000843FE"/>
    <w:p w14:paraId="60714E67" w14:textId="77777777" w:rsidR="00B94039" w:rsidRDefault="00B94039" w:rsidP="000843FE"/>
    <w:p w14:paraId="39C50CE1" w14:textId="77777777" w:rsidR="00B94039" w:rsidRDefault="00B94039" w:rsidP="000843FE"/>
    <w:p w14:paraId="6291ECBE" w14:textId="77777777" w:rsidR="00694EDE" w:rsidRDefault="00694EDE" w:rsidP="00B94039">
      <w:r w:rsidRPr="00B94039">
        <w:t>Mike drove without aim, smoking, the ash scattering in the drafts of his half-open window.</w:t>
      </w:r>
      <w:r>
        <w:t xml:space="preserve"> </w:t>
      </w:r>
    </w:p>
    <w:p w14:paraId="0E1EE8B8" w14:textId="77777777" w:rsidR="00D428E1" w:rsidRDefault="00694EDE" w:rsidP="00B94039">
      <w:r>
        <w:t>T</w:t>
      </w:r>
      <w:r w:rsidR="00B94039" w:rsidRPr="00B94039">
        <w:t xml:space="preserve">he hours folded into </w:t>
      </w:r>
      <w:proofErr w:type="gramStart"/>
      <w:r>
        <w:t xml:space="preserve">each </w:t>
      </w:r>
      <w:r w:rsidR="00B94039" w:rsidRPr="00B94039">
        <w:t>other,</w:t>
      </w:r>
      <w:proofErr w:type="gramEnd"/>
      <w:r w:rsidR="00B94039" w:rsidRPr="00B94039">
        <w:t xml:space="preserve"> streets passed without change—row after row of blinds pulled down and people who are rarely seen beyond their windows as though the whole town had agreed to sleep through its own existence. Sometimes he parked, letting his head fall back against the seat, but no sleep, the radio hissing static with brief intrusions of more weather reports and boring news. When he lifted his wrist again, the hands of his watch pressed him forward. Almost 8:00 PM.</w:t>
      </w:r>
      <w:r w:rsidR="00D428E1">
        <w:t xml:space="preserve"> </w:t>
      </w:r>
    </w:p>
    <w:p w14:paraId="094AF5CC" w14:textId="63F02095" w:rsidR="00B94039" w:rsidRPr="00B94039" w:rsidRDefault="00B94039" w:rsidP="00B94039">
      <w:r w:rsidRPr="00B94039">
        <w:t xml:space="preserve">At the edge of town, a gas station blinked like an artificial island. </w:t>
      </w:r>
      <w:r w:rsidRPr="00B94039">
        <w:rPr>
          <w:b/>
          <w:bCs/>
        </w:rPr>
        <w:t>“</w:t>
      </w:r>
      <w:r w:rsidRPr="00694EDE">
        <w:rPr>
          <w:b/>
          <w:bCs/>
          <w:sz w:val="32"/>
          <w:szCs w:val="32"/>
        </w:rPr>
        <w:t>24 Hour</w:t>
      </w:r>
      <w:r w:rsidRPr="00B94039">
        <w:rPr>
          <w:b/>
          <w:bCs/>
        </w:rPr>
        <w:t>”</w:t>
      </w:r>
      <w:r w:rsidRPr="00B94039">
        <w:t xml:space="preserve"> sputtered in blue, letters fighting exhaustion one flicker at a time, hundreds of moths orbiting in their endless spirals, even more fallen below. Beside them, the air pump slouched uselessly, hose curled flat on the cement like a dead snake. Mike parked in the shadow of the building.</w:t>
      </w:r>
    </w:p>
    <w:p w14:paraId="1BC45B1E" w14:textId="77777777" w:rsidR="00B94039" w:rsidRPr="00B94039" w:rsidRDefault="00B94039" w:rsidP="00B94039">
      <w:r w:rsidRPr="00B94039">
        <w:t>Inside with the package heavy in his hand, Mike pushed the glass doors and they gave way with a hiss. Fluorescent light flooded him, the place smelled of lemon disinfectant spread thin over mildew. Shelves leaned under the weight of energy drinks, bags of jerky, canned food that had probably outlived its manufacturer. Faded decals still clung to the windows: brands Mike hadn’t seen in years.</w:t>
      </w:r>
    </w:p>
    <w:p w14:paraId="56E856BA" w14:textId="77777777" w:rsidR="00B94039" w:rsidRPr="00B94039" w:rsidRDefault="00B94039" w:rsidP="00B94039">
      <w:r w:rsidRPr="00B94039">
        <w:t xml:space="preserve">A cardboard sign taped to the counter read in fat marker: </w:t>
      </w:r>
      <w:proofErr w:type="gramStart"/>
      <w:r w:rsidRPr="00B94039">
        <w:rPr>
          <w:b/>
          <w:bCs/>
        </w:rPr>
        <w:t>“ Shower</w:t>
      </w:r>
      <w:proofErr w:type="gramEnd"/>
      <w:r w:rsidRPr="00B94039">
        <w:rPr>
          <w:b/>
          <w:bCs/>
        </w:rPr>
        <w:t xml:space="preserve"> $5 / Laundry $3.”</w:t>
      </w:r>
    </w:p>
    <w:p w14:paraId="2A540CB1" w14:textId="77777777" w:rsidR="00B94039" w:rsidRPr="00B94039" w:rsidRDefault="00B94039" w:rsidP="00B94039">
      <w:r w:rsidRPr="00B94039">
        <w:t>Behind the counter, an old man sat on a stool with a magazine spread across his lap. A walrus mustache drooped gray over his lip, looking towards the magazine, Mike couldn't tell if his eyes were open or not. He didn’t stir when Mike approached and didn’t look up when the bills landed on the counter.</w:t>
      </w:r>
    </w:p>
    <w:p w14:paraId="7577A416" w14:textId="77777777" w:rsidR="00B94039" w:rsidRPr="00B94039" w:rsidRDefault="00B94039" w:rsidP="00B94039">
      <w:r w:rsidRPr="00B94039">
        <w:t xml:space="preserve">Mike slid five dollars across. </w:t>
      </w:r>
    </w:p>
    <w:p w14:paraId="09DECC44" w14:textId="77777777" w:rsidR="00B94039" w:rsidRPr="00B94039" w:rsidRDefault="00B94039" w:rsidP="00B94039">
      <w:r w:rsidRPr="00B94039">
        <w:t>The shower was through a side door, tucked behind the station. The stall had cracked white tiles, grout darkened by time. The showerhead spat fitfully, but the water came hot, steaming against his skin. Mike stripped off his sweatshirt and beanie, letting them fall to the bench. The water rattled down his shoulders, carrying road dust and sweat into the drain.</w:t>
      </w:r>
    </w:p>
    <w:p w14:paraId="4B7E5716" w14:textId="3A0052B0" w:rsidR="00B94039" w:rsidRPr="00B94039" w:rsidRDefault="00B94039" w:rsidP="00B94039">
      <w:r w:rsidRPr="00B94039">
        <w:t xml:space="preserve">Leaving the shower, he tore open the package, inside: black polyester pants, stiff at the fold; a pale blue uniform shirt with black piping on the sleeves, the fabric smelling faintly of detergent; a cap embroidered in flat block letters: </w:t>
      </w:r>
      <w:r w:rsidRPr="00B94039">
        <w:rPr>
          <w:b/>
          <w:bCs/>
        </w:rPr>
        <w:t>NIGHT GUARD.</w:t>
      </w:r>
      <w:r w:rsidRPr="00B94039">
        <w:t xml:space="preserve"> A flashlight was clipped beside them—cheap plastic, but with some weight in the hand.</w:t>
      </w:r>
      <w:r w:rsidR="00D428E1">
        <w:t xml:space="preserve"> </w:t>
      </w:r>
      <w:r w:rsidRPr="00B94039">
        <w:t xml:space="preserve">The shirt pocket held a badge that was more like a brooch: a small rectangle of blank white metal. At the bottom of the envelope, a black marker pen was tucked in, </w:t>
      </w:r>
      <w:r w:rsidRPr="00B94039">
        <w:rPr>
          <w:b/>
          <w:bCs/>
        </w:rPr>
        <w:t>“WATERPROOF / PERMANENT”</w:t>
      </w:r>
      <w:r w:rsidRPr="00B94039">
        <w:t xml:space="preserve"> printed along its barrel. He pressed the tip down and carefully wr</w:t>
      </w:r>
      <w:r w:rsidR="00D428E1">
        <w:t>ites</w:t>
      </w:r>
      <w:r w:rsidRPr="00B94039">
        <w:t xml:space="preserve">: </w:t>
      </w:r>
      <w:r w:rsidRPr="00CE2B7A">
        <w:rPr>
          <w:rFonts w:ascii="Calibri Light" w:hAnsi="Calibri Light" w:cs="Calibri Light"/>
          <w:b/>
          <w:bCs/>
          <w:sz w:val="24"/>
          <w:szCs w:val="24"/>
        </w:rPr>
        <w:t>M</w:t>
      </w:r>
      <w:r w:rsidR="00CE2B7A" w:rsidRPr="00CE2B7A">
        <w:rPr>
          <w:rFonts w:ascii="Calibri Light" w:hAnsi="Calibri Light" w:cs="Calibri Light"/>
          <w:b/>
          <w:bCs/>
          <w:sz w:val="24"/>
          <w:szCs w:val="24"/>
        </w:rPr>
        <w:t>IKE</w:t>
      </w:r>
      <w:r w:rsidRPr="00B94039">
        <w:rPr>
          <w:b/>
          <w:bCs/>
        </w:rPr>
        <w:t>.</w:t>
      </w:r>
      <w:r w:rsidRPr="00B94039">
        <w:t xml:space="preserve"> The ink sat sharp and dark against the steel. </w:t>
      </w:r>
    </w:p>
    <w:p w14:paraId="48DFC088" w14:textId="697C053C" w:rsidR="00B94039" w:rsidRPr="00B94039" w:rsidRDefault="00B94039" w:rsidP="00B94039">
      <w:r w:rsidRPr="00B94039">
        <w:t>He pin</w:t>
      </w:r>
      <w:r w:rsidR="00D428E1">
        <w:t>s</w:t>
      </w:r>
      <w:r w:rsidRPr="00B94039">
        <w:t xml:space="preserve"> it to his chest and stare into the worn and bathroom mirror</w:t>
      </w:r>
      <w:r w:rsidR="00D428E1">
        <w:t xml:space="preserve">, </w:t>
      </w:r>
      <w:r w:rsidR="00D428E1" w:rsidRPr="00B94039">
        <w:t>scratched at the corners</w:t>
      </w:r>
      <w:r w:rsidRPr="00B94039">
        <w:t>.</w:t>
      </w:r>
    </w:p>
    <w:p w14:paraId="08BEF0D3" w14:textId="77777777" w:rsidR="00694EDE" w:rsidRDefault="00694EDE" w:rsidP="00694EDE">
      <w:r w:rsidRPr="00694EDE">
        <w:lastRenderedPageBreak/>
        <w:t xml:space="preserve">In the adjoining laundry room, machines thumped and churned beneath buzzing lights. He fed his sweatshirt into one, coins rattling. The gurgle of the wash cycle filled the silence, the closest thing to conversation the place offered. The old man still hadn’t moved from his stool. </w:t>
      </w:r>
    </w:p>
    <w:p w14:paraId="51FDE5D2" w14:textId="77777777" w:rsidR="00DB5FC4" w:rsidRPr="00694EDE" w:rsidRDefault="00DB5FC4" w:rsidP="00694EDE"/>
    <w:p w14:paraId="202992C4" w14:textId="77777777" w:rsidR="00694EDE" w:rsidRPr="00694EDE" w:rsidRDefault="00694EDE" w:rsidP="00694EDE">
      <w:r w:rsidRPr="00694EDE">
        <w:t>Mike stepped back outside, moist breath, jacket thrown over his new uniform. He sat in the car, unfolded the city map tucked inside the glove compartment. The restaurant was marked clear enough, within the town limits but tucked at its fringe.</w:t>
      </w:r>
    </w:p>
    <w:p w14:paraId="75F020F2" w14:textId="77777777" w:rsidR="00694EDE" w:rsidRPr="00694EDE" w:rsidRDefault="00694EDE" w:rsidP="00694EDE">
      <w:r w:rsidRPr="00694EDE">
        <w:t>To get there it was necessary to take the road to leave the city, there was no direct route through it, no cross-streets, no other businesses near it.</w:t>
      </w:r>
    </w:p>
    <w:p w14:paraId="182CE984" w14:textId="5E45C647" w:rsidR="00694EDE" w:rsidRPr="00694EDE" w:rsidRDefault="00694EDE" w:rsidP="00694EDE">
      <w:r w:rsidRPr="00694EDE">
        <w:t xml:space="preserve">He folded the map shut and drove back down the </w:t>
      </w:r>
      <w:r>
        <w:t xml:space="preserve">highway </w:t>
      </w:r>
      <w:r w:rsidRPr="00694EDE">
        <w:t>road that had carried him in.</w:t>
      </w:r>
    </w:p>
    <w:p w14:paraId="0E071B56" w14:textId="77777777" w:rsidR="00694EDE" w:rsidRPr="00694EDE" w:rsidRDefault="00694EDE" w:rsidP="00694EDE">
      <w:r w:rsidRPr="00694EDE">
        <w:t xml:space="preserve">Now a little more visible than during the day despite the headlights weakening a few times, Mike </w:t>
      </w:r>
      <w:proofErr w:type="gramStart"/>
      <w:r w:rsidRPr="00694EDE">
        <w:t>see</w:t>
      </w:r>
      <w:proofErr w:type="gramEnd"/>
      <w:r w:rsidRPr="00694EDE">
        <w:t xml:space="preserve"> on his left side the faded plate, he hadn't noticed when he came, he drives past it and turns the wheel.</w:t>
      </w:r>
    </w:p>
    <w:p w14:paraId="41B0766D" w14:textId="77777777" w:rsidR="00694EDE" w:rsidRPr="00694EDE" w:rsidRDefault="00694EDE" w:rsidP="00694EDE">
      <w:r w:rsidRPr="00694EDE">
        <w:t xml:space="preserve">Entering it, the asphalt gives way to dirt, a narrow road stitched together with weeds and gravel. </w:t>
      </w:r>
    </w:p>
    <w:p w14:paraId="29BC18AD" w14:textId="77777777" w:rsidR="00694EDE" w:rsidRPr="00694EDE" w:rsidRDefault="00694EDE" w:rsidP="00694EDE">
      <w:r w:rsidRPr="00694EDE">
        <w:t xml:space="preserve">The headlights chase ahead in shallow beams, swallowed by fog that drifts between tree trunks like tire smoke. </w:t>
      </w:r>
    </w:p>
    <w:p w14:paraId="300B7FF6" w14:textId="77777777" w:rsidR="00694EDE" w:rsidRPr="00694EDE" w:rsidRDefault="00694EDE" w:rsidP="00694EDE">
      <w:r w:rsidRPr="00694EDE">
        <w:t>The car hemmed in by trees that seem to bend closer with every turn, their branches arc low enough to scrape against the car roof, a sound sharp and metallic like fingernails dragged across tin.</w:t>
      </w:r>
    </w:p>
    <w:p w14:paraId="4438D569" w14:textId="77777777" w:rsidR="00694EDE" w:rsidRPr="00694EDE" w:rsidRDefault="00694EDE" w:rsidP="00694EDE">
      <w:r w:rsidRPr="00694EDE">
        <w:t>Pinecones scatter across the path in little avalanches, his tires crunch through them, each pop and snap unnerving in the quiet.</w:t>
      </w:r>
    </w:p>
    <w:p w14:paraId="535FFD34" w14:textId="77777777" w:rsidR="00694EDE" w:rsidRPr="00694EDE" w:rsidRDefault="00694EDE" w:rsidP="00694EDE">
      <w:r w:rsidRPr="00694EDE">
        <w:t>A fallen branch sprawls across the lane ahead, thick as an arm, pale bark split by weather. Mike pulls onto the shoulder, engine idling, and steps out into the night air. The silence is immense but Mike's ear still feels a little clogged.</w:t>
      </w:r>
    </w:p>
    <w:p w14:paraId="2481887D" w14:textId="77777777" w:rsidR="00694EDE" w:rsidRPr="00694EDE" w:rsidRDefault="00694EDE" w:rsidP="00694EDE">
      <w:r w:rsidRPr="00694EDE">
        <w:t>Just trees, breathing around him. He bends to drag the branch to the ditch when something cracks in the woods, he scans the dark tangle of trunks. Nothing moves. Probably a deer or a raccoon.</w:t>
      </w:r>
    </w:p>
    <w:p w14:paraId="185DD9A9" w14:textId="77777777" w:rsidR="00694EDE" w:rsidRPr="00694EDE" w:rsidRDefault="00694EDE" w:rsidP="00694EDE">
      <w:r w:rsidRPr="00694EDE">
        <w:t>He tosses the branch aside, gets back behind the wheel, and slams the door harder than he meant to.</w:t>
      </w:r>
    </w:p>
    <w:p w14:paraId="6373EF5A" w14:textId="77777777" w:rsidR="00694EDE" w:rsidRPr="00694EDE" w:rsidRDefault="00694EDE" w:rsidP="00694EDE">
      <w:r w:rsidRPr="00694EDE">
        <w:t xml:space="preserve">The path dips, levels. </w:t>
      </w:r>
    </w:p>
    <w:p w14:paraId="5B045D89" w14:textId="039EC40F" w:rsidR="00694EDE" w:rsidRDefault="00694EDE" w:rsidP="00694EDE">
      <w:r w:rsidRPr="00694EDE">
        <w:t>And then, without warning, it appears.</w:t>
      </w:r>
    </w:p>
    <w:p w14:paraId="518533C0" w14:textId="77777777" w:rsidR="00694EDE" w:rsidRDefault="00694EDE" w:rsidP="00694EDE">
      <w:pPr>
        <w:rPr>
          <w:rFonts w:ascii="Candara" w:hAnsi="Candara"/>
          <w:b/>
          <w:bCs/>
          <w:color w:val="000000" w:themeColor="text1"/>
          <w:sz w:val="32"/>
          <w:szCs w:val="32"/>
        </w:rPr>
      </w:pPr>
      <w:r w:rsidRPr="00694EDE">
        <w:rPr>
          <w:rFonts w:ascii="Candara" w:hAnsi="Candara"/>
          <w:b/>
          <w:bCs/>
          <w:color w:val="000000" w:themeColor="text1"/>
          <w:sz w:val="32"/>
          <w:szCs w:val="32"/>
        </w:rPr>
        <w:t>FREDDY’S PIZZA</w:t>
      </w:r>
    </w:p>
    <w:p w14:paraId="6E2271FB" w14:textId="77777777" w:rsidR="00694EDE" w:rsidRPr="00694EDE" w:rsidRDefault="00694EDE" w:rsidP="00694EDE">
      <w:r w:rsidRPr="00694EDE">
        <w:lastRenderedPageBreak/>
        <w:t>It stands at the end of the road exactly as in the ad photograph: a flat-faced building, blue walls faded toward gray, red block letters drooping overhead. The lot in front is a sprawl of cracked concrete, tufts of grass clawing up through some of the fissures, “Open” LED sign off. No other cars. No trace of visitors. No light in the windows.</w:t>
      </w:r>
    </w:p>
    <w:p w14:paraId="3A7BAD3C" w14:textId="2B5BEFDC" w:rsidR="00694EDE" w:rsidRPr="00694EDE" w:rsidRDefault="00694EDE" w:rsidP="00694EDE">
      <w:r w:rsidRPr="00694EDE">
        <w:t xml:space="preserve">Mike </w:t>
      </w:r>
      <w:r w:rsidR="00DB5FC4">
        <w:t xml:space="preserve">pulls in a spot of the parking lot and </w:t>
      </w:r>
      <w:r w:rsidRPr="00694EDE">
        <w:t xml:space="preserve">kills the engine, the headlights snapping off. The night swallows him whole. He looks for the flashlight from the passenger seat using the dim flickering dashboard light, clicks it on, </w:t>
      </w:r>
      <w:r w:rsidR="00BC3E6D">
        <w:t>remove the car keys</w:t>
      </w:r>
      <w:r w:rsidRPr="00694EDE">
        <w:t xml:space="preserve"> and steps out</w:t>
      </w:r>
      <w:r w:rsidR="00BC3E6D">
        <w:t xml:space="preserve"> in the night</w:t>
      </w:r>
      <w:r w:rsidRPr="00694EDE">
        <w:t xml:space="preserve">. </w:t>
      </w:r>
    </w:p>
    <w:p w14:paraId="35B1A4CC" w14:textId="77777777" w:rsidR="00694EDE" w:rsidRPr="00694EDE" w:rsidRDefault="00694EDE" w:rsidP="00694EDE">
      <w:r w:rsidRPr="00694EDE">
        <w:t>The beam cuts a pale blade across the façade examining the windows and columns, he heads towards the glass front door hearing his footsteps against the concrete. He shines his light through the windows and book door, but they seem too dark, he sees just by putting his head close, a small corridor with benches and posters like a cafe area, next to the door, a bulky thing with a slit, he runs the magnetic key card through it. A tired mechanical click answers and the door became loose.</w:t>
      </w:r>
    </w:p>
    <w:p w14:paraId="7B0C0351" w14:textId="77777777" w:rsidR="00694EDE" w:rsidRPr="00694EDE" w:rsidRDefault="00694EDE" w:rsidP="00694EDE">
      <w:r w:rsidRPr="00694EDE">
        <w:t>Inside, he can see the lobby better, the switch panel by the service counter is gutted—no levers, no breakers, just empty rectangular slots. The beam skims over a counter and lobby, he finds a second door.</w:t>
      </w:r>
    </w:p>
    <w:p w14:paraId="16E83922" w14:textId="5D84B06E" w:rsidR="00694EDE" w:rsidRPr="00694EDE" w:rsidRDefault="00694EDE" w:rsidP="00694EDE">
      <w:r w:rsidRPr="00694EDE">
        <w:t xml:space="preserve">Through it, the way leads him inside where the windows don’t reach, the temperature changes just enough that he can no longer see the vapor from his breath, the big dining room sprawls out in blackness like a cavern. His flashlight narrows cutting through the still air. Six long party tables sit in neat rows, each one crowned with paper cones of color—birthday hats, perfectly arranged, no dust on them. They gleam in the beam, two stages squat at the far wall, long curtains drawn tight—one of them bigger, red, the other one is purple with star decoration. Above, a glass ceiling vaults out of sight, its edges lost to shadow. The air smells specific but unfamiliar, Mike can't quite identify it just like he can’t tell whether the checkered </w:t>
      </w:r>
      <w:r w:rsidR="00B2684E">
        <w:t xml:space="preserve">patterned carpet </w:t>
      </w:r>
      <w:r w:rsidRPr="00694EDE">
        <w:t>floor is blue and black or black and white.</w:t>
      </w:r>
    </w:p>
    <w:p w14:paraId="65E486D2" w14:textId="77777777" w:rsidR="00694EDE" w:rsidRPr="00694EDE" w:rsidRDefault="00694EDE" w:rsidP="00694EDE">
      <w:r w:rsidRPr="00694EDE">
        <w:t>He sweeps the beam along the perimeter. Gray walls hem in the space, a red lines with checkered stripe between stenciled waist-high circling everything like a boundary marker.</w:t>
      </w:r>
    </w:p>
    <w:p w14:paraId="0B150C58" w14:textId="77777777" w:rsidR="00694EDE" w:rsidRPr="00694EDE" w:rsidRDefault="00694EDE" w:rsidP="00694EDE">
      <w:r w:rsidRPr="00694EDE">
        <w:t>In the corner, arcade cabinets lean in a row, cartoonish animals grin from their arts, their styles instantly remember that dog from the coffee shop earlier, they could be from the same cartoon but these looked more realistic, not drawn like that one, those are costume pictures, their eyes garish under the beam. No identifiable video game characters flash, although familiar, nothing that Mike could exactly name, their screens black as slate. One machine covered under a tarp.</w:t>
      </w:r>
    </w:p>
    <w:p w14:paraId="41874E95" w14:textId="77777777" w:rsidR="00694EDE" w:rsidRPr="00694EDE" w:rsidRDefault="00694EDE" w:rsidP="00694EDE">
      <w:r w:rsidRPr="00694EDE">
        <w:t xml:space="preserve">Mike pulls back the edge and </w:t>
      </w:r>
      <w:proofErr w:type="gramStart"/>
      <w:r w:rsidRPr="00694EDE">
        <w:t>look</w:t>
      </w:r>
      <w:proofErr w:type="gramEnd"/>
      <w:r w:rsidRPr="00694EDE">
        <w:t xml:space="preserve"> under the tarp. A cowboy-themed shooting arcade peers up, rifles chained to the sides, restricted, their triggers locked under brittle plastic guards.</w:t>
      </w:r>
    </w:p>
    <w:p w14:paraId="7EDE6FF5" w14:textId="77777777" w:rsidR="00694EDE" w:rsidRDefault="00694EDE" w:rsidP="00694EDE">
      <w:r w:rsidRPr="008F5160">
        <w:rPr>
          <w:rFonts w:ascii="Arial Rounded MT Bold" w:hAnsi="Arial Rounded MT Bold"/>
        </w:rPr>
        <w:t>“</w:t>
      </w:r>
      <w:r w:rsidRPr="008F5160">
        <w:rPr>
          <w:rFonts w:ascii="Arial Rounded MT Bold" w:hAnsi="Arial Rounded MT Bold"/>
          <w:b/>
          <w:bCs/>
          <w:sz w:val="20"/>
          <w:szCs w:val="20"/>
        </w:rPr>
        <w:t>LOAD, BLOCK, SHOOT!</w:t>
      </w:r>
      <w:r w:rsidRPr="008F5160">
        <w:rPr>
          <w:rFonts w:ascii="Arial Rounded MT Bold" w:hAnsi="Arial Rounded MT Bold"/>
          <w:sz w:val="28"/>
          <w:szCs w:val="28"/>
        </w:rPr>
        <w:t>”</w:t>
      </w:r>
      <w:r w:rsidRPr="008F5160">
        <w:rPr>
          <w:rFonts w:ascii="Arial Rounded MT Bold" w:hAnsi="Arial Rounded MT Bold"/>
        </w:rPr>
        <w:t xml:space="preserve"> </w:t>
      </w:r>
      <w:r w:rsidRPr="00694EDE">
        <w:t xml:space="preserve">stretches across the cabinet in western lettering faded to a desert pale on top of </w:t>
      </w:r>
      <w:proofErr w:type="gramStart"/>
      <w:r w:rsidRPr="00694EDE">
        <w:t>an</w:t>
      </w:r>
      <w:proofErr w:type="gramEnd"/>
      <w:r w:rsidRPr="00694EDE">
        <w:t xml:space="preserve"> wooden theme simulating the texture of a barrel.</w:t>
      </w:r>
    </w:p>
    <w:p w14:paraId="2417BB0E" w14:textId="77777777" w:rsidR="00CE2B7A" w:rsidRDefault="00CE2B7A" w:rsidP="00694EDE"/>
    <w:p w14:paraId="495A881B" w14:textId="77777777" w:rsidR="00694EDE" w:rsidRPr="00694EDE" w:rsidRDefault="00694EDE" w:rsidP="00694EDE">
      <w:r w:rsidRPr="00694EDE">
        <w:lastRenderedPageBreak/>
        <w:t>He lets the tarp fall back into place.</w:t>
      </w:r>
    </w:p>
    <w:p w14:paraId="312445DB" w14:textId="77777777" w:rsidR="00694EDE" w:rsidRPr="00694EDE" w:rsidRDefault="00694EDE" w:rsidP="00694EDE">
      <w:r w:rsidRPr="00694EDE">
        <w:t>Facing the arcades, a carousel with colorful animals as seats, Mike can't say what they are exactly, near an entrance a half-meter figure, a kind of smiling porcelain doll with thick eyebrows and a triangular nose, seems to be wearing a magician's outfit, a black suit and top hat holding a wand. The main room is stale, undisturbed, everything is clean, organized and as if it had just been sterilized.</w:t>
      </w:r>
    </w:p>
    <w:p w14:paraId="5798B86D" w14:textId="77777777" w:rsidR="00694EDE" w:rsidRPr="00694EDE" w:rsidRDefault="00694EDE" w:rsidP="00694EDE">
      <w:r w:rsidRPr="00694EDE">
        <w:t>When the beam of light fills the long hallway to the poster at the end of it, these walls beyond the dining room tells a different story. Small papers containing drawings cover every inch of them—crayon families, smiling faces, animals, stick figures under rainbow skies flying using balloons. "My Fun Day!!!" written in different colorful letters printed in each of the papers, probably distributed so that children could record in them what made their moments special in this place.</w:t>
      </w:r>
    </w:p>
    <w:p w14:paraId="18E80D95" w14:textId="77777777" w:rsidR="00694EDE" w:rsidRPr="00694EDE" w:rsidRDefault="00694EDE" w:rsidP="00694EDE">
      <w:r w:rsidRPr="00694EDE">
        <w:t>The few ones with something handwritten and legible reads "I Love Pizza" or simply “Me”, “My dad, My Mom” and dozens of names with arrows pointing to the crude sticky figures representing them.</w:t>
      </w:r>
    </w:p>
    <w:p w14:paraId="195DDAC2" w14:textId="77777777" w:rsidR="00694EDE" w:rsidRPr="00694EDE" w:rsidRDefault="00694EDE" w:rsidP="00694EDE">
      <w:r w:rsidRPr="00694EDE">
        <w:t>But besides family members, balloons, cakes, and pizzas, there are also many colorful figures, like animals—brown, purple, yellow, blue, green—different depictions of animals with different snouts and ears. Hundreds of them, maybe thousands, layered like archaeological deposits of joy.</w:t>
      </w:r>
    </w:p>
    <w:p w14:paraId="409DFED9" w14:textId="0EF1BC7A" w:rsidR="00694EDE" w:rsidRPr="00694EDE" w:rsidRDefault="00694EDE" w:rsidP="00694EDE">
      <w:r w:rsidRPr="00694EDE">
        <w:t>As Mike walks deeper, the drawings become more scattered, some fallen to the floor. The papers mix with fallen documents—invoices, health department notices, employee schedules. Wires peek through holes in the drywall, infiltrations, dirt stains, as he g</w:t>
      </w:r>
      <w:r>
        <w:t>o</w:t>
      </w:r>
      <w:r w:rsidRPr="00694EDE">
        <w:t>t closer to the end of the corridor, care seems to be less prioritized, the "Employees Only" sign on the wall may be a clue for the reason.</w:t>
      </w:r>
    </w:p>
    <w:p w14:paraId="0846916B" w14:textId="77777777" w:rsidR="00694EDE" w:rsidRPr="00694EDE" w:rsidRDefault="00694EDE" w:rsidP="00694EDE">
      <w:r w:rsidRPr="00694EDE">
        <w:t>A single sheet on the wall catches his eye, typed in bold letters:</w:t>
      </w:r>
    </w:p>
    <w:p w14:paraId="16456D65" w14:textId="77777777" w:rsidR="00694EDE" w:rsidRPr="00694EDE" w:rsidRDefault="00694EDE" w:rsidP="00694EDE">
      <w:r w:rsidRPr="00694EDE">
        <w:rPr>
          <w:b/>
          <w:bCs/>
        </w:rPr>
        <w:t>RULES FOR SAFETY</w:t>
      </w:r>
    </w:p>
    <w:p w14:paraId="00828606" w14:textId="77777777" w:rsidR="00694EDE" w:rsidRPr="00694EDE" w:rsidRDefault="00694EDE" w:rsidP="00694EDE">
      <w:pPr>
        <w:numPr>
          <w:ilvl w:val="0"/>
          <w:numId w:val="10"/>
        </w:numPr>
        <w:spacing w:after="160" w:line="278" w:lineRule="auto"/>
      </w:pPr>
      <w:r w:rsidRPr="00694EDE">
        <w:t>Don't run</w:t>
      </w:r>
    </w:p>
    <w:p w14:paraId="2A5C4EDA" w14:textId="77777777" w:rsidR="00694EDE" w:rsidRPr="00694EDE" w:rsidRDefault="00694EDE" w:rsidP="00694EDE">
      <w:pPr>
        <w:numPr>
          <w:ilvl w:val="0"/>
          <w:numId w:val="10"/>
        </w:numPr>
        <w:spacing w:after="160" w:line="278" w:lineRule="auto"/>
      </w:pPr>
      <w:r w:rsidRPr="00694EDE">
        <w:t>Don't yell</w:t>
      </w:r>
    </w:p>
    <w:p w14:paraId="3249BD4A" w14:textId="77777777" w:rsidR="00694EDE" w:rsidRPr="00694EDE" w:rsidRDefault="00694EDE" w:rsidP="00694EDE">
      <w:pPr>
        <w:numPr>
          <w:ilvl w:val="0"/>
          <w:numId w:val="10"/>
        </w:numPr>
        <w:spacing w:after="160" w:line="278" w:lineRule="auto"/>
      </w:pPr>
      <w:r w:rsidRPr="00694EDE">
        <w:t>Don't scream</w:t>
      </w:r>
    </w:p>
    <w:p w14:paraId="51EF98C9" w14:textId="77777777" w:rsidR="00694EDE" w:rsidRPr="00694EDE" w:rsidRDefault="00694EDE" w:rsidP="00694EDE">
      <w:pPr>
        <w:numPr>
          <w:ilvl w:val="0"/>
          <w:numId w:val="10"/>
        </w:numPr>
        <w:spacing w:after="160" w:line="278" w:lineRule="auto"/>
      </w:pPr>
      <w:r w:rsidRPr="00694EDE">
        <w:t>Don't poop on the floor</w:t>
      </w:r>
    </w:p>
    <w:p w14:paraId="6FC5317E" w14:textId="77777777" w:rsidR="00694EDE" w:rsidRPr="00694EDE" w:rsidRDefault="00694EDE" w:rsidP="00694EDE">
      <w:pPr>
        <w:numPr>
          <w:ilvl w:val="0"/>
          <w:numId w:val="10"/>
        </w:numPr>
        <w:spacing w:after="160" w:line="278" w:lineRule="auto"/>
      </w:pPr>
      <w:r w:rsidRPr="00694EDE">
        <w:t>Stay close to Mom</w:t>
      </w:r>
    </w:p>
    <w:p w14:paraId="7B08A874" w14:textId="77777777" w:rsidR="00694EDE" w:rsidRPr="00694EDE" w:rsidRDefault="00694EDE" w:rsidP="00694EDE">
      <w:pPr>
        <w:numPr>
          <w:ilvl w:val="0"/>
          <w:numId w:val="10"/>
        </w:numPr>
        <w:spacing w:after="160" w:line="278" w:lineRule="auto"/>
      </w:pPr>
      <w:r w:rsidRPr="00694EDE">
        <w:t>Don't hit</w:t>
      </w:r>
    </w:p>
    <w:p w14:paraId="163369BF" w14:textId="77777777" w:rsidR="00694EDE" w:rsidRPr="00694EDE" w:rsidRDefault="00694EDE" w:rsidP="00694EDE">
      <w:pPr>
        <w:numPr>
          <w:ilvl w:val="0"/>
          <w:numId w:val="10"/>
        </w:numPr>
        <w:spacing w:after="160" w:line="278" w:lineRule="auto"/>
      </w:pPr>
      <w:r w:rsidRPr="00694EDE">
        <w:t>Don't touch Freddy</w:t>
      </w:r>
    </w:p>
    <w:p w14:paraId="4D6C84C0" w14:textId="77777777" w:rsidR="00694EDE" w:rsidRPr="00694EDE" w:rsidRDefault="00694EDE" w:rsidP="00694EDE">
      <w:pPr>
        <w:numPr>
          <w:ilvl w:val="0"/>
          <w:numId w:val="10"/>
        </w:numPr>
        <w:spacing w:after="160" w:line="278" w:lineRule="auto"/>
      </w:pPr>
      <w:r w:rsidRPr="00694EDE">
        <w:t>Leave before dark</w:t>
      </w:r>
    </w:p>
    <w:p w14:paraId="572D94B6" w14:textId="77777777" w:rsidR="00694EDE" w:rsidRPr="00694EDE" w:rsidRDefault="00694EDE" w:rsidP="00694EDE">
      <w:r w:rsidRPr="00694EDE">
        <w:t>Mike checks his watch. 11:58 PM.</w:t>
      </w:r>
    </w:p>
    <w:p w14:paraId="54FE164D" w14:textId="77777777" w:rsidR="00694EDE" w:rsidRPr="00694EDE" w:rsidRDefault="00694EDE" w:rsidP="00694EDE">
      <w:r w:rsidRPr="00694EDE">
        <w:lastRenderedPageBreak/>
        <w:t xml:space="preserve">At the end of the hallway, facing the "Janitor" room on the right, "Security Office" on the left have a cased opening, with a barred window and a mail slot. </w:t>
      </w:r>
    </w:p>
    <w:p w14:paraId="32AA6C74" w14:textId="77777777" w:rsidR="00694EDE" w:rsidRPr="00694EDE" w:rsidRDefault="00694EDE" w:rsidP="00694EDE">
      <w:r w:rsidRPr="00694EDE">
        <w:t>The security office feels more like a broom closet than a workplace, a box crammed with the detritus of years no one cared to clean. Even more Crayon drawings paper the walls inside, overlapping like scales—smiling animals with balloon-shaped heads, birthday scenes, handwriting that staggers between blocky letters and looping scrawls. Some are bright, preserved; others have faded.</w:t>
      </w:r>
    </w:p>
    <w:p w14:paraId="1D10A5AA" w14:textId="2944F1B8" w:rsidR="00694EDE" w:rsidRPr="00694EDE" w:rsidRDefault="00694EDE" w:rsidP="00694EDE">
      <w:r w:rsidRPr="00694EDE">
        <w:t>The beam reveals a poster showing a picture of what appear to be some kind of cartoon costumes.</w:t>
      </w:r>
      <w:r w:rsidR="00C35A35">
        <w:t xml:space="preserve"> </w:t>
      </w:r>
      <w:r w:rsidRPr="00694EDE">
        <w:t>Stacks of chunky monitors pile against one another on the desk, cords and cables snaking into snarled heaps that choke the corners. Paper cups sag with dried stains, empty chip bags, if the rest of the restaurant was a mausoleum, this is its ossuary—everything collapsed inward.</w:t>
      </w:r>
    </w:p>
    <w:p w14:paraId="22B02175" w14:textId="77777777" w:rsidR="00694EDE" w:rsidRPr="00694EDE" w:rsidRDefault="00694EDE" w:rsidP="00694EDE">
      <w:r w:rsidRPr="00694EDE">
        <w:t xml:space="preserve">The black desk barely fits against the </w:t>
      </w:r>
      <w:proofErr w:type="gramStart"/>
      <w:r w:rsidRPr="00694EDE">
        <w:t>wall,</w:t>
      </w:r>
      <w:proofErr w:type="gramEnd"/>
      <w:r w:rsidRPr="00694EDE">
        <w:t xml:space="preserve"> a metal chair shoved beneath it. To the left of the doorway, a square red button glows faintly behind plastic when Mike points the flashlight, a label smeared but still legible: </w:t>
      </w:r>
      <w:r w:rsidRPr="00095F81">
        <w:rPr>
          <w:rFonts w:ascii="Impact" w:hAnsi="Impact"/>
          <w:sz w:val="24"/>
          <w:szCs w:val="24"/>
        </w:rPr>
        <w:t>EMERGENCIES ONLY</w:t>
      </w:r>
      <w:r w:rsidRPr="00694EDE">
        <w:t>.</w:t>
      </w:r>
    </w:p>
    <w:p w14:paraId="63052854" w14:textId="77777777" w:rsidR="00016338" w:rsidRDefault="00694EDE" w:rsidP="00694EDE">
      <w:r w:rsidRPr="00694EDE">
        <w:t xml:space="preserve">Mike sits into the chair. Behind him, he lights an object shoved into the rear corner of the room, a generator box, silent, a curled sheet of notebook paper taped to its face. In black marker: </w:t>
      </w:r>
    </w:p>
    <w:p w14:paraId="59065F48" w14:textId="006A3845" w:rsidR="00694EDE" w:rsidRPr="00694EDE" w:rsidRDefault="00694EDE" w:rsidP="00694EDE">
      <w:r w:rsidRPr="00694EDE">
        <w:rPr>
          <w:b/>
          <w:bCs/>
        </w:rPr>
        <w:t>Turn after midnight only.</w:t>
      </w:r>
      <w:r w:rsidR="002B0F40">
        <w:t xml:space="preserve"> </w:t>
      </w:r>
      <w:r w:rsidRPr="00694EDE">
        <w:t xml:space="preserve">He checks his wristwatch. The </w:t>
      </w:r>
      <w:proofErr w:type="gramStart"/>
      <w:r w:rsidRPr="00694EDE">
        <w:t>second hand</w:t>
      </w:r>
      <w:proofErr w:type="gramEnd"/>
      <w:r w:rsidRPr="00694EDE">
        <w:t xml:space="preserve"> ticks past twelve. He flips the switch</w:t>
      </w:r>
      <w:r w:rsidR="00C35A35">
        <w:t xml:space="preserve"> up</w:t>
      </w:r>
      <w:r w:rsidRPr="00694EDE">
        <w:t>.</w:t>
      </w:r>
    </w:p>
    <w:p w14:paraId="64822B7D" w14:textId="0C353077" w:rsidR="00694EDE" w:rsidRPr="00694EDE" w:rsidRDefault="00694EDE" w:rsidP="00694EDE">
      <w:r w:rsidRPr="00694EDE">
        <w:t>The machine shudders awake, coughing like an old smoker. The vibration travels through the floor into his shoes, into his legs. A low, constant hum fills the room</w:t>
      </w:r>
      <w:r w:rsidR="00C35A35">
        <w:t xml:space="preserve"> and he can no longer hear the </w:t>
      </w:r>
      <w:r w:rsidR="00C35A35" w:rsidRPr="00C35A35">
        <w:t>tinnitus</w:t>
      </w:r>
      <w:r w:rsidRPr="00694EDE">
        <w:t>. The weak lightbulb above his head flicker to life, dim yellow that brighten nothing beyond the doorway. The air grows heavier with the heat of machinery, claustrophobic in seconds, Mike turn off his flashlight. He pulls his jacket off and hangs it on a door handle, sweat already prickling at his back. A metal desk fan sits on the corner of the desk, he clicks it on; it rattles, groaning with every spin.</w:t>
      </w:r>
    </w:p>
    <w:p w14:paraId="70CB4E8C" w14:textId="77777777" w:rsidR="00694EDE" w:rsidRPr="00694EDE" w:rsidRDefault="00694EDE" w:rsidP="00694EDE">
      <w:r w:rsidRPr="00694EDE">
        <w:t>He hears an alarm sound, but no phone or cell phone in sight, looking around the table the sound seems most likely coming from a weird plastic shape, he pulls it closer. Heavy in the hand, awkwardly molded, with a handle that seems decorative more than useful.</w:t>
      </w:r>
    </w:p>
    <w:p w14:paraId="13584E8A" w14:textId="77777777" w:rsidR="002B0F40" w:rsidRDefault="00694EDE" w:rsidP="00694EDE">
      <w:r w:rsidRPr="00694EDE">
        <w:t xml:space="preserve">But it’s not loose. A thick black cord trails from its side, running into the wall. A red diode glows faintly above the </w:t>
      </w:r>
      <w:r w:rsidRPr="00694EDE">
        <w:rPr>
          <w:i/>
          <w:iCs/>
        </w:rPr>
        <w:t>Play</w:t>
      </w:r>
      <w:r w:rsidRPr="00694EDE">
        <w:t xml:space="preserve"> button. Next to it, a little green digital window flickers</w:t>
      </w:r>
      <w:r w:rsidRPr="00694EDE">
        <w:rPr>
          <w:b/>
          <w:bCs/>
        </w:rPr>
        <w:t xml:space="preserve">: </w:t>
      </w:r>
      <w:r w:rsidRPr="00694EDE">
        <w:t xml:space="preserve">0:00. Beside the counter, blocky letters glow faintly: </w:t>
      </w:r>
    </w:p>
    <w:p w14:paraId="42913F87" w14:textId="66F65644" w:rsidR="00694EDE" w:rsidRPr="00694EDE" w:rsidRDefault="00694EDE" w:rsidP="00694EDE">
      <w:r w:rsidRPr="00095F81">
        <w:rPr>
          <w:rFonts w:ascii="Consolas" w:hAnsi="Consolas"/>
          <w:b/>
          <w:bCs/>
        </w:rPr>
        <w:t xml:space="preserve">5 </w:t>
      </w:r>
      <w:r w:rsidR="00095F81" w:rsidRPr="00095F81">
        <w:rPr>
          <w:rFonts w:ascii="Consolas" w:hAnsi="Consolas"/>
          <w:b/>
          <w:bCs/>
        </w:rPr>
        <w:t>messages left</w:t>
      </w:r>
      <w:r w:rsidRPr="00095F81">
        <w:rPr>
          <w:rFonts w:ascii="Consolas" w:hAnsi="Consolas"/>
        </w:rPr>
        <w:t>.</w:t>
      </w:r>
    </w:p>
    <w:p w14:paraId="593F02D2" w14:textId="77777777" w:rsidR="00694EDE" w:rsidRPr="00694EDE" w:rsidRDefault="00694EDE" w:rsidP="00694EDE">
      <w:r w:rsidRPr="00694EDE">
        <w:t>In the far corner, beyond all the half-buried papers and random objects, lies a book, its spine cracked, the cover worn smooth and faced down. Mike leaves it untouched.</w:t>
      </w:r>
    </w:p>
    <w:p w14:paraId="615C17E4" w14:textId="5FA20DC0" w:rsidR="00694EDE" w:rsidRPr="00694EDE" w:rsidRDefault="00694EDE" w:rsidP="00694EDE">
      <w:r w:rsidRPr="00694EDE">
        <w:t>His hand hovers over the recorder and press</w:t>
      </w:r>
      <w:r w:rsidR="00C35A35">
        <w:t xml:space="preserve">es </w:t>
      </w:r>
      <w:r w:rsidRPr="00C35A35">
        <w:rPr>
          <w:rFonts w:ascii="OCR A Extended" w:hAnsi="OCR A Extended"/>
        </w:rPr>
        <w:t>Play</w:t>
      </w:r>
      <w:r w:rsidRPr="00694EDE">
        <w:t>.</w:t>
      </w:r>
    </w:p>
    <w:p w14:paraId="544E89A7" w14:textId="46E66C94" w:rsidR="00694EDE" w:rsidRPr="00C35A35" w:rsidRDefault="00C35A35" w:rsidP="00694EDE">
      <w:pPr>
        <w:rPr>
          <w:rFonts w:ascii="OCR A Extended" w:hAnsi="OCR A Extended"/>
        </w:rPr>
      </w:pPr>
      <w:r w:rsidRPr="009B379A">
        <w:rPr>
          <w:rFonts w:ascii="Arial Rounded MT Bold" w:hAnsi="Arial Rounded MT Bold"/>
          <w:b/>
          <w:bCs/>
        </w:rPr>
        <w:lastRenderedPageBreak/>
        <w:t>[</w:t>
      </w:r>
      <w:r w:rsidR="00694EDE" w:rsidRPr="00C35A35">
        <w:rPr>
          <w:rFonts w:ascii="OCR A Extended" w:hAnsi="OCR A Extended"/>
          <w:b/>
          <w:bCs/>
        </w:rPr>
        <w:t>Cassette clicks. A man clears his throat. The background fan hum suggests an empty office or tiled hallway</w:t>
      </w:r>
      <w:proofErr w:type="gramStart"/>
      <w:r w:rsidR="00694EDE" w:rsidRPr="00C35A35">
        <w:rPr>
          <w:rFonts w:ascii="OCR A Extended" w:hAnsi="OCR A Extended"/>
          <w:b/>
          <w:bCs/>
        </w:rPr>
        <w:t>.</w:t>
      </w:r>
      <w:r w:rsidRPr="00C35A35">
        <w:rPr>
          <w:rFonts w:ascii="Arial Rounded MT Bold" w:hAnsi="Arial Rounded MT Bold"/>
          <w:b/>
          <w:bCs/>
        </w:rPr>
        <w:t xml:space="preserve"> </w:t>
      </w:r>
      <w:r>
        <w:rPr>
          <w:rFonts w:ascii="Arial Rounded MT Bold" w:hAnsi="Arial Rounded MT Bold"/>
          <w:b/>
          <w:bCs/>
        </w:rPr>
        <w:t>]</w:t>
      </w:r>
      <w:proofErr w:type="gramEnd"/>
    </w:p>
    <w:p w14:paraId="190C8F78" w14:textId="11E8A213" w:rsidR="005E166D" w:rsidRPr="005E166D" w:rsidRDefault="00694EDE" w:rsidP="00694EDE">
      <w:pPr>
        <w:rPr>
          <w:i/>
          <w:iCs/>
          <w:sz w:val="20"/>
          <w:szCs w:val="20"/>
        </w:rPr>
      </w:pPr>
      <w:r w:rsidRPr="005E166D">
        <w:rPr>
          <w:i/>
          <w:iCs/>
          <w:sz w:val="20"/>
          <w:szCs w:val="20"/>
        </w:rPr>
        <w:t xml:space="preserve">“Uh, hello? Hello, hello. </w:t>
      </w:r>
    </w:p>
    <w:p w14:paraId="7E247909" w14:textId="77777777" w:rsidR="00694EDE" w:rsidRPr="005E166D" w:rsidRDefault="00694EDE" w:rsidP="00694EDE">
      <w:pPr>
        <w:rPr>
          <w:i/>
          <w:iCs/>
          <w:sz w:val="20"/>
          <w:szCs w:val="20"/>
        </w:rPr>
      </w:pPr>
      <w:r w:rsidRPr="005E166D">
        <w:rPr>
          <w:i/>
          <w:iCs/>
          <w:sz w:val="20"/>
          <w:szCs w:val="20"/>
        </w:rPr>
        <w:t>Heh, welcome. I’ll be walking you through some basics here at Freddy’s Pizza.</w:t>
      </w:r>
    </w:p>
    <w:p w14:paraId="6A911701" w14:textId="77777777" w:rsidR="005E166D" w:rsidRPr="005E166D" w:rsidRDefault="00694EDE" w:rsidP="00694EDE">
      <w:pPr>
        <w:rPr>
          <w:i/>
          <w:iCs/>
          <w:sz w:val="20"/>
          <w:szCs w:val="20"/>
        </w:rPr>
      </w:pPr>
      <w:r w:rsidRPr="005E166D">
        <w:rPr>
          <w:i/>
          <w:iCs/>
          <w:sz w:val="20"/>
          <w:szCs w:val="20"/>
        </w:rPr>
        <w:t xml:space="preserve">Now, uh—Jason? …no, wait, that may not be right. If it’s still you we already met but, anyway, uh—you. Right… welcome to your new summer job as a night watch for Freddy’s Pizza. Since our phone do not currently </w:t>
      </w:r>
      <w:proofErr w:type="gramStart"/>
      <w:r w:rsidRPr="005E166D">
        <w:rPr>
          <w:i/>
          <w:iCs/>
          <w:sz w:val="20"/>
          <w:szCs w:val="20"/>
        </w:rPr>
        <w:t>work</w:t>
      </w:r>
      <w:proofErr w:type="gramEnd"/>
      <w:r w:rsidRPr="005E166D">
        <w:rPr>
          <w:i/>
          <w:iCs/>
          <w:sz w:val="20"/>
          <w:szCs w:val="20"/>
        </w:rPr>
        <w:t xml:space="preserve"> you’re listening to this on a… let’s call it a repurposed device. Our company sold these things as toys — cute little recorders for kids to play with, it didn’t exactly fly off the shelves since they did not manage to make them wireless. </w:t>
      </w:r>
    </w:p>
    <w:p w14:paraId="58445CC8" w14:textId="249E5E37" w:rsidR="00694EDE" w:rsidRPr="005E166D" w:rsidRDefault="00694EDE" w:rsidP="00694EDE">
      <w:pPr>
        <w:rPr>
          <w:i/>
          <w:iCs/>
          <w:sz w:val="20"/>
          <w:szCs w:val="20"/>
        </w:rPr>
      </w:pPr>
      <w:r w:rsidRPr="005E166D">
        <w:rPr>
          <w:i/>
          <w:iCs/>
          <w:sz w:val="20"/>
          <w:szCs w:val="20"/>
        </w:rPr>
        <w:t>We had a spare one here so I thought, why not put them to good use? Just while we can’t fix the phone.</w:t>
      </w:r>
    </w:p>
    <w:p w14:paraId="6C582FA8" w14:textId="77777777" w:rsidR="005E166D" w:rsidRPr="005E166D" w:rsidRDefault="00694EDE" w:rsidP="00694EDE">
      <w:pPr>
        <w:rPr>
          <w:i/>
          <w:iCs/>
          <w:sz w:val="20"/>
          <w:szCs w:val="20"/>
        </w:rPr>
      </w:pPr>
      <w:r w:rsidRPr="005E166D">
        <w:rPr>
          <w:i/>
          <w:iCs/>
          <w:sz w:val="20"/>
          <w:szCs w:val="20"/>
        </w:rPr>
        <w:t xml:space="preserve">Now it’s our official message system. Resourceful, right? …Anyway, your position here’s Pretty straightforward, nothing glamorous, but it’s important. The night shifts are the easiest, no crowds, no kids to worry about—just you and the equipment. You’ll be stationed in the office at the back. That’s your little command center. </w:t>
      </w:r>
    </w:p>
    <w:p w14:paraId="51A85114" w14:textId="245502C6" w:rsidR="00694EDE" w:rsidRPr="005E166D" w:rsidRDefault="00694EDE" w:rsidP="00694EDE">
      <w:pPr>
        <w:rPr>
          <w:i/>
          <w:iCs/>
          <w:sz w:val="20"/>
          <w:szCs w:val="20"/>
        </w:rPr>
      </w:pPr>
      <w:r w:rsidRPr="005E166D">
        <w:rPr>
          <w:i/>
          <w:iCs/>
          <w:sz w:val="20"/>
          <w:szCs w:val="20"/>
        </w:rPr>
        <w:t xml:space="preserve">You’ve got the camera feed on the monitors, uh, note, try not to mess with them too much unless you're sure what you're doing, </w:t>
      </w:r>
      <w:r w:rsidR="005E166D" w:rsidRPr="005E166D">
        <w:rPr>
          <w:i/>
          <w:iCs/>
          <w:sz w:val="20"/>
          <w:szCs w:val="20"/>
        </w:rPr>
        <w:t>t</w:t>
      </w:r>
      <w:r w:rsidRPr="005E166D">
        <w:rPr>
          <w:i/>
          <w:iCs/>
          <w:sz w:val="20"/>
          <w:szCs w:val="20"/>
        </w:rPr>
        <w:t xml:space="preserve">hese are the round buttons with a white border, just touch them and only them, okay? They are marked, those things are old and kind of work only when they want to. </w:t>
      </w:r>
    </w:p>
    <w:p w14:paraId="413B3FBC" w14:textId="77777777" w:rsidR="00694EDE" w:rsidRPr="005E166D" w:rsidRDefault="00694EDE" w:rsidP="00694EDE">
      <w:pPr>
        <w:rPr>
          <w:i/>
          <w:iCs/>
          <w:sz w:val="20"/>
          <w:szCs w:val="20"/>
        </w:rPr>
      </w:pPr>
      <w:r w:rsidRPr="005E166D">
        <w:rPr>
          <w:i/>
          <w:iCs/>
          <w:sz w:val="20"/>
          <w:szCs w:val="20"/>
        </w:rPr>
        <w:t>And let me see… the door,</w:t>
      </w:r>
      <w:r w:rsidRPr="005E166D">
        <w:rPr>
          <w:i/>
          <w:iCs/>
        </w:rPr>
        <w:t xml:space="preserve"> </w:t>
      </w:r>
      <w:r w:rsidRPr="005E166D">
        <w:rPr>
          <w:i/>
          <w:iCs/>
          <w:sz w:val="20"/>
          <w:szCs w:val="20"/>
        </w:rPr>
        <w:t>let me acquit you with it. Probably the first thing you noticed is that you have this big red and flashy panic button, almost tempting right? —but resist, don’t touch it unless you absolutely, absolutely need to. But hey, no need to stress. I’ll… get back to that in a minute.</w:t>
      </w:r>
    </w:p>
    <w:p w14:paraId="1908F67A" w14:textId="77777777" w:rsidR="00694EDE" w:rsidRPr="005E166D" w:rsidRDefault="00694EDE" w:rsidP="00694EDE">
      <w:pPr>
        <w:rPr>
          <w:i/>
          <w:iCs/>
          <w:sz w:val="20"/>
          <w:szCs w:val="20"/>
        </w:rPr>
      </w:pPr>
      <w:r w:rsidRPr="005E166D">
        <w:rPr>
          <w:i/>
          <w:iCs/>
          <w:sz w:val="20"/>
          <w:szCs w:val="20"/>
        </w:rPr>
        <w:t xml:space="preserve">The most important to know for now is that power’s a bit tricky here, so if you turned the generator on before 12:am and ignored my handwritten warning, please turn it off now, I’m serious. </w:t>
      </w:r>
    </w:p>
    <w:p w14:paraId="07E45E5F" w14:textId="77777777" w:rsidR="00694EDE" w:rsidRPr="005E166D" w:rsidRDefault="00694EDE" w:rsidP="00694EDE">
      <w:pPr>
        <w:rPr>
          <w:i/>
          <w:iCs/>
          <w:sz w:val="20"/>
          <w:szCs w:val="20"/>
        </w:rPr>
      </w:pPr>
      <w:r w:rsidRPr="005E166D">
        <w:rPr>
          <w:i/>
          <w:iCs/>
          <w:sz w:val="20"/>
          <w:szCs w:val="20"/>
        </w:rPr>
        <w:t xml:space="preserve">Normally the place runs off city supply, but, with the grid issues lately, we switched you over to the generator system. It charges in the day, runs at night and it conserves just enough juice to keep cameras and lights running until the end of your shift at 6am. </w:t>
      </w:r>
    </w:p>
    <w:p w14:paraId="5F0510E4" w14:textId="77777777" w:rsidR="00694EDE" w:rsidRPr="005E166D" w:rsidRDefault="00694EDE" w:rsidP="00694EDE">
      <w:pPr>
        <w:rPr>
          <w:i/>
          <w:iCs/>
          <w:sz w:val="20"/>
          <w:szCs w:val="20"/>
        </w:rPr>
      </w:pPr>
      <w:r w:rsidRPr="005E166D">
        <w:rPr>
          <w:i/>
          <w:iCs/>
          <w:sz w:val="20"/>
          <w:szCs w:val="20"/>
        </w:rPr>
        <w:t>If things flicker, don’t worry. Just keep calm and watching, the power is enough if used right and with that I mean the cameras also consume a lot of energy, so, do not leave too many on at the same time, only the ones you consider most important, but that's a conversation for later, I'll try not to make things overwhelming.</w:t>
      </w:r>
    </w:p>
    <w:p w14:paraId="6065E560" w14:textId="77777777" w:rsidR="00694EDE" w:rsidRPr="005E166D" w:rsidRDefault="00694EDE" w:rsidP="00694EDE">
      <w:pPr>
        <w:rPr>
          <w:i/>
          <w:iCs/>
          <w:sz w:val="20"/>
          <w:szCs w:val="20"/>
        </w:rPr>
      </w:pPr>
      <w:r w:rsidRPr="005E166D">
        <w:rPr>
          <w:i/>
          <w:iCs/>
          <w:sz w:val="20"/>
          <w:szCs w:val="20"/>
        </w:rPr>
        <w:t>Now let me see… oh, about the button as I was saying, you’ll see the big doorway in your left have a window fitted with reinforced glass and the red panic switch. That’s just a precaution. Company policy says I’m supposed to remind you the switch is only for emergencies, so again, don’t touch it unless you encounter a, uh, problem on-site.</w:t>
      </w:r>
    </w:p>
    <w:p w14:paraId="45B603C1" w14:textId="0E29360C" w:rsidR="00694EDE" w:rsidRPr="005E166D" w:rsidRDefault="00694EDE" w:rsidP="00694EDE">
      <w:pPr>
        <w:rPr>
          <w:i/>
          <w:iCs/>
          <w:sz w:val="20"/>
          <w:szCs w:val="20"/>
        </w:rPr>
      </w:pPr>
      <w:r w:rsidRPr="005E166D">
        <w:rPr>
          <w:i/>
          <w:iCs/>
          <w:sz w:val="20"/>
          <w:szCs w:val="20"/>
        </w:rPr>
        <w:t xml:space="preserve">Now, uh, let me see if I forgot something… ‘In the event of a critical disturbance, the guard is to secure the office, allow as many staff or patrons inside as safely possible, and engage the emergency lock. Once activated, remain in place until further instruction is given. the local police station will be automatically contacted and a trained officer will be sent to conduce the situation.’ …Right, so… oh, yeah—this also works as a panic switch, </w:t>
      </w:r>
      <w:proofErr w:type="gramStart"/>
      <w:r w:rsidRPr="005E166D">
        <w:rPr>
          <w:i/>
          <w:iCs/>
          <w:sz w:val="20"/>
          <w:szCs w:val="20"/>
        </w:rPr>
        <w:t>It</w:t>
      </w:r>
      <w:proofErr w:type="gramEnd"/>
      <w:r w:rsidRPr="005E166D">
        <w:rPr>
          <w:i/>
          <w:iCs/>
          <w:sz w:val="20"/>
          <w:szCs w:val="20"/>
        </w:rPr>
        <w:t xml:space="preserve"> locks everything down for you and whoever’s inside. The idea is, uh… well, just to keep everyone safe until help arrives.</w:t>
      </w:r>
    </w:p>
    <w:p w14:paraId="6C02E6B9" w14:textId="77777777" w:rsidR="005E166D" w:rsidRPr="005E166D" w:rsidRDefault="005E166D" w:rsidP="00694EDE">
      <w:pPr>
        <w:rPr>
          <w:i/>
          <w:iCs/>
          <w:sz w:val="20"/>
          <w:szCs w:val="20"/>
        </w:rPr>
      </w:pPr>
    </w:p>
    <w:p w14:paraId="72BAD827" w14:textId="77777777" w:rsidR="00694EDE" w:rsidRPr="005E166D" w:rsidRDefault="00694EDE" w:rsidP="00694EDE">
      <w:pPr>
        <w:rPr>
          <w:i/>
          <w:iCs/>
          <w:sz w:val="20"/>
          <w:szCs w:val="20"/>
        </w:rPr>
      </w:pPr>
      <w:r w:rsidRPr="005E166D">
        <w:rPr>
          <w:i/>
          <w:iCs/>
          <w:sz w:val="20"/>
          <w:szCs w:val="20"/>
        </w:rPr>
        <w:t>…Right, I think that’s enough to get you through your first night. Don’t overthink it. Watch the cameras, stay calm, relaxed and… you’ll be fine. That’s it.</w:t>
      </w:r>
    </w:p>
    <w:p w14:paraId="05035698" w14:textId="77777777" w:rsidR="00694EDE" w:rsidRPr="005E166D" w:rsidRDefault="00694EDE" w:rsidP="00694EDE">
      <w:pPr>
        <w:rPr>
          <w:i/>
          <w:iCs/>
          <w:sz w:val="20"/>
          <w:szCs w:val="20"/>
        </w:rPr>
      </w:pPr>
      <w:r w:rsidRPr="005E166D">
        <w:rPr>
          <w:i/>
          <w:iCs/>
          <w:sz w:val="20"/>
          <w:szCs w:val="20"/>
        </w:rPr>
        <w:t>And, one more thing, Huh… I advise you to distract yourself with something you enjoy. You know, avoid thinking about bad things, you can use this time by yourself to you know, enjoy the peace and silence for a moment, it may seem like silly self-help advices, but believe me, it's very important, you can read a book, whatever you want, better than facing the wall all night.</w:t>
      </w:r>
    </w:p>
    <w:p w14:paraId="6C1DB399" w14:textId="77777777" w:rsidR="00694EDE" w:rsidRPr="005E166D" w:rsidRDefault="00694EDE" w:rsidP="00694EDE">
      <w:pPr>
        <w:rPr>
          <w:i/>
          <w:iCs/>
          <w:sz w:val="20"/>
          <w:szCs w:val="20"/>
        </w:rPr>
      </w:pPr>
      <w:r w:rsidRPr="005E166D">
        <w:rPr>
          <w:i/>
          <w:iCs/>
          <w:sz w:val="20"/>
          <w:szCs w:val="20"/>
        </w:rPr>
        <w:t>…Right. But hey, first day should be a breeze. I’ll chat with you tomorrow. Alright, good night.”</w:t>
      </w:r>
    </w:p>
    <w:p w14:paraId="4A7FDF21" w14:textId="770E90CA" w:rsidR="00694EDE" w:rsidRDefault="00694EDE" w:rsidP="00694EDE">
      <w:pPr>
        <w:rPr>
          <w:rFonts w:ascii="Arial Rounded MT Bold" w:hAnsi="Arial Rounded MT Bold"/>
          <w:sz w:val="20"/>
          <w:szCs w:val="20"/>
        </w:rPr>
      </w:pPr>
      <w:r w:rsidRPr="009B379A">
        <w:rPr>
          <w:rFonts w:ascii="Arial Rounded MT Bold" w:hAnsi="Arial Rounded MT Bold"/>
          <w:b/>
          <w:bCs/>
        </w:rPr>
        <w:t>[</w:t>
      </w:r>
      <w:r w:rsidRPr="00C35A35">
        <w:rPr>
          <w:rFonts w:ascii="OCR A Extended" w:hAnsi="OCR A Extended"/>
          <w:b/>
          <w:bCs/>
        </w:rPr>
        <w:t>Tape clicks off</w:t>
      </w:r>
      <w:proofErr w:type="gramStart"/>
      <w:r w:rsidRPr="00C35A35">
        <w:rPr>
          <w:rFonts w:ascii="OCR A Extended" w:hAnsi="OCR A Extended"/>
          <w:b/>
          <w:bCs/>
        </w:rPr>
        <w:t>.</w:t>
      </w:r>
      <w:r w:rsidR="00C35A35" w:rsidRPr="00C35A35">
        <w:rPr>
          <w:rFonts w:ascii="Arial Rounded MT Bold" w:hAnsi="Arial Rounded MT Bold"/>
          <w:b/>
          <w:bCs/>
        </w:rPr>
        <w:t xml:space="preserve"> </w:t>
      </w:r>
      <w:r w:rsidR="00C35A35">
        <w:rPr>
          <w:rFonts w:ascii="Arial Rounded MT Bold" w:hAnsi="Arial Rounded MT Bold"/>
          <w:b/>
          <w:bCs/>
        </w:rPr>
        <w:t>]</w:t>
      </w:r>
      <w:proofErr w:type="gramEnd"/>
    </w:p>
    <w:p w14:paraId="4B5C673B" w14:textId="77777777" w:rsidR="005E166D" w:rsidRPr="005E166D" w:rsidRDefault="005E166D" w:rsidP="005E166D">
      <w:pPr>
        <w:rPr>
          <w:sz w:val="20"/>
          <w:szCs w:val="20"/>
        </w:rPr>
      </w:pPr>
      <w:r w:rsidRPr="005E166D">
        <w:rPr>
          <w:sz w:val="20"/>
          <w:szCs w:val="20"/>
        </w:rPr>
        <w:t xml:space="preserve">The recording drones in the background, the blending with the hum of the generator and screen noises from the bulky monitors. </w:t>
      </w:r>
    </w:p>
    <w:p w14:paraId="5B4858EC" w14:textId="7AFDD960" w:rsidR="005E166D" w:rsidRPr="005E166D" w:rsidRDefault="005E166D" w:rsidP="005E166D">
      <w:pPr>
        <w:rPr>
          <w:sz w:val="20"/>
          <w:szCs w:val="20"/>
        </w:rPr>
      </w:pPr>
      <w:r w:rsidRPr="005E166D">
        <w:rPr>
          <w:sz w:val="20"/>
          <w:szCs w:val="20"/>
        </w:rPr>
        <w:t>His attention drifts between the monitors stacked in front of him after the call ends, looking for something minimally interesting. The working feeds stutter in grainy black-and-white: the dining room stretched into shadows, empty tables lined with the hats; the arcade corner, cabinets dark like headstones; a hallway where the light barely reaches, some with errors freezing the frame into nervous photographs.</w:t>
      </w:r>
      <w:r w:rsidR="00C35A35">
        <w:rPr>
          <w:sz w:val="20"/>
          <w:szCs w:val="20"/>
        </w:rPr>
        <w:t xml:space="preserve"> </w:t>
      </w:r>
      <w:r w:rsidRPr="005E166D">
        <w:rPr>
          <w:sz w:val="20"/>
          <w:szCs w:val="20"/>
        </w:rPr>
        <w:t>One monitor show nothing but static, a pale blizzard that refuses to clear. Other cuts in and out, showing glimpses of red curtains, shut tight.</w:t>
      </w:r>
    </w:p>
    <w:p w14:paraId="01883CFD" w14:textId="77777777" w:rsidR="005E166D" w:rsidRPr="005E166D" w:rsidRDefault="005E166D" w:rsidP="005E166D">
      <w:pPr>
        <w:rPr>
          <w:sz w:val="20"/>
          <w:szCs w:val="20"/>
        </w:rPr>
      </w:pPr>
      <w:r w:rsidRPr="005E166D">
        <w:rPr>
          <w:sz w:val="20"/>
          <w:szCs w:val="20"/>
        </w:rPr>
        <w:t xml:space="preserve">Mike leans forward, elbows on the desk, watching for movement he knows won’t come. The monotony should be maddening, but instead—something else stirs. He begins to feel as if something in him is slowly being pulled somewhere. </w:t>
      </w:r>
    </w:p>
    <w:p w14:paraId="0DCA78BA" w14:textId="73E19456" w:rsidR="005E166D" w:rsidRPr="005E166D" w:rsidRDefault="005E166D" w:rsidP="005E166D">
      <w:pPr>
        <w:rPr>
          <w:sz w:val="20"/>
          <w:szCs w:val="20"/>
        </w:rPr>
      </w:pPr>
      <w:r w:rsidRPr="005E166D">
        <w:rPr>
          <w:sz w:val="20"/>
          <w:szCs w:val="20"/>
        </w:rPr>
        <w:t>Uncoiling drowsiness, his eyelids grow heavy. A slow, dragging weight presses at the corners of his vision. He hasn’t felt it in years.</w:t>
      </w:r>
    </w:p>
    <w:p w14:paraId="53B5ADF9" w14:textId="3004A4D3" w:rsidR="005E166D" w:rsidRPr="005E166D" w:rsidRDefault="005E166D" w:rsidP="005E166D">
      <w:pPr>
        <w:rPr>
          <w:sz w:val="20"/>
          <w:szCs w:val="20"/>
        </w:rPr>
      </w:pPr>
      <w:r w:rsidRPr="005E166D">
        <w:rPr>
          <w:sz w:val="20"/>
          <w:szCs w:val="20"/>
        </w:rPr>
        <w:t>The thought barely registers before his head slowly tips forward, chin resting against his chest.</w:t>
      </w:r>
    </w:p>
    <w:p w14:paraId="4761123B" w14:textId="3327B6A1" w:rsidR="005E166D" w:rsidRPr="005E166D" w:rsidRDefault="005E166D" w:rsidP="005E166D">
      <w:pPr>
        <w:rPr>
          <w:sz w:val="20"/>
          <w:szCs w:val="20"/>
        </w:rPr>
      </w:pPr>
      <w:r w:rsidRPr="005E166D">
        <w:rPr>
          <w:sz w:val="20"/>
          <w:szCs w:val="20"/>
        </w:rPr>
        <w:t>The monitor flicker. The generator and the fan hum together with his breath.</w:t>
      </w:r>
    </w:p>
    <w:p w14:paraId="7205423D" w14:textId="0C7A8EF5" w:rsidR="005E166D" w:rsidRPr="005E166D" w:rsidRDefault="005E166D" w:rsidP="005E166D">
      <w:pPr>
        <w:rPr>
          <w:sz w:val="20"/>
          <w:szCs w:val="20"/>
        </w:rPr>
      </w:pPr>
      <w:r w:rsidRPr="005E166D">
        <w:rPr>
          <w:sz w:val="20"/>
          <w:szCs w:val="20"/>
        </w:rPr>
        <w:t xml:space="preserve">Mike </w:t>
      </w:r>
      <w:r w:rsidR="00C35A35">
        <w:rPr>
          <w:sz w:val="20"/>
          <w:szCs w:val="20"/>
        </w:rPr>
        <w:t>is a</w:t>
      </w:r>
      <w:r w:rsidRPr="005E166D">
        <w:rPr>
          <w:sz w:val="20"/>
          <w:szCs w:val="20"/>
        </w:rPr>
        <w:t>slee</w:t>
      </w:r>
      <w:r w:rsidR="00C35A35">
        <w:rPr>
          <w:sz w:val="20"/>
          <w:szCs w:val="20"/>
        </w:rPr>
        <w:t>p</w:t>
      </w:r>
      <w:r w:rsidRPr="005E166D">
        <w:rPr>
          <w:sz w:val="20"/>
          <w:szCs w:val="20"/>
        </w:rPr>
        <w:t>.</w:t>
      </w:r>
    </w:p>
    <w:p w14:paraId="109CE5A4" w14:textId="77777777" w:rsidR="00694EDE" w:rsidRPr="00694EDE" w:rsidRDefault="00694EDE" w:rsidP="00694EDE">
      <w:pPr>
        <w:rPr>
          <w:rFonts w:ascii="Candara" w:hAnsi="Candara"/>
          <w:b/>
          <w:bCs/>
          <w:color w:val="000000" w:themeColor="text1"/>
          <w:sz w:val="32"/>
          <w:szCs w:val="32"/>
        </w:rPr>
      </w:pPr>
    </w:p>
    <w:p w14:paraId="2ED154D9" w14:textId="77777777" w:rsidR="000843FE" w:rsidRDefault="000843FE" w:rsidP="00613D95">
      <w:pPr>
        <w:rPr>
          <w:rFonts w:cstheme="majorHAnsi"/>
        </w:rPr>
      </w:pPr>
    </w:p>
    <w:p w14:paraId="1C3D67A3" w14:textId="77777777" w:rsidR="005E166D" w:rsidRDefault="005E166D" w:rsidP="00613D95">
      <w:pPr>
        <w:rPr>
          <w:rFonts w:cstheme="majorHAnsi"/>
        </w:rPr>
      </w:pPr>
    </w:p>
    <w:p w14:paraId="55C16A2B" w14:textId="77777777" w:rsidR="005E166D" w:rsidRDefault="005E166D" w:rsidP="00613D95">
      <w:pPr>
        <w:rPr>
          <w:rFonts w:cstheme="majorHAnsi"/>
        </w:rPr>
      </w:pPr>
    </w:p>
    <w:p w14:paraId="450DEA03" w14:textId="77777777" w:rsidR="00CE2B7A" w:rsidRDefault="00CE2B7A" w:rsidP="005E166D">
      <w:pPr>
        <w:pStyle w:val="ChapterTitle"/>
        <w:jc w:val="left"/>
      </w:pPr>
    </w:p>
    <w:p w14:paraId="503468A9" w14:textId="5C2CFDB5" w:rsidR="005E166D" w:rsidRDefault="005E166D" w:rsidP="005E166D">
      <w:pPr>
        <w:pStyle w:val="ChapterTitle"/>
        <w:jc w:val="left"/>
      </w:pPr>
      <w:r>
        <w:lastRenderedPageBreak/>
        <w:t>Chapter 2</w:t>
      </w:r>
      <w:r w:rsidRPr="0006372B">
        <w:rPr>
          <w:sz w:val="32"/>
          <w:szCs w:val="32"/>
        </w:rPr>
        <w:t xml:space="preserve">: </w:t>
      </w:r>
      <w:r>
        <w:rPr>
          <w:sz w:val="32"/>
          <w:szCs w:val="32"/>
        </w:rPr>
        <w:t xml:space="preserve"> A</w:t>
      </w:r>
      <w:r w:rsidRPr="0006372B">
        <w:rPr>
          <w:sz w:val="32"/>
          <w:szCs w:val="32"/>
        </w:rPr>
        <w:t xml:space="preserve"> </w:t>
      </w:r>
      <w:r>
        <w:rPr>
          <w:sz w:val="32"/>
          <w:szCs w:val="32"/>
        </w:rPr>
        <w:t>Magical Place</w:t>
      </w:r>
    </w:p>
    <w:p w14:paraId="65CCDFE8" w14:textId="77777777" w:rsidR="005E166D" w:rsidRDefault="005E166D" w:rsidP="005E166D"/>
    <w:p w14:paraId="1C790DFC" w14:textId="77777777" w:rsidR="005A2128" w:rsidRDefault="005A2128" w:rsidP="005E166D"/>
    <w:p w14:paraId="6DC8B6BB" w14:textId="77777777" w:rsidR="00016338" w:rsidRDefault="005E166D" w:rsidP="005E166D">
      <w:r w:rsidRPr="005E166D">
        <w:t xml:space="preserve">Mike wakes in the chair, head heavy, a line of drool drying along his jaw. </w:t>
      </w:r>
    </w:p>
    <w:p w14:paraId="615629F4" w14:textId="51C1DA60" w:rsidR="005E166D" w:rsidRPr="005E166D" w:rsidRDefault="005E166D" w:rsidP="005E166D">
      <w:r w:rsidRPr="005E166D">
        <w:t xml:space="preserve">His neck aches from the angle, his legs numb from being folded too long. For a moment he doesn’t even know where on earth he is. The hum of the generator has gone </w:t>
      </w:r>
      <w:proofErr w:type="gramStart"/>
      <w:r w:rsidRPr="005E166D">
        <w:t>silent,</w:t>
      </w:r>
      <w:proofErr w:type="gramEnd"/>
      <w:r w:rsidRPr="005E166D">
        <w:t xml:space="preserve"> all he hears is his own breathing. He stretches and stands up.</w:t>
      </w:r>
    </w:p>
    <w:p w14:paraId="41946EA6" w14:textId="2AE7DA5B" w:rsidR="005E166D" w:rsidRPr="005E166D" w:rsidRDefault="005E166D" w:rsidP="005E166D">
      <w:r w:rsidRPr="005E166D">
        <w:t xml:space="preserve">He rubs his eyes, get his hanging jacket </w:t>
      </w:r>
      <w:r w:rsidR="00016338">
        <w:t xml:space="preserve">from his right side </w:t>
      </w:r>
      <w:r w:rsidRPr="005E166D">
        <w:t xml:space="preserve">and steps out of the office </w:t>
      </w:r>
      <w:r w:rsidR="00016338">
        <w:t xml:space="preserve">with his flashlight on hand, </w:t>
      </w:r>
      <w:r w:rsidRPr="005E166D">
        <w:t>by the office’s cased opening</w:t>
      </w:r>
      <w:r w:rsidR="00016338">
        <w:t>, he walks</w:t>
      </w:r>
      <w:r w:rsidRPr="005E166D">
        <w:t xml:space="preserve"> down the hallway, the end </w:t>
      </w:r>
      <w:r w:rsidR="00016338">
        <w:t xml:space="preserve">of it </w:t>
      </w:r>
      <w:r w:rsidRPr="005E166D">
        <w:t>is clear, light spills across the end in diagonal rays, real light, warm and pale, slipping through the cracks in the blinds.</w:t>
      </w:r>
    </w:p>
    <w:p w14:paraId="7665BD8E" w14:textId="30C50824" w:rsidR="005E166D" w:rsidRPr="005E166D" w:rsidRDefault="00ED2E7F" w:rsidP="005E166D">
      <w:r>
        <w:t>An intense bright spot at the</w:t>
      </w:r>
      <w:r w:rsidR="005E166D" w:rsidRPr="005E166D">
        <w:t xml:space="preserve"> </w:t>
      </w:r>
      <w:r>
        <w:t xml:space="preserve">screen of the arcades, can’t look directly into it, the </w:t>
      </w:r>
      <w:r w:rsidR="005E166D" w:rsidRPr="005E166D">
        <w:t xml:space="preserve">big main dining room lies ahead, flooded with brightness </w:t>
      </w:r>
      <w:r w:rsidR="00016338">
        <w:t xml:space="preserve">the </w:t>
      </w:r>
      <w:r>
        <w:t xml:space="preserve">above. </w:t>
      </w:r>
      <w:r w:rsidR="005E166D" w:rsidRPr="005E166D">
        <w:t>The glass ceiling has caught the morning, scattering it across the checkered floor</w:t>
      </w:r>
      <w:r w:rsidR="00016338">
        <w:t xml:space="preserve"> carpet</w:t>
      </w:r>
      <w:r w:rsidR="005E166D" w:rsidRPr="005E166D">
        <w:t>, he can now tell the color, it is red and blue.</w:t>
      </w:r>
      <w:r>
        <w:t xml:space="preserve"> </w:t>
      </w:r>
    </w:p>
    <w:p w14:paraId="2DE0D8AD" w14:textId="0BC9C2AE" w:rsidR="00AD3C4B" w:rsidRDefault="00016338" w:rsidP="005E166D">
      <w:r>
        <w:t>In the parallel rays, the d</w:t>
      </w:r>
      <w:r w:rsidR="005E166D" w:rsidRPr="005E166D">
        <w:t xml:space="preserve">ust motes float like confetti in almost golden shafts, drifting slow as though the air itself has softened. </w:t>
      </w:r>
      <w:r w:rsidR="00AD3C4B">
        <w:t xml:space="preserve">The carousel, </w:t>
      </w:r>
      <w:r w:rsidR="00095F81">
        <w:t>the curtains and t</w:t>
      </w:r>
      <w:r w:rsidR="005E166D" w:rsidRPr="005E166D">
        <w:t xml:space="preserve">he </w:t>
      </w:r>
      <w:r w:rsidR="00095F81">
        <w:t xml:space="preserve">long </w:t>
      </w:r>
      <w:r w:rsidR="005E166D" w:rsidRPr="005E166D">
        <w:t>tables with their paper</w:t>
      </w:r>
      <w:r w:rsidR="00095F81">
        <w:t xml:space="preserve"> </w:t>
      </w:r>
      <w:proofErr w:type="spellStart"/>
      <w:r w:rsidR="00095F81">
        <w:t>alligned</w:t>
      </w:r>
      <w:proofErr w:type="spellEnd"/>
      <w:r w:rsidR="005E166D" w:rsidRPr="005E166D">
        <w:t xml:space="preserve"> hats don’t look so eerie now they are bathed in the </w:t>
      </w:r>
      <w:r w:rsidR="00AD3C4B">
        <w:t xml:space="preserve">morning </w:t>
      </w:r>
      <w:r w:rsidR="005E166D" w:rsidRPr="005E166D">
        <w:t xml:space="preserve">daylight. Mike stands there watching the way </w:t>
      </w:r>
      <w:r w:rsidR="00AD3C4B">
        <w:t>it</w:t>
      </w:r>
      <w:r w:rsidR="005E166D" w:rsidRPr="005E166D">
        <w:t xml:space="preserve"> reflects pools on the linoleum in</w:t>
      </w:r>
      <w:r w:rsidR="00AD3C4B">
        <w:t xml:space="preserve"> and in the</w:t>
      </w:r>
      <w:r w:rsidR="005E166D" w:rsidRPr="005E166D">
        <w:t xml:space="preserve"> tiny rainbow fragments off the glitter on </w:t>
      </w:r>
      <w:r w:rsidR="00AD3C4B">
        <w:t xml:space="preserve">the </w:t>
      </w:r>
      <w:r w:rsidR="005E166D" w:rsidRPr="005E166D">
        <w:t xml:space="preserve">white table cloths. </w:t>
      </w:r>
    </w:p>
    <w:p w14:paraId="32E7040B" w14:textId="77777777" w:rsidR="005A2128" w:rsidRDefault="005E166D" w:rsidP="005E166D">
      <w:r w:rsidRPr="005E166D">
        <w:t>His stomach growls, breaking the spell</w:t>
      </w:r>
      <w:r w:rsidR="00AD3C4B">
        <w:t xml:space="preserve">, he </w:t>
      </w:r>
      <w:proofErr w:type="gramStart"/>
      <w:r w:rsidR="00AD3C4B">
        <w:t>end</w:t>
      </w:r>
      <w:proofErr w:type="gramEnd"/>
      <w:r w:rsidR="00AD3C4B">
        <w:t xml:space="preserve"> his way to the first door, the lobby, then the second, outside</w:t>
      </w:r>
      <w:r w:rsidRPr="005E166D">
        <w:t>.</w:t>
      </w:r>
      <w:r w:rsidR="00AD3C4B">
        <w:t xml:space="preserve"> </w:t>
      </w:r>
    </w:p>
    <w:p w14:paraId="50A4887D" w14:textId="1E1BFDDF" w:rsidR="005E166D" w:rsidRPr="005E166D" w:rsidRDefault="00AD3C4B" w:rsidP="005E166D">
      <w:r>
        <w:t>In the parking lot he walks, cold air of the morning</w:t>
      </w:r>
      <w:r w:rsidR="005E166D" w:rsidRPr="005E166D">
        <w:t xml:space="preserve">, </w:t>
      </w:r>
      <w:r>
        <w:t xml:space="preserve">he </w:t>
      </w:r>
      <w:r w:rsidR="005E166D" w:rsidRPr="005E166D">
        <w:t>zips up his jacket, the sky is</w:t>
      </w:r>
      <w:r>
        <w:t xml:space="preserve"> completely</w:t>
      </w:r>
      <w:r w:rsidR="005E166D" w:rsidRPr="005E166D">
        <w:t xml:space="preserve"> white, but the clouds glow low and bright. </w:t>
      </w:r>
    </w:p>
    <w:p w14:paraId="531500D8" w14:textId="53C3F1CE" w:rsidR="005E166D" w:rsidRPr="005E166D" w:rsidRDefault="005E166D" w:rsidP="005E166D">
      <w:r w:rsidRPr="005E166D">
        <w:t xml:space="preserve">He unlocks the car, fishes </w:t>
      </w:r>
      <w:r w:rsidR="00AD3C4B">
        <w:t>the</w:t>
      </w:r>
      <w:r w:rsidRPr="005E166D">
        <w:t xml:space="preserve"> grease-stained paper bag </w:t>
      </w:r>
      <w:r w:rsidR="00AD3C4B">
        <w:t xml:space="preserve">he left on </w:t>
      </w:r>
      <w:r w:rsidRPr="005E166D">
        <w:t>the passenger seat</w:t>
      </w:r>
      <w:r w:rsidR="00AD3C4B">
        <w:t xml:space="preserve"> last night</w:t>
      </w:r>
      <w:r w:rsidRPr="005E166D">
        <w:t>—the fries he’d picked up at the 24-hour station. He eats them leaning against the booth outside looking at the pines</w:t>
      </w:r>
      <w:r w:rsidR="00AD3C4B">
        <w:t xml:space="preserve"> around the restaurant,</w:t>
      </w:r>
      <w:r w:rsidRPr="005E166D">
        <w:t xml:space="preserve"> </w:t>
      </w:r>
      <w:r w:rsidR="00AD3C4B">
        <w:t>the fries a</w:t>
      </w:r>
      <w:r w:rsidRPr="005E166D">
        <w:t>re stiff, tasteless, the grease turned to wax. It’s as though they’d been left out for days. His hunger doesn’t fade</w:t>
      </w:r>
      <w:r w:rsidR="00AD3C4B">
        <w:t>, he can’t pinch them anymore, the bag emptied, so he tosses it aside, reach for his car keys on his jacket</w:t>
      </w:r>
      <w:r w:rsidRPr="005E166D">
        <w:t>.</w:t>
      </w:r>
    </w:p>
    <w:p w14:paraId="69DBB7DC" w14:textId="77777777" w:rsidR="00095F81" w:rsidRDefault="00AD3C4B" w:rsidP="005E166D">
      <w:r>
        <w:t>Key inserted, he twists, t</w:t>
      </w:r>
      <w:r w:rsidR="005E166D" w:rsidRPr="005E166D">
        <w:t>he car turns over</w:t>
      </w:r>
      <w:r w:rsidR="00095F81">
        <w:t xml:space="preserve"> </w:t>
      </w:r>
      <w:r w:rsidR="005E166D" w:rsidRPr="005E166D">
        <w:t>on the first try this time, engine catching quick, almost eager.</w:t>
      </w:r>
      <w:r w:rsidR="00095F81">
        <w:t xml:space="preserve"> </w:t>
      </w:r>
    </w:p>
    <w:p w14:paraId="67CE4BB6" w14:textId="3E1B0574" w:rsidR="005E166D" w:rsidRPr="005E166D" w:rsidRDefault="00095F81" w:rsidP="005E166D">
      <w:r>
        <w:t>He drives up to the narrow road, then hit the highway.</w:t>
      </w:r>
    </w:p>
    <w:p w14:paraId="7A8BCE55" w14:textId="77777777" w:rsidR="00FE0CEC" w:rsidRDefault="00FE0CEC" w:rsidP="005E166D"/>
    <w:p w14:paraId="592ACE85" w14:textId="5A41A8B8" w:rsidR="005A2128" w:rsidRDefault="00FE0CEC" w:rsidP="005A2128">
      <w:pPr>
        <w:tabs>
          <w:tab w:val="center" w:pos="4561"/>
        </w:tabs>
      </w:pPr>
      <w:r>
        <w:lastRenderedPageBreak/>
        <w:t>The fog is still there, but looks less dense.</w:t>
      </w:r>
      <w:r w:rsidR="005A2128">
        <w:tab/>
      </w:r>
    </w:p>
    <w:p w14:paraId="41AB8513" w14:textId="60779E52" w:rsidR="00ED2E7F" w:rsidRDefault="00095F81" w:rsidP="005E166D">
      <w:r>
        <w:t>He parks</w:t>
      </w:r>
      <w:r w:rsidRPr="004356DB">
        <w:t xml:space="preserve"> </w:t>
      </w:r>
      <w:r>
        <w:t>by t</w:t>
      </w:r>
      <w:r w:rsidR="005E166D" w:rsidRPr="004356DB">
        <w:t xml:space="preserve">he </w:t>
      </w:r>
      <w:r>
        <w:t>24hour Gas Station</w:t>
      </w:r>
      <w:r w:rsidR="00ED2E7F">
        <w:t xml:space="preserve"> parking lot</w:t>
      </w:r>
      <w:r>
        <w:t>, enter</w:t>
      </w:r>
      <w:r w:rsidR="00ED2E7F">
        <w:t xml:space="preserve"> it in his light blue polyester uniform, get his gray sweatshirt from the washing machine and pay for a shower, he doesn’t touch the light switches, natural light is enough today, </w:t>
      </w:r>
    </w:p>
    <w:p w14:paraId="4F18DDA4" w14:textId="3A2224C9" w:rsidR="005E166D" w:rsidRPr="004356DB" w:rsidRDefault="00ED2E7F" w:rsidP="005E166D">
      <w:r w:rsidRPr="004356DB">
        <w:t>The water is hot, steady, almost luxurious compared to the sputtering stream from the night before. It feels like a different place altogether, the tiles warm against his back when he leans into them.</w:t>
      </w:r>
      <w:r>
        <w:t xml:space="preserve"> Finished the shower, he</w:t>
      </w:r>
      <w:r w:rsidR="00095F81">
        <w:t xml:space="preserve"> </w:t>
      </w:r>
      <w:r>
        <w:t>wears his</w:t>
      </w:r>
      <w:r w:rsidR="005E166D" w:rsidRPr="004356DB">
        <w:t xml:space="preserve"> gray sweatshirt</w:t>
      </w:r>
      <w:r>
        <w:t xml:space="preserve"> and </w:t>
      </w:r>
      <w:r w:rsidR="005E166D" w:rsidRPr="004356DB">
        <w:t xml:space="preserve">stuffs the blue </w:t>
      </w:r>
      <w:r>
        <w:t xml:space="preserve">uniform </w:t>
      </w:r>
      <w:r w:rsidR="005E166D" w:rsidRPr="004356DB">
        <w:t xml:space="preserve">shirt </w:t>
      </w:r>
      <w:r>
        <w:t xml:space="preserve">and pants </w:t>
      </w:r>
      <w:r w:rsidR="005E166D" w:rsidRPr="004356DB">
        <w:t xml:space="preserve">into the laundry. </w:t>
      </w:r>
    </w:p>
    <w:p w14:paraId="07FBCACD" w14:textId="77777777" w:rsidR="005E166D" w:rsidRPr="004356DB" w:rsidRDefault="005E166D" w:rsidP="005E166D">
      <w:r w:rsidRPr="004356DB">
        <w:t>By the time he leaves, he almost believes he smells soap on his skin.</w:t>
      </w:r>
    </w:p>
    <w:p w14:paraId="619FD55D" w14:textId="7C489E33" w:rsidR="005E166D" w:rsidRPr="004356DB" w:rsidRDefault="005E166D" w:rsidP="005E166D">
      <w:r w:rsidRPr="004356DB">
        <w:t xml:space="preserve">At Sparky’s, the neon sign flickers steady for once, glowing </w:t>
      </w:r>
      <w:r w:rsidR="00FE0CEC">
        <w:t xml:space="preserve">a bit </w:t>
      </w:r>
      <w:r w:rsidRPr="004356DB">
        <w:t>bright</w:t>
      </w:r>
      <w:r w:rsidR="00FE0CEC">
        <w:t>er</w:t>
      </w:r>
      <w:r w:rsidRPr="004356DB">
        <w:t xml:space="preserve"> as if someone fixed it overnight.</w:t>
      </w:r>
    </w:p>
    <w:p w14:paraId="4BC94825" w14:textId="40C37163" w:rsidR="005E166D" w:rsidRPr="004356DB" w:rsidRDefault="00B512F9" w:rsidP="005E166D">
      <w:r>
        <w:t>He</w:t>
      </w:r>
      <w:r w:rsidR="005E166D" w:rsidRPr="004356DB">
        <w:t xml:space="preserve"> </w:t>
      </w:r>
      <w:r>
        <w:t>parks his car on the same sidewalk spot</w:t>
      </w:r>
      <w:r w:rsidR="005E166D" w:rsidRPr="004356DB">
        <w:t>.</w:t>
      </w:r>
      <w:r>
        <w:t xml:space="preserve"> In front of it.</w:t>
      </w:r>
    </w:p>
    <w:p w14:paraId="03E19AD9" w14:textId="16633218" w:rsidR="005E166D" w:rsidRDefault="005E166D" w:rsidP="005E166D">
      <w:r w:rsidRPr="004356DB">
        <w:t xml:space="preserve">Inside, </w:t>
      </w:r>
      <w:r w:rsidR="00B512F9">
        <w:t xml:space="preserve">a few sparse patrons, </w:t>
      </w:r>
      <w:r w:rsidRPr="004356DB">
        <w:t xml:space="preserve">the counter is still sticky, the same faded menus behind the </w:t>
      </w:r>
      <w:r w:rsidR="00FE0CEC">
        <w:t xml:space="preserve">partially blurred </w:t>
      </w:r>
      <w:r w:rsidRPr="004356DB">
        <w:t>glass</w:t>
      </w:r>
      <w:r w:rsidR="00FE0CEC">
        <w:t xml:space="preserve"> frames.</w:t>
      </w:r>
      <w:r w:rsidRPr="004356DB">
        <w:br/>
        <w:t>“</w:t>
      </w:r>
      <w:r w:rsidRPr="00FE0CEC">
        <w:rPr>
          <w:i/>
          <w:iCs/>
        </w:rPr>
        <w:t>We only have regular coffee and mixed cheese sandwich. Would you like some?</w:t>
      </w:r>
      <w:r w:rsidRPr="004356DB">
        <w:t>”</w:t>
      </w:r>
    </w:p>
    <w:p w14:paraId="00FE1D6D" w14:textId="1B905001" w:rsidR="005E166D" w:rsidRPr="004356DB" w:rsidRDefault="00FE0CEC" w:rsidP="005E166D">
      <w:r>
        <w:t>T</w:t>
      </w:r>
      <w:r w:rsidRPr="004356DB">
        <w:t xml:space="preserve">he same waitress with her empty winter eyes. She repeats the </w:t>
      </w:r>
      <w:r>
        <w:t xml:space="preserve">same </w:t>
      </w:r>
      <w:r w:rsidRPr="004356DB">
        <w:t>line</w:t>
      </w:r>
      <w:r>
        <w:t xml:space="preserve"> </w:t>
      </w:r>
      <w:r w:rsidRPr="004356DB">
        <w:t>as if she’s wound by the same clockwork</w:t>
      </w:r>
      <w:r>
        <w:t xml:space="preserve">. </w:t>
      </w:r>
      <w:r w:rsidR="005E166D" w:rsidRPr="004356DB">
        <w:t xml:space="preserve">Her voice is still flat, but the sound doesn’t crawl across his nerves the way it did last morning. </w:t>
      </w:r>
    </w:p>
    <w:p w14:paraId="2FBB809E" w14:textId="77777777" w:rsidR="005E166D" w:rsidRDefault="005E166D" w:rsidP="005E166D">
      <w:r w:rsidRPr="004356DB">
        <w:t xml:space="preserve">Mike nods. </w:t>
      </w:r>
    </w:p>
    <w:p w14:paraId="183DCD59" w14:textId="555026CE" w:rsidR="00FE0CEC" w:rsidRPr="004356DB" w:rsidRDefault="00FE0CEC" w:rsidP="005E166D">
      <w:r>
        <w:t xml:space="preserve">While </w:t>
      </w:r>
      <w:r w:rsidR="00C35A35">
        <w:t>waiting</w:t>
      </w:r>
      <w:r w:rsidRPr="004356DB">
        <w:t xml:space="preserve">, </w:t>
      </w:r>
      <w:r>
        <w:t xml:space="preserve">he notices that </w:t>
      </w:r>
      <w:r w:rsidRPr="004356DB">
        <w:t>the hum in his ears is gone, replaced by a clean stillness. The quiet feels full instead of hollow</w:t>
      </w:r>
      <w:r>
        <w:t xml:space="preserve">, only the tired jukebox </w:t>
      </w:r>
      <w:r w:rsidR="00B512F9">
        <w:t xml:space="preserve">can </w:t>
      </w:r>
      <w:r>
        <w:t xml:space="preserve">be heard, </w:t>
      </w:r>
      <w:r w:rsidR="00B512F9" w:rsidRPr="004356DB">
        <w:t>faintly in its corner, not silent anymore but softly singing, a warbled old forgotten tune.</w:t>
      </w:r>
    </w:p>
    <w:p w14:paraId="0FE50A70" w14:textId="77777777" w:rsidR="00B512F9" w:rsidRDefault="005E166D" w:rsidP="005E166D">
      <w:r w:rsidRPr="004356DB">
        <w:t xml:space="preserve">The coffee </w:t>
      </w:r>
      <w:r w:rsidR="00FE0CEC">
        <w:t xml:space="preserve">arrives, </w:t>
      </w:r>
      <w:r w:rsidRPr="004356DB">
        <w:t xml:space="preserve">bitter, still lukewarm, but it feels steady in his hands, the sandwich crisp at the edges. </w:t>
      </w:r>
    </w:p>
    <w:p w14:paraId="19E32AD7" w14:textId="60CE3756" w:rsidR="005E166D" w:rsidRPr="004356DB" w:rsidRDefault="00B512F9" w:rsidP="005E166D">
      <w:r>
        <w:t>H</w:t>
      </w:r>
      <w:r w:rsidR="005E166D" w:rsidRPr="004356DB">
        <w:t>e pauses, fork halfway to his mouth, when movement catches his eye.</w:t>
      </w:r>
    </w:p>
    <w:p w14:paraId="1A245A21" w14:textId="77777777" w:rsidR="00B512F9" w:rsidRDefault="005E166D" w:rsidP="005E166D">
      <w:r w:rsidRPr="004356DB">
        <w:t xml:space="preserve">A small, delicate brown bird has slipped in through the entrance door, tiny jumps as it perches on the </w:t>
      </w:r>
      <w:r w:rsidR="00B512F9">
        <w:t xml:space="preserve">smiling </w:t>
      </w:r>
      <w:r w:rsidRPr="004356DB">
        <w:t xml:space="preserve">cartoon dog painted on the wall, the bird tilts its head, eats some crumbs and then takes flight again. </w:t>
      </w:r>
    </w:p>
    <w:p w14:paraId="24EABBA2" w14:textId="77777777" w:rsidR="00CE2B7A" w:rsidRDefault="005E166D" w:rsidP="00DB5FC4">
      <w:r w:rsidRPr="004356DB">
        <w:t>Mike follows it with his eyes, and for a while, for longer than he realizes, he just watch</w:t>
      </w:r>
      <w:r w:rsidR="00B512F9">
        <w:t>es</w:t>
      </w:r>
      <w:r w:rsidRPr="004356DB">
        <w:t>.</w:t>
      </w:r>
    </w:p>
    <w:p w14:paraId="17D5D16B" w14:textId="433A0BFD" w:rsidR="00DB5FC4" w:rsidRDefault="00DB5FC4" w:rsidP="00DB5FC4">
      <w:r w:rsidRPr="004356DB">
        <w:t>When the bird is gone, Mike barely notices but the sandwich in front of him has already vanished too, only crumbs scattered across the wax paper. He</w:t>
      </w:r>
      <w:r>
        <w:t xml:space="preserve"> rises his hand.</w:t>
      </w:r>
    </w:p>
    <w:p w14:paraId="741786A5" w14:textId="77777777" w:rsidR="00DB5FC4" w:rsidRDefault="00DB5FC4" w:rsidP="00DB5FC4">
      <w:r>
        <w:t>“</w:t>
      </w:r>
      <w:r w:rsidRPr="00DB5FC4">
        <w:rPr>
          <w:i/>
          <w:iCs/>
        </w:rPr>
        <w:t>Would you like another one?</w:t>
      </w:r>
      <w:r>
        <w:t>”</w:t>
      </w:r>
    </w:p>
    <w:p w14:paraId="3BA9B063" w14:textId="2040F5A2" w:rsidR="00DB5FC4" w:rsidRPr="004356DB" w:rsidRDefault="00DB5FC4" w:rsidP="00DB5FC4">
      <w:r>
        <w:lastRenderedPageBreak/>
        <w:t xml:space="preserve">Mike nods </w:t>
      </w:r>
      <w:r w:rsidRPr="004356DB">
        <w:t xml:space="preserve">without much thought, eating slower this time, chewing until the flavor fades. When he’s done, he </w:t>
      </w:r>
      <w:r w:rsidR="00BC3E6D">
        <w:t>stands in the counter and rises one finger</w:t>
      </w:r>
      <w:r w:rsidRPr="004356DB">
        <w:t xml:space="preserve">. The waitress wraps </w:t>
      </w:r>
      <w:r w:rsidR="00BC3E6D">
        <w:t>another sandwich</w:t>
      </w:r>
      <w:r w:rsidRPr="004356DB">
        <w:t xml:space="preserve"> in wax paper and slips it into a thin paper bag. It radiates warmth against his palm, as if he were carrying a coal instead of bread and cheese.</w:t>
      </w:r>
    </w:p>
    <w:p w14:paraId="77E09982" w14:textId="77777777" w:rsidR="00DB5FC4" w:rsidRPr="004356DB" w:rsidRDefault="00DB5FC4" w:rsidP="00DB5FC4">
      <w:r w:rsidRPr="004356DB">
        <w:t>Back in the car, he sits with the bag in his lap and takes a long breath. The cigarette box lies within reach, but he reaches down between the seats instead, pushing past old receipts curled yellow at the edges, bottle caps sticky with dust. His fingers strike something hard, plastic.</w:t>
      </w:r>
    </w:p>
    <w:p w14:paraId="42703589" w14:textId="77777777" w:rsidR="00BC3E6D" w:rsidRPr="00BC3E6D" w:rsidRDefault="00DB5FC4" w:rsidP="00DB5FC4">
      <w:pPr>
        <w:rPr>
          <w:b/>
          <w:bCs/>
        </w:rPr>
      </w:pPr>
      <w:r w:rsidRPr="00BC3E6D">
        <w:rPr>
          <w:b/>
          <w:bCs/>
        </w:rPr>
        <w:t>His Walkman</w:t>
      </w:r>
      <w:r w:rsidR="00BC3E6D" w:rsidRPr="00BC3E6D">
        <w:rPr>
          <w:b/>
          <w:bCs/>
        </w:rPr>
        <w:t>.</w:t>
      </w:r>
    </w:p>
    <w:p w14:paraId="6A2A0297" w14:textId="77777777" w:rsidR="00BC3E6D" w:rsidRDefault="00DB5FC4" w:rsidP="00DB5FC4">
      <w:r w:rsidRPr="004356DB">
        <w:t xml:space="preserve">Its shell dulled to pink, the corners scuffed white. The foam on the headphone flakes at his touch, but when he flicks the tape stirs alive, the reels whispering, a sound too familiar to die. A faint hiss, then music—warmer, softer than anything digital. </w:t>
      </w:r>
    </w:p>
    <w:p w14:paraId="18DD5A22" w14:textId="77777777" w:rsidR="002E2D7A" w:rsidRDefault="002E2D7A" w:rsidP="00DB5FC4"/>
    <w:p w14:paraId="5CC45CF3" w14:textId="5E7B830E" w:rsidR="00DB5FC4" w:rsidRPr="004356DB" w:rsidRDefault="00DB5FC4" w:rsidP="00DB5FC4">
      <w:r w:rsidRPr="004356DB">
        <w:t>He drives with the sound filling the car,</w:t>
      </w:r>
      <w:r w:rsidR="00BC3E6D">
        <w:t xml:space="preserve"> no destination again,</w:t>
      </w:r>
      <w:r w:rsidRPr="004356DB">
        <w:t xml:space="preserve"> steering until the road begins to rise. Pines thicken along the shoulder, and through the gaps he glimpses gray rooftops shrinking below. At the crest, he pulls into an overlook and </w:t>
      </w:r>
      <w:r w:rsidR="00BC3E6D">
        <w:t>pushes the handbrake, grabs the sandwich and leaves the car</w:t>
      </w:r>
      <w:r w:rsidRPr="004356DB">
        <w:t>. Silence spreads, broken only by the faint crackle of his headphones.</w:t>
      </w:r>
    </w:p>
    <w:p w14:paraId="742EB968" w14:textId="1C57B100" w:rsidR="00DB5FC4" w:rsidRPr="004356DB" w:rsidRDefault="00BC3E6D" w:rsidP="00DB5FC4">
      <w:r>
        <w:t xml:space="preserve">He settles his right foot above the car </w:t>
      </w:r>
      <w:r w:rsidR="00DB5FC4" w:rsidRPr="004356DB">
        <w:t>tire, climbing onto the hood</w:t>
      </w:r>
      <w:r>
        <w:t>, he sits on the top of it,</w:t>
      </w:r>
      <w:r w:rsidR="00DB5FC4" w:rsidRPr="004356DB">
        <w:t xml:space="preserve"> softly bending, he unwraps the sandwich, the wax paper crinkling like dry leaves in his hands. Music thrums against his ears, grounding him. The view opens wide—Chums sprawled beneath the low sky, the fog seems like a cloud came down to walk. The town looks even smaller from here, almost gentle.</w:t>
      </w:r>
    </w:p>
    <w:p w14:paraId="48234241" w14:textId="77777777" w:rsidR="00BC3E6D" w:rsidRDefault="00DB5FC4" w:rsidP="00DB5FC4">
      <w:r w:rsidRPr="004356DB">
        <w:t>For the first time in longer than he can remember, he doesn’t feel restless</w:t>
      </w:r>
      <w:r w:rsidR="00BC3E6D">
        <w:t xml:space="preserve">, </w:t>
      </w:r>
      <w:r w:rsidRPr="004356DB">
        <w:t xml:space="preserve">pulled or pushed. </w:t>
      </w:r>
    </w:p>
    <w:p w14:paraId="0347E44E" w14:textId="77777777" w:rsidR="005A2128" w:rsidRDefault="00DB5FC4" w:rsidP="00DB5FC4">
      <w:r w:rsidRPr="004356DB">
        <w:t xml:space="preserve">He just sits, the car cooling beneath him, the paper bag empty at his side. Still, but the music abruptly ends, he disconnects the headset cable, pulling his cell phone out of his pocket to connect it </w:t>
      </w:r>
      <w:r w:rsidR="005A2128">
        <w:t xml:space="preserve">in </w:t>
      </w:r>
      <w:r w:rsidRPr="004356DB">
        <w:t xml:space="preserve">instead. The cracked screen throws pale </w:t>
      </w:r>
      <w:r w:rsidR="005A2128">
        <w:t xml:space="preserve">green </w:t>
      </w:r>
      <w:r w:rsidRPr="004356DB">
        <w:t xml:space="preserve">light across his face. </w:t>
      </w:r>
    </w:p>
    <w:p w14:paraId="12ACEC83" w14:textId="68697BC8" w:rsidR="00BC3E6D" w:rsidRDefault="00DB5FC4" w:rsidP="00DB5FC4">
      <w:r w:rsidRPr="004356DB">
        <w:t>One bar of signal</w:t>
      </w:r>
      <w:r w:rsidR="005A2128">
        <w:t>, h</w:t>
      </w:r>
      <w:r w:rsidRPr="004356DB">
        <w:t>e looks at the music icon and presses the arrows to select it, but they stop first at another icon: contacts. He presses it, missed calls stacked in rows, dozens, stretching back months. Mary’s name repeats over and over</w:t>
      </w:r>
      <w:r w:rsidR="005A2128">
        <w:t xml:space="preserve"> in missed calls</w:t>
      </w:r>
      <w:r w:rsidR="00BC3E6D">
        <w:t>, h</w:t>
      </w:r>
      <w:r w:rsidRPr="004356DB">
        <w:t xml:space="preserve">e scrolls to her </w:t>
      </w:r>
      <w:r w:rsidR="005A2128">
        <w:t>contact</w:t>
      </w:r>
      <w:r w:rsidRPr="004356DB">
        <w:t xml:space="preserve">. </w:t>
      </w:r>
    </w:p>
    <w:p w14:paraId="3E64B512" w14:textId="31BC95CF" w:rsidR="00DB5FC4" w:rsidRPr="004356DB" w:rsidRDefault="00DB5FC4" w:rsidP="00DB5FC4">
      <w:r w:rsidRPr="004356DB">
        <w:t xml:space="preserve">His thumb hovers over </w:t>
      </w:r>
      <w:r w:rsidR="005A2128">
        <w:t>the green phone button</w:t>
      </w:r>
      <w:r w:rsidRPr="004356DB">
        <w:t>, almost pressing the button without committing, as if the decision itself were heavier than the phone. He stares. Weighs it.</w:t>
      </w:r>
    </w:p>
    <w:p w14:paraId="38834EE1" w14:textId="5C9B8A5E" w:rsidR="00DB5FC4" w:rsidRPr="004356DB" w:rsidRDefault="00DB5FC4" w:rsidP="00DB5FC4">
      <w:r w:rsidRPr="004356DB">
        <w:t>In the end, he chooses voicemail</w:t>
      </w:r>
      <w:r w:rsidR="005A2128">
        <w:t xml:space="preserve"> instead</w:t>
      </w:r>
      <w:r w:rsidRPr="004356DB">
        <w:t>. The light dot blinks. He holds the phone at his lips, exhales</w:t>
      </w:r>
      <w:r w:rsidR="005A2128">
        <w:t>,</w:t>
      </w:r>
      <w:r w:rsidRPr="004356DB">
        <w:t xml:space="preserve"> but says nothing. </w:t>
      </w:r>
    </w:p>
    <w:p w14:paraId="2075D153" w14:textId="77777777" w:rsidR="00DB5FC4" w:rsidRDefault="00DB5FC4" w:rsidP="00DB5FC4">
      <w:r w:rsidRPr="004356DB">
        <w:t>Silence.</w:t>
      </w:r>
    </w:p>
    <w:p w14:paraId="7AA8A164" w14:textId="77777777" w:rsidR="00CE2B7A" w:rsidRPr="004356DB" w:rsidRDefault="00CE2B7A" w:rsidP="00DB5FC4"/>
    <w:p w14:paraId="3C15C438" w14:textId="77777777" w:rsidR="00D428E1" w:rsidRDefault="00D428E1" w:rsidP="005A2128"/>
    <w:p w14:paraId="521967B2" w14:textId="3970EBE0" w:rsidR="005A2128" w:rsidRDefault="005A2128" w:rsidP="005A2128">
      <w:r w:rsidRPr="004356DB">
        <w:t xml:space="preserve">He puts down the phone, </w:t>
      </w:r>
      <w:r>
        <w:t>steps on the tire and climbs</w:t>
      </w:r>
      <w:r w:rsidRPr="004356DB">
        <w:t xml:space="preserve"> out of the car roof</w:t>
      </w:r>
      <w:r>
        <w:t xml:space="preserve"> leaving the empty paper bag there</w:t>
      </w:r>
      <w:r w:rsidRPr="004356DB">
        <w:t>, the door groans as he shuts it, metal echoing sharp against the stillness</w:t>
      </w:r>
      <w:r>
        <w:t xml:space="preserve"> of the hill woods</w:t>
      </w:r>
      <w:r w:rsidRPr="004356DB">
        <w:t xml:space="preserve">. </w:t>
      </w:r>
    </w:p>
    <w:p w14:paraId="135542E8" w14:textId="04F139D2" w:rsidR="005A2128" w:rsidRDefault="005A2128" w:rsidP="005A2128">
      <w:r w:rsidRPr="004356DB">
        <w:t xml:space="preserve">Inside the car, </w:t>
      </w:r>
      <w:r>
        <w:t>a</w:t>
      </w:r>
      <w:r w:rsidRPr="005A2128">
        <w:t xml:space="preserve"> vibration propagates and causes a slight tremor in the windshield</w:t>
      </w:r>
      <w:r>
        <w:t>,</w:t>
      </w:r>
      <w:r w:rsidRPr="004356DB">
        <w:t xml:space="preserve"> hums against </w:t>
      </w:r>
      <w:r>
        <w:t xml:space="preserve">it </w:t>
      </w:r>
      <w:r w:rsidRPr="004356DB">
        <w:t>threading the silence outside where the pine trees</w:t>
      </w:r>
      <w:r>
        <w:t xml:space="preserve"> that</w:t>
      </w:r>
      <w:r w:rsidRPr="004356DB">
        <w:t xml:space="preserve"> ring the surroundings like quie</w:t>
      </w:r>
      <w:r>
        <w:t xml:space="preserve">t </w:t>
      </w:r>
      <w:r w:rsidRPr="004356DB">
        <w:t xml:space="preserve">witnesses, their branches bowing with the weight of the wind. </w:t>
      </w:r>
    </w:p>
    <w:p w14:paraId="287293B8" w14:textId="77777777" w:rsidR="00CE2B7A" w:rsidRPr="004356DB" w:rsidRDefault="00CE2B7A" w:rsidP="005A2128"/>
    <w:p w14:paraId="48F475CE" w14:textId="38B6B2BC" w:rsidR="005A2128" w:rsidRDefault="005A2128" w:rsidP="005A2128">
      <w:r w:rsidRPr="004356DB">
        <w:t>The air stirs them into the steady murmur—soft, ceaseless, nearly inseparable from the sway of the trees.</w:t>
      </w:r>
      <w:r w:rsidR="00CE2B7A">
        <w:t xml:space="preserve"> </w:t>
      </w:r>
      <w:r w:rsidR="00CE2B7A" w:rsidRPr="004356DB">
        <w:t>Mike’s voice folds into</w:t>
      </w:r>
      <w:r w:rsidR="00CE2B7A">
        <w:t>.</w:t>
      </w:r>
    </w:p>
    <w:p w14:paraId="60626AAD" w14:textId="77777777" w:rsidR="00CE2B7A" w:rsidRPr="004356DB" w:rsidRDefault="00CE2B7A" w:rsidP="005A2128"/>
    <w:p w14:paraId="2E9ADC9A" w14:textId="77777777" w:rsidR="00CE2B7A" w:rsidRDefault="005A2128" w:rsidP="005A2128">
      <w:r w:rsidRPr="004356DB">
        <w:t>Time blurs. The sandwich bag flutters empty at his side, caught once, twice, then carried off into the underbrush. The sun leans west, his voice goes still goes on, unbroken, the words slipping past lips unused to such long work.</w:t>
      </w:r>
      <w:r w:rsidR="00CE2B7A">
        <w:t xml:space="preserve"> </w:t>
      </w:r>
    </w:p>
    <w:p w14:paraId="559060CE" w14:textId="77777777" w:rsidR="00CE2B7A" w:rsidRDefault="00CE2B7A" w:rsidP="005A2128"/>
    <w:p w14:paraId="15356F87" w14:textId="36903BD4" w:rsidR="00CE2B7A" w:rsidRDefault="005A2128" w:rsidP="005A2128">
      <w:r w:rsidRPr="004356DB">
        <w:t>A crow lifts from a branch,</w:t>
      </w:r>
      <w:r w:rsidR="00CE2B7A" w:rsidRPr="00CE2B7A">
        <w:t xml:space="preserve"> fl</w:t>
      </w:r>
      <w:r w:rsidR="00CE2B7A">
        <w:t>ying</w:t>
      </w:r>
      <w:r w:rsidR="00CE2B7A" w:rsidRPr="00CE2B7A">
        <w:t xml:space="preserve"> over </w:t>
      </w:r>
      <w:r w:rsidR="00CE2B7A">
        <w:t>Chums</w:t>
      </w:r>
      <w:r w:rsidR="00CE2B7A" w:rsidRPr="00CE2B7A">
        <w:t xml:space="preserve"> with its wings wide open</w:t>
      </w:r>
      <w:r w:rsidR="00CE2B7A">
        <w:t xml:space="preserve">, </w:t>
      </w:r>
      <w:r w:rsidRPr="004356DB">
        <w:t>beating its wings against the air, circling once before gliding down toward the town.</w:t>
      </w:r>
      <w:r w:rsidR="00CE2B7A">
        <w:t xml:space="preserve"> </w:t>
      </w:r>
    </w:p>
    <w:p w14:paraId="7C439CB7" w14:textId="77777777" w:rsidR="00CE2B7A" w:rsidRDefault="00CE2B7A" w:rsidP="005A2128"/>
    <w:p w14:paraId="13BCC4D5" w14:textId="56540610" w:rsidR="005A2128" w:rsidRPr="004356DB" w:rsidRDefault="00CE2B7A" w:rsidP="005A2128">
      <w:r>
        <w:t>Mike’s</w:t>
      </w:r>
      <w:r w:rsidR="005A2128" w:rsidRPr="004356DB">
        <w:t xml:space="preserve"> voice </w:t>
      </w:r>
      <w:r>
        <w:t xml:space="preserve">still </w:t>
      </w:r>
      <w:r w:rsidR="005A2128" w:rsidRPr="004356DB">
        <w:t>weaves encapsulated inside the car as if this would prevent it to be carried outward on the restless tide of wind that combs the trees. Every word kept where no one can follow them besides him and Mary once she presses play, the moment he wonders verbosely about.</w:t>
      </w:r>
    </w:p>
    <w:p w14:paraId="4BD7D69A" w14:textId="77777777" w:rsidR="005A2128" w:rsidRPr="004356DB" w:rsidRDefault="005A2128" w:rsidP="005A2128"/>
    <w:p w14:paraId="1CA64661" w14:textId="77777777" w:rsidR="00CE2B7A" w:rsidRDefault="005A2128" w:rsidP="005A2128">
      <w:r w:rsidRPr="004356DB">
        <w:t>By the time that the last light already fell, the sound has shifted—the trees</w:t>
      </w:r>
      <w:r w:rsidR="00CE2B7A">
        <w:t xml:space="preserve"> </w:t>
      </w:r>
      <w:r w:rsidRPr="004356DB">
        <w:t xml:space="preserve">fall quiet, the air cool, the phone’s screen black, resting heavy in his lap. Head leaned back in the driver’s seat, turned toward the city’s faint lights. </w:t>
      </w:r>
    </w:p>
    <w:p w14:paraId="7B8EF272" w14:textId="77777777" w:rsidR="00CE2B7A" w:rsidRDefault="00CE2B7A" w:rsidP="005A2128"/>
    <w:p w14:paraId="04921389" w14:textId="77777777" w:rsidR="00CE2B7A" w:rsidRDefault="005A2128" w:rsidP="005A2128">
      <w:r w:rsidRPr="004356DB">
        <w:t xml:space="preserve">Not exhausted, not empty—just quiet. </w:t>
      </w:r>
    </w:p>
    <w:p w14:paraId="7DB45E4F" w14:textId="77777777" w:rsidR="00CE2B7A" w:rsidRDefault="00CE2B7A" w:rsidP="005A2128"/>
    <w:p w14:paraId="3250A6C4" w14:textId="73040EB0" w:rsidR="005A2128" w:rsidRDefault="005A2128" w:rsidP="005A2128">
      <w:r w:rsidRPr="004356DB">
        <w:t>His breathing evens, sleeping.</w:t>
      </w:r>
    </w:p>
    <w:p w14:paraId="1542D5CF" w14:textId="77777777" w:rsidR="00D428E1" w:rsidRDefault="00D428E1" w:rsidP="00CE2B7A"/>
    <w:p w14:paraId="13F17DE2" w14:textId="2A157C00" w:rsidR="00CE2B7A" w:rsidRPr="004356DB" w:rsidRDefault="00CE2B7A" w:rsidP="00CE2B7A">
      <w:r>
        <w:lastRenderedPageBreak/>
        <w:t>A</w:t>
      </w:r>
      <w:r w:rsidRPr="004356DB">
        <w:t>n amber glow brushing the treetops, the moon</w:t>
      </w:r>
      <w:r>
        <w:t xml:space="preserve">light lighting the clouds up, </w:t>
      </w:r>
      <w:r w:rsidRPr="004356DB">
        <w:t>Mike wakes</w:t>
      </w:r>
      <w:r>
        <w:t xml:space="preserve"> in the hill, h</w:t>
      </w:r>
      <w:r w:rsidRPr="004356DB">
        <w:t>is neck aches from the angle, but the rest is real—he still didn’t get used to it.</w:t>
      </w:r>
    </w:p>
    <w:p w14:paraId="2E904A08" w14:textId="77777777" w:rsidR="00CE2B7A" w:rsidRDefault="00CE2B7A" w:rsidP="00CE2B7A">
      <w:r w:rsidRPr="004356DB">
        <w:t xml:space="preserve">The drive back to town feels altered—less like exile, more like return. </w:t>
      </w:r>
    </w:p>
    <w:p w14:paraId="2CB132F0" w14:textId="77777777" w:rsidR="002E2D7A" w:rsidRDefault="00CE2B7A" w:rsidP="00CE2B7A">
      <w:r w:rsidRPr="004356DB">
        <w:t>The</w:t>
      </w:r>
      <w:r>
        <w:t xml:space="preserve"> </w:t>
      </w:r>
      <w:proofErr w:type="gramStart"/>
      <w:r>
        <w:t>24 hour</w:t>
      </w:r>
      <w:proofErr w:type="gramEnd"/>
      <w:r w:rsidRPr="004356DB">
        <w:t xml:space="preserve"> gas station’s lights hum when he pulls in. Inside, he trades the gray sweatshirt for the blue uniform</w:t>
      </w:r>
      <w:r w:rsidR="002E2D7A">
        <w:t xml:space="preserve"> again</w:t>
      </w:r>
      <w:r w:rsidRPr="004356DB">
        <w:t xml:space="preserve">, warm from the dryer. </w:t>
      </w:r>
    </w:p>
    <w:p w14:paraId="3276FE8D" w14:textId="520C7BDC" w:rsidR="00CE2B7A" w:rsidRDefault="00CE2B7A" w:rsidP="00CE2B7A">
      <w:r w:rsidRPr="004356DB">
        <w:t>The badge catches a stray beam of light as he steps out, the black ink almost gleaming.</w:t>
      </w:r>
    </w:p>
    <w:p w14:paraId="3F9A6FEB" w14:textId="52D65B67" w:rsidR="002E2D7A" w:rsidRDefault="002E2D7A" w:rsidP="00CE2B7A">
      <w:r>
        <w:t xml:space="preserve">He drives to the highway, then turns left for the narrow road, same path. </w:t>
      </w:r>
      <w:r w:rsidRPr="004356DB">
        <w:t xml:space="preserve">Pine cones popping under the tires, </w:t>
      </w:r>
      <w:r>
        <w:t>r</w:t>
      </w:r>
      <w:r w:rsidRPr="004356DB">
        <w:t>attl</w:t>
      </w:r>
      <w:r>
        <w:t>ing</w:t>
      </w:r>
      <w:r w:rsidRPr="004356DB">
        <w:t xml:space="preserve"> the car as before</w:t>
      </w:r>
      <w:r>
        <w:t xml:space="preserve">, </w:t>
      </w:r>
      <w:r w:rsidRPr="004356DB">
        <w:t>branches sweeping against the roof, and the smell of resin and damp earth presses through the car vents</w:t>
      </w:r>
      <w:r w:rsidR="00CE2B7A" w:rsidRPr="004356DB">
        <w:t xml:space="preserve">. </w:t>
      </w:r>
    </w:p>
    <w:p w14:paraId="1A102A96" w14:textId="6819C4A9" w:rsidR="00CE2B7A" w:rsidRPr="004356DB" w:rsidRDefault="00CE2B7A" w:rsidP="00CE2B7A">
      <w:r w:rsidRPr="004356DB">
        <w:t>Pine cones popping under the tires, branches sweeping against the roof, and the smell of resin and damp earth presses through the car vents. Yet he finds himself listening to the rhythm of it, as if the woods are providing their own tired song they once somehow learned.</w:t>
      </w:r>
    </w:p>
    <w:p w14:paraId="793E7B47" w14:textId="6250F524" w:rsidR="00CE2B7A" w:rsidRPr="004356DB" w:rsidRDefault="00CE2B7A" w:rsidP="00CE2B7A">
      <w:r w:rsidRPr="004356DB">
        <w:t xml:space="preserve">When </w:t>
      </w:r>
      <w:r w:rsidR="002E2D7A">
        <w:t>Freddy’s Pizza</w:t>
      </w:r>
      <w:r w:rsidRPr="004356DB">
        <w:t xml:space="preserve"> rises from between the trees. The same sagging walls, the same faded letters, the same empty parking lot split by weeds pushing through concrete</w:t>
      </w:r>
      <w:r w:rsidR="002E2D7A">
        <w:t>, he pulls over the same spot in the parking lot, turn off the engine and clicks on his flashlight, leaving the car and stepping in the gravel ground</w:t>
      </w:r>
      <w:r w:rsidRPr="004356DB">
        <w:t>.</w:t>
      </w:r>
    </w:p>
    <w:p w14:paraId="5796BF4C" w14:textId="77777777" w:rsidR="002E2D7A" w:rsidRDefault="00CE2B7A" w:rsidP="00CE2B7A">
      <w:r w:rsidRPr="004356DB">
        <w:t xml:space="preserve">The </w:t>
      </w:r>
      <w:r w:rsidR="002E2D7A">
        <w:t xml:space="preserve">stops by the front door sliding his </w:t>
      </w:r>
      <w:r w:rsidRPr="004356DB">
        <w:t xml:space="preserve">magnetic card through the reader with its dry rasp, and the lock yields without protest. </w:t>
      </w:r>
    </w:p>
    <w:p w14:paraId="6D0C5B3C" w14:textId="43E587C7" w:rsidR="00CE2B7A" w:rsidRPr="004356DB" w:rsidRDefault="00CE2B7A" w:rsidP="00CE2B7A">
      <w:r w:rsidRPr="004356DB">
        <w:t>The lobby exhales stale air as the door opens. Mike moves through the rooms he’s already walked, flashlight beam skating across the floor, pausing where it had paused before, everything in place, same place, Mike heads the hall, the drawings on its wall greet him in the along the hallway, the childish scrawls crowded on paint and crayon.</w:t>
      </w:r>
    </w:p>
    <w:p w14:paraId="574D5A02" w14:textId="4D35B6ED" w:rsidR="00CE2B7A" w:rsidRPr="004356DB" w:rsidRDefault="00CE2B7A" w:rsidP="00CE2B7A">
      <w:r w:rsidRPr="004356DB">
        <w:t>Few parts of the wall are not covered by these drawings, he stops in one of them for a moment, but he doesn’t just glance, something catch his attention, little sparkles, like stars. He steps closer. His breath fogs this time, faintly in the cold light, he sees it: tiny beads of shine along the wall’s surface, small drops of water slowly emerging from the wall.</w:t>
      </w:r>
    </w:p>
    <w:p w14:paraId="2ED7EE91" w14:textId="1106F449" w:rsidR="00CE2B7A" w:rsidRPr="004356DB" w:rsidRDefault="00CE2B7A" w:rsidP="00CE2B7A">
      <w:r w:rsidRPr="004356DB">
        <w:t>He reaches out, presses two fingers against it. The dampness slicks his skin, looks like the wall is sweating.</w:t>
      </w:r>
      <w:r w:rsidR="002E2D7A">
        <w:t xml:space="preserve"> S</w:t>
      </w:r>
      <w:r w:rsidRPr="004356DB">
        <w:t>ome physical reaction, perhaps the temperature difference with the outside, a condensed extrusion</w:t>
      </w:r>
    </w:p>
    <w:p w14:paraId="2CE7F65C" w14:textId="77777777" w:rsidR="00CE2B7A" w:rsidRPr="004356DB" w:rsidRDefault="00CE2B7A" w:rsidP="00CE2B7A">
      <w:r w:rsidRPr="004356DB">
        <w:t>Now, from this distance, he looks at one of the drawings more closely, the kind with names and arrows for children's stick figures depicting their “fun day”.  This one feature members of a family, but one of the figures doesn't have a name or a kindship.</w:t>
      </w:r>
    </w:p>
    <w:p w14:paraId="59E2FE6A" w14:textId="0ABF4E30" w:rsidR="00CE2B7A" w:rsidRPr="004356DB" w:rsidRDefault="00CE2B7A" w:rsidP="00CE2B7A">
      <w:r w:rsidRPr="004356DB">
        <w:t xml:space="preserve">Among the family members, this </w:t>
      </w:r>
      <w:r w:rsidR="002E2D7A">
        <w:t>figure</w:t>
      </w:r>
      <w:r w:rsidRPr="004356DB">
        <w:t xml:space="preserve"> has </w:t>
      </w:r>
      <w:r w:rsidR="002E2D7A">
        <w:t>the</w:t>
      </w:r>
      <w:r w:rsidRPr="004356DB">
        <w:t xml:space="preserve"> name: </w:t>
      </w:r>
      <w:r w:rsidRPr="006D1364">
        <w:rPr>
          <w:rFonts w:ascii="Ink Free" w:hAnsi="Ink Free"/>
          <w:b/>
          <w:bCs/>
          <w:sz w:val="24"/>
          <w:szCs w:val="24"/>
        </w:rPr>
        <w:t>Bonnie</w:t>
      </w:r>
      <w:r w:rsidRPr="004356DB">
        <w:t>.</w:t>
      </w:r>
    </w:p>
    <w:p w14:paraId="7446FDEC" w14:textId="77777777" w:rsidR="00CE2B7A" w:rsidRDefault="00CE2B7A" w:rsidP="00CE2B7A">
      <w:r w:rsidRPr="004356DB">
        <w:t>The arrow leads to a purple figure drawn in circles of poor coordination, a smile, snout and long ears.</w:t>
      </w:r>
    </w:p>
    <w:p w14:paraId="51A38F27" w14:textId="77777777" w:rsidR="002E2D7A" w:rsidRPr="004356DB" w:rsidRDefault="002E2D7A" w:rsidP="002E2D7A">
      <w:r w:rsidRPr="004356DB">
        <w:lastRenderedPageBreak/>
        <w:t>Mike realizes that the clock is already past midnight, he finishes his way entering the cased opening, sits on the chair and flip up the Generator again, the dim yellow light envelops the room and he turns off his flashlight, leaving it on the floor next to him, he takes off his jacket and hangs it on the same doorknob spot on his right side.</w:t>
      </w:r>
    </w:p>
    <w:p w14:paraId="0AB79B0C" w14:textId="77777777" w:rsidR="002E2D7A" w:rsidRDefault="002E2D7A" w:rsidP="002E2D7A">
      <w:r w:rsidRPr="004356DB">
        <w:rPr>
          <w:i/>
          <w:iCs/>
        </w:rPr>
        <w:t xml:space="preserve">4 messages left. </w:t>
      </w:r>
      <w:r w:rsidRPr="004356DB">
        <w:t>He presses play again.</w:t>
      </w:r>
    </w:p>
    <w:p w14:paraId="58F86995" w14:textId="745EBE7A" w:rsidR="00D428E1" w:rsidRPr="00C35A35" w:rsidRDefault="00D428E1" w:rsidP="00D428E1">
      <w:pPr>
        <w:rPr>
          <w:rFonts w:ascii="OCR A Extended" w:hAnsi="OCR A Extended"/>
        </w:rPr>
      </w:pPr>
      <w:r w:rsidRPr="009B379A">
        <w:rPr>
          <w:rFonts w:ascii="Arial Rounded MT Bold" w:hAnsi="Arial Rounded MT Bold"/>
          <w:b/>
          <w:bCs/>
        </w:rPr>
        <w:t>[</w:t>
      </w:r>
      <w:r w:rsidRPr="00C35A35">
        <w:rPr>
          <w:rFonts w:ascii="OCR A Extended" w:hAnsi="OCR A Extended"/>
          <w:b/>
          <w:bCs/>
        </w:rPr>
        <w:t>Cassette clicks. A man clears his throat</w:t>
      </w:r>
      <w:r>
        <w:rPr>
          <w:rFonts w:ascii="OCR A Extended" w:hAnsi="OCR A Extended"/>
          <w:b/>
          <w:bCs/>
        </w:rPr>
        <w:t>, chair creaks</w:t>
      </w:r>
      <w:proofErr w:type="gramStart"/>
      <w:r w:rsidRPr="00C35A35">
        <w:rPr>
          <w:rFonts w:ascii="OCR A Extended" w:hAnsi="OCR A Extended"/>
          <w:b/>
          <w:bCs/>
        </w:rPr>
        <w:t>.</w:t>
      </w:r>
      <w:r w:rsidRPr="00C35A35">
        <w:rPr>
          <w:rFonts w:ascii="Arial Rounded MT Bold" w:hAnsi="Arial Rounded MT Bold"/>
          <w:b/>
          <w:bCs/>
        </w:rPr>
        <w:t xml:space="preserve"> </w:t>
      </w:r>
      <w:r>
        <w:rPr>
          <w:rFonts w:ascii="Arial Rounded MT Bold" w:hAnsi="Arial Rounded MT Bold"/>
          <w:b/>
          <w:bCs/>
        </w:rPr>
        <w:t>]</w:t>
      </w:r>
      <w:proofErr w:type="gramEnd"/>
    </w:p>
    <w:p w14:paraId="23758D62" w14:textId="77777777" w:rsidR="00D428E1" w:rsidRDefault="00D428E1" w:rsidP="00D428E1">
      <w:pPr>
        <w:rPr>
          <w:i/>
          <w:iCs/>
          <w:sz w:val="20"/>
          <w:szCs w:val="20"/>
        </w:rPr>
      </w:pPr>
      <w:r w:rsidRPr="005E166D">
        <w:rPr>
          <w:i/>
          <w:iCs/>
          <w:sz w:val="20"/>
          <w:szCs w:val="20"/>
        </w:rPr>
        <w:t>“</w:t>
      </w:r>
      <w:r>
        <w:rPr>
          <w:i/>
          <w:iCs/>
          <w:sz w:val="20"/>
          <w:szCs w:val="20"/>
        </w:rPr>
        <w:t>H</w:t>
      </w:r>
      <w:r w:rsidRPr="005E166D">
        <w:rPr>
          <w:i/>
          <w:iCs/>
          <w:sz w:val="20"/>
          <w:szCs w:val="20"/>
        </w:rPr>
        <w:t>ello</w:t>
      </w:r>
      <w:r>
        <w:rPr>
          <w:i/>
          <w:iCs/>
          <w:sz w:val="20"/>
          <w:szCs w:val="20"/>
        </w:rPr>
        <w:t>,</w:t>
      </w:r>
      <w:r w:rsidRPr="005E166D">
        <w:rPr>
          <w:i/>
          <w:iCs/>
          <w:sz w:val="20"/>
          <w:szCs w:val="20"/>
        </w:rPr>
        <w:t xml:space="preserve"> </w:t>
      </w:r>
      <w:proofErr w:type="gramStart"/>
      <w:r w:rsidRPr="005E166D">
        <w:rPr>
          <w:i/>
          <w:iCs/>
          <w:sz w:val="20"/>
          <w:szCs w:val="20"/>
        </w:rPr>
        <w:t>Hello</w:t>
      </w:r>
      <w:proofErr w:type="gramEnd"/>
      <w:r>
        <w:rPr>
          <w:i/>
          <w:iCs/>
          <w:sz w:val="20"/>
          <w:szCs w:val="20"/>
        </w:rPr>
        <w:t>?</w:t>
      </w:r>
      <w:r w:rsidRPr="005E166D">
        <w:rPr>
          <w:i/>
          <w:iCs/>
          <w:sz w:val="20"/>
          <w:szCs w:val="20"/>
        </w:rPr>
        <w:t xml:space="preserve"> </w:t>
      </w:r>
      <w:r>
        <w:rPr>
          <w:i/>
          <w:iCs/>
          <w:sz w:val="20"/>
          <w:szCs w:val="20"/>
        </w:rPr>
        <w:t xml:space="preserve">Uh, well, </w:t>
      </w:r>
      <w:r w:rsidRPr="00D428E1">
        <w:rPr>
          <w:i/>
          <w:iCs/>
          <w:sz w:val="20"/>
          <w:szCs w:val="20"/>
        </w:rPr>
        <w:t xml:space="preserve">if you’re hearing this and you made it to day two, uh, congrats! Uh, so, important thing I forgot to warn you about last night. </w:t>
      </w:r>
    </w:p>
    <w:p w14:paraId="57D8F08A" w14:textId="6C38329E" w:rsidR="00D428E1" w:rsidRPr="00D428E1" w:rsidRDefault="00D428E1" w:rsidP="00D428E1">
      <w:pPr>
        <w:rPr>
          <w:i/>
          <w:iCs/>
          <w:sz w:val="20"/>
          <w:szCs w:val="20"/>
        </w:rPr>
      </w:pPr>
      <w:r w:rsidRPr="00D428E1">
        <w:rPr>
          <w:i/>
          <w:iCs/>
          <w:sz w:val="20"/>
          <w:szCs w:val="20"/>
        </w:rPr>
        <w:t>It was about the equipment, specially our most important one, the mascots</w:t>
      </w:r>
      <w:r>
        <w:rPr>
          <w:i/>
          <w:iCs/>
          <w:sz w:val="20"/>
          <w:szCs w:val="20"/>
        </w:rPr>
        <w:t>!</w:t>
      </w:r>
      <w:r w:rsidRPr="00D428E1">
        <w:rPr>
          <w:i/>
          <w:iCs/>
          <w:sz w:val="20"/>
          <w:szCs w:val="20"/>
        </w:rPr>
        <w:t xml:space="preserve"> yeah, you might be by yourself tonight but you are definitively not alone!</w:t>
      </w:r>
    </w:p>
    <w:p w14:paraId="3890B640" w14:textId="77777777" w:rsidR="00D428E1" w:rsidRPr="00D428E1" w:rsidRDefault="00D428E1" w:rsidP="00D428E1">
      <w:pPr>
        <w:rPr>
          <w:i/>
          <w:iCs/>
          <w:sz w:val="20"/>
          <w:szCs w:val="20"/>
        </w:rPr>
      </w:pPr>
      <w:r w:rsidRPr="00D428E1">
        <w:rPr>
          <w:i/>
          <w:iCs/>
          <w:sz w:val="20"/>
          <w:szCs w:val="20"/>
        </w:rPr>
        <w:t xml:space="preserve">You might've noticed if you couldn't contain your curiosity and got closer to them. I wouldn't judge since I didn’t </w:t>
      </w:r>
      <w:proofErr w:type="gramStart"/>
      <w:r w:rsidRPr="00D428E1">
        <w:rPr>
          <w:i/>
          <w:iCs/>
          <w:sz w:val="20"/>
          <w:szCs w:val="20"/>
        </w:rPr>
        <w:t>told</w:t>
      </w:r>
      <w:proofErr w:type="gramEnd"/>
      <w:r w:rsidRPr="00D428E1">
        <w:rPr>
          <w:i/>
          <w:iCs/>
          <w:sz w:val="20"/>
          <w:szCs w:val="20"/>
        </w:rPr>
        <w:t xml:space="preserve"> you to not do so—yeah, our friends on stage are </w:t>
      </w:r>
      <w:proofErr w:type="spellStart"/>
      <w:r w:rsidRPr="00D428E1">
        <w:rPr>
          <w:i/>
          <w:iCs/>
          <w:sz w:val="20"/>
          <w:szCs w:val="20"/>
        </w:rPr>
        <w:t>kinda</w:t>
      </w:r>
      <w:proofErr w:type="spellEnd"/>
      <w:r w:rsidRPr="00D428E1">
        <w:rPr>
          <w:i/>
          <w:iCs/>
          <w:sz w:val="20"/>
          <w:szCs w:val="20"/>
        </w:rPr>
        <w:t xml:space="preserve">... smelly. And, uh, dirty. But don't let that freak you out. It's, uh, it's not rot or anything, not even 'ectoplasm,' as some may speculate, Ha </w:t>
      </w:r>
      <w:proofErr w:type="spellStart"/>
      <w:r w:rsidRPr="00D428E1">
        <w:rPr>
          <w:i/>
          <w:iCs/>
          <w:sz w:val="20"/>
          <w:szCs w:val="20"/>
        </w:rPr>
        <w:t>Ha</w:t>
      </w:r>
      <w:proofErr w:type="spellEnd"/>
      <w:r w:rsidRPr="00D428E1">
        <w:rPr>
          <w:i/>
          <w:iCs/>
          <w:sz w:val="20"/>
          <w:szCs w:val="20"/>
        </w:rPr>
        <w:t>.</w:t>
      </w:r>
    </w:p>
    <w:p w14:paraId="22AC801B" w14:textId="6FD95A6A" w:rsidR="00D428E1" w:rsidRPr="00D428E1" w:rsidRDefault="00D428E1" w:rsidP="00D428E1">
      <w:pPr>
        <w:rPr>
          <w:i/>
          <w:iCs/>
          <w:sz w:val="20"/>
          <w:szCs w:val="20"/>
        </w:rPr>
      </w:pPr>
      <w:r w:rsidRPr="00D428E1">
        <w:rPr>
          <w:i/>
          <w:iCs/>
          <w:sz w:val="20"/>
          <w:szCs w:val="20"/>
        </w:rPr>
        <w:t xml:space="preserve">What happened is that the staff messed up, they didn't put new props on the new Endos like they were supposed to—they put the old, original custom pieces on instead. Those </w:t>
      </w:r>
      <w:r w:rsidR="00E82A68">
        <w:rPr>
          <w:i/>
          <w:iCs/>
          <w:sz w:val="20"/>
          <w:szCs w:val="20"/>
        </w:rPr>
        <w:t>are</w:t>
      </w:r>
      <w:r w:rsidRPr="00D428E1">
        <w:rPr>
          <w:i/>
          <w:iCs/>
          <w:sz w:val="20"/>
          <w:szCs w:val="20"/>
        </w:rPr>
        <w:t xml:space="preserve"> more than twenty years old, and in those originals, the suits themselves are filled with crossbeams, wires, and animatronic devices, so it became stuck. And it means you can't wash '</w:t>
      </w:r>
      <w:proofErr w:type="spellStart"/>
      <w:r w:rsidRPr="00D428E1">
        <w:rPr>
          <w:i/>
          <w:iCs/>
          <w:sz w:val="20"/>
          <w:szCs w:val="20"/>
        </w:rPr>
        <w:t>em</w:t>
      </w:r>
      <w:proofErr w:type="spellEnd"/>
      <w:r w:rsidRPr="00D428E1">
        <w:rPr>
          <w:i/>
          <w:iCs/>
          <w:sz w:val="20"/>
          <w:szCs w:val="20"/>
        </w:rPr>
        <w:t>, can't clean '</w:t>
      </w:r>
      <w:proofErr w:type="spellStart"/>
      <w:r w:rsidRPr="00D428E1">
        <w:rPr>
          <w:i/>
          <w:iCs/>
          <w:sz w:val="20"/>
          <w:szCs w:val="20"/>
        </w:rPr>
        <w:t>em</w:t>
      </w:r>
      <w:proofErr w:type="spellEnd"/>
      <w:r w:rsidRPr="00D428E1">
        <w:rPr>
          <w:i/>
          <w:iCs/>
          <w:sz w:val="20"/>
          <w:szCs w:val="20"/>
        </w:rPr>
        <w:t>, or you'll rust the whole thing. In fact, at this point their shells and endos have pretty much merged into one thing.</w:t>
      </w:r>
    </w:p>
    <w:p w14:paraId="4EBB50E4" w14:textId="77777777" w:rsidR="00D428E1" w:rsidRPr="00D428E1" w:rsidRDefault="00D428E1" w:rsidP="00D428E1">
      <w:pPr>
        <w:rPr>
          <w:i/>
          <w:iCs/>
          <w:sz w:val="20"/>
          <w:szCs w:val="20"/>
        </w:rPr>
      </w:pPr>
      <w:r w:rsidRPr="00D428E1">
        <w:rPr>
          <w:i/>
          <w:iCs/>
          <w:sz w:val="20"/>
          <w:szCs w:val="20"/>
        </w:rPr>
        <w:t>A mechanic actually lost three fingers just trying to pull Freddy's mask off once, so, uh... yeah. Management just left '</w:t>
      </w:r>
      <w:proofErr w:type="spellStart"/>
      <w:r w:rsidRPr="00D428E1">
        <w:rPr>
          <w:i/>
          <w:iCs/>
          <w:sz w:val="20"/>
          <w:szCs w:val="20"/>
        </w:rPr>
        <w:t>em</w:t>
      </w:r>
      <w:proofErr w:type="spellEnd"/>
      <w:r w:rsidRPr="00D428E1">
        <w:rPr>
          <w:i/>
          <w:iCs/>
          <w:sz w:val="20"/>
          <w:szCs w:val="20"/>
        </w:rPr>
        <w:t xml:space="preserve"> that way. Customers don't, or shouldn't get close enough to smell them anyway. </w:t>
      </w:r>
    </w:p>
    <w:p w14:paraId="79963AC6" w14:textId="11273E4B" w:rsidR="00E82A68" w:rsidRDefault="00D428E1" w:rsidP="00D428E1">
      <w:pPr>
        <w:rPr>
          <w:i/>
          <w:iCs/>
          <w:sz w:val="20"/>
          <w:szCs w:val="20"/>
        </w:rPr>
      </w:pPr>
      <w:r w:rsidRPr="00D428E1">
        <w:rPr>
          <w:i/>
          <w:iCs/>
          <w:sz w:val="20"/>
          <w:szCs w:val="20"/>
        </w:rPr>
        <w:t xml:space="preserve">But, uh... the reason I'm telling you all this isn't just history, it's a warning. Don't—under any circumstances, remember what I say—try to mess with those customs in the backstage. They being made up by this stuff is the only reason for us to not just get rid of these, we </w:t>
      </w:r>
      <w:proofErr w:type="spellStart"/>
      <w:r w:rsidRPr="00D428E1">
        <w:rPr>
          <w:i/>
          <w:iCs/>
          <w:sz w:val="20"/>
          <w:szCs w:val="20"/>
        </w:rPr>
        <w:t>gotta</w:t>
      </w:r>
      <w:proofErr w:type="spellEnd"/>
      <w:r w:rsidRPr="00D428E1">
        <w:rPr>
          <w:i/>
          <w:iCs/>
          <w:sz w:val="20"/>
          <w:szCs w:val="20"/>
        </w:rPr>
        <w:t xml:space="preserve"> keep</w:t>
      </w:r>
      <w:r w:rsidR="00E82A68">
        <w:rPr>
          <w:i/>
          <w:iCs/>
          <w:sz w:val="20"/>
          <w:szCs w:val="20"/>
        </w:rPr>
        <w:t xml:space="preserve"> them</w:t>
      </w:r>
      <w:r w:rsidRPr="00D428E1">
        <w:rPr>
          <w:i/>
          <w:iCs/>
          <w:sz w:val="20"/>
          <w:szCs w:val="20"/>
        </w:rPr>
        <w:t xml:space="preserve"> in case the</w:t>
      </w:r>
      <w:r w:rsidR="00E82A68">
        <w:rPr>
          <w:i/>
          <w:iCs/>
          <w:sz w:val="20"/>
          <w:szCs w:val="20"/>
        </w:rPr>
        <w:t xml:space="preserve"> mascots</w:t>
      </w:r>
      <w:r w:rsidRPr="00D428E1">
        <w:rPr>
          <w:i/>
          <w:iCs/>
          <w:sz w:val="20"/>
          <w:szCs w:val="20"/>
        </w:rPr>
        <w:t xml:space="preserve"> need new shell pieces, </w:t>
      </w:r>
      <w:r w:rsidR="00E82A68">
        <w:rPr>
          <w:i/>
          <w:iCs/>
          <w:sz w:val="20"/>
          <w:szCs w:val="20"/>
        </w:rPr>
        <w:t>but soon they will be discontinued, sadly if you ask me, they are most of the point of this place existing, I heard they want to try some new versions when our budget get a little less tight.</w:t>
      </w:r>
    </w:p>
    <w:p w14:paraId="031B26CE" w14:textId="60249021" w:rsidR="00D428E1" w:rsidRPr="00D428E1" w:rsidRDefault="00E82A68" w:rsidP="00D428E1">
      <w:pPr>
        <w:rPr>
          <w:i/>
          <w:iCs/>
          <w:sz w:val="20"/>
          <w:szCs w:val="20"/>
        </w:rPr>
      </w:pPr>
      <w:r>
        <w:rPr>
          <w:i/>
          <w:iCs/>
          <w:sz w:val="20"/>
          <w:szCs w:val="20"/>
        </w:rPr>
        <w:t>S</w:t>
      </w:r>
      <w:r w:rsidR="00D428E1" w:rsidRPr="00D428E1">
        <w:rPr>
          <w:i/>
          <w:iCs/>
          <w:sz w:val="20"/>
          <w:szCs w:val="20"/>
        </w:rPr>
        <w:t>o</w:t>
      </w:r>
      <w:r>
        <w:rPr>
          <w:i/>
          <w:iCs/>
          <w:sz w:val="20"/>
          <w:szCs w:val="20"/>
        </w:rPr>
        <w:t>,</w:t>
      </w:r>
      <w:r w:rsidR="00D428E1" w:rsidRPr="00D428E1">
        <w:rPr>
          <w:i/>
          <w:iCs/>
          <w:sz w:val="20"/>
          <w:szCs w:val="20"/>
        </w:rPr>
        <w:t xml:space="preserve"> </w:t>
      </w:r>
      <w:r>
        <w:rPr>
          <w:i/>
          <w:iCs/>
          <w:sz w:val="20"/>
          <w:szCs w:val="20"/>
        </w:rPr>
        <w:t xml:space="preserve">as I was saying, </w:t>
      </w:r>
      <w:r w:rsidR="00D428E1" w:rsidRPr="00D428E1">
        <w:rPr>
          <w:i/>
          <w:iCs/>
          <w:sz w:val="20"/>
          <w:szCs w:val="20"/>
        </w:rPr>
        <w:t>the</w:t>
      </w:r>
      <w:r>
        <w:rPr>
          <w:i/>
          <w:iCs/>
          <w:sz w:val="20"/>
          <w:szCs w:val="20"/>
        </w:rPr>
        <w:t xml:space="preserve"> suits</w:t>
      </w:r>
      <w:r w:rsidR="00D428E1" w:rsidRPr="00D428E1">
        <w:rPr>
          <w:i/>
          <w:iCs/>
          <w:sz w:val="20"/>
          <w:szCs w:val="20"/>
        </w:rPr>
        <w:t xml:space="preserve"> are not for you or anyone to wear: not pictures, nor pranks, don't even think about putting one on. I get it, I was young once too, I know how the idea might cross your mind. But listen, they can squeeze you, crush you, really hurt you at this point. I'm not exaggerating.</w:t>
      </w:r>
    </w:p>
    <w:p w14:paraId="43AC567F" w14:textId="6D2A8403" w:rsidR="00D428E1" w:rsidRPr="00D428E1" w:rsidRDefault="00D428E1" w:rsidP="00D428E1">
      <w:pPr>
        <w:rPr>
          <w:i/>
          <w:iCs/>
          <w:sz w:val="20"/>
          <w:szCs w:val="20"/>
        </w:rPr>
      </w:pPr>
      <w:r w:rsidRPr="00D428E1">
        <w:rPr>
          <w:i/>
          <w:iCs/>
          <w:sz w:val="20"/>
          <w:szCs w:val="20"/>
        </w:rPr>
        <w:t>See, not so long ago the manager, the one before me, he got a little... desperate on a busy day. All the safe customs were already in use, when we still used them… So</w:t>
      </w:r>
      <w:r w:rsidR="00E82A68">
        <w:rPr>
          <w:i/>
          <w:iCs/>
          <w:sz w:val="20"/>
          <w:szCs w:val="20"/>
        </w:rPr>
        <w:t>,</w:t>
      </w:r>
      <w:r w:rsidRPr="00D428E1">
        <w:rPr>
          <w:i/>
          <w:iCs/>
          <w:sz w:val="20"/>
          <w:szCs w:val="20"/>
        </w:rPr>
        <w:t xml:space="preserve"> he forced an intern to put on one of these old ones. It was some random blue</w:t>
      </w:r>
      <w:r w:rsidR="00E82A68">
        <w:rPr>
          <w:i/>
          <w:iCs/>
          <w:sz w:val="20"/>
          <w:szCs w:val="20"/>
        </w:rPr>
        <w:t xml:space="preserve"> </w:t>
      </w:r>
      <w:proofErr w:type="gramStart"/>
      <w:r w:rsidRPr="00D428E1">
        <w:rPr>
          <w:i/>
          <w:iCs/>
          <w:sz w:val="20"/>
          <w:szCs w:val="20"/>
        </w:rPr>
        <w:t>suit</w:t>
      </w:r>
      <w:r w:rsidR="00E82A68">
        <w:rPr>
          <w:i/>
          <w:iCs/>
          <w:sz w:val="20"/>
          <w:szCs w:val="20"/>
        </w:rPr>
        <w:t>,</w:t>
      </w:r>
      <w:proofErr w:type="gramEnd"/>
      <w:r w:rsidRPr="00D428E1">
        <w:rPr>
          <w:i/>
          <w:iCs/>
          <w:sz w:val="20"/>
          <w:szCs w:val="20"/>
        </w:rPr>
        <w:t xml:space="preserve"> we don't have this character anymore.</w:t>
      </w:r>
    </w:p>
    <w:p w14:paraId="457F1FAE" w14:textId="60815B68" w:rsidR="00D428E1" w:rsidRPr="00D428E1" w:rsidRDefault="00D428E1" w:rsidP="00D428E1">
      <w:pPr>
        <w:rPr>
          <w:i/>
          <w:iCs/>
          <w:sz w:val="20"/>
          <w:szCs w:val="20"/>
        </w:rPr>
      </w:pPr>
      <w:r w:rsidRPr="00D428E1">
        <w:rPr>
          <w:i/>
          <w:iCs/>
          <w:sz w:val="20"/>
          <w:szCs w:val="20"/>
        </w:rPr>
        <w:t xml:space="preserve">Well, we managed to pull the kid out in time because I still remembered some of the old training on how to... help in that kind of situation. I'm sure he suffered some permanent injuries, poor boy. </w:t>
      </w:r>
      <w:r w:rsidR="00E82A68">
        <w:rPr>
          <w:i/>
          <w:iCs/>
          <w:sz w:val="20"/>
          <w:szCs w:val="20"/>
        </w:rPr>
        <w:t>His-uh, h</w:t>
      </w:r>
      <w:r w:rsidRPr="00D428E1">
        <w:rPr>
          <w:i/>
          <w:iCs/>
          <w:sz w:val="20"/>
          <w:szCs w:val="20"/>
        </w:rPr>
        <w:t>is eyes...</w:t>
      </w:r>
      <w:r w:rsidR="00E82A68">
        <w:rPr>
          <w:i/>
          <w:iCs/>
          <w:sz w:val="20"/>
          <w:szCs w:val="20"/>
        </w:rPr>
        <w:t xml:space="preserve">  </w:t>
      </w:r>
      <w:r w:rsidRPr="00D428E1">
        <w:rPr>
          <w:i/>
          <w:iCs/>
          <w:sz w:val="20"/>
          <w:szCs w:val="20"/>
        </w:rPr>
        <w:t xml:space="preserve">they p-ok, the important thing is that the manager was fired. Prosecuted. Deserved it. </w:t>
      </w:r>
    </w:p>
    <w:p w14:paraId="38EF2303" w14:textId="633E83EE" w:rsidR="00D428E1" w:rsidRPr="00D428E1" w:rsidRDefault="00D428E1" w:rsidP="00D428E1">
      <w:pPr>
        <w:rPr>
          <w:i/>
          <w:iCs/>
          <w:sz w:val="20"/>
          <w:szCs w:val="20"/>
        </w:rPr>
      </w:pPr>
      <w:r w:rsidRPr="00D428E1">
        <w:rPr>
          <w:i/>
          <w:iCs/>
          <w:sz w:val="20"/>
          <w:szCs w:val="20"/>
        </w:rPr>
        <w:t>Just... don't take the risk, okay? I'm serious, that's the warning for today, don't go near them, don't touch the suits and you'll be fine.</w:t>
      </w:r>
      <w:r w:rsidR="00FD660F">
        <w:rPr>
          <w:i/>
          <w:iCs/>
          <w:sz w:val="20"/>
          <w:szCs w:val="20"/>
        </w:rPr>
        <w:t>”</w:t>
      </w:r>
    </w:p>
    <w:p w14:paraId="0264D28D" w14:textId="77777777" w:rsidR="00E82A68" w:rsidRPr="00FD660F" w:rsidRDefault="00D428E1" w:rsidP="00D428E1">
      <w:pPr>
        <w:rPr>
          <w:b/>
          <w:bCs/>
          <w:sz w:val="20"/>
          <w:szCs w:val="20"/>
        </w:rPr>
      </w:pPr>
      <w:r w:rsidRPr="00FD660F">
        <w:rPr>
          <w:rFonts w:ascii="Arial Rounded MT Bold" w:hAnsi="Arial Rounded MT Bold" w:cs="Arial"/>
          <w:b/>
          <w:bCs/>
          <w:sz w:val="20"/>
          <w:szCs w:val="20"/>
        </w:rPr>
        <w:t>[</w:t>
      </w:r>
      <w:r w:rsidRPr="00FD660F">
        <w:rPr>
          <w:rFonts w:ascii="OCR A Extended" w:hAnsi="OCR A Extended"/>
          <w:b/>
          <w:bCs/>
          <w:sz w:val="20"/>
          <w:szCs w:val="20"/>
        </w:rPr>
        <w:t>Pause. Papers rustling</w:t>
      </w:r>
      <w:r w:rsidRPr="00FD660F">
        <w:rPr>
          <w:b/>
          <w:bCs/>
          <w:sz w:val="20"/>
          <w:szCs w:val="20"/>
        </w:rPr>
        <w:t>.</w:t>
      </w:r>
      <w:r w:rsidRPr="00FD660F">
        <w:rPr>
          <w:rFonts w:ascii="Arial Rounded MT Bold" w:hAnsi="Arial Rounded MT Bold" w:cs="Arial"/>
          <w:b/>
          <w:bCs/>
          <w:sz w:val="20"/>
          <w:szCs w:val="20"/>
        </w:rPr>
        <w:t>]</w:t>
      </w:r>
    </w:p>
    <w:p w14:paraId="46F1E71B" w14:textId="352CEEDF" w:rsidR="00D428E1" w:rsidRPr="00E82A68" w:rsidRDefault="00FD660F" w:rsidP="00D428E1">
      <w:pPr>
        <w:rPr>
          <w:b/>
          <w:bCs/>
          <w:i/>
          <w:iCs/>
          <w:sz w:val="20"/>
          <w:szCs w:val="20"/>
        </w:rPr>
      </w:pPr>
      <w:r>
        <w:rPr>
          <w:i/>
          <w:iCs/>
          <w:sz w:val="20"/>
          <w:szCs w:val="20"/>
        </w:rPr>
        <w:lastRenderedPageBreak/>
        <w:t>“</w:t>
      </w:r>
      <w:r w:rsidR="00D428E1" w:rsidRPr="00D428E1">
        <w:rPr>
          <w:i/>
          <w:iCs/>
          <w:sz w:val="20"/>
          <w:szCs w:val="20"/>
        </w:rPr>
        <w:t xml:space="preserve">The night goes by faster than you think, sorry if it </w:t>
      </w:r>
      <w:proofErr w:type="gramStart"/>
      <w:r w:rsidR="00D428E1" w:rsidRPr="00D428E1">
        <w:rPr>
          <w:i/>
          <w:iCs/>
          <w:sz w:val="20"/>
          <w:szCs w:val="20"/>
        </w:rPr>
        <w:t>sound</w:t>
      </w:r>
      <w:proofErr w:type="gramEnd"/>
      <w:r w:rsidR="00D428E1" w:rsidRPr="00D428E1">
        <w:rPr>
          <w:i/>
          <w:iCs/>
          <w:sz w:val="20"/>
          <w:szCs w:val="20"/>
        </w:rPr>
        <w:t xml:space="preserve"> weird to you, I know I already told you this, but just reminding…. Look, I know this place can get you to think about weird stuff when you think too much about what happened here. </w:t>
      </w:r>
    </w:p>
    <w:p w14:paraId="493BD093" w14:textId="261B8163" w:rsidR="00D428E1" w:rsidRPr="00D428E1" w:rsidRDefault="00D428E1" w:rsidP="00D428E1">
      <w:pPr>
        <w:rPr>
          <w:i/>
          <w:iCs/>
          <w:sz w:val="20"/>
          <w:szCs w:val="20"/>
        </w:rPr>
      </w:pPr>
      <w:r w:rsidRPr="00D428E1">
        <w:rPr>
          <w:i/>
          <w:iCs/>
          <w:sz w:val="20"/>
          <w:szCs w:val="20"/>
        </w:rPr>
        <w:t>My advice, the most important one. Keep yourself busy, keep yourself... happy, you know? Bring a book, listen to music</w:t>
      </w:r>
      <w:r w:rsidR="00FD660F">
        <w:rPr>
          <w:i/>
          <w:iCs/>
          <w:sz w:val="20"/>
          <w:szCs w:val="20"/>
        </w:rPr>
        <w:t xml:space="preserve"> or pray if you want,</w:t>
      </w:r>
      <w:r w:rsidRPr="00D428E1">
        <w:rPr>
          <w:i/>
          <w:iCs/>
          <w:sz w:val="20"/>
          <w:szCs w:val="20"/>
        </w:rPr>
        <w:t xml:space="preserve"> whatever works for you,</w:t>
      </w:r>
      <w:r w:rsidR="00FD660F">
        <w:rPr>
          <w:i/>
          <w:iCs/>
          <w:sz w:val="20"/>
          <w:szCs w:val="20"/>
        </w:rPr>
        <w:t xml:space="preserve"> keep your mind busy,</w:t>
      </w:r>
      <w:r w:rsidRPr="00D428E1">
        <w:rPr>
          <w:i/>
          <w:iCs/>
          <w:sz w:val="20"/>
          <w:szCs w:val="20"/>
        </w:rPr>
        <w:t xml:space="preserve"> that’s what I do. The more you think about weird stuff, the weirder it gets. Freddy has been here a long time, and it's got its own rhythm. You stay out of its </w:t>
      </w:r>
      <w:proofErr w:type="gramStart"/>
      <w:r w:rsidRPr="00D428E1">
        <w:rPr>
          <w:i/>
          <w:iCs/>
          <w:sz w:val="20"/>
          <w:szCs w:val="20"/>
        </w:rPr>
        <w:t>way,</w:t>
      </w:r>
      <w:proofErr w:type="gramEnd"/>
      <w:r w:rsidRPr="00D428E1">
        <w:rPr>
          <w:i/>
          <w:iCs/>
          <w:sz w:val="20"/>
          <w:szCs w:val="20"/>
        </w:rPr>
        <w:t xml:space="preserve"> it'll stay out of yours.</w:t>
      </w:r>
    </w:p>
    <w:p w14:paraId="16BD621C" w14:textId="083F89F6" w:rsidR="00D428E1" w:rsidRPr="00D428E1" w:rsidRDefault="00D428E1" w:rsidP="00D428E1">
      <w:pPr>
        <w:rPr>
          <w:i/>
          <w:iCs/>
          <w:sz w:val="20"/>
          <w:szCs w:val="20"/>
        </w:rPr>
      </w:pPr>
      <w:r w:rsidRPr="00D428E1">
        <w:rPr>
          <w:i/>
          <w:iCs/>
          <w:sz w:val="20"/>
          <w:szCs w:val="20"/>
        </w:rPr>
        <w:t xml:space="preserve">Trust me on this one, okay? Just... keep your head up, keep things light, and you'll be fine. </w:t>
      </w:r>
    </w:p>
    <w:p w14:paraId="7A698351" w14:textId="77777777" w:rsidR="00D428E1" w:rsidRPr="00D428E1" w:rsidRDefault="00D428E1" w:rsidP="00D428E1">
      <w:pPr>
        <w:rPr>
          <w:i/>
          <w:iCs/>
          <w:sz w:val="20"/>
          <w:szCs w:val="20"/>
        </w:rPr>
      </w:pPr>
      <w:r w:rsidRPr="00D428E1">
        <w:rPr>
          <w:i/>
          <w:iCs/>
          <w:sz w:val="20"/>
          <w:szCs w:val="20"/>
        </w:rPr>
        <w:t xml:space="preserve">Alright, </w:t>
      </w:r>
      <w:proofErr w:type="gramStart"/>
      <w:r w:rsidRPr="00D428E1">
        <w:rPr>
          <w:i/>
          <w:iCs/>
          <w:sz w:val="20"/>
          <w:szCs w:val="20"/>
        </w:rPr>
        <w:t>Uh</w:t>
      </w:r>
      <w:proofErr w:type="gramEnd"/>
      <w:r w:rsidRPr="00D428E1">
        <w:rPr>
          <w:i/>
          <w:iCs/>
          <w:sz w:val="20"/>
          <w:szCs w:val="20"/>
        </w:rPr>
        <w:t>, anyway, I’m sure you have everything under control! Uh, talk to you soon!"</w:t>
      </w:r>
    </w:p>
    <w:p w14:paraId="3CDFAEA4" w14:textId="77777777" w:rsidR="00D428E1" w:rsidRDefault="00D428E1" w:rsidP="00D428E1">
      <w:pPr>
        <w:rPr>
          <w:b/>
          <w:bCs/>
        </w:rPr>
      </w:pPr>
      <w:r w:rsidRPr="00FD660F">
        <w:rPr>
          <w:rFonts w:ascii="Arial Rounded MT Bold" w:hAnsi="Arial Rounded MT Bold"/>
          <w:b/>
          <w:bCs/>
        </w:rPr>
        <w:t>[</w:t>
      </w:r>
      <w:r w:rsidRPr="00FD660F">
        <w:rPr>
          <w:rFonts w:ascii="OCR A Extended" w:hAnsi="OCR A Extended"/>
          <w:b/>
          <w:bCs/>
        </w:rPr>
        <w:t>Tape clicks off.</w:t>
      </w:r>
      <w:r w:rsidRPr="00FD660F">
        <w:rPr>
          <w:rFonts w:ascii="Arial Rounded MT Bold" w:hAnsi="Arial Rounded MT Bold"/>
          <w:b/>
          <w:bCs/>
        </w:rPr>
        <w:t>]</w:t>
      </w:r>
    </w:p>
    <w:p w14:paraId="5822FF28" w14:textId="77777777" w:rsidR="002E2D7A" w:rsidRPr="004356DB" w:rsidRDefault="002E2D7A" w:rsidP="00CE2B7A"/>
    <w:p w14:paraId="066A25A9" w14:textId="68BE7525" w:rsidR="00FD660F" w:rsidRPr="004356DB" w:rsidRDefault="00FD660F" w:rsidP="00FD660F">
      <w:r w:rsidRPr="004356DB">
        <w:t>Mike looks at the posters and photos differently</w:t>
      </w:r>
      <w:r w:rsidR="00963172">
        <w:t xml:space="preserve"> after hearing about those mascots and suits</w:t>
      </w:r>
      <w:r w:rsidRPr="004356DB">
        <w:t>; they make sense now; the place must be some kind of Chuck E. Cheese's rip-off that's been forgotten like all the weird videogame characters from those old arcades, everything seems kind of outdated or even outlandish in this city like half-forgotten dreams.</w:t>
      </w:r>
    </w:p>
    <w:p w14:paraId="19585DF1" w14:textId="2C7095A2" w:rsidR="00FD660F" w:rsidRDefault="00FD660F" w:rsidP="00FD660F">
      <w:r w:rsidRPr="004356DB">
        <w:t>He notices the voice on the tape sound</w:t>
      </w:r>
      <w:r w:rsidR="00963172">
        <w:t>ed</w:t>
      </w:r>
      <w:r w:rsidRPr="004356DB">
        <w:t xml:space="preserve"> different—strained, like the man is trying to convince himself as much as Mike, nothing different from one of those radio preachers, nothing new, maybe a guy with a screw a little loose. </w:t>
      </w:r>
    </w:p>
    <w:p w14:paraId="3133722D" w14:textId="1418E00F" w:rsidR="00FD660F" w:rsidRPr="004356DB" w:rsidRDefault="00FD660F" w:rsidP="00FD660F">
      <w:r w:rsidRPr="004356DB">
        <w:t>Mike leans back in his chair, adjusting his cap lower over his eyes, preparing to settle in for another long night. He peers at the cameras from beneath the crack of his cap as he surreptitiously drifts off to sleep</w:t>
      </w:r>
    </w:p>
    <w:p w14:paraId="1DB00184" w14:textId="77777777" w:rsidR="00FD660F" w:rsidRPr="004356DB" w:rsidRDefault="00FD660F" w:rsidP="00FD660F">
      <w:r w:rsidRPr="004356DB">
        <w:t xml:space="preserve">But as he falls </w:t>
      </w:r>
      <w:proofErr w:type="gramStart"/>
      <w:r w:rsidRPr="004356DB">
        <w:t>sleep</w:t>
      </w:r>
      <w:proofErr w:type="gramEnd"/>
      <w:r w:rsidRPr="004356DB">
        <w:t xml:space="preserve"> he starts to feel it pulling him out of consciousness in a not so familiar way, it's different, the kind that makes him wonder if he really wants to go this time.</w:t>
      </w:r>
    </w:p>
    <w:p w14:paraId="0436DE47" w14:textId="77777777" w:rsidR="00FD660F" w:rsidRPr="004356DB" w:rsidRDefault="00FD660F" w:rsidP="00FD660F">
      <w:r w:rsidRPr="004356DB">
        <w:t>The feeling grows stronger until he can't ignore it. In his half-sleep, voices seem to whisper at the edge of hearing—not words, exactly, but something that feels like meaning being poured directly into his mind.</w:t>
      </w:r>
    </w:p>
    <w:p w14:paraId="47F9FB8C" w14:textId="77777777" w:rsidR="00FD660F" w:rsidRDefault="00FD660F" w:rsidP="00FD660F">
      <w:r w:rsidRPr="004356DB">
        <w:t xml:space="preserve">Mike decides to pull himself back, get out of that sleep, but it's too late, he can’t. </w:t>
      </w:r>
    </w:p>
    <w:p w14:paraId="142DE9E4" w14:textId="77777777" w:rsidR="001E5FF1" w:rsidRDefault="001E5FF1" w:rsidP="001E5FF1">
      <w:r>
        <w:t xml:space="preserve">His eyes can’t open, no control over his body. </w:t>
      </w:r>
    </w:p>
    <w:p w14:paraId="599E8252" w14:textId="30FA7A2D" w:rsidR="001E5FF1" w:rsidRDefault="001E5FF1" w:rsidP="001E5FF1">
      <w:r>
        <w:t>A</w:t>
      </w:r>
      <w:r w:rsidRPr="004356DB">
        <w:t xml:space="preserve">t each effort he tries to make to move his body only responding with pulsing images emerging, flashing behind his closed eyelids: a tall figure looming </w:t>
      </w:r>
      <w:proofErr w:type="gramStart"/>
      <w:r w:rsidRPr="004356DB">
        <w:t>it</w:t>
      </w:r>
      <w:r>
        <w:t>’</w:t>
      </w:r>
      <w:r w:rsidRPr="004356DB">
        <w:t>s</w:t>
      </w:r>
      <w:proofErr w:type="gramEnd"/>
      <w:r w:rsidRPr="004356DB">
        <w:t xml:space="preserve"> shadow over the wall of the drawings-covered corridor, watching him from the doorway. Mike doesn’t feel the general unease of being alone in a dark building, but something more specific. </w:t>
      </w:r>
    </w:p>
    <w:p w14:paraId="143C1B9B" w14:textId="5F29974E" w:rsidR="001E5FF1" w:rsidRPr="004356DB" w:rsidRDefault="001E5FF1" w:rsidP="001E5FF1">
      <w:r w:rsidRPr="004356DB">
        <w:t xml:space="preserve">More focused, the silhouette seems to suggest 2 long </w:t>
      </w:r>
      <w:proofErr w:type="spellStart"/>
      <w:r w:rsidRPr="004356DB">
        <w:t>ears</w:t>
      </w:r>
      <w:proofErr w:type="spellEnd"/>
      <w:r w:rsidRPr="004356DB">
        <w:t xml:space="preserve"> on the top of the head. He feels like something is studying him through the shadows.</w:t>
      </w:r>
    </w:p>
    <w:p w14:paraId="6BB0AA9F" w14:textId="60FBB37E" w:rsidR="001E5FF1" w:rsidRDefault="001E5FF1" w:rsidP="00FD660F"/>
    <w:p w14:paraId="1659233D" w14:textId="77777777" w:rsidR="00963172" w:rsidRPr="004356DB" w:rsidRDefault="00963172" w:rsidP="00963172">
      <w:r w:rsidRPr="004356DB">
        <w:t xml:space="preserve">Mike suddenly feels like he is falling, his body sways and he bolts up finally recovering his control, sweaty and disoriented. He immediately shines his flashlight toward the door, but the hallway beyond is empty, no tall figure like he felt, checking the monitors, several cameras show only blackness, “audio only” messages, he </w:t>
      </w:r>
      <w:proofErr w:type="gramStart"/>
      <w:r w:rsidRPr="004356DB">
        <w:t>turn</w:t>
      </w:r>
      <w:proofErr w:type="gramEnd"/>
      <w:r w:rsidRPr="004356DB">
        <w:t xml:space="preserve"> the volume up, but hear nothing. The screens flicker like dying TV sets. And Mike begins to select them all, revealing images that are difficult to understand behind so much static, the distant cameras.</w:t>
      </w:r>
    </w:p>
    <w:p w14:paraId="74A98724" w14:textId="77777777" w:rsidR="00963172" w:rsidRPr="004356DB" w:rsidRDefault="00963172" w:rsidP="00963172">
      <w:r w:rsidRPr="004356DB">
        <w:t>Mike stands, flashlight in hand, and walks toward the dining room. Each step echoes in the stillness. In the middle of the main hall, Mike observes the red curtains, a stage, at least it seems, he walks there, timidly observing the small space where he can see, just enough to create a gap where shadows pool like spilled ink.</w:t>
      </w:r>
    </w:p>
    <w:p w14:paraId="26B261D2" w14:textId="77777777" w:rsidR="00963172" w:rsidRPr="004356DB" w:rsidRDefault="00963172" w:rsidP="00963172">
      <w:r w:rsidRPr="004356DB">
        <w:t>The flashlight beam cutting through the darkness inside. He can see something standing there. Tall, motionless the light catches the surface of artificial purple fur, a red bow tie on top of a white belly, looks like wax or resin, Mike can feel even from this distance a smell similar to that of wet dog. Mike scratches his head, tries to compose himself. Just a mascot. Just an animatronic figure left powered down on its stage. Nothing more than metal and fabric and circuits.</w:t>
      </w:r>
    </w:p>
    <w:p w14:paraId="245F84F1" w14:textId="77777777" w:rsidR="00963172" w:rsidRPr="004356DB" w:rsidRDefault="00963172" w:rsidP="00963172">
      <w:r w:rsidRPr="004356DB">
        <w:t xml:space="preserve">But as he walks back to the security office, his footsteps sound different—lighter, as if the floor itself is listening. </w:t>
      </w:r>
    </w:p>
    <w:p w14:paraId="7F7BC83F" w14:textId="77777777" w:rsidR="00963172" w:rsidRPr="004356DB" w:rsidRDefault="00963172" w:rsidP="00963172">
      <w:r w:rsidRPr="004356DB">
        <w:t>He doesn't sleep for the rest of his shift, staying alert to every creak, every whisper of air through the vents, every shadow that might move when it shouldn't. Mike looks at the camera monitors still selected, watching them one by one until he is sure he sees nothing wrong. The night stretches ahead like a held breath, waiting to be released.</w:t>
      </w:r>
    </w:p>
    <w:p w14:paraId="2B19645D" w14:textId="77777777" w:rsidR="001E5FF1" w:rsidRDefault="00963172" w:rsidP="00963172">
      <w:r w:rsidRPr="004356DB">
        <w:t xml:space="preserve">A sharp noise behind his back. </w:t>
      </w:r>
    </w:p>
    <w:p w14:paraId="4ABE09A7" w14:textId="4C682904" w:rsidR="00963172" w:rsidRDefault="00963172" w:rsidP="00963172">
      <w:r w:rsidRPr="004356DB">
        <w:t>Dark.</w:t>
      </w:r>
    </w:p>
    <w:p w14:paraId="135EEC2A" w14:textId="77777777" w:rsidR="001E5FF1" w:rsidRPr="004356DB" w:rsidRDefault="001E5FF1" w:rsidP="001E5FF1">
      <w:r w:rsidRPr="004356DB">
        <w:t xml:space="preserve">The generator dies with a mechanical wheeze, leaving Mike in sudden darkness. The yellow light fades, taking the last pretense of warmth in the cramped office with it. </w:t>
      </w:r>
    </w:p>
    <w:p w14:paraId="3B96C885" w14:textId="77777777" w:rsidR="001E5FF1" w:rsidRPr="004356DB" w:rsidRDefault="001E5FF1" w:rsidP="001E5FF1">
      <w:r w:rsidRPr="004356DB">
        <w:t>For a moment he can’t move. The silence pressing in from the walls, the ceiling, the floor. It settles on him like ocean water.</w:t>
      </w:r>
    </w:p>
    <w:p w14:paraId="2297782D" w14:textId="77777777" w:rsidR="001E5FF1" w:rsidRPr="004356DB" w:rsidRDefault="001E5FF1" w:rsidP="001E5FF1">
      <w:r w:rsidRPr="00CA131A">
        <w:t>The chair creaks under his weight as he shifts, slow, careful, as though the noise might wake something. His hand fumbles for the flashlight</w:t>
      </w:r>
      <w:r w:rsidRPr="004356DB">
        <w:t xml:space="preserve"> on the ground, trying to feel where it is</w:t>
      </w:r>
      <w:r w:rsidRPr="00CA131A">
        <w:t xml:space="preserve">. </w:t>
      </w:r>
    </w:p>
    <w:p w14:paraId="27EA125E" w14:textId="3BE12FDA" w:rsidR="001E5FF1" w:rsidRPr="00CA131A" w:rsidRDefault="001E5FF1" w:rsidP="001E5FF1">
      <w:r w:rsidRPr="004356DB">
        <w:t xml:space="preserve">When he </w:t>
      </w:r>
      <w:proofErr w:type="gramStart"/>
      <w:r w:rsidRPr="004356DB">
        <w:t>grip</w:t>
      </w:r>
      <w:proofErr w:type="gramEnd"/>
      <w:r w:rsidRPr="004356DB">
        <w:t xml:space="preserve"> on it, h</w:t>
      </w:r>
      <w:r w:rsidRPr="00CA131A">
        <w:t xml:space="preserve">e clicks. Nothing. Clicks again. Dead. The absence of light feels </w:t>
      </w:r>
      <w:r>
        <w:t>heavier</w:t>
      </w:r>
      <w:r w:rsidRPr="00CA131A">
        <w:t xml:space="preserve"> than any sound.</w:t>
      </w:r>
    </w:p>
    <w:p w14:paraId="1040E9AB" w14:textId="77777777" w:rsidR="001E5FF1" w:rsidRDefault="001E5FF1" w:rsidP="001E5FF1">
      <w:r w:rsidRPr="00CA131A">
        <w:t xml:space="preserve">He holds his breath. Listens. The faint groan of the building. The dry rustle of paper shifting in the stale air. </w:t>
      </w:r>
    </w:p>
    <w:p w14:paraId="05F54DDD" w14:textId="77777777" w:rsidR="001E5FF1" w:rsidRDefault="001E5FF1" w:rsidP="001E5FF1">
      <w:r w:rsidRPr="00CA131A">
        <w:t>Then nothing.</w:t>
      </w:r>
    </w:p>
    <w:p w14:paraId="049F3215" w14:textId="7FCC2917" w:rsidR="001E5FF1" w:rsidRPr="00CA131A" w:rsidRDefault="001E5FF1" w:rsidP="001E5FF1">
      <w:r w:rsidRPr="00CA131A">
        <w:lastRenderedPageBreak/>
        <w:t>Shapes float behind his eyes, afterimages of the tall figure, the watching ears. He blinks hard, but the dark stays absolute.</w:t>
      </w:r>
    </w:p>
    <w:p w14:paraId="26991D36" w14:textId="77777777" w:rsidR="001E5FF1" w:rsidRDefault="001E5FF1" w:rsidP="001E5FF1">
      <w:r w:rsidRPr="00CA131A">
        <w:t>Slowly, he raises his wrist. His eyes strain until, at last, the faintest glow finds him</w:t>
      </w:r>
      <w:r w:rsidRPr="004356DB">
        <w:t xml:space="preserve">, the edge of silver finds the dim light—just enough for the glass to catch. </w:t>
      </w:r>
    </w:p>
    <w:p w14:paraId="08094C9A" w14:textId="67CC6059" w:rsidR="001E5FF1" w:rsidRDefault="001E5FF1" w:rsidP="001E5FF1">
      <w:r w:rsidRPr="004356DB">
        <w:t>A pale glint. Slowly, the hands take shape, thin lines scratching across the dial</w:t>
      </w:r>
      <w:r w:rsidRPr="00CA131A">
        <w:t xml:space="preserve">. Barely enough to touch the face. </w:t>
      </w:r>
    </w:p>
    <w:p w14:paraId="6A50FBD6" w14:textId="56514D24" w:rsidR="001E5FF1" w:rsidRPr="00CA131A" w:rsidRDefault="001E5FF1" w:rsidP="001E5FF1">
      <w:r w:rsidRPr="00CA131A">
        <w:t>Barely enough to steady him.</w:t>
      </w:r>
    </w:p>
    <w:p w14:paraId="3FDA2106" w14:textId="77777777" w:rsidR="001E5FF1" w:rsidRPr="004356DB" w:rsidRDefault="001E5FF1" w:rsidP="001E5FF1">
      <w:r w:rsidRPr="004356DB">
        <w:t>5:59 A.M</w:t>
      </w:r>
    </w:p>
    <w:p w14:paraId="2E31CCAE" w14:textId="77777777" w:rsidR="001E5FF1" w:rsidRPr="00CA131A" w:rsidRDefault="001E5FF1" w:rsidP="001E5FF1">
      <w:r w:rsidRPr="00CA131A">
        <w:t>6:00 A.M.</w:t>
      </w:r>
    </w:p>
    <w:p w14:paraId="6F6F13FE" w14:textId="77777777" w:rsidR="001E5FF1" w:rsidRPr="004356DB" w:rsidRDefault="001E5FF1" w:rsidP="00963172"/>
    <w:p w14:paraId="527DD28D" w14:textId="77777777" w:rsidR="00963172" w:rsidRPr="004356DB" w:rsidRDefault="00963172" w:rsidP="00FD660F"/>
    <w:p w14:paraId="212539DB" w14:textId="14C36D0C" w:rsidR="00CE2B7A" w:rsidRDefault="00CE2B7A" w:rsidP="005A2128"/>
    <w:p w14:paraId="487870D7" w14:textId="77777777" w:rsidR="00CE2B7A" w:rsidRDefault="00CE2B7A" w:rsidP="005A2128"/>
    <w:p w14:paraId="0E643AEC" w14:textId="77777777" w:rsidR="00CE2B7A" w:rsidRPr="004356DB" w:rsidRDefault="00CE2B7A" w:rsidP="005A2128"/>
    <w:p w14:paraId="7F74B752" w14:textId="77777777" w:rsidR="00DB5FC4" w:rsidRPr="004356DB" w:rsidRDefault="00DB5FC4" w:rsidP="005E166D"/>
    <w:p w14:paraId="6A9423F5" w14:textId="77777777" w:rsidR="005E166D" w:rsidRDefault="005E166D" w:rsidP="00613D95">
      <w:pPr>
        <w:rPr>
          <w:rFonts w:cstheme="majorHAnsi"/>
        </w:rPr>
      </w:pPr>
    </w:p>
    <w:p w14:paraId="2678E8AF" w14:textId="77777777" w:rsidR="001E5FF1" w:rsidRDefault="001E5FF1" w:rsidP="00613D95">
      <w:pPr>
        <w:rPr>
          <w:rFonts w:cstheme="majorHAnsi"/>
        </w:rPr>
      </w:pPr>
    </w:p>
    <w:p w14:paraId="555C82EC" w14:textId="77777777" w:rsidR="001E5FF1" w:rsidRDefault="001E5FF1" w:rsidP="00613D95">
      <w:pPr>
        <w:rPr>
          <w:rFonts w:cstheme="majorHAnsi"/>
        </w:rPr>
      </w:pPr>
    </w:p>
    <w:p w14:paraId="721F7513" w14:textId="77777777" w:rsidR="001E5FF1" w:rsidRDefault="001E5FF1" w:rsidP="00613D95">
      <w:pPr>
        <w:rPr>
          <w:rFonts w:cstheme="majorHAnsi"/>
        </w:rPr>
      </w:pPr>
    </w:p>
    <w:p w14:paraId="65F1F406" w14:textId="77777777" w:rsidR="001E5FF1" w:rsidRDefault="001E5FF1" w:rsidP="00613D95">
      <w:pPr>
        <w:rPr>
          <w:rFonts w:cstheme="majorHAnsi"/>
        </w:rPr>
      </w:pPr>
    </w:p>
    <w:p w14:paraId="345226D7" w14:textId="77777777" w:rsidR="001E5FF1" w:rsidRDefault="001E5FF1" w:rsidP="00613D95">
      <w:pPr>
        <w:rPr>
          <w:rFonts w:cstheme="majorHAnsi"/>
        </w:rPr>
      </w:pPr>
    </w:p>
    <w:p w14:paraId="3CEF57C1" w14:textId="77777777" w:rsidR="001E5FF1" w:rsidRDefault="001E5FF1" w:rsidP="00613D95">
      <w:pPr>
        <w:rPr>
          <w:rFonts w:cstheme="majorHAnsi"/>
        </w:rPr>
      </w:pPr>
    </w:p>
    <w:p w14:paraId="200D2A76" w14:textId="77777777" w:rsidR="001E5FF1" w:rsidRDefault="001E5FF1" w:rsidP="00613D95">
      <w:pPr>
        <w:rPr>
          <w:rFonts w:cstheme="majorHAnsi"/>
        </w:rPr>
      </w:pPr>
    </w:p>
    <w:p w14:paraId="34600398" w14:textId="77777777" w:rsidR="001E5FF1" w:rsidRDefault="001E5FF1" w:rsidP="00613D95">
      <w:pPr>
        <w:rPr>
          <w:rFonts w:cstheme="majorHAnsi"/>
        </w:rPr>
      </w:pPr>
    </w:p>
    <w:p w14:paraId="7C246FC9" w14:textId="77777777" w:rsidR="001E5FF1" w:rsidRDefault="001E5FF1" w:rsidP="00613D95">
      <w:pPr>
        <w:rPr>
          <w:rFonts w:cstheme="majorHAnsi"/>
        </w:rPr>
      </w:pPr>
    </w:p>
    <w:p w14:paraId="1085DF6B" w14:textId="77777777" w:rsidR="001E5FF1" w:rsidRDefault="001E5FF1" w:rsidP="00613D95">
      <w:pPr>
        <w:rPr>
          <w:rFonts w:cstheme="majorHAnsi"/>
        </w:rPr>
      </w:pPr>
    </w:p>
    <w:p w14:paraId="6ABE0DA5" w14:textId="77777777" w:rsidR="001E5FF1" w:rsidRDefault="001E5FF1" w:rsidP="00613D95">
      <w:pPr>
        <w:rPr>
          <w:rFonts w:cstheme="majorHAnsi"/>
        </w:rPr>
      </w:pPr>
    </w:p>
    <w:p w14:paraId="60EF7E3C" w14:textId="4D13B98D" w:rsidR="001E5FF1" w:rsidRDefault="001E5FF1" w:rsidP="001E5FF1">
      <w:pPr>
        <w:pStyle w:val="ChapterTitle"/>
        <w:jc w:val="left"/>
        <w:rPr>
          <w:sz w:val="32"/>
          <w:szCs w:val="32"/>
        </w:rPr>
      </w:pPr>
      <w:r>
        <w:lastRenderedPageBreak/>
        <w:t>Chapter 3</w:t>
      </w:r>
      <w:r w:rsidRPr="0006372B">
        <w:rPr>
          <w:sz w:val="32"/>
          <w:szCs w:val="32"/>
        </w:rPr>
        <w:t xml:space="preserve">: </w:t>
      </w:r>
      <w:r>
        <w:rPr>
          <w:sz w:val="32"/>
          <w:szCs w:val="32"/>
        </w:rPr>
        <w:t xml:space="preserve"> Employees Only</w:t>
      </w:r>
    </w:p>
    <w:p w14:paraId="0F241F7B" w14:textId="77777777" w:rsidR="001E5FF1" w:rsidRPr="00B8634C" w:rsidRDefault="001E5FF1" w:rsidP="001E5FF1">
      <w:pPr>
        <w:rPr>
          <w:b/>
          <w:bCs/>
        </w:rPr>
      </w:pPr>
    </w:p>
    <w:p w14:paraId="77D8762A" w14:textId="77777777" w:rsidR="001E5FF1" w:rsidRDefault="001E5FF1" w:rsidP="001E5FF1">
      <w:pPr>
        <w:rPr>
          <w:b/>
          <w:bCs/>
        </w:rPr>
      </w:pPr>
    </w:p>
    <w:p w14:paraId="463A2A36" w14:textId="77777777" w:rsidR="001E5FF1" w:rsidRDefault="001E5FF1" w:rsidP="001E5FF1">
      <w:pPr>
        <w:rPr>
          <w:b/>
          <w:bCs/>
        </w:rPr>
      </w:pPr>
    </w:p>
    <w:p w14:paraId="2A0B274C" w14:textId="77777777" w:rsidR="001B248F" w:rsidRDefault="001B248F" w:rsidP="001E5FF1">
      <w:pPr>
        <w:rPr>
          <w:b/>
          <w:bCs/>
        </w:rPr>
      </w:pPr>
    </w:p>
    <w:p w14:paraId="0CE38DF5" w14:textId="77777777" w:rsidR="001B248F" w:rsidRDefault="001B248F" w:rsidP="001E5FF1">
      <w:pPr>
        <w:rPr>
          <w:b/>
          <w:bCs/>
        </w:rPr>
      </w:pPr>
    </w:p>
    <w:p w14:paraId="40722452" w14:textId="77777777" w:rsidR="001E5FF1" w:rsidRDefault="001E5FF1" w:rsidP="001E5FF1">
      <w:pPr>
        <w:rPr>
          <w:b/>
          <w:bCs/>
        </w:rPr>
      </w:pPr>
    </w:p>
    <w:p w14:paraId="75E83B4C" w14:textId="5101C189" w:rsidR="001E5FF1" w:rsidRPr="004356DB" w:rsidRDefault="00B2684E" w:rsidP="001E5FF1">
      <w:r>
        <w:t>T</w:t>
      </w:r>
      <w:r w:rsidR="001E5FF1" w:rsidRPr="004356DB">
        <w:t>he tension in his shoulders</w:t>
      </w:r>
      <w:r>
        <w:t xml:space="preserve"> over the night</w:t>
      </w:r>
      <w:r w:rsidR="001E5FF1" w:rsidRPr="004356DB">
        <w:t xml:space="preserve"> has calcified into knots of pain, but he's alive</w:t>
      </w:r>
      <w:r w:rsidR="001B248F">
        <w:t>, i</w:t>
      </w:r>
      <w:r w:rsidR="001E5FF1" w:rsidRPr="004356DB">
        <w:t>ntact.</w:t>
      </w:r>
    </w:p>
    <w:p w14:paraId="284E1113" w14:textId="4B864DAC" w:rsidR="00B2684E" w:rsidRDefault="001E5FF1" w:rsidP="001E5FF1">
      <w:r w:rsidRPr="004356DB">
        <w:t xml:space="preserve">Mike stands slowly and feels his way toward the </w:t>
      </w:r>
      <w:r w:rsidR="00B2684E">
        <w:t>cased opening</w:t>
      </w:r>
      <w:r w:rsidR="001B248F">
        <w:t>, t</w:t>
      </w:r>
      <w:r w:rsidRPr="004356DB">
        <w:t xml:space="preserve">he hallway stretches ahead of him, invisible now, but he knows the path by memory. </w:t>
      </w:r>
    </w:p>
    <w:p w14:paraId="6937C6D2" w14:textId="546B028F" w:rsidR="001E5FF1" w:rsidRPr="004356DB" w:rsidRDefault="001E5FF1" w:rsidP="001E5FF1">
      <w:r w:rsidRPr="004356DB">
        <w:t>Each step echoes in the emptiness, footfalls marking time until he reaches the dining room.</w:t>
      </w:r>
    </w:p>
    <w:p w14:paraId="1BD35C01" w14:textId="30DD155D" w:rsidR="001E5FF1" w:rsidRPr="004356DB" w:rsidRDefault="00B2684E" w:rsidP="001E5FF1">
      <w:r>
        <w:t>Weak reddish</w:t>
      </w:r>
      <w:r w:rsidR="001E5FF1" w:rsidRPr="004356DB">
        <w:t xml:space="preserve"> light </w:t>
      </w:r>
      <w:r>
        <w:t xml:space="preserve">from the sunrise </w:t>
      </w:r>
      <w:r w:rsidR="001E5FF1" w:rsidRPr="004356DB">
        <w:t>filters through the glass ceiling, revealing the tables and their paper hats like a congregation room. The stage curtains hang exactly as he'd left them—that narrow gap still visible, that suggestion of</w:t>
      </w:r>
      <w:r>
        <w:t xml:space="preserve"> being</w:t>
      </w:r>
      <w:r w:rsidR="001E5FF1" w:rsidRPr="004356DB">
        <w:t xml:space="preserve"> watch</w:t>
      </w:r>
      <w:r>
        <w:t>ed</w:t>
      </w:r>
      <w:r w:rsidR="001E5FF1" w:rsidRPr="004356DB">
        <w:t xml:space="preserve"> from within.</w:t>
      </w:r>
    </w:p>
    <w:p w14:paraId="60FB231C" w14:textId="286D10EA" w:rsidR="001E5FF1" w:rsidRPr="004356DB" w:rsidRDefault="001E5FF1" w:rsidP="001E5FF1">
      <w:r w:rsidRPr="004356DB">
        <w:t>He doesn't look. He keeps walking.</w:t>
      </w:r>
    </w:p>
    <w:p w14:paraId="1714AB2E" w14:textId="5D1A0BB1" w:rsidR="001B248F" w:rsidRDefault="001B248F" w:rsidP="001E5FF1">
      <w:r>
        <w:t>First, second doors, o</w:t>
      </w:r>
      <w:r w:rsidR="001E5FF1" w:rsidRPr="004356DB">
        <w:t>utside</w:t>
      </w:r>
      <w:r w:rsidR="008B7649">
        <w:t xml:space="preserve"> the morning light is already white again, </w:t>
      </w:r>
      <w:r w:rsidR="001E5FF1" w:rsidRPr="004356DB">
        <w:t xml:space="preserve">air tastes of rain that hasn't fallen yet. </w:t>
      </w:r>
    </w:p>
    <w:p w14:paraId="1D7ECFAD" w14:textId="58582AF0" w:rsidR="001E5FF1" w:rsidRPr="004356DB" w:rsidRDefault="001E5FF1" w:rsidP="001E5FF1">
      <w:r w:rsidRPr="004356DB">
        <w:t>The parking lot stretches empty under a sky the color of old concrete. Mike's car sits exactly where he'd left it, but it feels like he's seeing it from a great distance.</w:t>
      </w:r>
    </w:p>
    <w:p w14:paraId="07272CE8" w14:textId="7A3192E3" w:rsidR="001B248F" w:rsidRDefault="001E5FF1" w:rsidP="001E5FF1">
      <w:r w:rsidRPr="004356DB">
        <w:t>He drops into the driver’s seat, the springs groaning under his weight</w:t>
      </w:r>
      <w:r w:rsidR="001B248F">
        <w:t>, key twist</w:t>
      </w:r>
      <w:r w:rsidRPr="004356DB">
        <w:t xml:space="preserve">. </w:t>
      </w:r>
    </w:p>
    <w:p w14:paraId="6A18EF70" w14:textId="77777777" w:rsidR="001B248F" w:rsidRDefault="001E5FF1" w:rsidP="001E5FF1">
      <w:r w:rsidRPr="004356DB">
        <w:t xml:space="preserve">The engine coughs on the first turn, sputters on the second, then finally drags itself to life on the third—uneven, like it resents being woken. </w:t>
      </w:r>
    </w:p>
    <w:p w14:paraId="24F1E5E8" w14:textId="3266FB50" w:rsidR="001E5FF1" w:rsidRPr="004356DB" w:rsidRDefault="001E5FF1" w:rsidP="001E5FF1">
      <w:r w:rsidRPr="004356DB">
        <w:t xml:space="preserve">The vibrations shiver through the steering wheel into his hands. He lets it idle, staring through the windshield at the facade, not even blinking when the wipers smear across the glass. </w:t>
      </w:r>
    </w:p>
    <w:p w14:paraId="32A9467E" w14:textId="77777777" w:rsidR="008B7649" w:rsidRDefault="001B248F" w:rsidP="001E5FF1">
      <w:r>
        <w:t>Up the narrow road between the pines, he waits glances at the other side before sliding into the highway.</w:t>
      </w:r>
      <w:r w:rsidR="001E5FF1" w:rsidRPr="004356DB">
        <w:t xml:space="preserve"> The road unfurls before him in shades of gray</w:t>
      </w:r>
      <w:r w:rsidR="008B7649">
        <w:t>, t</w:t>
      </w:r>
      <w:r w:rsidR="001E5FF1" w:rsidRPr="004356DB">
        <w:t xml:space="preserve">rees blur past—gray bark, </w:t>
      </w:r>
      <w:r w:rsidR="008B7649">
        <w:t>white</w:t>
      </w:r>
      <w:r w:rsidR="001E5FF1" w:rsidRPr="004356DB">
        <w:t xml:space="preserve"> sky, </w:t>
      </w:r>
      <w:r w:rsidR="008B7649">
        <w:t>the fog</w:t>
      </w:r>
      <w:r w:rsidR="001E5FF1" w:rsidRPr="004356DB">
        <w:t xml:space="preserve"> pressing down makes the </w:t>
      </w:r>
      <w:r w:rsidR="008B7649">
        <w:t>city</w:t>
      </w:r>
      <w:r w:rsidR="001E5FF1" w:rsidRPr="004356DB">
        <w:t xml:space="preserve"> feel muffled, like he’s moving through soaked cotton. </w:t>
      </w:r>
    </w:p>
    <w:p w14:paraId="6F0DC8C0" w14:textId="5B3F9E50" w:rsidR="001E5FF1" w:rsidRDefault="001E5FF1" w:rsidP="001E5FF1">
      <w:r w:rsidRPr="004356DB">
        <w:t xml:space="preserve">The sensation persists even after he parks at the gas station </w:t>
      </w:r>
      <w:r w:rsidR="008B7649">
        <w:t>parking lot</w:t>
      </w:r>
      <w:r w:rsidRPr="004356DB">
        <w:t>.</w:t>
      </w:r>
    </w:p>
    <w:p w14:paraId="62046F18" w14:textId="25799754" w:rsidR="008B7649" w:rsidRPr="004356DB" w:rsidRDefault="008B7649" w:rsidP="008B7649">
      <w:r w:rsidRPr="004356DB">
        <w:lastRenderedPageBreak/>
        <w:t>Inside, the fluorescent lights buzz overhead. Mike doesn’t bother trying to meet the old man</w:t>
      </w:r>
      <w:r>
        <w:t xml:space="preserve"> this time</w:t>
      </w:r>
      <w:r w:rsidRPr="004356DB">
        <w:t xml:space="preserve">. He slides money across the counter, the bills limp with moisture from his palm, and moves past toward the </w:t>
      </w:r>
      <w:r>
        <w:t xml:space="preserve">washing machines, getting his sweatshirt, pants and black beanie, heads to </w:t>
      </w:r>
      <w:r w:rsidRPr="004356DB">
        <w:t>shower.</w:t>
      </w:r>
    </w:p>
    <w:p w14:paraId="6CA44775" w14:textId="77777777" w:rsidR="008B7649" w:rsidRDefault="008B7649" w:rsidP="008B7649">
      <w:r w:rsidRPr="004356DB">
        <w:t xml:space="preserve">The hot water runs over his shoulders, washing away the night's accumulation of sweat and tension. He stands there longer than necessary, letting the steam cloud the mirror until </w:t>
      </w:r>
      <w:r>
        <w:t>it blurry his reflection</w:t>
      </w:r>
      <w:r w:rsidRPr="004356DB">
        <w:t xml:space="preserve">. </w:t>
      </w:r>
    </w:p>
    <w:p w14:paraId="5F26E301" w14:textId="1888CC81" w:rsidR="008B7649" w:rsidRPr="004356DB" w:rsidRDefault="008B7649" w:rsidP="008B7649">
      <w:r w:rsidRPr="004356DB">
        <w:t xml:space="preserve">When he finally emerges, </w:t>
      </w:r>
      <w:r>
        <w:t xml:space="preserve">he unblurry it with a swept, facing </w:t>
      </w:r>
      <w:r w:rsidRPr="004356DB">
        <w:t>hi</w:t>
      </w:r>
      <w:r>
        <w:t>mself looking at the</w:t>
      </w:r>
      <w:r w:rsidRPr="004356DB">
        <w:t xml:space="preserve"> red </w:t>
      </w:r>
      <w:r>
        <w:t xml:space="preserve">spots </w:t>
      </w:r>
      <w:r w:rsidRPr="004356DB">
        <w:t xml:space="preserve">from the </w:t>
      </w:r>
      <w:r>
        <w:t xml:space="preserve">water </w:t>
      </w:r>
      <w:r w:rsidRPr="004356DB">
        <w:t>heat</w:t>
      </w:r>
      <w:r>
        <w:t xml:space="preserve"> while brushing teeth, </w:t>
      </w:r>
      <w:r w:rsidRPr="008B7649">
        <w:t>dark circles</w:t>
      </w:r>
      <w:r>
        <w:t xml:space="preserve"> under his eyes</w:t>
      </w:r>
      <w:r w:rsidRPr="004356DB">
        <w:t>.</w:t>
      </w:r>
    </w:p>
    <w:p w14:paraId="71DF7DCB" w14:textId="2DF3848A" w:rsidR="008B7649" w:rsidRPr="004356DB" w:rsidRDefault="008B7649" w:rsidP="008B7649">
      <w:r w:rsidRPr="004356DB">
        <w:t xml:space="preserve">He trades the blue uniform for his gray sweatshirt and black beanie, stuffing the polyester </w:t>
      </w:r>
      <w:r w:rsidR="006D1364">
        <w:t>uniform</w:t>
      </w:r>
      <w:r w:rsidRPr="004356DB">
        <w:t xml:space="preserve"> into the washing machine again, the familiar weight of his own clothes feels reassuring, like returning to himself after wearing a disguise.</w:t>
      </w:r>
    </w:p>
    <w:p w14:paraId="25E9CC2F" w14:textId="77777777" w:rsidR="008B7649" w:rsidRPr="004356DB" w:rsidRDefault="008B7649" w:rsidP="008B7649">
      <w:r w:rsidRPr="004356DB">
        <w:t xml:space="preserve">The pump’s display was the old kind, numbers clicking into place one by one like a pocket watch. The price list above the handle had been updated by hand, stickers laid crooked over older numbers. </w:t>
      </w:r>
    </w:p>
    <w:p w14:paraId="154AEF3C" w14:textId="77777777" w:rsidR="008B7649" w:rsidRPr="006D1364" w:rsidRDefault="008B7649" w:rsidP="008B7649">
      <w:pPr>
        <w:rPr>
          <w:rFonts w:ascii="Microsoft JhengHei Light" w:eastAsia="Microsoft JhengHei Light" w:hAnsi="Microsoft JhengHei Light"/>
          <w:b/>
          <w:bCs/>
        </w:rPr>
      </w:pPr>
      <w:r w:rsidRPr="006D1364">
        <w:rPr>
          <w:rFonts w:ascii="Microsoft JhengHei Light" w:eastAsia="Microsoft JhengHei Light" w:hAnsi="Microsoft JhengHei Light"/>
          <w:b/>
          <w:bCs/>
        </w:rPr>
        <w:t xml:space="preserve">Regular — $1.89. </w:t>
      </w:r>
    </w:p>
    <w:p w14:paraId="76C88133" w14:textId="77777777" w:rsidR="008B7649" w:rsidRPr="006D1364" w:rsidRDefault="008B7649" w:rsidP="008B7649">
      <w:pPr>
        <w:rPr>
          <w:rFonts w:ascii="Microsoft JhengHei Light" w:eastAsia="Microsoft JhengHei Light" w:hAnsi="Microsoft JhengHei Light"/>
          <w:b/>
          <w:bCs/>
        </w:rPr>
      </w:pPr>
      <w:r w:rsidRPr="006D1364">
        <w:rPr>
          <w:rFonts w:ascii="Microsoft JhengHei Light" w:eastAsia="Microsoft JhengHei Light" w:hAnsi="Microsoft JhengHei Light"/>
          <w:b/>
          <w:bCs/>
        </w:rPr>
        <w:t xml:space="preserve">Plus — $2.09. </w:t>
      </w:r>
    </w:p>
    <w:p w14:paraId="29C88706" w14:textId="44158C66" w:rsidR="006D1364" w:rsidRPr="006D1364" w:rsidRDefault="008B7649" w:rsidP="008B7649">
      <w:pPr>
        <w:rPr>
          <w:rFonts w:ascii="Microsoft JhengHei Light" w:eastAsia="Microsoft JhengHei Light" w:hAnsi="Microsoft JhengHei Light"/>
          <w:b/>
          <w:bCs/>
        </w:rPr>
      </w:pPr>
      <w:r w:rsidRPr="006D1364">
        <w:rPr>
          <w:rFonts w:ascii="Microsoft JhengHei Light" w:eastAsia="Microsoft JhengHei Light" w:hAnsi="Microsoft JhengHei Light"/>
          <w:b/>
          <w:bCs/>
        </w:rPr>
        <w:t xml:space="preserve">Premium — $2.29. </w:t>
      </w:r>
    </w:p>
    <w:p w14:paraId="07DF2065" w14:textId="06E2CEFC" w:rsidR="008B7649" w:rsidRPr="004356DB" w:rsidRDefault="008B7649" w:rsidP="008B7649">
      <w:r w:rsidRPr="004356DB">
        <w:t>Mike squeezed the trigger and watched the digits climb until they froze at $23.45. He slipped the nozzle back into its cradle, the faint smell of gasoline already in his hands</w:t>
      </w:r>
      <w:r w:rsidR="006D1364">
        <w:t xml:space="preserve">, back to the car, he </w:t>
      </w:r>
      <w:proofErr w:type="gramStart"/>
      <w:r w:rsidR="006D1364">
        <w:t>enter</w:t>
      </w:r>
      <w:proofErr w:type="gramEnd"/>
      <w:r w:rsidR="006D1364">
        <w:t xml:space="preserve"> the city </w:t>
      </w:r>
      <w:r w:rsidR="006D1364" w:rsidRPr="006D1364">
        <w:t>familiar adjacency</w:t>
      </w:r>
      <w:r w:rsidRPr="004356DB">
        <w:t>.</w:t>
      </w:r>
    </w:p>
    <w:p w14:paraId="0A13F691" w14:textId="702A9788" w:rsidR="006D1364" w:rsidRPr="000843FE" w:rsidRDefault="006D1364" w:rsidP="006D1364">
      <w:r>
        <w:t>Pulls over</w:t>
      </w:r>
      <w:r w:rsidR="008B7649" w:rsidRPr="004356DB">
        <w:t xml:space="preserve"> at Sparky's</w:t>
      </w:r>
      <w:r>
        <w:t xml:space="preserve"> sidewalk</w:t>
      </w:r>
      <w:r w:rsidR="008B7649" w:rsidRPr="004356DB">
        <w:t xml:space="preserve">, </w:t>
      </w:r>
      <w:r>
        <w:t>t</w:t>
      </w:r>
      <w:r w:rsidRPr="004356DB">
        <w:t xml:space="preserve">he bell above </w:t>
      </w:r>
      <w:r>
        <w:t xml:space="preserve">the </w:t>
      </w:r>
      <w:r w:rsidRPr="004356DB">
        <w:t xml:space="preserve">door jingles as he steps </w:t>
      </w:r>
      <w:r>
        <w:t>into it, t</w:t>
      </w:r>
      <w:r w:rsidRPr="000843FE">
        <w:t>he ceiling fan hum</w:t>
      </w:r>
      <w:r>
        <w:t>ming</w:t>
      </w:r>
      <w:r w:rsidRPr="000843FE">
        <w:t xml:space="preserve"> </w:t>
      </w:r>
      <w:r>
        <w:t>in the</w:t>
      </w:r>
      <w:r w:rsidRPr="000843FE">
        <w:t xml:space="preserve"> weak circle overhead, blades bent, doing little more than shuffle the stale air and make noise. </w:t>
      </w:r>
    </w:p>
    <w:p w14:paraId="6F3A6C58" w14:textId="1953EFD9" w:rsidR="006D1364" w:rsidRDefault="006D1364" w:rsidP="008B7649">
      <w:r>
        <w:t>E</w:t>
      </w:r>
      <w:r w:rsidRPr="000843FE">
        <w:t xml:space="preserve">mpty TV stand, </w:t>
      </w:r>
      <w:r>
        <w:t>the</w:t>
      </w:r>
      <w:r w:rsidRPr="000843FE">
        <w:t xml:space="preserve"> old jukebox leans on its side.</w:t>
      </w:r>
      <w:r>
        <w:t xml:space="preserve"> He walks through t</w:t>
      </w:r>
      <w:r w:rsidRPr="000843FE">
        <w:t>he lined in red vinyl</w:t>
      </w:r>
      <w:r>
        <w:t xml:space="preserve"> booths</w:t>
      </w:r>
      <w:r w:rsidRPr="000843FE">
        <w:t>, cracked in spiderweb patterns</w:t>
      </w:r>
    </w:p>
    <w:p w14:paraId="73E6A76C" w14:textId="0CF0B30C" w:rsidR="006D1364" w:rsidRDefault="006D1364" w:rsidP="008B7649">
      <w:r w:rsidRPr="004356DB">
        <w:t>“</w:t>
      </w:r>
      <w:r w:rsidRPr="00FE0CEC">
        <w:rPr>
          <w:i/>
          <w:iCs/>
        </w:rPr>
        <w:t>We only have regular coffee and mixed cheese sandwich. Would you like some?</w:t>
      </w:r>
      <w:r w:rsidRPr="004356DB">
        <w:t>”</w:t>
      </w:r>
    </w:p>
    <w:p w14:paraId="7E7D47C9" w14:textId="4C32633A" w:rsidR="006D1364" w:rsidRDefault="006D1364" w:rsidP="008B7649">
      <w:r>
        <w:t>Mike nods.</w:t>
      </w:r>
    </w:p>
    <w:p w14:paraId="15EA8887" w14:textId="61C4A08E" w:rsidR="008B7649" w:rsidRPr="004356DB" w:rsidRDefault="006D1364" w:rsidP="008B7649">
      <w:r>
        <w:t>T</w:t>
      </w:r>
      <w:r w:rsidR="008B7649" w:rsidRPr="004356DB">
        <w:t>he coffee arrives lukewarm as always, as if it's been sitting on the burner for hours. The liquid has a thin, bitter taste that coats his tongue. Mike drinks it anyway, staring at the cartoon dog painted on the wall.</w:t>
      </w:r>
    </w:p>
    <w:p w14:paraId="6184619B" w14:textId="77777777" w:rsidR="008B7649" w:rsidRPr="004356DB" w:rsidRDefault="008B7649" w:rsidP="008B7649">
      <w:r w:rsidRPr="004356DB">
        <w:t xml:space="preserve">The smiling dog on the wall seems different today. But it’s the same, Mike just hasn’t noticed that the painted eyes faced inwards where he sits. </w:t>
      </w:r>
    </w:p>
    <w:p w14:paraId="44DDA98A" w14:textId="59BCEEAF" w:rsidR="00D07D54" w:rsidRDefault="008B7649" w:rsidP="008B7649">
      <w:r w:rsidRPr="004356DB">
        <w:lastRenderedPageBreak/>
        <w:t>The traces and snout remember that bunny mascot from the restaurant, this make him think about his dream—if it had been a dream. The lack of control he had over his own body was agonizing,</w:t>
      </w:r>
      <w:r w:rsidR="00D07D54">
        <w:t xml:space="preserve"> </w:t>
      </w:r>
      <w:r w:rsidRPr="004356DB">
        <w:t xml:space="preserve">the memory prickles across his skin. </w:t>
      </w:r>
    </w:p>
    <w:p w14:paraId="2EA16AD9" w14:textId="73F97A81" w:rsidR="008B7649" w:rsidRPr="004356DB" w:rsidRDefault="008B7649" w:rsidP="008B7649">
      <w:r w:rsidRPr="004356DB">
        <w:t>He remembers the helplessness most vividly, the awful certainty of being awake but not in control. He knows he’s heard of that before, somewhere, but the name won’t come.</w:t>
      </w:r>
    </w:p>
    <w:p w14:paraId="3D96E3F4" w14:textId="77777777" w:rsidR="00D07D54" w:rsidRDefault="008B7649" w:rsidP="008B7649">
      <w:r w:rsidRPr="004356DB">
        <w:t xml:space="preserve">Mike finishes his coffee, chews the last bite </w:t>
      </w:r>
      <w:r w:rsidR="00D07D54">
        <w:t>unnoticed,</w:t>
      </w:r>
      <w:r w:rsidRPr="004356DB">
        <w:t xml:space="preserve"> his distracting thoughts merging, still out of tune he slides a few bills under the saucer</w:t>
      </w:r>
      <w:r w:rsidR="006D1364">
        <w:t>.</w:t>
      </w:r>
      <w:r w:rsidR="00D07D54">
        <w:t xml:space="preserve"> </w:t>
      </w:r>
    </w:p>
    <w:p w14:paraId="7E40DB50" w14:textId="487CFEE1" w:rsidR="00D07D54" w:rsidRDefault="00D07D54" w:rsidP="00D07D54">
      <w:r>
        <w:t xml:space="preserve">The </w:t>
      </w:r>
      <w:r w:rsidRPr="00D07D54">
        <w:rPr>
          <w:b/>
          <w:bCs/>
          <w:sz w:val="28"/>
          <w:szCs w:val="28"/>
        </w:rPr>
        <w:t>Chums Public Library</w:t>
      </w:r>
      <w:r w:rsidRPr="00DA09D5">
        <w:t xml:space="preserve"> squats on</w:t>
      </w:r>
      <w:r>
        <w:t xml:space="preserve"> down at the</w:t>
      </w:r>
      <w:r w:rsidRPr="00DA09D5">
        <w:t xml:space="preserve"> Main Street, box-shaped and beige, its glass door so thin it almost swings back against him when Mike pushes through. Inside, the air is chemically even, faint detergent over the wooly smell of carpet, a useless desk fan worrying at nothing in the corner.</w:t>
      </w:r>
    </w:p>
    <w:p w14:paraId="50444184" w14:textId="77777777" w:rsidR="00D07D54" w:rsidRDefault="00D07D54" w:rsidP="00D07D54">
      <w:r w:rsidRPr="00334B4F">
        <w:t xml:space="preserve">At the counter, a teenage girl hunches behind the </w:t>
      </w:r>
      <w:r w:rsidRPr="004356DB">
        <w:t>balcony in</w:t>
      </w:r>
      <w:r>
        <w:t xml:space="preserve"> librarian</w:t>
      </w:r>
      <w:r w:rsidRPr="004356DB">
        <w:t xml:space="preserve"> uniform</w:t>
      </w:r>
      <w:r w:rsidRPr="00334B4F">
        <w:t xml:space="preserve">, her thumbs flicking at </w:t>
      </w:r>
      <w:r>
        <w:t>her</w:t>
      </w:r>
      <w:r w:rsidRPr="00334B4F">
        <w:t xml:space="preserve"> silver flip phone</w:t>
      </w:r>
      <w:r>
        <w:t xml:space="preserve"> connected by a cable</w:t>
      </w:r>
      <w:r w:rsidRPr="00334B4F">
        <w:t>. The fluorescent light makes her hair look green at the edges. She doesn’t look up.</w:t>
      </w:r>
      <w:r w:rsidRPr="004356DB">
        <w:t xml:space="preserve"> </w:t>
      </w:r>
    </w:p>
    <w:p w14:paraId="3E9240DC" w14:textId="4A058175" w:rsidR="00D07D54" w:rsidRDefault="00D07D54" w:rsidP="00D07D54">
      <w:r w:rsidRPr="00334B4F">
        <w:t>Mike</w:t>
      </w:r>
      <w:r w:rsidRPr="004356DB">
        <w:t>’s</w:t>
      </w:r>
      <w:r w:rsidRPr="00334B4F">
        <w:t xml:space="preserve"> shoes squeak faintly on the tile as he moves past the counter and into the stacks. The shelves are metal, silver-gray</w:t>
      </w:r>
      <w:r w:rsidRPr="004356DB">
        <w:t>,</w:t>
      </w:r>
      <w:r w:rsidRPr="00334B4F">
        <w:t xml:space="preserve"> </w:t>
      </w:r>
      <w:r w:rsidRPr="004356DB">
        <w:t>b</w:t>
      </w:r>
      <w:r w:rsidRPr="00334B4F">
        <w:t>etween them stretch rows of spines:</w:t>
      </w:r>
      <w:r w:rsidRPr="004356DB">
        <w:t xml:space="preserve"> </w:t>
      </w:r>
    </w:p>
    <w:p w14:paraId="7EAEE069" w14:textId="36D03FCC" w:rsidR="00D07D54" w:rsidRPr="004356DB" w:rsidRDefault="00D07D54" w:rsidP="00D07D54">
      <w:r w:rsidRPr="00D07D54">
        <w:rPr>
          <w:b/>
          <w:bCs/>
        </w:rPr>
        <w:t>The Celestine Prophecy</w:t>
      </w:r>
      <w:r w:rsidRPr="004356DB">
        <w:t xml:space="preserve">, </w:t>
      </w:r>
      <w:r w:rsidRPr="00D07D54">
        <w:rPr>
          <w:b/>
          <w:bCs/>
        </w:rPr>
        <w:t>Angela’s Ashes</w:t>
      </w:r>
      <w:r w:rsidRPr="004356DB">
        <w:t xml:space="preserve">, a faded Oprah’s Book Club sticker clinging to </w:t>
      </w:r>
      <w:r w:rsidRPr="00D07D54">
        <w:rPr>
          <w:b/>
          <w:bCs/>
          <w:i/>
          <w:iCs/>
        </w:rPr>
        <w:t>She’s Come Undone</w:t>
      </w:r>
      <w:r w:rsidRPr="004356DB">
        <w:rPr>
          <w:i/>
          <w:iCs/>
        </w:rPr>
        <w:t>.</w:t>
      </w:r>
      <w:r w:rsidRPr="004356DB">
        <w:t xml:space="preserve"> Near them, a heavy Norton Anthology with its edges blackened, a copy of </w:t>
      </w:r>
      <w:r w:rsidRPr="00D07D54">
        <w:rPr>
          <w:b/>
          <w:bCs/>
          <w:i/>
          <w:iCs/>
        </w:rPr>
        <w:t>Joy of Cooking</w:t>
      </w:r>
      <w:r w:rsidRPr="004356DB">
        <w:rPr>
          <w:i/>
          <w:iCs/>
        </w:rPr>
        <w:t>,</w:t>
      </w:r>
      <w:r w:rsidRPr="004356DB">
        <w:t xml:space="preserve"> the binding repaired with electrical tape and on a black and red cover, with a heart drawn on it: </w:t>
      </w:r>
      <w:r w:rsidRPr="00D07D54">
        <w:rPr>
          <w:rFonts w:ascii="Arial Rounded MT Bold" w:hAnsi="Arial Rounded MT Bold"/>
        </w:rPr>
        <w:t>The Tearing</w:t>
      </w:r>
      <w:r w:rsidRPr="00334B4F">
        <w:t>.</w:t>
      </w:r>
      <w:r>
        <w:t xml:space="preserve"> </w:t>
      </w:r>
      <w:r w:rsidRPr="00334B4F">
        <w:t>He moves without direction, brushing his fingertips across the tops of books as if the answer might announce itself through touch.</w:t>
      </w:r>
    </w:p>
    <w:p w14:paraId="11568EB1" w14:textId="77777777" w:rsidR="00D07D54" w:rsidRDefault="00D07D54" w:rsidP="00D07D54">
      <w:r w:rsidRPr="004356DB">
        <w:t xml:space="preserve">Further along, the psychology section: stale tomes on </w:t>
      </w:r>
      <w:r w:rsidRPr="00D07D54">
        <w:t>Abnormal Psychology, Sleep Disorders: Clinical Approaches</w:t>
      </w:r>
      <w:r w:rsidRPr="004356DB">
        <w:t xml:space="preserve">. Between them: </w:t>
      </w:r>
      <w:r w:rsidRPr="00D07D54">
        <w:rPr>
          <w:b/>
          <w:bCs/>
          <w:sz w:val="24"/>
          <w:szCs w:val="24"/>
        </w:rPr>
        <w:t>Sleep Thieves</w:t>
      </w:r>
      <w:r w:rsidRPr="004356DB">
        <w:t>, its thin spine surprisingly clean, its cover bleached in the light.</w:t>
      </w:r>
    </w:p>
    <w:p w14:paraId="693D69CE" w14:textId="1959491D" w:rsidR="00D07D54" w:rsidRDefault="00D07D54" w:rsidP="00D07D54">
      <w:r w:rsidRPr="004356DB">
        <w:br/>
        <w:t xml:space="preserve">He flips through: </w:t>
      </w:r>
      <w:r w:rsidRPr="004356DB">
        <w:rPr>
          <w:i/>
          <w:iCs/>
        </w:rPr>
        <w:t>sleep oddities … hallucinatory episodes … paralysis of the limbs during waking … auditory and visual disturbances.</w:t>
      </w:r>
      <w:r w:rsidRPr="004356DB">
        <w:t xml:space="preserve"> The words converge: presence… hypnagogic hallucination</w:t>
      </w:r>
      <w:r>
        <w:t>, imagery</w:t>
      </w:r>
      <w:r w:rsidRPr="004356DB">
        <w:t>. Enough shape, finally, to match what he’s lived.</w:t>
      </w:r>
      <w:r>
        <w:t xml:space="preserve"> </w:t>
      </w:r>
    </w:p>
    <w:p w14:paraId="7410E5FD" w14:textId="77777777" w:rsidR="00D07D54" w:rsidRPr="00334B4F" w:rsidRDefault="00D07D54" w:rsidP="00D07D54">
      <w:r w:rsidRPr="004356DB">
        <w:t>The</w:t>
      </w:r>
      <w:r w:rsidRPr="00334B4F">
        <w:t xml:space="preserve"> words align with the memory in his head</w:t>
      </w:r>
      <w:r w:rsidRPr="00334B4F">
        <w:rPr>
          <w:i/>
          <w:iCs/>
        </w:rPr>
        <w:t>.</w:t>
      </w:r>
      <w:r w:rsidRPr="00334B4F">
        <w:t xml:space="preserve"> The sentences carry just enough shape</w:t>
      </w:r>
      <w:r>
        <w:t xml:space="preserve"> for him</w:t>
      </w:r>
      <w:r w:rsidRPr="00334B4F">
        <w:t xml:space="preserve"> to make sense of it.</w:t>
      </w:r>
    </w:p>
    <w:p w14:paraId="4754192A" w14:textId="77777777" w:rsidR="00D07D54" w:rsidRPr="00334B4F" w:rsidRDefault="00D07D54" w:rsidP="00D07D54">
      <w:r w:rsidRPr="00334B4F">
        <w:t xml:space="preserve">When he finally closes the book, the silence presses in. </w:t>
      </w:r>
      <w:r w:rsidRPr="004356DB">
        <w:t>He walks carrying it while looking for a table to sit at, but t</w:t>
      </w:r>
      <w:r w:rsidRPr="00334B4F">
        <w:t>hrough the gaps in the shelves, he can see the back wall: a row of computer terminals, beige tower</w:t>
      </w:r>
      <w:r w:rsidRPr="004356DB">
        <w:t>s</w:t>
      </w:r>
      <w:r w:rsidRPr="00334B4F">
        <w:t>, dark glass</w:t>
      </w:r>
      <w:r w:rsidRPr="004356DB">
        <w:t>y monitors wrapped in dust covers of plastic and vinyl, Large FAX machines and printers were also in the corners of the room</w:t>
      </w:r>
      <w:r w:rsidRPr="00334B4F">
        <w:t>. Above them, taped crooked, a sign in thick marker:</w:t>
      </w:r>
    </w:p>
    <w:p w14:paraId="00563CA6" w14:textId="77777777" w:rsidR="00D07D54" w:rsidRPr="00D07D54" w:rsidRDefault="00D07D54" w:rsidP="00D07D54">
      <w:pPr>
        <w:rPr>
          <w:rFonts w:ascii="Arial Rounded MT Bold" w:hAnsi="Arial Rounded MT Bold"/>
          <w:b/>
          <w:bCs/>
        </w:rPr>
      </w:pPr>
      <w:r w:rsidRPr="00D07D54">
        <w:rPr>
          <w:rFonts w:ascii="Arial Rounded MT Bold" w:hAnsi="Arial Rounded MT Bold"/>
          <w:b/>
          <w:bCs/>
        </w:rPr>
        <w:t>INTERNET ACCESS – $2 PER HOUR.</w:t>
      </w:r>
    </w:p>
    <w:p w14:paraId="5E6A68D2" w14:textId="71E9EC91" w:rsidR="00D07D54" w:rsidRDefault="00D07D54" w:rsidP="00D07D54">
      <w:r w:rsidRPr="00466FCC">
        <w:lastRenderedPageBreak/>
        <w:t xml:space="preserve">He digs out a couple of bills and lays them flat on the counter. The girl </w:t>
      </w:r>
      <w:r>
        <w:t>in librarian uniform</w:t>
      </w:r>
      <w:r w:rsidRPr="00466FCC">
        <w:t xml:space="preserve"> pushes a slip of paper across the </w:t>
      </w:r>
      <w:r>
        <w:t>balcony</w:t>
      </w:r>
      <w:r w:rsidRPr="00466FCC">
        <w:t xml:space="preserve"> with a four-digit code scrawled in </w:t>
      </w:r>
      <w:r w:rsidR="00E202A7">
        <w:t xml:space="preserve">card with a </w:t>
      </w:r>
      <w:r w:rsidR="00E202A7" w:rsidRPr="00E202A7">
        <w:rPr>
          <w:rFonts w:ascii="Bahnschrift SemiLight SemiConde" w:hAnsi="Bahnschrift SemiLight SemiConde"/>
          <w:sz w:val="32"/>
          <w:szCs w:val="32"/>
        </w:rPr>
        <w:t>#</w:t>
      </w:r>
      <w:r w:rsidR="00E202A7" w:rsidRPr="00E202A7">
        <w:rPr>
          <w:sz w:val="32"/>
          <w:szCs w:val="32"/>
        </w:rPr>
        <w:t xml:space="preserve"> </w:t>
      </w:r>
      <w:r w:rsidR="00E202A7">
        <w:t>on the other side</w:t>
      </w:r>
      <w:r w:rsidRPr="00466FCC">
        <w:t>.</w:t>
      </w:r>
    </w:p>
    <w:p w14:paraId="322F359F" w14:textId="77777777" w:rsidR="00D07D54" w:rsidRPr="00466FCC" w:rsidRDefault="00D07D54" w:rsidP="00D07D54">
      <w:r w:rsidRPr="00466FCC">
        <w:t>He crosses the room. The plastic dust cover on the nearest terminal crackles when he peels it back. The machine hums awake with the kind of sluggish whine that makes time feel slower. Beige casing, chunky keys worn shiny, mouse ball stiff under his palm.</w:t>
      </w:r>
    </w:p>
    <w:p w14:paraId="58CD0F72" w14:textId="77777777" w:rsidR="00E202A7" w:rsidRDefault="00D07D54" w:rsidP="00D07D54">
      <w:r w:rsidRPr="00466FCC">
        <w:t>The screen blooms gray, then green text on black:</w:t>
      </w:r>
    </w:p>
    <w:p w14:paraId="1B61007A" w14:textId="7CF4DCF1" w:rsidR="00E202A7" w:rsidRDefault="00D07D54" w:rsidP="00D07D54">
      <w:pPr>
        <w:rPr>
          <w:rFonts w:ascii="OCR A Extended" w:hAnsi="OCR A Extended"/>
        </w:rPr>
      </w:pPr>
      <w:r w:rsidRPr="00466FCC">
        <w:br/>
      </w:r>
      <w:r w:rsidR="00E202A7">
        <w:rPr>
          <w:rFonts w:ascii="OCR A Extended" w:hAnsi="OCR A Extended"/>
        </w:rPr>
        <w:t xml:space="preserve">          </w:t>
      </w:r>
      <w:r w:rsidRPr="00E202A7">
        <w:rPr>
          <w:rFonts w:ascii="OCR A Extended" w:hAnsi="OCR A Extended"/>
        </w:rPr>
        <w:t>Chums Public Library Network — Enter Access Code</w:t>
      </w:r>
      <w:r w:rsidR="00E202A7">
        <w:rPr>
          <w:rFonts w:ascii="OCR A Extended" w:hAnsi="OCR A Extended"/>
        </w:rPr>
        <w:t>:</w:t>
      </w:r>
    </w:p>
    <w:p w14:paraId="37EE01F9" w14:textId="40CE6DAC" w:rsidR="00E202A7" w:rsidRPr="00E202A7" w:rsidRDefault="00E202A7" w:rsidP="00D07D54">
      <w:pPr>
        <w:rPr>
          <w:rFonts w:ascii="OCR A Extended" w:hAnsi="OCR A Extended"/>
        </w:rPr>
      </w:pPr>
      <w:r>
        <w:rPr>
          <w:rFonts w:ascii="OCR A Extended" w:hAnsi="OCR A Extended"/>
        </w:rPr>
        <w:t xml:space="preserve">                              _ _ _ _</w:t>
      </w:r>
    </w:p>
    <w:p w14:paraId="344827C6" w14:textId="628D0555" w:rsidR="00D07D54" w:rsidRPr="00466FCC" w:rsidRDefault="00D07D54" w:rsidP="00D07D54">
      <w:r w:rsidRPr="00466FCC">
        <w:t xml:space="preserve">Mike types the numbers from the slip. A long pause. The </w:t>
      </w:r>
      <w:r w:rsidR="00E202A7">
        <w:t>tower</w:t>
      </w:r>
      <w:r w:rsidRPr="00466FCC">
        <w:t xml:space="preserve"> hiss with the raw shriek of a dial-up handshake.</w:t>
      </w:r>
    </w:p>
    <w:p w14:paraId="4F2AB411" w14:textId="746E8A6E" w:rsidR="00D07D54" w:rsidRDefault="00D07D54" w:rsidP="00D07D54">
      <w:r w:rsidRPr="00466FCC">
        <w:t>Finally, the glow steadies. Windows desktop</w:t>
      </w:r>
      <w:r w:rsidRPr="004356DB">
        <w:t>, plain cyan as a wallpaper</w:t>
      </w:r>
      <w:r w:rsidRPr="00466FCC">
        <w:t>—</w:t>
      </w:r>
      <w:r w:rsidRPr="004356DB">
        <w:t xml:space="preserve">large pixelated icons, overdetailed, trashcan, yellow folders. </w:t>
      </w:r>
      <w:r w:rsidR="00E202A7">
        <w:t>The red b</w:t>
      </w:r>
      <w:r w:rsidR="00E202A7" w:rsidRPr="00DA09D5">
        <w:t>all-mouse sticks under his palm</w:t>
      </w:r>
      <w:r w:rsidR="00E202A7">
        <w:t>, h</w:t>
      </w:r>
      <w:r w:rsidRPr="00466FCC">
        <w:t>e clicks the “</w:t>
      </w:r>
      <w:r>
        <w:t>N</w:t>
      </w:r>
      <w:r w:rsidRPr="00466FCC">
        <w:t>.”</w:t>
      </w:r>
      <w:r w:rsidRPr="004356DB">
        <w:t xml:space="preserve"> icon in the taskbar</w:t>
      </w:r>
      <w:r w:rsidRPr="00466FCC">
        <w:t xml:space="preserve">, </w:t>
      </w:r>
      <w:r w:rsidRPr="004356DB">
        <w:t>he can hear the m</w:t>
      </w:r>
      <w:r w:rsidRPr="00466FCC">
        <w:t>achine grinding.</w:t>
      </w:r>
    </w:p>
    <w:p w14:paraId="3891A45F" w14:textId="4B9EA3D9" w:rsidR="007D2A40" w:rsidRPr="007D2A40" w:rsidRDefault="007D2A40" w:rsidP="00D07D54">
      <w:pPr>
        <w:rPr>
          <w:rFonts w:ascii="Segoe Fluent Icons" w:hAnsi="Segoe Fluent Icons"/>
        </w:rPr>
      </w:pPr>
      <w:r w:rsidRPr="007D2A40">
        <w:rPr>
          <w:rFonts w:ascii="Segoe Fluent Icons" w:hAnsi="Segoe Fluent Icons"/>
        </w:rPr>
        <w:t xml:space="preserve">At the top, the Netscape browser wrapped it all in gray bars and square buttons </w:t>
      </w:r>
      <w:r w:rsidRPr="007D2A40">
        <w:rPr>
          <w:rFonts w:ascii="Times New Roman" w:hAnsi="Times New Roman" w:cs="Times New Roman"/>
        </w:rPr>
        <w:t>—</w:t>
      </w:r>
      <w:r w:rsidRPr="007D2A40">
        <w:rPr>
          <w:rFonts w:ascii="Segoe Fluent Icons" w:hAnsi="Segoe Fluent Icons"/>
        </w:rPr>
        <w:t xml:space="preserve"> </w:t>
      </w:r>
      <w:r w:rsidRPr="007D2A40">
        <w:rPr>
          <w:rFonts w:ascii="Segoe Fluent Icons" w:hAnsi="Segoe Fluent Icons"/>
          <w:b/>
          <w:bCs/>
        </w:rPr>
        <w:t>Back, Forward, Reload, Home, Search, Print</w:t>
      </w:r>
      <w:r w:rsidRPr="007D2A40">
        <w:rPr>
          <w:rFonts w:ascii="Segoe Fluent Icons" w:hAnsi="Segoe Fluent Icons"/>
        </w:rPr>
        <w:t xml:space="preserve"> </w:t>
      </w:r>
      <w:r w:rsidRPr="007D2A40">
        <w:rPr>
          <w:rFonts w:ascii="Times New Roman" w:hAnsi="Times New Roman" w:cs="Times New Roman"/>
        </w:rPr>
        <w:t>—</w:t>
      </w:r>
      <w:r w:rsidRPr="007D2A40">
        <w:rPr>
          <w:rFonts w:ascii="Segoe Fluent Icons" w:hAnsi="Segoe Fluent Icons"/>
        </w:rPr>
        <w:t xml:space="preserve"> icons in rough pixel art with just enough shine to pretend they were 3D.</w:t>
      </w:r>
    </w:p>
    <w:p w14:paraId="2CF8BC7B" w14:textId="77777777" w:rsidR="007D2A40" w:rsidRDefault="007D2A40" w:rsidP="007D2A40">
      <w:r w:rsidRPr="007D2A40">
        <w:t xml:space="preserve">The homepage loaded in blocky </w:t>
      </w:r>
      <w:proofErr w:type="gramStart"/>
      <w:r w:rsidRPr="007D2A40">
        <w:t>layers,</w:t>
      </w:r>
      <w:proofErr w:type="gramEnd"/>
      <w:r w:rsidRPr="007D2A40">
        <w:t xml:space="preserve"> colors stacked like cardboard signs. A bright blue banner</w:t>
      </w:r>
      <w:r>
        <w:t>.</w:t>
      </w:r>
    </w:p>
    <w:p w14:paraId="333BED03" w14:textId="2ACBA189" w:rsidR="007D2A40" w:rsidRDefault="007D2A40" w:rsidP="007D2A40">
      <w:pPr>
        <w:rPr>
          <w:i/>
          <w:iCs/>
        </w:rPr>
      </w:pPr>
      <w:r w:rsidRPr="007D2A40">
        <w:rPr>
          <w:b/>
          <w:bCs/>
          <w:sz w:val="32"/>
          <w:szCs w:val="32"/>
        </w:rPr>
        <w:t>AltaVista Connections</w:t>
      </w:r>
      <w:r>
        <w:rPr>
          <w:i/>
          <w:iCs/>
        </w:rPr>
        <w:t xml:space="preserve">   </w:t>
      </w:r>
      <w:r w:rsidRPr="007D2A40">
        <w:t>The most powerful and useful guide to the Net</w:t>
      </w:r>
      <w:r w:rsidRPr="007D2A40">
        <w:rPr>
          <w:i/>
          <w:iCs/>
        </w:rPr>
        <w:t>.</w:t>
      </w:r>
    </w:p>
    <w:p w14:paraId="0BD2D277" w14:textId="77777777" w:rsidR="007D2A40" w:rsidRDefault="007D2A40" w:rsidP="007D2A40">
      <w:pPr>
        <w:rPr>
          <w:rFonts w:ascii="Cambria" w:hAnsi="Cambria"/>
        </w:rPr>
      </w:pPr>
      <w:r w:rsidRPr="007D2A40">
        <w:rPr>
          <w:rFonts w:ascii="Segoe Fluent Icons" w:hAnsi="Segoe Fluent Icons"/>
        </w:rPr>
        <w:t>Next to it, a dropdown offered languages in a square gray frame, and tiny checkboxes</w:t>
      </w:r>
      <w:r>
        <w:rPr>
          <w:rFonts w:ascii="Cambria" w:hAnsi="Cambria"/>
        </w:rPr>
        <w:t>:</w:t>
      </w:r>
    </w:p>
    <w:p w14:paraId="5FDF126D" w14:textId="7471209B" w:rsidR="007D2A40" w:rsidRPr="007D2A40" w:rsidRDefault="007D2A40" w:rsidP="007D2A40">
      <w:pPr>
        <w:rPr>
          <w:rFonts w:ascii="Segoe Fluent Icons" w:hAnsi="Segoe Fluent Icons"/>
        </w:rPr>
      </w:pPr>
      <w:r w:rsidRPr="007D2A40">
        <w:rPr>
          <w:rFonts w:ascii="Segoe Fluent Icons" w:hAnsi="Segoe Fluent Icons"/>
          <w:b/>
          <w:bCs/>
        </w:rPr>
        <w:t>Web Pages, Images, Video, Audio.</w:t>
      </w:r>
      <w:r w:rsidRPr="007D2A40">
        <w:rPr>
          <w:rFonts w:ascii="Segoe Fluent Icons" w:hAnsi="Segoe Fluent Icons"/>
        </w:rPr>
        <w:t xml:space="preserve"> The word </w:t>
      </w:r>
      <w:r w:rsidRPr="007D2A40">
        <w:rPr>
          <w:rFonts w:ascii="Segoe Fluent Icons" w:hAnsi="Segoe Fluent Icons"/>
          <w:i/>
          <w:iCs/>
        </w:rPr>
        <w:t>Search</w:t>
      </w:r>
      <w:r w:rsidRPr="007D2A40">
        <w:rPr>
          <w:rFonts w:ascii="Segoe Fluent Icons" w:hAnsi="Segoe Fluent Icons"/>
        </w:rPr>
        <w:t xml:space="preserve"> gleamed in a button so flat it looked carved from the page itself.</w:t>
      </w:r>
    </w:p>
    <w:p w14:paraId="54D12487" w14:textId="77777777" w:rsidR="007D2A40" w:rsidRDefault="007D2A40" w:rsidP="007D2A40">
      <w:pPr>
        <w:rPr>
          <w:rFonts w:ascii="Segoe Fluent Icons" w:hAnsi="Segoe Fluent Icons"/>
          <w:i/>
          <w:iCs/>
        </w:rPr>
      </w:pPr>
      <w:r w:rsidRPr="007D2A40">
        <w:rPr>
          <w:rFonts w:ascii="Segoe Fluent Icons" w:hAnsi="Segoe Fluent Icons"/>
          <w:b/>
          <w:bCs/>
        </w:rPr>
        <w:t>Ask AltaVista a question.</w:t>
      </w:r>
      <w:r w:rsidRPr="007D2A40">
        <w:rPr>
          <w:rFonts w:ascii="Segoe Fluent Icons" w:hAnsi="Segoe Fluent Icons"/>
        </w:rPr>
        <w:br/>
        <w:t xml:space="preserve">Or enter a few words in </w:t>
      </w:r>
      <w:r w:rsidRPr="007D2A40">
        <w:rPr>
          <w:rFonts w:ascii="Segoe Fluent Icons" w:hAnsi="Segoe Fluent Icons"/>
          <w:i/>
          <w:iCs/>
        </w:rPr>
        <w:t>any language.</w:t>
      </w:r>
    </w:p>
    <w:p w14:paraId="17FDCEBF" w14:textId="22B1ABBF" w:rsidR="007D2A40" w:rsidRPr="007D2A40" w:rsidRDefault="007D2A40" w:rsidP="007D2A40">
      <w:r w:rsidRPr="007D2A40">
        <w:t>Underneath, a wide mustard-yellow search box waited:</w:t>
      </w:r>
    </w:p>
    <w:p w14:paraId="3EF9497A" w14:textId="1951E7AD" w:rsidR="007D2A40" w:rsidRPr="007D2A40" w:rsidRDefault="007D2A40" w:rsidP="007D2A40">
      <w:pPr>
        <w:rPr>
          <w:rFonts w:ascii="Segoe Fluent Icons" w:hAnsi="Segoe Fluent Icons"/>
        </w:rPr>
      </w:pPr>
      <w:r w:rsidRPr="007D2A40">
        <w:rPr>
          <w:rFonts w:ascii="Segoe Fluent Icons" w:hAnsi="Segoe Fluent Icons"/>
        </w:rPr>
        <w:t xml:space="preserve">Below, links crowded the page in blue and purple underlines: </w:t>
      </w:r>
      <w:r w:rsidRPr="007D2A40">
        <w:rPr>
          <w:rFonts w:ascii="Segoe Fluent Icons" w:hAnsi="Segoe Fluent Icons"/>
          <w:b/>
          <w:bCs/>
        </w:rPr>
        <w:t>Finance, Travel, Shopping, Careers, Health, News.</w:t>
      </w:r>
      <w:r w:rsidRPr="007D2A40">
        <w:rPr>
          <w:rFonts w:ascii="Segoe Fluent Icons" w:hAnsi="Segoe Fluent Icons"/>
        </w:rPr>
        <w:t xml:space="preserve"> Dozens of categories</w:t>
      </w:r>
    </w:p>
    <w:p w14:paraId="5B2F312E" w14:textId="1F478EFB" w:rsidR="00D07D54" w:rsidRPr="00DA09D5" w:rsidRDefault="00D07D54" w:rsidP="00D07D54">
      <w:r w:rsidRPr="00DA09D5">
        <w:t xml:space="preserve">He types. </w:t>
      </w:r>
      <w:r w:rsidRPr="00DA09D5">
        <w:rPr>
          <w:i/>
          <w:iCs/>
        </w:rPr>
        <w:t>Bonnie mascot.</w:t>
      </w:r>
      <w:r w:rsidRPr="00DA09D5">
        <w:t xml:space="preserve"> Results crawl in, line by line: Easter costumes, a singer, a children’s cartoon. Nothing</w:t>
      </w:r>
      <w:r w:rsidR="00E202A7">
        <w:t xml:space="preserve"> helpful</w:t>
      </w:r>
      <w:r w:rsidRPr="00DA09D5">
        <w:t>.</w:t>
      </w:r>
    </w:p>
    <w:p w14:paraId="3C7EA76C" w14:textId="77777777" w:rsidR="00D07D54" w:rsidRPr="00DA09D5" w:rsidRDefault="00D07D54" w:rsidP="00D07D54">
      <w:r w:rsidRPr="00DA09D5">
        <w:t xml:space="preserve">His jaw tightens. He clears it. Keys clatter louder than they should. This time: </w:t>
      </w:r>
      <w:r w:rsidRPr="00DA09D5">
        <w:rPr>
          <w:i/>
          <w:iCs/>
        </w:rPr>
        <w:t>Freddy’s Pizza.</w:t>
      </w:r>
    </w:p>
    <w:p w14:paraId="6E073D9B" w14:textId="77777777" w:rsidR="007D2A40" w:rsidRPr="004356DB" w:rsidRDefault="007D2A40" w:rsidP="007D2A40">
      <w:r w:rsidRPr="004356DB">
        <w:lastRenderedPageBreak/>
        <w:t>The results load slowly, line by line:</w:t>
      </w:r>
    </w:p>
    <w:p w14:paraId="26D35C2B" w14:textId="77777777" w:rsidR="007D2A40" w:rsidRPr="007D2A40" w:rsidRDefault="007D2A40" w:rsidP="007D2A40">
      <w:pPr>
        <w:rPr>
          <w:sz w:val="28"/>
          <w:szCs w:val="28"/>
        </w:rPr>
      </w:pPr>
      <w:r w:rsidRPr="007D2A40">
        <w:rPr>
          <w:sz w:val="28"/>
          <w:szCs w:val="28"/>
        </w:rPr>
        <w:t>AltaVista Search Results for "Freddy's Pizza"</w:t>
      </w:r>
    </w:p>
    <w:p w14:paraId="7910BC50" w14:textId="56A22ACF" w:rsidR="007D2A40" w:rsidRPr="007D2A40" w:rsidRDefault="007D2A40" w:rsidP="007D2A40">
      <w:pPr>
        <w:rPr>
          <w:i/>
          <w:iCs/>
        </w:rPr>
      </w:pPr>
      <w:r w:rsidRPr="007D2A40">
        <w:rPr>
          <w:i/>
          <w:iCs/>
        </w:rPr>
        <w:t>Displaying 1-10 of 167 results</w:t>
      </w:r>
    </w:p>
    <w:p w14:paraId="106A99F2" w14:textId="77777777" w:rsidR="007D2A40" w:rsidRPr="007D2A40" w:rsidRDefault="007D2A40" w:rsidP="007D2A40">
      <w:pPr>
        <w:rPr>
          <w:b/>
          <w:bCs/>
          <w:i/>
          <w:iCs/>
        </w:rPr>
      </w:pPr>
    </w:p>
    <w:p w14:paraId="12153B2E" w14:textId="77777777" w:rsidR="007D2A40" w:rsidRDefault="007D2A40" w:rsidP="007D2A40">
      <w:r w:rsidRPr="00EB2DE2">
        <w:rPr>
          <w:b/>
          <w:bCs/>
        </w:rPr>
        <w:t>President Backpedals on Monroe Files, supporters protest</w:t>
      </w:r>
      <w:r w:rsidRPr="00DF2081">
        <w:rPr>
          <w:b/>
          <w:bCs/>
        </w:rPr>
        <w:br/>
      </w:r>
      <w:r w:rsidRPr="004356DB">
        <w:rPr>
          <w:i/>
          <w:iCs/>
        </w:rPr>
        <w:t xml:space="preserve">Washington Post – Oct </w:t>
      </w:r>
      <w:r w:rsidRPr="004356DB">
        <w:br/>
        <w:t xml:space="preserve">“…During the campaign, President Hale promised full release of documents related to the case Andrew, including drafts of unsent correspondence withheld from auction in 96. Sources now suggest the administration is reconsidering, citing ‘privacy </w:t>
      </w:r>
      <w:proofErr w:type="gramStart"/>
      <w:r w:rsidRPr="004356DB">
        <w:t>concerns’</w:t>
      </w:r>
      <w:proofErr w:type="gramEnd"/>
      <w:r w:rsidRPr="004356DB">
        <w:t xml:space="preserve"> and possible defamation issues. Critics argue that the move only fuels speculation about why certain commercial references and names were censored on the files in the first place…”</w:t>
      </w:r>
      <w:r w:rsidRPr="00DF2081">
        <w:rPr>
          <w:b/>
          <w:bCs/>
        </w:rPr>
        <w:br/>
      </w:r>
      <w:hyperlink r:id="rId8" w:history="1">
        <w:r w:rsidRPr="008F55FD">
          <w:rPr>
            <w:rStyle w:val="Hyperlink"/>
            <w:b/>
            <w:bCs/>
          </w:rPr>
          <w:t>www.washingtonpost.com/archives/monroe-files</w:t>
        </w:r>
      </w:hyperlink>
    </w:p>
    <w:p w14:paraId="538C1FC3" w14:textId="77777777" w:rsidR="007D2A40" w:rsidRPr="001B66FD" w:rsidRDefault="007D2A40" w:rsidP="007D2A40">
      <w:pPr>
        <w:rPr>
          <w:b/>
          <w:bCs/>
        </w:rPr>
      </w:pPr>
      <w:r w:rsidRPr="00BE295E">
        <w:rPr>
          <w:b/>
          <w:bCs/>
        </w:rPr>
        <w:t>Freddy's Pizza Investigation Continues</w:t>
      </w:r>
      <w:r w:rsidRPr="00BE295E">
        <w:rPr>
          <w:b/>
          <w:bCs/>
        </w:rPr>
        <w:br/>
      </w:r>
      <w:r w:rsidRPr="004356DB">
        <w:rPr>
          <w:i/>
          <w:iCs/>
        </w:rPr>
        <w:t xml:space="preserve">Tacoma Tribune Online </w:t>
      </w:r>
      <w:r w:rsidRPr="004356DB">
        <w:br/>
        <w:t>Local authorities maintain that ongoing investigation into defunct restaurant chain shows "no credible evidence" of organized criminal activity. Police Chief Morrison declined further comment...</w:t>
      </w:r>
      <w:r w:rsidRPr="004356DB">
        <w:br/>
      </w:r>
      <w:hyperlink r:id="rId9" w:history="1">
        <w:r w:rsidRPr="00BE295E">
          <w:rPr>
            <w:rStyle w:val="Hyperlink"/>
            <w:b/>
            <w:bCs/>
            <w:i/>
            <w:iCs/>
          </w:rPr>
          <w:t>www.trib-tacoma.com/news/local/freddy-investigation.</w:t>
        </w:r>
      </w:hyperlink>
      <w:r w:rsidRPr="001B66FD">
        <w:rPr>
          <w:b/>
          <w:bCs/>
        </w:rPr>
        <w:t xml:space="preserve"> </w:t>
      </w:r>
    </w:p>
    <w:p w14:paraId="41AB63B1" w14:textId="77777777" w:rsidR="007D2A40" w:rsidRPr="00EC3633" w:rsidRDefault="007D2A40" w:rsidP="007D2A40">
      <w:pPr>
        <w:rPr>
          <w:b/>
          <w:bCs/>
        </w:rPr>
      </w:pPr>
      <w:r>
        <w:rPr>
          <w:b/>
          <w:bCs/>
        </w:rPr>
        <w:t>Online rumors cause man to Break in family restaurant</w:t>
      </w:r>
      <w:r w:rsidRPr="005E701A">
        <w:rPr>
          <w:b/>
          <w:bCs/>
        </w:rPr>
        <w:br/>
      </w:r>
      <w:r w:rsidRPr="004356DB">
        <w:rPr>
          <w:i/>
          <w:iCs/>
        </w:rPr>
        <w:t>Seattle Times - Nov 3</w:t>
      </w:r>
      <w:r w:rsidRPr="004356DB">
        <w:br/>
        <w:t>The 28-year-old man that was arrested this Sunday after entering local Diner on Pine Street with a handgun will be judged this Sunday. The suspect threatened employees demanding to see the “basement." Authorities claim to have found no basement at the location...</w:t>
      </w:r>
      <w:r w:rsidRPr="004356DB">
        <w:br/>
      </w:r>
      <w:hyperlink r:id="rId10" w:history="1">
        <w:r w:rsidRPr="005E701A">
          <w:rPr>
            <w:rStyle w:val="Hyperlink"/>
            <w:b/>
            <w:bCs/>
            <w:i/>
            <w:iCs/>
          </w:rPr>
          <w:t>www.seattletimes.com/local/armed-man-restaurant</w:t>
        </w:r>
      </w:hyperlink>
    </w:p>
    <w:p w14:paraId="671C4DB2" w14:textId="77777777" w:rsidR="007D2A40" w:rsidRDefault="007D2A40" w:rsidP="007D2A40">
      <w:r w:rsidRPr="00C30C44">
        <w:rPr>
          <w:b/>
          <w:bCs/>
        </w:rPr>
        <w:t>Memory or Media? New Book Fuels Debate</w:t>
      </w:r>
      <w:r w:rsidRPr="00C30C44">
        <w:rPr>
          <w:b/>
          <w:bCs/>
        </w:rPr>
        <w:br/>
      </w:r>
      <w:r w:rsidRPr="004356DB">
        <w:rPr>
          <w:i/>
          <w:iCs/>
        </w:rPr>
        <w:t>Harper Family Review</w:t>
      </w:r>
      <w:r w:rsidRPr="004356DB">
        <w:br/>
        <w:t xml:space="preserve">Dr. Elaine Corday’s bestselling book </w:t>
      </w:r>
      <w:r w:rsidRPr="004356DB">
        <w:rPr>
          <w:i/>
          <w:iCs/>
        </w:rPr>
        <w:t>Into the Pit</w:t>
      </w:r>
      <w:r w:rsidRPr="004356DB">
        <w:t xml:space="preserve"> argues that popular coverage of missing children in the 70s-80s may have created “false memory clusters” in adults who now insist they were harmed at family restaurants closed years prior the alleged dates. Early critics call the book </w:t>
      </w:r>
      <w:proofErr w:type="gramStart"/>
      <w:r w:rsidRPr="004356DB">
        <w:t>exploitative,</w:t>
      </w:r>
      <w:proofErr w:type="gramEnd"/>
      <w:r w:rsidRPr="004356DB">
        <w:t xml:space="preserve"> others hail it as “a necessary </w:t>
      </w:r>
      <w:proofErr w:type="gramStart"/>
      <w:r w:rsidRPr="004356DB">
        <w:t>warning”…</w:t>
      </w:r>
      <w:proofErr w:type="gramEnd"/>
      <w:r w:rsidRPr="004356DB">
        <w:br/>
      </w:r>
      <w:hyperlink r:id="rId11" w:history="1">
        <w:r w:rsidRPr="008F55FD">
          <w:rPr>
            <w:rStyle w:val="Hyperlink"/>
            <w:b/>
            <w:bCs/>
          </w:rPr>
          <w:t>www.harperfamilyreview.org/reports/falseremembering</w:t>
        </w:r>
      </w:hyperlink>
    </w:p>
    <w:p w14:paraId="43DDA20C" w14:textId="77777777" w:rsidR="007D2A40" w:rsidRDefault="007D2A40" w:rsidP="007D2A40">
      <w:pPr>
        <w:rPr>
          <w:b/>
          <w:bCs/>
        </w:rPr>
      </w:pPr>
    </w:p>
    <w:p w14:paraId="2B995B97" w14:textId="77777777" w:rsidR="007D2A40" w:rsidRDefault="007D2A40" w:rsidP="007D2A40">
      <w:pPr>
        <w:rPr>
          <w:b/>
          <w:bCs/>
        </w:rPr>
      </w:pPr>
    </w:p>
    <w:p w14:paraId="0F0F9945" w14:textId="77777777" w:rsidR="007D2A40" w:rsidRDefault="007D2A40" w:rsidP="007D2A40">
      <w:pPr>
        <w:rPr>
          <w:b/>
          <w:bCs/>
        </w:rPr>
      </w:pPr>
    </w:p>
    <w:p w14:paraId="289E6DEB" w14:textId="77777777" w:rsidR="007D2A40" w:rsidRDefault="007D2A40" w:rsidP="007D2A40">
      <w:pPr>
        <w:rPr>
          <w:b/>
          <w:bCs/>
        </w:rPr>
      </w:pPr>
    </w:p>
    <w:p w14:paraId="60EB95C1" w14:textId="77777777" w:rsidR="007D2A40" w:rsidRDefault="007D2A40" w:rsidP="007D2A40">
      <w:r>
        <w:rPr>
          <w:b/>
          <w:bCs/>
        </w:rPr>
        <w:lastRenderedPageBreak/>
        <w:t xml:space="preserve">Trauma and Nostalgia: Why So Many </w:t>
      </w:r>
      <w:r w:rsidRPr="001B66FD">
        <w:rPr>
          <w:b/>
          <w:bCs/>
        </w:rPr>
        <w:t>Daycare Abuse Cases Share Common Elements</w:t>
      </w:r>
      <w:r>
        <w:rPr>
          <w:b/>
          <w:bCs/>
        </w:rPr>
        <w:t>?</w:t>
      </w:r>
      <w:r w:rsidRPr="001B66FD">
        <w:rPr>
          <w:b/>
          <w:bCs/>
        </w:rPr>
        <w:br/>
      </w:r>
      <w:r w:rsidRPr="004356DB">
        <w:rPr>
          <w:i/>
          <w:iCs/>
        </w:rPr>
        <w:t xml:space="preserve">Psychology Today - Archive </w:t>
      </w:r>
      <w:r w:rsidRPr="004356DB">
        <w:br/>
        <w:t>Researchers examining the recent wave of ritual abuse allegations in the 80s note recurring architectural features in accused facilities, what victims describe as "special theaters" may be explained psychologically by factors like local legends and general conspiracies fueled by people's distrust of authorities...</w:t>
      </w:r>
      <w:r w:rsidRPr="004356DB">
        <w:br/>
      </w:r>
      <w:hyperlink r:id="rId12" w:history="1">
        <w:r w:rsidRPr="001B66FD">
          <w:rPr>
            <w:rStyle w:val="Hyperlink"/>
            <w:b/>
            <w:bCs/>
            <w:i/>
            <w:iCs/>
          </w:rPr>
          <w:t>www.psychologytoday.com/articles/daycare-patterns.php</w:t>
        </w:r>
      </w:hyperlink>
    </w:p>
    <w:p w14:paraId="5EBA231F" w14:textId="77B78625" w:rsidR="007D2A40" w:rsidRDefault="007D2A40" w:rsidP="007D2A40">
      <w:pPr>
        <w:rPr>
          <w:b/>
          <w:bCs/>
        </w:rPr>
      </w:pPr>
      <w:r>
        <w:rPr>
          <w:b/>
          <w:bCs/>
        </w:rPr>
        <w:t>Distressed Man</w:t>
      </w:r>
      <w:r w:rsidRPr="001B66FD">
        <w:rPr>
          <w:b/>
          <w:bCs/>
        </w:rPr>
        <w:t xml:space="preserve"> Opens Fire at Family Restaurant</w:t>
      </w:r>
      <w:r w:rsidRPr="001B66FD">
        <w:rPr>
          <w:b/>
          <w:bCs/>
        </w:rPr>
        <w:br/>
      </w:r>
      <w:r w:rsidRPr="004356DB">
        <w:rPr>
          <w:i/>
          <w:iCs/>
        </w:rPr>
        <w:t xml:space="preserve">Chums Tribune - Aug </w:t>
      </w:r>
      <w:r w:rsidRPr="004356DB">
        <w:br/>
        <w:t xml:space="preserve"> 11 patrons injured and 4 dead employees in shooting at local restaurant. Police are calling the episode a "psychotic break." Four employees were shot </w:t>
      </w:r>
      <w:proofErr w:type="gramStart"/>
      <w:r w:rsidRPr="004356DB">
        <w:t>dead,</w:t>
      </w:r>
      <w:proofErr w:type="gramEnd"/>
      <w:r w:rsidRPr="004356DB">
        <w:t xml:space="preserve"> one remains in critical condition. While video surveillance identified the man responsible and led to his capture the following morning...</w:t>
      </w:r>
      <w:r w:rsidRPr="001B66FD">
        <w:rPr>
          <w:b/>
          <w:bCs/>
        </w:rPr>
        <w:br/>
      </w:r>
      <w:hyperlink r:id="rId13" w:history="1">
        <w:r w:rsidRPr="004D4685">
          <w:rPr>
            <w:rStyle w:val="Hyperlink"/>
            <w:b/>
            <w:bCs/>
            <w:i/>
            <w:iCs/>
          </w:rPr>
          <w:t>www.trib-chums.com/archives/98/freddys-shooting.htm</w:t>
        </w:r>
      </w:hyperlink>
    </w:p>
    <w:p w14:paraId="25E2374D" w14:textId="77777777" w:rsidR="007D2A40" w:rsidRDefault="007D2A40" w:rsidP="007D2A40">
      <w:pPr>
        <w:rPr>
          <w:b/>
          <w:bCs/>
        </w:rPr>
      </w:pPr>
      <w:r w:rsidRPr="00DF2081">
        <w:rPr>
          <w:b/>
          <w:bCs/>
        </w:rPr>
        <w:t>Kaylee</w:t>
      </w:r>
      <w:r>
        <w:rPr>
          <w:b/>
          <w:bCs/>
        </w:rPr>
        <w:t>’s</w:t>
      </w:r>
      <w:r w:rsidRPr="00DF2081">
        <w:rPr>
          <w:b/>
          <w:bCs/>
        </w:rPr>
        <w:t xml:space="preserve"> Letters Withheld </w:t>
      </w:r>
      <w:proofErr w:type="gramStart"/>
      <w:r w:rsidRPr="00DF2081">
        <w:rPr>
          <w:b/>
          <w:bCs/>
        </w:rPr>
        <w:t>From</w:t>
      </w:r>
      <w:proofErr w:type="gramEnd"/>
      <w:r w:rsidRPr="00DF2081">
        <w:rPr>
          <w:b/>
          <w:bCs/>
        </w:rPr>
        <w:t xml:space="preserve"> Auction</w:t>
      </w:r>
      <w:r w:rsidRPr="00DF2081">
        <w:rPr>
          <w:b/>
          <w:bCs/>
        </w:rPr>
        <w:br/>
      </w:r>
      <w:r w:rsidRPr="004356DB">
        <w:rPr>
          <w:i/>
          <w:iCs/>
        </w:rPr>
        <w:t xml:space="preserve">Variety </w:t>
      </w:r>
      <w:r w:rsidRPr="004356DB">
        <w:br/>
        <w:t>Several handwritten notes believed to be drafts of unsent correspondence were pulled from sale at the last minute. Representatives gave no reason. Tabloids speculated that certain passages contained ‘commercial names’ considered inappropriate…</w:t>
      </w:r>
      <w:r w:rsidRPr="004356DB">
        <w:br/>
      </w:r>
      <w:hyperlink r:id="rId14" w:history="1">
        <w:r w:rsidRPr="008F55FD">
          <w:rPr>
            <w:rStyle w:val="Hyperlink"/>
            <w:b/>
            <w:bCs/>
          </w:rPr>
          <w:t>www.variety.com/87/monroelettersauction.com</w:t>
        </w:r>
      </w:hyperlink>
    </w:p>
    <w:p w14:paraId="7270530C" w14:textId="77777777" w:rsidR="007D2A40" w:rsidRDefault="007D2A40" w:rsidP="007D2A40">
      <w:pPr>
        <w:rPr>
          <w:b/>
          <w:bCs/>
        </w:rPr>
      </w:pPr>
      <w:r w:rsidRPr="00BE295E">
        <w:rPr>
          <w:b/>
          <w:bCs/>
        </w:rPr>
        <w:t xml:space="preserve">The Freddy Files - </w:t>
      </w:r>
      <w:proofErr w:type="spellStart"/>
      <w:r w:rsidRPr="00BE295E">
        <w:rPr>
          <w:b/>
          <w:bCs/>
        </w:rPr>
        <w:t>Angelfire</w:t>
      </w:r>
      <w:proofErr w:type="spellEnd"/>
      <w:r w:rsidRPr="00BE295E">
        <w:rPr>
          <w:b/>
          <w:bCs/>
        </w:rPr>
        <w:br/>
      </w:r>
      <w:r w:rsidRPr="004356DB">
        <w:rPr>
          <w:i/>
          <w:iCs/>
        </w:rPr>
        <w:t xml:space="preserve">Created: Dec </w:t>
      </w:r>
      <w:r w:rsidRPr="004356DB">
        <w:br/>
        <w:t xml:space="preserve">New anonymous file leak </w:t>
      </w:r>
      <w:proofErr w:type="gramStart"/>
      <w:r w:rsidRPr="004356DB">
        <w:t>confirm</w:t>
      </w:r>
      <w:proofErr w:type="gramEnd"/>
      <w:r w:rsidRPr="004356DB">
        <w:t xml:space="preserve"> the secret connection between Freddy’s Pizza closures and the ‘earthquake vanishings case’ in California. Blog dedicated to EXPOSING the ritual abuse network operating through "family restaurants" across the northwest. The real meaning behind the diverse hidden messages in their cartoons and products, discover the truth about the notorious '87 incident that... </w:t>
      </w:r>
      <w:r w:rsidRPr="004356DB">
        <w:br/>
      </w:r>
      <w:hyperlink r:id="rId15" w:history="1">
        <w:r w:rsidRPr="00BE295E">
          <w:rPr>
            <w:rStyle w:val="Hyperlink"/>
            <w:b/>
            <w:bCs/>
            <w:i/>
            <w:iCs/>
          </w:rPr>
          <w:t>www.angelfire.com/wa/freddyfiles/</w:t>
        </w:r>
      </w:hyperlink>
    </w:p>
    <w:p w14:paraId="5A2ED78A" w14:textId="77777777" w:rsidR="007D2A40" w:rsidRDefault="007D2A40" w:rsidP="007D2A40">
      <w:pPr>
        <w:rPr>
          <w:b/>
          <w:bCs/>
        </w:rPr>
      </w:pPr>
      <w:r w:rsidRPr="00BE295E">
        <w:rPr>
          <w:b/>
          <w:bCs/>
        </w:rPr>
        <w:t>Business Week: Chain Closure Leaves Questions</w:t>
      </w:r>
      <w:r w:rsidRPr="00BE295E">
        <w:rPr>
          <w:b/>
          <w:bCs/>
        </w:rPr>
        <w:br/>
      </w:r>
      <w:r w:rsidRPr="004356DB">
        <w:rPr>
          <w:i/>
          <w:iCs/>
        </w:rPr>
        <w:t xml:space="preserve">Business Week Online </w:t>
      </w:r>
      <w:r w:rsidRPr="004356DB">
        <w:br/>
        <w:t>Upon examining the collapse of Pacific Development Group, they seem to have expanded their probe to include Freddy's Pizza in the past, a restaurant chain that received $12 million in loans from the now-defunct investment firm...</w:t>
      </w:r>
      <w:r w:rsidRPr="004356DB">
        <w:br/>
      </w:r>
      <w:hyperlink r:id="rId16" w:history="1">
        <w:r w:rsidRPr="00BE295E">
          <w:rPr>
            <w:rStyle w:val="Hyperlink"/>
            <w:b/>
            <w:bCs/>
            <w:i/>
            <w:iCs/>
          </w:rPr>
          <w:t>www.businessweek.com/9</w:t>
        </w:r>
        <w:r w:rsidRPr="008F55FD">
          <w:rPr>
            <w:rStyle w:val="Hyperlink"/>
            <w:b/>
            <w:bCs/>
            <w:i/>
            <w:iCs/>
          </w:rPr>
          <w:t>1</w:t>
        </w:r>
        <w:r w:rsidRPr="00BE295E">
          <w:rPr>
            <w:rStyle w:val="Hyperlink"/>
            <w:b/>
            <w:bCs/>
            <w:i/>
            <w:iCs/>
          </w:rPr>
          <w:t>/pizza-chain-closure.asp</w:t>
        </w:r>
      </w:hyperlink>
    </w:p>
    <w:p w14:paraId="5F5A9C68" w14:textId="77777777" w:rsidR="00D07D54" w:rsidRPr="004356DB" w:rsidRDefault="00D07D54" w:rsidP="00D07D54"/>
    <w:p w14:paraId="3FBAD9C3" w14:textId="77777777" w:rsidR="00D07D54" w:rsidRPr="004356DB" w:rsidRDefault="00D07D54" w:rsidP="008B7649"/>
    <w:p w14:paraId="5C2A68D4" w14:textId="77777777" w:rsidR="008B7649" w:rsidRPr="004356DB" w:rsidRDefault="008B7649" w:rsidP="001E5FF1"/>
    <w:p w14:paraId="7EDB54EC" w14:textId="77777777" w:rsidR="001E5FF1" w:rsidRPr="004356DB" w:rsidRDefault="001E5FF1" w:rsidP="001E5FF1"/>
    <w:p w14:paraId="7F6E635D" w14:textId="77777777" w:rsidR="007D2A40" w:rsidRPr="004356DB" w:rsidRDefault="007D2A40" w:rsidP="007D2A40">
      <w:r w:rsidRPr="004356DB">
        <w:lastRenderedPageBreak/>
        <w:t xml:space="preserve">Mike </w:t>
      </w:r>
      <w:proofErr w:type="gramStart"/>
      <w:r w:rsidRPr="004356DB">
        <w:t>rub</w:t>
      </w:r>
      <w:proofErr w:type="gramEnd"/>
      <w:r w:rsidRPr="004356DB">
        <w:t xml:space="preserve"> his eyes. The library’s fluorescents buzzed like angry bees. The public computers—big beige towers with humming fans—took an eternity to load each result, lines of text blinking across the white background. The AltaVista page scrolled like it was holding its breath.</w:t>
      </w:r>
    </w:p>
    <w:p w14:paraId="48E6E0EB" w14:textId="77777777" w:rsidR="007D2A40" w:rsidRPr="004356DB" w:rsidRDefault="007D2A40" w:rsidP="007D2A40">
      <w:r w:rsidRPr="004356DB">
        <w:t>He skimmed through link after link. “Investigation Continues… No credible evidence…” “They want you to forget…” “False memory clusters…”</w:t>
      </w:r>
      <w:r w:rsidRPr="004356DB">
        <w:br/>
        <w:t>Each headline felt like a stone dropped down a well</w:t>
      </w:r>
      <w:r>
        <w:t>, h</w:t>
      </w:r>
      <w:r w:rsidRPr="004356DB">
        <w:t>e clicked the one at the bottom of the page.</w:t>
      </w:r>
    </w:p>
    <w:p w14:paraId="5C4F7435" w14:textId="77777777" w:rsidR="007D2A40" w:rsidRPr="004356DB" w:rsidRDefault="007D2A40" w:rsidP="007D2A40">
      <w:r w:rsidRPr="004356DB">
        <w:t>The Chums Tribune’s archive opened in a pale blue frame. A little “loading…” icon crept across the bottom of the screen looking like a clock, pixel by pixel, before spilling black text onto a white field. An old banner ad for a pager company flashed weakly on the side. Underneath, the article’s headline looked smaller than it had on the search page, like it was whispering:</w:t>
      </w:r>
    </w:p>
    <w:p w14:paraId="6F29F11D" w14:textId="77777777" w:rsidR="007D2A40" w:rsidRPr="00097A2D" w:rsidRDefault="007D2A40" w:rsidP="007D2A40">
      <w:pPr>
        <w:rPr>
          <w:b/>
          <w:bCs/>
        </w:rPr>
      </w:pPr>
      <w:r w:rsidRPr="00097A2D">
        <w:rPr>
          <w:b/>
          <w:bCs/>
        </w:rPr>
        <w:t>Distressed Man Opens Fire at Family Restaurant</w:t>
      </w:r>
    </w:p>
    <w:p w14:paraId="3713D9E6" w14:textId="77777777" w:rsidR="007D2A40" w:rsidRPr="00097A2D" w:rsidRDefault="007D2A40" w:rsidP="007D2A40">
      <w:r w:rsidRPr="00097A2D">
        <w:t>Four employees dead, one in critical condition; customers injured in shooting</w:t>
      </w:r>
    </w:p>
    <w:p w14:paraId="0F9B29D8" w14:textId="77777777" w:rsidR="007D2A40" w:rsidRPr="002D41D4" w:rsidRDefault="007D2A40" w:rsidP="007D2A40">
      <w:r w:rsidRPr="002D41D4">
        <w:t>CHUMS —</w:t>
      </w:r>
      <w:r w:rsidRPr="004356DB">
        <w:t>On this l</w:t>
      </w:r>
      <w:r w:rsidRPr="002D41D4">
        <w:t>ate Tuesday evening</w:t>
      </w:r>
      <w:r w:rsidRPr="004356DB">
        <w:t xml:space="preserve">, an unidentified </w:t>
      </w:r>
      <w:r w:rsidRPr="002D41D4">
        <w:t>employee of Freddy’s Pizza opened fire inside the family restaurant, killing four coworkers and leaving another in critical condition. Six customers were also injured before the suspect fled into nearby woods.</w:t>
      </w:r>
    </w:p>
    <w:p w14:paraId="4EA0FC6A" w14:textId="77777777" w:rsidR="007D2A40" w:rsidRPr="002D41D4" w:rsidRDefault="007D2A40" w:rsidP="007D2A40">
      <w:r w:rsidRPr="002D41D4">
        <w:t xml:space="preserve">According to investigators, the 25-year-old man </w:t>
      </w:r>
      <w:r w:rsidRPr="004356DB">
        <w:t xml:space="preserve">who worked as a security guard since few days prior the incident, </w:t>
      </w:r>
      <w:r w:rsidRPr="002D41D4">
        <w:t>remained in the building after his shift, concealing himself in the restroom while dressed in one of the company’s mascot costumes. Shortly after closing time, he emerged and fired into the kitchen and front counter area. Witnesses described the scene as “chaos,” with families diving beneath tables as shots rang out.</w:t>
      </w:r>
    </w:p>
    <w:p w14:paraId="11004A26" w14:textId="77777777" w:rsidR="007D2A40" w:rsidRPr="004356DB" w:rsidRDefault="007D2A40" w:rsidP="007D2A40">
      <w:r w:rsidRPr="002D41D4">
        <w:t>Police say the suspect was arrested at his rented home the following morning after being identified on the restaurant’s security footage. His name has not yet been released. The firearm used in the attack has not been recovered.</w:t>
      </w:r>
    </w:p>
    <w:p w14:paraId="65B295A7" w14:textId="58123993" w:rsidR="001E5FF1" w:rsidRDefault="007D2A40" w:rsidP="007D2A40">
      <w:r w:rsidRPr="002D41D4">
        <w:t>Police declined to release the suspect’s name</w:t>
      </w:r>
      <w:r w:rsidRPr="004356DB">
        <w:t>, although the police chief's first statement highlighted as most prominent the hypothesis that the incident was a bad reaction to an imminent dismissal or personal problems with one of the employees,</w:t>
      </w:r>
      <w:r w:rsidRPr="002D41D4">
        <w:t xml:space="preserve"> </w:t>
      </w:r>
      <w:r w:rsidRPr="004356DB">
        <w:t>they</w:t>
      </w:r>
      <w:r w:rsidRPr="002D41D4">
        <w:t xml:space="preserve"> confirmed </w:t>
      </w:r>
      <w:r w:rsidRPr="004356DB">
        <w:t xml:space="preserve">this morning </w:t>
      </w:r>
      <w:r w:rsidRPr="002D41D4">
        <w:t xml:space="preserve">that </w:t>
      </w:r>
      <w:r w:rsidRPr="004356DB">
        <w:t xml:space="preserve">the </w:t>
      </w:r>
      <w:r w:rsidRPr="002D41D4">
        <w:t xml:space="preserve">items recovered at </w:t>
      </w:r>
      <w:r w:rsidRPr="004356DB">
        <w:t>the suspect’s</w:t>
      </w:r>
      <w:r w:rsidRPr="002D41D4">
        <w:t xml:space="preserve"> home included drawings, journals, and writings “of a disturbed nature.” Among the pages were erratic sketches of cartoon mascots and references to imagined instructions or “orders.” Authorities stressed that these materials were “nonsensical” and unrelated to any larger activity.</w:t>
      </w:r>
    </w:p>
    <w:p w14:paraId="46F00A29" w14:textId="77777777" w:rsidR="007D2A40" w:rsidRDefault="007D2A40" w:rsidP="007D2A40"/>
    <w:p w14:paraId="20B473F5" w14:textId="77777777" w:rsidR="007D2A40" w:rsidRDefault="007D2A40" w:rsidP="007D2A40"/>
    <w:p w14:paraId="06D413CF" w14:textId="77777777" w:rsidR="007D2A40" w:rsidRDefault="007D2A40" w:rsidP="007D2A40"/>
    <w:p w14:paraId="12E56165" w14:textId="77777777" w:rsidR="007D2A40" w:rsidRDefault="007D2A40" w:rsidP="007D2A40"/>
    <w:p w14:paraId="22FAD22F" w14:textId="77777777" w:rsidR="007D2A40" w:rsidRDefault="007D2A40" w:rsidP="007D2A40"/>
    <w:p w14:paraId="235CF04C" w14:textId="77777777" w:rsidR="007D2A40" w:rsidRPr="004356DB" w:rsidRDefault="007D2A40" w:rsidP="007D2A40">
      <w:r w:rsidRPr="002D41D4">
        <w:lastRenderedPageBreak/>
        <w:t xml:space="preserve">“This was an isolated tragedy brought on by </w:t>
      </w:r>
      <w:r w:rsidRPr="004356DB">
        <w:t xml:space="preserve">untreated </w:t>
      </w:r>
      <w:r w:rsidRPr="002D41D4">
        <w:t xml:space="preserve">mental illness,” Police Chief Morrison told the Tribune. </w:t>
      </w:r>
      <w:r w:rsidRPr="004356DB">
        <w:t>“</w:t>
      </w:r>
      <w:r w:rsidRPr="002D41D4">
        <w:t>We encourage the community to avoid speculation.”</w:t>
      </w:r>
      <w:r w:rsidRPr="004356DB">
        <w:t xml:space="preserve"> He added.</w:t>
      </w:r>
    </w:p>
    <w:p w14:paraId="3F7B5685" w14:textId="77777777" w:rsidR="007D2A40" w:rsidRPr="004356DB" w:rsidRDefault="007D2A40" w:rsidP="007D2A40">
      <w:r w:rsidRPr="004356DB">
        <w:t>Freddy’s Pizza issued a statement Wednesday morning expressing sympathy for the victims and their families. Management added that “enhanced security measures” will be put in place to reassure patrons and staff, though details were not specified. Executives also acknowledged that, despite efforts to maintain operations, the location is expected to may close by year’s end if confidence cannot be restored.</w:t>
      </w:r>
    </w:p>
    <w:p w14:paraId="79B30E05" w14:textId="77777777" w:rsidR="007D2A40" w:rsidRDefault="007D2A40" w:rsidP="007D2A40">
      <w:r w:rsidRPr="00C15664">
        <w:t>He scrolls past the Tribune piece until the words blur</w:t>
      </w:r>
      <w:r>
        <w:t>, that’s all, he</w:t>
      </w:r>
      <w:r w:rsidRPr="00D13125">
        <w:t xml:space="preserve"> sat back from the article, </w:t>
      </w:r>
      <w:r w:rsidRPr="004356DB">
        <w:t xml:space="preserve">closed the tab, but </w:t>
      </w:r>
      <w:r w:rsidRPr="00D13125">
        <w:t>the words still clinging to him.</w:t>
      </w:r>
    </w:p>
    <w:p w14:paraId="652DD09F" w14:textId="77777777" w:rsidR="007D2A40" w:rsidRPr="004356DB" w:rsidRDefault="007D2A40" w:rsidP="007D2A40">
      <w:r w:rsidRPr="008A6CAB">
        <w:t>As he thought, his eyes passed over the top of the browser, a bookmark</w:t>
      </w:r>
      <w:r>
        <w:t>.</w:t>
      </w:r>
    </w:p>
    <w:p w14:paraId="29A958E0" w14:textId="77777777" w:rsidR="007D2A40" w:rsidRPr="00E66B81" w:rsidRDefault="007D2A40" w:rsidP="007D2A40">
      <w:r w:rsidRPr="00E66B81">
        <w:t xml:space="preserve">He clicks </w:t>
      </w:r>
      <w:r>
        <w:t>it,</w:t>
      </w:r>
      <w:r w:rsidRPr="00E66B81">
        <w:t xml:space="preserve"> pale gray </w:t>
      </w:r>
      <w:r>
        <w:t xml:space="preserve">Usenet </w:t>
      </w:r>
      <w:r w:rsidRPr="00E66B81">
        <w:t>page creeps into place, columns of plain text stacked like phonebook listings. Each line begins with a subject line, sender, and date, like stubs torn from envelopes. The board is called:</w:t>
      </w:r>
    </w:p>
    <w:p w14:paraId="60C35F8A" w14:textId="77777777" w:rsidR="007D2A40" w:rsidRDefault="007D2A40" w:rsidP="007D2A40">
      <w:pPr>
        <w:rPr>
          <w:b/>
          <w:bCs/>
        </w:rPr>
      </w:pPr>
      <w:proofErr w:type="spellStart"/>
      <w:proofErr w:type="gramStart"/>
      <w:r w:rsidRPr="00E66B81">
        <w:rPr>
          <w:b/>
          <w:bCs/>
        </w:rPr>
        <w:t>alt.local</w:t>
      </w:r>
      <w:proofErr w:type="gramEnd"/>
      <w:r w:rsidRPr="00E66B81">
        <w:rPr>
          <w:b/>
          <w:bCs/>
        </w:rPr>
        <w:t>.chums</w:t>
      </w:r>
      <w:proofErr w:type="spellEnd"/>
      <w:r w:rsidRPr="00E66B81">
        <w:rPr>
          <w:b/>
          <w:bCs/>
        </w:rPr>
        <w:t xml:space="preserve"> – Chums area general discussion (mirrored archive)</w:t>
      </w:r>
    </w:p>
    <w:p w14:paraId="42352CFD" w14:textId="77777777" w:rsidR="007D2A40" w:rsidRPr="00E66B81" w:rsidRDefault="007D2A40" w:rsidP="007D2A40">
      <w:pPr>
        <w:rPr>
          <w:b/>
          <w:bCs/>
          <w:sz w:val="20"/>
          <w:szCs w:val="20"/>
        </w:rPr>
      </w:pPr>
      <w:r w:rsidRPr="00E66B81">
        <w:rPr>
          <w:b/>
          <w:bCs/>
          <w:sz w:val="20"/>
          <w:szCs w:val="20"/>
        </w:rPr>
        <w:t>Subject: R</w:t>
      </w:r>
      <w:r>
        <w:rPr>
          <w:b/>
          <w:bCs/>
          <w:sz w:val="20"/>
          <w:szCs w:val="20"/>
        </w:rPr>
        <w:t>E</w:t>
      </w:r>
      <w:r w:rsidRPr="00E66B81">
        <w:rPr>
          <w:b/>
          <w:bCs/>
          <w:sz w:val="20"/>
          <w:szCs w:val="20"/>
        </w:rPr>
        <w:t>: need plumber recs</w:t>
      </w:r>
    </w:p>
    <w:p w14:paraId="0D0BC96B" w14:textId="77777777" w:rsidR="007D2A40" w:rsidRPr="00E66B81" w:rsidRDefault="007D2A40" w:rsidP="007D2A40">
      <w:pPr>
        <w:rPr>
          <w:sz w:val="16"/>
          <w:szCs w:val="16"/>
        </w:rPr>
      </w:pPr>
      <w:r w:rsidRPr="00E66B81">
        <w:rPr>
          <w:sz w:val="16"/>
          <w:szCs w:val="16"/>
        </w:rPr>
        <w:t>From: sally_k@chums.net (</w:t>
      </w:r>
      <w:proofErr w:type="spellStart"/>
      <w:r w:rsidRPr="00E66B81">
        <w:rPr>
          <w:sz w:val="16"/>
          <w:szCs w:val="16"/>
        </w:rPr>
        <w:t>SallyK</w:t>
      </w:r>
      <w:proofErr w:type="spellEnd"/>
      <w:r w:rsidRPr="00E66B81">
        <w:rPr>
          <w:sz w:val="16"/>
          <w:szCs w:val="16"/>
        </w:rPr>
        <w:t>)</w:t>
      </w:r>
    </w:p>
    <w:p w14:paraId="183AC9BE" w14:textId="77777777" w:rsidR="007D2A40" w:rsidRPr="00E66B81" w:rsidRDefault="007D2A40" w:rsidP="007D2A40">
      <w:pPr>
        <w:rPr>
          <w:sz w:val="16"/>
          <w:szCs w:val="16"/>
        </w:rPr>
      </w:pPr>
      <w:r w:rsidRPr="00E66B81">
        <w:rPr>
          <w:sz w:val="16"/>
          <w:szCs w:val="16"/>
        </w:rPr>
        <w:t>Date: Mon 15 Nov 22:15</w:t>
      </w:r>
    </w:p>
    <w:p w14:paraId="225A3686" w14:textId="77777777" w:rsidR="007D2A40" w:rsidRPr="00E66B81" w:rsidRDefault="007D2A40" w:rsidP="007D2A40">
      <w:pPr>
        <w:rPr>
          <w:sz w:val="16"/>
          <w:szCs w:val="16"/>
        </w:rPr>
      </w:pPr>
      <w:r>
        <w:rPr>
          <w:sz w:val="16"/>
          <w:szCs w:val="16"/>
        </w:rPr>
        <w:t xml:space="preserve">&gt; </w:t>
      </w:r>
      <w:r w:rsidRPr="002B579F">
        <w:rPr>
          <w:sz w:val="16"/>
          <w:szCs w:val="16"/>
          <w:u w:val="single"/>
        </w:rPr>
        <w:t>my kitchen sink is flooding AGAIN. anyone know a guy?</w:t>
      </w:r>
      <w:r>
        <w:rPr>
          <w:sz w:val="16"/>
          <w:szCs w:val="16"/>
        </w:rPr>
        <w:t xml:space="preserve"> </w:t>
      </w:r>
      <w:r w:rsidRPr="002B579F">
        <w:rPr>
          <w:sz w:val="16"/>
          <w:szCs w:val="16"/>
        </w:rPr>
        <w:t xml:space="preserve">try Jack Murray off </w:t>
      </w:r>
      <w:proofErr w:type="gramStart"/>
      <w:r w:rsidRPr="002B579F">
        <w:rPr>
          <w:sz w:val="16"/>
          <w:szCs w:val="16"/>
        </w:rPr>
        <w:t>Pine St.</w:t>
      </w:r>
      <w:proofErr w:type="gramEnd"/>
      <w:r w:rsidRPr="002B579F">
        <w:rPr>
          <w:sz w:val="16"/>
          <w:szCs w:val="16"/>
        </w:rPr>
        <w:t xml:space="preserve"> he fixed ours cheap.</w:t>
      </w:r>
    </w:p>
    <w:p w14:paraId="79EA6481" w14:textId="77777777" w:rsidR="007D2A40" w:rsidRPr="00E66B81" w:rsidRDefault="007D2A40" w:rsidP="007D2A40">
      <w:pPr>
        <w:rPr>
          <w:b/>
          <w:bCs/>
          <w:sz w:val="20"/>
          <w:szCs w:val="20"/>
        </w:rPr>
      </w:pPr>
      <w:r w:rsidRPr="00E66B81">
        <w:rPr>
          <w:b/>
          <w:bCs/>
          <w:sz w:val="20"/>
          <w:szCs w:val="20"/>
        </w:rPr>
        <w:t>Subject: missing orange cat?</w:t>
      </w:r>
    </w:p>
    <w:p w14:paraId="301EA10D" w14:textId="77777777" w:rsidR="007D2A40" w:rsidRPr="00E66B81" w:rsidRDefault="007D2A40" w:rsidP="007D2A40">
      <w:pPr>
        <w:rPr>
          <w:sz w:val="16"/>
          <w:szCs w:val="16"/>
        </w:rPr>
      </w:pPr>
      <w:r w:rsidRPr="00E66B81">
        <w:rPr>
          <w:sz w:val="16"/>
          <w:szCs w:val="16"/>
        </w:rPr>
        <w:t>From: jackyboy@freemail.org</w:t>
      </w:r>
    </w:p>
    <w:p w14:paraId="221530B0" w14:textId="77777777" w:rsidR="007D2A40" w:rsidRPr="00E66B81" w:rsidRDefault="007D2A40" w:rsidP="007D2A40">
      <w:pPr>
        <w:rPr>
          <w:sz w:val="16"/>
          <w:szCs w:val="16"/>
        </w:rPr>
      </w:pPr>
      <w:r w:rsidRPr="00E66B81">
        <w:rPr>
          <w:sz w:val="16"/>
          <w:szCs w:val="16"/>
        </w:rPr>
        <w:t>Date: Tue 16 Nov 07:48</w:t>
      </w:r>
    </w:p>
    <w:p w14:paraId="21F995EC" w14:textId="77777777" w:rsidR="007D2A40" w:rsidRPr="00E66B81" w:rsidRDefault="007D2A40" w:rsidP="007D2A40">
      <w:pPr>
        <w:rPr>
          <w:sz w:val="16"/>
          <w:szCs w:val="16"/>
        </w:rPr>
      </w:pPr>
      <w:r w:rsidRPr="00E66B81">
        <w:rPr>
          <w:sz w:val="16"/>
          <w:szCs w:val="16"/>
        </w:rPr>
        <w:t>lost 2 y/o tabby. if anyone sees, call 555-4021 thx.</w:t>
      </w:r>
    </w:p>
    <w:p w14:paraId="7EF94B3C" w14:textId="77777777" w:rsidR="007D2A40" w:rsidRPr="00E66B81" w:rsidRDefault="007D2A40" w:rsidP="007D2A40">
      <w:pPr>
        <w:rPr>
          <w:b/>
          <w:bCs/>
          <w:sz w:val="20"/>
          <w:szCs w:val="20"/>
        </w:rPr>
      </w:pPr>
      <w:r w:rsidRPr="00E66B81">
        <w:rPr>
          <w:b/>
          <w:bCs/>
          <w:sz w:val="20"/>
          <w:szCs w:val="20"/>
        </w:rPr>
        <w:t>Subject: SELLING: Sega Genesis + 4 games</w:t>
      </w:r>
    </w:p>
    <w:p w14:paraId="3CC82818" w14:textId="77777777" w:rsidR="007D2A40" w:rsidRPr="00E66B81" w:rsidRDefault="007D2A40" w:rsidP="007D2A40">
      <w:pPr>
        <w:rPr>
          <w:sz w:val="16"/>
          <w:szCs w:val="16"/>
        </w:rPr>
      </w:pPr>
      <w:r w:rsidRPr="00E66B81">
        <w:rPr>
          <w:sz w:val="16"/>
          <w:szCs w:val="16"/>
        </w:rPr>
        <w:t>From: gamerbrad92@aol.com</w:t>
      </w:r>
    </w:p>
    <w:p w14:paraId="65B6FEC0" w14:textId="77777777" w:rsidR="007D2A40" w:rsidRPr="00E66B81" w:rsidRDefault="007D2A40" w:rsidP="007D2A40">
      <w:pPr>
        <w:rPr>
          <w:sz w:val="16"/>
          <w:szCs w:val="16"/>
        </w:rPr>
      </w:pPr>
      <w:r w:rsidRPr="00E66B81">
        <w:rPr>
          <w:sz w:val="16"/>
          <w:szCs w:val="16"/>
        </w:rPr>
        <w:t>Date: Tue 16 Nov 13:02</w:t>
      </w:r>
    </w:p>
    <w:p w14:paraId="38580A61" w14:textId="77777777" w:rsidR="007D2A40" w:rsidRPr="00DB6A17" w:rsidRDefault="007D2A40" w:rsidP="007D2A40">
      <w:pPr>
        <w:rPr>
          <w:sz w:val="16"/>
          <w:szCs w:val="16"/>
        </w:rPr>
      </w:pPr>
      <w:r w:rsidRPr="00DB6A17">
        <w:rPr>
          <w:sz w:val="16"/>
          <w:szCs w:val="16"/>
        </w:rPr>
        <w:t xml:space="preserve">still works, controllers included. $25 firm. </w:t>
      </w:r>
    </w:p>
    <w:p w14:paraId="24930408" w14:textId="77777777" w:rsidR="007D2A40" w:rsidRPr="00E66B81" w:rsidRDefault="007D2A40" w:rsidP="007D2A40">
      <w:r w:rsidRPr="00E66B81">
        <w:t>Mike scrolls past them, eyes snagging on little flashes of town life — pipes, pets, old consoles. It feels nosy, like overhearing conversations in a diner. Then a line in the middle stops him:</w:t>
      </w:r>
    </w:p>
    <w:p w14:paraId="370E63C0" w14:textId="77777777" w:rsidR="007D2A40" w:rsidRPr="00E66B81" w:rsidRDefault="007D2A40" w:rsidP="007D2A40">
      <w:pPr>
        <w:rPr>
          <w:b/>
          <w:bCs/>
          <w:sz w:val="20"/>
          <w:szCs w:val="20"/>
        </w:rPr>
      </w:pPr>
      <w:r w:rsidRPr="00E66B81">
        <w:rPr>
          <w:b/>
          <w:bCs/>
          <w:sz w:val="20"/>
          <w:szCs w:val="20"/>
        </w:rPr>
        <w:t>Subject: What the hell happened at Freddy’s Pizza tonight???</w:t>
      </w:r>
    </w:p>
    <w:p w14:paraId="3E15831C" w14:textId="77777777" w:rsidR="007D2A40" w:rsidRPr="00E66B81" w:rsidRDefault="007D2A40" w:rsidP="007D2A40">
      <w:pPr>
        <w:rPr>
          <w:sz w:val="16"/>
          <w:szCs w:val="16"/>
        </w:rPr>
      </w:pPr>
      <w:r w:rsidRPr="00E66B81">
        <w:rPr>
          <w:sz w:val="16"/>
          <w:szCs w:val="16"/>
        </w:rPr>
        <w:t>From: nightowl94@chums.net</w:t>
      </w:r>
    </w:p>
    <w:p w14:paraId="5A539227" w14:textId="77777777" w:rsidR="007D2A40" w:rsidRDefault="007D2A40" w:rsidP="007D2A40">
      <w:pPr>
        <w:rPr>
          <w:sz w:val="16"/>
          <w:szCs w:val="16"/>
        </w:rPr>
      </w:pPr>
      <w:r w:rsidRPr="00E66B81">
        <w:rPr>
          <w:sz w:val="16"/>
          <w:szCs w:val="16"/>
        </w:rPr>
        <w:t xml:space="preserve">Date: Tue </w:t>
      </w:r>
      <w:r>
        <w:rPr>
          <w:sz w:val="16"/>
          <w:szCs w:val="16"/>
        </w:rPr>
        <w:t>2</w:t>
      </w:r>
      <w:r w:rsidRPr="00E66B81">
        <w:rPr>
          <w:sz w:val="16"/>
          <w:szCs w:val="16"/>
        </w:rPr>
        <w:t xml:space="preserve">6 </w:t>
      </w:r>
      <w:r>
        <w:rPr>
          <w:sz w:val="16"/>
          <w:szCs w:val="16"/>
        </w:rPr>
        <w:t>Jun</w:t>
      </w:r>
      <w:r w:rsidRPr="00E66B81">
        <w:rPr>
          <w:sz w:val="16"/>
          <w:szCs w:val="16"/>
        </w:rPr>
        <w:t xml:space="preserve"> 23:41</w:t>
      </w:r>
    </w:p>
    <w:p w14:paraId="2C56AE4D" w14:textId="77777777" w:rsidR="007D2A40" w:rsidRDefault="007D2A40" w:rsidP="007D2A40">
      <w:pPr>
        <w:rPr>
          <w:sz w:val="16"/>
          <w:szCs w:val="16"/>
        </w:rPr>
      </w:pPr>
      <w:r w:rsidRPr="00DB6A17">
        <w:rPr>
          <w:sz w:val="16"/>
          <w:szCs w:val="16"/>
        </w:rPr>
        <w:t>Did anyone hear the sirens?? My cousin says someone got shot at the pizza place.</w:t>
      </w:r>
      <w:r>
        <w:rPr>
          <w:sz w:val="16"/>
          <w:szCs w:val="16"/>
        </w:rPr>
        <w:t xml:space="preserve"> </w:t>
      </w:r>
      <w:r w:rsidRPr="00DB6A17">
        <w:rPr>
          <w:sz w:val="16"/>
          <w:szCs w:val="16"/>
        </w:rPr>
        <w:t>The Tribune site is vague. Can anyone CONFIRM?</w:t>
      </w:r>
    </w:p>
    <w:p w14:paraId="00C12A1A" w14:textId="47809EBE" w:rsidR="007D2A40" w:rsidRPr="002B579F" w:rsidRDefault="007D2A40" w:rsidP="007D2A40">
      <w:pPr>
        <w:rPr>
          <w:sz w:val="16"/>
          <w:szCs w:val="16"/>
        </w:rPr>
      </w:pPr>
      <w:r w:rsidRPr="00E66B81">
        <w:lastRenderedPageBreak/>
        <w:t>He clicks. The</w:t>
      </w:r>
      <w:r>
        <w:t xml:space="preserve"> long</w:t>
      </w:r>
      <w:r w:rsidRPr="00E66B81">
        <w:t xml:space="preserve"> thread opens jagged, each reply nested one over the other:</w:t>
      </w:r>
    </w:p>
    <w:p w14:paraId="0D78D169" w14:textId="77777777" w:rsidR="007D2A40" w:rsidRPr="00E66B81" w:rsidRDefault="007D2A40" w:rsidP="007D2A40">
      <w:pPr>
        <w:rPr>
          <w:sz w:val="16"/>
          <w:szCs w:val="16"/>
        </w:rPr>
      </w:pPr>
      <w:r w:rsidRPr="00E66B81">
        <w:rPr>
          <w:sz w:val="16"/>
          <w:szCs w:val="16"/>
        </w:rPr>
        <w:t xml:space="preserve">From: </w:t>
      </w:r>
      <w:proofErr w:type="spellStart"/>
      <w:r w:rsidRPr="00E66B81">
        <w:rPr>
          <w:sz w:val="16"/>
          <w:szCs w:val="16"/>
        </w:rPr>
        <w:t>mainst_guy</w:t>
      </w:r>
      <w:proofErr w:type="spellEnd"/>
      <w:r w:rsidRPr="00E66B81">
        <w:rPr>
          <w:sz w:val="16"/>
          <w:szCs w:val="16"/>
        </w:rPr>
        <w:t xml:space="preserve"> &lt;donny@midwestmail.com&gt;</w:t>
      </w:r>
    </w:p>
    <w:p w14:paraId="6F0651D4" w14:textId="77777777" w:rsidR="007D2A40" w:rsidRPr="00E66B81" w:rsidRDefault="007D2A40" w:rsidP="007D2A40">
      <w:pPr>
        <w:rPr>
          <w:sz w:val="16"/>
          <w:szCs w:val="16"/>
        </w:rPr>
      </w:pPr>
      <w:r w:rsidRPr="00DB6A17">
        <w:rPr>
          <w:sz w:val="16"/>
          <w:szCs w:val="16"/>
          <w:u w:val="single"/>
        </w:rPr>
        <w:t>&gt; My cousin says someone got shot</w:t>
      </w:r>
      <w:r>
        <w:rPr>
          <w:sz w:val="16"/>
          <w:szCs w:val="16"/>
        </w:rPr>
        <w:t xml:space="preserve"> </w:t>
      </w:r>
      <w:r w:rsidRPr="00E66B81">
        <w:rPr>
          <w:sz w:val="16"/>
          <w:szCs w:val="16"/>
        </w:rPr>
        <w:t>yeah. not fake. I live off Main. place is taped off right now.</w:t>
      </w:r>
    </w:p>
    <w:p w14:paraId="607E2F8E" w14:textId="77777777" w:rsidR="007D2A40" w:rsidRPr="00E66B81" w:rsidRDefault="007D2A40" w:rsidP="007D2A40">
      <w:pPr>
        <w:rPr>
          <w:sz w:val="16"/>
          <w:szCs w:val="16"/>
        </w:rPr>
      </w:pPr>
      <w:r w:rsidRPr="00E66B81">
        <w:rPr>
          <w:sz w:val="16"/>
          <w:szCs w:val="16"/>
        </w:rPr>
        <w:t xml:space="preserve">From: </w:t>
      </w:r>
      <w:proofErr w:type="spellStart"/>
      <w:r w:rsidRPr="00E66B81">
        <w:rPr>
          <w:sz w:val="16"/>
          <w:szCs w:val="16"/>
        </w:rPr>
        <w:t>er_room</w:t>
      </w:r>
      <w:proofErr w:type="spellEnd"/>
      <w:r w:rsidRPr="00E66B81">
        <w:rPr>
          <w:sz w:val="16"/>
          <w:szCs w:val="16"/>
        </w:rPr>
        <w:t xml:space="preserve"> &lt;anon@hospital.net&gt;</w:t>
      </w:r>
    </w:p>
    <w:p w14:paraId="63F354A4" w14:textId="77777777" w:rsidR="007D2A40" w:rsidRDefault="007D2A40" w:rsidP="007D2A40">
      <w:pPr>
        <w:rPr>
          <w:sz w:val="16"/>
          <w:szCs w:val="16"/>
        </w:rPr>
      </w:pPr>
      <w:r w:rsidRPr="00E66B81">
        <w:rPr>
          <w:sz w:val="16"/>
          <w:szCs w:val="16"/>
        </w:rPr>
        <w:t>&gt;</w:t>
      </w:r>
      <w:r w:rsidRPr="00DB6A17">
        <w:t xml:space="preserve"> </w:t>
      </w:r>
      <w:r w:rsidRPr="00DB6A17">
        <w:rPr>
          <w:sz w:val="16"/>
          <w:szCs w:val="16"/>
          <w:u w:val="single"/>
        </w:rPr>
        <w:t>My cousin says someone got shot</w:t>
      </w:r>
      <w:r w:rsidRPr="00DB6A17">
        <w:rPr>
          <w:sz w:val="16"/>
          <w:szCs w:val="16"/>
        </w:rPr>
        <w:t xml:space="preserve"> “someone”? try FOUR. one more in the hospital.</w:t>
      </w:r>
      <w:r w:rsidRPr="00E66B81">
        <w:rPr>
          <w:sz w:val="16"/>
          <w:szCs w:val="16"/>
        </w:rPr>
        <w:t xml:space="preserve">  </w:t>
      </w:r>
    </w:p>
    <w:p w14:paraId="090313AA" w14:textId="77777777" w:rsidR="007D2A40" w:rsidRDefault="007D2A40" w:rsidP="007D2A40">
      <w:pPr>
        <w:rPr>
          <w:sz w:val="16"/>
          <w:szCs w:val="16"/>
        </w:rPr>
      </w:pPr>
      <w:r>
        <w:rPr>
          <w:sz w:val="16"/>
          <w:szCs w:val="16"/>
        </w:rPr>
        <w:t>From: placeholder &lt;placeholder@holder.com &gt;</w:t>
      </w:r>
    </w:p>
    <w:p w14:paraId="56160C71" w14:textId="77777777" w:rsidR="007D2A40" w:rsidRPr="00E66B81" w:rsidRDefault="007D2A40" w:rsidP="007D2A40">
      <w:pPr>
        <w:rPr>
          <w:sz w:val="16"/>
          <w:szCs w:val="16"/>
        </w:rPr>
      </w:pPr>
      <w:r>
        <w:rPr>
          <w:sz w:val="16"/>
          <w:szCs w:val="16"/>
        </w:rPr>
        <w:t>Source?</w:t>
      </w:r>
    </w:p>
    <w:p w14:paraId="26E820EC" w14:textId="77777777" w:rsidR="007D2A40" w:rsidRPr="00E66B81" w:rsidRDefault="007D2A40" w:rsidP="007D2A40">
      <w:pPr>
        <w:rPr>
          <w:sz w:val="16"/>
          <w:szCs w:val="16"/>
        </w:rPr>
      </w:pPr>
      <w:r w:rsidRPr="00E66B81">
        <w:rPr>
          <w:sz w:val="16"/>
          <w:szCs w:val="16"/>
        </w:rPr>
        <w:t xml:space="preserve">From: </w:t>
      </w:r>
      <w:proofErr w:type="spellStart"/>
      <w:r w:rsidRPr="00E66B81">
        <w:rPr>
          <w:sz w:val="16"/>
          <w:szCs w:val="16"/>
        </w:rPr>
        <w:t>pixelgrrl</w:t>
      </w:r>
      <w:proofErr w:type="spellEnd"/>
      <w:r w:rsidRPr="00E66B81">
        <w:rPr>
          <w:sz w:val="16"/>
          <w:szCs w:val="16"/>
        </w:rPr>
        <w:t xml:space="preserve"> &lt;stacy@geocities.com&gt;</w:t>
      </w:r>
    </w:p>
    <w:p w14:paraId="3243B75B" w14:textId="77777777" w:rsidR="007D2A40" w:rsidRPr="00E66B81" w:rsidRDefault="007D2A40" w:rsidP="007D2A40">
      <w:pPr>
        <w:rPr>
          <w:sz w:val="16"/>
          <w:szCs w:val="16"/>
        </w:rPr>
      </w:pPr>
      <w:r w:rsidRPr="00E66B81">
        <w:rPr>
          <w:sz w:val="16"/>
          <w:szCs w:val="16"/>
        </w:rPr>
        <w:t xml:space="preserve">paper says 4 employees dead. I heard more. </w:t>
      </w:r>
    </w:p>
    <w:p w14:paraId="6ADDEBAF" w14:textId="77777777" w:rsidR="007D2A40" w:rsidRPr="00E66B81" w:rsidRDefault="007D2A40" w:rsidP="007D2A40">
      <w:pPr>
        <w:rPr>
          <w:sz w:val="16"/>
          <w:szCs w:val="16"/>
        </w:rPr>
      </w:pPr>
      <w:r w:rsidRPr="00E66B81">
        <w:rPr>
          <w:sz w:val="16"/>
          <w:szCs w:val="16"/>
        </w:rPr>
        <w:t>From: anon457 &lt;hidden@chums.net&gt;</w:t>
      </w:r>
    </w:p>
    <w:p w14:paraId="5EA7794E" w14:textId="77777777" w:rsidR="007D2A40" w:rsidRPr="00E66B81" w:rsidRDefault="007D2A40" w:rsidP="007D2A40">
      <w:pPr>
        <w:rPr>
          <w:sz w:val="16"/>
          <w:szCs w:val="16"/>
        </w:rPr>
      </w:pPr>
      <w:r w:rsidRPr="00DB6A17">
        <w:rPr>
          <w:sz w:val="16"/>
          <w:szCs w:val="16"/>
        </w:rPr>
        <w:t xml:space="preserve">Yeah right, bro. it’s all made up to finna close that crusty pizza dump. “Man in a </w:t>
      </w:r>
      <w:r>
        <w:rPr>
          <w:sz w:val="16"/>
          <w:szCs w:val="16"/>
        </w:rPr>
        <w:t xml:space="preserve">mascot </w:t>
      </w:r>
      <w:r w:rsidRPr="00DB6A17">
        <w:rPr>
          <w:sz w:val="16"/>
          <w:szCs w:val="16"/>
        </w:rPr>
        <w:t>suit with a gun” LMAO sounds like a bad horror story</w:t>
      </w:r>
      <w:r w:rsidRPr="00E66B81">
        <w:rPr>
          <w:sz w:val="16"/>
          <w:szCs w:val="16"/>
        </w:rPr>
        <w:t>.</w:t>
      </w:r>
    </w:p>
    <w:p w14:paraId="59E5925B" w14:textId="77777777" w:rsidR="007D2A40" w:rsidRPr="00E66B81" w:rsidRDefault="007D2A40" w:rsidP="007D2A40">
      <w:pPr>
        <w:rPr>
          <w:sz w:val="16"/>
          <w:szCs w:val="16"/>
        </w:rPr>
      </w:pPr>
      <w:r w:rsidRPr="00E66B81">
        <w:rPr>
          <w:sz w:val="16"/>
          <w:szCs w:val="16"/>
        </w:rPr>
        <w:t>From: tinfoilhat88 &lt;sean@freemail.org&gt;</w:t>
      </w:r>
    </w:p>
    <w:p w14:paraId="572C91E9" w14:textId="77777777" w:rsidR="007D2A40" w:rsidRPr="00E66B81" w:rsidRDefault="007D2A40" w:rsidP="007D2A40">
      <w:pPr>
        <w:rPr>
          <w:sz w:val="16"/>
          <w:szCs w:val="16"/>
        </w:rPr>
      </w:pPr>
      <w:r w:rsidRPr="00E66B81">
        <w:rPr>
          <w:sz w:val="16"/>
          <w:szCs w:val="16"/>
        </w:rPr>
        <w:t xml:space="preserve">&gt; </w:t>
      </w:r>
      <w:r w:rsidRPr="00DB6A17">
        <w:rPr>
          <w:sz w:val="16"/>
          <w:szCs w:val="16"/>
          <w:u w:val="single"/>
        </w:rPr>
        <w:t>sounds like a bad horror</w:t>
      </w:r>
      <w:r w:rsidRPr="00864C73">
        <w:rPr>
          <w:sz w:val="16"/>
          <w:szCs w:val="16"/>
          <w:u w:val="single"/>
        </w:rPr>
        <w:t xml:space="preserve"> story</w:t>
      </w:r>
      <w:r w:rsidRPr="00E66B81">
        <w:rPr>
          <w:sz w:val="16"/>
          <w:szCs w:val="16"/>
        </w:rPr>
        <w:t xml:space="preserve"> </w:t>
      </w:r>
      <w:proofErr w:type="gramStart"/>
      <w:r>
        <w:rPr>
          <w:sz w:val="16"/>
          <w:szCs w:val="16"/>
        </w:rPr>
        <w:t>n</w:t>
      </w:r>
      <w:r w:rsidRPr="00E66B81">
        <w:rPr>
          <w:sz w:val="16"/>
          <w:szCs w:val="16"/>
        </w:rPr>
        <w:t>ext</w:t>
      </w:r>
      <w:proofErr w:type="gramEnd"/>
      <w:r w:rsidRPr="00E66B81">
        <w:rPr>
          <w:sz w:val="16"/>
          <w:szCs w:val="16"/>
        </w:rPr>
        <w:t xml:space="preserve"> you’ll say </w:t>
      </w:r>
      <w:r>
        <w:rPr>
          <w:sz w:val="16"/>
          <w:szCs w:val="16"/>
        </w:rPr>
        <w:t xml:space="preserve">it was </w:t>
      </w:r>
      <w:r w:rsidRPr="00E66B81">
        <w:rPr>
          <w:sz w:val="16"/>
          <w:szCs w:val="16"/>
        </w:rPr>
        <w:t xml:space="preserve">the BEAR </w:t>
      </w:r>
      <w:r>
        <w:rPr>
          <w:sz w:val="16"/>
          <w:szCs w:val="16"/>
        </w:rPr>
        <w:t>with</w:t>
      </w:r>
      <w:r w:rsidRPr="00E66B81">
        <w:rPr>
          <w:sz w:val="16"/>
          <w:szCs w:val="16"/>
        </w:rPr>
        <w:t xml:space="preserve"> </w:t>
      </w:r>
      <w:r>
        <w:rPr>
          <w:sz w:val="16"/>
          <w:szCs w:val="16"/>
        </w:rPr>
        <w:t>a</w:t>
      </w:r>
      <w:r w:rsidRPr="00E66B81">
        <w:rPr>
          <w:sz w:val="16"/>
          <w:szCs w:val="16"/>
        </w:rPr>
        <w:t xml:space="preserve"> gun</w:t>
      </w:r>
      <w:r>
        <w:rPr>
          <w:sz w:val="16"/>
          <w:szCs w:val="16"/>
        </w:rPr>
        <w:t>-WHAT</w:t>
      </w:r>
      <w:r w:rsidRPr="00E66B81">
        <w:rPr>
          <w:sz w:val="16"/>
          <w:szCs w:val="16"/>
        </w:rPr>
        <w:t>. lmao</w:t>
      </w:r>
    </w:p>
    <w:p w14:paraId="63E68437" w14:textId="77777777" w:rsidR="007D2A40" w:rsidRPr="00E66B81" w:rsidRDefault="007D2A40" w:rsidP="007D2A40">
      <w:pPr>
        <w:rPr>
          <w:sz w:val="16"/>
          <w:szCs w:val="16"/>
        </w:rPr>
      </w:pPr>
      <w:r w:rsidRPr="00E66B81">
        <w:rPr>
          <w:sz w:val="16"/>
          <w:szCs w:val="16"/>
        </w:rPr>
        <w:t>From: kitchenhand &lt;ron@localnet.org&gt;</w:t>
      </w:r>
    </w:p>
    <w:p w14:paraId="1D6B1364" w14:textId="77777777" w:rsidR="007D2A40" w:rsidRDefault="007D2A40" w:rsidP="007D2A40">
      <w:pPr>
        <w:rPr>
          <w:sz w:val="16"/>
          <w:szCs w:val="16"/>
        </w:rPr>
      </w:pPr>
      <w:r>
        <w:rPr>
          <w:sz w:val="16"/>
          <w:szCs w:val="16"/>
        </w:rPr>
        <w:t>s</w:t>
      </w:r>
      <w:r w:rsidRPr="00DB6A17">
        <w:rPr>
          <w:sz w:val="16"/>
          <w:szCs w:val="16"/>
        </w:rPr>
        <w:t xml:space="preserve">top making stupid jokes. </w:t>
      </w:r>
      <w:r>
        <w:rPr>
          <w:sz w:val="16"/>
          <w:szCs w:val="16"/>
        </w:rPr>
        <w:t>m</w:t>
      </w:r>
      <w:r w:rsidRPr="00DB6A17">
        <w:rPr>
          <w:sz w:val="16"/>
          <w:szCs w:val="16"/>
        </w:rPr>
        <w:t xml:space="preserve">y sister’s friend worked there. </w:t>
      </w:r>
      <w:r>
        <w:rPr>
          <w:sz w:val="16"/>
          <w:szCs w:val="16"/>
        </w:rPr>
        <w:t>h</w:t>
      </w:r>
      <w:r w:rsidRPr="00DB6A17">
        <w:rPr>
          <w:sz w:val="16"/>
          <w:szCs w:val="16"/>
        </w:rPr>
        <w:t>er name’s in the scanner chatter. This is real. Don’t be an ass.</w:t>
      </w:r>
    </w:p>
    <w:p w14:paraId="2FD39BE6" w14:textId="77777777" w:rsidR="007D2A40" w:rsidRPr="00E66B81" w:rsidRDefault="007D2A40" w:rsidP="007D2A40">
      <w:pPr>
        <w:rPr>
          <w:sz w:val="16"/>
          <w:szCs w:val="16"/>
        </w:rPr>
      </w:pPr>
      <w:r w:rsidRPr="00E66B81">
        <w:rPr>
          <w:sz w:val="16"/>
          <w:szCs w:val="16"/>
        </w:rPr>
        <w:t xml:space="preserve">From: </w:t>
      </w:r>
      <w:proofErr w:type="spellStart"/>
      <w:r w:rsidRPr="00E66B81">
        <w:rPr>
          <w:sz w:val="16"/>
          <w:szCs w:val="16"/>
        </w:rPr>
        <w:t>net_watcher</w:t>
      </w:r>
      <w:proofErr w:type="spellEnd"/>
      <w:r w:rsidRPr="00E66B81">
        <w:rPr>
          <w:sz w:val="16"/>
          <w:szCs w:val="16"/>
        </w:rPr>
        <w:t xml:space="preserve"> &lt;elena@webmail.com&gt;</w:t>
      </w:r>
    </w:p>
    <w:p w14:paraId="6410A5B6" w14:textId="77777777" w:rsidR="007D2A40" w:rsidRDefault="007D2A40" w:rsidP="007D2A40">
      <w:pPr>
        <w:rPr>
          <w:sz w:val="16"/>
          <w:szCs w:val="16"/>
        </w:rPr>
      </w:pPr>
      <w:r w:rsidRPr="002B579F">
        <w:rPr>
          <w:sz w:val="16"/>
          <w:szCs w:val="16"/>
        </w:rPr>
        <w:t>ok but why no name for the shooter? coverup vibes. they said he was IN COSTUME??</w:t>
      </w:r>
      <w:r>
        <w:rPr>
          <w:sz w:val="16"/>
          <w:szCs w:val="16"/>
        </w:rPr>
        <w:t xml:space="preserve"> </w:t>
      </w:r>
      <w:r w:rsidRPr="00E66B81">
        <w:rPr>
          <w:sz w:val="16"/>
          <w:szCs w:val="16"/>
        </w:rPr>
        <w:t>anyone check</w:t>
      </w:r>
      <w:r>
        <w:rPr>
          <w:sz w:val="16"/>
          <w:szCs w:val="16"/>
        </w:rPr>
        <w:t>ed</w:t>
      </w:r>
      <w:r w:rsidRPr="00E66B81">
        <w:rPr>
          <w:sz w:val="16"/>
          <w:szCs w:val="16"/>
        </w:rPr>
        <w:t xml:space="preserve"> </w:t>
      </w:r>
      <w:r>
        <w:rPr>
          <w:sz w:val="16"/>
          <w:szCs w:val="16"/>
        </w:rPr>
        <w:t>if there any leaks yet</w:t>
      </w:r>
      <w:r w:rsidRPr="00E66B81">
        <w:rPr>
          <w:sz w:val="16"/>
          <w:szCs w:val="16"/>
        </w:rPr>
        <w:t>?</w:t>
      </w:r>
      <w:r>
        <w:rPr>
          <w:sz w:val="16"/>
          <w:szCs w:val="16"/>
        </w:rPr>
        <w:t>?</w:t>
      </w:r>
    </w:p>
    <w:p w14:paraId="6DB22B2E" w14:textId="77777777" w:rsidR="007D2A40" w:rsidRDefault="007D2A40" w:rsidP="007D2A40">
      <w:pPr>
        <w:rPr>
          <w:sz w:val="16"/>
          <w:szCs w:val="16"/>
        </w:rPr>
      </w:pPr>
      <w:r>
        <w:rPr>
          <w:sz w:val="16"/>
          <w:szCs w:val="16"/>
        </w:rPr>
        <w:t xml:space="preserve">From: </w:t>
      </w:r>
      <w:proofErr w:type="spellStart"/>
      <w:r>
        <w:rPr>
          <w:sz w:val="16"/>
          <w:szCs w:val="16"/>
        </w:rPr>
        <w:t>eggsbenedict</w:t>
      </w:r>
      <w:proofErr w:type="spellEnd"/>
      <w:r>
        <w:rPr>
          <w:sz w:val="16"/>
          <w:szCs w:val="16"/>
        </w:rPr>
        <w:t xml:space="preserve"> &lt;placeholder@holder.com&gt;</w:t>
      </w:r>
    </w:p>
    <w:p w14:paraId="672F6B69" w14:textId="77777777" w:rsidR="007D2A40" w:rsidRPr="00E66B81" w:rsidRDefault="007D2A40" w:rsidP="007D2A40">
      <w:pPr>
        <w:rPr>
          <w:sz w:val="16"/>
          <w:szCs w:val="16"/>
        </w:rPr>
      </w:pPr>
      <w:r w:rsidRPr="0090665A">
        <w:rPr>
          <w:sz w:val="16"/>
          <w:szCs w:val="16"/>
        </w:rPr>
        <w:t>Because the cops don’t want ppl seeing the pics. He lived like 5 blocks from me. they took BOXES out of his place.</w:t>
      </w:r>
    </w:p>
    <w:p w14:paraId="213883F9" w14:textId="77777777" w:rsidR="007D2A40" w:rsidRPr="00E66B81" w:rsidRDefault="007D2A40" w:rsidP="007D2A40">
      <w:pPr>
        <w:rPr>
          <w:sz w:val="16"/>
          <w:szCs w:val="16"/>
        </w:rPr>
      </w:pPr>
      <w:r w:rsidRPr="00E66B81">
        <w:rPr>
          <w:sz w:val="16"/>
          <w:szCs w:val="16"/>
        </w:rPr>
        <w:t>From: anon457 &lt;hidden@chums.net&gt;</w:t>
      </w:r>
    </w:p>
    <w:p w14:paraId="102B9F5B" w14:textId="77777777" w:rsidR="007D2A40" w:rsidRPr="00E66B81" w:rsidRDefault="007D2A40" w:rsidP="007D2A40">
      <w:pPr>
        <w:rPr>
          <w:sz w:val="16"/>
          <w:szCs w:val="16"/>
        </w:rPr>
      </w:pPr>
      <w:r w:rsidRPr="00E66B81">
        <w:rPr>
          <w:sz w:val="16"/>
          <w:szCs w:val="16"/>
        </w:rPr>
        <w:t xml:space="preserve">&gt; </w:t>
      </w:r>
      <w:r w:rsidRPr="0090665A">
        <w:rPr>
          <w:sz w:val="16"/>
          <w:szCs w:val="16"/>
          <w:u w:val="single"/>
        </w:rPr>
        <w:t>He lived like 5 blocks from me. they took BOXES out of his place.</w:t>
      </w:r>
      <w:r>
        <w:rPr>
          <w:sz w:val="16"/>
          <w:szCs w:val="16"/>
        </w:rPr>
        <w:t xml:space="preserve"> Lol post </w:t>
      </w:r>
      <w:r w:rsidRPr="00E66B81">
        <w:rPr>
          <w:sz w:val="16"/>
          <w:szCs w:val="16"/>
        </w:rPr>
        <w:t xml:space="preserve">pics or it didn’t happen.  </w:t>
      </w:r>
    </w:p>
    <w:p w14:paraId="748D2CDD" w14:textId="77777777" w:rsidR="007D2A40" w:rsidRDefault="007D2A40" w:rsidP="007D2A40">
      <w:pPr>
        <w:rPr>
          <w:sz w:val="16"/>
          <w:szCs w:val="16"/>
        </w:rPr>
      </w:pPr>
      <w:r w:rsidRPr="0090665A">
        <w:rPr>
          <w:sz w:val="16"/>
          <w:szCs w:val="16"/>
        </w:rPr>
        <w:t xml:space="preserve">From: </w:t>
      </w:r>
      <w:proofErr w:type="spellStart"/>
      <w:r w:rsidRPr="0090665A">
        <w:rPr>
          <w:sz w:val="16"/>
          <w:szCs w:val="16"/>
        </w:rPr>
        <w:t>mainst_guy</w:t>
      </w:r>
      <w:proofErr w:type="spellEnd"/>
      <w:r w:rsidRPr="0090665A">
        <w:rPr>
          <w:sz w:val="16"/>
          <w:szCs w:val="16"/>
        </w:rPr>
        <w:t xml:space="preserve"> </w:t>
      </w:r>
      <w:r>
        <w:rPr>
          <w:sz w:val="16"/>
          <w:szCs w:val="16"/>
        </w:rPr>
        <w:t>&lt;</w:t>
      </w:r>
      <w:r w:rsidRPr="0090665A">
        <w:rPr>
          <w:sz w:val="16"/>
          <w:szCs w:val="16"/>
        </w:rPr>
        <w:t>donny@midwestmail.com</w:t>
      </w:r>
      <w:r>
        <w:rPr>
          <w:sz w:val="16"/>
          <w:szCs w:val="16"/>
        </w:rPr>
        <w:t>&gt;</w:t>
      </w:r>
    </w:p>
    <w:p w14:paraId="66FF0D13" w14:textId="77777777" w:rsidR="007D2A40" w:rsidRDefault="007D2A40" w:rsidP="007D2A40">
      <w:pPr>
        <w:rPr>
          <w:sz w:val="16"/>
          <w:szCs w:val="16"/>
        </w:rPr>
      </w:pPr>
      <w:r w:rsidRPr="0090665A">
        <w:rPr>
          <w:sz w:val="16"/>
          <w:szCs w:val="16"/>
        </w:rPr>
        <w:t xml:space="preserve"> &gt;</w:t>
      </w:r>
      <w:r w:rsidRPr="0090665A">
        <w:rPr>
          <w:sz w:val="16"/>
          <w:szCs w:val="16"/>
          <w:u w:val="single"/>
        </w:rPr>
        <w:t>source?</w:t>
      </w:r>
      <w:r w:rsidRPr="0090665A">
        <w:rPr>
          <w:sz w:val="16"/>
          <w:szCs w:val="16"/>
        </w:rPr>
        <w:t xml:space="preserve"> source = me standing on the curb watching the cops lol</w:t>
      </w:r>
    </w:p>
    <w:p w14:paraId="61A5763B" w14:textId="77777777" w:rsidR="007D2A40" w:rsidRDefault="007D2A40" w:rsidP="007D2A40">
      <w:pPr>
        <w:rPr>
          <w:sz w:val="16"/>
          <w:szCs w:val="16"/>
        </w:rPr>
      </w:pPr>
      <w:r>
        <w:rPr>
          <w:sz w:val="16"/>
          <w:szCs w:val="16"/>
        </w:rPr>
        <w:t>From: another &lt;anotherhold@hold.com&gt;</w:t>
      </w:r>
    </w:p>
    <w:p w14:paraId="23B59797" w14:textId="77777777" w:rsidR="007D2A40" w:rsidRPr="00E66B81" w:rsidRDefault="007D2A40" w:rsidP="007D2A40">
      <w:pPr>
        <w:rPr>
          <w:sz w:val="16"/>
          <w:szCs w:val="16"/>
        </w:rPr>
      </w:pPr>
      <w:r>
        <w:rPr>
          <w:sz w:val="16"/>
          <w:szCs w:val="16"/>
        </w:rPr>
        <w:t>@</w:t>
      </w:r>
      <w:r w:rsidRPr="00E66B81">
        <w:rPr>
          <w:sz w:val="16"/>
          <w:szCs w:val="16"/>
        </w:rPr>
        <w:t>net_watcher</w:t>
      </w:r>
      <w:r>
        <w:rPr>
          <w:sz w:val="16"/>
          <w:szCs w:val="16"/>
        </w:rPr>
        <w:t xml:space="preserve"> I got it,</w:t>
      </w:r>
      <w:r w:rsidRPr="0090665A">
        <w:rPr>
          <w:sz w:val="16"/>
          <w:szCs w:val="16"/>
        </w:rPr>
        <w:t xml:space="preserve"> check on before it gets </w:t>
      </w:r>
      <w:r>
        <w:rPr>
          <w:sz w:val="16"/>
          <w:szCs w:val="16"/>
        </w:rPr>
        <w:t xml:space="preserve">nuked, </w:t>
      </w:r>
      <w:r w:rsidRPr="00E66B81">
        <w:rPr>
          <w:sz w:val="16"/>
          <w:szCs w:val="16"/>
        </w:rPr>
        <w:t xml:space="preserve">filename starts w/ </w:t>
      </w:r>
      <w:proofErr w:type="spellStart"/>
      <w:r w:rsidRPr="00E66B81">
        <w:rPr>
          <w:sz w:val="16"/>
          <w:szCs w:val="16"/>
        </w:rPr>
        <w:t>redspiral</w:t>
      </w:r>
      <w:proofErr w:type="spellEnd"/>
      <w:r w:rsidRPr="00E66B81">
        <w:rPr>
          <w:sz w:val="16"/>
          <w:szCs w:val="16"/>
        </w:rPr>
        <w:t>.</w:t>
      </w:r>
      <w:r>
        <w:rPr>
          <w:sz w:val="16"/>
          <w:szCs w:val="16"/>
        </w:rPr>
        <w:t xml:space="preserve"> ---&gt; rotten.com/redspiral.com</w:t>
      </w:r>
    </w:p>
    <w:p w14:paraId="088553C0" w14:textId="77777777" w:rsidR="007D2A40" w:rsidRPr="004D3616" w:rsidRDefault="007D2A40" w:rsidP="007D2A40">
      <w:pPr>
        <w:tabs>
          <w:tab w:val="left" w:pos="934"/>
        </w:tabs>
        <w:rPr>
          <w:b/>
          <w:bCs/>
        </w:rPr>
      </w:pPr>
      <w:r w:rsidRPr="004D3616">
        <w:t>Mike’s stomach tightened. The flat, careless tone of strangers burned more than the Tribune’s neat paragraphs. Jokes, disbelief, curiosity—all circling the same wound, none of them caring what it cut open.</w:t>
      </w:r>
    </w:p>
    <w:p w14:paraId="7DEAA2B2" w14:textId="77777777" w:rsidR="007D2A40" w:rsidRPr="004D3616" w:rsidRDefault="007D2A40" w:rsidP="007D2A40">
      <w:r w:rsidRPr="004D3616">
        <w:t xml:space="preserve">Still, his eyes locked on </w:t>
      </w:r>
      <w:r>
        <w:t>the link. Click.</w:t>
      </w:r>
    </w:p>
    <w:p w14:paraId="2D707E7A" w14:textId="77777777" w:rsidR="007D2A40" w:rsidRPr="004356DB" w:rsidRDefault="007D2A40" w:rsidP="007D2A40">
      <w:r w:rsidRPr="00194B0F">
        <w:lastRenderedPageBreak/>
        <w:t>The page crept into view, the dial-up connection grinding through every second. At last, a bone-thin skeleton on a stark white background, one hand raised like a teacher with a ruler. Across the top, bold crimson text screamed:</w:t>
      </w:r>
    </w:p>
    <w:p w14:paraId="6453DFE4" w14:textId="5F3320F6" w:rsidR="007D2A40" w:rsidRPr="00B52296" w:rsidRDefault="007D2A40" w:rsidP="007D2A40">
      <w:pPr>
        <w:rPr>
          <w:b/>
          <w:bCs/>
          <w:i/>
          <w:iCs/>
          <w:color w:val="000000" w:themeColor="text1"/>
        </w:rPr>
      </w:pPr>
      <w:r w:rsidRPr="00B52296">
        <w:rPr>
          <w:b/>
          <w:bCs/>
          <w:i/>
          <w:iCs/>
          <w:color w:val="000000" w:themeColor="text1"/>
        </w:rPr>
        <w:t xml:space="preserve">PURE EVIL SINCE 1996 </w:t>
      </w:r>
    </w:p>
    <w:p w14:paraId="1D914DE8" w14:textId="77777777" w:rsidR="007D2A40" w:rsidRPr="002B579F" w:rsidRDefault="007D2A40" w:rsidP="007D2A40">
      <w:pPr>
        <w:rPr>
          <w:b/>
          <w:bCs/>
          <w:i/>
          <w:iCs/>
        </w:rPr>
      </w:pPr>
      <w:r w:rsidRPr="00A51C60">
        <w:t>flush please</w:t>
      </w:r>
    </w:p>
    <w:p w14:paraId="6A667699" w14:textId="77777777" w:rsidR="007D2A40" w:rsidRPr="002B579F" w:rsidRDefault="007D2A40" w:rsidP="007D2A40">
      <w:pPr>
        <w:rPr>
          <w:b/>
          <w:bCs/>
          <w:color w:val="000000" w:themeColor="text1"/>
          <w:sz w:val="36"/>
          <w:szCs w:val="36"/>
        </w:rPr>
      </w:pPr>
      <w:r w:rsidRPr="002B579F">
        <w:rPr>
          <w:b/>
          <w:bCs/>
          <w:i/>
          <w:iCs/>
          <w:color w:val="000000" w:themeColor="text1"/>
          <w:sz w:val="36"/>
          <w:szCs w:val="36"/>
        </w:rPr>
        <w:t>rotten dot com</w:t>
      </w:r>
    </w:p>
    <w:p w14:paraId="77E0CA0F" w14:textId="77777777" w:rsidR="007D2A40" w:rsidRDefault="007D2A40" w:rsidP="007D2A40">
      <w:pPr>
        <w:rPr>
          <w:b/>
          <w:bCs/>
        </w:rPr>
      </w:pPr>
      <w:r w:rsidRPr="00194B0F">
        <w:rPr>
          <w:b/>
          <w:bCs/>
          <w:i/>
          <w:iCs/>
        </w:rPr>
        <w:t>“The soft white underbelly of the net, eviscerated for all to see</w:t>
      </w:r>
      <w:r>
        <w:rPr>
          <w:b/>
          <w:bCs/>
          <w:i/>
          <w:iCs/>
        </w:rPr>
        <w:t>: Rotten dot com collects images and information from many sources to present the viewer with a truly unpleasant experience.</w:t>
      </w:r>
      <w:r w:rsidRPr="00194B0F">
        <w:rPr>
          <w:b/>
          <w:bCs/>
          <w:i/>
          <w:iCs/>
        </w:rPr>
        <w:t>”</w:t>
      </w:r>
    </w:p>
    <w:p w14:paraId="05B492AB" w14:textId="77777777" w:rsidR="007D2A40" w:rsidRPr="00194B0F" w:rsidRDefault="007D2A40" w:rsidP="007D2A40">
      <w:pPr>
        <w:rPr>
          <w:b/>
          <w:bCs/>
        </w:rPr>
      </w:pPr>
      <w:r w:rsidRPr="00194B0F">
        <w:t xml:space="preserve">The layout was brutally plain — no graphics besides the skeleton, just a scatter of blunt hyperlinks stacked in cold blue: war dead, car wrecks, celebrity morgues, freak accidents. Down the left, a gray sidebar listed categories with lowercase links — </w:t>
      </w:r>
      <w:r w:rsidRPr="00194B0F">
        <w:rPr>
          <w:i/>
          <w:iCs/>
        </w:rPr>
        <w:t>today, porno, mugshots</w:t>
      </w:r>
      <w:r w:rsidRPr="00194B0F">
        <w:t>.</w:t>
      </w:r>
    </w:p>
    <w:p w14:paraId="7B6B6F47" w14:textId="77777777" w:rsidR="007D2A40" w:rsidRPr="00194B0F" w:rsidRDefault="007D2A40" w:rsidP="007D2A40">
      <w:r w:rsidRPr="00194B0F">
        <w:t xml:space="preserve">Mike scrolled, hand stiff on the mouse. Then he saw it: a quiet entry in the directory, lowercase like the rest — </w:t>
      </w:r>
      <w:proofErr w:type="spellStart"/>
      <w:r w:rsidRPr="00194B0F">
        <w:t>redspiral</w:t>
      </w:r>
      <w:proofErr w:type="spellEnd"/>
      <w:r w:rsidRPr="00194B0F">
        <w:t>.</w:t>
      </w:r>
    </w:p>
    <w:p w14:paraId="6398E9BB" w14:textId="77777777" w:rsidR="007D2A40" w:rsidRPr="00001704" w:rsidRDefault="007D2A40" w:rsidP="007D2A40">
      <w:r w:rsidRPr="00194B0F">
        <w:t>He clicked</w:t>
      </w:r>
      <w:r>
        <w:t>, a</w:t>
      </w:r>
      <w:r w:rsidRPr="00001704">
        <w:t xml:space="preserve"> raw list of files</w:t>
      </w:r>
      <w:r>
        <w:t xml:space="preserve"> showed up instantly</w:t>
      </w:r>
      <w:r w:rsidRPr="00001704">
        <w:t>:</w:t>
      </w:r>
      <w:r>
        <w:t xml:space="preserve"> </w:t>
      </w:r>
      <w:proofErr w:type="gramStart"/>
      <w:r w:rsidRPr="00001704">
        <w:t>freddy_bedroom01.jpg</w:t>
      </w:r>
      <w:r>
        <w:t xml:space="preserve">  </w:t>
      </w:r>
      <w:r w:rsidRPr="00001704">
        <w:t>freddy_wall02.jpg</w:t>
      </w:r>
      <w:proofErr w:type="gramEnd"/>
      <w:r>
        <w:t xml:space="preserve">    </w:t>
      </w:r>
      <w:r w:rsidRPr="00001704">
        <w:t>freddy_mask03.jpg</w:t>
      </w:r>
    </w:p>
    <w:p w14:paraId="7C4B9D59" w14:textId="77777777" w:rsidR="007D2A40" w:rsidRPr="00331918" w:rsidRDefault="007D2A40" w:rsidP="007D2A40">
      <w:r w:rsidRPr="00331918">
        <w:t>He opened freddy_mask03.jpg. The image built slowly, honest strips of a slow JPEG load. A head sits on a tarp, photographed from three angles: full-face, profile, close detail of where the fabric has been stained. A small paper tag is tied to one ear; in one image a gloved finger points at a smear.</w:t>
      </w:r>
    </w:p>
    <w:p w14:paraId="7BE0472E" w14:textId="77777777" w:rsidR="007D2A40" w:rsidRPr="00331918" w:rsidRDefault="007D2A40" w:rsidP="007D2A40">
      <w:r w:rsidRPr="00331918">
        <w:t xml:space="preserve">Clicking between them: a bedroom shot from shoulder height, a numbered evidence tag pinned in the frame, a plastic ruler set against the wall. Along the bottom, the lab’s scrawled note: </w:t>
      </w:r>
      <w:r w:rsidRPr="00331918">
        <w:rPr>
          <w:b/>
          <w:bCs/>
        </w:rPr>
        <w:t>EVIDENCE #12 — OBLIQUE LIGHTING — SCAN 1 OF 3.</w:t>
      </w:r>
      <w:r>
        <w:t xml:space="preserve"> </w:t>
      </w:r>
      <w:r w:rsidRPr="00331918">
        <w:t>Macro scans follow—tight close-ups of marker loops, ink pooled and dragged. Paintings cover the walls: symbols, dates, pinned pictures, words swelling from tiny scribbles into frantic block letters.</w:t>
      </w:r>
    </w:p>
    <w:p w14:paraId="6617A69F" w14:textId="77777777" w:rsidR="007D2A40" w:rsidRPr="004356DB" w:rsidRDefault="007D2A40" w:rsidP="007D2A40">
      <w:r w:rsidRPr="00C15664">
        <w:t>He doesn’t know how to name the tighten in his chest. The images aren’t lurid for shock so much as stubbornly factual</w:t>
      </w:r>
      <w:r>
        <w:t xml:space="preserve"> of the words, t</w:t>
      </w:r>
      <w:r w:rsidRPr="004356DB">
        <w:t>hey start with a few small-print signatures about hallucinogenic gas and strange maps suggesting symbols, dates, and unrelated things, pinned pictures of different people, then the words grow into large fonts written with desperation.</w:t>
      </w:r>
    </w:p>
    <w:p w14:paraId="346005CB" w14:textId="77777777" w:rsidR="007D2A40" w:rsidRPr="004356DB" w:rsidRDefault="007D2A40" w:rsidP="007D2A40">
      <w:r w:rsidRPr="00C15664">
        <w:t xml:space="preserve">He tries to look away, </w:t>
      </w:r>
      <w:r>
        <w:t>but</w:t>
      </w:r>
      <w:r w:rsidRPr="00C15664">
        <w:t xml:space="preserve"> keeps looking</w:t>
      </w:r>
      <w:r w:rsidRPr="004356DB">
        <w:t xml:space="preserve"> into it, the repetition of those words, for a moment he </w:t>
      </w:r>
      <w:proofErr w:type="gramStart"/>
      <w:r w:rsidRPr="004356DB">
        <w:t>feel</w:t>
      </w:r>
      <w:proofErr w:type="gramEnd"/>
      <w:r w:rsidRPr="004356DB">
        <w:t xml:space="preserve"> the same as that moment in the office when thoughts seemed to be spilled in his mind involuntarily while he reads them</w:t>
      </w:r>
      <w:r w:rsidRPr="00C15664">
        <w:t>.</w:t>
      </w:r>
      <w:r w:rsidRPr="004356DB">
        <w:t xml:space="preserve"> </w:t>
      </w:r>
    </w:p>
    <w:p w14:paraId="4313FFCB" w14:textId="77777777" w:rsidR="007D2A40" w:rsidRPr="00B52296" w:rsidRDefault="007D2A40" w:rsidP="007D2A40">
      <w:pPr>
        <w:rPr>
          <w:rFonts w:ascii="HGPSoeiKakupoptai" w:eastAsia="HGPSoeiKakupoptai" w:hAnsi="HGPSoeiKakupoptai"/>
          <w:i/>
          <w:iCs/>
        </w:rPr>
      </w:pPr>
      <w:r w:rsidRPr="002D41D4">
        <w:rPr>
          <w:i/>
          <w:iCs/>
        </w:rPr>
        <w:t>“</w:t>
      </w:r>
      <w:r w:rsidRPr="00B52296">
        <w:rPr>
          <w:rFonts w:ascii="HGPSoeiKakupoptai" w:eastAsia="HGPSoeiKakupoptai" w:hAnsi="HGPSoeiKakupoptai"/>
          <w:i/>
          <w:iCs/>
        </w:rPr>
        <w:t xml:space="preserve">If they like you, you can hear their thoughts. They’ll find you, no matter where you go. </w:t>
      </w:r>
    </w:p>
    <w:p w14:paraId="3116112F" w14:textId="7EB6BA3F" w:rsidR="007D2A40" w:rsidRDefault="007D2A40" w:rsidP="007D2A40">
      <w:pPr>
        <w:rPr>
          <w:i/>
          <w:iCs/>
        </w:rPr>
      </w:pPr>
      <w:r w:rsidRPr="00B52296">
        <w:rPr>
          <w:rFonts w:ascii="HGPSoeiKakupoptai" w:eastAsia="HGPSoeiKakupoptai" w:hAnsi="HGPSoeiKakupoptai"/>
          <w:i/>
          <w:iCs/>
        </w:rPr>
        <w:t xml:space="preserve">ONE OF THEM ONE OF THEM ONE OF THEM ONE OF THEM ONE OF THEM. </w:t>
      </w:r>
      <w:r w:rsidRPr="00B52296">
        <w:rPr>
          <w:rFonts w:ascii="HGPSoeiKakupoptai" w:eastAsia="HGPSoeiKakupoptai" w:hAnsi="HGPSoeiKakupoptai"/>
          <w:b/>
          <w:bCs/>
          <w:i/>
          <w:iCs/>
        </w:rPr>
        <w:t>ONE OF THEM</w:t>
      </w:r>
      <w:r w:rsidRPr="004356DB">
        <w:rPr>
          <w:i/>
          <w:iCs/>
        </w:rPr>
        <w:t>”</w:t>
      </w:r>
    </w:p>
    <w:p w14:paraId="428EF52B" w14:textId="5D417E96" w:rsidR="00B52296" w:rsidRDefault="00B52296" w:rsidP="00B52296">
      <w:r w:rsidRPr="00EB1122">
        <w:lastRenderedPageBreak/>
        <w:t xml:space="preserve">Then, with a sharp pop, the screen went dead. The fan inside the tower whirred down like something suffocating. For a second there was only </w:t>
      </w:r>
      <w:r>
        <w:t>darkness</w:t>
      </w:r>
      <w:r w:rsidRPr="00EB1122">
        <w:t>. Then a pale-blue overlay blinked up, bureaucratic and indifferent:</w:t>
      </w:r>
    </w:p>
    <w:p w14:paraId="4CC73ECC" w14:textId="77777777" w:rsidR="00B52296" w:rsidRDefault="00B52296" w:rsidP="00B52296"/>
    <w:p w14:paraId="0EC6EC30" w14:textId="77777777" w:rsidR="00B52296" w:rsidRDefault="00B52296" w:rsidP="00B52296"/>
    <w:p w14:paraId="01605C93" w14:textId="71D2AAC6" w:rsidR="00B52296" w:rsidRPr="00B52296" w:rsidRDefault="00B52296" w:rsidP="00B52296">
      <w:pPr>
        <w:rPr>
          <w:rFonts w:ascii="OCR A Extended" w:hAnsi="OCR A Extended"/>
          <w:b/>
          <w:bCs/>
        </w:rPr>
      </w:pPr>
      <w:r>
        <w:rPr>
          <w:rFonts w:ascii="OCR A Extended" w:hAnsi="OCR A Extended"/>
        </w:rPr>
        <w:t xml:space="preserve">                   </w:t>
      </w:r>
      <w:r w:rsidRPr="00B52296">
        <w:rPr>
          <w:rFonts w:ascii="OCR A Extended" w:hAnsi="OCR A Extended"/>
          <w:b/>
          <w:bCs/>
        </w:rPr>
        <w:t>*** SESSION TERMINATED ***</w:t>
      </w:r>
    </w:p>
    <w:p w14:paraId="68CC20BB" w14:textId="5FF82216" w:rsidR="00B52296" w:rsidRPr="00B52296" w:rsidRDefault="00B52296" w:rsidP="00B52296">
      <w:pPr>
        <w:rPr>
          <w:rFonts w:ascii="OCR A Extended" w:hAnsi="OCR A Extended"/>
        </w:rPr>
      </w:pPr>
      <w:r>
        <w:rPr>
          <w:rFonts w:ascii="OCR A Extended" w:hAnsi="OCR A Extended"/>
        </w:rPr>
        <w:t xml:space="preserve">                 </w:t>
      </w:r>
      <w:r w:rsidRPr="00B52296">
        <w:rPr>
          <w:rFonts w:ascii="OCR A Extended" w:hAnsi="OCR A Extended"/>
        </w:rPr>
        <w:t xml:space="preserve">Your allotted time has ended.  </w:t>
      </w:r>
    </w:p>
    <w:p w14:paraId="7A10A203" w14:textId="0E9EA026" w:rsidR="00B52296" w:rsidRPr="00B52296" w:rsidRDefault="00B52296" w:rsidP="00B52296">
      <w:pPr>
        <w:rPr>
          <w:rFonts w:ascii="OCR A Extended" w:hAnsi="OCR A Extended"/>
        </w:rPr>
      </w:pPr>
      <w:r>
        <w:rPr>
          <w:rFonts w:ascii="OCR A Extended" w:hAnsi="OCR A Extended"/>
        </w:rPr>
        <w:t xml:space="preserve">     </w:t>
      </w:r>
      <w:r w:rsidRPr="00B52296">
        <w:rPr>
          <w:rFonts w:ascii="OCR A Extended" w:hAnsi="OCR A Extended"/>
        </w:rPr>
        <w:t>Thank you for using Chums Public Library Internet Access.</w:t>
      </w:r>
    </w:p>
    <w:p w14:paraId="6B2450F6" w14:textId="4B88942A" w:rsidR="00B52296" w:rsidRPr="00B52296" w:rsidRDefault="00B52296" w:rsidP="00B52296">
      <w:pPr>
        <w:rPr>
          <w:rFonts w:ascii="OCR A Extended" w:hAnsi="OCR A Extended"/>
        </w:rPr>
      </w:pPr>
      <w:r>
        <w:rPr>
          <w:rFonts w:ascii="OCR A Extended" w:hAnsi="OCR A Extended"/>
        </w:rPr>
        <w:t xml:space="preserve">          </w:t>
      </w:r>
      <w:r w:rsidRPr="00B52296">
        <w:rPr>
          <w:rFonts w:ascii="OCR A Extended" w:hAnsi="OCR A Extended"/>
        </w:rPr>
        <w:t>All public workstations will shut down now.</w:t>
      </w:r>
    </w:p>
    <w:p w14:paraId="482C8FCE" w14:textId="77777777" w:rsidR="00B52296" w:rsidRDefault="00B52296" w:rsidP="00B52296">
      <w:pPr>
        <w:rPr>
          <w:rFonts w:ascii="OCR A Extended" w:hAnsi="OCR A Extended"/>
        </w:rPr>
      </w:pPr>
      <w:r>
        <w:rPr>
          <w:rFonts w:ascii="OCR A Extended" w:hAnsi="OCR A Extended"/>
        </w:rPr>
        <w:t xml:space="preserve">    </w:t>
      </w:r>
      <w:r w:rsidRPr="00B52296">
        <w:rPr>
          <w:rFonts w:ascii="OCR A Extended" w:hAnsi="OCR A Extended"/>
        </w:rPr>
        <w:t>Please return to the circulation desk for additional time.</w:t>
      </w:r>
    </w:p>
    <w:p w14:paraId="39AE3499" w14:textId="77777777" w:rsidR="00B52296" w:rsidRDefault="00B52296" w:rsidP="00B52296">
      <w:pPr>
        <w:rPr>
          <w:rFonts w:ascii="OCR A Extended" w:hAnsi="OCR A Extended"/>
        </w:rPr>
      </w:pPr>
    </w:p>
    <w:p w14:paraId="1993E729" w14:textId="5A17C731" w:rsidR="00B52296" w:rsidRPr="00B52296" w:rsidRDefault="00B52296" w:rsidP="00B52296">
      <w:pPr>
        <w:rPr>
          <w:rFonts w:ascii="OCR A Extended" w:hAnsi="OCR A Extended"/>
        </w:rPr>
      </w:pPr>
      <w:r w:rsidRPr="00B52296">
        <w:rPr>
          <w:rFonts w:ascii="OCR A Extended" w:hAnsi="OCR A Extended"/>
        </w:rPr>
        <w:t xml:space="preserve">  </w:t>
      </w:r>
    </w:p>
    <w:p w14:paraId="7FD4E079" w14:textId="77777777" w:rsidR="00B52296" w:rsidRDefault="00B52296" w:rsidP="00B52296">
      <w:r w:rsidRPr="00EB1122">
        <w:t>Mike blinked with it</w:t>
      </w:r>
      <w:r w:rsidRPr="004E6321">
        <w:t xml:space="preserve"> motionless</w:t>
      </w:r>
      <w:r>
        <w:t>.</w:t>
      </w:r>
      <w:r w:rsidRPr="004E6321">
        <w:t xml:space="preserve"> </w:t>
      </w:r>
      <w:r>
        <w:t>A</w:t>
      </w:r>
      <w:r w:rsidRPr="004E6321">
        <w:t>wake from the trance</w:t>
      </w:r>
      <w:r>
        <w:t>, h</w:t>
      </w:r>
      <w:r w:rsidRPr="00EB1122">
        <w:t xml:space="preserve">e pushed back from the desk, the chair’s legs screeching on the tile. His body moved before his head caught up. </w:t>
      </w:r>
    </w:p>
    <w:p w14:paraId="24B48FF3" w14:textId="77777777" w:rsidR="00B52296" w:rsidRPr="008B5A52" w:rsidRDefault="00B52296" w:rsidP="00B52296">
      <w:r w:rsidRPr="00EB1122">
        <w:t xml:space="preserve">Past the copier with its ceiling stain, the warped bulletin board </w:t>
      </w:r>
      <w:r>
        <w:t xml:space="preserve">with </w:t>
      </w:r>
      <w:r w:rsidRPr="00EB1122">
        <w:t>curled flyer</w:t>
      </w:r>
      <w:r>
        <w:t>s</w:t>
      </w:r>
      <w:r w:rsidRPr="00EB1122">
        <w:t xml:space="preserve"> — </w:t>
      </w:r>
      <w:r w:rsidRPr="008B5A52">
        <w:t xml:space="preserve">yard sale, </w:t>
      </w:r>
      <w:r w:rsidRPr="00EB1122">
        <w:t>lost cat</w:t>
      </w:r>
      <w:r>
        <w:t xml:space="preserve">, </w:t>
      </w:r>
      <w:r w:rsidRPr="008B5A52">
        <w:t>church dinner</w:t>
      </w:r>
      <w:r w:rsidRPr="00EB1122">
        <w:t xml:space="preserve">. </w:t>
      </w:r>
      <w:r w:rsidRPr="008B5A52">
        <w:t xml:space="preserve">He passed the front </w:t>
      </w:r>
      <w:r>
        <w:t>balcony</w:t>
      </w:r>
      <w:r w:rsidRPr="008B5A52">
        <w:t>, the teenage employee hunched over a magazine, oblivious. The glass doors sighed open, and the town’s air struck him — sharp, damp, faintly metallic. He tugged his beanie lower.</w:t>
      </w:r>
    </w:p>
    <w:p w14:paraId="5191B284" w14:textId="77777777" w:rsidR="00B52296" w:rsidRDefault="00B52296" w:rsidP="00B52296">
      <w:r w:rsidRPr="008B5A52">
        <w:t xml:space="preserve">The day outside was </w:t>
      </w:r>
      <w:r>
        <w:t xml:space="preserve">still </w:t>
      </w:r>
      <w:r w:rsidRPr="008B5A52">
        <w:t xml:space="preserve">pale, sky </w:t>
      </w:r>
      <w:r>
        <w:t>like a</w:t>
      </w:r>
      <w:r w:rsidRPr="008B5A52">
        <w:t xml:space="preserve"> flat white sheet. Fog dragged across the street, softening the outlines of houses and storefronts until everything looked like the same unfinished sketch</w:t>
      </w:r>
      <w:r>
        <w:t>.</w:t>
      </w:r>
    </w:p>
    <w:p w14:paraId="17DCFFD2" w14:textId="08656972" w:rsidR="00B52296" w:rsidRPr="00C628A0" w:rsidRDefault="00B52296" w:rsidP="00B52296">
      <w:r>
        <w:t xml:space="preserve"> He walked, h</w:t>
      </w:r>
      <w:r w:rsidRPr="008B5A52">
        <w:t>is car waited crooked on the curb,</w:t>
      </w:r>
      <w:r>
        <w:t xml:space="preserve"> </w:t>
      </w:r>
      <w:r w:rsidRPr="00C628A0">
        <w:t>Mike leaned against the door, then slid down until he was sitting on the sidewalk. Cold concrete</w:t>
      </w:r>
      <w:r>
        <w:t>, h</w:t>
      </w:r>
      <w:r w:rsidRPr="00C628A0">
        <w:t>e stayed there a while, elbows on his knees, watching the mist swirl around the lamppost across the street.</w:t>
      </w:r>
    </w:p>
    <w:p w14:paraId="2FFFDC8B" w14:textId="77777777" w:rsidR="00B52296" w:rsidRDefault="00B52296" w:rsidP="00B52296">
      <w:r w:rsidRPr="00C628A0">
        <w:t xml:space="preserve">Finally, he pulled his phone out. The plastic casing was scratched, the screen dull. </w:t>
      </w:r>
    </w:p>
    <w:p w14:paraId="144EDD9B" w14:textId="4A39A00E" w:rsidR="00B52296" w:rsidRPr="00C628A0" w:rsidRDefault="00B52296" w:rsidP="00B52296">
      <w:r w:rsidRPr="00C628A0">
        <w:t xml:space="preserve">One message glowed in the outbox. </w:t>
      </w:r>
      <w:r w:rsidRPr="00C628A0">
        <w:rPr>
          <w:i/>
          <w:iCs/>
        </w:rPr>
        <w:t>Sent.</w:t>
      </w:r>
      <w:r w:rsidRPr="00C628A0">
        <w:t xml:space="preserve"> Mary’s name above it. He stared, then pressed the phone against his leg. The silence around him felt denser than the fog.</w:t>
      </w:r>
    </w:p>
    <w:p w14:paraId="59C66152" w14:textId="77777777" w:rsidR="00B52296" w:rsidRDefault="00B52296" w:rsidP="00B52296">
      <w:r w:rsidRPr="00C628A0">
        <w:t xml:space="preserve">Something restless gnawed at him. He stood, pocketed the phone, pulled his headphones on. Walked a few steps. </w:t>
      </w:r>
    </w:p>
    <w:p w14:paraId="30982D45" w14:textId="1FBE1207" w:rsidR="00B52296" w:rsidRDefault="00B52296" w:rsidP="00B52296">
      <w:r w:rsidRPr="00C628A0">
        <w:t xml:space="preserve">Jogged. </w:t>
      </w:r>
    </w:p>
    <w:p w14:paraId="245E5F40" w14:textId="615D9F5D" w:rsidR="00B52296" w:rsidRDefault="00B52296" w:rsidP="00B52296">
      <w:r w:rsidRPr="00EB1122">
        <w:t xml:space="preserve">The first </w:t>
      </w:r>
      <w:r>
        <w:t xml:space="preserve">deep </w:t>
      </w:r>
      <w:r w:rsidRPr="00EB1122">
        <w:t xml:space="preserve">breath burned. The second steadied. </w:t>
      </w:r>
    </w:p>
    <w:p w14:paraId="6B5D92DC" w14:textId="77777777" w:rsidR="00B52296" w:rsidRDefault="00B52296" w:rsidP="00B52296">
      <w:r w:rsidRPr="00C628A0">
        <w:t>Then broke into a run.</w:t>
      </w:r>
    </w:p>
    <w:p w14:paraId="2BBC7D96" w14:textId="6DCCF846" w:rsidR="00B52296" w:rsidRDefault="00B52296" w:rsidP="00B52296">
      <w:r w:rsidRPr="00EB1122">
        <w:lastRenderedPageBreak/>
        <w:t xml:space="preserve">His shoes slapped the concrete in rhythm, </w:t>
      </w:r>
      <w:r>
        <w:t xml:space="preserve">trying to be </w:t>
      </w:r>
      <w:r w:rsidRPr="00EB1122">
        <w:t xml:space="preserve">faster than his thoughts. </w:t>
      </w:r>
    </w:p>
    <w:p w14:paraId="792AA2A8" w14:textId="193FBAD2" w:rsidR="00B52296" w:rsidRDefault="00B52296" w:rsidP="00B52296">
      <w:r>
        <w:t>Pale city’s streets and curbs, t</w:t>
      </w:r>
      <w:r w:rsidRPr="008C16ED">
        <w:t xml:space="preserve">he white light passed through the clouds </w:t>
      </w:r>
      <w:r>
        <w:t>in a way it was</w:t>
      </w:r>
      <w:r w:rsidRPr="008C16ED">
        <w:t xml:space="preserve"> impossible to tell where </w:t>
      </w:r>
      <w:r>
        <w:t>the sun</w:t>
      </w:r>
      <w:r w:rsidRPr="008C16ED">
        <w:t xml:space="preserve"> was</w:t>
      </w:r>
      <w:r>
        <w:t>.</w:t>
      </w:r>
    </w:p>
    <w:p w14:paraId="1B1D2CE9" w14:textId="60868FAD" w:rsidR="00B52296" w:rsidRDefault="00B52296" w:rsidP="00B52296">
      <w:r w:rsidRPr="00C628A0">
        <w:t>Chums peeled away in blurs. Shuttered storefronts with painted signs that looked identical, clapboard houses faded to the same sickly beige, trees drowned in mist. Each block was a copy of the last, like he’d been dropped into a loop. Nothing to hold onto.</w:t>
      </w:r>
      <w:r w:rsidR="0087745E">
        <w:t xml:space="preserve"> </w:t>
      </w:r>
      <w:r w:rsidRPr="00C628A0">
        <w:t xml:space="preserve">He ran across a vacant lot, </w:t>
      </w:r>
      <w:r>
        <w:t xml:space="preserve">some </w:t>
      </w:r>
      <w:r w:rsidRPr="00C628A0">
        <w:t>weeds scraping his ankles, through another street, breath ragged</w:t>
      </w:r>
      <w:r>
        <w:t xml:space="preserve"> trying to</w:t>
      </w:r>
      <w:r w:rsidRPr="00C628A0">
        <w:t xml:space="preserve"> clear space inside his head, to grind down the noise until only motion was left.</w:t>
      </w:r>
      <w:r>
        <w:t xml:space="preserve"> </w:t>
      </w:r>
    </w:p>
    <w:p w14:paraId="0CBD7C65" w14:textId="77777777" w:rsidR="0087745E" w:rsidRDefault="0087745E" w:rsidP="00B52296"/>
    <w:p w14:paraId="4950AA74" w14:textId="77777777" w:rsidR="00B52296" w:rsidRDefault="00B52296" w:rsidP="00B52296">
      <w:r>
        <w:t>At some point, the weak reflects of the rocks on the concrete streets started looking like tiny traveling stars.</w:t>
      </w:r>
    </w:p>
    <w:p w14:paraId="0A298958" w14:textId="2A8B2FE0" w:rsidR="0087745E" w:rsidRDefault="00B52296" w:rsidP="00B52296">
      <w:r w:rsidRPr="00EB1122">
        <w:t xml:space="preserve">He slowed, stumbled to a </w:t>
      </w:r>
      <w:r w:rsidR="0087745E">
        <w:t xml:space="preserve">slower </w:t>
      </w:r>
      <w:r w:rsidRPr="00EB1122">
        <w:t xml:space="preserve">jog, then to a walk. </w:t>
      </w:r>
      <w:r w:rsidR="0087745E">
        <w:t xml:space="preserve"> </w:t>
      </w:r>
      <w:r w:rsidRPr="00EB1122">
        <w:t xml:space="preserve">Bent forward, hands on knees, lungs rattling. </w:t>
      </w:r>
    </w:p>
    <w:p w14:paraId="658D52A0" w14:textId="2708F087" w:rsidR="0087745E" w:rsidRDefault="00B52296" w:rsidP="00B52296">
      <w:r w:rsidRPr="00EB1122">
        <w:t xml:space="preserve">The sweat cooled fast in the air. </w:t>
      </w:r>
      <w:r w:rsidR="0087745E">
        <w:t xml:space="preserve"> </w:t>
      </w:r>
      <w:r w:rsidRPr="00EB1122">
        <w:t>Head quieter now, the silence almost thick</w:t>
      </w:r>
      <w:r>
        <w:t>.</w:t>
      </w:r>
      <w:r w:rsidRPr="00C628A0">
        <w:t xml:space="preserve"> </w:t>
      </w:r>
    </w:p>
    <w:p w14:paraId="2C969323" w14:textId="77777777" w:rsidR="0087745E" w:rsidRDefault="00B52296" w:rsidP="00B52296">
      <w:r>
        <w:t>Just t</w:t>
      </w:r>
      <w:r w:rsidRPr="00C628A0">
        <w:t>he hiss of insects lifted out of the grass, a chorus under the slap of his shoes</w:t>
      </w:r>
      <w:r w:rsidR="0087745E">
        <w:t>.</w:t>
      </w:r>
    </w:p>
    <w:p w14:paraId="65424606" w14:textId="4044A688" w:rsidR="0087745E" w:rsidRDefault="00B52296" w:rsidP="00B52296">
      <w:r>
        <w:t xml:space="preserve"> t</w:t>
      </w:r>
      <w:r w:rsidRPr="00C628A0">
        <w:t>he pale fog dimmed as though shaded by an unseen hand, glowing weak halos</w:t>
      </w:r>
      <w:r>
        <w:t>, dull</w:t>
      </w:r>
      <w:r w:rsidRPr="00EB1122">
        <w:t xml:space="preserve"> hum of streetlamps.</w:t>
      </w:r>
      <w:r w:rsidR="0087745E">
        <w:t xml:space="preserve"> </w:t>
      </w:r>
      <w:r w:rsidRPr="00EB1122">
        <w:t>The streets around him looked emptier than before, like the town had folded itself inward while he ran</w:t>
      </w:r>
      <w:r w:rsidR="0087745E">
        <w:t xml:space="preserve"> the day off</w:t>
      </w:r>
      <w:r w:rsidRPr="00EB1122">
        <w:t xml:space="preserve">. </w:t>
      </w:r>
    </w:p>
    <w:p w14:paraId="07B1C26A" w14:textId="24B57F22" w:rsidR="00B52296" w:rsidRPr="00EB1122" w:rsidRDefault="00B52296" w:rsidP="00B52296">
      <w:r>
        <w:t>Some w</w:t>
      </w:r>
      <w:r w:rsidRPr="007A49C8">
        <w:t>indows glowed faintly behind curtains; everything else was dark and quiet</w:t>
      </w:r>
      <w:r>
        <w:t xml:space="preserve"> as he walked</w:t>
      </w:r>
      <w:r w:rsidRPr="007A49C8">
        <w:t xml:space="preserve">. </w:t>
      </w:r>
      <w:r w:rsidRPr="00EB1122">
        <w:t xml:space="preserve">He </w:t>
      </w:r>
      <w:r>
        <w:t>reached</w:t>
      </w:r>
      <w:r w:rsidRPr="00EB1122">
        <w:t xml:space="preserve"> the last block back to the car. </w:t>
      </w:r>
      <w:r w:rsidRPr="007A49C8">
        <w:t>Sparky’s sign throbbed red against the</w:t>
      </w:r>
      <w:r>
        <w:t xml:space="preserve"> thin</w:t>
      </w:r>
      <w:r w:rsidRPr="007A49C8">
        <w:t xml:space="preserve"> fog in the distance.</w:t>
      </w:r>
    </w:p>
    <w:p w14:paraId="005E4FB3" w14:textId="3F055197" w:rsidR="0087745E" w:rsidRDefault="00B52296" w:rsidP="00B52296">
      <w:r w:rsidRPr="00EB1122">
        <w:t xml:space="preserve">He </w:t>
      </w:r>
      <w:r w:rsidR="0087745E">
        <w:t xml:space="preserve">entered the car, </w:t>
      </w:r>
      <w:r w:rsidRPr="00EB1122">
        <w:t>drove</w:t>
      </w:r>
      <w:r w:rsidR="0087745E">
        <w:t xml:space="preserve"> with </w:t>
      </w:r>
      <w:r w:rsidRPr="00EB1122">
        <w:t>windows cracked, cold air knifing through the cabin</w:t>
      </w:r>
      <w:r w:rsidR="0087745E">
        <w:t xml:space="preserve"> until he reached</w:t>
      </w:r>
      <w:r w:rsidRPr="00EB1122">
        <w:t xml:space="preserve"> </w:t>
      </w:r>
      <w:r w:rsidR="0087745E">
        <w:t>t</w:t>
      </w:r>
      <w:r w:rsidRPr="00EB1122">
        <w:t>he</w:t>
      </w:r>
      <w:r w:rsidR="0087745E">
        <w:t xml:space="preserve"> </w:t>
      </w:r>
      <w:proofErr w:type="gramStart"/>
      <w:r w:rsidR="0087745E">
        <w:t>24 hour</w:t>
      </w:r>
      <w:proofErr w:type="gramEnd"/>
      <w:r w:rsidRPr="00EB1122">
        <w:t xml:space="preserve"> gas station</w:t>
      </w:r>
      <w:r w:rsidR="0087745E">
        <w:t xml:space="preserve">. </w:t>
      </w:r>
    </w:p>
    <w:p w14:paraId="7A43C6EF" w14:textId="77777777" w:rsidR="0087745E" w:rsidRDefault="0087745E" w:rsidP="00B52296">
      <w:r>
        <w:t xml:space="preserve">It </w:t>
      </w:r>
      <w:r w:rsidR="00B52296" w:rsidRPr="00EB1122">
        <w:t>was nearly empty, the fluorescent box of the shop humming under the night. He parked, and went inside.</w:t>
      </w:r>
      <w:r>
        <w:t xml:space="preserve"> Head to the washing machines, he collects his washed blue uniform and went to the shower. L</w:t>
      </w:r>
      <w:r w:rsidR="00B52296" w:rsidRPr="00EB1122">
        <w:t>eft his gray coat and beanie in a heap, and let the water drum against his skin</w:t>
      </w:r>
      <w:r>
        <w:t>, cleaning the sweat of the long run</w:t>
      </w:r>
      <w:r w:rsidR="00B52296" w:rsidRPr="00EB1122">
        <w:t xml:space="preserve">. </w:t>
      </w:r>
    </w:p>
    <w:p w14:paraId="76A7D746" w14:textId="77777777" w:rsidR="0087745E" w:rsidRDefault="00B52296" w:rsidP="00B52296">
      <w:r w:rsidRPr="00EB1122">
        <w:t>By the time he pulled on the light-blue uniform, his chest felt hollowed out, his head quieter. The night outside waited, fog pressing against the glass</w:t>
      </w:r>
      <w:r w:rsidR="0087745E">
        <w:t xml:space="preserve"> of the automatic glass door, he </w:t>
      </w:r>
      <w:proofErr w:type="gramStart"/>
      <w:r w:rsidR="0087745E">
        <w:t>zip</w:t>
      </w:r>
      <w:proofErr w:type="gramEnd"/>
      <w:r w:rsidR="0087745E">
        <w:t xml:space="preserve"> up his jacket above the uniform</w:t>
      </w:r>
      <w:r w:rsidRPr="00EB1122">
        <w:t>.</w:t>
      </w:r>
      <w:r w:rsidR="0087745E">
        <w:t xml:space="preserve"> </w:t>
      </w:r>
    </w:p>
    <w:p w14:paraId="3550614F" w14:textId="69D049B0" w:rsidR="00B52296" w:rsidRPr="00EB1122" w:rsidRDefault="0087745E" w:rsidP="00B52296">
      <w:r>
        <w:t>Outside, he inserted some coins and bought a pack of batteries from a vending machine.</w:t>
      </w:r>
    </w:p>
    <w:p w14:paraId="02DB2238" w14:textId="77777777" w:rsidR="00B52296" w:rsidRDefault="00B52296" w:rsidP="00B52296"/>
    <w:p w14:paraId="34971712" w14:textId="77777777" w:rsidR="007D2A40" w:rsidRDefault="007D2A40" w:rsidP="007D2A40"/>
    <w:p w14:paraId="7D627DCE" w14:textId="77777777" w:rsidR="0087745E" w:rsidRDefault="0087745E" w:rsidP="007D2A40"/>
    <w:p w14:paraId="667BF943" w14:textId="430B67CB" w:rsidR="005C3752" w:rsidRDefault="0087745E" w:rsidP="0087745E">
      <w:r>
        <w:lastRenderedPageBreak/>
        <w:t>H</w:t>
      </w:r>
      <w:r w:rsidRPr="009877CB">
        <w:t>eadlights raking over the fog</w:t>
      </w:r>
      <w:r w:rsidR="005C3752">
        <w:t>, t</w:t>
      </w:r>
      <w:r w:rsidR="005C3752" w:rsidRPr="009877CB">
        <w:t>he highway unspooled in long, empty lines</w:t>
      </w:r>
      <w:r w:rsidR="005C3752">
        <w:t>.</w:t>
      </w:r>
    </w:p>
    <w:p w14:paraId="325CA76F" w14:textId="6B585644" w:rsidR="0087745E" w:rsidRDefault="005C3752" w:rsidP="0087745E">
      <w:r>
        <w:t>He</w:t>
      </w:r>
      <w:r w:rsidR="0087745E" w:rsidRPr="009877CB">
        <w:t xml:space="preserve"> gave way to the narrow turnoff</w:t>
      </w:r>
      <w:r>
        <w:t xml:space="preserve"> between the pines</w:t>
      </w:r>
      <w:r w:rsidR="0087745E" w:rsidRPr="009877CB">
        <w:t>.</w:t>
      </w:r>
    </w:p>
    <w:p w14:paraId="0ADDEB54" w14:textId="77777777" w:rsidR="005C3752" w:rsidRDefault="0087745E" w:rsidP="0087745E">
      <w:r w:rsidRPr="004356DB">
        <w:t xml:space="preserve">The car headlights flickered as if the bulbs were gasping. </w:t>
      </w:r>
    </w:p>
    <w:p w14:paraId="63F4E363" w14:textId="77777777" w:rsidR="005C3752" w:rsidRDefault="0087745E" w:rsidP="0087745E">
      <w:r w:rsidRPr="004356DB">
        <w:t>The dashboard dimmed, came back, dimmed again</w:t>
      </w:r>
      <w:r w:rsidR="005C3752">
        <w:t xml:space="preserve"> through the irregularities of the road path, crackling noises, pine cones popping again, a</w:t>
      </w:r>
      <w:r w:rsidRPr="004356DB">
        <w:t xml:space="preserve">nother branch had come down across, thicker this time. </w:t>
      </w:r>
    </w:p>
    <w:p w14:paraId="5D83A73A" w14:textId="063BA207" w:rsidR="0087745E" w:rsidRDefault="0087745E" w:rsidP="0087745E">
      <w:r w:rsidRPr="004356DB">
        <w:t xml:space="preserve">He stops, but before leaving the car he can see </w:t>
      </w:r>
      <w:r>
        <w:t>t</w:t>
      </w:r>
      <w:r w:rsidRPr="009877CB">
        <w:t>wo points burning in the</w:t>
      </w:r>
      <w:r w:rsidR="005C3752">
        <w:t xml:space="preserve"> woods</w:t>
      </w:r>
      <w:r>
        <w:t xml:space="preserve"> like</w:t>
      </w:r>
      <w:r w:rsidRPr="009877CB">
        <w:t xml:space="preserve"> </w:t>
      </w:r>
      <w:r>
        <w:t>e</w:t>
      </w:r>
      <w:r w:rsidRPr="009877CB">
        <w:t xml:space="preserve">yes. </w:t>
      </w:r>
    </w:p>
    <w:p w14:paraId="4301231A" w14:textId="77777777" w:rsidR="005C3752" w:rsidRDefault="0087745E" w:rsidP="0087745E">
      <w:r w:rsidRPr="004356DB">
        <w:t>Mike squint</w:t>
      </w:r>
      <w:r w:rsidRPr="009877CB">
        <w:t xml:space="preserve"> </w:t>
      </w:r>
      <w:r>
        <w:t>trying to understand what he sees, when it twists in mechanical head spin and blinks, he can tell a</w:t>
      </w:r>
      <w:r w:rsidRPr="009877CB">
        <w:t xml:space="preserve">n owl crouched on the trunk, wings puffed wide. </w:t>
      </w:r>
    </w:p>
    <w:p w14:paraId="1EB33550" w14:textId="38C39A3F" w:rsidR="0087745E" w:rsidRDefault="0087745E" w:rsidP="0087745E">
      <w:r w:rsidRPr="009877CB">
        <w:t xml:space="preserve">Something limp dangled from its talons, a smaller </w:t>
      </w:r>
      <w:r>
        <w:t xml:space="preserve">brown </w:t>
      </w:r>
      <w:r w:rsidRPr="009877CB">
        <w:t>bird, feathers still fluttering.</w:t>
      </w:r>
    </w:p>
    <w:p w14:paraId="5C10FE59" w14:textId="289C3E13" w:rsidR="0087745E" w:rsidRPr="004356DB" w:rsidRDefault="0087745E" w:rsidP="0087745E">
      <w:r>
        <w:t>G</w:t>
      </w:r>
      <w:r w:rsidRPr="004356DB">
        <w:t>lowing</w:t>
      </w:r>
      <w:r w:rsidR="005C3752">
        <w:t xml:space="preserve"> silver</w:t>
      </w:r>
      <w:r w:rsidRPr="004356DB">
        <w:t xml:space="preserve"> eyes reflecting the </w:t>
      </w:r>
      <w:r w:rsidR="005C3752">
        <w:t xml:space="preserve">car </w:t>
      </w:r>
      <w:r w:rsidRPr="004356DB">
        <w:t>headlights</w:t>
      </w:r>
      <w:r>
        <w:t>.</w:t>
      </w:r>
    </w:p>
    <w:p w14:paraId="12FA96B1" w14:textId="77777777" w:rsidR="0087745E" w:rsidRDefault="0087745E" w:rsidP="0087745E">
      <w:r w:rsidRPr="004356DB">
        <w:t>Mike nudges the wheel and drove right over the tree branch, feeling the crack under the tires.</w:t>
      </w:r>
    </w:p>
    <w:p w14:paraId="3273CF88" w14:textId="77777777" w:rsidR="0087745E" w:rsidRDefault="0087745E" w:rsidP="0087745E">
      <w:r w:rsidRPr="009877CB">
        <w:t xml:space="preserve">The car smelled of coffee. A paper cup steamed faintly in the holder, a magazine from the gas station wedged under his arm. The weight of the gun pressed cold against his ribs inside the jacket. He didn’t like the feel of it, but he liked the idea of not having it even less, not after what he knew </w:t>
      </w:r>
      <w:r>
        <w:t xml:space="preserve">about that place </w:t>
      </w:r>
      <w:r w:rsidRPr="009877CB">
        <w:t>now</w:t>
      </w:r>
      <w:r>
        <w:t>, the reason why he was guarding it</w:t>
      </w:r>
      <w:r w:rsidRPr="009877CB">
        <w:t>.</w:t>
      </w:r>
    </w:p>
    <w:p w14:paraId="1FED55F9" w14:textId="2713A5FE" w:rsidR="0087745E" w:rsidRDefault="0087745E" w:rsidP="0087745E">
      <w:r w:rsidRPr="004356DB">
        <w:t xml:space="preserve">The restaurant’s parking lot looked unchanged—wet asphalt, </w:t>
      </w:r>
      <w:r>
        <w:t>the</w:t>
      </w:r>
      <w:r w:rsidRPr="004356DB">
        <w:t xml:space="preserve"> sign.</w:t>
      </w:r>
      <w:r>
        <w:t xml:space="preserve"> </w:t>
      </w:r>
      <w:r w:rsidRPr="004356DB">
        <w:t xml:space="preserve">He </w:t>
      </w:r>
      <w:r>
        <w:t>pulled into</w:t>
      </w:r>
      <w:r w:rsidRPr="004356DB">
        <w:t xml:space="preserve"> the same sp</w:t>
      </w:r>
      <w:r>
        <w:t>ace</w:t>
      </w:r>
      <w:r w:rsidRPr="004356DB">
        <w:t>. The neon was dead again</w:t>
      </w:r>
      <w:r>
        <w:t>, windows blank as blind eyes</w:t>
      </w:r>
      <w:r w:rsidRPr="004356DB">
        <w:t>.</w:t>
      </w:r>
      <w:r w:rsidR="005C3752">
        <w:t xml:space="preserve"> </w:t>
      </w:r>
    </w:p>
    <w:p w14:paraId="11FBDDD8" w14:textId="47492B47" w:rsidR="005C3752" w:rsidRDefault="0087745E" w:rsidP="0087745E">
      <w:r w:rsidRPr="008C16ED">
        <w:t xml:space="preserve">Mike </w:t>
      </w:r>
      <w:r w:rsidR="005C3752" w:rsidRPr="00C56E4B">
        <w:t>grabbed the bag from the passenger seat with the batteries he bought at the gas station</w:t>
      </w:r>
      <w:r w:rsidR="005C3752">
        <w:t xml:space="preserve"> </w:t>
      </w:r>
      <w:r w:rsidR="005C3752" w:rsidRPr="00C56E4B">
        <w:t>and fed them one by one into his flashlight</w:t>
      </w:r>
      <w:r w:rsidR="005C3752">
        <w:t>,</w:t>
      </w:r>
      <w:r w:rsidR="005C3752" w:rsidRPr="00C56E4B">
        <w:t xml:space="preserve"> </w:t>
      </w:r>
      <w:r w:rsidR="005C3752" w:rsidRPr="008C16ED">
        <w:t>stepped out slower this time</w:t>
      </w:r>
      <w:r w:rsidR="005C3752">
        <w:t>, walked past the lot.</w:t>
      </w:r>
    </w:p>
    <w:p w14:paraId="6F07E275" w14:textId="27A7B782" w:rsidR="0087745E" w:rsidRDefault="00610CD8" w:rsidP="0087745E">
      <w:r>
        <w:t>Card slid, d</w:t>
      </w:r>
      <w:r w:rsidR="005C3752">
        <w:t>oor open, h</w:t>
      </w:r>
      <w:r w:rsidR="005C3752" w:rsidRPr="008C16ED">
        <w:t>e moved past the empty booths,</w:t>
      </w:r>
      <w:r w:rsidR="005C3752">
        <w:t xml:space="preserve"> t</w:t>
      </w:r>
      <w:r w:rsidR="005C3752" w:rsidRPr="00C56E4B">
        <w:t xml:space="preserve">he beam cut across the </w:t>
      </w:r>
      <w:r w:rsidR="005C3752">
        <w:t>tiled</w:t>
      </w:r>
      <w:r w:rsidR="005C3752" w:rsidRPr="00C56E4B">
        <w:t xml:space="preserve"> floor like a knife</w:t>
      </w:r>
      <w:r w:rsidR="005C3752">
        <w:t xml:space="preserve"> marking his path</w:t>
      </w:r>
      <w:r w:rsidR="005C3752" w:rsidRPr="00C56E4B">
        <w:t>.</w:t>
      </w:r>
      <w:r w:rsidR="0087745E">
        <w:t xml:space="preserve"> </w:t>
      </w:r>
      <w:r w:rsidR="0087745E" w:rsidRPr="008C16ED">
        <w:t xml:space="preserve">Every corner earned a second glance. </w:t>
      </w:r>
      <w:r w:rsidR="005C3752">
        <w:t>T</w:t>
      </w:r>
      <w:r w:rsidR="0087745E">
        <w:t>he big dining area that felt like an open sea, the narrow hallway</w:t>
      </w:r>
      <w:r w:rsidR="0087745E" w:rsidRPr="008C16ED">
        <w:t xml:space="preserve"> scattered drawings he no longer stopped to stud</w:t>
      </w:r>
      <w:r w:rsidR="0087745E">
        <w:t>y</w:t>
      </w:r>
      <w:r w:rsidR="0087745E" w:rsidRPr="008C16ED">
        <w:t xml:space="preserve">. </w:t>
      </w:r>
    </w:p>
    <w:p w14:paraId="1C879AC4" w14:textId="77777777" w:rsidR="0087745E" w:rsidRDefault="0087745E" w:rsidP="0087745E">
      <w:r w:rsidRPr="008C16ED">
        <w:t>Straight for the security office</w:t>
      </w:r>
      <w:r>
        <w:t>, he sat in his office chair</w:t>
      </w:r>
      <w:r w:rsidRPr="008C16ED">
        <w:t>.</w:t>
      </w:r>
      <w:r>
        <w:t xml:space="preserve"> </w:t>
      </w:r>
    </w:p>
    <w:p w14:paraId="19491936" w14:textId="77777777" w:rsidR="0087745E" w:rsidRDefault="0087745E" w:rsidP="0087745E">
      <w:r w:rsidRPr="008C16ED">
        <w:t>The generator switch clunked. The monitors blinked on in staggered sequence, buzzing in the close air.</w:t>
      </w:r>
    </w:p>
    <w:p w14:paraId="2458F573" w14:textId="77777777" w:rsidR="0087745E" w:rsidRDefault="0087745E" w:rsidP="0087745E">
      <w:r>
        <w:t>The heat was rising, the fan on, Mike hangs his jacket on the right, and the flashlight ready on the floor on his left side.</w:t>
      </w:r>
    </w:p>
    <w:p w14:paraId="03CD0589" w14:textId="77777777" w:rsidR="0087745E" w:rsidRPr="008C16ED" w:rsidRDefault="0087745E" w:rsidP="0087745E">
      <w:r>
        <w:t xml:space="preserve">The modified </w:t>
      </w:r>
      <w:proofErr w:type="spellStart"/>
      <w:r>
        <w:t>Talkboy</w:t>
      </w:r>
      <w:proofErr w:type="spellEnd"/>
      <w:r>
        <w:t xml:space="preserve"> on the desk shows on the display:</w:t>
      </w:r>
    </w:p>
    <w:p w14:paraId="6B5A1A8E" w14:textId="3C2FCBFF" w:rsidR="0087745E" w:rsidRPr="00610CD8" w:rsidRDefault="00610CD8" w:rsidP="0087745E">
      <w:pPr>
        <w:rPr>
          <w:rFonts w:ascii="OCR A Extended" w:hAnsi="OCR A Extended"/>
          <w:b/>
          <w:bCs/>
        </w:rPr>
      </w:pPr>
      <w:r w:rsidRPr="00610CD8">
        <w:rPr>
          <w:rFonts w:ascii="OCR A Extended" w:hAnsi="OCR A Extended"/>
          <w:b/>
          <w:bCs/>
        </w:rPr>
        <w:t>3</w:t>
      </w:r>
      <w:r w:rsidR="0087745E" w:rsidRPr="00610CD8">
        <w:rPr>
          <w:rFonts w:ascii="OCR A Extended" w:hAnsi="OCR A Extended"/>
          <w:b/>
          <w:bCs/>
        </w:rPr>
        <w:t xml:space="preserve"> messages left.</w:t>
      </w:r>
    </w:p>
    <w:p w14:paraId="5C1E4D6C" w14:textId="522B3BCD" w:rsidR="00610CD8" w:rsidRDefault="0087745E" w:rsidP="00610CD8">
      <w:pPr>
        <w:rPr>
          <w:rFonts w:ascii="OCR A Extended" w:hAnsi="OCR A Extended"/>
        </w:rPr>
      </w:pPr>
      <w:r w:rsidRPr="008C16ED">
        <w:t xml:space="preserve">He takes a sip of coffee, </w:t>
      </w:r>
      <w:r>
        <w:t xml:space="preserve">deep breath, </w:t>
      </w:r>
      <w:r w:rsidRPr="008C16ED">
        <w:t>press</w:t>
      </w:r>
      <w:r w:rsidR="002B0F40">
        <w:t>es</w:t>
      </w:r>
      <w:r w:rsidRPr="008C16ED">
        <w:t xml:space="preserve"> </w:t>
      </w:r>
      <w:r w:rsidR="00610CD8">
        <w:rPr>
          <w:rFonts w:ascii="OCR A Extended" w:hAnsi="OCR A Extended"/>
        </w:rPr>
        <w:t>P</w:t>
      </w:r>
      <w:r w:rsidRPr="00610CD8">
        <w:rPr>
          <w:rFonts w:ascii="OCR A Extended" w:hAnsi="OCR A Extended"/>
        </w:rPr>
        <w:t>lay.</w:t>
      </w:r>
    </w:p>
    <w:p w14:paraId="70CD661C" w14:textId="64062DF7" w:rsidR="00610CD8" w:rsidRPr="00610CD8" w:rsidRDefault="00610CD8" w:rsidP="00610CD8">
      <w:pPr>
        <w:rPr>
          <w:rFonts w:ascii="OCR A Extended" w:hAnsi="OCR A Extended"/>
        </w:rPr>
      </w:pPr>
      <w:r w:rsidRPr="009B379A">
        <w:rPr>
          <w:rFonts w:ascii="Arial Rounded MT Bold" w:hAnsi="Arial Rounded MT Bold"/>
          <w:b/>
          <w:bCs/>
        </w:rPr>
        <w:lastRenderedPageBreak/>
        <w:t>[</w:t>
      </w:r>
      <w:r w:rsidRPr="00C35A35">
        <w:rPr>
          <w:rFonts w:ascii="OCR A Extended" w:hAnsi="OCR A Extended"/>
          <w:b/>
          <w:bCs/>
        </w:rPr>
        <w:t xml:space="preserve">Cassette </w:t>
      </w:r>
      <w:r>
        <w:rPr>
          <w:rFonts w:ascii="OCR A Extended" w:hAnsi="OCR A Extended"/>
          <w:b/>
          <w:bCs/>
        </w:rPr>
        <w:t>whir</w:t>
      </w:r>
      <w:r w:rsidRPr="00C35A35">
        <w:rPr>
          <w:rFonts w:ascii="OCR A Extended" w:hAnsi="OCR A Extended"/>
          <w:b/>
          <w:bCs/>
        </w:rPr>
        <w:t>. A man clears his throat</w:t>
      </w:r>
      <w:r>
        <w:rPr>
          <w:rFonts w:ascii="OCR A Extended" w:hAnsi="OCR A Extended"/>
          <w:b/>
          <w:bCs/>
        </w:rPr>
        <w:t xml:space="preserve"> twice, one too </w:t>
      </w:r>
      <w:proofErr w:type="spellStart"/>
      <w:r>
        <w:rPr>
          <w:rFonts w:ascii="OCR A Extended" w:hAnsi="OCR A Extended"/>
          <w:b/>
          <w:bCs/>
        </w:rPr>
        <w:t>lound</w:t>
      </w:r>
      <w:proofErr w:type="spellEnd"/>
      <w:proofErr w:type="gramStart"/>
      <w:r w:rsidRPr="00C35A35">
        <w:rPr>
          <w:rFonts w:ascii="OCR A Extended" w:hAnsi="OCR A Extended"/>
          <w:b/>
          <w:bCs/>
        </w:rPr>
        <w:t>.</w:t>
      </w:r>
      <w:r w:rsidRPr="00C35A35">
        <w:rPr>
          <w:rFonts w:ascii="Arial Rounded MT Bold" w:hAnsi="Arial Rounded MT Bold"/>
          <w:b/>
          <w:bCs/>
        </w:rPr>
        <w:t xml:space="preserve"> </w:t>
      </w:r>
      <w:r>
        <w:rPr>
          <w:rFonts w:ascii="Arial Rounded MT Bold" w:hAnsi="Arial Rounded MT Bold"/>
          <w:b/>
          <w:bCs/>
        </w:rPr>
        <w:t>]</w:t>
      </w:r>
      <w:proofErr w:type="gramEnd"/>
    </w:p>
    <w:p w14:paraId="3912E6D2" w14:textId="062E8854" w:rsidR="00610CD8" w:rsidRPr="00610CD8" w:rsidRDefault="00610CD8" w:rsidP="00610CD8">
      <w:pPr>
        <w:rPr>
          <w:i/>
          <w:iCs/>
          <w:sz w:val="20"/>
          <w:szCs w:val="20"/>
        </w:rPr>
      </w:pPr>
      <w:r w:rsidRPr="00610CD8">
        <w:rPr>
          <w:i/>
          <w:iCs/>
          <w:sz w:val="20"/>
          <w:szCs w:val="20"/>
        </w:rPr>
        <w:t>“Hello, hello?</w:t>
      </w:r>
      <w:r w:rsidRPr="00610CD8">
        <w:rPr>
          <w:i/>
          <w:iCs/>
          <w:sz w:val="20"/>
          <w:szCs w:val="20"/>
        </w:rPr>
        <w:br/>
        <w:t>Hey, you’re doing great! Most people don’t last this long! I mean, you know, they usually move on to other things by now, other jobs. I’m not implying something bad happens to them. Th-</w:t>
      </w:r>
      <w:proofErr w:type="spellStart"/>
      <w:r w:rsidRPr="00610CD8">
        <w:rPr>
          <w:i/>
          <w:iCs/>
          <w:sz w:val="20"/>
          <w:szCs w:val="20"/>
        </w:rPr>
        <w:t>th</w:t>
      </w:r>
      <w:proofErr w:type="spellEnd"/>
      <w:r w:rsidRPr="00610CD8">
        <w:rPr>
          <w:i/>
          <w:iCs/>
          <w:sz w:val="20"/>
          <w:szCs w:val="20"/>
        </w:rPr>
        <w:t>-that’s not what I meant...”</w:t>
      </w:r>
    </w:p>
    <w:p w14:paraId="252DD0EB" w14:textId="77777777" w:rsidR="00610CD8" w:rsidRPr="00610CD8" w:rsidRDefault="00610CD8" w:rsidP="00610CD8">
      <w:pPr>
        <w:rPr>
          <w:sz w:val="20"/>
          <w:szCs w:val="20"/>
        </w:rPr>
      </w:pPr>
      <w:r w:rsidRPr="00610CD8">
        <w:rPr>
          <w:sz w:val="20"/>
          <w:szCs w:val="20"/>
        </w:rPr>
        <w:t>Mike frowned. The man’s voice sounded heavier tonight. Slurred. Warm but unfocused, like someone talking from the bottom of a well.</w:t>
      </w:r>
    </w:p>
    <w:p w14:paraId="69B49DE9" w14:textId="77777777" w:rsidR="00610CD8" w:rsidRPr="00610CD8" w:rsidRDefault="00610CD8" w:rsidP="00610CD8">
      <w:pPr>
        <w:rPr>
          <w:i/>
          <w:iCs/>
          <w:sz w:val="20"/>
          <w:szCs w:val="20"/>
        </w:rPr>
      </w:pPr>
      <w:r w:rsidRPr="00610CD8">
        <w:rPr>
          <w:i/>
          <w:iCs/>
          <w:sz w:val="20"/>
          <w:szCs w:val="20"/>
        </w:rPr>
        <w:t xml:space="preserve">“I, uh… I was reading about this story—yeah, a real story—about a guy, I think in Russia, he’d been drinking all night, stumbled onto the train tracks and, listen to this, he decided to take a nap, yeah, in the tracks! </w:t>
      </w:r>
    </w:p>
    <w:p w14:paraId="511AEBFB" w14:textId="77777777" w:rsidR="00610CD8" w:rsidRPr="00610CD8" w:rsidRDefault="00610CD8" w:rsidP="00610CD8">
      <w:pPr>
        <w:rPr>
          <w:i/>
          <w:iCs/>
          <w:sz w:val="20"/>
          <w:szCs w:val="20"/>
        </w:rPr>
      </w:pPr>
      <w:r w:rsidRPr="00610CD8">
        <w:rPr>
          <w:i/>
          <w:iCs/>
          <w:sz w:val="20"/>
          <w:szCs w:val="20"/>
        </w:rPr>
        <w:t>I wonder if he used the wood or metal thing as a pillow or what… but the thing is, a train actually hits him and, you’d call me an asshole for laughing about this but. He lived! Totally lived.</w:t>
      </w:r>
    </w:p>
    <w:p w14:paraId="10DBCB16" w14:textId="77777777" w:rsidR="00610CD8" w:rsidRPr="00610CD8" w:rsidRDefault="00610CD8" w:rsidP="00610CD8">
      <w:pPr>
        <w:rPr>
          <w:i/>
          <w:iCs/>
          <w:sz w:val="20"/>
          <w:szCs w:val="20"/>
        </w:rPr>
      </w:pPr>
      <w:r w:rsidRPr="00610CD8">
        <w:rPr>
          <w:i/>
          <w:iCs/>
          <w:sz w:val="20"/>
          <w:szCs w:val="20"/>
        </w:rPr>
        <w:t>Isn’t that amazing? I think the Doctor said it’s because, uh, when you drink, your muscles… they, um, they become looser. Like a rag doll. You don’t fight the impact. God protects drunks, they say, right? Maybe it’s true because of that.</w:t>
      </w:r>
    </w:p>
    <w:p w14:paraId="5B0AC8BB" w14:textId="77777777" w:rsidR="00610CD8" w:rsidRPr="00610CD8" w:rsidRDefault="00610CD8" w:rsidP="00610CD8">
      <w:pPr>
        <w:rPr>
          <w:i/>
          <w:iCs/>
          <w:sz w:val="20"/>
          <w:szCs w:val="20"/>
        </w:rPr>
      </w:pPr>
      <w:r w:rsidRPr="00610CD8">
        <w:rPr>
          <w:i/>
          <w:iCs/>
          <w:sz w:val="20"/>
          <w:szCs w:val="20"/>
        </w:rPr>
        <w:t xml:space="preserve">So, this had me thinking if, uh, one of those… you know… if it, um, if somehow you end up being forced you inside one of these suits, maybe you should… maybe go limp? Play dead? Like, completely dead. Maybe this way there's a chance the damage is minimalized, at least a bit… </w:t>
      </w:r>
    </w:p>
    <w:p w14:paraId="47C3A18C" w14:textId="77777777" w:rsidR="00610CD8" w:rsidRPr="00610CD8" w:rsidRDefault="00610CD8" w:rsidP="00610CD8">
      <w:pPr>
        <w:rPr>
          <w:i/>
          <w:iCs/>
          <w:sz w:val="20"/>
          <w:szCs w:val="20"/>
        </w:rPr>
      </w:pPr>
      <w:r w:rsidRPr="00610CD8">
        <w:rPr>
          <w:i/>
          <w:iCs/>
          <w:sz w:val="20"/>
          <w:szCs w:val="20"/>
        </w:rPr>
        <w:t>And if it’s… I don’t know, if one of these things decide to go rouge again and somehow “interact” with you, maybe being limp would make them think-I mean they would, I don't know, lose interest.</w:t>
      </w:r>
    </w:p>
    <w:p w14:paraId="37195C1D" w14:textId="77777777" w:rsidR="00610CD8" w:rsidRPr="00610CD8" w:rsidRDefault="00610CD8" w:rsidP="00610CD8">
      <w:pPr>
        <w:rPr>
          <w:i/>
          <w:iCs/>
          <w:sz w:val="20"/>
          <w:szCs w:val="20"/>
        </w:rPr>
      </w:pPr>
      <w:r w:rsidRPr="00610CD8">
        <w:rPr>
          <w:i/>
          <w:iCs/>
          <w:sz w:val="20"/>
          <w:szCs w:val="20"/>
        </w:rPr>
        <w:t xml:space="preserve">listen— I'm not insinuating that this will happen, but it's like, “what do you do if lightning strikes you,” you know? Sometimes it's better to know and not need. And being stuffed in one of these things… I mean that can’t be any worse than being hit by a </w:t>
      </w:r>
      <w:proofErr w:type="gramStart"/>
      <w:r w:rsidRPr="00610CD8">
        <w:rPr>
          <w:i/>
          <w:iCs/>
          <w:sz w:val="20"/>
          <w:szCs w:val="20"/>
        </w:rPr>
        <w:t>train</w:t>
      </w:r>
      <w:proofErr w:type="gramEnd"/>
      <w:r w:rsidRPr="00610CD8">
        <w:rPr>
          <w:i/>
          <w:iCs/>
          <w:sz w:val="20"/>
          <w:szCs w:val="20"/>
        </w:rPr>
        <w:t xml:space="preserve"> right? </w:t>
      </w:r>
    </w:p>
    <w:p w14:paraId="62EF9FB9" w14:textId="77777777" w:rsidR="00610CD8" w:rsidRPr="00610CD8" w:rsidRDefault="00610CD8" w:rsidP="00610CD8">
      <w:pPr>
        <w:rPr>
          <w:i/>
          <w:iCs/>
          <w:sz w:val="20"/>
          <w:szCs w:val="20"/>
        </w:rPr>
      </w:pPr>
      <w:r w:rsidRPr="00610CD8">
        <w:rPr>
          <w:i/>
          <w:iCs/>
          <w:sz w:val="20"/>
          <w:szCs w:val="20"/>
        </w:rPr>
        <w:t>Uh Y-yeah, never mind, scratch that… what I’m even talking about, forget I said all that.”</w:t>
      </w:r>
    </w:p>
    <w:p w14:paraId="1DCF5839" w14:textId="77777777" w:rsidR="00610CD8" w:rsidRPr="00610CD8" w:rsidRDefault="00610CD8" w:rsidP="00610CD8">
      <w:pPr>
        <w:rPr>
          <w:b/>
          <w:bCs/>
          <w:sz w:val="20"/>
          <w:szCs w:val="20"/>
        </w:rPr>
      </w:pPr>
      <w:r w:rsidRPr="00610CD8">
        <w:rPr>
          <w:b/>
          <w:bCs/>
          <w:sz w:val="20"/>
          <w:szCs w:val="20"/>
        </w:rPr>
        <w:t>[Another pause. Mike could almost hear a drink being set down.]</w:t>
      </w:r>
    </w:p>
    <w:p w14:paraId="36783848" w14:textId="77777777" w:rsidR="00610CD8" w:rsidRPr="00610CD8" w:rsidRDefault="00610CD8" w:rsidP="00610CD8">
      <w:pPr>
        <w:rPr>
          <w:i/>
          <w:iCs/>
          <w:sz w:val="20"/>
          <w:szCs w:val="20"/>
        </w:rPr>
      </w:pPr>
      <w:r w:rsidRPr="00610CD8">
        <w:rPr>
          <w:i/>
          <w:iCs/>
          <w:sz w:val="20"/>
          <w:szCs w:val="20"/>
        </w:rPr>
        <w:t>“Christmas isn’t—Christmas isn’t a great date for me. I shouldn’t talk about this. You don’t need my problems.</w:t>
      </w:r>
    </w:p>
    <w:p w14:paraId="3D13F720" w14:textId="77777777" w:rsidR="00610CD8" w:rsidRPr="00610CD8" w:rsidRDefault="00610CD8" w:rsidP="00610CD8">
      <w:pPr>
        <w:rPr>
          <w:i/>
          <w:iCs/>
          <w:sz w:val="20"/>
          <w:szCs w:val="20"/>
        </w:rPr>
      </w:pPr>
      <w:r w:rsidRPr="00610CD8">
        <w:rPr>
          <w:i/>
          <w:iCs/>
          <w:sz w:val="20"/>
          <w:szCs w:val="20"/>
        </w:rPr>
        <w:t>I’ll try to cut this part. Yeah. You won’t hear it. Sorry, man. Huh, not for you, I’m—sorry.</w:t>
      </w:r>
    </w:p>
    <w:p w14:paraId="41FC5FB7" w14:textId="77777777" w:rsidR="00610CD8" w:rsidRPr="00610CD8" w:rsidRDefault="00610CD8" w:rsidP="00610CD8">
      <w:pPr>
        <w:rPr>
          <w:i/>
          <w:iCs/>
          <w:sz w:val="20"/>
          <w:szCs w:val="20"/>
        </w:rPr>
      </w:pPr>
      <w:r w:rsidRPr="00610CD8">
        <w:rPr>
          <w:i/>
          <w:iCs/>
          <w:sz w:val="20"/>
          <w:szCs w:val="20"/>
        </w:rPr>
        <w:t>See you on the flip side.”</w:t>
      </w:r>
    </w:p>
    <w:p w14:paraId="3D306AD3" w14:textId="77777777" w:rsidR="00610CD8" w:rsidRDefault="00610CD8" w:rsidP="00610CD8">
      <w:pPr>
        <w:rPr>
          <w:b/>
          <w:bCs/>
        </w:rPr>
      </w:pPr>
      <w:r w:rsidRPr="00FD660F">
        <w:rPr>
          <w:rFonts w:ascii="Arial Rounded MT Bold" w:hAnsi="Arial Rounded MT Bold"/>
          <w:b/>
          <w:bCs/>
        </w:rPr>
        <w:t>[</w:t>
      </w:r>
      <w:r w:rsidRPr="00FD660F">
        <w:rPr>
          <w:rFonts w:ascii="OCR A Extended" w:hAnsi="OCR A Extended"/>
          <w:b/>
          <w:bCs/>
        </w:rPr>
        <w:t>Tape clicks off.</w:t>
      </w:r>
      <w:r w:rsidRPr="00FD660F">
        <w:rPr>
          <w:rFonts w:ascii="Arial Rounded MT Bold" w:hAnsi="Arial Rounded MT Bold"/>
          <w:b/>
          <w:bCs/>
        </w:rPr>
        <w:t>]</w:t>
      </w:r>
    </w:p>
    <w:p w14:paraId="69A9CE4F" w14:textId="77777777" w:rsidR="0087745E" w:rsidRDefault="0087745E" w:rsidP="007D2A40"/>
    <w:p w14:paraId="757983C3" w14:textId="77777777" w:rsidR="00610CD8" w:rsidRDefault="00610CD8" w:rsidP="007D2A40"/>
    <w:p w14:paraId="6945726B" w14:textId="77777777" w:rsidR="00610CD8" w:rsidRDefault="00610CD8" w:rsidP="007D2A40"/>
    <w:p w14:paraId="3C71EACB" w14:textId="77777777" w:rsidR="00610CD8" w:rsidRDefault="00610CD8" w:rsidP="007D2A40"/>
    <w:p w14:paraId="0AED3B6F" w14:textId="77777777" w:rsidR="00610CD8" w:rsidRDefault="00610CD8" w:rsidP="007D2A40"/>
    <w:p w14:paraId="023FC0E0" w14:textId="77777777" w:rsidR="00610CD8" w:rsidRDefault="00610CD8" w:rsidP="00610CD8">
      <w:r w:rsidRPr="00EA411E">
        <w:lastRenderedPageBreak/>
        <w:t>Mike sat there, coffee cooling in his hand</w:t>
      </w:r>
      <w:r>
        <w:t>.</w:t>
      </w:r>
    </w:p>
    <w:p w14:paraId="62D71329" w14:textId="77777777" w:rsidR="00610CD8" w:rsidRDefault="00610CD8" w:rsidP="00610CD8">
      <w:r>
        <w:t>T</w:t>
      </w:r>
      <w:r w:rsidRPr="00EA411E">
        <w:t xml:space="preserve">he </w:t>
      </w:r>
      <w:r>
        <w:t xml:space="preserve">voice on the </w:t>
      </w:r>
      <w:r w:rsidRPr="00EA411E">
        <w:t xml:space="preserve">tape still crawling at the back of his head—the stumbles, the off-beat chuckle, that slow drag of syllables he couldn’t shake no matter how he tried. It clung like </w:t>
      </w:r>
      <w:proofErr w:type="gramStart"/>
      <w:r w:rsidRPr="00EA411E">
        <w:t>smoke,</w:t>
      </w:r>
      <w:proofErr w:type="gramEnd"/>
      <w:r w:rsidRPr="00EA411E">
        <w:t xml:space="preserve"> </w:t>
      </w:r>
      <w:r>
        <w:t>t</w:t>
      </w:r>
      <w:r w:rsidRPr="00E77FE7">
        <w:t xml:space="preserve">he monitors hissed and swam. Their glow picked up the ceiling’s </w:t>
      </w:r>
      <w:r>
        <w:t>dark</w:t>
      </w:r>
      <w:r w:rsidRPr="00E77FE7">
        <w:t xml:space="preserve"> stains, </w:t>
      </w:r>
      <w:r>
        <w:t>the stripes</w:t>
      </w:r>
      <w:r w:rsidRPr="00E77FE7">
        <w:t xml:space="preserve"> spreading wider than he remembered,</w:t>
      </w:r>
      <w:r>
        <w:t xml:space="preserve"> t</w:t>
      </w:r>
      <w:r w:rsidRPr="00E77FE7">
        <w:t xml:space="preserve">he clock hand lurched. His hand trembled against the cup. </w:t>
      </w:r>
    </w:p>
    <w:p w14:paraId="7006F82A" w14:textId="77777777" w:rsidR="00610CD8" w:rsidRDefault="00610CD8" w:rsidP="00610CD8">
      <w:r w:rsidRPr="00E77FE7">
        <w:t>The hum of the generator was steady, low, filling every surface. The fan pushed it around. A droning note that softened the edges of thought.</w:t>
      </w:r>
      <w:r>
        <w:t xml:space="preserve"> </w:t>
      </w:r>
      <w:r w:rsidRPr="00E77FE7">
        <w:t>Heat against his lip, gone as soon as it touched. He yawned until his ribs hurt, chest hollow, shoulders sagging as though the room were tilting forward.</w:t>
      </w:r>
    </w:p>
    <w:p w14:paraId="566B6628" w14:textId="77777777" w:rsidR="00610CD8" w:rsidRDefault="00610CD8" w:rsidP="00610CD8">
      <w:r w:rsidRPr="00E77FE7">
        <w:t>He blinked. The screens bled at the edges, smearing, blooming white halos</w:t>
      </w:r>
      <w:r>
        <w:t xml:space="preserve"> like his eyes were dirty lenses, so</w:t>
      </w:r>
      <w:r w:rsidRPr="00E77FE7">
        <w:t xml:space="preserve"> </w:t>
      </w:r>
      <w:r>
        <w:t>he tried to wash them rubbing with his fingertips, only to make them look like s</w:t>
      </w:r>
      <w:r w:rsidRPr="00E77FE7">
        <w:t>hapes behind the snow.</w:t>
      </w:r>
      <w:r>
        <w:t xml:space="preserve"> </w:t>
      </w:r>
      <w:r w:rsidRPr="00EA411E">
        <w:t>He rubbed them hard, until sparks flared against the black, but it was no use. The ache behind his temples sharpened, blooming like nails driven from both sides of his skull.</w:t>
      </w:r>
    </w:p>
    <w:p w14:paraId="713AF2F5" w14:textId="77777777" w:rsidR="00610CD8" w:rsidRPr="00E77FE7" w:rsidRDefault="00610CD8" w:rsidP="00610CD8">
      <w:r w:rsidRPr="00E77FE7">
        <w:t xml:space="preserve">He tried to lift the cup again. </w:t>
      </w:r>
      <w:r>
        <w:t>But i</w:t>
      </w:r>
      <w:r w:rsidRPr="00E77FE7">
        <w:t>t slipped, heavy as stone, light as vapor.</w:t>
      </w:r>
    </w:p>
    <w:p w14:paraId="7D878674" w14:textId="77777777" w:rsidR="00610CD8" w:rsidRDefault="00610CD8" w:rsidP="00610CD8">
      <w:r w:rsidRPr="00E77FE7">
        <w:t>He blinked again. Too long.</w:t>
      </w:r>
      <w:r>
        <w:t xml:space="preserve"> </w:t>
      </w:r>
    </w:p>
    <w:p w14:paraId="533E0E3E" w14:textId="77777777" w:rsidR="00610CD8" w:rsidRPr="00E77FE7" w:rsidRDefault="00610CD8" w:rsidP="00610CD8">
      <w:r>
        <w:t>The red warm bulb above him faded.</w:t>
      </w:r>
    </w:p>
    <w:p w14:paraId="0EB55557" w14:textId="77777777" w:rsidR="00610CD8" w:rsidRPr="00E77FE7" w:rsidRDefault="00610CD8" w:rsidP="00610CD8">
      <w:r>
        <w:t>Darkness.</w:t>
      </w:r>
    </w:p>
    <w:p w14:paraId="5D97A4E6" w14:textId="77777777" w:rsidR="00610CD8" w:rsidRDefault="00610CD8" w:rsidP="00610CD8">
      <w:r>
        <w:t>The light returned, but the ceiling didn’t.</w:t>
      </w:r>
    </w:p>
    <w:p w14:paraId="1D9DF189" w14:textId="77777777" w:rsidR="00610CD8" w:rsidRDefault="00610CD8" w:rsidP="00610CD8">
      <w:r>
        <w:t xml:space="preserve">The reddish yellow of the light revealed the cake behind it, </w:t>
      </w:r>
      <w:r w:rsidRPr="00D17DD3">
        <w:t>being slightly distorted by the wind</w:t>
      </w:r>
      <w:r>
        <w:t>. W</w:t>
      </w:r>
      <w:r w:rsidRPr="00D05654">
        <w:t>arm as a tide</w:t>
      </w:r>
      <w:r>
        <w:t xml:space="preserve">, the </w:t>
      </w:r>
      <w:r w:rsidRPr="00D05654">
        <w:t>Balloons bobbed overhead, strings tangled like veins</w:t>
      </w:r>
      <w:r>
        <w:t xml:space="preserve"> and the party hats were in the top of </w:t>
      </w:r>
      <w:r w:rsidRPr="00D05654">
        <w:t>bright and blurry</w:t>
      </w:r>
      <w:r>
        <w:t xml:space="preserve"> faces, </w:t>
      </w:r>
      <w:r w:rsidRPr="00D05654">
        <w:t>clapping hand</w:t>
      </w:r>
      <w:r>
        <w:t>s</w:t>
      </w:r>
      <w:r w:rsidRPr="00D05654">
        <w:t>.</w:t>
      </w:r>
    </w:p>
    <w:p w14:paraId="4F47D069" w14:textId="77777777" w:rsidR="00610CD8" w:rsidRPr="00D05654" w:rsidRDefault="00610CD8" w:rsidP="00610CD8">
      <w:r>
        <w:t>He tries to move, but his v</w:t>
      </w:r>
      <w:r w:rsidRPr="00D05654">
        <w:t>ision dragged sideways</w:t>
      </w:r>
      <w:r>
        <w:t xml:space="preserve"> instead</w:t>
      </w:r>
      <w:r w:rsidRPr="00D05654">
        <w:t>, down</w:t>
      </w:r>
      <w:r>
        <w:t xml:space="preserve"> into a</w:t>
      </w:r>
      <w:r w:rsidRPr="00D05654">
        <w:t xml:space="preserve"> hall</w:t>
      </w:r>
      <w:r>
        <w:t>, not the one with drawings this time, but</w:t>
      </w:r>
      <w:r w:rsidRPr="00D05654">
        <w:t xml:space="preserve"> </w:t>
      </w:r>
      <w:r>
        <w:t>t</w:t>
      </w:r>
      <w:r w:rsidRPr="00D05654">
        <w:t xml:space="preserve">oward the </w:t>
      </w:r>
      <w:r>
        <w:t>one that leads to the restrooms</w:t>
      </w:r>
      <w:r w:rsidRPr="00D05654">
        <w:t>,</w:t>
      </w:r>
      <w:r>
        <w:t xml:space="preserve"> the left door with the </w:t>
      </w:r>
      <w:r w:rsidRPr="00D05654">
        <w:t>pictogram of a standing woman</w:t>
      </w:r>
      <w:r>
        <w:t>. Inside, s</w:t>
      </w:r>
      <w:r w:rsidRPr="00D05654">
        <w:t>omething waiting in the seam of the dark.</w:t>
      </w:r>
    </w:p>
    <w:p w14:paraId="11133C77" w14:textId="77777777" w:rsidR="00610CD8" w:rsidRDefault="00610CD8" w:rsidP="00610CD8">
      <w:r>
        <w:t xml:space="preserve">Big muzzle and </w:t>
      </w:r>
      <w:r w:rsidRPr="00D05654">
        <w:t xml:space="preserve">top hat </w:t>
      </w:r>
      <w:r>
        <w:t>reflect</w:t>
      </w:r>
      <w:r w:rsidRPr="00D05654">
        <w:t xml:space="preserve"> against the</w:t>
      </w:r>
      <w:r>
        <w:t xml:space="preserve"> weak</w:t>
      </w:r>
      <w:r w:rsidRPr="00D05654">
        <w:t xml:space="preserve"> glow</w:t>
      </w:r>
      <w:r>
        <w:t xml:space="preserve"> twice, facing itself in the mirror, the bear</w:t>
      </w:r>
      <w:r w:rsidRPr="00D05654">
        <w:t>.</w:t>
      </w:r>
    </w:p>
    <w:p w14:paraId="2A035F6C" w14:textId="77777777" w:rsidR="00610CD8" w:rsidRDefault="00610CD8" w:rsidP="00610CD8">
      <w:r w:rsidRPr="004B0D4E">
        <w:t>Its eyes wet, filling with pale blue threaded in red,</w:t>
      </w:r>
      <w:r>
        <w:t xml:space="preserve"> adjusting to the light</w:t>
      </w:r>
      <w:r w:rsidRPr="004B0D4E">
        <w:t>.</w:t>
      </w:r>
      <w:r>
        <w:t xml:space="preserve"> Down in his hand, a metallic shape gleamed, a pistol. </w:t>
      </w:r>
    </w:p>
    <w:p w14:paraId="5E7082EE" w14:textId="77777777" w:rsidR="00610CD8" w:rsidRDefault="00610CD8" w:rsidP="00610CD8">
      <w:r w:rsidRPr="004B0D4E">
        <w:t>Increasing panting</w:t>
      </w:r>
      <w:r>
        <w:t>, the e</w:t>
      </w:r>
      <w:r w:rsidRPr="004B0D4E">
        <w:t>yes staring back at their own reflection, wide</w:t>
      </w:r>
      <w:r>
        <w:t>r</w:t>
      </w:r>
      <w:r w:rsidRPr="004B0D4E">
        <w:t>, terrified,</w:t>
      </w:r>
      <w:r>
        <w:t xml:space="preserve"> </w:t>
      </w:r>
      <w:r w:rsidRPr="004B0D4E">
        <w:t>desperate, lunatic</w:t>
      </w:r>
      <w:r>
        <w:t xml:space="preserve">. </w:t>
      </w:r>
      <w:r w:rsidRPr="004B0D4E">
        <w:t>Flash.</w:t>
      </w:r>
      <w:r>
        <w:t xml:space="preserve"> </w:t>
      </w:r>
    </w:p>
    <w:p w14:paraId="10575AB6" w14:textId="77777777" w:rsidR="00610CD8" w:rsidRDefault="00610CD8" w:rsidP="007D2A40"/>
    <w:p w14:paraId="1EDF84F2" w14:textId="77777777" w:rsidR="00610CD8" w:rsidRDefault="00610CD8" w:rsidP="007D2A40"/>
    <w:p w14:paraId="032277B9" w14:textId="77777777" w:rsidR="00610CD8" w:rsidRDefault="00610CD8" w:rsidP="007D2A40"/>
    <w:p w14:paraId="7E9C3E25" w14:textId="77777777" w:rsidR="00610CD8" w:rsidRDefault="00610CD8" w:rsidP="00610CD8">
      <w:r w:rsidRPr="004B0D4E">
        <w:lastRenderedPageBreak/>
        <w:t>The eyes staring deeper and deeper into the mirror, paralyzed.</w:t>
      </w:r>
      <w:r>
        <w:t xml:space="preserve"> E</w:t>
      </w:r>
      <w:r w:rsidRPr="004B0D4E">
        <w:t>ach effort to move</w:t>
      </w:r>
      <w:r>
        <w:t xml:space="preserve"> can’t reach his body</w:t>
      </w:r>
      <w:r w:rsidRPr="004B0D4E">
        <w:t xml:space="preserve">, but </w:t>
      </w:r>
      <w:r>
        <w:t>fuels</w:t>
      </w:r>
      <w:r w:rsidRPr="004B0D4E">
        <w:t xml:space="preserve"> horrible image</w:t>
      </w:r>
      <w:r>
        <w:t xml:space="preserve">ry sequences: </w:t>
      </w:r>
      <w:r w:rsidRPr="004B0D4E">
        <w:t xml:space="preserve">Lightning. Strobe. </w:t>
      </w:r>
      <w:r>
        <w:t>Flash.</w:t>
      </w:r>
    </w:p>
    <w:p w14:paraId="4B0916BD" w14:textId="77777777" w:rsidR="00610CD8" w:rsidRDefault="00610CD8" w:rsidP="00610CD8">
      <w:r w:rsidRPr="004B0D4E">
        <w:t xml:space="preserve">Bodies slack on the tile. </w:t>
      </w:r>
      <w:r>
        <w:t xml:space="preserve">Flash. </w:t>
      </w:r>
      <w:r w:rsidRPr="004B0D4E">
        <w:t>Blood blooming like syrup beneath them.</w:t>
      </w:r>
    </w:p>
    <w:p w14:paraId="36BA2FE5" w14:textId="77777777" w:rsidR="00610CD8" w:rsidRDefault="00610CD8" w:rsidP="00610CD8">
      <w:r w:rsidRPr="004B0D4E">
        <w:t>The eyes tilting motionless</w:t>
      </w:r>
      <w:r>
        <w:t xml:space="preserve"> pinned in the mirror behind the bear mask</w:t>
      </w:r>
      <w:r w:rsidRPr="004B0D4E">
        <w:t>, trapped and forced, burning with despair and anguish</w:t>
      </w:r>
      <w:r>
        <w:t>, trapped.</w:t>
      </w:r>
    </w:p>
    <w:p w14:paraId="1FCC38DD" w14:textId="77777777" w:rsidR="00610CD8" w:rsidRDefault="00610CD8" w:rsidP="00610CD8">
      <w:r w:rsidRPr="004B0D4E">
        <w:t>Gunshots without sound.</w:t>
      </w:r>
    </w:p>
    <w:p w14:paraId="78AE3380" w14:textId="77777777" w:rsidR="00610CD8" w:rsidRDefault="00610CD8" w:rsidP="00610CD8">
      <w:r w:rsidRPr="004B0D4E">
        <w:t>Flash. A scream choking short. Sound of pots falling across the kitchen.</w:t>
      </w:r>
    </w:p>
    <w:p w14:paraId="4DFA9EB3" w14:textId="77777777" w:rsidR="00610CD8" w:rsidRDefault="00610CD8" w:rsidP="00610CD8">
      <w:r w:rsidRPr="004B0D4E">
        <w:t>Dead faces. Slack mouths. Employees sprawled on the tile, blood spreading syrup-bright under fluorescents.</w:t>
      </w:r>
    </w:p>
    <w:p w14:paraId="22A713C5" w14:textId="77777777" w:rsidR="00610CD8" w:rsidRDefault="00610CD8" w:rsidP="00610CD8">
      <w:r w:rsidRPr="004B0D4E">
        <w:t xml:space="preserve">The warm </w:t>
      </w:r>
      <w:r>
        <w:t xml:space="preserve">flash of </w:t>
      </w:r>
      <w:r w:rsidRPr="004B0D4E">
        <w:t>light</w:t>
      </w:r>
      <w:r>
        <w:t xml:space="preserve"> on the tip of the gun barrel.</w:t>
      </w:r>
    </w:p>
    <w:p w14:paraId="7EAE1EC4" w14:textId="77777777" w:rsidR="00610CD8" w:rsidRPr="00610CD8" w:rsidRDefault="00610CD8" w:rsidP="00610CD8">
      <w:pPr>
        <w:rPr>
          <w:rFonts w:ascii="OCR A Extended" w:hAnsi="OCR A Extended"/>
          <w:sz w:val="40"/>
          <w:szCs w:val="40"/>
        </w:rPr>
      </w:pPr>
      <w:r w:rsidRPr="00610CD8">
        <w:rPr>
          <w:rFonts w:ascii="OCR A Extended" w:hAnsi="OCR A Extended"/>
          <w:sz w:val="40"/>
          <w:szCs w:val="40"/>
        </w:rPr>
        <w:t>IT’S ME.</w:t>
      </w:r>
    </w:p>
    <w:p w14:paraId="78DF39DD" w14:textId="77777777" w:rsidR="00610CD8" w:rsidRDefault="00610CD8" w:rsidP="00610CD8">
      <w:r w:rsidRPr="0022540B">
        <w:t xml:space="preserve">The chair tilted under him, and when it finally gave </w:t>
      </w:r>
      <w:proofErr w:type="gramStart"/>
      <w:r w:rsidRPr="0022540B">
        <w:t>way</w:t>
      </w:r>
      <w:proofErr w:type="gramEnd"/>
      <w:r w:rsidRPr="0022540B">
        <w:t xml:space="preserve"> he toppled sideways onto the floor. The shock broke the paralysis. He gulped air, ragged, desperate, fingers clawing at the tile. His shirt clung to him, sweat running into the collar, spine shivering like he’d been dragged out of a fever.</w:t>
      </w:r>
    </w:p>
    <w:p w14:paraId="26BBCC72" w14:textId="77777777" w:rsidR="00610CD8" w:rsidRDefault="00610CD8" w:rsidP="00610CD8">
      <w:r w:rsidRPr="0022540B">
        <w:t>The monitors loomed.</w:t>
      </w:r>
      <w:r w:rsidRPr="0022540B">
        <w:br/>
        <w:t>Not blank. Black, but alive with sound — faint static, like someone dragging nails across radio hiss.</w:t>
      </w:r>
      <w:r>
        <w:t xml:space="preserve"> </w:t>
      </w:r>
      <w:r w:rsidRPr="0022540B">
        <w:rPr>
          <w:b/>
          <w:bCs/>
        </w:rPr>
        <w:t>[audio only]</w:t>
      </w:r>
      <w:r>
        <w:t xml:space="preserve"> message.</w:t>
      </w:r>
    </w:p>
    <w:p w14:paraId="0D9F0051" w14:textId="77777777" w:rsidR="00610CD8" w:rsidRDefault="00610CD8" w:rsidP="00610CD8">
      <w:r w:rsidRPr="0022540B">
        <w:t xml:space="preserve">Mike stared too long, his breath high and quick, as though if he blinked the screens would fill again. He reached sideways, fumbled, and clicked </w:t>
      </w:r>
      <w:r>
        <w:t>his flashlight</w:t>
      </w:r>
      <w:r w:rsidRPr="0022540B">
        <w:t xml:space="preserve"> on.</w:t>
      </w:r>
    </w:p>
    <w:p w14:paraId="27DBE12B" w14:textId="77777777" w:rsidR="00610CD8" w:rsidRPr="0022540B" w:rsidRDefault="00610CD8" w:rsidP="00610CD8">
      <w:r w:rsidRPr="0022540B">
        <w:t>The bulb</w:t>
      </w:r>
      <w:r>
        <w:t xml:space="preserve"> of the yellow office lightbulb</w:t>
      </w:r>
      <w:r w:rsidRPr="0022540B">
        <w:t xml:space="preserve"> washed over the clutter</w:t>
      </w:r>
      <w:r>
        <w:t xml:space="preserve"> by the glass of the </w:t>
      </w:r>
      <w:r w:rsidRPr="0022540B">
        <w:t>thick barred window</w:t>
      </w:r>
      <w:r>
        <w:t xml:space="preserve"> turning blue</w:t>
      </w:r>
      <w:r w:rsidRPr="0022540B">
        <w:t xml:space="preserve">. It spilled just far enough to paint the walls of the office and the cased opening into the hall. Nothing beyond. </w:t>
      </w:r>
      <w:r>
        <w:t>The log</w:t>
      </w:r>
      <w:r w:rsidRPr="0022540B">
        <w:t xml:space="preserve"> strip of </w:t>
      </w:r>
      <w:r>
        <w:t>Mike’s flashlight</w:t>
      </w:r>
      <w:r w:rsidRPr="0022540B">
        <w:t xml:space="preserve"> </w:t>
      </w:r>
      <w:r>
        <w:t xml:space="preserve">cutting it </w:t>
      </w:r>
      <w:r w:rsidRPr="0022540B">
        <w:t>looked denser</w:t>
      </w:r>
      <w:r>
        <w:t xml:space="preserve"> than the air</w:t>
      </w:r>
      <w:r w:rsidRPr="0022540B">
        <w:t>.</w:t>
      </w:r>
    </w:p>
    <w:p w14:paraId="3959FBDF" w14:textId="77777777" w:rsidR="00610CD8" w:rsidRDefault="00610CD8" w:rsidP="00610CD8">
      <w:r>
        <w:t>T</w:t>
      </w:r>
      <w:r w:rsidRPr="0022540B">
        <w:t xml:space="preserve">he cameras </w:t>
      </w:r>
      <w:r>
        <w:t>on the corners moved slowly</w:t>
      </w:r>
      <w:r w:rsidRPr="0022540B">
        <w:t xml:space="preserve">, red diodes steady. </w:t>
      </w:r>
      <w:r w:rsidRPr="00C441FB">
        <w:t>His chest tightened</w:t>
      </w:r>
      <w:r>
        <w:t xml:space="preserve"> as he reached the dining area, the party hats</w:t>
      </w:r>
      <w:r w:rsidRPr="00C441FB">
        <w:t>.</w:t>
      </w:r>
      <w:r>
        <w:t xml:space="preserve"> He walked in the direction of the big</w:t>
      </w:r>
      <w:r w:rsidRPr="00C441FB">
        <w:t xml:space="preserve"> stage with red curtains</w:t>
      </w:r>
      <w:r>
        <w:t>.</w:t>
      </w:r>
    </w:p>
    <w:p w14:paraId="4C207E44" w14:textId="77777777" w:rsidR="00610CD8" w:rsidRPr="0022540B" w:rsidRDefault="00610CD8" w:rsidP="00610CD8">
      <w:r w:rsidRPr="00C441FB">
        <w:t>But as he walked past the long tables, a sound that felt like a punch to the stomach.</w:t>
      </w:r>
    </w:p>
    <w:p w14:paraId="1598D1E5" w14:textId="77777777" w:rsidR="00610CD8" w:rsidRPr="00C441FB" w:rsidRDefault="00610CD8" w:rsidP="00610CD8">
      <w:r w:rsidRPr="00C441FB">
        <w:rPr>
          <w:b/>
          <w:bCs/>
        </w:rPr>
        <w:t>Clatter.</w:t>
      </w:r>
    </w:p>
    <w:p w14:paraId="2841C7D7" w14:textId="1F0A1A3C" w:rsidR="00610CD8" w:rsidRDefault="00610CD8" w:rsidP="00610CD8">
      <w:r>
        <w:t xml:space="preserve">The </w:t>
      </w:r>
      <w:r w:rsidRPr="00C441FB">
        <w:t>Kitchen.</w:t>
      </w:r>
    </w:p>
    <w:p w14:paraId="548BB055" w14:textId="0DF8903D" w:rsidR="00610CD8" w:rsidRDefault="00610CD8" w:rsidP="00610CD8">
      <w:r>
        <w:t>C</w:t>
      </w:r>
      <w:r w:rsidRPr="00C441FB">
        <w:t>lear enough to find its way through metal and tile. A pot skidding, bouncing.</w:t>
      </w:r>
    </w:p>
    <w:p w14:paraId="4001EE1B" w14:textId="77777777" w:rsidR="00610CD8" w:rsidRDefault="00610CD8" w:rsidP="00610CD8"/>
    <w:p w14:paraId="337AD5BA" w14:textId="77777777" w:rsidR="00610CD8" w:rsidRDefault="00610CD8" w:rsidP="00610CD8"/>
    <w:p w14:paraId="728A6602" w14:textId="77777777" w:rsidR="00610CD8" w:rsidRDefault="00610CD8" w:rsidP="00610CD8">
      <w:r w:rsidRPr="00A55B5C">
        <w:lastRenderedPageBreak/>
        <w:t>He kept moving, one step at a time</w:t>
      </w:r>
      <w:r>
        <w:t xml:space="preserve"> in the other direction between the tables</w:t>
      </w:r>
      <w:r w:rsidRPr="00A55B5C">
        <w:t>.</w:t>
      </w:r>
      <w:r w:rsidRPr="00A55B5C">
        <w:br/>
        <w:t xml:space="preserve">The light fell across the floor tiles, </w:t>
      </w:r>
      <w:r>
        <w:t>e</w:t>
      </w:r>
      <w:r w:rsidRPr="00A55B5C">
        <w:t>ach echo came back to him delayed, warped, like another set of steps lagging a half-beat</w:t>
      </w:r>
      <w:r>
        <w:t>.</w:t>
      </w:r>
    </w:p>
    <w:p w14:paraId="427847E6" w14:textId="77777777" w:rsidR="00610CD8" w:rsidRPr="00A55B5C" w:rsidRDefault="00610CD8" w:rsidP="00610CD8">
      <w:r w:rsidRPr="00A55B5C">
        <w:rPr>
          <w:b/>
          <w:bCs/>
        </w:rPr>
        <w:t>Another sound.</w:t>
      </w:r>
    </w:p>
    <w:p w14:paraId="1B6B0F0F" w14:textId="77777777" w:rsidR="00610CD8" w:rsidRPr="00A55B5C" w:rsidRDefault="00610CD8" w:rsidP="00610CD8">
      <w:r w:rsidRPr="00A55B5C">
        <w:t>This one from the bathroom corridor. Lighter. A tap against porcelain.</w:t>
      </w:r>
    </w:p>
    <w:p w14:paraId="752D7761" w14:textId="77777777" w:rsidR="00610CD8" w:rsidRPr="00A55B5C" w:rsidRDefault="00610CD8" w:rsidP="00610CD8">
      <w:r>
        <w:t>While he holds the flashlight in front of him, h</w:t>
      </w:r>
      <w:r w:rsidRPr="00A55B5C">
        <w:t>is free hand was already inside his pocket before he realized it. Cold metal.</w:t>
      </w:r>
      <w:r>
        <w:t xml:space="preserve"> His gun.</w:t>
      </w:r>
    </w:p>
    <w:p w14:paraId="6C49C8A2" w14:textId="77777777" w:rsidR="00610CD8" w:rsidRPr="00A55B5C" w:rsidRDefault="00610CD8" w:rsidP="00610CD8">
      <w:r w:rsidRPr="00A55B5C">
        <w:t>He couldn’t shake the feeling that it was waiting for him, pressed into his palm by something outside of him.</w:t>
      </w:r>
      <w:r>
        <w:t xml:space="preserve"> </w:t>
      </w:r>
      <w:r w:rsidRPr="00A55B5C">
        <w:t>He swept the flashlight toward the bathroom door. The beam found the black pictogram, the woman in stiff silhouette. The light jittered across her blank shape.</w:t>
      </w:r>
    </w:p>
    <w:p w14:paraId="65A2ED8E" w14:textId="77777777" w:rsidR="00610CD8" w:rsidRPr="00A55B5C" w:rsidRDefault="00610CD8" w:rsidP="00610CD8">
      <w:r w:rsidRPr="00A55B5C">
        <w:t xml:space="preserve">The cased opening there gaped just like the one to his office. No barrier, </w:t>
      </w:r>
      <w:r>
        <w:t>j</w:t>
      </w:r>
      <w:r w:rsidRPr="00A55B5C">
        <w:t>ust a slice of dark.</w:t>
      </w:r>
    </w:p>
    <w:p w14:paraId="3680406C" w14:textId="77777777" w:rsidR="00610CD8" w:rsidRPr="00A55B5C" w:rsidRDefault="00610CD8" w:rsidP="00610CD8">
      <w:r w:rsidRPr="00A55B5C">
        <w:t>Mike’s legs carried him through before he could second-guess.</w:t>
      </w:r>
    </w:p>
    <w:p w14:paraId="71342EEC" w14:textId="77777777" w:rsidR="00610CD8" w:rsidRPr="00A55B5C" w:rsidRDefault="00610CD8" w:rsidP="00610CD8">
      <w:r w:rsidRPr="00A55B5C">
        <w:t>The bathroom</w:t>
      </w:r>
      <w:r>
        <w:t xml:space="preserve"> lit with the</w:t>
      </w:r>
      <w:r w:rsidRPr="00A55B5C">
        <w:t xml:space="preserve"> pale illumination </w:t>
      </w:r>
      <w:r>
        <w:t xml:space="preserve">of the bean reflecting in the mirror </w:t>
      </w:r>
      <w:r w:rsidRPr="00A55B5C">
        <w:t xml:space="preserve">across cracked tile. </w:t>
      </w:r>
      <w:r>
        <w:t>F</w:t>
      </w:r>
      <w:r w:rsidRPr="00A55B5C">
        <w:t>ogged in long streaks, condensation dripping like veins across the glass.</w:t>
      </w:r>
    </w:p>
    <w:p w14:paraId="79F8FCB5" w14:textId="77777777" w:rsidR="00610CD8" w:rsidRPr="00A55B5C" w:rsidRDefault="00610CD8" w:rsidP="00610CD8">
      <w:r w:rsidRPr="00A55B5C">
        <w:t>The flashlight quivered in his grip,</w:t>
      </w:r>
      <w:r>
        <w:t xml:space="preserve"> but the gun in his other hand didn’t as he pointed both of them slowly down</w:t>
      </w:r>
      <w:r w:rsidRPr="00A55B5C">
        <w:t>. Stall by stall, his eyes darted. Nothing.</w:t>
      </w:r>
      <w:r>
        <w:t xml:space="preserve"> Just himself in</w:t>
      </w:r>
      <w:r w:rsidRPr="00A55B5C">
        <w:t xml:space="preserve"> the mirror.</w:t>
      </w:r>
    </w:p>
    <w:p w14:paraId="60039806" w14:textId="77777777" w:rsidR="00610CD8" w:rsidRPr="00A55B5C" w:rsidRDefault="00610CD8" w:rsidP="00610CD8">
      <w:r w:rsidRPr="00A55B5C">
        <w:t>He froze.</w:t>
      </w:r>
    </w:p>
    <w:p w14:paraId="04EC0A28" w14:textId="77777777" w:rsidR="00610CD8" w:rsidRPr="00A55B5C" w:rsidRDefault="00610CD8" w:rsidP="00610CD8">
      <w:r w:rsidRPr="00A55B5C">
        <w:t xml:space="preserve">His reflection stood just ahead, weapon </w:t>
      </w:r>
      <w:r>
        <w:t>on his hand</w:t>
      </w:r>
      <w:r w:rsidRPr="00A55B5C">
        <w:t xml:space="preserve"> in perfect unison. But </w:t>
      </w:r>
      <w:r>
        <w:t>h</w:t>
      </w:r>
      <w:r w:rsidRPr="00A55B5C">
        <w:t>is eyes</w:t>
      </w:r>
      <w:r>
        <w:t xml:space="preserve"> still</w:t>
      </w:r>
      <w:r w:rsidRPr="00A55B5C">
        <w:t xml:space="preserve"> bulged wide, raw, </w:t>
      </w:r>
      <w:r>
        <w:t xml:space="preserve">alert, </w:t>
      </w:r>
      <w:r w:rsidRPr="00A55B5C">
        <w:t>deceitful. The same eyes from the dream.</w:t>
      </w:r>
    </w:p>
    <w:p w14:paraId="6E4E4A30" w14:textId="77777777" w:rsidR="00610CD8" w:rsidRPr="00A55B5C" w:rsidRDefault="00610CD8" w:rsidP="00610CD8">
      <w:r w:rsidRPr="00A55B5C">
        <w:t>He stumbled to the sink, nearly dropped the flashlight</w:t>
      </w:r>
      <w:r>
        <w:t>, he</w:t>
      </w:r>
      <w:r w:rsidRPr="005F6A2E">
        <w:t xml:space="preserve"> puts it in the sink</w:t>
      </w:r>
      <w:r>
        <w:t>, t</w:t>
      </w:r>
      <w:r w:rsidRPr="00A55B5C">
        <w:t>he water blast</w:t>
      </w:r>
      <w:r>
        <w:t>ed</w:t>
      </w:r>
      <w:r w:rsidRPr="00A55B5C">
        <w:t xml:space="preserve"> cold when he twisted the handle, splashing his face.</w:t>
      </w:r>
    </w:p>
    <w:p w14:paraId="4C811357" w14:textId="77777777" w:rsidR="00610CD8" w:rsidRPr="00A55B5C" w:rsidRDefault="00610CD8" w:rsidP="00610CD8">
      <w:r w:rsidRPr="00A55B5C">
        <w:t xml:space="preserve">He stayed hunched there, water dripping from his jaw, clutching porcelain until his fingers ached white. </w:t>
      </w:r>
    </w:p>
    <w:p w14:paraId="0ECFCCD8" w14:textId="77777777" w:rsidR="00610CD8" w:rsidRDefault="00610CD8" w:rsidP="00610CD8">
      <w:r w:rsidRPr="00A55B5C">
        <w:t>His eyes shut. The words came rough, ground through his teeth</w:t>
      </w:r>
      <w:r>
        <w:t xml:space="preserve"> like a prayer</w:t>
      </w:r>
      <w:r w:rsidRPr="00A55B5C">
        <w:t>.</w:t>
      </w:r>
    </w:p>
    <w:p w14:paraId="54F244F2" w14:textId="77777777" w:rsidR="00610CD8" w:rsidRPr="00A55B5C" w:rsidRDefault="00610CD8" w:rsidP="00610CD8"/>
    <w:p w14:paraId="13E54651" w14:textId="5539E653" w:rsidR="00610CD8" w:rsidRPr="00610CD8" w:rsidRDefault="00610CD8" w:rsidP="00610CD8">
      <w:pPr>
        <w:rPr>
          <w:b/>
          <w:bCs/>
          <w:i/>
          <w:iCs/>
          <w:sz w:val="40"/>
          <w:szCs w:val="40"/>
        </w:rPr>
      </w:pPr>
      <w:r w:rsidRPr="00A55B5C">
        <w:rPr>
          <w:b/>
          <w:bCs/>
          <w:i/>
          <w:iCs/>
        </w:rPr>
        <w:t>“</w:t>
      </w:r>
      <w:r w:rsidRPr="00610CD8">
        <w:rPr>
          <w:i/>
          <w:iCs/>
          <w:sz w:val="24"/>
          <w:szCs w:val="24"/>
        </w:rPr>
        <w:t>Stay calm… Stay calm.</w:t>
      </w:r>
      <w:r w:rsidRPr="00610CD8">
        <w:rPr>
          <w:i/>
          <w:iCs/>
        </w:rPr>
        <w:t>”</w:t>
      </w:r>
    </w:p>
    <w:p w14:paraId="0801F77D" w14:textId="77777777" w:rsidR="00610CD8" w:rsidRDefault="00610CD8" w:rsidP="00610CD8"/>
    <w:p w14:paraId="19D1416F" w14:textId="77777777" w:rsidR="00610CD8" w:rsidRDefault="00610CD8" w:rsidP="00610CD8"/>
    <w:p w14:paraId="10643807" w14:textId="77777777" w:rsidR="00610CD8" w:rsidRDefault="00610CD8" w:rsidP="00610CD8"/>
    <w:p w14:paraId="1ECABB86" w14:textId="77777777" w:rsidR="00610CD8" w:rsidRDefault="00610CD8" w:rsidP="00610CD8"/>
    <w:p w14:paraId="383F9D6A" w14:textId="0ABA7787" w:rsidR="00610CD8" w:rsidRDefault="00610CD8" w:rsidP="00610CD8">
      <w:pPr>
        <w:pStyle w:val="ChapterTitle"/>
        <w:jc w:val="left"/>
        <w:rPr>
          <w:sz w:val="32"/>
          <w:szCs w:val="32"/>
        </w:rPr>
      </w:pPr>
      <w:r>
        <w:lastRenderedPageBreak/>
        <w:t>Chapter 4</w:t>
      </w:r>
      <w:r w:rsidRPr="0006372B">
        <w:rPr>
          <w:sz w:val="32"/>
          <w:szCs w:val="32"/>
        </w:rPr>
        <w:t xml:space="preserve">: </w:t>
      </w:r>
      <w:r>
        <w:rPr>
          <w:sz w:val="32"/>
          <w:szCs w:val="32"/>
        </w:rPr>
        <w:t xml:space="preserve"> The Flipside</w:t>
      </w:r>
    </w:p>
    <w:p w14:paraId="47851700" w14:textId="77777777" w:rsidR="00610CD8" w:rsidRDefault="00610CD8" w:rsidP="00610CD8">
      <w:pPr>
        <w:rPr>
          <w:b/>
          <w:bCs/>
        </w:rPr>
      </w:pPr>
    </w:p>
    <w:p w14:paraId="460E0A56" w14:textId="57D02ED8" w:rsidR="00610CD8" w:rsidRPr="000337B2" w:rsidRDefault="00610CD8" w:rsidP="00610CD8">
      <w:r>
        <w:rPr>
          <w:b/>
          <w:bCs/>
        </w:rPr>
        <w:t>Watching the pointer.</w:t>
      </w:r>
    </w:p>
    <w:p w14:paraId="23AF544B" w14:textId="77777777" w:rsidR="00610CD8" w:rsidRDefault="00610CD8" w:rsidP="00610CD8">
      <w:r>
        <w:t>The</w:t>
      </w:r>
      <w:r w:rsidRPr="000337B2">
        <w:t xml:space="preserve"> </w:t>
      </w:r>
      <w:r>
        <w:t>silver wrist</w:t>
      </w:r>
      <w:r w:rsidRPr="000337B2">
        <w:t xml:space="preserve">watch read </w:t>
      </w:r>
      <w:r>
        <w:t xml:space="preserve">exactly </w:t>
      </w:r>
      <w:r w:rsidRPr="000337B2">
        <w:t xml:space="preserve">six o’clock when the generator gave its dying wheeze. </w:t>
      </w:r>
    </w:p>
    <w:p w14:paraId="18418CED" w14:textId="77777777" w:rsidR="00610CD8" w:rsidRPr="000337B2" w:rsidRDefault="00610CD8" w:rsidP="00610CD8">
      <w:r w:rsidRPr="000337B2">
        <w:t xml:space="preserve">The sound had become familiar, but it still set </w:t>
      </w:r>
      <w:r>
        <w:t>Mike’s</w:t>
      </w:r>
      <w:r w:rsidRPr="000337B2">
        <w:t xml:space="preserve"> teeth on edge. He didn’t wait for the silence to swell around him. The instant the yellow light dimmed, he was already moving.</w:t>
      </w:r>
    </w:p>
    <w:p w14:paraId="25C8251C" w14:textId="10C84E41" w:rsidR="00610CD8" w:rsidRPr="000337B2" w:rsidRDefault="00610CD8" w:rsidP="00610CD8">
      <w:r w:rsidRPr="000337B2">
        <w:t xml:space="preserve">The hallway stretched ahead, washed in the thin gray of pre-dawn. His footsteps echoed off the walls with a clipped urgency. </w:t>
      </w:r>
      <w:r>
        <w:t>First through the Tiles, then the blue yellow carpet, h</w:t>
      </w:r>
      <w:r w:rsidRPr="000337B2">
        <w:t>e didn’t glance toward the stage as he crossed the dining room</w:t>
      </w:r>
      <w:r>
        <w:t xml:space="preserve"> or at t</w:t>
      </w:r>
      <w:r w:rsidRPr="000337B2">
        <w:t>he paper hats</w:t>
      </w:r>
      <w:r>
        <w:t xml:space="preserve"> on the tables</w:t>
      </w:r>
      <w:r w:rsidRPr="000337B2">
        <w:t>, the children’s drawings curling in their frames—none of it slowed him. He kept walking, shoulders squared, until the exit door thudded shut behind him.</w:t>
      </w:r>
    </w:p>
    <w:p w14:paraId="0A4461D1" w14:textId="77777777" w:rsidR="00610CD8" w:rsidRPr="000337B2" w:rsidRDefault="00610CD8" w:rsidP="00610CD8">
      <w:r w:rsidRPr="000337B2">
        <w:t>Outside, the air tasted faintly metallic,</w:t>
      </w:r>
      <w:r>
        <w:t xml:space="preserve"> </w:t>
      </w:r>
      <w:r w:rsidRPr="004356DB">
        <w:t>ozone and approaching rain</w:t>
      </w:r>
      <w:r>
        <w:t xml:space="preserve"> </w:t>
      </w:r>
      <w:r w:rsidRPr="004356DB">
        <w:t>clouds gather on the horizon like bruises against the pale sky.</w:t>
      </w:r>
    </w:p>
    <w:p w14:paraId="7C693CB4" w14:textId="77777777" w:rsidR="00610CD8" w:rsidRDefault="00610CD8" w:rsidP="00610CD8">
      <w:r w:rsidRPr="000337B2">
        <w:t>The car resisted him. Once. Twice. Three times the ignition stuttered, coughing into a hollow grind that threatened bills he couldn’t pay.</w:t>
      </w:r>
      <w:r>
        <w:t xml:space="preserve"> O</w:t>
      </w:r>
      <w:r w:rsidRPr="004356DB">
        <w:t>n the fourth try, it coughs to life with the mechanical equivalent of a death rattle.</w:t>
      </w:r>
    </w:p>
    <w:p w14:paraId="6C4AC4EB" w14:textId="77777777" w:rsidR="00610CD8" w:rsidRPr="000337B2" w:rsidRDefault="00610CD8" w:rsidP="00610CD8">
      <w:r w:rsidRPr="000337B2">
        <w:t>The dirt road, pine cones rolling down it, the main road, empty highway</w:t>
      </w:r>
      <w:r>
        <w:t>, the</w:t>
      </w:r>
      <w:r w:rsidRPr="000337B2">
        <w:t xml:space="preserve"> </w:t>
      </w:r>
      <w:r>
        <w:t>blank</w:t>
      </w:r>
      <w:r w:rsidRPr="000337B2">
        <w:t xml:space="preserve"> light above him stabbed too bright, drilling into his skull.</w:t>
      </w:r>
    </w:p>
    <w:p w14:paraId="756E107F" w14:textId="3AB55A2F" w:rsidR="00F252E8" w:rsidRDefault="00610CD8" w:rsidP="00610CD8">
      <w:r w:rsidRPr="000337B2">
        <w:t xml:space="preserve">At the gas station, the routine unfolded like steps in a ritual. </w:t>
      </w:r>
      <w:r w:rsidR="00F252E8" w:rsidRPr="000337B2">
        <w:t>He pulled his clothes from the machine</w:t>
      </w:r>
      <w:r w:rsidR="00F252E8">
        <w:t xml:space="preserve">. </w:t>
      </w:r>
      <w:r w:rsidR="00F252E8" w:rsidRPr="000337B2">
        <w:t>When he lifted the sweatshirt</w:t>
      </w:r>
      <w:r w:rsidR="00F252E8">
        <w:t xml:space="preserve"> to wear</w:t>
      </w:r>
      <w:r w:rsidR="00F252E8" w:rsidRPr="000337B2">
        <w:t xml:space="preserve">, </w:t>
      </w:r>
      <w:r w:rsidR="00F252E8">
        <w:t>a</w:t>
      </w:r>
      <w:r w:rsidR="00F252E8" w:rsidRPr="000337B2">
        <w:t xml:space="preserve"> stain bled across the fabric—dark, irregular, </w:t>
      </w:r>
      <w:r w:rsidR="00F252E8">
        <w:t>he wonders if it is o</w:t>
      </w:r>
      <w:r w:rsidR="00F252E8" w:rsidRPr="000337B2">
        <w:t>il</w:t>
      </w:r>
      <w:r w:rsidR="00F252E8">
        <w:t>,</w:t>
      </w:r>
      <w:r w:rsidR="00F252E8" w:rsidRPr="000337B2">
        <w:t xml:space="preserve"> Rust</w:t>
      </w:r>
      <w:r w:rsidR="00F252E8">
        <w:t xml:space="preserve">, </w:t>
      </w:r>
      <w:r w:rsidR="00F252E8" w:rsidRPr="00405C44">
        <w:t>He looks inside the machine, looking for any dirt.</w:t>
      </w:r>
      <w:r w:rsidR="00F252E8">
        <w:t xml:space="preserve"> But the o</w:t>
      </w:r>
      <w:r w:rsidR="00F252E8" w:rsidRPr="000337B2">
        <w:t>ther baskets around the other machines remind him</w:t>
      </w:r>
      <w:r w:rsidR="00F252E8">
        <w:t>: It’s a public</w:t>
      </w:r>
      <w:r w:rsidR="00F252E8" w:rsidRPr="000337B2">
        <w:t xml:space="preserve"> washer</w:t>
      </w:r>
      <w:r w:rsidR="00F252E8">
        <w:t>.</w:t>
      </w:r>
      <w:r w:rsidR="00F252E8" w:rsidRPr="000337B2">
        <w:t xml:space="preserve"> He </w:t>
      </w:r>
      <w:r w:rsidR="00F252E8">
        <w:t>took it anyway and headed to the shower.</w:t>
      </w:r>
    </w:p>
    <w:p w14:paraId="3267A223" w14:textId="77777777" w:rsidR="00F252E8" w:rsidRDefault="00610CD8" w:rsidP="00610CD8">
      <w:r w:rsidRPr="000337B2">
        <w:t>Hot water spilling into the basin</w:t>
      </w:r>
      <w:r w:rsidR="00F252E8">
        <w:t>, s</w:t>
      </w:r>
      <w:r w:rsidRPr="000337B2">
        <w:t xml:space="preserve">team fogging the mirror. </w:t>
      </w:r>
      <w:r w:rsidR="00F252E8" w:rsidRPr="00405C44">
        <w:t>He watches the fine, black dust flowing down the drain</w:t>
      </w:r>
      <w:r w:rsidR="00F252E8">
        <w:t xml:space="preserve">. </w:t>
      </w:r>
    </w:p>
    <w:p w14:paraId="192AB966" w14:textId="470BFFF8" w:rsidR="00610CD8" w:rsidRDefault="00610CD8" w:rsidP="00610CD8">
      <w:r w:rsidRPr="000337B2">
        <w:t>The familiar drag of a razor across skin</w:t>
      </w:r>
      <w:r w:rsidRPr="00405C44">
        <w:t>.</w:t>
      </w:r>
      <w:r w:rsidR="00F252E8">
        <w:t xml:space="preserve"> This time h</w:t>
      </w:r>
      <w:r w:rsidRPr="00405C44">
        <w:t xml:space="preserve">e doesn't bother unblurring the </w:t>
      </w:r>
      <w:r>
        <w:t xml:space="preserve">bathroom </w:t>
      </w:r>
      <w:r w:rsidRPr="00405C44">
        <w:t>mirror to see himself</w:t>
      </w:r>
      <w:r>
        <w:t xml:space="preserve"> properly as he </w:t>
      </w:r>
      <w:proofErr w:type="gramStart"/>
      <w:r>
        <w:t>bush</w:t>
      </w:r>
      <w:proofErr w:type="gramEnd"/>
      <w:r>
        <w:t xml:space="preserve"> his teeth</w:t>
      </w:r>
      <w:r w:rsidRPr="00405C44">
        <w:t>; his experience with reflections last night wasn't good</w:t>
      </w:r>
      <w:r>
        <w:t xml:space="preserve">, he only </w:t>
      </w:r>
      <w:proofErr w:type="gramStart"/>
      <w:r>
        <w:t>see</w:t>
      </w:r>
      <w:proofErr w:type="gramEnd"/>
      <w:r>
        <w:t xml:space="preserve"> the </w:t>
      </w:r>
      <w:r w:rsidRPr="00405C44">
        <w:t>blurred silhouette of his face.</w:t>
      </w:r>
      <w:r>
        <w:t xml:space="preserve"> </w:t>
      </w:r>
    </w:p>
    <w:p w14:paraId="17173FC5" w14:textId="77777777" w:rsidR="00610CD8" w:rsidRDefault="00610CD8" w:rsidP="00610CD8">
      <w:r>
        <w:t xml:space="preserve">Back in the car, </w:t>
      </w:r>
      <w:r w:rsidRPr="00405C44">
        <w:t>He adjusts the rearview mirror and observes the reflection of his eyes in it</w:t>
      </w:r>
      <w:r w:rsidRPr="000337B2">
        <w:t xml:space="preserve">, sagged toward collapse. </w:t>
      </w:r>
    </w:p>
    <w:p w14:paraId="71F62781" w14:textId="77777777" w:rsidR="00610CD8" w:rsidRDefault="00610CD8" w:rsidP="00610CD8">
      <w:r>
        <w:t>R</w:t>
      </w:r>
      <w:r w:rsidRPr="000337B2">
        <w:t>aw, swollen red, as if the skin around them had caved in. The lids twitched with exhaustion. Two nights on ten minutes of sleep or less, and his body was running out of places to hide the damage.</w:t>
      </w:r>
    </w:p>
    <w:p w14:paraId="2DA55205" w14:textId="77777777" w:rsidR="00F252E8" w:rsidRPr="000337B2" w:rsidRDefault="00F252E8" w:rsidP="00F252E8">
      <w:r>
        <w:lastRenderedPageBreak/>
        <w:t>He drove to t</w:t>
      </w:r>
      <w:r w:rsidRPr="000337B2">
        <w:t xml:space="preserve">he </w:t>
      </w:r>
      <w:r>
        <w:t xml:space="preserve">city’s </w:t>
      </w:r>
      <w:r w:rsidRPr="000337B2">
        <w:t>pharmacy. Inside, it smelled of cardboard and antiseptic.</w:t>
      </w:r>
      <w:r>
        <w:t xml:space="preserve"> </w:t>
      </w:r>
      <w:r w:rsidRPr="000337B2">
        <w:t>Mike placed the empty pill bottle on the counter. The label was worn smooth, the letters faded</w:t>
      </w:r>
      <w:r>
        <w:t>.</w:t>
      </w:r>
    </w:p>
    <w:p w14:paraId="3A485143" w14:textId="77777777" w:rsidR="00F252E8" w:rsidRPr="004356DB" w:rsidRDefault="00F252E8" w:rsidP="00F252E8">
      <w:r w:rsidRPr="004356DB">
        <w:t>The pharmacist, a</w:t>
      </w:r>
      <w:r>
        <w:t>n elder</w:t>
      </w:r>
      <w:r w:rsidRPr="004356DB">
        <w:t xml:space="preserve"> woman with silver hair and reading glasses on a chain holds a small pocket book, she examines the bottle briefly</w:t>
      </w:r>
      <w:r>
        <w:t>,</w:t>
      </w:r>
      <w:r w:rsidRPr="004356DB">
        <w:t xml:space="preserve"> </w:t>
      </w:r>
      <w:r>
        <w:t>taps</w:t>
      </w:r>
      <w:r w:rsidRPr="004356DB">
        <w:t xml:space="preserve"> to the date and look at Mike’s face, showing it expired months ago.</w:t>
      </w:r>
    </w:p>
    <w:p w14:paraId="03624575" w14:textId="77777777" w:rsidR="00F252E8" w:rsidRPr="000337B2" w:rsidRDefault="00F252E8" w:rsidP="00F252E8">
      <w:r w:rsidRPr="004356DB">
        <w:t>Mike says nothing, just stares back</w:t>
      </w:r>
      <w:r>
        <w:t xml:space="preserve"> h</w:t>
      </w:r>
      <w:r w:rsidRPr="000337B2">
        <w:t>ollow-eyed, shoulders pulled in tight, the kind of posture that looked less like waiting and more like barely staying upright.</w:t>
      </w:r>
    </w:p>
    <w:p w14:paraId="6C0F47A8" w14:textId="77777777" w:rsidR="00F252E8" w:rsidRDefault="00F252E8" w:rsidP="00F252E8">
      <w:r w:rsidRPr="000337B2">
        <w:t xml:space="preserve">The </w:t>
      </w:r>
      <w:r>
        <w:t xml:space="preserve">old </w:t>
      </w:r>
      <w:r w:rsidRPr="000337B2">
        <w:t xml:space="preserve">woman sighed. She </w:t>
      </w:r>
      <w:r>
        <w:t xml:space="preserve">slowly </w:t>
      </w:r>
      <w:r w:rsidRPr="000337B2">
        <w:t>set aside her pocketbook and disappeared down the aisle.</w:t>
      </w:r>
    </w:p>
    <w:p w14:paraId="213CF40A" w14:textId="77777777" w:rsidR="00F252E8" w:rsidRPr="000337B2" w:rsidRDefault="00F252E8" w:rsidP="00F252E8">
      <w:r w:rsidRPr="000337B2">
        <w:t>When she returned, she dropped a blue box on the counter—generic sleep aid, promising eight hours.</w:t>
      </w:r>
      <w:r>
        <w:t xml:space="preserve"> </w:t>
      </w:r>
      <w:r w:rsidRPr="000337B2">
        <w:t xml:space="preserve">Mike </w:t>
      </w:r>
      <w:r>
        <w:t>start counting his</w:t>
      </w:r>
      <w:r w:rsidRPr="000337B2">
        <w:t xml:space="preserve"> crumpled </w:t>
      </w:r>
      <w:r>
        <w:t xml:space="preserve">dollar </w:t>
      </w:r>
      <w:r w:rsidRPr="000337B2">
        <w:t>bills. His hands tremble</w:t>
      </w:r>
      <w:r>
        <w:t>s</w:t>
      </w:r>
      <w:r w:rsidRPr="000337B2">
        <w:t>, but her eyes were already back on her book b</w:t>
      </w:r>
      <w:r>
        <w:t>efore he even started.</w:t>
      </w:r>
    </w:p>
    <w:p w14:paraId="3A6AEEC9" w14:textId="77777777" w:rsidR="00F252E8" w:rsidRDefault="00F252E8" w:rsidP="00F252E8">
      <w:r w:rsidRPr="000337B2">
        <w:t>He</w:t>
      </w:r>
      <w:r>
        <w:t xml:space="preserve"> </w:t>
      </w:r>
      <w:proofErr w:type="gramStart"/>
      <w:r>
        <w:t>drop</w:t>
      </w:r>
      <w:proofErr w:type="gramEnd"/>
      <w:r>
        <w:t xml:space="preserve"> the bills,</w:t>
      </w:r>
      <w:r w:rsidRPr="000337B2">
        <w:t xml:space="preserve"> step</w:t>
      </w:r>
      <w:r>
        <w:t>s</w:t>
      </w:r>
      <w:r w:rsidRPr="000337B2">
        <w:t xml:space="preserve"> out with the </w:t>
      </w:r>
      <w:r>
        <w:t xml:space="preserve">pill </w:t>
      </w:r>
      <w:r w:rsidRPr="000337B2">
        <w:t xml:space="preserve">box in his pocket, drifted without thinking, and found himself inside Sparky’s again. The smell of coffee and fried bread. </w:t>
      </w:r>
      <w:r>
        <w:t xml:space="preserve">He sat in </w:t>
      </w:r>
      <w:r w:rsidRPr="00A55E52">
        <w:t>a different place now, at the counter, avoiding his usual spot near the window because there was already someone there</w:t>
      </w:r>
      <w:r>
        <w:t xml:space="preserve">. </w:t>
      </w:r>
      <w:r w:rsidRPr="000C7C7A">
        <w:t>A</w:t>
      </w:r>
      <w:r w:rsidRPr="004356DB">
        <w:t>n</w:t>
      </w:r>
      <w:r w:rsidRPr="000C7C7A">
        <w:t xml:space="preserve"> </w:t>
      </w:r>
      <w:r w:rsidRPr="004356DB">
        <w:t xml:space="preserve">old </w:t>
      </w:r>
      <w:r w:rsidRPr="000C7C7A">
        <w:t xml:space="preserve">man in a flannel shirt nursed a coffee at the counter. </w:t>
      </w:r>
    </w:p>
    <w:p w14:paraId="335775FA" w14:textId="77777777" w:rsidR="00F252E8" w:rsidRPr="000C7C7A" w:rsidRDefault="00F252E8" w:rsidP="00F252E8">
      <w:r>
        <w:t xml:space="preserve">A couple </w:t>
      </w:r>
      <w:r w:rsidRPr="000C7C7A">
        <w:t>bent over a shared plate of fries in the corner booth. The waitress was restocking napkins, not paying him any mind.</w:t>
      </w:r>
    </w:p>
    <w:p w14:paraId="3D55D34F" w14:textId="67E35B88" w:rsidR="00F252E8" w:rsidRDefault="00F252E8" w:rsidP="00F252E8">
      <w:r w:rsidRPr="000C7C7A">
        <w:t xml:space="preserve">The menu was already there, sticky-edged, and </w:t>
      </w:r>
      <w:r>
        <w:t>Mike</w:t>
      </w:r>
      <w:r w:rsidRPr="000C7C7A">
        <w:t xml:space="preserve"> kept his eyes on it though he wasn’t reading</w:t>
      </w:r>
      <w:r>
        <w:t>, just waiting to hear the same phrase a</w:t>
      </w:r>
      <w:r w:rsidR="00293711">
        <w:t>gain, almost anxious for it</w:t>
      </w:r>
      <w:r w:rsidRPr="000C7C7A">
        <w:t>. He just needed the noise, the space, the ordinary hum of a diner to wash out the afterimage of what he’d seen</w:t>
      </w:r>
      <w:r w:rsidR="00293711">
        <w:t xml:space="preserve"> that night</w:t>
      </w:r>
      <w:r w:rsidRPr="000C7C7A">
        <w:t>.</w:t>
      </w:r>
    </w:p>
    <w:p w14:paraId="03FE6A31" w14:textId="7DBE7F94" w:rsidR="00F252E8" w:rsidRPr="000C7C7A" w:rsidRDefault="00F252E8" w:rsidP="00F252E8">
      <w:r>
        <w:t>He headed down, then on his back he noticed a blurred shape in the damped window.</w:t>
      </w:r>
    </w:p>
    <w:p w14:paraId="20984F39" w14:textId="538C9378" w:rsidR="00F252E8" w:rsidRPr="000C7C7A" w:rsidRDefault="00F252E8" w:rsidP="00F252E8">
      <w:r>
        <w:t>Someone standing still</w:t>
      </w:r>
      <w:r w:rsidR="00293711">
        <w:t xml:space="preserve"> outside</w:t>
      </w:r>
      <w:r>
        <w:t>,</w:t>
      </w:r>
      <w:r w:rsidR="00293711">
        <w:t xml:space="preserve"> unmoving,</w:t>
      </w:r>
      <w:r>
        <w:t xml:space="preserve"> Mike stares for a moment, b</w:t>
      </w:r>
      <w:r w:rsidRPr="000C7C7A">
        <w:t>ut then—something caught at the edge of his vision.</w:t>
      </w:r>
    </w:p>
    <w:p w14:paraId="0E24092A" w14:textId="75FF5852" w:rsidR="00F252E8" w:rsidRPr="004356DB" w:rsidRDefault="00F252E8" w:rsidP="00F252E8">
      <w:r w:rsidRPr="000C7C7A">
        <w:t>The waitress</w:t>
      </w:r>
      <w:r>
        <w:t>, the clients</w:t>
      </w:r>
      <w:r w:rsidRPr="000C7C7A">
        <w:t xml:space="preserve">. In the blur of his peripheral, they were all facing </w:t>
      </w:r>
      <w:r>
        <w:t xml:space="preserve">directly at </w:t>
      </w:r>
      <w:r w:rsidRPr="000C7C7A">
        <w:t>him. Their heads angled just so</w:t>
      </w:r>
      <w:r w:rsidRPr="004356DB">
        <w:t>, completely still</w:t>
      </w:r>
      <w:r w:rsidRPr="000C7C7A">
        <w:t>, eyes fixed like dark pins</w:t>
      </w:r>
      <w:r>
        <w:t xml:space="preserve">, </w:t>
      </w:r>
      <w:proofErr w:type="spellStart"/>
      <w:r>
        <w:t>paralysed</w:t>
      </w:r>
      <w:proofErr w:type="spellEnd"/>
      <w:r>
        <w:t>, he slowly looked at his front again, eyes down, no contact</w:t>
      </w:r>
      <w:r w:rsidRPr="000C7C7A">
        <w:t>.</w:t>
      </w:r>
    </w:p>
    <w:p w14:paraId="1780405D" w14:textId="64673C2E" w:rsidR="00F252E8" w:rsidRPr="004356DB" w:rsidRDefault="00F252E8" w:rsidP="00F252E8">
      <w:r w:rsidRPr="004356DB">
        <w:t xml:space="preserve">He could feel their gaze like cold pins in his skin. </w:t>
      </w:r>
      <w:r>
        <w:t>H</w:t>
      </w:r>
      <w:r w:rsidRPr="00F97727">
        <w:t>is breat</w:t>
      </w:r>
      <w:r>
        <w:t xml:space="preserve">h involuntarily started </w:t>
      </w:r>
      <w:r w:rsidRPr="00F97727">
        <w:t>to quicken</w:t>
      </w:r>
      <w:r>
        <w:t>, but</w:t>
      </w:r>
      <w:r w:rsidRPr="004356DB">
        <w:t xml:space="preserve"> didn’t look up. He refused to</w:t>
      </w:r>
      <w:r>
        <w:t xml:space="preserve">, </w:t>
      </w:r>
      <w:r w:rsidRPr="004356DB">
        <w:t>gripp</w:t>
      </w:r>
      <w:r>
        <w:t>ing</w:t>
      </w:r>
      <w:r w:rsidRPr="004356DB">
        <w:t xml:space="preserve"> the edge of the menu until it bent in his hands, telling himself not to check, not to make it real. His chest pulled tight.</w:t>
      </w:r>
    </w:p>
    <w:p w14:paraId="349E56C0" w14:textId="3972DCB1" w:rsidR="00F252E8" w:rsidRDefault="00F252E8" w:rsidP="00F252E8">
      <w:r w:rsidRPr="0099599C">
        <w:t>His gaze tunneled</w:t>
      </w:r>
      <w:r>
        <w:t xml:space="preserve"> o</w:t>
      </w:r>
      <w:r w:rsidRPr="00B122FF">
        <w:t>n the glossy plastic cover of the menu</w:t>
      </w:r>
      <w:r w:rsidRPr="0099599C">
        <w:t xml:space="preserve"> until the</w:t>
      </w:r>
      <w:r>
        <w:t xml:space="preserve"> sound </w:t>
      </w:r>
      <w:r w:rsidRPr="0099599C">
        <w:t>startl</w:t>
      </w:r>
      <w:r>
        <w:t>ed</w:t>
      </w:r>
      <w:r w:rsidRPr="0099599C">
        <w:t xml:space="preserve"> him.</w:t>
      </w:r>
    </w:p>
    <w:p w14:paraId="43591262" w14:textId="48EC807E" w:rsidR="00F252E8" w:rsidRDefault="00F252E8" w:rsidP="00F252E8">
      <w:r w:rsidRPr="004356DB">
        <w:t>“</w:t>
      </w:r>
      <w:r w:rsidRPr="00F252E8">
        <w:rPr>
          <w:i/>
          <w:iCs/>
        </w:rPr>
        <w:t>We only have regular coffee and mixed cheese sandwich. Would you like some?</w:t>
      </w:r>
      <w:r w:rsidRPr="004356DB">
        <w:t>”</w:t>
      </w:r>
    </w:p>
    <w:p w14:paraId="0DFCB759" w14:textId="77777777" w:rsidR="00F252E8" w:rsidRDefault="00F252E8" w:rsidP="00F252E8"/>
    <w:p w14:paraId="5BEF28F4" w14:textId="77777777" w:rsidR="00F252E8" w:rsidRDefault="00F252E8" w:rsidP="00F252E8"/>
    <w:p w14:paraId="4B23146A" w14:textId="77777777" w:rsidR="00F252E8" w:rsidRPr="0099599C" w:rsidRDefault="00F252E8" w:rsidP="00F252E8">
      <w:r w:rsidRPr="0099599C">
        <w:lastRenderedPageBreak/>
        <w:t>The sound broke the illusion. He blinked, raised his head. The customers weren’t looking at him at all. They were eating, staring at their coffee mugs.</w:t>
      </w:r>
    </w:p>
    <w:p w14:paraId="1BD3060B" w14:textId="2866A2B0" w:rsidR="00F252E8" w:rsidRPr="00DD4BD6" w:rsidRDefault="00F252E8" w:rsidP="00F252E8">
      <w:r w:rsidRPr="00DD4BD6">
        <w:t>M</w:t>
      </w:r>
      <w:r>
        <w:t>ike</w:t>
      </w:r>
      <w:r w:rsidRPr="00DD4BD6">
        <w:t xml:space="preserve"> nodded again, watching her fill the cup, then trade words with the cook through the little service window. A plate slid out, clattering soft on the counter. Mike left the bills beside it without counting, already turning for the door.</w:t>
      </w:r>
    </w:p>
    <w:p w14:paraId="099B9E2E" w14:textId="00A83544" w:rsidR="00F252E8" w:rsidRPr="00DD4BD6" w:rsidRDefault="00F252E8" w:rsidP="00F252E8">
      <w:r w:rsidRPr="00DD4BD6">
        <w:t xml:space="preserve">In his car, he tore at the packet of pills, the coffee </w:t>
      </w:r>
      <w:r w:rsidR="00293711">
        <w:t>shaking</w:t>
      </w:r>
      <w:r w:rsidRPr="00DD4BD6">
        <w:t xml:space="preserve"> </w:t>
      </w:r>
      <w:r w:rsidR="00293711">
        <w:t>on his</w:t>
      </w:r>
      <w:r w:rsidRPr="00DD4BD6">
        <w:t xml:space="preserve"> other hand</w:t>
      </w:r>
      <w:r w:rsidR="00293711">
        <w:t>, almost spilling</w:t>
      </w:r>
      <w:r w:rsidRPr="00DD4BD6">
        <w:t xml:space="preserve">. He tipped the blister toward his mouth—then </w:t>
      </w:r>
      <w:r w:rsidR="00293711">
        <w:t xml:space="preserve">a heavy sound </w:t>
      </w:r>
      <w:r w:rsidRPr="00DD4BD6">
        <w:t>froze</w:t>
      </w:r>
      <w:r w:rsidR="00293711">
        <w:t xml:space="preserve"> him</w:t>
      </w:r>
      <w:r w:rsidRPr="00DD4BD6">
        <w:t>.</w:t>
      </w:r>
    </w:p>
    <w:p w14:paraId="320FF772" w14:textId="564C3881" w:rsidR="00F252E8" w:rsidRDefault="00F252E8" w:rsidP="00F252E8">
      <w:r w:rsidRPr="00DD4BD6">
        <w:t xml:space="preserve">A crow dropped onto the windshield with a thud that made the glass shiver. </w:t>
      </w:r>
      <w:r w:rsidR="00293711">
        <w:t>B</w:t>
      </w:r>
      <w:r w:rsidRPr="00DD4BD6">
        <w:t xml:space="preserve">lack eyes caught </w:t>
      </w:r>
      <w:r w:rsidR="00293711">
        <w:t xml:space="preserve">the light from </w:t>
      </w:r>
      <w:r w:rsidRPr="00DD4BD6">
        <w:t xml:space="preserve">the low clouds. </w:t>
      </w:r>
    </w:p>
    <w:p w14:paraId="299494C0" w14:textId="24598A2F" w:rsidR="00F252E8" w:rsidRDefault="00F252E8" w:rsidP="00F252E8">
      <w:r>
        <w:t>H</w:t>
      </w:r>
      <w:r w:rsidRPr="00DD4BD6">
        <w:t>alf-spread</w:t>
      </w:r>
      <w:r>
        <w:t xml:space="preserve"> its wings</w:t>
      </w:r>
      <w:r w:rsidRPr="00DD4BD6">
        <w:t>, tail flicking, tilted its head and fixed him with a stare. It stomped twice, feathers puffed, and loosed a volley of harsh caws</w:t>
      </w:r>
      <w:r>
        <w:t>.</w:t>
      </w:r>
    </w:p>
    <w:p w14:paraId="69F5FD1C" w14:textId="10B9D405" w:rsidR="00293711" w:rsidRDefault="00293711" w:rsidP="00F252E8">
      <w:r>
        <w:t>He</w:t>
      </w:r>
      <w:r w:rsidR="00F252E8">
        <w:t xml:space="preserve"> </w:t>
      </w:r>
      <w:r w:rsidR="00F252E8" w:rsidRPr="00DD4BD6">
        <w:t>shifted in his seat, but the bird didn’t flinch</w:t>
      </w:r>
      <w:r w:rsidR="00F252E8">
        <w:t xml:space="preserve"> </w:t>
      </w:r>
      <w:r w:rsidR="00F252E8" w:rsidRPr="00DD4BD6">
        <w:t>until its head twitched toward</w:t>
      </w:r>
      <w:r>
        <w:t xml:space="preserve"> his direction</w:t>
      </w:r>
      <w:r w:rsidR="00F252E8" w:rsidRPr="00DD4BD6">
        <w:t xml:space="preserve">. </w:t>
      </w:r>
    </w:p>
    <w:p w14:paraId="441B5667" w14:textId="240B8B91" w:rsidR="00F252E8" w:rsidRPr="00DD4BD6" w:rsidRDefault="00F252E8" w:rsidP="00F252E8">
      <w:r w:rsidRPr="00DD4BD6">
        <w:t xml:space="preserve">One final scream, </w:t>
      </w:r>
      <w:r>
        <w:t>Mike</w:t>
      </w:r>
      <w:r w:rsidRPr="00DD4BD6">
        <w:t xml:space="preserve"> felt the pill slip from his hand and </w:t>
      </w:r>
      <w:r>
        <w:t>the crow</w:t>
      </w:r>
      <w:r w:rsidRPr="00DD4BD6">
        <w:t xml:space="preserve"> launched itself skyward.</w:t>
      </w:r>
    </w:p>
    <w:p w14:paraId="781C6CAC" w14:textId="3CAED180" w:rsidR="00F252E8" w:rsidRPr="00DD4BD6" w:rsidRDefault="00F252E8" w:rsidP="00F252E8">
      <w:r w:rsidRPr="00DD4BD6">
        <w:t xml:space="preserve">Mike’s gaze followed </w:t>
      </w:r>
      <w:r w:rsidR="00293711">
        <w:t>it</w:t>
      </w:r>
      <w:r w:rsidRPr="00DD4BD6">
        <w:t>—and landed on the direction of the library. He exhaled, drained half the coffee</w:t>
      </w:r>
      <w:r>
        <w:t>,</w:t>
      </w:r>
      <w:r w:rsidRPr="00DD4BD6">
        <w:t xml:space="preserve"> climbed </w:t>
      </w:r>
      <w:r>
        <w:t xml:space="preserve">the car </w:t>
      </w:r>
      <w:r w:rsidRPr="00DD4BD6">
        <w:t>out and walked</w:t>
      </w:r>
      <w:r>
        <w:t>, uncertain steps</w:t>
      </w:r>
      <w:r w:rsidRPr="00DD4BD6">
        <w:t>.</w:t>
      </w:r>
    </w:p>
    <w:p w14:paraId="758201DC" w14:textId="77777777" w:rsidR="00F252E8" w:rsidRPr="00DD4BD6" w:rsidRDefault="00F252E8" w:rsidP="00F252E8">
      <w:r w:rsidRPr="00DD4BD6">
        <w:t xml:space="preserve">Inside, the library air pressed, </w:t>
      </w:r>
      <w:r>
        <w:t>t</w:t>
      </w:r>
      <w:r w:rsidRPr="00DD4BD6">
        <w:t xml:space="preserve">he reception desk stood empty. The aisles were hushed, the books leaning in </w:t>
      </w:r>
      <w:r>
        <w:t>their</w:t>
      </w:r>
      <w:r w:rsidRPr="00DD4BD6">
        <w:t xml:space="preserve"> rows</w:t>
      </w:r>
      <w:r>
        <w:t>, in the corner, the printers and FAX machines.</w:t>
      </w:r>
    </w:p>
    <w:p w14:paraId="0BB0A636" w14:textId="77777777" w:rsidR="00293711" w:rsidRDefault="00F252E8" w:rsidP="00F252E8">
      <w:r w:rsidRPr="00DD4BD6">
        <w:t xml:space="preserve">The computer corner was dark. All monitors </w:t>
      </w:r>
      <w:r>
        <w:t>off</w:t>
      </w:r>
      <w:r w:rsidRPr="00DD4BD6">
        <w:t>, their black screens showing only warped reflections of the ceiling fluorescents</w:t>
      </w:r>
      <w:r>
        <w:t xml:space="preserve"> in their cases</w:t>
      </w:r>
      <w:r w:rsidRPr="00DD4BD6">
        <w:t xml:space="preserve">. On the nearest one, a crooked note read in felt-tip: </w:t>
      </w:r>
    </w:p>
    <w:p w14:paraId="178E4D09" w14:textId="1CFC074C" w:rsidR="00F252E8" w:rsidRPr="00DD4BD6" w:rsidRDefault="00F252E8" w:rsidP="00F252E8">
      <w:r w:rsidRPr="00293711">
        <w:rPr>
          <w:rFonts w:ascii="Microsoft JhengHei Light" w:eastAsia="Microsoft JhengHei Light" w:hAnsi="Microsoft JhengHei Light"/>
        </w:rPr>
        <w:t>Sorry! Out of order</w:t>
      </w:r>
      <w:r w:rsidRPr="00DD4BD6">
        <w:rPr>
          <w:i/>
          <w:iCs/>
        </w:rPr>
        <w:t>.</w:t>
      </w:r>
    </w:p>
    <w:p w14:paraId="492E0C57" w14:textId="77777777" w:rsidR="00F252E8" w:rsidRPr="00DD4BD6" w:rsidRDefault="00F252E8" w:rsidP="00F252E8">
      <w:r w:rsidRPr="00DD4BD6">
        <w:t>Mike glanced around. Nobody. No footsteps, no voices. He peeled the note free, pressed the power button.</w:t>
      </w:r>
    </w:p>
    <w:p w14:paraId="1B6C7A44" w14:textId="2B9B3E7F" w:rsidR="00293711" w:rsidRPr="00DD4BD6" w:rsidRDefault="00F252E8" w:rsidP="00F252E8">
      <w:r w:rsidRPr="00DD4BD6">
        <w:t>The tower hummed. The screen blinked alive. Then—</w:t>
      </w:r>
      <w:r w:rsidRPr="00DD4BD6">
        <w:br/>
        <w:t>A hiss. Low, unfamiliar, steady. Not the static hum of old circuitry but something wetter, closer, wrong.</w:t>
      </w:r>
    </w:p>
    <w:p w14:paraId="31EA7938" w14:textId="77777777" w:rsidR="00F252E8" w:rsidRPr="00DD4BD6" w:rsidRDefault="00F252E8" w:rsidP="00F252E8">
      <w:r w:rsidRPr="00DD4BD6">
        <w:t>"</w:t>
      </w:r>
      <w:r w:rsidRPr="00DD4BD6">
        <w:rPr>
          <w:i/>
          <w:iCs/>
        </w:rPr>
        <w:t>It's broken, sir. No signal.</w:t>
      </w:r>
      <w:r w:rsidRPr="00DD4BD6">
        <w:t>"</w:t>
      </w:r>
    </w:p>
    <w:p w14:paraId="05387515" w14:textId="2106C971" w:rsidR="00293711" w:rsidRDefault="00F252E8" w:rsidP="00293711">
      <w:r w:rsidRPr="00DD4BD6">
        <w:t xml:space="preserve">Mike’s chest clenched. The </w:t>
      </w:r>
      <w:r>
        <w:t>voice came from</w:t>
      </w:r>
      <w:r w:rsidRPr="00DD4BD6">
        <w:t xml:space="preserve"> behind him, though Mike hadn’t heard a step. </w:t>
      </w:r>
      <w:r w:rsidR="00293711" w:rsidRPr="00DD4BD6">
        <w:t xml:space="preserve">The reflection of his glasses </w:t>
      </w:r>
      <w:r w:rsidR="00293711">
        <w:t xml:space="preserve">is all he </w:t>
      </w:r>
      <w:proofErr w:type="gramStart"/>
      <w:r w:rsidR="00293711">
        <w:t>see</w:t>
      </w:r>
      <w:proofErr w:type="gramEnd"/>
      <w:r w:rsidR="00293711">
        <w:t xml:space="preserve"> on the </w:t>
      </w:r>
      <w:r w:rsidR="00293711" w:rsidRPr="00DD4BD6">
        <w:t>dimmed monitor’s gl</w:t>
      </w:r>
      <w:r w:rsidR="00293711">
        <w:t>ass</w:t>
      </w:r>
      <w:r w:rsidR="00293711" w:rsidRPr="00DD4BD6">
        <w:t>.</w:t>
      </w:r>
    </w:p>
    <w:p w14:paraId="0B39222D" w14:textId="61F06C89" w:rsidR="00F252E8" w:rsidRDefault="00F252E8" w:rsidP="00F252E8"/>
    <w:p w14:paraId="146287F2" w14:textId="77777777" w:rsidR="00293711" w:rsidRDefault="00293711" w:rsidP="00F252E8"/>
    <w:p w14:paraId="541995CD" w14:textId="77777777" w:rsidR="00293711" w:rsidRDefault="00293711" w:rsidP="00F252E8"/>
    <w:p w14:paraId="0130F382" w14:textId="77777777" w:rsidR="00293711" w:rsidRDefault="00293711" w:rsidP="00293711">
      <w:r w:rsidRPr="00DD4BD6">
        <w:lastRenderedPageBreak/>
        <w:t>"</w:t>
      </w:r>
      <w:r w:rsidRPr="00293711">
        <w:rPr>
          <w:i/>
          <w:iCs/>
        </w:rPr>
        <w:t>Is there an estimated time for it to return to normal?</w:t>
      </w:r>
      <w:r w:rsidRPr="00DD4BD6">
        <w:t xml:space="preserve">" </w:t>
      </w:r>
    </w:p>
    <w:p w14:paraId="4DFA7ADF" w14:textId="4C830D57" w:rsidR="00293711" w:rsidRPr="00DD4BD6" w:rsidRDefault="00293711" w:rsidP="00293711">
      <w:r w:rsidRPr="00DD4BD6">
        <w:t>Mike asked, steady voice</w:t>
      </w:r>
      <w:r>
        <w:t xml:space="preserve"> looking only at the man’s dark silhouette, tension</w:t>
      </w:r>
      <w:r w:rsidRPr="00DD4BD6">
        <w:t xml:space="preserve"> screaming in his veins.</w:t>
      </w:r>
    </w:p>
    <w:p w14:paraId="1D48A325" w14:textId="77777777" w:rsidR="00293711" w:rsidRDefault="00293711" w:rsidP="00293711">
      <w:r w:rsidRPr="00DD4BD6">
        <w:t>"</w:t>
      </w:r>
      <w:r w:rsidRPr="00DD4BD6">
        <w:rPr>
          <w:i/>
          <w:iCs/>
        </w:rPr>
        <w:t>I fear not. There’s a problem with the signal tower. Maybe because of the storm.</w:t>
      </w:r>
      <w:r w:rsidRPr="00DD4BD6">
        <w:t xml:space="preserve">" </w:t>
      </w:r>
    </w:p>
    <w:p w14:paraId="06A77120" w14:textId="77777777" w:rsidR="00293711" w:rsidRPr="00DD4BD6" w:rsidRDefault="00293711" w:rsidP="00293711">
      <w:r w:rsidRPr="00DD4BD6">
        <w:t>The man’s tone was flat.</w:t>
      </w:r>
    </w:p>
    <w:p w14:paraId="60AB9251" w14:textId="77777777" w:rsidR="00293711" w:rsidRPr="00DD4BD6" w:rsidRDefault="00293711" w:rsidP="00293711">
      <w:r w:rsidRPr="00DD4BD6">
        <w:t>Mike rose carefully from the chair, still facing forward.</w:t>
      </w:r>
      <w:r w:rsidRPr="00DD4BD6">
        <w:br/>
        <w:t>“</w:t>
      </w:r>
      <w:r w:rsidRPr="00293711">
        <w:rPr>
          <w:i/>
          <w:iCs/>
        </w:rPr>
        <w:t>T-Thanks.</w:t>
      </w:r>
      <w:r w:rsidRPr="00DD4BD6">
        <w:t>”</w:t>
      </w:r>
    </w:p>
    <w:p w14:paraId="31192862" w14:textId="77777777" w:rsidR="00293711" w:rsidRPr="00DD4BD6" w:rsidRDefault="00293711" w:rsidP="00293711">
      <w:r w:rsidRPr="00DD4BD6">
        <w:t>He edged sideways, step by step, until he reached the door.</w:t>
      </w:r>
    </w:p>
    <w:p w14:paraId="2D2F1437" w14:textId="77777777" w:rsidR="00293711" w:rsidRPr="00DD4BD6" w:rsidRDefault="00293711" w:rsidP="00293711">
      <w:r>
        <w:t>T</w:t>
      </w:r>
      <w:r w:rsidRPr="00DD4BD6">
        <w:t>he hallway stretched unnaturally long, the overhead lights</w:t>
      </w:r>
      <w:r>
        <w:t xml:space="preserve"> aching in his view</w:t>
      </w:r>
      <w:r w:rsidRPr="00DD4BD6">
        <w:t>. His shoes pulled against the floor.</w:t>
      </w:r>
    </w:p>
    <w:p w14:paraId="022748F1" w14:textId="77777777" w:rsidR="00293711" w:rsidRPr="00DD4BD6" w:rsidRDefault="00293711" w:rsidP="00293711">
      <w:r w:rsidRPr="00DD4BD6">
        <w:t>The doors released him into air that tasted of iron.</w:t>
      </w:r>
    </w:p>
    <w:p w14:paraId="3825F98D" w14:textId="77777777" w:rsidR="00293711" w:rsidRPr="00DD4BD6" w:rsidRDefault="00293711" w:rsidP="00293711">
      <w:r w:rsidRPr="00DD4BD6">
        <w:t>Across the sidewalk,</w:t>
      </w:r>
      <w:r>
        <w:t xml:space="preserve"> Mike bumped in</w:t>
      </w:r>
      <w:r w:rsidRPr="00DD4BD6">
        <w:t xml:space="preserve"> a black sedan </w:t>
      </w:r>
      <w:r>
        <w:t>that</w:t>
      </w:r>
      <w:r w:rsidRPr="00DD4BD6">
        <w:t xml:space="preserve"> hadn’t been</w:t>
      </w:r>
      <w:r>
        <w:t xml:space="preserve"> parked</w:t>
      </w:r>
      <w:r w:rsidRPr="00DD4BD6">
        <w:t xml:space="preserve"> there before.</w:t>
      </w:r>
    </w:p>
    <w:p w14:paraId="23E37250" w14:textId="77777777" w:rsidR="00293711" w:rsidRPr="00DD4BD6" w:rsidRDefault="00293711" w:rsidP="00293711">
      <w:r w:rsidRPr="00DD4BD6">
        <w:t>Mike forced himself past it, every step loud in his ears, and slammed into the safety of his own car</w:t>
      </w:r>
      <w:r>
        <w:t xml:space="preserve"> again</w:t>
      </w:r>
      <w:r w:rsidRPr="00DD4BD6">
        <w:t>. Hands trembling, he dug for his cell phone. The screen flickered gray, then black. Battery dead.</w:t>
      </w:r>
    </w:p>
    <w:p w14:paraId="67A53A9B" w14:textId="77777777" w:rsidR="00293711" w:rsidRDefault="00293711" w:rsidP="00293711">
      <w:r>
        <w:t xml:space="preserve">He </w:t>
      </w:r>
      <w:r w:rsidRPr="00594651">
        <w:t xml:space="preserve">searched the floor of the car, sweeping his hand under the seat, between the pedals, into the cracks where dust and coins collected. </w:t>
      </w:r>
    </w:p>
    <w:p w14:paraId="48C63A74" w14:textId="77777777" w:rsidR="00293711" w:rsidRDefault="00293711" w:rsidP="00293711">
      <w:r w:rsidRPr="00594651">
        <w:t>No pills. Only crumbs and grit. With a groan, he pulled the half-crushed box from the passenger seat and shook out what remained. Three small tablets rattled into his palm. He swallowed them dry, the chalky edges catching in his throat.</w:t>
      </w:r>
    </w:p>
    <w:p w14:paraId="77BD4E6D" w14:textId="77777777" w:rsidR="00293711" w:rsidRDefault="00293711" w:rsidP="00293711">
      <w:r w:rsidRPr="00594651">
        <w:t>The dizziness came quick, flooding behind his eyes like rushing water. His body slumped, heavy against the seatbelt, until the world guttered out.</w:t>
      </w:r>
    </w:p>
    <w:p w14:paraId="717FC141" w14:textId="77777777" w:rsidR="00293711" w:rsidRDefault="00293711" w:rsidP="00293711"/>
    <w:p w14:paraId="3D06BB2D" w14:textId="77777777" w:rsidR="00293711" w:rsidRDefault="00293711" w:rsidP="00293711"/>
    <w:p w14:paraId="42F458C5" w14:textId="77777777" w:rsidR="00293711" w:rsidRDefault="00293711" w:rsidP="00293711"/>
    <w:p w14:paraId="63F010FE" w14:textId="77777777" w:rsidR="00293711" w:rsidRDefault="00293711" w:rsidP="00293711"/>
    <w:p w14:paraId="31647C02" w14:textId="77777777" w:rsidR="00293711" w:rsidRDefault="00293711" w:rsidP="00293711"/>
    <w:p w14:paraId="59A088A7" w14:textId="77777777" w:rsidR="00293711" w:rsidRDefault="00293711" w:rsidP="00293711"/>
    <w:p w14:paraId="770D816C" w14:textId="77777777" w:rsidR="00293711" w:rsidRDefault="00293711" w:rsidP="00293711"/>
    <w:p w14:paraId="7BE1E6E9" w14:textId="77777777" w:rsidR="00293711" w:rsidRPr="00594651" w:rsidRDefault="00293711" w:rsidP="00293711"/>
    <w:p w14:paraId="3476A715" w14:textId="77777777" w:rsidR="00293711" w:rsidRDefault="00293711" w:rsidP="00293711">
      <w:r w:rsidRPr="00594651">
        <w:lastRenderedPageBreak/>
        <w:t xml:space="preserve">When he surfaced again, the windshield was a sheet of darkness. </w:t>
      </w:r>
    </w:p>
    <w:p w14:paraId="46F4914B" w14:textId="77777777" w:rsidR="00293711" w:rsidRPr="00594651" w:rsidRDefault="00293711" w:rsidP="00293711">
      <w:r w:rsidRPr="00594651">
        <w:t>His watch ticked 10:3</w:t>
      </w:r>
      <w:r>
        <w:t>5</w:t>
      </w:r>
      <w:r w:rsidRPr="00594651">
        <w:t xml:space="preserve"> P.M. He couldn’t remember closing his eyes, only the blur between one heartbeat and the next.</w:t>
      </w:r>
    </w:p>
    <w:p w14:paraId="59A98818" w14:textId="77777777" w:rsidR="00293711" w:rsidRDefault="00293711" w:rsidP="00293711">
      <w:r w:rsidRPr="00594651">
        <w:t xml:space="preserve">He started the car and drove in silence to the station. </w:t>
      </w:r>
    </w:p>
    <w:p w14:paraId="2F76BAB8" w14:textId="32308D53" w:rsidR="00293711" w:rsidRDefault="00293711" w:rsidP="00293711">
      <w:r w:rsidRPr="00594651">
        <w:t xml:space="preserve">Inside, the air was as sterile, humming with fluorescent lights that never seemed to switch off. Mike peeled out of his gray sweatshirt and into the uniform, the familiar fabric pressing cold against his skin. </w:t>
      </w:r>
    </w:p>
    <w:p w14:paraId="703C0F8C" w14:textId="77777777" w:rsidR="00293711" w:rsidRPr="00C56E4B" w:rsidRDefault="00293711" w:rsidP="00293711">
      <w:r w:rsidRPr="00C56E4B">
        <w:t xml:space="preserve">Back in the car, the highway stretched long and empty, only the occasional pair of headlights sliding past. </w:t>
      </w:r>
      <w:r>
        <w:t>He turned left in the road, t</w:t>
      </w:r>
      <w:r w:rsidRPr="00C56E4B">
        <w:t xml:space="preserve">he further he drove, the rougher </w:t>
      </w:r>
      <w:r>
        <w:t xml:space="preserve">it </w:t>
      </w:r>
      <w:r w:rsidRPr="00C56E4B">
        <w:t xml:space="preserve">became. the hum of the engine, and the uneven bump of </w:t>
      </w:r>
      <w:r>
        <w:t xml:space="preserve">the </w:t>
      </w:r>
      <w:r w:rsidRPr="00C56E4B">
        <w:t>pine cones being run over.</w:t>
      </w:r>
    </w:p>
    <w:p w14:paraId="29C7436B" w14:textId="31D7CE86" w:rsidR="00293711" w:rsidRPr="00C56E4B" w:rsidRDefault="00293711" w:rsidP="00293711">
      <w:r w:rsidRPr="00C56E4B">
        <w:t>Through the fractured clouds</w:t>
      </w:r>
      <w:r>
        <w:t xml:space="preserve"> between the trees</w:t>
      </w:r>
      <w:r w:rsidRPr="00C56E4B">
        <w:t>, the moon broke for the first time since his arrival. Not bright, not clean, but blurred and heavy, throwing silver across the wet pavement. Mike caught himself staring too long, letting the light trick his eyes into shapes.</w:t>
      </w:r>
      <w:r w:rsidR="005425F9">
        <w:t xml:space="preserve"> </w:t>
      </w:r>
      <w:r>
        <w:t>Mike</w:t>
      </w:r>
      <w:r w:rsidRPr="00C56E4B">
        <w:t xml:space="preserve"> tightened his grip on the wheel.</w:t>
      </w:r>
    </w:p>
    <w:p w14:paraId="5C72348A" w14:textId="77777777" w:rsidR="00293711" w:rsidRDefault="00293711" w:rsidP="00293711">
      <w:r w:rsidRPr="00C56E4B">
        <w:t>He parked in the same spot, gravel crunching under the tires. The restaurant loomed ahead, less black tonight under the faint wash of moonlight. Its windows caught a pale gleam, like eyes half-open.</w:t>
      </w:r>
      <w:r>
        <w:t xml:space="preserve"> </w:t>
      </w:r>
    </w:p>
    <w:p w14:paraId="16EEEE2B" w14:textId="29E61A36" w:rsidR="00293711" w:rsidRDefault="00293711" w:rsidP="00293711">
      <w:r w:rsidRPr="00C56E4B">
        <w:t>He swiped his magnetic card. The door gave way with its familiar electric buzz.</w:t>
      </w:r>
      <w:r>
        <w:t xml:space="preserve"> </w:t>
      </w:r>
      <w:r w:rsidRPr="00C56E4B">
        <w:t>The walk inside felt rehearsed: lobby, dining room, rows of expectant tables</w:t>
      </w:r>
      <w:r>
        <w:t>, t</w:t>
      </w:r>
      <w:r w:rsidRPr="00C56E4B">
        <w:t xml:space="preserve">he carousel. His body moved, but his mind dragged behind, resisting. At the second stage, </w:t>
      </w:r>
      <w:r>
        <w:t>a</w:t>
      </w:r>
      <w:r w:rsidRPr="00C56E4B">
        <w:t xml:space="preserve"> sign bolted to the platform: </w:t>
      </w:r>
    </w:p>
    <w:p w14:paraId="673399D2" w14:textId="77777777" w:rsidR="00293711" w:rsidRPr="00C56E4B" w:rsidRDefault="00293711" w:rsidP="00293711">
      <w:pPr>
        <w:rPr>
          <w:i/>
          <w:iCs/>
        </w:rPr>
      </w:pPr>
      <w:r w:rsidRPr="00293711">
        <w:rPr>
          <w:rFonts w:ascii="Microsoft JhengHei Light" w:eastAsia="Microsoft JhengHei Light" w:hAnsi="Microsoft JhengHei Light"/>
        </w:rPr>
        <w:t>SORRY! OUT OF ORDER</w:t>
      </w:r>
      <w:r w:rsidRPr="00C56E4B">
        <w:rPr>
          <w:i/>
          <w:iCs/>
        </w:rPr>
        <w:t>.</w:t>
      </w:r>
      <w:r w:rsidRPr="00C56E4B">
        <w:br/>
        <w:t>Same words, same blunt font as the handwritten note on the library computer. Identical, down to the uneven spacing. Mike’s scalp prickled. Coincidence didn’t stretch that far.</w:t>
      </w:r>
    </w:p>
    <w:p w14:paraId="41A101F4" w14:textId="77777777" w:rsidR="00293711" w:rsidRPr="00C56E4B" w:rsidRDefault="00293711" w:rsidP="00293711">
      <w:r w:rsidRPr="00C56E4B">
        <w:t xml:space="preserve">Paranoia itched at the base of his skull as he forced himself down the hallway. Posters curled from the </w:t>
      </w:r>
      <w:proofErr w:type="gramStart"/>
      <w:r w:rsidRPr="00C56E4B">
        <w:t>walls,</w:t>
      </w:r>
      <w:proofErr w:type="gramEnd"/>
      <w:r w:rsidRPr="00C56E4B">
        <w:t xml:space="preserve"> children’s drawings fluttered in the draft. The crayon figures seemed to shift as he passed. A smiling </w:t>
      </w:r>
      <w:r>
        <w:t>seemed to</w:t>
      </w:r>
      <w:r w:rsidRPr="00C56E4B">
        <w:t xml:space="preserve"> </w:t>
      </w:r>
      <w:r>
        <w:t xml:space="preserve">even </w:t>
      </w:r>
      <w:r w:rsidRPr="00C56E4B">
        <w:t xml:space="preserve">blink once. </w:t>
      </w:r>
    </w:p>
    <w:p w14:paraId="58D4C05C" w14:textId="77777777" w:rsidR="00293711" w:rsidRPr="00C56E4B" w:rsidRDefault="00293711" w:rsidP="00293711">
      <w:r w:rsidRPr="00C56E4B">
        <w:t>Mike kept his eyes forward. Pretend not to see, pretend not to think</w:t>
      </w:r>
      <w:r>
        <w:t>,</w:t>
      </w:r>
      <w:r w:rsidRPr="00C56E4B">
        <w:t xml:space="preserve"> just the motion blur</w:t>
      </w:r>
      <w:r>
        <w:t xml:space="preserve"> and his mind playing tricks.</w:t>
      </w:r>
    </w:p>
    <w:p w14:paraId="74E477A3" w14:textId="77777777" w:rsidR="00293711" w:rsidRPr="00C56E4B" w:rsidRDefault="00293711" w:rsidP="00293711">
      <w:r w:rsidRPr="00C56E4B">
        <w:t>The cramped security room swallowed him with its familiar stale air. He threw the generator switch. The yellow light sighed back to life, buzzing faintly. Jacket hung on the right. Flashlight on the left</w:t>
      </w:r>
      <w:r>
        <w:t xml:space="preserve"> on the ground</w:t>
      </w:r>
      <w:r w:rsidRPr="00C56E4B">
        <w:t>.</w:t>
      </w:r>
    </w:p>
    <w:p w14:paraId="7BCEAFD5" w14:textId="6F62F404" w:rsidR="00293711" w:rsidRPr="00C56E4B" w:rsidRDefault="00293711" w:rsidP="00293711">
      <w:r w:rsidRPr="00C56E4B">
        <w:t xml:space="preserve">On the desk, the </w:t>
      </w:r>
      <w:proofErr w:type="spellStart"/>
      <w:r w:rsidRPr="00C56E4B">
        <w:t>Talkboy’s</w:t>
      </w:r>
      <w:proofErr w:type="spellEnd"/>
      <w:r w:rsidRPr="00C56E4B">
        <w:t xml:space="preserve"> red light blink</w:t>
      </w:r>
      <w:r w:rsidR="002B0F40">
        <w:t>s</w:t>
      </w:r>
      <w:r w:rsidRPr="00C56E4B">
        <w:t>.</w:t>
      </w:r>
    </w:p>
    <w:p w14:paraId="433C75E4" w14:textId="37134273" w:rsidR="00293711" w:rsidRPr="00293711" w:rsidRDefault="00293711" w:rsidP="00293711">
      <w:pPr>
        <w:rPr>
          <w:rFonts w:ascii="OCR A Extended" w:hAnsi="OCR A Extended"/>
          <w:b/>
          <w:bCs/>
        </w:rPr>
      </w:pPr>
      <w:r w:rsidRPr="00293711">
        <w:rPr>
          <w:rFonts w:ascii="OCR A Extended" w:hAnsi="OCR A Extended"/>
          <w:b/>
          <w:bCs/>
        </w:rPr>
        <w:t>2 messages left.</w:t>
      </w:r>
    </w:p>
    <w:p w14:paraId="01837AE2" w14:textId="7E8F08C9" w:rsidR="00293711" w:rsidRDefault="00293711" w:rsidP="00293711">
      <w:pPr>
        <w:rPr>
          <w:rFonts w:ascii="OCR A Extended" w:hAnsi="OCR A Extended"/>
        </w:rPr>
      </w:pPr>
      <w:r w:rsidRPr="00C56E4B">
        <w:t>Mike presse</w:t>
      </w:r>
      <w:r w:rsidR="002B0F40">
        <w:t>s</w:t>
      </w:r>
      <w:r w:rsidRPr="00C56E4B">
        <w:t xml:space="preserve"> </w:t>
      </w:r>
      <w:r w:rsidR="005425F9">
        <w:rPr>
          <w:rFonts w:ascii="OCR A Extended" w:hAnsi="OCR A Extended"/>
        </w:rPr>
        <w:t>P</w:t>
      </w:r>
      <w:r w:rsidRPr="005425F9">
        <w:rPr>
          <w:rFonts w:ascii="OCR A Extended" w:hAnsi="OCR A Extended"/>
        </w:rPr>
        <w:t>lay.</w:t>
      </w:r>
    </w:p>
    <w:p w14:paraId="5004ECE9" w14:textId="77777777" w:rsidR="00931403" w:rsidRPr="00931403" w:rsidRDefault="00931403" w:rsidP="00931403">
      <w:pPr>
        <w:rPr>
          <w:i/>
          <w:iCs/>
          <w:sz w:val="20"/>
          <w:szCs w:val="20"/>
        </w:rPr>
      </w:pPr>
      <w:r w:rsidRPr="00CD0610">
        <w:rPr>
          <w:b/>
          <w:bCs/>
        </w:rPr>
        <w:lastRenderedPageBreak/>
        <w:t>[Tape hiss. Chair creaks. A long exhale like someone fighting nausea.]</w:t>
      </w:r>
      <w:r w:rsidRPr="00CD0610">
        <w:rPr>
          <w:b/>
          <w:bCs/>
        </w:rPr>
        <w:br/>
      </w:r>
      <w:r w:rsidRPr="00931403">
        <w:rPr>
          <w:i/>
          <w:iCs/>
          <w:sz w:val="20"/>
          <w:szCs w:val="20"/>
        </w:rPr>
        <w:t>“Hello—hello? Hey. Hey. Wow. Day four. I knew you could do it.</w:t>
      </w:r>
      <w:r w:rsidRPr="00931403">
        <w:rPr>
          <w:i/>
          <w:iCs/>
          <w:sz w:val="20"/>
          <w:szCs w:val="20"/>
        </w:rPr>
        <w:br/>
        <w:t>Uh… or three. I was going to re-record a message to replace yesterday’s, but, well… I haven’t figured out how to delete or replace these, so maybe you didn’t hear my last one. In case you did… In my name and in Freddy’s name. I’m sorry if I caused you any distress. God, I think I messed up.</w:t>
      </w:r>
      <w:r w:rsidRPr="00931403">
        <w:rPr>
          <w:i/>
          <w:iCs/>
          <w:sz w:val="20"/>
          <w:szCs w:val="20"/>
        </w:rPr>
        <w:br/>
        <w:t>I’ll compensate you in your payment if you’re still there, of course. I wouldn’t get why you’d want to be here after that. It was very unprofessional of me.”</w:t>
      </w:r>
    </w:p>
    <w:p w14:paraId="680173BE" w14:textId="77777777" w:rsidR="00931403" w:rsidRPr="00931403" w:rsidRDefault="00931403" w:rsidP="00931403">
      <w:pPr>
        <w:rPr>
          <w:i/>
          <w:iCs/>
          <w:sz w:val="20"/>
          <w:szCs w:val="20"/>
        </w:rPr>
      </w:pPr>
      <w:r w:rsidRPr="00931403">
        <w:rPr>
          <w:b/>
          <w:bCs/>
          <w:sz w:val="20"/>
          <w:szCs w:val="20"/>
        </w:rPr>
        <w:t>[Uneasy chuckle. A pause that stretches too long.]</w:t>
      </w:r>
      <w:r w:rsidRPr="00931403">
        <w:rPr>
          <w:b/>
          <w:bCs/>
          <w:sz w:val="20"/>
          <w:szCs w:val="20"/>
        </w:rPr>
        <w:br/>
      </w:r>
      <w:r w:rsidRPr="00931403">
        <w:rPr>
          <w:i/>
          <w:iCs/>
          <w:sz w:val="20"/>
          <w:szCs w:val="20"/>
        </w:rPr>
        <w:t xml:space="preserve">“Uh, hey. I’m back. The message was too short. </w:t>
      </w:r>
      <w:proofErr w:type="gramStart"/>
      <w:r w:rsidRPr="00931403">
        <w:rPr>
          <w:i/>
          <w:iCs/>
          <w:sz w:val="20"/>
          <w:szCs w:val="20"/>
        </w:rPr>
        <w:t>Truth</w:t>
      </w:r>
      <w:proofErr w:type="gramEnd"/>
      <w:r w:rsidRPr="00931403">
        <w:rPr>
          <w:i/>
          <w:iCs/>
          <w:sz w:val="20"/>
          <w:szCs w:val="20"/>
        </w:rPr>
        <w:t xml:space="preserve"> is I don’t have much to say tonight. I’m actually recording this more to keep myself… entertained, and something tell me you need that too. Technically this is my fifth night, not fourth. Covered a shift once, early on. Complicated story. Doesn’t matter. Point is, I know what this feels like. The hours. The pressure.”</w:t>
      </w:r>
    </w:p>
    <w:p w14:paraId="1AC23CB5" w14:textId="77777777" w:rsidR="00931403" w:rsidRPr="00931403" w:rsidRDefault="00931403" w:rsidP="00931403">
      <w:pPr>
        <w:rPr>
          <w:i/>
          <w:iCs/>
          <w:sz w:val="20"/>
          <w:szCs w:val="20"/>
        </w:rPr>
      </w:pPr>
      <w:r w:rsidRPr="00931403">
        <w:rPr>
          <w:b/>
          <w:bCs/>
          <w:sz w:val="20"/>
          <w:szCs w:val="20"/>
        </w:rPr>
        <w:t>[He coughs. Words start to speed up, trying to fill silence.]</w:t>
      </w:r>
      <w:r w:rsidRPr="00931403">
        <w:rPr>
          <w:b/>
          <w:bCs/>
          <w:sz w:val="20"/>
          <w:szCs w:val="20"/>
        </w:rPr>
        <w:br/>
      </w:r>
      <w:r w:rsidRPr="00931403">
        <w:rPr>
          <w:i/>
          <w:iCs/>
          <w:sz w:val="20"/>
          <w:szCs w:val="20"/>
        </w:rPr>
        <w:t>“These mascots… they should’ve been retired after the accident. Too many parts compromised. Structurally unsound. They told me some aren’t even running proper programs anymore. The new endos were designed for the command station, but since the incident they’re impossible to control. We thought we’d have to scrap them, but then—it was like a miracle—they started trying to sync with the old orders again. Like they remember how to dance and sing. Just… echoes.</w:t>
      </w:r>
      <w:r w:rsidRPr="00931403">
        <w:rPr>
          <w:i/>
          <w:iCs/>
          <w:sz w:val="20"/>
          <w:szCs w:val="20"/>
        </w:rPr>
        <w:br/>
        <w:t>But somehow, they still move. And tech can be weird sometimes. Like when you hit your TV to make it work.”</w:t>
      </w:r>
    </w:p>
    <w:p w14:paraId="289FA8D2" w14:textId="77777777" w:rsidR="00931403" w:rsidRPr="00931403" w:rsidRDefault="00931403" w:rsidP="00931403">
      <w:pPr>
        <w:rPr>
          <w:i/>
          <w:iCs/>
          <w:sz w:val="20"/>
          <w:szCs w:val="20"/>
        </w:rPr>
      </w:pPr>
      <w:r w:rsidRPr="00931403">
        <w:rPr>
          <w:b/>
          <w:bCs/>
          <w:sz w:val="20"/>
          <w:szCs w:val="20"/>
        </w:rPr>
        <w:t>[Paper rustles. A book thuds on the desk.]</w:t>
      </w:r>
      <w:r w:rsidRPr="00931403">
        <w:rPr>
          <w:b/>
          <w:bCs/>
          <w:sz w:val="20"/>
          <w:szCs w:val="20"/>
        </w:rPr>
        <w:br/>
      </w:r>
      <w:r w:rsidRPr="00931403">
        <w:rPr>
          <w:i/>
          <w:iCs/>
          <w:sz w:val="20"/>
          <w:szCs w:val="20"/>
        </w:rPr>
        <w:t>“I told you about prayers before, but don’t get me wrong. Despite Catholic school, I was never… convinced. I believe more in meditation, you know? If you don’t think about the evil, it can’t do anything to you. That’s the trick. Or maybe I’m a hypocrite. Hah…”</w:t>
      </w:r>
    </w:p>
    <w:p w14:paraId="101C5B8E" w14:textId="77777777" w:rsidR="00931403" w:rsidRPr="00931403" w:rsidRDefault="00931403" w:rsidP="00931403">
      <w:pPr>
        <w:rPr>
          <w:b/>
          <w:bCs/>
          <w:sz w:val="20"/>
          <w:szCs w:val="20"/>
        </w:rPr>
      </w:pPr>
      <w:r w:rsidRPr="00931403">
        <w:rPr>
          <w:b/>
          <w:bCs/>
          <w:sz w:val="20"/>
          <w:szCs w:val="20"/>
        </w:rPr>
        <w:t>[Long pause. Voice trembling but aiming for casual.]</w:t>
      </w:r>
      <w:r w:rsidRPr="00931403">
        <w:rPr>
          <w:b/>
          <w:bCs/>
          <w:sz w:val="20"/>
          <w:szCs w:val="20"/>
        </w:rPr>
        <w:br/>
      </w:r>
      <w:r w:rsidRPr="00931403">
        <w:rPr>
          <w:i/>
          <w:iCs/>
          <w:sz w:val="20"/>
          <w:szCs w:val="20"/>
        </w:rPr>
        <w:t>“Kids always liked Freddy best. Adults just call them all Freddy. But believe me—they’re different. Freddy’s the only one with real visual detectors. The others just follow the layout burned into their heads.</w:t>
      </w:r>
      <w:r w:rsidRPr="00931403">
        <w:rPr>
          <w:i/>
          <w:iCs/>
          <w:sz w:val="20"/>
          <w:szCs w:val="20"/>
        </w:rPr>
        <w:br/>
        <w:t>Today they caught one of them—I think the chicken—pulling wires out of the wall again. Like it was trying to expose something. I don’t know what. Thinking about it attracts worse things. But I can’t stop. I can… I can hear them breathing.”</w:t>
      </w:r>
    </w:p>
    <w:p w14:paraId="2AF11334" w14:textId="77777777" w:rsidR="00931403" w:rsidRPr="00931403" w:rsidRDefault="00931403" w:rsidP="00931403">
      <w:pPr>
        <w:rPr>
          <w:b/>
          <w:bCs/>
          <w:sz w:val="20"/>
          <w:szCs w:val="20"/>
        </w:rPr>
      </w:pPr>
      <w:r w:rsidRPr="00931403">
        <w:rPr>
          <w:b/>
          <w:bCs/>
          <w:sz w:val="20"/>
          <w:szCs w:val="20"/>
        </w:rPr>
        <w:t>[A loud thud, distant. Something slamming metal.]</w:t>
      </w:r>
      <w:r w:rsidRPr="00931403">
        <w:rPr>
          <w:b/>
          <w:bCs/>
          <w:sz w:val="20"/>
          <w:szCs w:val="20"/>
        </w:rPr>
        <w:br/>
      </w:r>
      <w:r w:rsidRPr="00931403">
        <w:rPr>
          <w:i/>
          <w:iCs/>
          <w:sz w:val="20"/>
          <w:szCs w:val="20"/>
        </w:rPr>
        <w:t>“Listen. I may not be here to leave a message tomorrow.”</w:t>
      </w:r>
    </w:p>
    <w:p w14:paraId="7D7A89B4" w14:textId="77777777" w:rsidR="00931403" w:rsidRPr="00931403" w:rsidRDefault="00931403" w:rsidP="00931403">
      <w:pPr>
        <w:rPr>
          <w:sz w:val="20"/>
          <w:szCs w:val="20"/>
        </w:rPr>
      </w:pPr>
      <w:r w:rsidRPr="00931403">
        <w:rPr>
          <w:b/>
          <w:bCs/>
          <w:sz w:val="20"/>
          <w:szCs w:val="20"/>
        </w:rPr>
        <w:t>[Another bang. Closer. He gasps. Words spill faster, frantic.]</w:t>
      </w:r>
      <w:r w:rsidRPr="00931403">
        <w:rPr>
          <w:b/>
          <w:bCs/>
          <w:sz w:val="20"/>
          <w:szCs w:val="20"/>
        </w:rPr>
        <w:br/>
      </w:r>
      <w:r w:rsidRPr="00931403">
        <w:rPr>
          <w:i/>
          <w:iCs/>
          <w:sz w:val="20"/>
          <w:szCs w:val="20"/>
        </w:rPr>
        <w:t>“</w:t>
      </w:r>
      <w:r w:rsidRPr="00931403">
        <w:rPr>
          <w:sz w:val="20"/>
          <w:szCs w:val="20"/>
        </w:rPr>
        <w:t xml:space="preserve">Do me a favor, if you make it further. Please check the back room. The suits. Just—just check as faster as you can. Right now. Please. I will try to hold on the most I can, I will be there. Maybe it won’t be so bad. </w:t>
      </w:r>
    </w:p>
    <w:p w14:paraId="6101BA18" w14:textId="77777777" w:rsidR="00931403" w:rsidRPr="00931403" w:rsidRDefault="00931403" w:rsidP="00931403">
      <w:pPr>
        <w:rPr>
          <w:sz w:val="20"/>
          <w:szCs w:val="20"/>
        </w:rPr>
      </w:pPr>
      <w:r w:rsidRPr="00931403">
        <w:rPr>
          <w:b/>
          <w:bCs/>
          <w:i/>
          <w:iCs/>
        </w:rPr>
        <w:t>Please find me!</w:t>
      </w:r>
      <w:r w:rsidRPr="00931403">
        <w:rPr>
          <w:sz w:val="20"/>
          <w:szCs w:val="20"/>
        </w:rPr>
        <w:t>”</w:t>
      </w:r>
    </w:p>
    <w:p w14:paraId="1A4D26BA" w14:textId="77777777" w:rsidR="00931403" w:rsidRPr="00931403" w:rsidRDefault="00931403" w:rsidP="00931403">
      <w:pPr>
        <w:rPr>
          <w:b/>
          <w:bCs/>
          <w:sz w:val="20"/>
          <w:szCs w:val="20"/>
        </w:rPr>
      </w:pPr>
      <w:r w:rsidRPr="00931403">
        <w:rPr>
          <w:b/>
          <w:bCs/>
          <w:sz w:val="20"/>
          <w:szCs w:val="20"/>
        </w:rPr>
        <w:t>[Sudden silence. Then, faint, tinny music: The Toreador March, warped, mechanical. Over it, a low grinding moan, half-engine, half-breath.]</w:t>
      </w:r>
      <w:r w:rsidRPr="00931403">
        <w:rPr>
          <w:b/>
          <w:bCs/>
          <w:sz w:val="20"/>
          <w:szCs w:val="20"/>
        </w:rPr>
        <w:br/>
        <w:t>[Static drowns him. A scream erupts—human and not-human—cut short. Dial tone.]</w:t>
      </w:r>
    </w:p>
    <w:p w14:paraId="6E8A7059" w14:textId="77777777" w:rsidR="00931403" w:rsidRDefault="00931403" w:rsidP="00293711"/>
    <w:p w14:paraId="514F74AE" w14:textId="77777777" w:rsidR="00293711" w:rsidRPr="00594651" w:rsidRDefault="00293711" w:rsidP="00293711"/>
    <w:p w14:paraId="0D02E17B" w14:textId="77777777" w:rsidR="00931403" w:rsidRPr="00743FAD" w:rsidRDefault="00931403" w:rsidP="00931403">
      <w:r w:rsidRPr="00743FAD">
        <w:lastRenderedPageBreak/>
        <w:t>The tape cut off. Silence, broken only by the faint hum of the generator.</w:t>
      </w:r>
    </w:p>
    <w:p w14:paraId="4290D98A" w14:textId="77777777" w:rsidR="00931403" w:rsidRPr="00743FAD" w:rsidRDefault="00931403" w:rsidP="00931403">
      <w:r w:rsidRPr="00743FAD">
        <w:t>Mike sat frozen, the yellow light above him flickering weaker than before, shadows tugging at the corners of the office. The room seemed smaller now, pressing in from all sides, the air heavy as though it had been sealed. His hands trembled just enough for him to notice, the motion catching the reflection of the light against the dusty glass of the monitor.</w:t>
      </w:r>
    </w:p>
    <w:p w14:paraId="49F66344" w14:textId="77777777" w:rsidR="00931403" w:rsidRPr="00743FAD" w:rsidRDefault="00931403" w:rsidP="00931403">
      <w:r w:rsidRPr="00743FAD">
        <w:t xml:space="preserve">He forced himself to look away, to ground himself. On the desk: a chipped coffee mug, ringed brown at the bottom. A dead phone receiver. A pile of forms warped from </w:t>
      </w:r>
      <w:proofErr w:type="gramStart"/>
      <w:r w:rsidRPr="00743FAD">
        <w:t>moisture,</w:t>
      </w:r>
      <w:proofErr w:type="gramEnd"/>
      <w:r w:rsidRPr="00743FAD">
        <w:t xml:space="preserve"> the ink blurred into blue-gray stains. Next to them, balanced at the corner of the shelf, sat a book. The same title the man on the tape had mentioned, his voice almost confessional before panic took it.</w:t>
      </w:r>
    </w:p>
    <w:p w14:paraId="0C4B0345" w14:textId="77777777" w:rsidR="00931403" w:rsidRDefault="00931403" w:rsidP="00931403">
      <w:pPr>
        <w:rPr>
          <w:b/>
          <w:bCs/>
        </w:rPr>
      </w:pPr>
      <w:r w:rsidRPr="0054631F">
        <w:rPr>
          <w:rFonts w:ascii="Georgia" w:hAnsi="Georgia"/>
          <w:b/>
          <w:bCs/>
        </w:rPr>
        <w:t xml:space="preserve">Autobiography of a </w:t>
      </w:r>
      <w:r w:rsidRPr="0054631F">
        <w:rPr>
          <w:rFonts w:ascii="Georgia" w:hAnsi="Georgia"/>
          <w:b/>
          <w:bCs/>
          <w:sz w:val="24"/>
          <w:szCs w:val="24"/>
        </w:rPr>
        <w:t>Yogi</w:t>
      </w:r>
      <w:r w:rsidRPr="00743FAD">
        <w:rPr>
          <w:b/>
          <w:bCs/>
        </w:rPr>
        <w:t>.</w:t>
      </w:r>
    </w:p>
    <w:p w14:paraId="34C92032" w14:textId="77777777" w:rsidR="00931403" w:rsidRPr="00743FAD" w:rsidRDefault="00931403" w:rsidP="00931403">
      <w:r w:rsidRPr="00743FAD">
        <w:t xml:space="preserve">Mike lifted it with both hands, though it felt heavier than it should. The cover was </w:t>
      </w:r>
      <w:proofErr w:type="gramStart"/>
      <w:r w:rsidRPr="00743FAD">
        <w:t>ordinary,</w:t>
      </w:r>
      <w:proofErr w:type="gramEnd"/>
      <w:r w:rsidRPr="00743FAD">
        <w:t xml:space="preserve"> the spine cracked from use. At first glance, so were the pages. Pencil notes scrawled in the margins, calm little sketches of flowers, faces with eyes closed in meditation. Circles and arrows around certain passages, reminders jotted in cramped handwriting.</w:t>
      </w:r>
    </w:p>
    <w:p w14:paraId="22E4E57F" w14:textId="77777777" w:rsidR="00931403" w:rsidRPr="00743FAD" w:rsidRDefault="00931403" w:rsidP="00931403">
      <w:r w:rsidRPr="00743FAD">
        <w:t>But as he turned deeper, the tone shifted.</w:t>
      </w:r>
    </w:p>
    <w:p w14:paraId="42450FFB" w14:textId="77777777" w:rsidR="00931403" w:rsidRPr="00743FAD" w:rsidRDefault="00931403" w:rsidP="00931403">
      <w:r w:rsidRPr="00743FAD">
        <w:t>The handwriting warped, letters stretching unnaturally, curling into shapes that didn’t fit any alphabet Mike recognized. The sketches twisted with them — petals becoming teeth, eyes becoming black pits, mouths swallowing the faces they were drawn on. The further he flipped, the less the book seemed like a book at all. Pages buckled with frantic lines, entire sections were ripped jaggedly away, some edges curved and torn in ways that looked disturbingly like human bite marks.</w:t>
      </w:r>
    </w:p>
    <w:p w14:paraId="557AF9C3" w14:textId="77777777" w:rsidR="00931403" w:rsidRDefault="00931403" w:rsidP="00931403">
      <w:r w:rsidRPr="00743FAD">
        <w:t>What remained was worse. Whole spreads crammed with symbols layered on top of each other, the ink so dense it tore through the thin paper. Words repeated until the letters overlapped into a frantic scribble:</w:t>
      </w:r>
      <w:r>
        <w:t xml:space="preserve"> </w:t>
      </w:r>
    </w:p>
    <w:p w14:paraId="1DE5BA62" w14:textId="64DF7BC2" w:rsidR="00931403" w:rsidRPr="00931403" w:rsidRDefault="00931403" w:rsidP="00931403">
      <w:pPr>
        <w:rPr>
          <w:rFonts w:ascii="Bradley Hand ITC" w:hAnsi="Bradley Hand ITC"/>
          <w:b/>
          <w:bCs/>
          <w:sz w:val="72"/>
          <w:szCs w:val="72"/>
        </w:rPr>
      </w:pPr>
      <w:r w:rsidRPr="00931403">
        <w:rPr>
          <w:rFonts w:ascii="Bradley Hand ITC" w:hAnsi="Bradley Hand ITC"/>
          <w:b/>
          <w:bCs/>
          <w:sz w:val="72"/>
          <w:szCs w:val="72"/>
        </w:rPr>
        <w:t>LOOK INSIDE</w:t>
      </w:r>
      <w:r w:rsidRPr="00931403">
        <w:rPr>
          <w:rFonts w:ascii="Bradley Hand ITC" w:hAnsi="Bradley Hand ITC"/>
          <w:i/>
          <w:iCs/>
          <w:sz w:val="72"/>
          <w:szCs w:val="72"/>
        </w:rPr>
        <w:t>.</w:t>
      </w:r>
      <w:r w:rsidRPr="00931403">
        <w:rPr>
          <w:rFonts w:ascii="Bradley Hand ITC" w:hAnsi="Bradley Hand ITC"/>
          <w:b/>
          <w:bCs/>
          <w:sz w:val="72"/>
          <w:szCs w:val="72"/>
        </w:rPr>
        <w:t xml:space="preserve"> </w:t>
      </w:r>
    </w:p>
    <w:p w14:paraId="620EE7C7" w14:textId="77777777" w:rsidR="00931403" w:rsidRPr="00931403" w:rsidRDefault="00931403" w:rsidP="00931403">
      <w:pPr>
        <w:rPr>
          <w:rFonts w:ascii="Bradley Hand ITC" w:hAnsi="Bradley Hand ITC"/>
          <w:b/>
          <w:bCs/>
          <w:sz w:val="72"/>
          <w:szCs w:val="72"/>
        </w:rPr>
      </w:pPr>
      <w:r w:rsidRPr="00931403">
        <w:rPr>
          <w:rFonts w:ascii="Bradley Hand ITC" w:hAnsi="Bradley Hand ITC"/>
          <w:b/>
          <w:bCs/>
          <w:sz w:val="72"/>
          <w:szCs w:val="72"/>
        </w:rPr>
        <w:t xml:space="preserve">LOOK INSIDE. </w:t>
      </w:r>
    </w:p>
    <w:p w14:paraId="6E82D7AA" w14:textId="112C0D82" w:rsidR="00931403" w:rsidRPr="00931403" w:rsidRDefault="00931403" w:rsidP="00931403">
      <w:pPr>
        <w:rPr>
          <w:b/>
          <w:bCs/>
        </w:rPr>
      </w:pPr>
      <w:r w:rsidRPr="00931403">
        <w:rPr>
          <w:rFonts w:ascii="Bradley Hand ITC" w:hAnsi="Bradley Hand ITC"/>
          <w:b/>
          <w:bCs/>
          <w:sz w:val="72"/>
          <w:szCs w:val="72"/>
        </w:rPr>
        <w:t>LOOK INSIDE</w:t>
      </w:r>
      <w:r w:rsidRPr="00931403">
        <w:rPr>
          <w:b/>
          <w:bCs/>
        </w:rPr>
        <w:t>.</w:t>
      </w:r>
    </w:p>
    <w:p w14:paraId="0A47D7DD" w14:textId="77777777" w:rsidR="00293711" w:rsidRDefault="00293711" w:rsidP="00F252E8"/>
    <w:p w14:paraId="34F39A93" w14:textId="77777777" w:rsidR="00931403" w:rsidRPr="00743FAD" w:rsidRDefault="00931403" w:rsidP="00931403">
      <w:r w:rsidRPr="00743FAD">
        <w:lastRenderedPageBreak/>
        <w:t xml:space="preserve">Mike’s throat locked. </w:t>
      </w:r>
      <w:r>
        <w:t>He bolted up and</w:t>
      </w:r>
      <w:r w:rsidRPr="00743FAD">
        <w:t xml:space="preserve"> dropped the book.</w:t>
      </w:r>
    </w:p>
    <w:p w14:paraId="007DBE44" w14:textId="77777777" w:rsidR="00931403" w:rsidRPr="00743FAD" w:rsidRDefault="00931403" w:rsidP="00931403">
      <w:r w:rsidRPr="00743FAD">
        <w:t xml:space="preserve">It hit the floor with </w:t>
      </w:r>
      <w:r>
        <w:t>a</w:t>
      </w:r>
      <w:r w:rsidRPr="00743FAD">
        <w:t xml:space="preserve"> </w:t>
      </w:r>
      <w:r>
        <w:t>w</w:t>
      </w:r>
      <w:r w:rsidRPr="00743FAD">
        <w:t>et</w:t>
      </w:r>
      <w:r>
        <w:t xml:space="preserve">, </w:t>
      </w:r>
      <w:r w:rsidRPr="00743FAD">
        <w:t>muffled slap. The yellow light overhead stuttered, and for a moment Mike swore the symbols still twitched across the page, crawling like insects in the corner of his vision.</w:t>
      </w:r>
    </w:p>
    <w:p w14:paraId="72F8E767" w14:textId="77777777" w:rsidR="00931403" w:rsidRPr="00743FAD" w:rsidRDefault="00931403" w:rsidP="00931403">
      <w:r w:rsidRPr="00743FAD">
        <w:t>His breath came shallow, chest tight. He stumbled back until his hip hit the desk, gripping its edge so hard his knuckles turned white.</w:t>
      </w:r>
    </w:p>
    <w:p w14:paraId="51D25D2B" w14:textId="77777777" w:rsidR="00931403" w:rsidRPr="003A1CAE" w:rsidRDefault="00931403" w:rsidP="00931403">
      <w:r w:rsidRPr="003A1CAE">
        <w:t>The air feels heavier the moment Mike steps into the hallway—thick, humid, as if the walls are exhaling against him. A bead of condensation trails down the plaster. Another. For an instant it looks like sweat. The whole place feels alive, breathing around him, waiting for him to move.</w:t>
      </w:r>
    </w:p>
    <w:p w14:paraId="0E4D1EA7" w14:textId="77777777" w:rsidR="00931403" w:rsidRPr="003A1CAE" w:rsidRDefault="00931403" w:rsidP="00931403">
      <w:r w:rsidRPr="003A1CAE">
        <w:t>He does.</w:t>
      </w:r>
    </w:p>
    <w:p w14:paraId="3F9DB2F3" w14:textId="77777777" w:rsidR="00931403" w:rsidRDefault="00931403" w:rsidP="00931403">
      <w:r w:rsidRPr="003A1CAE">
        <w:t>The corridor groans faintly beneath his shoes. Overhead, ceiling panels sag under their own weight, cables dangling loose like forgotten vines. They sway, but the air is still. Mike narrows his eyes. Each length of wire flexes faintly, dark sheaths twitching</w:t>
      </w:r>
      <w:r>
        <w:t xml:space="preserve">. </w:t>
      </w:r>
      <w:r w:rsidRPr="003A1CAE">
        <w:t>H</w:t>
      </w:r>
      <w:r>
        <w:t xml:space="preserve">e </w:t>
      </w:r>
      <w:proofErr w:type="gramStart"/>
      <w:r>
        <w:t>feel</w:t>
      </w:r>
      <w:proofErr w:type="gramEnd"/>
      <w:r>
        <w:t xml:space="preserve"> h</w:t>
      </w:r>
      <w:r w:rsidRPr="003A1CAE">
        <w:t>is own heart match</w:t>
      </w:r>
      <w:r>
        <w:t>ing</w:t>
      </w:r>
      <w:r w:rsidRPr="003A1CAE">
        <w:t xml:space="preserve"> the rhythm, thudding harder the longer he stares. He looks away, but the sensation doesn’t leave.</w:t>
      </w:r>
    </w:p>
    <w:p w14:paraId="1FE6FCA8" w14:textId="77777777" w:rsidR="00931403" w:rsidRPr="003A1CAE" w:rsidRDefault="00931403" w:rsidP="00931403">
      <w:r w:rsidRPr="003A1CAE">
        <w:t>He stops dead. His vision empties. The hall is still. Nothing there. Just buzzing light, water stains, peeling posters. But the images hit like lightning, leaving aftershocks shivering through his chest and stomach.</w:t>
      </w:r>
      <w:r>
        <w:t xml:space="preserve"> Too fast to understand.</w:t>
      </w:r>
    </w:p>
    <w:p w14:paraId="7B776D7A" w14:textId="77777777" w:rsidR="00931403" w:rsidRPr="003A1CAE" w:rsidRDefault="00931403" w:rsidP="00931403">
      <w:r>
        <w:t xml:space="preserve">Distant noises: </w:t>
      </w:r>
      <w:r w:rsidRPr="003A1CAE">
        <w:t>pans scraping, silverware chiming in uneven bursts. The sound stumbles, tinny and broken, rattling through pipes.</w:t>
      </w:r>
    </w:p>
    <w:p w14:paraId="2FAFE738" w14:textId="77777777" w:rsidR="00931403" w:rsidRDefault="00931403" w:rsidP="00931403">
      <w:r w:rsidRPr="003A1CAE">
        <w:t>Mike pushes forward. Past the dining room, past the stage. He keeps his eyes locked on the floor, but in his peripher</w:t>
      </w:r>
      <w:r>
        <w:t>ic view</w:t>
      </w:r>
      <w:r w:rsidRPr="003A1CAE">
        <w:t xml:space="preserve"> he sees it—the</w:t>
      </w:r>
      <w:r>
        <w:t xml:space="preserve"> red</w:t>
      </w:r>
      <w:r w:rsidRPr="003A1CAE">
        <w:t xml:space="preserve"> curtains, once drawn, now hanging wide, red fabric yawning open. </w:t>
      </w:r>
    </w:p>
    <w:p w14:paraId="0A46199A" w14:textId="77777777" w:rsidR="00931403" w:rsidRDefault="00931403" w:rsidP="00931403">
      <w:r w:rsidRPr="003A1CAE">
        <w:t xml:space="preserve">Nothing inside. Just a square of black, an empty platform that gapes like </w:t>
      </w:r>
      <w:r>
        <w:t xml:space="preserve">open </w:t>
      </w:r>
      <w:r w:rsidRPr="003A1CAE">
        <w:t xml:space="preserve">mouth. </w:t>
      </w:r>
    </w:p>
    <w:p w14:paraId="3E50DCA5" w14:textId="77777777" w:rsidR="00931403" w:rsidRPr="003A1CAE" w:rsidRDefault="00931403" w:rsidP="00931403">
      <w:r w:rsidRPr="003A1CAE">
        <w:t>He forces himself not to look directly at it, afraid of what it might show if he gives it full attention.</w:t>
      </w:r>
    </w:p>
    <w:p w14:paraId="3F2D8C85" w14:textId="77777777" w:rsidR="00931403" w:rsidRDefault="00931403" w:rsidP="00931403">
      <w:pPr>
        <w:rPr>
          <w:i/>
          <w:iCs/>
        </w:rPr>
      </w:pPr>
      <w:r w:rsidRPr="003A1CAE">
        <w:t xml:space="preserve">His breath grows shallow. </w:t>
      </w:r>
      <w:r>
        <w:t>Stepping</w:t>
      </w:r>
      <w:r w:rsidRPr="003A1CAE">
        <w:t xml:space="preserve"> toward the </w:t>
      </w:r>
      <w:r w:rsidRPr="003A1CAE">
        <w:rPr>
          <w:i/>
          <w:iCs/>
        </w:rPr>
        <w:t>EMPLOYEES ONLY</w:t>
      </w:r>
      <w:r>
        <w:rPr>
          <w:i/>
          <w:iCs/>
        </w:rPr>
        <w:t xml:space="preserve"> room.</w:t>
      </w:r>
    </w:p>
    <w:p w14:paraId="3A18293E" w14:textId="77777777" w:rsidR="00931403" w:rsidRDefault="00931403" w:rsidP="00931403">
      <w:r w:rsidRPr="003A1CAE">
        <w:t>Mike’s hand rises to the doorknob. Hovering. The brass is slick with condensation. Behind him, the air grows denser, pressing down his spine.</w:t>
      </w:r>
      <w:r>
        <w:t xml:space="preserve"> </w:t>
      </w:r>
    </w:p>
    <w:p w14:paraId="00DEDA52" w14:textId="32EC9B8C" w:rsidR="00931403" w:rsidRPr="00931403" w:rsidRDefault="00931403" w:rsidP="00931403">
      <w:r w:rsidRPr="003A1CAE">
        <w:rPr>
          <w:b/>
          <w:bCs/>
        </w:rPr>
        <w:br/>
        <w:t>A man slamming his forehead against a brick wall, bone cracking like porcelain.</w:t>
      </w:r>
    </w:p>
    <w:p w14:paraId="62E9EDEA" w14:textId="643322C0" w:rsidR="00F252E8" w:rsidRDefault="00931403" w:rsidP="00610CD8">
      <w:r>
        <w:t>The image hits.</w:t>
      </w:r>
    </w:p>
    <w:p w14:paraId="34263157" w14:textId="77777777" w:rsidR="00610CD8" w:rsidRDefault="00610CD8" w:rsidP="00610CD8"/>
    <w:p w14:paraId="705D6583" w14:textId="77777777" w:rsidR="00931403" w:rsidRDefault="00931403" w:rsidP="00610CD8"/>
    <w:p w14:paraId="0C7D3141" w14:textId="77777777" w:rsidR="00931403" w:rsidRPr="003A1CAE" w:rsidRDefault="00931403" w:rsidP="00931403">
      <w:r w:rsidRPr="003A1CAE">
        <w:lastRenderedPageBreak/>
        <w:t>He swears he feels the weight of something bending close, close enough for its breath to stir the hair at the nape of his neck.</w:t>
      </w:r>
      <w:r w:rsidRPr="006A7ECF">
        <w:t xml:space="preserve"> He twists the knob.</w:t>
      </w:r>
    </w:p>
    <w:p w14:paraId="39D73626" w14:textId="77777777" w:rsidR="00931403" w:rsidRPr="006A7ECF" w:rsidRDefault="00931403" w:rsidP="00931403">
      <w:pPr>
        <w:rPr>
          <w:b/>
          <w:bCs/>
        </w:rPr>
      </w:pPr>
      <w:r w:rsidRPr="003A1CAE">
        <w:rPr>
          <w:b/>
          <w:bCs/>
        </w:rPr>
        <w:t xml:space="preserve">A mascot’s head chewing, </w:t>
      </w:r>
      <w:r>
        <w:rPr>
          <w:b/>
          <w:bCs/>
        </w:rPr>
        <w:t xml:space="preserve">square </w:t>
      </w:r>
      <w:r w:rsidRPr="003A1CAE">
        <w:rPr>
          <w:b/>
          <w:bCs/>
        </w:rPr>
        <w:t xml:space="preserve">teeth grinding wet </w:t>
      </w:r>
      <w:r>
        <w:rPr>
          <w:b/>
          <w:bCs/>
        </w:rPr>
        <w:t xml:space="preserve">in blood and meat </w:t>
      </w:r>
      <w:r w:rsidRPr="003A1CAE">
        <w:rPr>
          <w:b/>
          <w:bCs/>
        </w:rPr>
        <w:t xml:space="preserve">through </w:t>
      </w:r>
      <w:r>
        <w:rPr>
          <w:b/>
          <w:bCs/>
        </w:rPr>
        <w:t xml:space="preserve">the </w:t>
      </w:r>
      <w:r w:rsidRPr="003A1CAE">
        <w:rPr>
          <w:b/>
          <w:bCs/>
        </w:rPr>
        <w:t>fabric.</w:t>
      </w:r>
    </w:p>
    <w:p w14:paraId="104517BD" w14:textId="77777777" w:rsidR="00931403" w:rsidRPr="006A7ECF" w:rsidRDefault="00931403" w:rsidP="00931403">
      <w:pPr>
        <w:rPr>
          <w:b/>
          <w:bCs/>
        </w:rPr>
      </w:pPr>
      <w:r w:rsidRPr="003A1CAE">
        <w:t xml:space="preserve">He </w:t>
      </w:r>
      <w:r>
        <w:t>yanks</w:t>
      </w:r>
      <w:r w:rsidRPr="003A1CAE">
        <w:t xml:space="preserve"> the door</w:t>
      </w:r>
      <w:r>
        <w:t xml:space="preserve"> open</w:t>
      </w:r>
      <w:r w:rsidRPr="003A1CAE">
        <w:t>, sees only darkness</w:t>
      </w:r>
      <w:r>
        <w:t>.</w:t>
      </w:r>
      <w:r w:rsidRPr="003A1CAE">
        <w:rPr>
          <w:b/>
          <w:bCs/>
        </w:rPr>
        <w:br/>
      </w:r>
      <w:r>
        <w:rPr>
          <w:b/>
          <w:bCs/>
        </w:rPr>
        <w:t>A child</w:t>
      </w:r>
      <w:r w:rsidRPr="003A1CAE">
        <w:rPr>
          <w:b/>
          <w:bCs/>
        </w:rPr>
        <w:t xml:space="preserve"> lying in </w:t>
      </w:r>
      <w:r>
        <w:rPr>
          <w:b/>
          <w:bCs/>
        </w:rPr>
        <w:t>the ground</w:t>
      </w:r>
      <w:r w:rsidRPr="003A1CAE">
        <w:rPr>
          <w:b/>
          <w:bCs/>
        </w:rPr>
        <w:t>, throats slit, eyes glassy and bright as marbles.</w:t>
      </w:r>
    </w:p>
    <w:p w14:paraId="45AC6F86" w14:textId="77777777" w:rsidR="00931403" w:rsidRPr="003A1CAE" w:rsidRDefault="00931403" w:rsidP="00931403">
      <w:r w:rsidRPr="003A1CAE">
        <w:t>He thinks before pointing the flashlight into that wall of almost palpable darkness.</w:t>
      </w:r>
    </w:p>
    <w:p w14:paraId="033F348F" w14:textId="77777777" w:rsidR="00931403" w:rsidRPr="006A7ECF" w:rsidRDefault="00931403" w:rsidP="00931403">
      <w:pPr>
        <w:rPr>
          <w:b/>
          <w:bCs/>
        </w:rPr>
      </w:pPr>
      <w:r w:rsidRPr="003A1CAE">
        <w:rPr>
          <w:b/>
          <w:bCs/>
        </w:rPr>
        <w:t xml:space="preserve">A body crumpled like paper, limbs jammed through the armholes of a bear suit, its torso </w:t>
      </w:r>
    </w:p>
    <w:p w14:paraId="2AD0135D" w14:textId="77777777" w:rsidR="00931403" w:rsidRPr="006A7ECF" w:rsidRDefault="00931403" w:rsidP="00931403">
      <w:pPr>
        <w:rPr>
          <w:b/>
          <w:bCs/>
        </w:rPr>
      </w:pPr>
      <w:r w:rsidRPr="003A1CAE">
        <w:rPr>
          <w:b/>
          <w:bCs/>
        </w:rPr>
        <w:t>stuffed until seams tear</w:t>
      </w:r>
      <w:r w:rsidRPr="006A7ECF">
        <w:rPr>
          <w:b/>
          <w:bCs/>
        </w:rPr>
        <w:t>, in the dead man hand, a toy phone</w:t>
      </w:r>
      <w:r w:rsidRPr="003A1CAE">
        <w:rPr>
          <w:b/>
          <w:bCs/>
        </w:rPr>
        <w:t>. More bodies around it, discarded the same way.</w:t>
      </w:r>
    </w:p>
    <w:p w14:paraId="0B83A039" w14:textId="77777777" w:rsidR="00931403" w:rsidRPr="003A1CAE" w:rsidRDefault="00931403" w:rsidP="00931403">
      <w:r w:rsidRPr="006A7ECF">
        <w:t xml:space="preserve">Mike </w:t>
      </w:r>
      <w:proofErr w:type="gramStart"/>
      <w:r w:rsidRPr="006A7ECF">
        <w:t>throw</w:t>
      </w:r>
      <w:proofErr w:type="gramEnd"/>
      <w:r w:rsidRPr="006A7ECF">
        <w:t xml:space="preserve"> the bean inside the room.</w:t>
      </w:r>
    </w:p>
    <w:p w14:paraId="53A64F1F" w14:textId="77777777" w:rsidR="00931403" w:rsidRPr="003A1CAE" w:rsidRDefault="00931403" w:rsidP="00931403">
      <w:r w:rsidRPr="006A7ECF">
        <w:t>Q</w:t>
      </w:r>
      <w:r w:rsidRPr="003A1CAE">
        <w:t xml:space="preserve">uiet. One bare bulb </w:t>
      </w:r>
      <w:proofErr w:type="gramStart"/>
      <w:r w:rsidRPr="003A1CAE">
        <w:t>swings</w:t>
      </w:r>
      <w:proofErr w:type="gramEnd"/>
      <w:r w:rsidRPr="003A1CAE">
        <w:t xml:space="preserve"> faintly from the ceiling, buzzing like a fly. A slumped</w:t>
      </w:r>
      <w:r>
        <w:t xml:space="preserve"> metallic</w:t>
      </w:r>
      <w:r w:rsidRPr="003A1CAE">
        <w:t xml:space="preserve"> endoskeleton crouches in the corner, its empty eyes angled down </w:t>
      </w:r>
      <w:r>
        <w:t>lifeless</w:t>
      </w:r>
      <w:r w:rsidRPr="003A1CAE">
        <w:t xml:space="preserve">. On the shelf above it, a row of plastic </w:t>
      </w:r>
      <w:r>
        <w:t xml:space="preserve">and fabric </w:t>
      </w:r>
      <w:r w:rsidRPr="003A1CAE">
        <w:t xml:space="preserve">mascot heads grin in silence, their paint </w:t>
      </w:r>
      <w:r>
        <w:t xml:space="preserve">and fur </w:t>
      </w:r>
      <w:r w:rsidRPr="003A1CAE">
        <w:t>cracked and peeling like old dolls. Dust coats everything. No blood. No body. Just the relics of costumes that should have been thrown away.</w:t>
      </w:r>
    </w:p>
    <w:p w14:paraId="2E363CBE" w14:textId="77777777" w:rsidR="00931403" w:rsidRPr="003A1CAE" w:rsidRDefault="00931403" w:rsidP="00931403">
      <w:r w:rsidRPr="003A1CAE">
        <w:t>The kitchen noise stops. The rhythm dies. The whole building exhales into stillness.</w:t>
      </w:r>
    </w:p>
    <w:p w14:paraId="71C50EC0" w14:textId="77777777" w:rsidR="00931403" w:rsidRPr="003A1CAE" w:rsidRDefault="00931403" w:rsidP="00931403">
      <w:r w:rsidRPr="003A1CAE">
        <w:t>Mike’s chest caves with relief so sharp it almost hurts. He closes the door carefully, like shutting a coffin, and turns back down the hall.</w:t>
      </w:r>
    </w:p>
    <w:p w14:paraId="2FD3D1C3" w14:textId="77777777" w:rsidR="00931403" w:rsidRPr="003A1CAE" w:rsidRDefault="00931403" w:rsidP="00931403">
      <w:r w:rsidRPr="003A1CAE">
        <w:t>The stage curtains are drawn shut again. Neat. Innocent. Harmless.</w:t>
      </w:r>
    </w:p>
    <w:p w14:paraId="6C2302F9" w14:textId="77777777" w:rsidR="00931403" w:rsidRPr="003A1CAE" w:rsidRDefault="00931403" w:rsidP="00931403">
      <w:r w:rsidRPr="003A1CAE">
        <w:t>The hallway itself seems longer now, stretched thin with shadow. At the far end, a thin leak of yellow light spills from the cracked-open security office door, a faint glow that looks almost too fragile to reach.</w:t>
      </w:r>
    </w:p>
    <w:p w14:paraId="16360232" w14:textId="77777777" w:rsidR="00931403" w:rsidRPr="004356DB" w:rsidRDefault="00931403" w:rsidP="00931403">
      <w:r w:rsidRPr="004356DB">
        <w:t>His clock flicks over. 5:</w:t>
      </w:r>
      <w:r>
        <w:t>19</w:t>
      </w:r>
      <w:r w:rsidRPr="004356DB">
        <w:t xml:space="preserve"> AM.</w:t>
      </w:r>
    </w:p>
    <w:p w14:paraId="30FEF5D5" w14:textId="77777777" w:rsidR="00931403" w:rsidRPr="004356DB" w:rsidRDefault="00931403" w:rsidP="00931403">
      <w:r w:rsidRPr="004356DB">
        <w:t xml:space="preserve">“Fuck it,” </w:t>
      </w:r>
      <w:r>
        <w:t xml:space="preserve">Mike hisses </w:t>
      </w:r>
      <w:r w:rsidRPr="004356DB">
        <w:t>through clenched teeth</w:t>
      </w:r>
      <w:r>
        <w:t>,</w:t>
      </w:r>
      <w:r w:rsidRPr="004356DB">
        <w:t xml:space="preserve"> glancing at the exit</w:t>
      </w:r>
      <w:r>
        <w:t xml:space="preserve"> door</w:t>
      </w:r>
      <w:r w:rsidRPr="004356DB">
        <w:t>.</w:t>
      </w:r>
    </w:p>
    <w:p w14:paraId="4029B2A9" w14:textId="77777777" w:rsidR="00931403" w:rsidRDefault="00931403" w:rsidP="00931403">
      <w:r w:rsidRPr="004356DB">
        <w:t xml:space="preserve">Through the </w:t>
      </w:r>
      <w:r>
        <w:t>long open dining area</w:t>
      </w:r>
      <w:r w:rsidRPr="004356DB">
        <w:t xml:space="preserve">, bursting through the tables like he’s breaking the surface of water. He opens the </w:t>
      </w:r>
      <w:r>
        <w:t xml:space="preserve">first </w:t>
      </w:r>
      <w:r w:rsidRPr="004356DB">
        <w:t xml:space="preserve">door, </w:t>
      </w:r>
      <w:r>
        <w:t xml:space="preserve">through the lobby, he </w:t>
      </w:r>
      <w:proofErr w:type="gramStart"/>
      <w:r>
        <w:t>grab</w:t>
      </w:r>
      <w:proofErr w:type="gramEnd"/>
      <w:r>
        <w:t xml:space="preserve"> his card and passes it, pushes the door, and it opens.</w:t>
      </w:r>
    </w:p>
    <w:p w14:paraId="1AB7E5C6" w14:textId="77777777" w:rsidR="00931403" w:rsidRDefault="00931403" w:rsidP="00931403">
      <w:r>
        <w:t>T</w:t>
      </w:r>
      <w:r w:rsidRPr="004356DB">
        <w:t>he cold night slaps his face.</w:t>
      </w:r>
    </w:p>
    <w:p w14:paraId="1BF69162" w14:textId="77777777" w:rsidR="00931403" w:rsidRDefault="00931403" w:rsidP="00931403">
      <w:r w:rsidRPr="006A7ECF">
        <w:t>He walks nervously through the parking lot</w:t>
      </w:r>
      <w:r>
        <w:t>.</w:t>
      </w:r>
    </w:p>
    <w:p w14:paraId="53C01F4A" w14:textId="77777777" w:rsidR="00931403" w:rsidRDefault="00931403" w:rsidP="00610CD8"/>
    <w:p w14:paraId="357B128A" w14:textId="77777777" w:rsidR="00931403" w:rsidRDefault="00931403" w:rsidP="00610CD8"/>
    <w:p w14:paraId="0E768686" w14:textId="77777777" w:rsidR="00931403" w:rsidRPr="004356DB" w:rsidRDefault="00931403" w:rsidP="00931403">
      <w:r w:rsidRPr="004356DB">
        <w:lastRenderedPageBreak/>
        <w:t>He throws himself into the car, twists the key. The engine refuses.</w:t>
      </w:r>
    </w:p>
    <w:p w14:paraId="27491351" w14:textId="77777777" w:rsidR="0054631F" w:rsidRDefault="00931403" w:rsidP="00931403">
      <w:r w:rsidRPr="004356DB">
        <w:t xml:space="preserve">Once, twice, ten times, Mike considers running away and tries to convince himself that he doesn't see a pair of glowing eyes staring at him from the doorway, but he calms down. He takes a breath and tries </w:t>
      </w:r>
      <w:proofErr w:type="gramStart"/>
      <w:r w:rsidRPr="004356DB">
        <w:t>again,</w:t>
      </w:r>
      <w:proofErr w:type="gramEnd"/>
      <w:r w:rsidRPr="004356DB">
        <w:t xml:space="preserve"> the engine roars awake this time. </w:t>
      </w:r>
    </w:p>
    <w:p w14:paraId="62580150" w14:textId="77777777" w:rsidR="0054631F" w:rsidRDefault="00931403" w:rsidP="00931403">
      <w:r w:rsidRPr="004356DB">
        <w:t>Gravel sprays as he slams the accelerator. The tires scream, dirt road bucking the vehicle beneath him like a frantic horse. The headlights jitter across the trees, the whole forest lunging in and out of the beam as the car careens forward.</w:t>
      </w:r>
      <w:r>
        <w:t xml:space="preserve"> </w:t>
      </w:r>
    </w:p>
    <w:p w14:paraId="741370E8" w14:textId="2B6BD1AF" w:rsidR="00931403" w:rsidRPr="004356DB" w:rsidRDefault="00931403" w:rsidP="00931403">
      <w:r w:rsidRPr="004356DB">
        <w:t>Mike’s hands clutch the wheel so hard they ache, but he doesn’t let up. He won’t look back.</w:t>
      </w:r>
    </w:p>
    <w:p w14:paraId="28DF7742" w14:textId="77777777" w:rsidR="00931403" w:rsidRPr="004356DB" w:rsidRDefault="00931403" w:rsidP="00931403">
      <w:r w:rsidRPr="004356DB">
        <w:t xml:space="preserve">The road is little more than a pale thread unspooling in front of him. Dawn should be lifting the darkness, but instead, the fog has swallowed everything whole. Mike can barely see past the hood; the world ends less than a meter ahead. His hands choke the wheel. The only sound is the low growl of the engine and the faint rattle of empty cans in the passenger seat, he </w:t>
      </w:r>
      <w:proofErr w:type="gramStart"/>
      <w:r w:rsidRPr="004356DB">
        <w:t>feel</w:t>
      </w:r>
      <w:proofErr w:type="gramEnd"/>
      <w:r w:rsidRPr="004356DB">
        <w:t xml:space="preserve"> like in space.</w:t>
      </w:r>
    </w:p>
    <w:p w14:paraId="119E18CB" w14:textId="77777777" w:rsidR="0054631F" w:rsidRDefault="00931403" w:rsidP="00931403">
      <w:r w:rsidRPr="004356DB">
        <w:t xml:space="preserve">He forces down another mouthful of bitter energy drink, his stomach rolling. The liquid tastes metallic, wrong, but he needs it. </w:t>
      </w:r>
    </w:p>
    <w:p w14:paraId="1FEEE5F0" w14:textId="653732A0" w:rsidR="00931403" w:rsidRPr="004356DB" w:rsidRDefault="00931403" w:rsidP="00931403">
      <w:r w:rsidRPr="004356DB">
        <w:t>His eyes keep fluttering shut, lashes heavy, head bobbing forward until the car shudders beneath his grip and jerks him awake again.</w:t>
      </w:r>
    </w:p>
    <w:p w14:paraId="7B4ECD88" w14:textId="77777777" w:rsidR="0054631F" w:rsidRDefault="00931403" w:rsidP="00931403">
      <w:r w:rsidRPr="004356DB">
        <w:t xml:space="preserve">A dull splat echoes on the windshield. </w:t>
      </w:r>
    </w:p>
    <w:p w14:paraId="5AD150A1" w14:textId="77777777" w:rsidR="0054631F" w:rsidRDefault="00931403" w:rsidP="00931403">
      <w:r w:rsidRPr="004356DB">
        <w:t xml:space="preserve">Then another. A smear. </w:t>
      </w:r>
    </w:p>
    <w:p w14:paraId="2AF7DC30" w14:textId="192FD37E" w:rsidR="00931403" w:rsidRPr="004356DB" w:rsidRDefault="00931403" w:rsidP="00931403">
      <w:r w:rsidRPr="004356DB">
        <w:t>The first drops.</w:t>
      </w:r>
    </w:p>
    <w:p w14:paraId="01C6F987" w14:textId="77777777" w:rsidR="00931403" w:rsidRPr="004356DB" w:rsidRDefault="00931403" w:rsidP="00931403">
      <w:r w:rsidRPr="004356DB">
        <w:t>In seconds, the drizzle swells into a torrent. Sheets of water hammer the car</w:t>
      </w:r>
      <w:r>
        <w:t>’s hood</w:t>
      </w:r>
      <w:r w:rsidRPr="004356DB">
        <w:t xml:space="preserve">, blurring the glass </w:t>
      </w:r>
      <w:r>
        <w:t xml:space="preserve">of the windshield </w:t>
      </w:r>
      <w:r w:rsidRPr="004356DB">
        <w:t xml:space="preserve">until everything beyond it becomes nothing but </w:t>
      </w:r>
      <w:r>
        <w:t xml:space="preserve">blurred </w:t>
      </w:r>
      <w:r w:rsidRPr="004356DB">
        <w:t>white. Water and fog. No road. No trees. Just a rushing blankness that devours the horizon.</w:t>
      </w:r>
    </w:p>
    <w:p w14:paraId="495F6C96" w14:textId="77777777" w:rsidR="00931403" w:rsidRDefault="00931403" w:rsidP="00931403">
      <w:r w:rsidRPr="004356DB">
        <w:t>Mike leans forward, nose almost against the wheel, squinting through the smear of his wipers as they whip useless arcs. His heart pounds so loud he can hear it over the storm.</w:t>
      </w:r>
      <w:r>
        <w:t xml:space="preserve"> </w:t>
      </w:r>
      <w:r w:rsidRPr="004356DB">
        <w:t>Headlights erupt from the fog—</w:t>
      </w:r>
      <w:r w:rsidRPr="004356DB">
        <w:rPr>
          <w:i/>
          <w:iCs/>
        </w:rPr>
        <w:t>too close</w:t>
      </w:r>
      <w:r w:rsidRPr="004356DB">
        <w:t xml:space="preserve">. </w:t>
      </w:r>
    </w:p>
    <w:p w14:paraId="6CD58757" w14:textId="77777777" w:rsidR="00931403" w:rsidRPr="004356DB" w:rsidRDefault="00931403" w:rsidP="00931403">
      <w:r w:rsidRPr="004356DB">
        <w:t>A car, barreling straight at him.</w:t>
      </w:r>
    </w:p>
    <w:p w14:paraId="56B60512" w14:textId="77777777" w:rsidR="00931403" w:rsidRPr="004356DB" w:rsidRDefault="00931403" w:rsidP="00931403">
      <w:r w:rsidRPr="004356DB">
        <w:t>Mike jerks the wheel. Tires shriek, grip lost. The car fishtails, sliding sideways across the drenched asphalt. He fights it, slamming the wheel back, the seatbelt biting into his chest. For a second, the world rights itself— Mike leans forward, knuckles white on the wheel, pupils straining for shapes in the blur. His pulse drums behind his temples, sweat running cold despite the rain outside.</w:t>
      </w:r>
    </w:p>
    <w:p w14:paraId="78567F45" w14:textId="25512A31" w:rsidR="00931403" w:rsidRDefault="00931403" w:rsidP="00931403">
      <w:r w:rsidRPr="004356DB">
        <w:t xml:space="preserve">Then a wall of metal surges out of the </w:t>
      </w:r>
      <w:r>
        <w:t xml:space="preserve">infinite </w:t>
      </w:r>
      <w:r w:rsidRPr="004356DB">
        <w:t xml:space="preserve">white. </w:t>
      </w:r>
    </w:p>
    <w:p w14:paraId="7EE9C042" w14:textId="3F7736BF" w:rsidR="00931403" w:rsidRDefault="00931403" w:rsidP="00931403">
      <w:r w:rsidRPr="004356DB">
        <w:lastRenderedPageBreak/>
        <w:t>An eighteen-wheeler, its grill bearing down on him.</w:t>
      </w:r>
    </w:p>
    <w:p w14:paraId="7C289D61" w14:textId="77777777" w:rsidR="0054631F" w:rsidRDefault="00931403" w:rsidP="00931403">
      <w:r w:rsidRPr="004356DB">
        <w:t>Mike jerks the wheel again. The truck swerves in the opposite direction, horn screaming, tires roaring like thunder across wet asphalt. The world narrows to blinding light and deafening sound.</w:t>
      </w:r>
      <w:r>
        <w:t xml:space="preserve"> </w:t>
      </w:r>
      <w:r w:rsidRPr="004356DB">
        <w:t xml:space="preserve">The car skids sideways, tires gliding on water as if the road has turned to ice. </w:t>
      </w:r>
    </w:p>
    <w:p w14:paraId="52CBD047" w14:textId="2B0F11BF" w:rsidR="00931403" w:rsidRDefault="00931403" w:rsidP="00931403">
      <w:r w:rsidRPr="004356DB">
        <w:t>Mike stomps the brake, but the pedal sinks useless under his foot. He’s no longer driving—just sliding, powerless, carried by momentum.</w:t>
      </w:r>
    </w:p>
    <w:p w14:paraId="0D925836" w14:textId="7B00E716" w:rsidR="00931403" w:rsidRDefault="00931403" w:rsidP="00931403">
      <w:r w:rsidRPr="004356DB">
        <w:t>Tree trunks flicker past in his peripheral vision, dark pillar in</w:t>
      </w:r>
      <w:r>
        <w:t>to</w:t>
      </w:r>
      <w:r w:rsidRPr="004356DB">
        <w:t xml:space="preserve"> the storm. The steering wheel vibrates under his grip, shuddering with every desperate twist. Nothing catches. He’s just a passenger now.</w:t>
      </w:r>
      <w:r>
        <w:t xml:space="preserve"> </w:t>
      </w:r>
      <w:r w:rsidRPr="004356DB">
        <w:t xml:space="preserve">The impact is sudden, absolute. The hood crumples against a pine trunk, metal twisting in a roar of shearing steel. </w:t>
      </w:r>
    </w:p>
    <w:p w14:paraId="424EBFCC" w14:textId="74D013B5" w:rsidR="00931403" w:rsidRPr="00C75004" w:rsidRDefault="00931403" w:rsidP="00931403">
      <w:pPr>
        <w:rPr>
          <w:b/>
          <w:bCs/>
        </w:rPr>
      </w:pPr>
      <w:r w:rsidRPr="004356DB">
        <w:t>Mike’s head slams forward, forehead smashing against the wheel with a sickening</w:t>
      </w:r>
      <w:r w:rsidRPr="00C75004">
        <w:rPr>
          <w:b/>
          <w:bCs/>
        </w:rPr>
        <w:t xml:space="preserve"> </w:t>
      </w:r>
      <w:r w:rsidRPr="00931403">
        <w:rPr>
          <w:rFonts w:ascii="Footlight MT Light" w:hAnsi="Footlight MT Light"/>
          <w:sz w:val="28"/>
          <w:szCs w:val="28"/>
        </w:rPr>
        <w:t>crack</w:t>
      </w:r>
      <w:r w:rsidRPr="00C75004">
        <w:rPr>
          <w:b/>
          <w:bCs/>
          <w:i/>
          <w:iCs/>
        </w:rPr>
        <w:t>.</w:t>
      </w:r>
    </w:p>
    <w:p w14:paraId="38862CEE" w14:textId="1D2C51F9" w:rsidR="00931403" w:rsidRDefault="00931403" w:rsidP="00610CD8"/>
    <w:p w14:paraId="77E1ECEF" w14:textId="77777777" w:rsidR="00931403" w:rsidRDefault="00931403" w:rsidP="00610CD8"/>
    <w:p w14:paraId="36CDA0FD" w14:textId="77777777" w:rsidR="00931403" w:rsidRDefault="00931403" w:rsidP="00610CD8"/>
    <w:p w14:paraId="3A50433E" w14:textId="77777777" w:rsidR="00931403" w:rsidRDefault="00931403" w:rsidP="00610CD8"/>
    <w:p w14:paraId="449A3DB4" w14:textId="77777777" w:rsidR="00931403" w:rsidRDefault="00931403" w:rsidP="00610CD8"/>
    <w:p w14:paraId="2360B9D2" w14:textId="77777777" w:rsidR="00931403" w:rsidRDefault="00931403" w:rsidP="00610CD8"/>
    <w:p w14:paraId="40FB3B68" w14:textId="77777777" w:rsidR="00931403" w:rsidRDefault="00931403" w:rsidP="00610CD8"/>
    <w:p w14:paraId="32A94117" w14:textId="77777777" w:rsidR="00931403" w:rsidRDefault="00931403" w:rsidP="00610CD8"/>
    <w:p w14:paraId="12ADE86E" w14:textId="77777777" w:rsidR="00931403" w:rsidRDefault="00931403" w:rsidP="00610CD8"/>
    <w:p w14:paraId="746038EF" w14:textId="77777777" w:rsidR="00931403" w:rsidRDefault="00931403" w:rsidP="00610CD8"/>
    <w:p w14:paraId="6956AE8C" w14:textId="77777777" w:rsidR="00931403" w:rsidRDefault="00931403" w:rsidP="00610CD8"/>
    <w:p w14:paraId="06732CE5" w14:textId="77777777" w:rsidR="00931403" w:rsidRDefault="00931403" w:rsidP="00610CD8"/>
    <w:p w14:paraId="619153BB" w14:textId="77777777" w:rsidR="00931403" w:rsidRDefault="00931403" w:rsidP="00610CD8"/>
    <w:p w14:paraId="5FF123E6" w14:textId="77777777" w:rsidR="00931403" w:rsidRDefault="00931403" w:rsidP="00610CD8"/>
    <w:p w14:paraId="798C3BB7" w14:textId="77777777" w:rsidR="00931403" w:rsidRDefault="00931403" w:rsidP="00610CD8"/>
    <w:p w14:paraId="715FDEBC" w14:textId="77777777" w:rsidR="00931403" w:rsidRDefault="00931403" w:rsidP="00610CD8"/>
    <w:p w14:paraId="001F08FA" w14:textId="77777777" w:rsidR="00931403" w:rsidRDefault="00931403" w:rsidP="00610CD8"/>
    <w:p w14:paraId="5989825F" w14:textId="77777777" w:rsidR="00931403" w:rsidRDefault="00931403" w:rsidP="00610CD8"/>
    <w:p w14:paraId="4820CA23" w14:textId="77777777" w:rsidR="00931403" w:rsidRDefault="00931403" w:rsidP="00610CD8"/>
    <w:p w14:paraId="2BC99AE8" w14:textId="77777777" w:rsidR="00931403" w:rsidRDefault="00931403" w:rsidP="00610CD8"/>
    <w:p w14:paraId="2F68B30E" w14:textId="77777777" w:rsidR="00931403" w:rsidRPr="00B8634C" w:rsidRDefault="00931403" w:rsidP="00931403">
      <w:pPr>
        <w:rPr>
          <w:b/>
          <w:bCs/>
          <w:sz w:val="56"/>
          <w:szCs w:val="56"/>
        </w:rPr>
      </w:pPr>
      <w:r w:rsidRPr="00B8634C">
        <w:rPr>
          <w:b/>
          <w:bCs/>
          <w:sz w:val="56"/>
          <w:szCs w:val="56"/>
        </w:rPr>
        <w:t xml:space="preserve">Chapter 5: </w:t>
      </w:r>
      <w:r w:rsidRPr="00B8634C">
        <w:rPr>
          <w:b/>
          <w:bCs/>
          <w:sz w:val="36"/>
          <w:szCs w:val="36"/>
        </w:rPr>
        <w:t xml:space="preserve">It’s </w:t>
      </w:r>
      <w:r>
        <w:rPr>
          <w:b/>
          <w:bCs/>
          <w:sz w:val="36"/>
          <w:szCs w:val="36"/>
        </w:rPr>
        <w:t>M</w:t>
      </w:r>
      <w:r w:rsidRPr="00B8634C">
        <w:rPr>
          <w:b/>
          <w:bCs/>
          <w:sz w:val="36"/>
          <w:szCs w:val="36"/>
        </w:rPr>
        <w:t>e</w:t>
      </w:r>
    </w:p>
    <w:p w14:paraId="6E928C67" w14:textId="77777777" w:rsidR="00931403" w:rsidRDefault="00931403" w:rsidP="00931403"/>
    <w:p w14:paraId="76F2A18F" w14:textId="07214CBF" w:rsidR="00931403" w:rsidRPr="00931403" w:rsidRDefault="00931403" w:rsidP="00931403">
      <w:r w:rsidRPr="004356DB">
        <w:t>The hiss of rain still hitting the roof, relentless, like water filling a grave.</w:t>
      </w:r>
    </w:p>
    <w:p w14:paraId="11B0D37E" w14:textId="77777777" w:rsidR="009E2F25" w:rsidRDefault="00931403" w:rsidP="00931403">
      <w:r w:rsidRPr="00931403">
        <w:t>Blood slides in thin rivulets from Mike’s scalp, flowing like tiny rivers through the wheel</w:t>
      </w:r>
      <w:r w:rsidR="009E2F25">
        <w:t>.</w:t>
      </w:r>
    </w:p>
    <w:p w14:paraId="719BE75C" w14:textId="52AE2A4A" w:rsidR="00931403" w:rsidRPr="00931403" w:rsidRDefault="009E2F25" w:rsidP="00931403">
      <w:r>
        <w:t>T</w:t>
      </w:r>
      <w:r w:rsidR="00931403" w:rsidRPr="00931403">
        <w:t>he stripes merges into each other and become drops, dripping down his leg, running down his shirt and dyeing it a deep, flat red.</w:t>
      </w:r>
    </w:p>
    <w:p w14:paraId="05079B4D" w14:textId="44759003" w:rsidR="00931403" w:rsidRPr="00931403" w:rsidRDefault="00931403" w:rsidP="00931403">
      <w:r w:rsidRPr="00931403">
        <w:t xml:space="preserve">The bumper and hood of the car </w:t>
      </w:r>
      <w:r w:rsidR="002B0F40">
        <w:t>are</w:t>
      </w:r>
      <w:r w:rsidR="009E2F25">
        <w:t xml:space="preserve"> </w:t>
      </w:r>
      <w:r w:rsidRPr="00931403">
        <w:t xml:space="preserve">crushed around the pine trunk like a mouth locked in a grimace, </w:t>
      </w:r>
      <w:r w:rsidR="009E2F25">
        <w:t>biting the tree. S</w:t>
      </w:r>
      <w:r w:rsidRPr="00931403">
        <w:t xml:space="preserve">team rising from the radiator in pale plumes being cut by the sharp rain. </w:t>
      </w:r>
    </w:p>
    <w:p w14:paraId="038B8FB7" w14:textId="77777777" w:rsidR="009E2F25" w:rsidRDefault="00931403" w:rsidP="00931403">
      <w:r w:rsidRPr="00931403">
        <w:t>Head bowed, arms limp, one hand still hangs in the wheel.</w:t>
      </w:r>
      <w:r w:rsidR="009E2F25">
        <w:t xml:space="preserve"> H</w:t>
      </w:r>
      <w:r w:rsidRPr="00931403">
        <w:t>is fingers tighten on it</w:t>
      </w:r>
      <w:r w:rsidR="009E2F25">
        <w:t>.</w:t>
      </w:r>
    </w:p>
    <w:p w14:paraId="43A68F53" w14:textId="70364FA0" w:rsidR="00931403" w:rsidRPr="00931403" w:rsidRDefault="009E2F25" w:rsidP="00931403">
      <w:r>
        <w:t>H</w:t>
      </w:r>
      <w:r w:rsidR="00931403" w:rsidRPr="00931403">
        <w:t xml:space="preserve">is head lifts. </w:t>
      </w:r>
      <w:r>
        <w:t>B</w:t>
      </w:r>
      <w:r w:rsidR="00931403" w:rsidRPr="00931403">
        <w:t xml:space="preserve">lood stripe finding its way in his forehead and reaching into his left eye, clouding </w:t>
      </w:r>
      <w:r>
        <w:t>the</w:t>
      </w:r>
      <w:r w:rsidR="00931403" w:rsidRPr="00931403">
        <w:t xml:space="preserve"> sclera </w:t>
      </w:r>
      <w:r>
        <w:t xml:space="preserve">in </w:t>
      </w:r>
      <w:r w:rsidR="00931403" w:rsidRPr="00931403">
        <w:t xml:space="preserve">red, but the other burns sharp and unwavering. </w:t>
      </w:r>
    </w:p>
    <w:p w14:paraId="1136425D" w14:textId="77777777" w:rsidR="009E2F25" w:rsidRDefault="00931403" w:rsidP="00931403">
      <w:r w:rsidRPr="00931403">
        <w:t xml:space="preserve">He twists the key. The engine coughs, shudders, then roars awake. </w:t>
      </w:r>
    </w:p>
    <w:p w14:paraId="67D54814" w14:textId="3FEE0F96" w:rsidR="00931403" w:rsidRPr="00931403" w:rsidRDefault="00931403" w:rsidP="00931403">
      <w:r w:rsidRPr="00931403">
        <w:t>He slams the car’s shifter and gear</w:t>
      </w:r>
      <w:r w:rsidR="009E2F25">
        <w:t xml:space="preserve">s </w:t>
      </w:r>
      <w:r w:rsidRPr="00931403">
        <w:t xml:space="preserve">it into reverse, </w:t>
      </w:r>
      <w:r w:rsidR="00A21FAD">
        <w:t xml:space="preserve">he steps in the accelerator but </w:t>
      </w:r>
      <w:r w:rsidR="009E2F25">
        <w:t>the car doesn’t move, just</w:t>
      </w:r>
      <w:r w:rsidR="00A21FAD" w:rsidRPr="00A21FAD">
        <w:t xml:space="preserve"> shakes</w:t>
      </w:r>
      <w:r w:rsidR="00A21FAD">
        <w:t xml:space="preserve"> side to side</w:t>
      </w:r>
      <w:r w:rsidR="00A21FAD" w:rsidRPr="00A21FAD">
        <w:t xml:space="preserve"> like a dog with </w:t>
      </w:r>
      <w:r w:rsidR="00A21FAD">
        <w:t xml:space="preserve">locked jaw, the tires spin </w:t>
      </w:r>
      <w:r w:rsidR="009E2F25" w:rsidRPr="009E2F25">
        <w:t>throwing dirt and rocks into the air with a loud, high-pitched screech</w:t>
      </w:r>
      <w:r w:rsidRPr="00931403">
        <w:t xml:space="preserve">. </w:t>
      </w:r>
    </w:p>
    <w:p w14:paraId="7C3B1ACD" w14:textId="3943CBB9" w:rsidR="00931403" w:rsidRPr="00931403" w:rsidRDefault="00931403" w:rsidP="00931403">
      <w:r w:rsidRPr="00931403">
        <w:t xml:space="preserve">Metal groans in protest </w:t>
      </w:r>
      <w:r w:rsidR="009E2F25" w:rsidRPr="00931403">
        <w:t>as he wrenches it back from the tre</w:t>
      </w:r>
      <w:r w:rsidR="009E2F25">
        <w:t>e. It</w:t>
      </w:r>
      <w:r w:rsidRPr="00931403">
        <w:t xml:space="preserve"> yields, and the car </w:t>
      </w:r>
      <w:r w:rsidR="00A21FAD">
        <w:t xml:space="preserve">finally </w:t>
      </w:r>
      <w:r w:rsidRPr="00931403">
        <w:t>snaps free from the trunk’s grip</w:t>
      </w:r>
      <w:r w:rsidR="00A21FAD">
        <w:t xml:space="preserve"> leaving some pieces behind</w:t>
      </w:r>
      <w:r w:rsidRPr="00931403">
        <w:t>.</w:t>
      </w:r>
    </w:p>
    <w:p w14:paraId="5059DF62" w14:textId="77777777" w:rsidR="00A21FAD" w:rsidRDefault="00931403" w:rsidP="00931403">
      <w:r w:rsidRPr="00931403">
        <w:t>Rain thrashes against the windshiel</w:t>
      </w:r>
      <w:r w:rsidR="00A21FAD">
        <w:t>d, the storm arrived</w:t>
      </w:r>
      <w:r w:rsidRPr="00931403">
        <w:t>.</w:t>
      </w:r>
    </w:p>
    <w:p w14:paraId="353DA10C" w14:textId="77777777" w:rsidR="00A21FAD" w:rsidRDefault="00A21FAD" w:rsidP="00931403">
      <w:r>
        <w:t>Mike’s view is</w:t>
      </w:r>
      <w:r w:rsidR="00931403" w:rsidRPr="00931403">
        <w:t xml:space="preserve"> road is half water, half fog</w:t>
      </w:r>
      <w:r>
        <w:t xml:space="preserve"> and blood</w:t>
      </w:r>
      <w:r w:rsidR="00931403" w:rsidRPr="00931403">
        <w:t xml:space="preserve">. One Headlight hangs loose and the other stab uselessly into white nothing. </w:t>
      </w:r>
    </w:p>
    <w:p w14:paraId="08CC8762" w14:textId="77777777" w:rsidR="00A21FAD" w:rsidRDefault="00931403" w:rsidP="00931403">
      <w:r w:rsidRPr="00931403">
        <w:t xml:space="preserve">Wipers thrash against the downpour. </w:t>
      </w:r>
    </w:p>
    <w:p w14:paraId="02802E20" w14:textId="18582693" w:rsidR="00931403" w:rsidRPr="00931403" w:rsidRDefault="00931403" w:rsidP="00931403">
      <w:r w:rsidRPr="00931403">
        <w:t>His face is locked in place, jaw tight, brows drawn low.</w:t>
      </w:r>
    </w:p>
    <w:p w14:paraId="52006544" w14:textId="35CC6DA6" w:rsidR="00496DFC" w:rsidRPr="00496DFC" w:rsidRDefault="00931403" w:rsidP="00496DFC">
      <w:r w:rsidRPr="00931403">
        <w:t xml:space="preserve">Mike drives through it all as if nothing exists but the road he can’t see beneath him. </w:t>
      </w:r>
      <w:r w:rsidR="00A21FAD">
        <w:t>N</w:t>
      </w:r>
      <w:r w:rsidRPr="00931403">
        <w:t xml:space="preserve">o muttering, no distraction. Just his hands gripping the wheel, eyes forward, pushing the ruined car deeper into the </w:t>
      </w:r>
      <w:proofErr w:type="spellStart"/>
      <w:proofErr w:type="gramStart"/>
      <w:r w:rsidRPr="00931403">
        <w:t>storm.</w:t>
      </w:r>
      <w:r w:rsidR="00496DFC" w:rsidRPr="00496DFC">
        <w:t>Chums</w:t>
      </w:r>
      <w:proofErr w:type="spellEnd"/>
      <w:proofErr w:type="gramEnd"/>
      <w:r w:rsidR="00496DFC" w:rsidRPr="00496DFC">
        <w:t xml:space="preserve"> emerges from the storm in now familiar fragments.</w:t>
      </w:r>
    </w:p>
    <w:p w14:paraId="69B4055C" w14:textId="77777777" w:rsidR="008816BB" w:rsidRDefault="00496DFC" w:rsidP="00496DFC">
      <w:r w:rsidRPr="00496DFC">
        <w:lastRenderedPageBreak/>
        <w:t xml:space="preserve">But now the city looks like it’s wrapped in plastic: sandbags stacked at storefronts, a hardware store with sandbags stacked at its door. </w:t>
      </w:r>
    </w:p>
    <w:p w14:paraId="7439B5FF" w14:textId="26717576" w:rsidR="00496DFC" w:rsidRPr="00496DFC" w:rsidRDefault="00496DFC" w:rsidP="00496DFC">
      <w:r w:rsidRPr="00496DFC">
        <w:t xml:space="preserve">Windows taped in uneven </w:t>
      </w:r>
      <w:proofErr w:type="gramStart"/>
      <w:r w:rsidRPr="00496DFC">
        <w:t>X’s</w:t>
      </w:r>
      <w:proofErr w:type="gramEnd"/>
      <w:r w:rsidRPr="00496DFC">
        <w:t xml:space="preserve">. Neon signs stuttering, their glow blotted by sheets of rain. </w:t>
      </w:r>
    </w:p>
    <w:p w14:paraId="6507DEBC" w14:textId="36446D1C" w:rsidR="00496DFC" w:rsidRPr="00496DFC" w:rsidRDefault="00496DFC" w:rsidP="00496DFC">
      <w:r w:rsidRPr="00496DFC">
        <w:t>A police cruiser crawls past with weak lights struggling to turning the intense white in almost invisible red and blue, useless, windows rolled up tight against the water driving slow maybe looking for something</w:t>
      </w:r>
      <w:r w:rsidR="008816BB">
        <w:t xml:space="preserve"> or someone</w:t>
      </w:r>
      <w:r w:rsidRPr="00496DFC">
        <w:t>.</w:t>
      </w:r>
    </w:p>
    <w:p w14:paraId="79F8D019" w14:textId="6D7D03CE" w:rsidR="00496DFC" w:rsidRPr="00496DFC" w:rsidRDefault="00496DFC" w:rsidP="00496DFC">
      <w:r w:rsidRPr="00496DFC">
        <w:t>Mike notice</w:t>
      </w:r>
      <w:r w:rsidR="008816BB">
        <w:t>s no</w:t>
      </w:r>
      <w:r w:rsidRPr="00496DFC">
        <w:t xml:space="preserve"> eyes </w:t>
      </w:r>
      <w:r w:rsidR="008816BB">
        <w:t>following</w:t>
      </w:r>
      <w:r w:rsidRPr="00496DFC">
        <w:t xml:space="preserve"> his car. He pulls straight into the pharmacy lot, blood drying in streaks on his uniform</w:t>
      </w:r>
      <w:r w:rsidR="008816BB">
        <w:t xml:space="preserve">, outside, the wind throws raindrops on him briefly as he </w:t>
      </w:r>
      <w:proofErr w:type="gramStart"/>
      <w:r w:rsidR="008816BB">
        <w:t>head</w:t>
      </w:r>
      <w:proofErr w:type="gramEnd"/>
      <w:r w:rsidR="008816BB">
        <w:t xml:space="preserve"> directly to the entrance</w:t>
      </w:r>
      <w:r w:rsidRPr="00496DFC">
        <w:t>.</w:t>
      </w:r>
    </w:p>
    <w:p w14:paraId="34BB3E85" w14:textId="7FEDE753" w:rsidR="008816BB" w:rsidRDefault="008816BB" w:rsidP="00496DFC">
      <w:r>
        <w:t xml:space="preserve">He stops at the door, the sensor doesn’t work, so he knocks until he </w:t>
      </w:r>
      <w:proofErr w:type="gramStart"/>
      <w:r>
        <w:t>see</w:t>
      </w:r>
      <w:proofErr w:type="gramEnd"/>
      <w:r>
        <w:t xml:space="preserve"> some movement i</w:t>
      </w:r>
      <w:r w:rsidR="00496DFC" w:rsidRPr="00496DFC">
        <w:t xml:space="preserve">nside, </w:t>
      </w:r>
      <w:r>
        <w:t xml:space="preserve">the pharmacist comes from the interior and disables the sensor, opening the door manually, Mike enters, </w:t>
      </w:r>
      <w:r w:rsidRPr="008816BB">
        <w:t xml:space="preserve">uniform </w:t>
      </w:r>
      <w:r>
        <w:t>stained in</w:t>
      </w:r>
      <w:r w:rsidRPr="008816BB">
        <w:t xml:space="preserve"> blood on the collar</w:t>
      </w:r>
      <w:r>
        <w:t xml:space="preserve">, but the pharmacist asks no questions, the </w:t>
      </w:r>
      <w:r w:rsidR="00496DFC" w:rsidRPr="00496DFC">
        <w:t xml:space="preserve">fluorescent lights hum. </w:t>
      </w:r>
    </w:p>
    <w:p w14:paraId="59544E4F" w14:textId="537E70D3" w:rsidR="00496DFC" w:rsidRPr="00496DFC" w:rsidRDefault="00496DFC" w:rsidP="00496DFC">
      <w:r w:rsidRPr="00496DFC">
        <w:t>He moves down the aisle without speaking, takes what he needs: bandages, gauze, antiseptic. His stained hands leave damp prints on the boxes.</w:t>
      </w:r>
    </w:p>
    <w:p w14:paraId="124D1707" w14:textId="367D20C5" w:rsidR="00496DFC" w:rsidRPr="00496DFC" w:rsidRDefault="00496DFC" w:rsidP="00496DFC">
      <w:r w:rsidRPr="00496DFC">
        <w:t>At the counter, the attendant rings him up without comment. Her eyes flick once to his face, ignoring his bloodied clothes</w:t>
      </w:r>
      <w:r w:rsidR="008816BB">
        <w:t xml:space="preserve"> and the wound on his forehead</w:t>
      </w:r>
      <w:r w:rsidRPr="00496DFC">
        <w:t xml:space="preserve">—she makes no sound, no acknowledgment. Just slides the items into a </w:t>
      </w:r>
      <w:r w:rsidR="008816BB">
        <w:t xml:space="preserve">plastic </w:t>
      </w:r>
      <w:r w:rsidRPr="00496DFC">
        <w:t>bag. Mike drops some dollars on the counter and leaves, she immediately pulls the chain down on the metal grate and locks the door,</w:t>
      </w:r>
      <w:r w:rsidR="008816BB">
        <w:t xml:space="preserve"> flipping</w:t>
      </w:r>
      <w:r w:rsidRPr="00496DFC">
        <w:t xml:space="preserve"> the “OPEN” sign to “CLOSED.”</w:t>
      </w:r>
    </w:p>
    <w:p w14:paraId="7C61F8BC" w14:textId="6D22A385" w:rsidR="008816BB" w:rsidRDefault="00496DFC" w:rsidP="00496DFC">
      <w:r w:rsidRPr="00496DFC">
        <w:t xml:space="preserve">Mike drives to the </w:t>
      </w:r>
      <w:r w:rsidR="008816BB">
        <w:t>24 hours g</w:t>
      </w:r>
      <w:r w:rsidRPr="00496DFC">
        <w:t xml:space="preserve">as </w:t>
      </w:r>
      <w:r w:rsidR="008816BB">
        <w:t>s</w:t>
      </w:r>
      <w:r w:rsidRPr="00496DFC">
        <w:t xml:space="preserve">tation, neon humming weakly against the rain. </w:t>
      </w:r>
      <w:r w:rsidR="008816BB">
        <w:t>He crosses the lot and enter</w:t>
      </w:r>
      <w:r w:rsidR="002B0F40">
        <w:t>s</w:t>
      </w:r>
      <w:r w:rsidR="008816BB">
        <w:t xml:space="preserve"> it. On the washing machine he collects his gray sweatshirt, the stain is bigger, he heads to the shower.</w:t>
      </w:r>
    </w:p>
    <w:p w14:paraId="3279115B" w14:textId="5E2BA8F7" w:rsidR="00496DFC" w:rsidRPr="00496DFC" w:rsidRDefault="00496DFC" w:rsidP="00496DFC">
      <w:r w:rsidRPr="00496DFC">
        <w:t>In the restroom, he leans over the sink, turns on the faucet, and lets the water run red. He splashes his face until the basin looks like it’s been rinsed with rust. His reflection in the cracked mirror stares back: one eye clear, the other blood-smeared, unblinking.</w:t>
      </w:r>
    </w:p>
    <w:p w14:paraId="71840DDD" w14:textId="77777777" w:rsidR="00F52938" w:rsidRDefault="00496DFC" w:rsidP="00496DFC">
      <w:r w:rsidRPr="00496DFC">
        <w:t xml:space="preserve">He dries himself with paper towels, wraps his head in clean bandages then pulls on his </w:t>
      </w:r>
      <w:r w:rsidR="008816BB">
        <w:t xml:space="preserve">stained </w:t>
      </w:r>
      <w:r w:rsidRPr="00496DFC">
        <w:t>gray coat</w:t>
      </w:r>
      <w:r w:rsidR="008816BB">
        <w:t>, covering his wrapped head with the black beanie</w:t>
      </w:r>
      <w:r w:rsidRPr="00496DFC">
        <w:t>.</w:t>
      </w:r>
    </w:p>
    <w:p w14:paraId="699B912B" w14:textId="455EEA0B" w:rsidR="00496DFC" w:rsidRPr="00496DFC" w:rsidRDefault="00F52938" w:rsidP="00496DFC">
      <w:r>
        <w:t>Back to the machines, he stuffs</w:t>
      </w:r>
      <w:r w:rsidR="00496DFC" w:rsidRPr="00496DFC">
        <w:t xml:space="preserve"> </w:t>
      </w:r>
      <w:r>
        <w:t>t</w:t>
      </w:r>
      <w:r w:rsidR="00496DFC" w:rsidRPr="00496DFC">
        <w:t>he bloodied uniform into the coin-op washing machine, slamming the lid down like sealing a coffin.</w:t>
      </w:r>
    </w:p>
    <w:p w14:paraId="101D18E8" w14:textId="77777777" w:rsidR="00496DFC" w:rsidRDefault="00496DFC" w:rsidP="00496DFC">
      <w:r w:rsidRPr="00496DFC">
        <w:t>At the register, he fills a bag with energy drinks and coffee, enough to fuel a body far past its limit. His movements are mechanical, stripped of hesitation, already preparing for the night that waits for him—the last shift.</w:t>
      </w:r>
    </w:p>
    <w:p w14:paraId="7C224C1B" w14:textId="77777777" w:rsidR="00972B81" w:rsidRDefault="00972B81" w:rsidP="00496DFC"/>
    <w:p w14:paraId="27A859D8" w14:textId="77777777" w:rsidR="001655D2" w:rsidRDefault="00972B81" w:rsidP="00972B81">
      <w:r w:rsidRPr="00972B81">
        <w:lastRenderedPageBreak/>
        <w:t xml:space="preserve">Mike sat hunched in the driver’s seat, cap pulled low, listening to the endless percussion on the roof. Hours passed in </w:t>
      </w:r>
      <w:r>
        <w:t>the</w:t>
      </w:r>
      <w:r w:rsidRPr="00972B81">
        <w:t xml:space="preserve"> wash of water</w:t>
      </w:r>
      <w:r>
        <w:t>, b</w:t>
      </w:r>
      <w:r w:rsidRPr="00972B81">
        <w:t>y nightfall</w:t>
      </w:r>
      <w:r w:rsidR="001655D2">
        <w:t xml:space="preserve"> the rain is weaker but continuous</w:t>
      </w:r>
      <w:r w:rsidRPr="00972B81">
        <w:t xml:space="preserve">, </w:t>
      </w:r>
      <w:r w:rsidR="001655D2">
        <w:t xml:space="preserve">only translucent </w:t>
      </w:r>
      <w:r w:rsidR="001655D2" w:rsidRPr="00972B81">
        <w:t xml:space="preserve">sheets of rain </w:t>
      </w:r>
      <w:r w:rsidR="001655D2">
        <w:t xml:space="preserve">are hurled by the </w:t>
      </w:r>
      <w:r w:rsidRPr="00972B81">
        <w:t xml:space="preserve">wind across the windshield. </w:t>
      </w:r>
    </w:p>
    <w:p w14:paraId="7F2E3C57" w14:textId="1B4C123F" w:rsidR="00972B81" w:rsidRPr="00972B81" w:rsidRDefault="001655D2" w:rsidP="00972B81">
      <w:r w:rsidRPr="001655D2">
        <w:t>The bumper was deformed into a concave shape where the tree was</w:t>
      </w:r>
      <w:r>
        <w:t>, one headlight still hangs</w:t>
      </w:r>
      <w:r w:rsidR="00972B81" w:rsidRPr="00972B81">
        <w:t xml:space="preserve"> dead</w:t>
      </w:r>
      <w:r>
        <w:t xml:space="preserve">, the other weakly cut the darkness, but he </w:t>
      </w:r>
      <w:proofErr w:type="gramStart"/>
      <w:r>
        <w:t>remember</w:t>
      </w:r>
      <w:proofErr w:type="gramEnd"/>
      <w:r>
        <w:t xml:space="preserve"> the path</w:t>
      </w:r>
      <w:r w:rsidR="00972B81" w:rsidRPr="00972B81">
        <w:t xml:space="preserve">. </w:t>
      </w:r>
    </w:p>
    <w:p w14:paraId="03BAF581" w14:textId="756231EC" w:rsidR="001655D2" w:rsidRDefault="00972B81" w:rsidP="00972B81">
      <w:r w:rsidRPr="00972B81">
        <w:t xml:space="preserve">He </w:t>
      </w:r>
      <w:r w:rsidR="001655D2">
        <w:t>turns left,</w:t>
      </w:r>
      <w:r w:rsidRPr="00972B81">
        <w:t xml:space="preserve"> back onto the road, </w:t>
      </w:r>
      <w:r w:rsidR="001655D2">
        <w:t xml:space="preserve">car shaking down the narrow path, the pine cones </w:t>
      </w:r>
      <w:proofErr w:type="gramStart"/>
      <w:r w:rsidR="001655D2" w:rsidRPr="001655D2">
        <w:t>caus</w:t>
      </w:r>
      <w:r w:rsidR="001655D2">
        <w:t>es</w:t>
      </w:r>
      <w:proofErr w:type="gramEnd"/>
      <w:r w:rsidR="001655D2" w:rsidRPr="001655D2">
        <w:t xml:space="preserve"> the tires to slip</w:t>
      </w:r>
      <w:r w:rsidR="001655D2">
        <w:t xml:space="preserve"> within the </w:t>
      </w:r>
      <w:r w:rsidR="001655D2" w:rsidRPr="001655D2">
        <w:t>mud, but the car remains headed in the right direction, Mike holds the steering wheel like it was the reins of a horse</w:t>
      </w:r>
      <w:r w:rsidR="001655D2">
        <w:t xml:space="preserve">. </w:t>
      </w:r>
    </w:p>
    <w:p w14:paraId="304CCB45" w14:textId="77777777" w:rsidR="00B42B7E" w:rsidRDefault="001655D2" w:rsidP="00B42B7E">
      <w:r>
        <w:t xml:space="preserve">He reaches the parking lot, clicks his flashlight on and grabs the bag full of coffee, energetic drinks and pain pills, </w:t>
      </w:r>
      <w:r w:rsidR="00B42B7E">
        <w:t>t</w:t>
      </w:r>
      <w:r w:rsidR="00B42B7E" w:rsidRPr="00972B81">
        <w:t xml:space="preserve">he parking lot was a shallow lake, weeds bent under ripples, </w:t>
      </w:r>
      <w:r w:rsidR="00B42B7E">
        <w:t xml:space="preserve">his </w:t>
      </w:r>
      <w:r w:rsidR="00B42B7E" w:rsidRPr="00972B81">
        <w:t>shoes s</w:t>
      </w:r>
      <w:r w:rsidR="00B42B7E">
        <w:t>plashes on the gravel</w:t>
      </w:r>
      <w:r w:rsidR="00B42B7E" w:rsidRPr="00972B81">
        <w:t>, every step dragging</w:t>
      </w:r>
      <w:r w:rsidR="00B42B7E">
        <w:t xml:space="preserve"> into the </w:t>
      </w:r>
      <w:r w:rsidR="00B42B7E" w:rsidRPr="00972B81">
        <w:t>puddles deep enough to swallow his ankles</w:t>
      </w:r>
      <w:r w:rsidR="00B42B7E">
        <w:t xml:space="preserve"> in some spots</w:t>
      </w:r>
      <w:r w:rsidR="00B42B7E" w:rsidRPr="00972B81">
        <w:t xml:space="preserve">. </w:t>
      </w:r>
    </w:p>
    <w:p w14:paraId="2BCDC1F4" w14:textId="763430F8" w:rsidR="00972B81" w:rsidRPr="00972B81" w:rsidRDefault="00B42B7E" w:rsidP="00972B81">
      <w:r w:rsidRPr="00972B81">
        <w:t>The “Open” sign</w:t>
      </w:r>
      <w:r>
        <w:t xml:space="preserve"> seemed to</w:t>
      </w:r>
      <w:r w:rsidRPr="00972B81">
        <w:t xml:space="preserve"> flicker once in the wind, though he knew it was dead.</w:t>
      </w:r>
      <w:r>
        <w:t xml:space="preserve"> </w:t>
      </w:r>
      <w:r w:rsidR="00972B81" w:rsidRPr="00972B81">
        <w:t>The forest pressed close, the trees shivering under the gale, their shadows broken apart by lightning. His breath mixed with the rain until he couldn’t tell which was which.</w:t>
      </w:r>
    </w:p>
    <w:p w14:paraId="60BEF7B4" w14:textId="77777777" w:rsidR="00B42B7E" w:rsidRDefault="001655D2" w:rsidP="00972B81">
      <w:r>
        <w:t>Freddy’s facade</w:t>
      </w:r>
      <w:r w:rsidR="00972B81" w:rsidRPr="00972B81">
        <w:t xml:space="preserve"> walls </w:t>
      </w:r>
      <w:proofErr w:type="gramStart"/>
      <w:r w:rsidR="00972B81" w:rsidRPr="00972B81">
        <w:t>loomed,</w:t>
      </w:r>
      <w:proofErr w:type="gramEnd"/>
      <w:r w:rsidR="00972B81" w:rsidRPr="00972B81">
        <w:t xml:space="preserve"> blue paint drowned</w:t>
      </w:r>
      <w:r>
        <w:t xml:space="preserve"> to cyan</w:t>
      </w:r>
      <w:r w:rsidR="00972B81" w:rsidRPr="00972B81">
        <w:t xml:space="preserve">, red letters bleeding like fresh paint under the </w:t>
      </w:r>
      <w:r w:rsidR="00B42B7E">
        <w:t>rain</w:t>
      </w:r>
      <w:r w:rsidR="00972B81" w:rsidRPr="00972B81">
        <w:t>water.</w:t>
      </w:r>
      <w:r w:rsidR="00B42B7E">
        <w:t xml:space="preserve"> </w:t>
      </w:r>
    </w:p>
    <w:p w14:paraId="71068A8E" w14:textId="77777777" w:rsidR="00BE28F9" w:rsidRDefault="00972B81" w:rsidP="00972B81">
      <w:r w:rsidRPr="00972B81">
        <w:t xml:space="preserve">He staggered up to the door, </w:t>
      </w:r>
      <w:r w:rsidR="00B42B7E">
        <w:t>t</w:t>
      </w:r>
      <w:r w:rsidRPr="00972B81">
        <w:t>he reader’s lock yielded</w:t>
      </w:r>
      <w:r w:rsidR="00B42B7E">
        <w:t>,</w:t>
      </w:r>
      <w:r w:rsidRPr="00972B81">
        <w:t xml:space="preserve"> </w:t>
      </w:r>
      <w:r w:rsidR="00B42B7E">
        <w:t>t</w:t>
      </w:r>
      <w:r w:rsidRPr="00972B81">
        <w:t>he door swung open, not resisting, almost eager</w:t>
      </w:r>
      <w:r w:rsidR="00B42B7E">
        <w:t xml:space="preserve">, first the lobby, </w:t>
      </w:r>
      <w:r w:rsidR="00BE28F9" w:rsidRPr="00BE28F9">
        <w:t>Posters peeled at the edges, colors dulled and warped</w:t>
      </w:r>
      <w:r w:rsidR="00BE28F9">
        <w:t xml:space="preserve">, </w:t>
      </w:r>
      <w:r w:rsidR="00B42B7E">
        <w:t>then the second door.</w:t>
      </w:r>
      <w:r w:rsidR="00BE28F9">
        <w:t xml:space="preserve"> T</w:t>
      </w:r>
      <w:r w:rsidR="00BE28F9" w:rsidRPr="00BE28F9">
        <w:t>iled floor seemed flatter than it should, his steps muffled, as though sound itself refused to spread here.</w:t>
      </w:r>
      <w:r w:rsidR="00BE28F9">
        <w:t xml:space="preserve"> </w:t>
      </w:r>
    </w:p>
    <w:p w14:paraId="347EEB5F" w14:textId="77777777" w:rsidR="00BE28F9" w:rsidRDefault="00BE28F9" w:rsidP="00972B81">
      <w:r w:rsidRPr="00BE28F9">
        <w:t>The arcade machines leaned together like sentinels, their screens black, blank as slate</w:t>
      </w:r>
      <w:r>
        <w:t>, t</w:t>
      </w:r>
      <w:r w:rsidR="00972B81" w:rsidRPr="00972B81">
        <w:t xml:space="preserve">he carousel stood silent. </w:t>
      </w:r>
    </w:p>
    <w:p w14:paraId="1107562D" w14:textId="6B818911" w:rsidR="00972B81" w:rsidRPr="00972B81" w:rsidRDefault="00972B81" w:rsidP="00972B81">
      <w:r w:rsidRPr="00972B81">
        <w:t xml:space="preserve">The magician doll by the entrance now dripped water, top hat glistening, a streak running down its porcelain cheek </w:t>
      </w:r>
      <w:r w:rsidR="00BE28F9">
        <w:t>and ear</w:t>
      </w:r>
      <w:r w:rsidRPr="00972B81">
        <w:t>.</w:t>
      </w:r>
    </w:p>
    <w:p w14:paraId="6181B657" w14:textId="29E0D62D" w:rsidR="00972B81" w:rsidRPr="00972B81" w:rsidRDefault="00972B81" w:rsidP="00972B81">
      <w:r w:rsidRPr="00972B81">
        <w:t>Mike dragged himself into the hall, shoes squelching. The crayon drawings ran in streaks.</w:t>
      </w:r>
    </w:p>
    <w:p w14:paraId="1D17EEFD" w14:textId="5FE6F0CA" w:rsidR="00BE28F9" w:rsidRDefault="00BE28F9" w:rsidP="00496DFC">
      <w:r w:rsidRPr="00BE28F9">
        <w:t xml:space="preserve">At the end, the office </w:t>
      </w:r>
      <w:r>
        <w:t>cased opening</w:t>
      </w:r>
      <w:r w:rsidRPr="00BE28F9">
        <w:t xml:space="preserve"> waited. He </w:t>
      </w:r>
      <w:r>
        <w:t>entered through it</w:t>
      </w:r>
      <w:r w:rsidRPr="00BE28F9">
        <w:t xml:space="preserve"> and the familiar smell of dry, stale air met him. His heart lurched — his jacket hung from the same doorknob, already there, just as he had left it </w:t>
      </w:r>
      <w:r>
        <w:t>the night</w:t>
      </w:r>
      <w:r w:rsidRPr="00BE28F9">
        <w:t xml:space="preserve"> before</w:t>
      </w:r>
      <w:r>
        <w:t xml:space="preserve">, he lands his </w:t>
      </w:r>
      <w:r w:rsidR="00496DFC" w:rsidRPr="00496DFC">
        <w:t xml:space="preserve">flashlight </w:t>
      </w:r>
      <w:r>
        <w:t xml:space="preserve">down by </w:t>
      </w:r>
      <w:r w:rsidR="00496DFC" w:rsidRPr="00496DFC">
        <w:t>his left</w:t>
      </w:r>
      <w:r>
        <w:t xml:space="preserve"> side</w:t>
      </w:r>
      <w:r w:rsidR="00496DFC" w:rsidRPr="00496DFC">
        <w:t xml:space="preserve">. </w:t>
      </w:r>
    </w:p>
    <w:p w14:paraId="5FBDCF9B" w14:textId="0530DF8A" w:rsidR="00496DFC" w:rsidRPr="00496DFC" w:rsidRDefault="00BE28F9" w:rsidP="00496DFC">
      <w:r>
        <w:t>He flips t</w:t>
      </w:r>
      <w:r w:rsidR="00496DFC" w:rsidRPr="00496DFC">
        <w:t>he generator groans to life. Yellow light spreads through the cramped room.</w:t>
      </w:r>
    </w:p>
    <w:p w14:paraId="0FD25610" w14:textId="631CD475" w:rsidR="00496DFC" w:rsidRPr="00496DFC" w:rsidRDefault="00496DFC" w:rsidP="00496DFC">
      <w:r w:rsidRPr="00496DFC">
        <w:t xml:space="preserve">The </w:t>
      </w:r>
      <w:proofErr w:type="spellStart"/>
      <w:r w:rsidRPr="00496DFC">
        <w:t>talkboy</w:t>
      </w:r>
      <w:proofErr w:type="spellEnd"/>
      <w:r w:rsidRPr="00496DFC">
        <w:t xml:space="preserve"> blinks</w:t>
      </w:r>
      <w:r w:rsidR="002B0F40">
        <w:t>:</w:t>
      </w:r>
    </w:p>
    <w:p w14:paraId="133C54BE" w14:textId="77777777" w:rsidR="00496DFC" w:rsidRPr="00496DFC" w:rsidRDefault="00496DFC" w:rsidP="00496DFC">
      <w:r w:rsidRPr="002B0F40">
        <w:rPr>
          <w:rFonts w:ascii="OCR A Extended" w:hAnsi="OCR A Extended"/>
          <w:b/>
          <w:bCs/>
        </w:rPr>
        <w:t>1 message left</w:t>
      </w:r>
      <w:r w:rsidRPr="00496DFC">
        <w:t>.</w:t>
      </w:r>
    </w:p>
    <w:p w14:paraId="0C8BC7F5" w14:textId="4654A9C7" w:rsidR="00496DFC" w:rsidRPr="00496DFC" w:rsidRDefault="00496DFC" w:rsidP="00496DFC">
      <w:r w:rsidRPr="00496DFC">
        <w:t xml:space="preserve">He presses </w:t>
      </w:r>
      <w:r w:rsidR="002B0F40">
        <w:rPr>
          <w:rFonts w:ascii="OCR A Extended" w:hAnsi="OCR A Extended"/>
        </w:rPr>
        <w:t>P</w:t>
      </w:r>
      <w:r w:rsidRPr="002B0F40">
        <w:rPr>
          <w:rFonts w:ascii="OCR A Extended" w:hAnsi="OCR A Extended"/>
        </w:rPr>
        <w:t>lay</w:t>
      </w:r>
      <w:r w:rsidRPr="00496DFC">
        <w:t>.</w:t>
      </w:r>
    </w:p>
    <w:p w14:paraId="4B6409AA" w14:textId="53508EC2" w:rsidR="00D16375" w:rsidRDefault="00D16375" w:rsidP="00BE28F9">
      <w:pPr>
        <w:rPr>
          <w:b/>
          <w:bCs/>
        </w:rPr>
      </w:pPr>
      <w:r w:rsidRPr="00CD0610">
        <w:rPr>
          <w:b/>
          <w:bCs/>
        </w:rPr>
        <w:lastRenderedPageBreak/>
        <w:t xml:space="preserve">[Tape hiss. </w:t>
      </w:r>
      <w:r>
        <w:rPr>
          <w:b/>
          <w:bCs/>
        </w:rPr>
        <w:t>Just static, thin, restless like whispers moving behind the walls</w:t>
      </w:r>
      <w:r w:rsidRPr="00CD0610">
        <w:rPr>
          <w:b/>
          <w:bCs/>
        </w:rPr>
        <w:t>.]</w:t>
      </w:r>
    </w:p>
    <w:p w14:paraId="2C8DEC54" w14:textId="77777777" w:rsidR="00D16375" w:rsidRDefault="00BE28F9" w:rsidP="00BE28F9">
      <w:r w:rsidRPr="00BE28F9">
        <w:t xml:space="preserve">The longer he listens, the more it shapes itself into almost-words, like a chorus of mouths pressed close to the receiver. His finger trembles as he pauses it. </w:t>
      </w:r>
    </w:p>
    <w:p w14:paraId="0BDCC7B3" w14:textId="392D2B00" w:rsidR="00D16375" w:rsidRPr="00D16375" w:rsidRDefault="00D16375" w:rsidP="00BE28F9">
      <w:pPr>
        <w:rPr>
          <w:b/>
          <w:bCs/>
        </w:rPr>
      </w:pPr>
      <w:r w:rsidRPr="00FD660F">
        <w:rPr>
          <w:rFonts w:ascii="Arial Rounded MT Bold" w:hAnsi="Arial Rounded MT Bold"/>
          <w:b/>
          <w:bCs/>
        </w:rPr>
        <w:t>[</w:t>
      </w:r>
      <w:r w:rsidRPr="00FD660F">
        <w:rPr>
          <w:rFonts w:ascii="OCR A Extended" w:hAnsi="OCR A Extended"/>
          <w:b/>
          <w:bCs/>
        </w:rPr>
        <w:t>Tape clicks off.</w:t>
      </w:r>
      <w:r w:rsidRPr="00FD660F">
        <w:rPr>
          <w:rFonts w:ascii="Arial Rounded MT Bold" w:hAnsi="Arial Rounded MT Bold"/>
          <w:b/>
          <w:bCs/>
        </w:rPr>
        <w:t>]</w:t>
      </w:r>
    </w:p>
    <w:p w14:paraId="19CDB6E5" w14:textId="5BB00C82" w:rsidR="00BE28F9" w:rsidRPr="00BE28F9" w:rsidRDefault="00BE28F9" w:rsidP="00BE28F9">
      <w:r w:rsidRPr="00BE28F9">
        <w:t>The silence that follows is somehow worse.</w:t>
      </w:r>
    </w:p>
    <w:p w14:paraId="25ABCB2A" w14:textId="77777777" w:rsidR="00D16375" w:rsidRDefault="00BE28F9" w:rsidP="00BE28F9">
      <w:r w:rsidRPr="00BE28F9">
        <w:t xml:space="preserve">Mike leans back, takes a deep breath, cracks open the first can of energy drink. The taste is sharp, metallic, and sour. He forces himself to swallow. </w:t>
      </w:r>
    </w:p>
    <w:p w14:paraId="229B4EEB" w14:textId="77777777" w:rsidR="00D16375" w:rsidRDefault="00BE28F9" w:rsidP="00BE28F9">
      <w:r w:rsidRPr="00BE28F9">
        <w:t xml:space="preserve">The cameras flicker in front of him, images sliding from static to empty rooms and back. </w:t>
      </w:r>
    </w:p>
    <w:p w14:paraId="1EE315FD" w14:textId="77777777" w:rsidR="00D16375" w:rsidRDefault="00BE28F9" w:rsidP="00BE28F9">
      <w:r w:rsidRPr="00BE28F9">
        <w:t xml:space="preserve">He tries to watch them, but his temples throb. Pain digs into his skull. </w:t>
      </w:r>
    </w:p>
    <w:p w14:paraId="03EE387A" w14:textId="0AFBABFB" w:rsidR="00BE28F9" w:rsidRPr="00BE28F9" w:rsidRDefault="00BE28F9" w:rsidP="00BE28F9">
      <w:r w:rsidRPr="00BE28F9">
        <w:t>He lean</w:t>
      </w:r>
      <w:r w:rsidR="00D16375">
        <w:t xml:space="preserve">s his </w:t>
      </w:r>
      <w:r w:rsidRPr="00BE28F9">
        <w:t xml:space="preserve">head against the table to minimize the </w:t>
      </w:r>
      <w:r w:rsidR="00D16375">
        <w:t>discomfort</w:t>
      </w:r>
      <w:r w:rsidRPr="00BE28F9">
        <w:t xml:space="preserve">, not to sleep as he </w:t>
      </w:r>
      <w:proofErr w:type="gramStart"/>
      <w:r w:rsidRPr="00BE28F9">
        <w:t>know</w:t>
      </w:r>
      <w:proofErr w:type="gramEnd"/>
      <w:r w:rsidRPr="00BE28F9">
        <w:t xml:space="preserve"> how it play</w:t>
      </w:r>
      <w:r w:rsidR="00D16375">
        <w:t>ed before</w:t>
      </w:r>
      <w:r w:rsidRPr="00BE28F9">
        <w:t>, but to rest his eyes a bit</w:t>
      </w:r>
      <w:r w:rsidR="00D16375">
        <w:t xml:space="preserve"> from the painful lights</w:t>
      </w:r>
      <w:r w:rsidRPr="00BE28F9">
        <w:t>.</w:t>
      </w:r>
    </w:p>
    <w:p w14:paraId="64F94628" w14:textId="77777777" w:rsidR="00BE28F9" w:rsidRPr="00BE28F9" w:rsidRDefault="00BE28F9" w:rsidP="00BE28F9">
      <w:r w:rsidRPr="00BE28F9">
        <w:t>Something clatters.</w:t>
      </w:r>
    </w:p>
    <w:p w14:paraId="4A056251" w14:textId="05D0A212" w:rsidR="00BE28F9" w:rsidRPr="00BE28F9" w:rsidRDefault="00BE28F9" w:rsidP="00BE28F9">
      <w:r w:rsidRPr="00BE28F9">
        <w:t xml:space="preserve">Mike lifts his head. His jacket has slipped to the floor. Only—it didn’t fall from a hook. He’d left it hanging on the knob during all his shifts. </w:t>
      </w:r>
      <w:r w:rsidR="00D16375">
        <w:t xml:space="preserve">He </w:t>
      </w:r>
      <w:r w:rsidRPr="00BE28F9">
        <w:t xml:space="preserve">Actually noticed he never tried to use </w:t>
      </w:r>
      <w:r w:rsidR="00D16375">
        <w:t>the knob</w:t>
      </w:r>
      <w:r w:rsidRPr="00BE28F9">
        <w:t xml:space="preserve"> as intended, to open </w:t>
      </w:r>
      <w:r w:rsidR="00D16375">
        <w:t>this</w:t>
      </w:r>
      <w:r w:rsidRPr="00BE28F9">
        <w:t xml:space="preserve"> door. The thought seizes him.</w:t>
      </w:r>
    </w:p>
    <w:p w14:paraId="4B99ABF2" w14:textId="130316C1" w:rsidR="00BE28F9" w:rsidRPr="00BE28F9" w:rsidRDefault="00BE28F9" w:rsidP="00BE28F9">
      <w:r w:rsidRPr="00BE28F9">
        <w:t>He rises</w:t>
      </w:r>
      <w:r w:rsidR="00D16375">
        <w:t xml:space="preserve"> from his chair</w:t>
      </w:r>
      <w:r w:rsidRPr="00BE28F9">
        <w:t>, grips the handle,</w:t>
      </w:r>
      <w:r w:rsidR="00D16375">
        <w:t xml:space="preserve"> with his right hand, and</w:t>
      </w:r>
      <w:r w:rsidRPr="00BE28F9">
        <w:t xml:space="preserve"> twists. Locked. He yanks harder. Nothing.</w:t>
      </w:r>
      <w:r w:rsidR="00D16375">
        <w:t xml:space="preserve"> </w:t>
      </w:r>
      <w:r w:rsidR="00D16375" w:rsidRPr="00D16375">
        <w:t>He thinks for a bit, remembers seeing something that looked like keys in the cleaner's room, so he goes through the carved opening on the left and enters the room, finds the bunch of keys hanging there</w:t>
      </w:r>
      <w:r w:rsidRPr="00BE28F9">
        <w:t>, the air heavy with ammonia and damp mop stink.</w:t>
      </w:r>
    </w:p>
    <w:p w14:paraId="616639AE" w14:textId="77777777" w:rsidR="00BE28F9" w:rsidRPr="00BE28F9" w:rsidRDefault="00BE28F9" w:rsidP="00BE28F9">
      <w:r w:rsidRPr="00BE28F9">
        <w:t>Keys clinking in hand, Mike turns back toward the office.</w:t>
      </w:r>
    </w:p>
    <w:p w14:paraId="29BFAF17" w14:textId="783826BD" w:rsidR="00BE28F9" w:rsidRPr="00BE28F9" w:rsidRDefault="00D16375" w:rsidP="00BE28F9">
      <w:r>
        <w:t>But midway</w:t>
      </w:r>
      <w:r w:rsidR="00BE28F9" w:rsidRPr="00BE28F9">
        <w:t xml:space="preserve"> something runs.</w:t>
      </w:r>
    </w:p>
    <w:p w14:paraId="39ACC7E4" w14:textId="0E96B1F1" w:rsidR="00BE28F9" w:rsidRPr="00BE28F9" w:rsidRDefault="00BE28F9" w:rsidP="00BE28F9">
      <w:r w:rsidRPr="00BE28F9">
        <w:t xml:space="preserve">A blur in the hallway, metal and cloth colliding in a red shape </w:t>
      </w:r>
      <w:r w:rsidR="00D16375">
        <w:t>hammering the ground on its way towards him</w:t>
      </w:r>
      <w:r w:rsidRPr="00BE28F9">
        <w:t>, Instinct takes over. Mike dives into the security office,</w:t>
      </w:r>
      <w:r w:rsidR="00D16375">
        <w:t xml:space="preserve"> falling on the ground and</w:t>
      </w:r>
      <w:r w:rsidRPr="00BE28F9">
        <w:t xml:space="preserve"> slams his palm against the big emergency button</w:t>
      </w:r>
      <w:r w:rsidR="00D16375">
        <w:t xml:space="preserve"> without getting up</w:t>
      </w:r>
      <w:r w:rsidRPr="00BE28F9">
        <w:t>.</w:t>
      </w:r>
    </w:p>
    <w:p w14:paraId="347D5B0F" w14:textId="77777777" w:rsidR="00BE28F9" w:rsidRPr="00BE28F9" w:rsidRDefault="00BE28F9" w:rsidP="00BE28F9">
      <w:r w:rsidRPr="00BE28F9">
        <w:t>The red light slams on. The heavy bulletproof door seals with a hiss almost falling in Mike’s legs.</w:t>
      </w:r>
    </w:p>
    <w:p w14:paraId="481B1123" w14:textId="06C029A4" w:rsidR="00BE28F9" w:rsidRPr="00BE28F9" w:rsidRDefault="00BE28F9" w:rsidP="00BE28F9">
      <w:r w:rsidRPr="00BE28F9">
        <w:t xml:space="preserve">His chest heaves. </w:t>
      </w:r>
      <w:r w:rsidR="00D16375">
        <w:t xml:space="preserve">He can hear punches against the </w:t>
      </w:r>
      <w:proofErr w:type="gramStart"/>
      <w:r w:rsidR="00D16375">
        <w:t>door,</w:t>
      </w:r>
      <w:proofErr w:type="gramEnd"/>
      <w:r w:rsidR="00D16375">
        <w:t xml:space="preserve"> h</w:t>
      </w:r>
      <w:r w:rsidR="00D16375" w:rsidRPr="00D16375">
        <w:t>e can hear frantic banging on the door</w:t>
      </w:r>
      <w:r w:rsidRPr="00BE28F9">
        <w:t>. For one second, he believes he’s safe.</w:t>
      </w:r>
    </w:p>
    <w:p w14:paraId="516D3884" w14:textId="77777777" w:rsidR="00BE28F9" w:rsidRPr="00BE28F9" w:rsidRDefault="00BE28F9" w:rsidP="00BE28F9">
      <w:r w:rsidRPr="00BE28F9">
        <w:t>Then—</w:t>
      </w:r>
    </w:p>
    <w:p w14:paraId="661E00C2" w14:textId="77777777" w:rsidR="00BE28F9" w:rsidRPr="00BE28F9" w:rsidRDefault="00BE28F9" w:rsidP="00BE28F9">
      <w:r w:rsidRPr="00BE28F9">
        <w:t>A noise behind him.</w:t>
      </w:r>
    </w:p>
    <w:p w14:paraId="28100664" w14:textId="2F6310A8" w:rsidR="00BE28F9" w:rsidRPr="00BE28F9" w:rsidRDefault="00BE28F9" w:rsidP="00BE28F9">
      <w:r w:rsidRPr="00BE28F9">
        <w:t>Low. Continuous. A sound like someone groaning through water, muffled and agonizing.</w:t>
      </w:r>
    </w:p>
    <w:p w14:paraId="5D3F4819" w14:textId="77777777" w:rsidR="00496DFC" w:rsidRPr="00BE28F9" w:rsidRDefault="00496DFC" w:rsidP="00496DFC"/>
    <w:p w14:paraId="03EA7B3C" w14:textId="7D5E77AB" w:rsidR="00D85FF2" w:rsidRPr="00D85FF2" w:rsidRDefault="00D85FF2" w:rsidP="00D85FF2">
      <w:r w:rsidRPr="00D85FF2">
        <w:lastRenderedPageBreak/>
        <w:t>Mike</w:t>
      </w:r>
      <w:r>
        <w:t xml:space="preserve"> tries to not look, but</w:t>
      </w:r>
      <w:r w:rsidRPr="00D85FF2">
        <w:t xml:space="preserve"> notices a weird shape in the shadows of the security room, two long and sharp shadows of something close to the yellow lightbulb, Mike turns slowly.</w:t>
      </w:r>
    </w:p>
    <w:p w14:paraId="55867121" w14:textId="5EF87FF4" w:rsidR="00D85FF2" w:rsidRPr="00D85FF2" w:rsidRDefault="00D85FF2" w:rsidP="00D85FF2">
      <w:r w:rsidRPr="00D85FF2">
        <w:t xml:space="preserve">Standing inside the office is the rabbit. Tall enough to block the light like that, Mike’s jacket lies </w:t>
      </w:r>
      <w:r>
        <w:t>behind</w:t>
      </w:r>
      <w:r w:rsidRPr="00D85FF2">
        <w:t xml:space="preserve"> its big fluffy purple feet.</w:t>
      </w:r>
    </w:p>
    <w:p w14:paraId="21AEF201" w14:textId="77777777" w:rsidR="00D85FF2" w:rsidRPr="00D85FF2" w:rsidRDefault="00D85FF2" w:rsidP="00D85FF2">
      <w:r w:rsidRPr="00D85FF2">
        <w:t>Its hands reach forward—huge, jointed things too big for a human throat. Fingers claw for him. Mike stumbles back, too slow. The creature grips, lifts, and hurls him across the room. His body crashes through a desk, monitors shattering in a spray of glass. Sparks spit. The phone clatters to the ground, unpausing on impact.</w:t>
      </w:r>
    </w:p>
    <w:p w14:paraId="4F86E33C" w14:textId="77777777" w:rsidR="00D85FF2" w:rsidRPr="00D85FF2" w:rsidRDefault="00D85FF2" w:rsidP="00D85FF2">
      <w:r w:rsidRPr="00D85FF2">
        <w:t>He rubs Mike all over the walls and the table, his purple ears bumping against the light hanging from the ceiling making it dance.</w:t>
      </w:r>
    </w:p>
    <w:p w14:paraId="04C84A98" w14:textId="77777777" w:rsidR="00D85FF2" w:rsidRPr="00D85FF2" w:rsidRDefault="00D85FF2" w:rsidP="00D85FF2">
      <w:r w:rsidRPr="00D85FF2">
        <w:t xml:space="preserve">From the receiver, the static voice returns. This time words crawl out: phrases from </w:t>
      </w:r>
      <w:r w:rsidRPr="00D85FF2">
        <w:rPr>
          <w:i/>
          <w:iCs/>
        </w:rPr>
        <w:t>Autobiography of a Yogi</w:t>
      </w:r>
      <w:r w:rsidRPr="00D85FF2">
        <w:t>, twisted and broken, half-devoured.</w:t>
      </w:r>
    </w:p>
    <w:p w14:paraId="12E25BE0" w14:textId="77777777" w:rsidR="00D85FF2" w:rsidRPr="00D85FF2" w:rsidRDefault="00D85FF2" w:rsidP="00D85FF2">
      <w:r w:rsidRPr="00D85FF2">
        <w:t xml:space="preserve">Mike’s vision swimming while the rabbit tries to get the grip to strangle him. He kicks with every ounce of strength he </w:t>
      </w:r>
      <w:proofErr w:type="gramStart"/>
      <w:r w:rsidRPr="00D85FF2">
        <w:t>have</w:t>
      </w:r>
      <w:proofErr w:type="gramEnd"/>
      <w:r w:rsidRPr="00D85FF2">
        <w:t>, his boot cracking against the rabbit’s face. The head jerks back. Something tears.</w:t>
      </w:r>
    </w:p>
    <w:p w14:paraId="10EB4BC3" w14:textId="77777777" w:rsidR="00D85FF2" w:rsidRPr="00D85FF2" w:rsidRDefault="00D85FF2" w:rsidP="00D85FF2">
      <w:r w:rsidRPr="00D85FF2">
        <w:t>With a violence that looks almost desperate, the rabbit rips at its own face. Glass eyes pop free, rolling across the floor like marbles. Beneath the shell, its face is a ruin—shreds of fabric fused with scorched metal, all jagged edges and torn seams, like it had been half-melted and stitched back together.</w:t>
      </w:r>
    </w:p>
    <w:p w14:paraId="2DC631D6" w14:textId="77777777" w:rsidR="00D85FF2" w:rsidRPr="00D85FF2" w:rsidRDefault="00D85FF2" w:rsidP="00D85FF2">
      <w:r w:rsidRPr="00D85FF2">
        <w:t xml:space="preserve">Mike crawls. Nails scrape against tile. He pulls himself toward the corner, toward the vent. The rabbit grabs his leg and </w:t>
      </w:r>
      <w:proofErr w:type="gramStart"/>
      <w:r w:rsidRPr="00D85FF2">
        <w:t>let</w:t>
      </w:r>
      <w:proofErr w:type="gramEnd"/>
      <w:r w:rsidRPr="00D85FF2">
        <w:t xml:space="preserve"> out the sound of an absurdly high-pitched and deafening scream that rattles and shakes Mike’s guts, Mike kicks, knocking the robot to the ground, which continues to scream further and further away as Mike crawls into the ventilation.</w:t>
      </w:r>
    </w:p>
    <w:p w14:paraId="2772A8D9" w14:textId="77777777" w:rsidR="00D85FF2" w:rsidRPr="00D85FF2" w:rsidRDefault="00D85FF2" w:rsidP="00D85FF2">
      <w:r w:rsidRPr="00D85FF2">
        <w:t>He drags himself inside the vent, the metal groaning under his weight. His hands bleed on the sharp edges as he pulls deeper in. Behind him, the rabbit slams against the wall of the office, too broad to follow.</w:t>
      </w:r>
    </w:p>
    <w:p w14:paraId="74C458F5" w14:textId="77777777" w:rsidR="00D85FF2" w:rsidRPr="00D85FF2" w:rsidRDefault="00D85FF2" w:rsidP="00D85FF2">
      <w:r w:rsidRPr="00D85FF2">
        <w:t>Mike doesn’t look back.</w:t>
      </w:r>
    </w:p>
    <w:p w14:paraId="2B959DD3" w14:textId="77777777" w:rsidR="00D85FF2" w:rsidRPr="00D85FF2" w:rsidRDefault="00D85FF2" w:rsidP="00D85FF2">
      <w:r w:rsidRPr="00D85FF2">
        <w:t>The vent swallows him.</w:t>
      </w:r>
    </w:p>
    <w:p w14:paraId="06FA78FE" w14:textId="77777777" w:rsidR="00496DFC" w:rsidRDefault="00496DFC" w:rsidP="00931403"/>
    <w:p w14:paraId="58F9002A" w14:textId="77777777" w:rsidR="00D85FF2" w:rsidRDefault="00D85FF2" w:rsidP="00931403"/>
    <w:p w14:paraId="7A76D111" w14:textId="77777777" w:rsidR="00D85FF2" w:rsidRDefault="00D85FF2" w:rsidP="00931403"/>
    <w:p w14:paraId="0DE0E766" w14:textId="77777777" w:rsidR="00D85FF2" w:rsidRDefault="00D85FF2" w:rsidP="00931403"/>
    <w:p w14:paraId="65B733DC" w14:textId="77777777" w:rsidR="00D85FF2" w:rsidRDefault="00D85FF2" w:rsidP="00931403"/>
    <w:p w14:paraId="2A4482E2" w14:textId="77777777" w:rsidR="00D85FF2" w:rsidRPr="005E0FF9" w:rsidRDefault="00D85FF2" w:rsidP="00D85FF2">
      <w:r w:rsidRPr="005E0FF9">
        <w:lastRenderedPageBreak/>
        <w:t>Mike crawls through the vent blindly, metal rattling around him, until the tiny metal sheet beneath his palms gives way.</w:t>
      </w:r>
    </w:p>
    <w:p w14:paraId="215DD3AC" w14:textId="21AC1272" w:rsidR="00D85FF2" w:rsidRPr="005E0FF9" w:rsidRDefault="00D85FF2" w:rsidP="00D85FF2">
      <w:r w:rsidRPr="005E0FF9">
        <w:t>He drops, falling down the metal pipe, then falls freely.</w:t>
      </w:r>
    </w:p>
    <w:p w14:paraId="278E3079" w14:textId="77777777" w:rsidR="00D85FF2" w:rsidRPr="005E0FF9" w:rsidRDefault="00D85FF2" w:rsidP="00D85FF2">
      <w:r w:rsidRPr="005E0FF9">
        <w:t>The impact explodes through his ribs and leg—something cracks, sharp, jagged, he endures the pain with clenched teeth. The darkness swallows everything. He lies on the cold floor, pain clawing up his body in waves. His breath rattles in the close dusty air.</w:t>
      </w:r>
    </w:p>
    <w:p w14:paraId="14E65446" w14:textId="77777777" w:rsidR="00D85FF2" w:rsidRPr="005E0FF9" w:rsidRDefault="00D85FF2" w:rsidP="00D85FF2">
      <w:r w:rsidRPr="005E0FF9">
        <w:t>He gropes blindly for his surroundings. His fingertips brush something soft.</w:t>
      </w:r>
    </w:p>
    <w:p w14:paraId="633BAB63" w14:textId="77777777" w:rsidR="00D85FF2" w:rsidRPr="005E0FF9" w:rsidRDefault="00D85FF2" w:rsidP="00D85FF2">
      <w:r w:rsidRPr="005E0FF9">
        <w:t>A horrible, greasy fur, damp with some thick substance that clings to his skin. He yanks his hand back, choking on the smell—rot and mildew like a dead rat, copper and mold.</w:t>
      </w:r>
    </w:p>
    <w:p w14:paraId="032AEA62" w14:textId="6B2EDE3C" w:rsidR="00D85FF2" w:rsidRPr="005E0FF9" w:rsidRDefault="00D85FF2" w:rsidP="00D85FF2">
      <w:r w:rsidRPr="005E0FF9">
        <w:t>He touches the opposite wall and follows it with his fingertips, fumbles harder until the lighter clicks.</w:t>
      </w:r>
    </w:p>
    <w:p w14:paraId="206E56EB" w14:textId="77777777" w:rsidR="00D85FF2" w:rsidRPr="005E0FF9" w:rsidRDefault="00D85FF2" w:rsidP="00D85FF2">
      <w:r w:rsidRPr="005E0FF9">
        <w:t>A weak flame blossoms.</w:t>
      </w:r>
    </w:p>
    <w:p w14:paraId="44093A62" w14:textId="07F9CD09" w:rsidR="00D85FF2" w:rsidRPr="005E0FF9" w:rsidRDefault="00D85FF2" w:rsidP="00D85FF2">
      <w:r w:rsidRPr="005E0FF9">
        <w:t>The room appears around him, as though summoned. The walls aspect shows that room doesn’t seem to belong the building. Old mascot suits slumped in the corners, different designs from the original, their colors muted beneath years of dust and damp. Heads tilted. Limbs collapsed sitting still.</w:t>
      </w:r>
      <w:r w:rsidR="00CE153F" w:rsidRPr="005E0FF9">
        <w:t xml:space="preserve"> On the middle, a yellow one, a bear.</w:t>
      </w:r>
    </w:p>
    <w:p w14:paraId="3E670174" w14:textId="4936BDA3" w:rsidR="00D85FF2" w:rsidRPr="005E0FF9" w:rsidRDefault="00CE153F" w:rsidP="00D85FF2">
      <w:r w:rsidRPr="005E0FF9">
        <w:t>H</w:t>
      </w:r>
      <w:r w:rsidR="00D85FF2" w:rsidRPr="005E0FF9">
        <w:t>e can see a tiny</w:t>
      </w:r>
      <w:r w:rsidRPr="005E0FF9">
        <w:t xml:space="preserve"> light</w:t>
      </w:r>
      <w:r w:rsidR="00D85FF2" w:rsidRPr="005E0FF9">
        <w:t xml:space="preserve"> reflex</w:t>
      </w:r>
      <w:r w:rsidRPr="005E0FF9">
        <w:t>es</w:t>
      </w:r>
      <w:r w:rsidR="00D85FF2" w:rsidRPr="005E0FF9">
        <w:t xml:space="preserve"> inside the black </w:t>
      </w:r>
      <w:r w:rsidRPr="005E0FF9">
        <w:t xml:space="preserve">deep </w:t>
      </w:r>
      <w:r w:rsidR="00D85FF2" w:rsidRPr="005E0FF9">
        <w:t>holes of its mask</w:t>
      </w:r>
      <w:r w:rsidRPr="005E0FF9">
        <w:t xml:space="preserve"> dark as the grotesquely opened mouth behind the round muzzle</w:t>
      </w:r>
      <w:r w:rsidR="00D85FF2" w:rsidRPr="005E0FF9">
        <w:t>.</w:t>
      </w:r>
    </w:p>
    <w:p w14:paraId="5FD6265A" w14:textId="48E6181A" w:rsidR="00CE153F" w:rsidRPr="005E0FF9" w:rsidRDefault="00CE153F" w:rsidP="00D85FF2">
      <w:r w:rsidRPr="005E0FF9">
        <w:t xml:space="preserve">On the ground close to his foot, the toy phone from the </w:t>
      </w:r>
      <w:proofErr w:type="spellStart"/>
      <w:r w:rsidRPr="005E0FF9">
        <w:t>Talkboy</w:t>
      </w:r>
      <w:proofErr w:type="spellEnd"/>
      <w:r w:rsidRPr="005E0FF9">
        <w:t>. Mike’s stomach turns. The tiny dots, frozen lifeless eyes.</w:t>
      </w:r>
    </w:p>
    <w:p w14:paraId="10AF904B" w14:textId="77777777" w:rsidR="00D85FF2" w:rsidRPr="005E0FF9" w:rsidRDefault="00D85FF2" w:rsidP="00D85FF2">
      <w:r w:rsidRPr="005E0FF9">
        <w:t xml:space="preserve">Inside, through the cracked seam of the torso, a man’s corpse rots in silence, his body sealed into the fabric, flesh mummified by time. Dust clings to his teeth where his jaw hangs loose. </w:t>
      </w:r>
    </w:p>
    <w:p w14:paraId="3A3F35DC" w14:textId="6D60C36C" w:rsidR="00D85FF2" w:rsidRPr="005E0FF9" w:rsidRDefault="00D85FF2" w:rsidP="00D85FF2">
      <w:r w:rsidRPr="005E0FF9">
        <w:t xml:space="preserve">And the others—leaning against the walls, stacked in corners—Mike doesn’t let himself look too </w:t>
      </w:r>
      <w:proofErr w:type="gramStart"/>
      <w:r w:rsidRPr="005E0FF9">
        <w:t>close</w:t>
      </w:r>
      <w:proofErr w:type="gramEnd"/>
      <w:r w:rsidRPr="005E0FF9">
        <w:t>. He doesn’t need to. He knows. Inside the open mascot mouths he can see human teeth, they’re filled. Bodies bent into mascots, posed like grotesque mannequins, a congregation of the dead.</w:t>
      </w:r>
    </w:p>
    <w:p w14:paraId="2601FDA2" w14:textId="3435E9D1" w:rsidR="00D85FF2" w:rsidRPr="005E0FF9" w:rsidRDefault="00D85FF2" w:rsidP="00D85FF2">
      <w:r w:rsidRPr="005E0FF9">
        <w:t xml:space="preserve">His breathing is ragged, sharp, but his mind feels blank, hollowed out. </w:t>
      </w:r>
    </w:p>
    <w:p w14:paraId="356BF8FC" w14:textId="25D8E6A4" w:rsidR="00D85FF2" w:rsidRPr="005E0FF9" w:rsidRDefault="00D85FF2" w:rsidP="00D85FF2">
      <w:r w:rsidRPr="005E0FF9">
        <w:t>His palm brushes something propped against the wall. Cold steel. A fire ax. He grips it tightly, the weight steadying his wounded body.</w:t>
      </w:r>
    </w:p>
    <w:p w14:paraId="0A3B99D1" w14:textId="77777777" w:rsidR="00D85FF2" w:rsidRPr="005E0FF9" w:rsidRDefault="00D85FF2" w:rsidP="00D85FF2">
      <w:r w:rsidRPr="005E0FF9">
        <w:t>In the far corner, a square of air is different—the faintest draft. Mike crawls to the ladder, feeling his leg’s bone is out of place, he forces open a big heavy hidden door in the wall, and drags himself against it, ax clenched in his fist.</w:t>
      </w:r>
    </w:p>
    <w:p w14:paraId="71F791C7" w14:textId="5A3DFCBA" w:rsidR="00CE153F" w:rsidRPr="005E0FF9" w:rsidRDefault="00CE153F" w:rsidP="00CE153F">
      <w:r w:rsidRPr="005E0FF9">
        <w:lastRenderedPageBreak/>
        <w:t>Mike emerges in a dark place, pushes something heavy, too heavy, it’s an oven, the restaurant’s kitchen, Mike can’t lift it from behind the cellar door, he is trapped.</w:t>
      </w:r>
    </w:p>
    <w:p w14:paraId="41A0742E" w14:textId="0ED19B31" w:rsidR="00CE153F" w:rsidRPr="005E0FF9" w:rsidRDefault="00CE153F" w:rsidP="00CE153F">
      <w:r w:rsidRPr="005E0FF9">
        <w:t xml:space="preserve">He lets out of the stair and fall, crawls and feel his way to a dark corner where the weak light doesn’t reach, he finds stairs, he follows them and finds a wall where he can feel a prominent doorframe, he pushes with all his strength but it doesn't budge, until it spontaneously unlocks, and Mike emerges into the middle of the dining area from inside the wall, a hidden door behind the carousel. </w:t>
      </w:r>
    </w:p>
    <w:p w14:paraId="4395F056" w14:textId="2628EA66" w:rsidR="00CE153F" w:rsidRPr="005E0FF9" w:rsidRDefault="00CE153F" w:rsidP="00CE153F">
      <w:r w:rsidRPr="005E0FF9">
        <w:t>As soon as he pulls himself into the dining area, the metallic footsteps slamming against tile in the corridor can be heard—fast, uneven, the scraping sprint of the red one.</w:t>
      </w:r>
    </w:p>
    <w:p w14:paraId="6A31F519" w14:textId="2D8B910C" w:rsidR="00CE153F" w:rsidRPr="005E0FF9" w:rsidRDefault="00CE153F" w:rsidP="00CE153F">
      <w:r w:rsidRPr="005E0FF9">
        <w:t>It comes charging through the dark, eyes reflecting the light like a nocturnal animal, its weight light but its speed brutal, momentum the only weapon it has.</w:t>
      </w:r>
    </w:p>
    <w:p w14:paraId="1994A277" w14:textId="77777777" w:rsidR="00CE153F" w:rsidRPr="005E0FF9" w:rsidRDefault="00CE153F" w:rsidP="00CE153F">
      <w:r w:rsidRPr="005E0FF9">
        <w:t>Mike swings in pure reflex.</w:t>
      </w:r>
    </w:p>
    <w:p w14:paraId="6648EEC7" w14:textId="77777777" w:rsidR="00CE153F" w:rsidRPr="005E0FF9" w:rsidRDefault="00CE153F" w:rsidP="00CE153F">
      <w:r w:rsidRPr="005E0FF9">
        <w:t>The ax buries itself across the mascot’s chest and the impact shudders through Mike’s arms, the axe leaves Mike’s grip.</w:t>
      </w:r>
    </w:p>
    <w:p w14:paraId="762975A9" w14:textId="66244CBF" w:rsidR="00CE153F" w:rsidRPr="005E0FF9" w:rsidRDefault="00CE153F" w:rsidP="00CE153F">
      <w:r w:rsidRPr="005E0FF9">
        <w:t xml:space="preserve">The fox jerks back at the same time, it’s body spatter with sparks as </w:t>
      </w:r>
      <w:proofErr w:type="gramStart"/>
      <w:r w:rsidRPr="005E0FF9">
        <w:t>metal on metal</w:t>
      </w:r>
      <w:proofErr w:type="gramEnd"/>
      <w:r w:rsidRPr="005E0FF9">
        <w:t xml:space="preserve"> screams staggered by the blow, its body collapsing with the crash instantly. Mike falls on the opposite direction and the echo of their fall rattles the dining area.</w:t>
      </w:r>
    </w:p>
    <w:p w14:paraId="632FF9B6" w14:textId="6EEE2170" w:rsidR="00CE153F" w:rsidRPr="005E0FF9" w:rsidRDefault="00CE153F" w:rsidP="00CE153F">
      <w:r w:rsidRPr="005E0FF9">
        <w:t xml:space="preserve">Mike manages to get up, but the fox doesn’t, </w:t>
      </w:r>
      <w:proofErr w:type="gramStart"/>
      <w:r w:rsidRPr="005E0FF9">
        <w:t>it’s</w:t>
      </w:r>
      <w:proofErr w:type="gramEnd"/>
      <w:r w:rsidRPr="005E0FF9">
        <w:t xml:space="preserve"> limited movement doesn’t allow it, it do slow repetitive movements like a broken toy</w:t>
      </w:r>
      <w:r w:rsidR="00317160" w:rsidRPr="005E0FF9">
        <w:t>, Mike observe it have a pirate hook and black eyepatch</w:t>
      </w:r>
      <w:r w:rsidRPr="005E0FF9">
        <w:t>.</w:t>
      </w:r>
    </w:p>
    <w:p w14:paraId="6817FE87" w14:textId="7B8C7687" w:rsidR="00317160" w:rsidRPr="005E0FF9" w:rsidRDefault="00317160" w:rsidP="00CE153F">
      <w:r w:rsidRPr="005E0FF9">
        <w:t xml:space="preserve">He leaves the axe stuck in the </w:t>
      </w:r>
      <w:proofErr w:type="spellStart"/>
      <w:r w:rsidRPr="005E0FF9">
        <w:t>fox-like</w:t>
      </w:r>
      <w:proofErr w:type="spellEnd"/>
      <w:r w:rsidRPr="005E0FF9">
        <w:t xml:space="preserve"> figure's chest, it writhes on the ground, ev</w:t>
      </w:r>
      <w:r w:rsidR="00CE153F" w:rsidRPr="005E0FF9">
        <w:t>ery step toward the Exit grinds shards of pain deeper into Mike’s body. His leg screams, his ribs ache, but he forces himself forward, limping towards the exit.</w:t>
      </w:r>
    </w:p>
    <w:p w14:paraId="043C7A5F" w14:textId="77777777" w:rsidR="00CE153F" w:rsidRPr="005E0FF9" w:rsidRDefault="00CE153F" w:rsidP="00CE153F">
      <w:r w:rsidRPr="005E0FF9">
        <w:t>Then—impact.</w:t>
      </w:r>
    </w:p>
    <w:p w14:paraId="0C444F8D" w14:textId="77777777" w:rsidR="00317160" w:rsidRPr="005E0FF9" w:rsidRDefault="00317160" w:rsidP="00CE153F"/>
    <w:p w14:paraId="7AAB490B" w14:textId="77777777" w:rsidR="00317160" w:rsidRPr="005E0FF9" w:rsidRDefault="00317160" w:rsidP="00CE153F"/>
    <w:p w14:paraId="223D640D" w14:textId="77777777" w:rsidR="00317160" w:rsidRPr="005E0FF9" w:rsidRDefault="00317160" w:rsidP="00CE153F"/>
    <w:p w14:paraId="58AB526E" w14:textId="77777777" w:rsidR="00317160" w:rsidRDefault="00317160" w:rsidP="00CE153F"/>
    <w:p w14:paraId="7D1DFCF3" w14:textId="77777777" w:rsidR="005E0FF9" w:rsidRDefault="005E0FF9" w:rsidP="00CE153F"/>
    <w:p w14:paraId="34406B9F" w14:textId="77777777" w:rsidR="005E0FF9" w:rsidRDefault="005E0FF9" w:rsidP="00CE153F"/>
    <w:p w14:paraId="5472B037" w14:textId="77777777" w:rsidR="005E0FF9" w:rsidRPr="005E0FF9" w:rsidRDefault="005E0FF9" w:rsidP="00CE153F"/>
    <w:p w14:paraId="3821FCF2" w14:textId="77777777" w:rsidR="00317160" w:rsidRPr="005E0FF9" w:rsidRDefault="00317160" w:rsidP="00CE153F"/>
    <w:p w14:paraId="4CBE4C13" w14:textId="05B03917" w:rsidR="00317160" w:rsidRPr="005E0FF9" w:rsidRDefault="00CE153F" w:rsidP="00CE153F">
      <w:r w:rsidRPr="005E0FF9">
        <w:lastRenderedPageBreak/>
        <w:t>Something slams him sideways</w:t>
      </w:r>
      <w:r w:rsidR="00317160" w:rsidRPr="005E0FF9">
        <w:t xml:space="preserve"> violently</w:t>
      </w:r>
      <w:r w:rsidRPr="005E0FF9">
        <w:t xml:space="preserve">. </w:t>
      </w:r>
      <w:r w:rsidR="00317160" w:rsidRPr="005E0FF9">
        <w:t>All he can see is splinters and dust bursting around him as his body smashes through the drywall breaking it</w:t>
      </w:r>
      <w:r w:rsidRPr="005E0FF9">
        <w:t xml:space="preserve">. </w:t>
      </w:r>
    </w:p>
    <w:p w14:paraId="742B6B42" w14:textId="4945B174" w:rsidR="00CE153F" w:rsidRPr="005E0FF9" w:rsidRDefault="00CE153F" w:rsidP="00CE153F">
      <w:r w:rsidRPr="005E0FF9">
        <w:t>He hits the ground hard, limp, the air driven out of his lungs in a strangled gasp.</w:t>
      </w:r>
      <w:r w:rsidR="003155D8" w:rsidRPr="005E0FF9">
        <w:t xml:space="preserve"> </w:t>
      </w:r>
      <w:r w:rsidRPr="005E0FF9">
        <w:t xml:space="preserve">Above him looms the </w:t>
      </w:r>
      <w:r w:rsidR="00577637" w:rsidRPr="005E0FF9">
        <w:t xml:space="preserve">bulky </w:t>
      </w:r>
      <w:r w:rsidRPr="005E0FF9">
        <w:t>yellow chicken</w:t>
      </w:r>
      <w:r w:rsidR="00317160" w:rsidRPr="005E0FF9">
        <w:t xml:space="preserve"> figure</w:t>
      </w:r>
      <w:r w:rsidR="003155D8" w:rsidRPr="005E0FF9">
        <w:t xml:space="preserve"> with Long artificial feathers on </w:t>
      </w:r>
      <w:proofErr w:type="gramStart"/>
      <w:r w:rsidR="003155D8" w:rsidRPr="005E0FF9">
        <w:t>the  arms</w:t>
      </w:r>
      <w:proofErr w:type="gramEnd"/>
      <w:r w:rsidR="003155D8" w:rsidRPr="005E0FF9">
        <w:t>.</w:t>
      </w:r>
    </w:p>
    <w:p w14:paraId="40BEC042" w14:textId="547B6FAA" w:rsidR="00CE153F" w:rsidRPr="005E0FF9" w:rsidRDefault="00CE153F" w:rsidP="00CE153F">
      <w:r w:rsidRPr="005E0FF9">
        <w:t xml:space="preserve">It doesn’t move at first, only leans close. Its head tilts, </w:t>
      </w:r>
      <w:r w:rsidR="00577637" w:rsidRPr="005E0FF9">
        <w:t xml:space="preserve">thick eyebrows, </w:t>
      </w:r>
      <w:r w:rsidR="00317160" w:rsidRPr="005E0FF9">
        <w:t xml:space="preserve">orange </w:t>
      </w:r>
      <w:r w:rsidRPr="005E0FF9">
        <w:t>beak gaping wide</w:t>
      </w:r>
      <w:r w:rsidR="00317160" w:rsidRPr="005E0FF9">
        <w:t>, silent</w:t>
      </w:r>
      <w:r w:rsidRPr="005E0FF9">
        <w:t xml:space="preserve">. </w:t>
      </w:r>
    </w:p>
    <w:p w14:paraId="68FA1470" w14:textId="6972B189" w:rsidR="00577637" w:rsidRPr="005E0FF9" w:rsidRDefault="00577637" w:rsidP="00CE153F">
      <w:r w:rsidRPr="005E0FF9">
        <w:t>A bib on the chest reads:</w:t>
      </w:r>
      <w:r w:rsidRPr="005E0FF9">
        <w:br/>
        <w:t xml:space="preserve"> "</w:t>
      </w:r>
      <w:r w:rsidRPr="005E0FF9">
        <w:rPr>
          <w:b/>
          <w:bCs/>
          <w:sz w:val="32"/>
          <w:szCs w:val="32"/>
        </w:rPr>
        <w:t>let's eat!!!</w:t>
      </w:r>
      <w:r w:rsidRPr="005E0FF9">
        <w:t>"</w:t>
      </w:r>
    </w:p>
    <w:p w14:paraId="70E2726C" w14:textId="52531481" w:rsidR="00CE153F" w:rsidRPr="005E0FF9" w:rsidRDefault="00CE153F" w:rsidP="00CE153F">
      <w:r w:rsidRPr="005E0FF9">
        <w:t>It waits</w:t>
      </w:r>
      <w:r w:rsidR="00317160" w:rsidRPr="005E0FF9">
        <w:t xml:space="preserve"> attentive</w:t>
      </w:r>
      <w:r w:rsidR="00577637" w:rsidRPr="005E0FF9">
        <w:t xml:space="preserve"> to any movement</w:t>
      </w:r>
      <w:r w:rsidRPr="005E0FF9">
        <w:t xml:space="preserve">. </w:t>
      </w:r>
    </w:p>
    <w:p w14:paraId="3A4CA041" w14:textId="77777777" w:rsidR="00CE153F" w:rsidRPr="005E0FF9" w:rsidRDefault="00CE153F" w:rsidP="00CE153F">
      <w:r w:rsidRPr="005E0FF9">
        <w:t>Mike doesn’t react. He lies still, eyes half-shut, breath shallow.</w:t>
      </w:r>
    </w:p>
    <w:p w14:paraId="565A8087" w14:textId="5635E7A9" w:rsidR="00317160" w:rsidRPr="005E0FF9" w:rsidRDefault="00317160" w:rsidP="00CE153F">
      <w:r w:rsidRPr="005E0FF9">
        <w:t xml:space="preserve">The chicken tries to grab Mike with one hand like it’s blind or too clumsy and imprecise to make a precise move. Then a </w:t>
      </w:r>
      <w:proofErr w:type="gramStart"/>
      <w:r w:rsidRPr="005E0FF9">
        <w:t>grotesque pink</w:t>
      </w:r>
      <w:r w:rsidR="00577637" w:rsidRPr="005E0FF9">
        <w:t xml:space="preserve"> </w:t>
      </w:r>
      <w:r w:rsidRPr="005E0FF9">
        <w:t>cupcake bits</w:t>
      </w:r>
      <w:proofErr w:type="gramEnd"/>
      <w:r w:rsidRPr="005E0FF9">
        <w:t xml:space="preserve"> onto Mike’s shoulder, pressing it and grabbing him slowly.</w:t>
      </w:r>
    </w:p>
    <w:p w14:paraId="1A8D7D5A" w14:textId="77777777" w:rsidR="00577637" w:rsidRPr="005E0FF9" w:rsidRDefault="00317160" w:rsidP="00317160">
      <w:r w:rsidRPr="005E0FF9">
        <w:t>It uses the cupcake hand</w:t>
      </w:r>
      <w:r w:rsidR="00577637" w:rsidRPr="005E0FF9">
        <w:t>-puppet</w:t>
      </w:r>
      <w:r w:rsidRPr="005E0FF9">
        <w:t xml:space="preserve"> to drag</w:t>
      </w:r>
      <w:r w:rsidR="00577637" w:rsidRPr="005E0FF9">
        <w:t xml:space="preserve"> </w:t>
      </w:r>
      <w:r w:rsidRPr="005E0FF9">
        <w:t>Mike like dead weight</w:t>
      </w:r>
      <w:r w:rsidR="00577637" w:rsidRPr="005E0FF9">
        <w:t xml:space="preserve"> across the dining area, Mike feel the impact of each step of the bizarre machine mascot</w:t>
      </w:r>
      <w:r w:rsidRPr="005E0FF9">
        <w:t xml:space="preserve">. </w:t>
      </w:r>
    </w:p>
    <w:p w14:paraId="0B53B797" w14:textId="4152A4EA" w:rsidR="00317160" w:rsidRPr="005E0FF9" w:rsidRDefault="00577637" w:rsidP="00317160">
      <w:r w:rsidRPr="005E0FF9">
        <w:t>It</w:t>
      </w:r>
      <w:r w:rsidR="00317160" w:rsidRPr="005E0FF9">
        <w:t xml:space="preserve"> scrapes him across the tile, past overturned chairs and empty </w:t>
      </w:r>
      <w:r w:rsidRPr="005E0FF9">
        <w:t xml:space="preserve">long </w:t>
      </w:r>
      <w:r w:rsidR="00317160" w:rsidRPr="005E0FF9">
        <w:t>tables, toward the dining room’s center heading the backstage.</w:t>
      </w:r>
    </w:p>
    <w:p w14:paraId="25B6E0DE" w14:textId="77777777" w:rsidR="00317160" w:rsidRPr="005E0FF9" w:rsidRDefault="00317160" w:rsidP="00317160">
      <w:r w:rsidRPr="005E0FF9">
        <w:t>Mike’s gaze flicks sideways.</w:t>
      </w:r>
    </w:p>
    <w:p w14:paraId="73DD6349" w14:textId="77777777" w:rsidR="00317160" w:rsidRPr="005E0FF9" w:rsidRDefault="00317160" w:rsidP="00317160">
      <w:r w:rsidRPr="005E0FF9">
        <w:t>A fire extinguisher bolted to the wall.</w:t>
      </w:r>
    </w:p>
    <w:p w14:paraId="0F36E208" w14:textId="0DE3A817" w:rsidR="00317160" w:rsidRPr="005E0FF9" w:rsidRDefault="00317160" w:rsidP="00317160">
      <w:r w:rsidRPr="005E0FF9">
        <w:t>He lunges, ribs feel tearing through his chest, and rips it free. He swings it once</w:t>
      </w:r>
      <w:r w:rsidR="00577637" w:rsidRPr="005E0FF9">
        <w:t xml:space="preserve"> right in the hand-puppet</w:t>
      </w:r>
      <w:r w:rsidRPr="005E0FF9">
        <w:t xml:space="preserve">, twice, then smashes it down. Metal shrieks, fiberglass of </w:t>
      </w:r>
      <w:proofErr w:type="spellStart"/>
      <w:proofErr w:type="gramStart"/>
      <w:r w:rsidRPr="005E0FF9">
        <w:t>it’s</w:t>
      </w:r>
      <w:proofErr w:type="spellEnd"/>
      <w:proofErr w:type="gramEnd"/>
      <w:r w:rsidRPr="005E0FF9">
        <w:t xml:space="preserve"> eyes splinters. The cupcake-hand dangles, hanging by wires.</w:t>
      </w:r>
    </w:p>
    <w:p w14:paraId="4789FFC8" w14:textId="50ADF66C" w:rsidR="00317160" w:rsidRPr="005E0FF9" w:rsidRDefault="00317160" w:rsidP="00317160">
      <w:r w:rsidRPr="005E0FF9">
        <w:t xml:space="preserve">The chicken screeches—not pain, but fury—and reacts faster than he can. The huge taloned hand seizes around </w:t>
      </w:r>
      <w:r w:rsidR="00577637" w:rsidRPr="005E0FF9">
        <w:t>Mike’s</w:t>
      </w:r>
      <w:r w:rsidRPr="005E0FF9">
        <w:t xml:space="preserve"> shoulder, crushing </w:t>
      </w:r>
      <w:r w:rsidR="00577637" w:rsidRPr="005E0FF9">
        <w:t>his</w:t>
      </w:r>
      <w:r w:rsidRPr="005E0FF9">
        <w:t xml:space="preserve"> scapula </w:t>
      </w:r>
      <w:r w:rsidR="00577637" w:rsidRPr="005E0FF9">
        <w:t>like</w:t>
      </w:r>
      <w:r w:rsidRPr="005E0FF9">
        <w:t xml:space="preserve"> a biscuit. Bones groan. He’s lifted off the ground, dangling, ribs grinding into each other, vision flashing white with agony</w:t>
      </w:r>
      <w:r w:rsidR="00577637" w:rsidRPr="005E0FF9">
        <w:t>, he screams</w:t>
      </w:r>
      <w:r w:rsidRPr="005E0FF9">
        <w:t>.</w:t>
      </w:r>
    </w:p>
    <w:p w14:paraId="1690D6DB" w14:textId="0C9B3B7B" w:rsidR="004F540C" w:rsidRPr="005E0FF9" w:rsidRDefault="004F540C" w:rsidP="00577637">
      <w:r w:rsidRPr="005E0FF9">
        <w:t>Holding him high, feet off the ground.</w:t>
      </w:r>
    </w:p>
    <w:p w14:paraId="50F6C602" w14:textId="77777777" w:rsidR="004F540C" w:rsidRPr="005E0FF9" w:rsidRDefault="00317160" w:rsidP="00577637">
      <w:r w:rsidRPr="005E0FF9">
        <w:t xml:space="preserve">The </w:t>
      </w:r>
      <w:r w:rsidR="00577637" w:rsidRPr="005E0FF9">
        <w:t xml:space="preserve">chicken’s </w:t>
      </w:r>
      <w:r w:rsidRPr="005E0FF9">
        <w:t>beak yawns open, wide enough to swallow his face</w:t>
      </w:r>
      <w:r w:rsidR="00577637" w:rsidRPr="005E0FF9">
        <w:t xml:space="preserve">, a hinge at </w:t>
      </w:r>
      <w:r w:rsidR="004F540C" w:rsidRPr="005E0FF9">
        <w:t>the</w:t>
      </w:r>
      <w:r w:rsidR="00577637" w:rsidRPr="005E0FF9">
        <w:t xml:space="preserve"> bottom of </w:t>
      </w:r>
      <w:r w:rsidR="004F540C" w:rsidRPr="005E0FF9">
        <w:t>it</w:t>
      </w:r>
      <w:r w:rsidR="00577637" w:rsidRPr="005E0FF9">
        <w:t xml:space="preserve"> whose wheels resemble small teeth</w:t>
      </w:r>
      <w:r w:rsidRPr="005E0FF9">
        <w:t>. From deep inside comes the stench: sour rot, rancid blood, the thick stink of a carcass sealed too long</w:t>
      </w:r>
      <w:r w:rsidR="004F540C" w:rsidRPr="005E0FF9">
        <w:t xml:space="preserve">, </w:t>
      </w:r>
    </w:p>
    <w:p w14:paraId="17AB3CEB" w14:textId="66D1026F" w:rsidR="004F540C" w:rsidRPr="005E0FF9" w:rsidRDefault="004F540C" w:rsidP="00577637">
      <w:r w:rsidRPr="005E0FF9">
        <w:t xml:space="preserve">The chicken lets out </w:t>
      </w:r>
      <w:r w:rsidR="00577637" w:rsidRPr="005E0FF9">
        <w:t>a guttural moan, low and wet, vibrating in his chest</w:t>
      </w:r>
      <w:r w:rsidRPr="005E0FF9">
        <w:t xml:space="preserve"> while Mike’s vision blurs as he holds the fire extinguisher weakly by the discharge hose.</w:t>
      </w:r>
    </w:p>
    <w:p w14:paraId="685CBAF8" w14:textId="6399075A" w:rsidR="00577637" w:rsidRPr="005E0FF9" w:rsidRDefault="004F540C" w:rsidP="00317160">
      <w:r w:rsidRPr="005E0FF9">
        <w:lastRenderedPageBreak/>
        <w:t xml:space="preserve">Mike pulls it up by the barrel, pulls off the lock, and sticks the nozzle deep into the chicken's mouth, it high-pitch </w:t>
      </w:r>
      <w:proofErr w:type="spellStart"/>
      <w:proofErr w:type="gramStart"/>
      <w:r w:rsidRPr="005E0FF9">
        <w:t>a</w:t>
      </w:r>
      <w:proofErr w:type="spellEnd"/>
      <w:proofErr w:type="gramEnd"/>
      <w:r w:rsidRPr="005E0FF9">
        <w:t xml:space="preserve"> excruciating scream while trying to bite it down, Mike squeezes the extinguisher lever.</w:t>
      </w:r>
    </w:p>
    <w:p w14:paraId="3FCD39BC" w14:textId="77777777" w:rsidR="004F540C" w:rsidRPr="005E0FF9" w:rsidRDefault="00317160" w:rsidP="00317160">
      <w:r w:rsidRPr="005E0FF9">
        <w:t xml:space="preserve">A hiss fills the air. White foam erupts inside its </w:t>
      </w:r>
      <w:r w:rsidR="004F540C" w:rsidRPr="005E0FF9">
        <w:t>head creating a wide white fog</w:t>
      </w:r>
      <w:r w:rsidRPr="005E0FF9">
        <w:t>, coating</w:t>
      </w:r>
      <w:r w:rsidR="004F540C" w:rsidRPr="005E0FF9">
        <w:t xml:space="preserve"> the mascot’s</w:t>
      </w:r>
      <w:r w:rsidRPr="005E0FF9">
        <w:t xml:space="preserve"> gears and servos, choking </w:t>
      </w:r>
      <w:r w:rsidR="004F540C" w:rsidRPr="005E0FF9">
        <w:t>the</w:t>
      </w:r>
      <w:r w:rsidRPr="005E0FF9">
        <w:t xml:space="preserve"> voice. </w:t>
      </w:r>
    </w:p>
    <w:p w14:paraId="5363918E" w14:textId="77777777" w:rsidR="003155D8" w:rsidRPr="005E0FF9" w:rsidRDefault="003155D8" w:rsidP="003155D8">
      <w:r w:rsidRPr="005E0FF9">
        <w:t xml:space="preserve">The grip on his </w:t>
      </w:r>
      <w:proofErr w:type="gramStart"/>
      <w:r w:rsidRPr="005E0FF9">
        <w:t>ribs</w:t>
      </w:r>
      <w:proofErr w:type="gramEnd"/>
      <w:r w:rsidRPr="005E0FF9">
        <w:t xml:space="preserve"> freezes, twitching, then slackens, Mike forces the hand open, then falls on </w:t>
      </w:r>
      <w:proofErr w:type="spellStart"/>
      <w:proofErr w:type="gramStart"/>
      <w:r w:rsidRPr="005E0FF9">
        <w:t>it’s</w:t>
      </w:r>
      <w:proofErr w:type="spellEnd"/>
      <w:proofErr w:type="gramEnd"/>
      <w:r w:rsidRPr="005E0FF9">
        <w:t xml:space="preserve"> plastic feet.</w:t>
      </w:r>
    </w:p>
    <w:p w14:paraId="1EC99DBD" w14:textId="17773557" w:rsidR="003155D8" w:rsidRPr="005E0FF9" w:rsidRDefault="003155D8" w:rsidP="003155D8">
      <w:r w:rsidRPr="005E0FF9">
        <w:t xml:space="preserve">He hits the ground, coughing, clawing at the floor to drag himself away as the chicken shudders above him. </w:t>
      </w:r>
    </w:p>
    <w:p w14:paraId="0778A424" w14:textId="46DFF133" w:rsidR="003155D8" w:rsidRPr="005E0FF9" w:rsidRDefault="003155D8" w:rsidP="00317160">
      <w:r w:rsidRPr="005E0FF9">
        <w:t>The scream turns into a low moan that gurgles into silence as its jaw snaps slower, then stops, silent. Its body locks, frozen in place.</w:t>
      </w:r>
    </w:p>
    <w:p w14:paraId="502AA42E" w14:textId="77777777" w:rsidR="003155D8" w:rsidRPr="005E0FF9" w:rsidRDefault="00317160" w:rsidP="00317160">
      <w:r w:rsidRPr="005E0FF9">
        <w:t xml:space="preserve">Mike crawls past it, every inch of his body burning, his limbs uncooperative. </w:t>
      </w:r>
    </w:p>
    <w:p w14:paraId="3AE0B095" w14:textId="32FDC10F" w:rsidR="00317160" w:rsidRPr="005E0FF9" w:rsidRDefault="00317160" w:rsidP="00317160">
      <w:r w:rsidRPr="005E0FF9">
        <w:t>His blood streaks across the tiles behind him,</w:t>
      </w:r>
      <w:r w:rsidR="003155D8" w:rsidRPr="005E0FF9">
        <w:t xml:space="preserve"> then across the carpets, staining them with blood, </w:t>
      </w:r>
      <w:r w:rsidRPr="005E0FF9">
        <w:t>his breaths shallow and ragged.</w:t>
      </w:r>
    </w:p>
    <w:p w14:paraId="58E30C0F" w14:textId="77777777" w:rsidR="00317160" w:rsidRPr="005E0FF9" w:rsidRDefault="00317160" w:rsidP="00317160">
      <w:r w:rsidRPr="005E0FF9">
        <w:t>The exit door glows faint and distant down the hall.</w:t>
      </w:r>
    </w:p>
    <w:p w14:paraId="195283AD" w14:textId="77777777" w:rsidR="00317160" w:rsidRPr="005E0FF9" w:rsidRDefault="00317160" w:rsidP="00317160">
      <w:r w:rsidRPr="005E0FF9">
        <w:t>He claws toward it, mauled, half-broken, but moving.</w:t>
      </w:r>
    </w:p>
    <w:p w14:paraId="2B7313A6" w14:textId="77777777" w:rsidR="003155D8" w:rsidRPr="005E0FF9" w:rsidRDefault="003155D8" w:rsidP="00317160"/>
    <w:p w14:paraId="55D5FC81" w14:textId="77777777" w:rsidR="003155D8" w:rsidRPr="005E0FF9" w:rsidRDefault="003155D8" w:rsidP="003155D8">
      <w:r w:rsidRPr="005E0FF9">
        <w:t>The air tastes of blood and foam, the stench of the chicken still coating his tongue.</w:t>
      </w:r>
    </w:p>
    <w:p w14:paraId="0D44C0A0" w14:textId="77777777" w:rsidR="003155D8" w:rsidRPr="005E0FF9" w:rsidRDefault="003155D8" w:rsidP="003155D8">
      <w:r w:rsidRPr="005E0FF9">
        <w:t>Then—</w:t>
      </w:r>
    </w:p>
    <w:p w14:paraId="219E72D9" w14:textId="77777777" w:rsidR="003155D8" w:rsidRPr="005E0FF9" w:rsidRDefault="003155D8" w:rsidP="003155D8">
      <w:r w:rsidRPr="005E0FF9">
        <w:t>A sound.</w:t>
      </w:r>
    </w:p>
    <w:p w14:paraId="56A8B590" w14:textId="77777777" w:rsidR="003155D8" w:rsidRPr="005E0FF9" w:rsidRDefault="003155D8" w:rsidP="003155D8">
      <w:r w:rsidRPr="005E0FF9">
        <w:t>Low. Drawn out laugh, vibrating in his chest like distant thunder.</w:t>
      </w:r>
    </w:p>
    <w:p w14:paraId="214A4123" w14:textId="77777777" w:rsidR="003155D8" w:rsidRPr="005E0FF9" w:rsidRDefault="003155D8" w:rsidP="003155D8">
      <w:r w:rsidRPr="005E0FF9">
        <w:t>Mike freezes. He forces his head to turn, every vertebra screaming.</w:t>
      </w:r>
    </w:p>
    <w:p w14:paraId="38B19DCD" w14:textId="77777777" w:rsidR="003155D8" w:rsidRPr="005E0FF9" w:rsidRDefault="003155D8" w:rsidP="003155D8">
      <w:r w:rsidRPr="005E0FF9">
        <w:t>Two glowing silver dots in the darker part of the dining area, aiming at him.</w:t>
      </w:r>
    </w:p>
    <w:p w14:paraId="161E6D6C" w14:textId="14CB5DD4" w:rsidR="003155D8" w:rsidRPr="005E0FF9" w:rsidRDefault="003155D8" w:rsidP="003155D8">
      <w:r w:rsidRPr="005E0FF9">
        <w:t xml:space="preserve">A lightning bolt briefly shines through the glass ceiling revealing the brown bear’s bulk in the shadows looking like a wild predator, larger than memory, impossibly still. </w:t>
      </w:r>
    </w:p>
    <w:p w14:paraId="10FFA342" w14:textId="04F069FB" w:rsidR="003155D8" w:rsidRPr="005E0FF9" w:rsidRDefault="003155D8" w:rsidP="003155D8">
      <w:r w:rsidRPr="005E0FF9">
        <w:t>Freddy.</w:t>
      </w:r>
    </w:p>
    <w:p w14:paraId="3A26D007" w14:textId="77777777" w:rsidR="003155D8" w:rsidRPr="005E0FF9" w:rsidRDefault="003155D8" w:rsidP="003155D8">
      <w:r w:rsidRPr="005E0FF9">
        <w:t>His face is totally swallowed in shadow, but the two white pupils burn faintly inside the sockets. Between them, a hint of his smile glimmers, carved wide, like a jack-o’-lantern daring him to blink.</w:t>
      </w:r>
    </w:p>
    <w:p w14:paraId="7E076718" w14:textId="77777777" w:rsidR="003155D8" w:rsidRPr="005E0FF9" w:rsidRDefault="003155D8" w:rsidP="003155D8">
      <w:r w:rsidRPr="005E0FF9">
        <w:t>He doesn’t move.</w:t>
      </w:r>
    </w:p>
    <w:p w14:paraId="0E2DAE2D" w14:textId="77777777" w:rsidR="003155D8" w:rsidRPr="005E0FF9" w:rsidRDefault="003155D8" w:rsidP="003155D8">
      <w:r w:rsidRPr="005E0FF9">
        <w:lastRenderedPageBreak/>
        <w:t xml:space="preserve">Mike stares back. No trembling, no tears. Mike’s eyes are steady. </w:t>
      </w:r>
    </w:p>
    <w:p w14:paraId="7D0AF9A7" w14:textId="65F359E4" w:rsidR="003155D8" w:rsidRPr="005E0FF9" w:rsidRDefault="003155D8" w:rsidP="003155D8">
      <w:r w:rsidRPr="005E0FF9">
        <w:t>Freddy’s laugh deepens, but now the white glow in his eyes decreases, not reaching his square teeth anymore.</w:t>
      </w:r>
    </w:p>
    <w:p w14:paraId="29187847" w14:textId="77777777" w:rsidR="003155D8" w:rsidRPr="005E0FF9" w:rsidRDefault="003155D8" w:rsidP="003155D8">
      <w:r w:rsidRPr="005E0FF9">
        <w:t>Mike turns away first. His broken frame shuffles forward. He presses his palm against the crash bar, forcing the heavy door open.</w:t>
      </w:r>
    </w:p>
    <w:p w14:paraId="2ACAF1F8" w14:textId="77777777" w:rsidR="003155D8" w:rsidRPr="005E0FF9" w:rsidRDefault="003155D8" w:rsidP="003155D8">
      <w:r w:rsidRPr="005E0FF9">
        <w:t>Freddy does not follow. He remains in the shadows, watching.</w:t>
      </w:r>
    </w:p>
    <w:p w14:paraId="7F842C94" w14:textId="77777777" w:rsidR="003155D8" w:rsidRPr="005E0FF9" w:rsidRDefault="003155D8" w:rsidP="003155D8"/>
    <w:p w14:paraId="28052FA1" w14:textId="77777777" w:rsidR="003155D8" w:rsidRPr="005E0FF9" w:rsidRDefault="003155D8" w:rsidP="003155D8">
      <w:r w:rsidRPr="005E0FF9">
        <w:t>Outside—</w:t>
      </w:r>
    </w:p>
    <w:p w14:paraId="6A00FFFD" w14:textId="77777777" w:rsidR="003155D8" w:rsidRPr="005E0FF9" w:rsidRDefault="003155D8" w:rsidP="003155D8">
      <w:r w:rsidRPr="005E0FF9">
        <w:t>The storm swallows him whole.</w:t>
      </w:r>
    </w:p>
    <w:p w14:paraId="43697835" w14:textId="77777777" w:rsidR="003155D8" w:rsidRPr="005E0FF9" w:rsidRDefault="003155D8" w:rsidP="003155D8">
      <w:r w:rsidRPr="005E0FF9">
        <w:t>Rain lashes like iron rods, slashing his skin raw, black night.</w:t>
      </w:r>
    </w:p>
    <w:p w14:paraId="4035674A" w14:textId="342890D8" w:rsidR="003155D8" w:rsidRPr="005E0FF9" w:rsidRDefault="003155D8" w:rsidP="003155D8">
      <w:r w:rsidRPr="005E0FF9">
        <w:t>And then</w:t>
      </w:r>
      <w:r w:rsidR="005E0FF9">
        <w:t>, a sudden</w:t>
      </w:r>
      <w:r w:rsidRPr="005E0FF9">
        <w:t xml:space="preserve"> painful piercing white light.</w:t>
      </w:r>
    </w:p>
    <w:p w14:paraId="5BC85A26" w14:textId="46A1580A" w:rsidR="003155D8" w:rsidRPr="005E0FF9" w:rsidRDefault="003155D8" w:rsidP="003155D8">
      <w:r w:rsidRPr="005E0FF9">
        <w:t>The light blinds him</w:t>
      </w:r>
      <w:r w:rsidR="005E0FF9">
        <w:t xml:space="preserve"> instantly</w:t>
      </w:r>
      <w:r w:rsidRPr="005E0FF9">
        <w:t>, flooding his vision, bleaching everything to nothing but white.</w:t>
      </w:r>
    </w:p>
    <w:p w14:paraId="3F6C0C37" w14:textId="77777777" w:rsidR="005E0FF9" w:rsidRDefault="003155D8" w:rsidP="003155D8">
      <w:r w:rsidRPr="005E0FF9">
        <w:t xml:space="preserve">Mike staggers, tries to shield his face </w:t>
      </w:r>
      <w:r w:rsidR="005E0FF9">
        <w:t xml:space="preserve">as </w:t>
      </w:r>
      <w:r w:rsidRPr="005E0FF9">
        <w:t xml:space="preserve">he understands those are car headlights. </w:t>
      </w:r>
    </w:p>
    <w:p w14:paraId="29A75B22" w14:textId="6696BA0A" w:rsidR="004E2DC3" w:rsidRPr="005E0FF9" w:rsidRDefault="003155D8" w:rsidP="003155D8">
      <w:r w:rsidRPr="005E0FF9">
        <w:t>He raises his voice, ragged and desperate:</w:t>
      </w:r>
    </w:p>
    <w:p w14:paraId="521C766C" w14:textId="77777777" w:rsidR="003155D8" w:rsidRPr="005E0FF9" w:rsidRDefault="003155D8" w:rsidP="003155D8">
      <w:r w:rsidRPr="005E0FF9">
        <w:t>“</w:t>
      </w:r>
      <w:proofErr w:type="gramStart"/>
      <w:r w:rsidRPr="005E0FF9">
        <w:rPr>
          <w:i/>
          <w:iCs/>
          <w:sz w:val="28"/>
          <w:szCs w:val="28"/>
        </w:rPr>
        <w:t>HELP!—</w:t>
      </w:r>
      <w:proofErr w:type="gramEnd"/>
      <w:r w:rsidRPr="005E0FF9">
        <w:rPr>
          <w:i/>
          <w:iCs/>
          <w:sz w:val="28"/>
          <w:szCs w:val="28"/>
        </w:rPr>
        <w:t>please! I was attacked, I—I need—</w:t>
      </w:r>
      <w:r w:rsidRPr="005E0FF9">
        <w:t>”</w:t>
      </w:r>
    </w:p>
    <w:p w14:paraId="28F7F9F5" w14:textId="453F4593" w:rsidR="003155D8" w:rsidRPr="005E0FF9" w:rsidRDefault="003155D8" w:rsidP="003155D8">
      <w:r w:rsidRPr="005E0FF9">
        <w:t>The storm devours his words. His voice is lost to the roar of water, the shriek of the wind. Even his own ears can barely catch it.</w:t>
      </w:r>
    </w:p>
    <w:p w14:paraId="4C3CF4FC" w14:textId="77777777" w:rsidR="003155D8" w:rsidRPr="005E0FF9" w:rsidRDefault="003155D8" w:rsidP="003155D8">
      <w:r w:rsidRPr="005E0FF9">
        <w:t>He squints against the high beams. The silhouette of a man stands before them, haloed in light. Just enough detail cuts through: the frame of glasses catching the glare.</w:t>
      </w:r>
    </w:p>
    <w:p w14:paraId="598F3E3D" w14:textId="77777777" w:rsidR="003155D8" w:rsidRPr="005E0FF9" w:rsidRDefault="003155D8" w:rsidP="003155D8">
      <w:r w:rsidRPr="005E0FF9">
        <w:t>Those glasses.</w:t>
      </w:r>
    </w:p>
    <w:p w14:paraId="67538A11" w14:textId="77777777" w:rsidR="003155D8" w:rsidRPr="005E0FF9" w:rsidRDefault="003155D8" w:rsidP="003155D8">
      <w:r w:rsidRPr="005E0FF9">
        <w:t>Mike tries to speak again, but the words twist in his throat after a ghostly impact.</w:t>
      </w:r>
    </w:p>
    <w:p w14:paraId="1699771F" w14:textId="77777777" w:rsidR="005E0FF9" w:rsidRDefault="003155D8" w:rsidP="003155D8">
      <w:r w:rsidRPr="005E0FF9">
        <w:t xml:space="preserve">A blow like a </w:t>
      </w:r>
      <w:proofErr w:type="gramStart"/>
      <w:r w:rsidRPr="005E0FF9">
        <w:t>slams</w:t>
      </w:r>
      <w:proofErr w:type="gramEnd"/>
      <w:r w:rsidRPr="005E0FF9">
        <w:t xml:space="preserve"> into his chest. </w:t>
      </w:r>
    </w:p>
    <w:p w14:paraId="0AE49B33" w14:textId="6E2FC25B" w:rsidR="003155D8" w:rsidRPr="005E0FF9" w:rsidRDefault="003155D8" w:rsidP="003155D8">
      <w:r w:rsidRPr="005E0FF9">
        <w:t>For a moment, the storm goes silent, the rain still falls but he can’t listen</w:t>
      </w:r>
      <w:r w:rsidR="005E0FF9">
        <w:t xml:space="preserve"> anything</w:t>
      </w:r>
      <w:r w:rsidRPr="005E0FF9">
        <w:t>, he doesn’t feel pain, only emptiness, and as though his body forgot how to stand, he crumples sideways into the torrent of rain, his mind empties</w:t>
      </w:r>
      <w:r w:rsidR="005E0FF9">
        <w:t xml:space="preserve"> completely</w:t>
      </w:r>
      <w:r w:rsidRPr="005E0FF9">
        <w:t>.</w:t>
      </w:r>
    </w:p>
    <w:p w14:paraId="7F22B204" w14:textId="77777777" w:rsidR="003155D8" w:rsidRPr="005E0FF9" w:rsidRDefault="003155D8" w:rsidP="003155D8">
      <w:r w:rsidRPr="005E0FF9">
        <w:t>Smoke curls faintly from the pistol in the man’s hand.</w:t>
      </w:r>
    </w:p>
    <w:p w14:paraId="3DAD53FD" w14:textId="77777777" w:rsidR="004E2DC3" w:rsidRPr="005E0FF9" w:rsidRDefault="003155D8" w:rsidP="003155D8">
      <w:r w:rsidRPr="005E0FF9">
        <w:t>Mike’s blood spreads in a crimson bloom across the asphalt, the rain pelts down harder, but the pool doesn’t thin. It thickens, staining the earth.</w:t>
      </w:r>
    </w:p>
    <w:p w14:paraId="67CCD1D5" w14:textId="77777777" w:rsidR="005E0FF9" w:rsidRDefault="005E0FF9" w:rsidP="003155D8"/>
    <w:p w14:paraId="305D98C9" w14:textId="39400356" w:rsidR="005E0FF9" w:rsidRPr="005E0FF9" w:rsidRDefault="003155D8" w:rsidP="003155D8">
      <w:r w:rsidRPr="005E0FF9">
        <w:lastRenderedPageBreak/>
        <w:t xml:space="preserve">The man approaches with calm steps, unfazed by the downpour. </w:t>
      </w:r>
    </w:p>
    <w:p w14:paraId="2E8337AA" w14:textId="453E3AFA" w:rsidR="003155D8" w:rsidRPr="005E0FF9" w:rsidRDefault="003155D8" w:rsidP="003155D8">
      <w:r w:rsidRPr="005E0FF9">
        <w:t xml:space="preserve">His shoes splash directly into the red lake. He </w:t>
      </w:r>
      <w:r w:rsidR="005E0FF9" w:rsidRPr="005E0FF9">
        <w:t>gets down on one knee</w:t>
      </w:r>
      <w:r w:rsidRPr="005E0FF9">
        <w:t xml:space="preserve"> by Mike without a word, his face invisible by the position of the headlights, just a shadow wearing square metal frame glasses.</w:t>
      </w:r>
    </w:p>
    <w:p w14:paraId="7AFB345E" w14:textId="77777777" w:rsidR="003155D8" w:rsidRPr="005E0FF9" w:rsidRDefault="003155D8" w:rsidP="003155D8">
      <w:r w:rsidRPr="005E0FF9">
        <w:t>From Mike’s chest, he unpins the small plastic rectangle of his name badge.</w:t>
      </w:r>
    </w:p>
    <w:p w14:paraId="12150285" w14:textId="4CBE59BE" w:rsidR="003155D8" w:rsidRPr="005E0FF9" w:rsidRDefault="003155D8" w:rsidP="003155D8">
      <w:r w:rsidRPr="005E0FF9">
        <w:t xml:space="preserve">Mike gasps, eyes wide, blood foaming at his lips. He tries to reach for the man’s </w:t>
      </w:r>
      <w:r w:rsidR="00AF3A58">
        <w:t>sleeve</w:t>
      </w:r>
      <w:r w:rsidRPr="005E0FF9">
        <w:t xml:space="preserve"> but finds no strength left.</w:t>
      </w:r>
    </w:p>
    <w:p w14:paraId="4B0E7245" w14:textId="77777777" w:rsidR="003155D8" w:rsidRPr="005E0FF9" w:rsidRDefault="003155D8" w:rsidP="003155D8">
      <w:r w:rsidRPr="005E0FF9">
        <w:t xml:space="preserve">The badge dangles once in the man’s hand, catching the </w:t>
      </w:r>
      <w:proofErr w:type="spellStart"/>
      <w:r w:rsidRPr="005E0FF9">
        <w:t>stormlight</w:t>
      </w:r>
      <w:proofErr w:type="spellEnd"/>
      <w:r w:rsidRPr="005E0FF9">
        <w:t xml:space="preserve"> and the man stands up, standing tall next to Mike before he pulls a Ziploc bag from inside his </w:t>
      </w:r>
      <w:proofErr w:type="spellStart"/>
      <w:r w:rsidRPr="005E0FF9">
        <w:t>trenchcoat</w:t>
      </w:r>
      <w:proofErr w:type="spellEnd"/>
      <w:r w:rsidRPr="005E0FF9">
        <w:t>. He drops the badge inside of it.</w:t>
      </w:r>
    </w:p>
    <w:p w14:paraId="0442A5A0" w14:textId="77777777" w:rsidR="003155D8" w:rsidRPr="005E0FF9" w:rsidRDefault="003155D8" w:rsidP="003155D8">
      <w:r w:rsidRPr="005E0FF9">
        <w:t>The sound is not a light clack, but a heavy metallic rattle.</w:t>
      </w:r>
    </w:p>
    <w:p w14:paraId="7AA4D32A" w14:textId="77777777" w:rsidR="004E2DC3" w:rsidRPr="005E0FF9" w:rsidRDefault="004E2DC3" w:rsidP="004E2DC3">
      <w:r w:rsidRPr="005E0FF9">
        <w:t xml:space="preserve">Mike forces his eyes to focus, vision swimming. Through the clear plastic, a dozen name badges stacked on one another, scratched and rusted, names smudged but still legible. </w:t>
      </w:r>
    </w:p>
    <w:p w14:paraId="2045DF6E" w14:textId="77777777" w:rsidR="004E2DC3" w:rsidRPr="005E0FF9" w:rsidRDefault="004E2DC3" w:rsidP="004E2DC3">
      <w:r w:rsidRPr="005E0FF9">
        <w:t xml:space="preserve">Mike wasn’t the first. </w:t>
      </w:r>
    </w:p>
    <w:p w14:paraId="1AF0D92B" w14:textId="3996DF17" w:rsidR="004E2DC3" w:rsidRPr="005E0FF9" w:rsidRDefault="004E2DC3" w:rsidP="004E2DC3">
      <w:r w:rsidRPr="005E0FF9">
        <w:t xml:space="preserve">The bag disappears back into the man’s coat. Without another glance, he walks toward the restaurant. </w:t>
      </w:r>
    </w:p>
    <w:p w14:paraId="24C7FE4B" w14:textId="77777777" w:rsidR="004E2DC3" w:rsidRPr="005E0FF9" w:rsidRDefault="004E2DC3" w:rsidP="004E2DC3">
      <w:r w:rsidRPr="005E0FF9">
        <w:t>Chest shattered, blood pumping weakly into the lake beneath him, Mike’s view is unobstructed, he can look at the sky now.</w:t>
      </w:r>
    </w:p>
    <w:p w14:paraId="27735B83" w14:textId="5D290857" w:rsidR="004E2DC3" w:rsidRPr="005E0FF9" w:rsidRDefault="004E2DC3" w:rsidP="004E2DC3">
      <w:r w:rsidRPr="005E0FF9">
        <w:t>There, lying on his own blood, on the edge of consciousness, he stares at the stormy rain, but it's as if he's seeing right through it. His mind is empty and filled only with the sound.</w:t>
      </w:r>
    </w:p>
    <w:p w14:paraId="0F8A8962" w14:textId="77777777" w:rsidR="004E2DC3" w:rsidRPr="005E0FF9" w:rsidRDefault="004E2DC3" w:rsidP="004E2DC3">
      <w:r w:rsidRPr="005E0FF9">
        <w:t>The storm blurs into white noise, a wall of sound drowning thought, drowning everything. His eyes lift to the above, to the water pouring endlessly down.</w:t>
      </w:r>
    </w:p>
    <w:p w14:paraId="50C53171" w14:textId="77777777" w:rsidR="004E2DC3" w:rsidRPr="005E0FF9" w:rsidRDefault="004E2DC3" w:rsidP="004E2DC3">
      <w:r w:rsidRPr="005E0FF9">
        <w:t>The world dissolves into it.     The hiss.     The flicker.</w:t>
      </w:r>
    </w:p>
    <w:p w14:paraId="3806A8C6" w14:textId="77777777" w:rsidR="004E2DC3" w:rsidRPr="005E0FF9" w:rsidRDefault="004E2DC3" w:rsidP="004E2DC3">
      <w:r w:rsidRPr="005E0FF9">
        <w:t>Mike exhales for the last time. His eyes don’t close.</w:t>
      </w:r>
    </w:p>
    <w:p w14:paraId="72857CE8" w14:textId="77777777" w:rsidR="004E2DC3" w:rsidRPr="005E0FF9" w:rsidRDefault="004E2DC3" w:rsidP="004E2DC3">
      <w:r w:rsidRPr="005E0FF9">
        <w:t>Static.</w:t>
      </w:r>
    </w:p>
    <w:p w14:paraId="35F58BE9" w14:textId="77777777" w:rsidR="003155D8" w:rsidRPr="004356DB" w:rsidRDefault="003155D8" w:rsidP="003155D8">
      <w:pPr>
        <w:rPr>
          <w:rFonts w:ascii="Arial Rounded MT Bold" w:hAnsi="Arial Rounded MT Bold"/>
        </w:rPr>
      </w:pPr>
    </w:p>
    <w:p w14:paraId="2AB9A7D7" w14:textId="18EE466D" w:rsidR="00931403" w:rsidRPr="00D85FF2" w:rsidRDefault="00931403" w:rsidP="00610CD8"/>
    <w:sectPr w:rsidR="00931403" w:rsidRPr="00D85FF2" w:rsidSect="00F545D6">
      <w:footerReference w:type="default" r:id="rId17"/>
      <w:pgSz w:w="12240" w:h="15840"/>
      <w:pgMar w:top="1417" w:right="1417" w:bottom="1417"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9B033" w14:textId="77777777" w:rsidR="00F84D23" w:rsidRDefault="00F84D23" w:rsidP="000C058C">
      <w:pPr>
        <w:spacing w:after="0" w:line="240" w:lineRule="auto"/>
      </w:pPr>
      <w:r>
        <w:separator/>
      </w:r>
    </w:p>
  </w:endnote>
  <w:endnote w:type="continuationSeparator" w:id="0">
    <w:p w14:paraId="64B234E5" w14:textId="77777777" w:rsidR="00F84D23" w:rsidRDefault="00F84D23" w:rsidP="000C0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OCR A Extended">
    <w:panose1 w:val="02010509020102010303"/>
    <w:charset w:val="00"/>
    <w:family w:val="modern"/>
    <w:pitch w:val="variable"/>
    <w:sig w:usb0="00000003" w:usb1="00000000" w:usb2="00000000" w:usb3="00000000" w:csb0="00000001" w:csb1="00000000"/>
  </w:font>
  <w:font w:name="Magneto">
    <w:panose1 w:val="04030805050802020D02"/>
    <w:charset w:val="00"/>
    <w:family w:val="decorativ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Bahnschrift SemiBold">
    <w:panose1 w:val="020B0502040204020203"/>
    <w:charset w:val="00"/>
    <w:family w:val="swiss"/>
    <w:pitch w:val="variable"/>
    <w:sig w:usb0="A00002C7" w:usb1="00000002" w:usb2="00000000" w:usb3="00000000" w:csb0="0000019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 w:name="Sans Serif Collection">
    <w:panose1 w:val="020B0502040504020204"/>
    <w:charset w:val="00"/>
    <w:family w:val="swiss"/>
    <w:pitch w:val="variable"/>
    <w:sig w:usb0="E057A3FF" w:usb1="4200605F" w:usb2="29100029" w:usb3="00000000" w:csb0="000001DF" w:csb1="00000000"/>
  </w:font>
  <w:font w:name="Calibri Light">
    <w:panose1 w:val="020F03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Ink Free">
    <w:panose1 w:val="03080402000500000000"/>
    <w:charset w:val="00"/>
    <w:family w:val="script"/>
    <w:pitch w:val="variable"/>
    <w:sig w:usb0="2000068F" w:usb1="4000000A"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Light">
    <w:panose1 w:val="020B0304030504040204"/>
    <w:charset w:val="88"/>
    <w:family w:val="swiss"/>
    <w:pitch w:val="variable"/>
    <w:sig w:usb0="800002A7" w:usb1="28CF4400" w:usb2="00000016" w:usb3="00000000" w:csb0="00100009" w:csb1="00000000"/>
  </w:font>
  <w:font w:name="Bahnschrift SemiLight SemiConde">
    <w:panose1 w:val="020B0502040204020203"/>
    <w:charset w:val="00"/>
    <w:family w:val="swiss"/>
    <w:pitch w:val="variable"/>
    <w:sig w:usb0="A00002C7" w:usb1="00000002" w:usb2="00000000" w:usb3="00000000" w:csb0="0000019F" w:csb1="00000000"/>
  </w:font>
  <w:font w:name="Segoe Fluent Icons">
    <w:panose1 w:val="050A0102010101010101"/>
    <w:charset w:val="00"/>
    <w:family w:val="roman"/>
    <w:pitch w:val="variable"/>
    <w:sig w:usb0="00000003" w:usb1="10000000" w:usb2="00000000" w:usb3="00000000" w:csb0="00000001" w:csb1="00000000"/>
  </w:font>
  <w:font w:name="HGPSoeiKakupoptai">
    <w:panose1 w:val="040B0A00000000000000"/>
    <w:charset w:val="80"/>
    <w:family w:val="decorative"/>
    <w:pitch w:val="variable"/>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1CBC0" w14:textId="0C5DECE3" w:rsidR="00DB5FC4" w:rsidRDefault="00DB5FC4">
    <w:pPr>
      <w:pStyle w:val="Rodap"/>
      <w:jc w:val="center"/>
    </w:pPr>
    <w:r>
      <w:t>*</w:t>
    </w:r>
    <w:sdt>
      <w:sdtPr>
        <w:id w:val="662130627"/>
        <w:docPartObj>
          <w:docPartGallery w:val="Page Numbers (Bottom of Page)"/>
          <w:docPartUnique/>
        </w:docPartObj>
      </w:sdtPr>
      <w:sdtContent>
        <w:r>
          <w:fldChar w:fldCharType="begin"/>
        </w:r>
        <w:r>
          <w:instrText>PAGE   \* MERGEFORMAT</w:instrText>
        </w:r>
        <w:r>
          <w:fldChar w:fldCharType="separate"/>
        </w:r>
        <w:r>
          <w:rPr>
            <w:lang w:val="pt-BR"/>
          </w:rPr>
          <w:t>2</w:t>
        </w:r>
        <w:r>
          <w:fldChar w:fldCharType="end"/>
        </w:r>
        <w:r>
          <w:t>*</w:t>
        </w:r>
      </w:sdtContent>
    </w:sdt>
  </w:p>
  <w:p w14:paraId="7057CA29" w14:textId="242BB023" w:rsidR="000C058C" w:rsidRDefault="000C058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D7BA5" w14:textId="77777777" w:rsidR="00F84D23" w:rsidRDefault="00F84D23" w:rsidP="000C058C">
      <w:pPr>
        <w:spacing w:after="0" w:line="240" w:lineRule="auto"/>
      </w:pPr>
      <w:r>
        <w:separator/>
      </w:r>
    </w:p>
  </w:footnote>
  <w:footnote w:type="continuationSeparator" w:id="0">
    <w:p w14:paraId="7E2E0CC0" w14:textId="77777777" w:rsidR="00F84D23" w:rsidRDefault="00F84D23" w:rsidP="000C05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659020C5"/>
    <w:multiLevelType w:val="multilevel"/>
    <w:tmpl w:val="CA82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1438396">
    <w:abstractNumId w:val="8"/>
  </w:num>
  <w:num w:numId="2" w16cid:durableId="658465210">
    <w:abstractNumId w:val="6"/>
  </w:num>
  <w:num w:numId="3" w16cid:durableId="903611844">
    <w:abstractNumId w:val="5"/>
  </w:num>
  <w:num w:numId="4" w16cid:durableId="1778721134">
    <w:abstractNumId w:val="4"/>
  </w:num>
  <w:num w:numId="5" w16cid:durableId="1634212430">
    <w:abstractNumId w:val="7"/>
  </w:num>
  <w:num w:numId="6" w16cid:durableId="535777511">
    <w:abstractNumId w:val="3"/>
  </w:num>
  <w:num w:numId="7" w16cid:durableId="1435204622">
    <w:abstractNumId w:val="2"/>
  </w:num>
  <w:num w:numId="8" w16cid:durableId="2077507887">
    <w:abstractNumId w:val="1"/>
  </w:num>
  <w:num w:numId="9" w16cid:durableId="1361584923">
    <w:abstractNumId w:val="0"/>
  </w:num>
  <w:num w:numId="10" w16cid:durableId="10412519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338"/>
    <w:rsid w:val="00034616"/>
    <w:rsid w:val="0006063C"/>
    <w:rsid w:val="0006372B"/>
    <w:rsid w:val="000843FE"/>
    <w:rsid w:val="00095F81"/>
    <w:rsid w:val="000C058C"/>
    <w:rsid w:val="0015074B"/>
    <w:rsid w:val="001655D2"/>
    <w:rsid w:val="001B248F"/>
    <w:rsid w:val="001E5FF1"/>
    <w:rsid w:val="00293711"/>
    <w:rsid w:val="0029639D"/>
    <w:rsid w:val="002B0F40"/>
    <w:rsid w:val="002E2D7A"/>
    <w:rsid w:val="003155D8"/>
    <w:rsid w:val="00317160"/>
    <w:rsid w:val="00326F90"/>
    <w:rsid w:val="003D728F"/>
    <w:rsid w:val="00496DFC"/>
    <w:rsid w:val="004E2DC3"/>
    <w:rsid w:val="004E4342"/>
    <w:rsid w:val="004F540C"/>
    <w:rsid w:val="004F5F7D"/>
    <w:rsid w:val="0051453D"/>
    <w:rsid w:val="005425F9"/>
    <w:rsid w:val="0054631F"/>
    <w:rsid w:val="00576CCE"/>
    <w:rsid w:val="00577637"/>
    <w:rsid w:val="00594722"/>
    <w:rsid w:val="005A2128"/>
    <w:rsid w:val="005C3752"/>
    <w:rsid w:val="005E0FF9"/>
    <w:rsid w:val="005E166D"/>
    <w:rsid w:val="005F0708"/>
    <w:rsid w:val="00610CD8"/>
    <w:rsid w:val="00613D95"/>
    <w:rsid w:val="00664027"/>
    <w:rsid w:val="00694EDE"/>
    <w:rsid w:val="006B64BD"/>
    <w:rsid w:val="006D1364"/>
    <w:rsid w:val="006D46C5"/>
    <w:rsid w:val="007048E6"/>
    <w:rsid w:val="00756D32"/>
    <w:rsid w:val="0078084D"/>
    <w:rsid w:val="007C6C9F"/>
    <w:rsid w:val="007D2A40"/>
    <w:rsid w:val="00806F51"/>
    <w:rsid w:val="00853637"/>
    <w:rsid w:val="0087745E"/>
    <w:rsid w:val="008816BB"/>
    <w:rsid w:val="008B7649"/>
    <w:rsid w:val="00931403"/>
    <w:rsid w:val="00963172"/>
    <w:rsid w:val="00972B81"/>
    <w:rsid w:val="009A44B2"/>
    <w:rsid w:val="009C108C"/>
    <w:rsid w:val="009E2F25"/>
    <w:rsid w:val="009E3A2B"/>
    <w:rsid w:val="00A21FAD"/>
    <w:rsid w:val="00A76CDD"/>
    <w:rsid w:val="00A8794A"/>
    <w:rsid w:val="00A93210"/>
    <w:rsid w:val="00AA1D8D"/>
    <w:rsid w:val="00AD3C4B"/>
    <w:rsid w:val="00AF3A58"/>
    <w:rsid w:val="00B2684E"/>
    <w:rsid w:val="00B42B7E"/>
    <w:rsid w:val="00B47730"/>
    <w:rsid w:val="00B512F9"/>
    <w:rsid w:val="00B52296"/>
    <w:rsid w:val="00B94039"/>
    <w:rsid w:val="00BC3E6D"/>
    <w:rsid w:val="00BE28F9"/>
    <w:rsid w:val="00C35A35"/>
    <w:rsid w:val="00CB0664"/>
    <w:rsid w:val="00CE153F"/>
    <w:rsid w:val="00CE2B7A"/>
    <w:rsid w:val="00D07D54"/>
    <w:rsid w:val="00D16375"/>
    <w:rsid w:val="00D428E1"/>
    <w:rsid w:val="00D85FF2"/>
    <w:rsid w:val="00DB5FC4"/>
    <w:rsid w:val="00DF2B0B"/>
    <w:rsid w:val="00E11A4E"/>
    <w:rsid w:val="00E202A7"/>
    <w:rsid w:val="00E20DCA"/>
    <w:rsid w:val="00E30AE7"/>
    <w:rsid w:val="00E82A68"/>
    <w:rsid w:val="00ED2E7F"/>
    <w:rsid w:val="00F252E8"/>
    <w:rsid w:val="00F33469"/>
    <w:rsid w:val="00F3348D"/>
    <w:rsid w:val="00F52938"/>
    <w:rsid w:val="00F545D6"/>
    <w:rsid w:val="00F84D23"/>
    <w:rsid w:val="00FC693F"/>
    <w:rsid w:val="00FD660F"/>
    <w:rsid w:val="00FE0C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98969C"/>
  <w14:defaultImageDpi w14:val="300"/>
  <w15:docId w15:val="{DE30FCD8-830A-47E3-AABB-E69442472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375"/>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link w:val="SemEspaamentoChar"/>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hapterTitle">
    <w:name w:val="ChapterTitle"/>
    <w:pPr>
      <w:spacing w:before="960" w:after="480"/>
      <w:jc w:val="center"/>
    </w:pPr>
    <w:rPr>
      <w:rFonts w:ascii="Garamond" w:hAnsi="Garamond"/>
      <w:b/>
      <w:sz w:val="40"/>
    </w:rPr>
  </w:style>
  <w:style w:type="paragraph" w:customStyle="1" w:styleId="ChapterSubtitle">
    <w:name w:val="ChapterSubtitle"/>
    <w:pPr>
      <w:spacing w:before="240" w:after="720"/>
      <w:jc w:val="center"/>
    </w:pPr>
    <w:rPr>
      <w:rFonts w:ascii="Garamond" w:hAnsi="Garamond"/>
      <w:i/>
      <w:sz w:val="32"/>
    </w:rPr>
  </w:style>
  <w:style w:type="paragraph" w:customStyle="1" w:styleId="Divider">
    <w:name w:val="Divider"/>
    <w:pPr>
      <w:spacing w:before="240" w:after="240"/>
      <w:jc w:val="center"/>
    </w:pPr>
    <w:rPr>
      <w:rFonts w:ascii="Garamond" w:hAnsi="Garamond"/>
      <w:sz w:val="24"/>
    </w:rPr>
  </w:style>
  <w:style w:type="paragraph" w:customStyle="1" w:styleId="BodyTextNovel">
    <w:name w:val="BodyTextNovel"/>
    <w:pPr>
      <w:spacing w:after="120"/>
      <w:ind w:firstLine="283"/>
    </w:pPr>
    <w:rPr>
      <w:rFonts w:ascii="Garamond" w:hAnsi="Garamond"/>
      <w:sz w:val="24"/>
    </w:rPr>
  </w:style>
  <w:style w:type="paragraph" w:customStyle="1" w:styleId="FirstParagraph">
    <w:name w:val="FirstParagraph"/>
    <w:pPr>
      <w:spacing w:after="120"/>
    </w:pPr>
    <w:rPr>
      <w:rFonts w:ascii="Garamond" w:hAnsi="Garamond"/>
      <w:sz w:val="24"/>
    </w:rPr>
  </w:style>
  <w:style w:type="character" w:styleId="Hyperlink">
    <w:name w:val="Hyperlink"/>
    <w:basedOn w:val="Fontepargpadro"/>
    <w:uiPriority w:val="99"/>
    <w:unhideWhenUsed/>
    <w:rsid w:val="007D2A40"/>
    <w:rPr>
      <w:color w:val="0000FF" w:themeColor="hyperlink"/>
      <w:u w:val="single"/>
    </w:rPr>
  </w:style>
  <w:style w:type="character" w:customStyle="1" w:styleId="SemEspaamentoChar">
    <w:name w:val="Sem Espaçamento Char"/>
    <w:basedOn w:val="Fontepargpadro"/>
    <w:link w:val="SemEspaamento"/>
    <w:uiPriority w:val="1"/>
    <w:rsid w:val="00F54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shingtonpost.com/archives/monroe-files" TargetMode="External"/><Relationship Id="rId13" Type="http://schemas.openxmlformats.org/officeDocument/2006/relationships/hyperlink" Target="http://www.trib-chums.com/archives/98/freddys-shooting.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sychologytoday.com/articles/daycare-patterns.ph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usinessweek.com/91/pizza-chain-closure.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arperfamilyreview.org/reports/falseremembering" TargetMode="External"/><Relationship Id="rId5" Type="http://schemas.openxmlformats.org/officeDocument/2006/relationships/webSettings" Target="webSettings.xml"/><Relationship Id="rId15" Type="http://schemas.openxmlformats.org/officeDocument/2006/relationships/hyperlink" Target="http://www.angelfire.com/wa/freddyfiles/" TargetMode="External"/><Relationship Id="rId10" Type="http://schemas.openxmlformats.org/officeDocument/2006/relationships/hyperlink" Target="http://www.seattletimes.com/local/armed-man-restaurant.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rib-tacoma.com/news/local/freddy-investigation.htm" TargetMode="External"/><Relationship Id="rId14" Type="http://schemas.openxmlformats.org/officeDocument/2006/relationships/hyperlink" Target="http://www.variety.com/87/monroelettersauc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67</Pages>
  <Words>21607</Words>
  <Characters>123166</Characters>
  <Application>Microsoft Office Word</Application>
  <DocSecurity>0</DocSecurity>
  <Lines>1026</Lines>
  <Paragraphs>288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144485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Rejoined.</dc:title>
  <dc:subject/>
  <dc:creator>cellardoor</dc:creator>
  <cp:keywords/>
  <dc:description/>
  <cp:lastModifiedBy>saulo bomhomem</cp:lastModifiedBy>
  <cp:revision>3</cp:revision>
  <dcterms:created xsi:type="dcterms:W3CDTF">2025-10-03T18:19:00Z</dcterms:created>
  <dcterms:modified xsi:type="dcterms:W3CDTF">2025-10-03T18:25:00Z</dcterms:modified>
  <cp:category/>
</cp:coreProperties>
</file>