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3F5F6" w14:textId="77777777" w:rsidR="002E39BE" w:rsidRDefault="00000000">
      <w:pPr>
        <w:jc w:val="center"/>
      </w:pPr>
      <w:r>
        <w:rPr>
          <w:sz w:val="28"/>
        </w:rPr>
        <w:t>Echoes in the White Walls</w:t>
      </w:r>
    </w:p>
    <w:p w14:paraId="65FFC804" w14:textId="77777777" w:rsidR="002E39BE" w:rsidRDefault="002E39BE">
      <w:pPr>
        <w:jc w:val="center"/>
      </w:pPr>
    </w:p>
    <w:p w14:paraId="20A91FA4" w14:textId="77777777" w:rsidR="002E39BE" w:rsidRDefault="00000000">
      <w:pPr>
        <w:jc w:val="center"/>
      </w:pPr>
      <w:r>
        <w:rPr>
          <w:sz w:val="28"/>
        </w:rPr>
        <w:t>The Confession of Even Morris</w:t>
      </w:r>
    </w:p>
    <w:p w14:paraId="132F966C" w14:textId="77777777" w:rsidR="002E39BE" w:rsidRDefault="002E39BE">
      <w:pPr>
        <w:jc w:val="center"/>
      </w:pPr>
    </w:p>
    <w:p w14:paraId="23AA576C" w14:textId="6500C6D4" w:rsidR="002E39BE" w:rsidRDefault="002E39BE" w:rsidP="001D49DC"/>
    <w:p w14:paraId="58E887D3" w14:textId="77777777" w:rsidR="002E39BE" w:rsidRDefault="002E39BE"/>
    <w:p w14:paraId="6BAF8F54" w14:textId="77777777" w:rsidR="002E39BE" w:rsidRDefault="00000000">
      <w:r>
        <w:rPr>
          <w:b/>
          <w:sz w:val="32"/>
        </w:rPr>
        <w:t>Chapter 2: Shadows in the Schoolyard</w:t>
      </w:r>
    </w:p>
    <w:p w14:paraId="491A7603" w14:textId="77777777" w:rsidR="002E39BE" w:rsidRDefault="00000000">
      <w:r>
        <w:rPr>
          <w:b/>
          <w:sz w:val="24"/>
        </w:rPr>
        <w:t>Entry 1: Hallways</w:t>
      </w:r>
    </w:p>
    <w:p w14:paraId="172E2B88" w14:textId="77777777" w:rsidR="002E39BE" w:rsidRDefault="00000000">
      <w:r>
        <w:t>School was supposed to be the break. The eight hours when the house couldn’t reach me. But the hallways had their own teeth. Lockers slammed like fists; shoes squeaked like warnings. I learned to walk with my eyes on the floor and my hood up, the universal uniform for kids who are trying not to be seen. Being invisible was the safest kind of magic.</w:t>
      </w:r>
    </w:p>
    <w:p w14:paraId="6148BD19" w14:textId="77777777" w:rsidR="002E39BE" w:rsidRDefault="002E39BE"/>
    <w:p w14:paraId="3E8B46DE" w14:textId="77777777" w:rsidR="002E39BE" w:rsidRDefault="00000000">
      <w:r>
        <w:rPr>
          <w:b/>
          <w:sz w:val="24"/>
        </w:rPr>
        <w:t>Entry 2: Jonah</w:t>
      </w:r>
    </w:p>
    <w:p w14:paraId="002A83E0" w14:textId="77777777" w:rsidR="002E39BE" w:rsidRDefault="00000000">
      <w:r>
        <w:t>Jonah took the seat beside me in history like he didn’t notice the bruises. He split his sandwich without asking questions. No pity—just a quiet habit of kindness. It made me flinch. Kindness means trust, and trust is a currency I couldn’t afford. He didn’t push. He just kept sitting there, day after day, like a lighthouse that refused to move.</w:t>
      </w:r>
    </w:p>
    <w:p w14:paraId="7A11D7F4" w14:textId="77777777" w:rsidR="002E39BE" w:rsidRDefault="002E39BE"/>
    <w:p w14:paraId="19969299" w14:textId="77777777" w:rsidR="002E39BE" w:rsidRDefault="00000000">
      <w:r>
        <w:rPr>
          <w:b/>
          <w:sz w:val="24"/>
        </w:rPr>
        <w:t>Entry 3: Mr. Callahan</w:t>
      </w:r>
    </w:p>
    <w:p w14:paraId="4082A91C" w14:textId="77777777" w:rsidR="002E39BE" w:rsidRDefault="00000000">
      <w:r>
        <w:t>Mr. Callahan had a voice that cut through noise. He kept me after class once and said, “Morris, you’re quicker than your grades.” I stuffed my notebook deeper in my bag so he wouldn’t see the stories about doors you can step through and never come back. He didn’t press—teachers rarely do. They circle storms and hope they blow out to sea.</w:t>
      </w:r>
    </w:p>
    <w:p w14:paraId="6F9E737B" w14:textId="77777777" w:rsidR="002E39BE" w:rsidRDefault="002E39BE"/>
    <w:p w14:paraId="2CC12D7F" w14:textId="77777777" w:rsidR="002E39BE" w:rsidRDefault="00000000">
      <w:r>
        <w:rPr>
          <w:b/>
          <w:sz w:val="24"/>
        </w:rPr>
        <w:t>Entry 4: The Call From Home</w:t>
      </w:r>
    </w:p>
    <w:p w14:paraId="09FB25B3" w14:textId="77777777" w:rsidR="002E39BE" w:rsidRDefault="00000000">
      <w:r>
        <w:t>They called my father during school once. Attendance, missing assignments. I felt the future arrive like a shadow, long and cold. The secretary’s phone clicked back into its cradle and I could already hear the leather snap. There was still a whole day left to survive before I went home to collect what the phone call had purchased.</w:t>
      </w:r>
    </w:p>
    <w:p w14:paraId="02E1FF3A" w14:textId="77777777" w:rsidR="002E39BE" w:rsidRDefault="002E39BE"/>
    <w:p w14:paraId="3308F437" w14:textId="77777777" w:rsidR="002E39BE" w:rsidRDefault="00000000">
      <w:r>
        <w:rPr>
          <w:b/>
          <w:sz w:val="24"/>
        </w:rPr>
        <w:t>Entry 5: Detention</w:t>
      </w:r>
    </w:p>
    <w:p w14:paraId="798DB8E5" w14:textId="77777777" w:rsidR="002E39BE" w:rsidRDefault="00000000">
      <w:r>
        <w:t>I got detention for skipping PE and for sarcasm that came out sharper than I meant. The room smelled like wall cleaner and pencil shavings. Sarah was waiting outside when I was released, leaning against the lockers like a rumor. “Heard you mouthed off,” she said, grinning. Approval is a drug. Cheaper than pills. Just as addictive.</w:t>
      </w:r>
    </w:p>
    <w:p w14:paraId="4CFB3502" w14:textId="77777777" w:rsidR="002E39BE" w:rsidRDefault="002E39BE"/>
    <w:p w14:paraId="5C2D6551" w14:textId="77777777" w:rsidR="002E39BE" w:rsidRDefault="00000000">
      <w:r>
        <w:rPr>
          <w:b/>
          <w:sz w:val="24"/>
        </w:rPr>
        <w:t>Entry 6: The Fight</w:t>
      </w:r>
    </w:p>
    <w:p w14:paraId="5494BB3A" w14:textId="77777777" w:rsidR="002E39BE" w:rsidRDefault="00000000">
      <w:r>
        <w:t>It happened at the locker banks. A shove for fun, a laugh too close to my ear, a word I didn’t like. I was on him before the thought had formed. Fists felt like language I spoke better than English. When the vice principal pulled me off, my knuckles stung and I felt calm for the first time that week. Violence you choose feels different.</w:t>
      </w:r>
    </w:p>
    <w:p w14:paraId="68DF8200" w14:textId="77777777" w:rsidR="002E39BE" w:rsidRDefault="002E39BE"/>
    <w:p w14:paraId="618B2359" w14:textId="77777777" w:rsidR="002E39BE" w:rsidRDefault="00000000">
      <w:r>
        <w:rPr>
          <w:b/>
          <w:sz w:val="24"/>
        </w:rPr>
        <w:t>Entry 7: Office Chairs</w:t>
      </w:r>
    </w:p>
    <w:p w14:paraId="31D7F602" w14:textId="77777777" w:rsidR="002E39BE" w:rsidRDefault="00000000">
      <w:r>
        <w:t>They made me sit in a blue plastic chair and wait while adults conferred in low voices. The clock above the door ticked like a slow heartbeat. “Suspension,” someone said. The word hung in the air like a verdict and a permission slip for pain to follow me home. I signed my name on a line that didn’t leave enough space for the rest of me.</w:t>
      </w:r>
    </w:p>
    <w:p w14:paraId="45057B0D" w14:textId="77777777" w:rsidR="002E39BE" w:rsidRDefault="002E39BE"/>
    <w:p w14:paraId="7E4E70C5" w14:textId="77777777" w:rsidR="002E39BE" w:rsidRDefault="00000000">
      <w:r>
        <w:rPr>
          <w:b/>
          <w:sz w:val="24"/>
        </w:rPr>
        <w:t>Entry 8: The Whisper in Math</w:t>
      </w:r>
    </w:p>
    <w:p w14:paraId="2249279C" w14:textId="77777777" w:rsidR="002E39BE" w:rsidRDefault="00000000">
      <w:r>
        <w:t>The whisper followed me to school. During math, between the scratch of pencils, it slid in: “They’re laughing at you.” I looked up. No one was. Didn’t matter. The whisper wasn’t asking me to check. It was teaching me that proof was optional now. Doubt had a voice, and it knew my schedule.</w:t>
      </w:r>
    </w:p>
    <w:p w14:paraId="6B8150AE" w14:textId="77777777" w:rsidR="002E39BE" w:rsidRDefault="002E39BE"/>
    <w:p w14:paraId="5B010837" w14:textId="77777777" w:rsidR="002E39BE" w:rsidRDefault="00000000">
      <w:r>
        <w:rPr>
          <w:b/>
          <w:sz w:val="24"/>
        </w:rPr>
        <w:t>Entry 9: Nurse’s Office</w:t>
      </w:r>
    </w:p>
    <w:p w14:paraId="51A4FA20" w14:textId="77777777" w:rsidR="002E39BE" w:rsidRDefault="00000000">
      <w:r>
        <w:t>The nurse asked if I’d eaten. I told her yes. She handed me crackers anyway and looked at my arms the way people look at storm clouds. “You can tell me,” she said. I could have. I didn’t. Some truths feel like traps, even when they come with snacks.</w:t>
      </w:r>
    </w:p>
    <w:p w14:paraId="0F38F974" w14:textId="77777777" w:rsidR="00AE4770" w:rsidRDefault="00AE4770"/>
    <w:p w14:paraId="411C76CA" w14:textId="77777777" w:rsidR="002E39BE" w:rsidRDefault="002E39BE"/>
    <w:p w14:paraId="7C060310" w14:textId="77777777" w:rsidR="002E39BE" w:rsidRDefault="00000000">
      <w:r>
        <w:rPr>
          <w:b/>
          <w:sz w:val="24"/>
        </w:rPr>
        <w:lastRenderedPageBreak/>
        <w:t>Entry 10: Jonah’s Question</w:t>
      </w:r>
    </w:p>
    <w:p w14:paraId="0DB07B4B" w14:textId="77777777" w:rsidR="002E39BE" w:rsidRDefault="00000000">
      <w:r>
        <w:t>“Do you want to come over?” Jonah asked, simple as breathing. The word over meant dinner that wasn’t from a gas station and parents whose voices didn’t wobble. I told him I had plans. I did: survive. He nodded like he understood and didn’t withdraw the offer. That was his trick—he let bridges exist, even if I never crossed them.</w:t>
      </w:r>
    </w:p>
    <w:p w14:paraId="4676B719" w14:textId="77777777" w:rsidR="002E39BE" w:rsidRDefault="002E39BE"/>
    <w:p w14:paraId="535B2587" w14:textId="77777777" w:rsidR="002E39BE" w:rsidRDefault="00000000">
      <w:r>
        <w:rPr>
          <w:b/>
          <w:sz w:val="24"/>
        </w:rPr>
        <w:t>Entry 11: Sarah’s Pocket</w:t>
      </w:r>
    </w:p>
    <w:p w14:paraId="6ABB9803" w14:textId="77777777" w:rsidR="002E39BE" w:rsidRDefault="00000000">
      <w:r>
        <w:t>Sarah pressed a small blue pill into my palm outside the side entrance. “For the noise,” she said. The pill dissolved into cotton in my chest, and the world softened at the edges like someone had smeared their thumb across it. “See?” she whispered into my hoodie. “You don’t have to feel everything.” Relief is a door that never stays free.</w:t>
      </w:r>
    </w:p>
    <w:p w14:paraId="39C3A17A" w14:textId="77777777" w:rsidR="002E39BE" w:rsidRDefault="002E39BE"/>
    <w:p w14:paraId="21169EDD" w14:textId="77777777" w:rsidR="002E39BE" w:rsidRDefault="00000000">
      <w:r>
        <w:rPr>
          <w:b/>
          <w:sz w:val="24"/>
        </w:rPr>
        <w:t>Entry 12: Lockdown Drill</w:t>
      </w:r>
    </w:p>
    <w:p w14:paraId="7BD93A15" w14:textId="77777777" w:rsidR="002E39BE" w:rsidRDefault="00000000">
      <w:r>
        <w:t>They called a lockdown drill during third period. Lights off, blinds down, bodies folded under windows. The room breathed together in shallow little gasps. My heart learned a trick: it could race while the rest of me played dead. Somewhere, a cart rattled in the hall and someone giggled. The whisper said, “He’s in the building.” I didn’t ask who.</w:t>
      </w:r>
    </w:p>
    <w:p w14:paraId="57962180" w14:textId="77777777" w:rsidR="002E39BE" w:rsidRDefault="002E39BE"/>
    <w:p w14:paraId="35901EAA" w14:textId="77777777" w:rsidR="002E39BE" w:rsidRDefault="00000000">
      <w:r>
        <w:rPr>
          <w:b/>
          <w:sz w:val="24"/>
        </w:rPr>
        <w:t>Entry 13: Counselor</w:t>
      </w:r>
    </w:p>
    <w:p w14:paraId="74F54090" w14:textId="77777777" w:rsidR="002E39BE" w:rsidRDefault="00000000">
      <w:r>
        <w:t>The counselor read from a script hidden behind her smile. “How’s home?” “Fine.” “Any substances?” “No.” “Any thoughts of hurting yourself?” “Not today.” Boxes ticked. Doors closed. She gave me a pamphlet that assumed I had a door I could lock and a parent who would knock.</w:t>
      </w:r>
    </w:p>
    <w:p w14:paraId="7FBAC839" w14:textId="77777777" w:rsidR="002E39BE" w:rsidRDefault="002E39BE"/>
    <w:p w14:paraId="3BA032E9" w14:textId="77777777" w:rsidR="002E39BE" w:rsidRDefault="00000000">
      <w:r>
        <w:rPr>
          <w:b/>
          <w:sz w:val="24"/>
        </w:rPr>
        <w:t>Entry 14: Truancy</w:t>
      </w:r>
    </w:p>
    <w:p w14:paraId="0BCDE665" w14:textId="77777777" w:rsidR="002E39BE" w:rsidRDefault="00000000">
      <w:r>
        <w:t>A truant officer came to the house once. My mother answered in a robe and sunglasses. He used the word accountability like it could stop a belt. I learned that adults will walk into a burning room, write down the temperature, and leave.</w:t>
      </w:r>
    </w:p>
    <w:p w14:paraId="750C6AAF" w14:textId="77777777" w:rsidR="002E39BE" w:rsidRDefault="002E39BE"/>
    <w:p w14:paraId="7865AC0A" w14:textId="77777777" w:rsidR="002E39BE" w:rsidRDefault="00000000">
      <w:r>
        <w:rPr>
          <w:b/>
          <w:sz w:val="24"/>
        </w:rPr>
        <w:t>Entry 15: Marcus’ Lessons</w:t>
      </w:r>
    </w:p>
    <w:p w14:paraId="6F85EE32" w14:textId="77777777" w:rsidR="002E39BE" w:rsidRDefault="00000000">
      <w:r>
        <w:t xml:space="preserve">Marcus taught me how to break into a car without breaking the window. “You’re not a vandal,” he said. “You’re a ghost.” He laughed when the door popped and the alarm stayed </w:t>
      </w:r>
      <w:r>
        <w:lastRenderedPageBreak/>
        <w:t>quiet. That night the whisper upgraded: “You’re good at this.” Praise, even from a voice that didn’t belong to me, felt like a hand on my shoulder.</w:t>
      </w:r>
    </w:p>
    <w:p w14:paraId="000FEA08" w14:textId="77777777" w:rsidR="002E39BE" w:rsidRDefault="002E39BE"/>
    <w:p w14:paraId="7D91DDBD" w14:textId="77777777" w:rsidR="002E39BE" w:rsidRDefault="00000000">
      <w:r>
        <w:rPr>
          <w:b/>
          <w:sz w:val="24"/>
        </w:rPr>
        <w:t>Entry 16: The Store</w:t>
      </w:r>
    </w:p>
    <w:p w14:paraId="5FF49BA3" w14:textId="77777777" w:rsidR="002E39BE" w:rsidRDefault="00000000">
      <w:r>
        <w:t>We lifted energy drinks and candy from the corner store. The clerk looked bored, the cameras looked everywhere. My pulse was a hummingbird. Outside, Marcus slapped my back. “See? Easy.” I told myself I was stealing from the same universe that kept stealing from me. The math felt fair enough to pass.</w:t>
      </w:r>
    </w:p>
    <w:p w14:paraId="4603ACFB" w14:textId="77777777" w:rsidR="002E39BE" w:rsidRDefault="002E39BE"/>
    <w:p w14:paraId="16100130" w14:textId="77777777" w:rsidR="002E39BE" w:rsidRDefault="00000000">
      <w:r>
        <w:rPr>
          <w:b/>
          <w:sz w:val="24"/>
        </w:rPr>
        <w:t>Entry 17: Mr. Callahan, Again</w:t>
      </w:r>
    </w:p>
    <w:p w14:paraId="7F0A4668" w14:textId="77777777" w:rsidR="002E39BE" w:rsidRDefault="00000000">
      <w:r>
        <w:t>Mr. Callahan returned an essay with a note: “You see details other people miss.” I wanted to tell him it’s because I’ve had to. You learn to read the room when the room wants to hit you. I almost stayed after class to say something real. Almost.</w:t>
      </w:r>
    </w:p>
    <w:p w14:paraId="483BF7EC" w14:textId="77777777" w:rsidR="002E39BE" w:rsidRDefault="002E39BE"/>
    <w:p w14:paraId="3FA2E10A" w14:textId="77777777" w:rsidR="002E39BE" w:rsidRDefault="00000000">
      <w:r>
        <w:rPr>
          <w:b/>
          <w:sz w:val="24"/>
        </w:rPr>
        <w:t>Entry 18: After-School</w:t>
      </w:r>
    </w:p>
    <w:p w14:paraId="66A02156" w14:textId="77777777" w:rsidR="002E39BE" w:rsidRDefault="00000000">
      <w:r>
        <w:t>Jonah waited at the bus circle with two helmets and an old bike that had survived better childhoods. “Ride?” he asked. We cut through streets that didn’t know my name. Wind pressed my hoodie back and, for a few blocks, the voice couldn’t keep up. Freedom is measured in intersections.</w:t>
      </w:r>
    </w:p>
    <w:p w14:paraId="282BBEE1" w14:textId="77777777" w:rsidR="002E39BE" w:rsidRDefault="002E39BE"/>
    <w:p w14:paraId="31468106" w14:textId="77777777" w:rsidR="002E39BE" w:rsidRDefault="00000000">
      <w:r>
        <w:rPr>
          <w:b/>
          <w:sz w:val="24"/>
        </w:rPr>
        <w:t>Entry 19: The Call Home, Again</w:t>
      </w:r>
    </w:p>
    <w:p w14:paraId="78D0A15D" w14:textId="77777777" w:rsidR="002E39BE" w:rsidRDefault="00000000">
      <w:r>
        <w:t>Suspension papers require signatures. My father signed like he was carving a threat into the page. “You think you’re tough at school?” he asked. His breath was a bar. I kept my eyes on the countertop and counted the dots in the laminate until the numbers ran out.</w:t>
      </w:r>
    </w:p>
    <w:p w14:paraId="76CB52FC" w14:textId="77777777" w:rsidR="002E39BE" w:rsidRDefault="002E39BE"/>
    <w:p w14:paraId="713B8475" w14:textId="77777777" w:rsidR="002E39BE" w:rsidRDefault="00000000">
      <w:r>
        <w:rPr>
          <w:b/>
          <w:sz w:val="24"/>
        </w:rPr>
        <w:t>Entry 20: Basement</w:t>
      </w:r>
    </w:p>
    <w:p w14:paraId="13556089" w14:textId="77777777" w:rsidR="002E39BE" w:rsidRDefault="00000000">
      <w:r>
        <w:t>Sarah’s basement smelled like laundry and old water. We sat cross‑legged on a rug that had collected every secret she ever told. She traced the scar on my wrist with her thumbnail and didn’t ask. We swallowed pills that promised the floor would hold us up no matter what.</w:t>
      </w:r>
    </w:p>
    <w:p w14:paraId="4D652E20" w14:textId="77777777" w:rsidR="002E39BE" w:rsidRDefault="002E39BE"/>
    <w:p w14:paraId="3DA770F8" w14:textId="77777777" w:rsidR="002E39BE" w:rsidRDefault="00000000">
      <w:r>
        <w:rPr>
          <w:b/>
          <w:sz w:val="24"/>
        </w:rPr>
        <w:t>Entry 21: Jonah’s House</w:t>
      </w:r>
    </w:p>
    <w:p w14:paraId="5BA5B0C9" w14:textId="77777777" w:rsidR="002E39BE" w:rsidRDefault="00000000">
      <w:r>
        <w:lastRenderedPageBreak/>
        <w:t>I went to Jonah’s once. His mother put out two plates without asking if I wanted to stay. Grace before dinner. Voices soft. No one flinched when a cabinet closed. I stared at the salt shaker like I was in a museum. After, Jonah’s dad asked about school and meant it. I lied less than usual.</w:t>
      </w:r>
    </w:p>
    <w:p w14:paraId="7E7BEEED" w14:textId="77777777" w:rsidR="002E39BE" w:rsidRDefault="002E39BE"/>
    <w:p w14:paraId="7389E71E" w14:textId="77777777" w:rsidR="002E39BE" w:rsidRDefault="00000000">
      <w:r>
        <w:rPr>
          <w:b/>
          <w:sz w:val="24"/>
        </w:rPr>
        <w:t>Entry 22: Report Cards</w:t>
      </w:r>
    </w:p>
    <w:p w14:paraId="0C744ED5" w14:textId="77777777" w:rsidR="002E39BE" w:rsidRDefault="00000000">
      <w:r>
        <w:t>My grades came home like medical charts: stable when teachers cared; flat‑lined when I didn’t. Mr. Callahan wrote in the margins: “Recommendation—advanced placement if behavior stabilizes.” I laughed in the kitchen and nobody knew why.</w:t>
      </w:r>
    </w:p>
    <w:p w14:paraId="6500E844" w14:textId="77777777" w:rsidR="002E39BE" w:rsidRDefault="002E39BE"/>
    <w:p w14:paraId="6EDB5CF4" w14:textId="77777777" w:rsidR="002E39BE" w:rsidRDefault="00000000">
      <w:r>
        <w:rPr>
          <w:b/>
          <w:sz w:val="24"/>
        </w:rPr>
        <w:t>Entry 23: The Mirror at School</w:t>
      </w:r>
    </w:p>
    <w:p w14:paraId="7089FE30" w14:textId="77777777" w:rsidR="002E39BE" w:rsidRDefault="00000000">
      <w:r>
        <w:t>In the boys’ bathroom, the mirror hesitated again. For a heartbeat, my reflection lagged. When it caught up, it smiled a fraction too wide. I left without washing my hands. The whisper sounded pleased, like I’d finally noticed the obvious: I was not alone even when I was.</w:t>
      </w:r>
    </w:p>
    <w:p w14:paraId="78E979E2" w14:textId="77777777" w:rsidR="002E39BE" w:rsidRDefault="002E39BE"/>
    <w:p w14:paraId="2FF5DC72" w14:textId="77777777" w:rsidR="002E39BE" w:rsidRDefault="00000000">
      <w:r>
        <w:rPr>
          <w:b/>
          <w:sz w:val="24"/>
        </w:rPr>
        <w:t>Entry 24: Lines I Wouldn’t Cross</w:t>
      </w:r>
    </w:p>
    <w:p w14:paraId="0616D94F" w14:textId="77777777" w:rsidR="002E39BE" w:rsidRDefault="00000000">
      <w:r>
        <w:t>There were lines even Marcus wouldn’t cross—guns, real harm, anything with little kids. “We’re not monsters,” he said. I nodded like a promise. In my head, a smaller voice asked if monsters ever get to choose their boundaries.</w:t>
      </w:r>
    </w:p>
    <w:p w14:paraId="359B61A6" w14:textId="77777777" w:rsidR="002E39BE" w:rsidRDefault="002E39BE"/>
    <w:p w14:paraId="24FDEEC1" w14:textId="77777777" w:rsidR="002E39BE" w:rsidRDefault="00000000">
      <w:r>
        <w:rPr>
          <w:b/>
          <w:sz w:val="24"/>
        </w:rPr>
        <w:t>Entry 25: Parent-Teacher Night</w:t>
      </w:r>
    </w:p>
    <w:p w14:paraId="3CBD2699" w14:textId="77777777" w:rsidR="002E39BE" w:rsidRDefault="00000000">
      <w:r>
        <w:t>No one came for me. Mr. Callahan stood at his table with a stack of schedules and a pen that never met my guardians. Later he said, “You can still be the kind of man you decide to be.” I wanted to believe him the way kids want magic—completely and forever. I settled for believing him until the bell.</w:t>
      </w:r>
    </w:p>
    <w:p w14:paraId="3F7E962C" w14:textId="77777777" w:rsidR="002E39BE" w:rsidRDefault="002E39BE"/>
    <w:p w14:paraId="7653E09C" w14:textId="77777777" w:rsidR="002E39BE" w:rsidRDefault="00000000">
      <w:r>
        <w:rPr>
          <w:b/>
          <w:sz w:val="24"/>
        </w:rPr>
        <w:t>Entry 26: The Edge of Seventeen</w:t>
      </w:r>
    </w:p>
    <w:p w14:paraId="0ADCBD95" w14:textId="77777777" w:rsidR="002E39BE" w:rsidRDefault="00000000">
      <w:r>
        <w:t>The day I turned seventeen, Jonah texted a cake emoji; Marcus texted a location. Sarah whispered that she loved me and blinked like she hoped I wouldn’t test the word. At home, no one remembered. The whisper did. “Happy birthday,” it said. “Make a wish.”</w:t>
      </w:r>
    </w:p>
    <w:p w14:paraId="5161A8D0" w14:textId="77777777" w:rsidR="002E39BE" w:rsidRDefault="002E39BE"/>
    <w:p w14:paraId="2A96096F" w14:textId="77777777" w:rsidR="002E39BE" w:rsidRDefault="00000000">
      <w:r>
        <w:rPr>
          <w:b/>
          <w:sz w:val="24"/>
        </w:rPr>
        <w:lastRenderedPageBreak/>
        <w:t>Entry 27: Foreshadow</w:t>
      </w:r>
    </w:p>
    <w:p w14:paraId="58F4A0F1" w14:textId="77777777" w:rsidR="002E39BE" w:rsidRDefault="00000000">
      <w:r>
        <w:t>On the last Friday before winter break, the snow came down like it wanted to bury everything I’d been. I watched kids throw it at each other with the kind of joy that hurts to look at. I told myself January would be different. The whisper laughed, soft and certain, like someone who already knows the ending.</w:t>
      </w:r>
    </w:p>
    <w:p w14:paraId="3BCF318A" w14:textId="77777777" w:rsidR="002E39BE" w:rsidRDefault="002E39BE"/>
    <w:sectPr w:rsidR="002E39B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35263382">
    <w:abstractNumId w:val="8"/>
  </w:num>
  <w:num w:numId="2" w16cid:durableId="1685084675">
    <w:abstractNumId w:val="6"/>
  </w:num>
  <w:num w:numId="3" w16cid:durableId="1889419375">
    <w:abstractNumId w:val="5"/>
  </w:num>
  <w:num w:numId="4" w16cid:durableId="1100680220">
    <w:abstractNumId w:val="4"/>
  </w:num>
  <w:num w:numId="5" w16cid:durableId="2046178285">
    <w:abstractNumId w:val="7"/>
  </w:num>
  <w:num w:numId="6" w16cid:durableId="700860330">
    <w:abstractNumId w:val="3"/>
  </w:num>
  <w:num w:numId="7" w16cid:durableId="710883544">
    <w:abstractNumId w:val="2"/>
  </w:num>
  <w:num w:numId="8" w16cid:durableId="301036363">
    <w:abstractNumId w:val="1"/>
  </w:num>
  <w:num w:numId="9" w16cid:durableId="1842357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49DC"/>
    <w:rsid w:val="0029639D"/>
    <w:rsid w:val="002E39BE"/>
    <w:rsid w:val="00326F90"/>
    <w:rsid w:val="00AA1D8D"/>
    <w:rsid w:val="00AE4770"/>
    <w:rsid w:val="00B47730"/>
    <w:rsid w:val="00CB0664"/>
    <w:rsid w:val="00F71FB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953F31"/>
  <w14:defaultImageDpi w14:val="300"/>
  <w15:docId w15:val="{DCE04483-A728-C443-8986-AF101B733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1315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Mike Bassett</cp:lastModifiedBy>
  <cp:revision>3</cp:revision>
  <dcterms:created xsi:type="dcterms:W3CDTF">2013-12-23T23:15:00Z</dcterms:created>
  <dcterms:modified xsi:type="dcterms:W3CDTF">2025-09-17T19:39:00Z</dcterms:modified>
  <cp:category/>
</cp:coreProperties>
</file>