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664C8" w14:textId="77777777" w:rsidR="000E5A8A" w:rsidRDefault="0056597E">
      <w:pPr>
        <w:jc w:val="center"/>
      </w:pPr>
      <w:r>
        <w:rPr>
          <w:b/>
          <w:sz w:val="40"/>
        </w:rPr>
        <w:t>Chapter 3: Hunger Hours</w:t>
      </w:r>
    </w:p>
    <w:p w14:paraId="2E6515DD" w14:textId="77777777" w:rsidR="000E5A8A" w:rsidRDefault="000E5A8A"/>
    <w:p w14:paraId="77048484" w14:textId="77777777" w:rsidR="000E5A8A" w:rsidRDefault="0056597E">
      <w:r>
        <w:rPr>
          <w:b/>
        </w:rPr>
        <w:t>Entry 1: Late Night Hunger</w:t>
      </w:r>
    </w:p>
    <w:p w14:paraId="035CB5DE" w14:textId="77777777" w:rsidR="000E5A8A" w:rsidRDefault="0056597E">
      <w:r>
        <w:t>The house is quiet except for the fridge humming like it has something to offer. It doesn’t. Hunger feels heavier at night. Not just in the stomach—it gets into my chest, my head, my hands. I count the drips from the faucet like they could fill me. I tell myself morning will be better. Morning never is.</w:t>
      </w:r>
    </w:p>
    <w:p w14:paraId="16B9A725" w14:textId="77777777" w:rsidR="000E5A8A" w:rsidRDefault="000E5A8A"/>
    <w:p w14:paraId="6B4DF155" w14:textId="77777777" w:rsidR="000E5A8A" w:rsidRDefault="0056597E">
      <w:r>
        <w:rPr>
          <w:b/>
        </w:rPr>
        <w:t>Entry 2: Jonah’s Sandwich</w:t>
      </w:r>
    </w:p>
    <w:p w14:paraId="2830413E" w14:textId="77777777" w:rsidR="000E5A8A" w:rsidRDefault="0056597E">
      <w:r>
        <w:t>At school Jonah split his sandwich again. He acts like it’s nothing, but it’s everything. Turkey and mustard on white bread—that’s a feast when home means stale bread or nothing. He doesn’t ask why I never bring lunch. He just shares. His house is warm, his parents talk to each other, and he wants to save lives when he grows up. Me? I’m still just trying to keep mine.</w:t>
      </w:r>
    </w:p>
    <w:p w14:paraId="5E43A8A2" w14:textId="77777777" w:rsidR="000E5A8A" w:rsidRDefault="000E5A8A"/>
    <w:p w14:paraId="64A94922" w14:textId="77777777" w:rsidR="000E5A8A" w:rsidRDefault="0056597E">
      <w:r>
        <w:rPr>
          <w:b/>
        </w:rPr>
        <w:t>Entry 3: Mr. Callahan’s Assignment</w:t>
      </w:r>
    </w:p>
    <w:p w14:paraId="4D6787F9" w14:textId="77777777" w:rsidR="000E5A8A" w:rsidRDefault="0056597E">
      <w:r>
        <w:t>Mr. Callahan gave us an essay: ‘Write about a place where you feel safe.’ I stared at the paper until my hand cramped. Safe isn’t real for me. So I made up a room—a door that locks both ways, a window that opens to choices. He wrote: ‘Great mood, but be honest.’ If honesty means telling him I have nowhere safe, then honesty is impossible.</w:t>
      </w:r>
    </w:p>
    <w:p w14:paraId="17D84782" w14:textId="77777777" w:rsidR="000E5A8A" w:rsidRDefault="000E5A8A"/>
    <w:p w14:paraId="5F3BF6DA" w14:textId="77777777" w:rsidR="000E5A8A" w:rsidRDefault="0056597E">
      <w:r>
        <w:rPr>
          <w:b/>
        </w:rPr>
        <w:t>Entry 4: Sarah After Dark</w:t>
      </w:r>
    </w:p>
    <w:p w14:paraId="1A7A04FB" w14:textId="77777777" w:rsidR="000E5A8A" w:rsidRDefault="0056597E">
      <w:r>
        <w:t>Sarah texted: ‘come out.’ The window sticks less now; I’ve used it too many times. She was waiting with her hood up, smoke curling around her face. She handed me a bottle that burned my throat. ‘It helps,’ she said. Her laugh came sharp, but her eyes didn’t match. Her mother’s boyfriends rotate like bad seasons. Sarah adapts to all of them. She’s learned to live in blurred edges. I’m still trying to draw mine.</w:t>
      </w:r>
    </w:p>
    <w:p w14:paraId="561DC75B" w14:textId="77777777" w:rsidR="000E5A8A" w:rsidRDefault="000E5A8A"/>
    <w:p w14:paraId="4F75D469" w14:textId="77777777" w:rsidR="000E5A8A" w:rsidRDefault="0056597E">
      <w:r>
        <w:rPr>
          <w:b/>
        </w:rPr>
        <w:t>Entry 5: Marcus’ Rule</w:t>
      </w:r>
    </w:p>
    <w:p w14:paraId="76629EA0" w14:textId="77777777" w:rsidR="000E5A8A" w:rsidRDefault="0056597E">
      <w:r>
        <w:t xml:space="preserve">Marcus says stealing isn’t stealing if it’s from a store. ‘Systems have insurance. People don’t.’ He lifted a pack of energy bars tonight and shoved half into my backpack. ‘Eat,’ he said, like a </w:t>
      </w:r>
      <w:r>
        <w:lastRenderedPageBreak/>
        <w:t>doctor handing out medicine. We ate them by the canal, wrappers floating in the dark water. For the first time in weeks, my stomach didn’t claw at me.</w:t>
      </w:r>
    </w:p>
    <w:p w14:paraId="406C6233" w14:textId="77777777" w:rsidR="000E5A8A" w:rsidRDefault="000E5A8A"/>
    <w:p w14:paraId="190024F5" w14:textId="77777777" w:rsidR="000E5A8A" w:rsidRDefault="0056597E">
      <w:r>
        <w:rPr>
          <w:b/>
        </w:rPr>
        <w:t>Entry 6: Home Again</w:t>
      </w:r>
    </w:p>
    <w:p w14:paraId="35968A18" w14:textId="77777777" w:rsidR="000E5A8A" w:rsidRDefault="0056597E">
      <w:r>
        <w:t>Suspension followed me home. My father didn’t say a word—just shoved a shovel in my hand and told me to dig. ‘Make it look good,’ he said. By sunset I had a pile of dirt and nothing else. My arms shook. He looked at me like shaking was proof of weakness. My mother drifted past with pills on her tongue and silence in her eyes. Sometimes her silence feels worse than his fists.</w:t>
      </w:r>
    </w:p>
    <w:p w14:paraId="6B3C924F" w14:textId="77777777" w:rsidR="000E5A8A" w:rsidRDefault="000E5A8A"/>
    <w:p w14:paraId="0DC5C781" w14:textId="77777777" w:rsidR="000E5A8A" w:rsidRDefault="0056597E">
      <w:r>
        <w:rPr>
          <w:b/>
        </w:rPr>
        <w:t>Entry 7: Jonah’s Father</w:t>
      </w:r>
    </w:p>
    <w:p w14:paraId="77835B6E" w14:textId="77777777" w:rsidR="000E5A8A" w:rsidRDefault="0056597E">
      <w:r>
        <w:t>Jonah’s dad gave me a ride one morning. Truck smelled like cedar. Before I got out, he pressed a pocket multi‑tool into my hand. ‘For your bike,’ he said. I don’t own a bike, but I nodded. That afternoon I fixed the loose closet handle with it. The click when it closed was louder than his boots, louder than the fridge, louder than hunger. I wrote in my notebook: I fixed something. Small. But mine.</w:t>
      </w:r>
    </w:p>
    <w:p w14:paraId="05577450" w14:textId="77777777" w:rsidR="000E5A8A" w:rsidRDefault="000E5A8A"/>
    <w:p w14:paraId="0715E361" w14:textId="77777777" w:rsidR="000E5A8A" w:rsidRDefault="0056597E">
      <w:r>
        <w:rPr>
          <w:b/>
        </w:rPr>
        <w:t>Entry 8: The Counselor</w:t>
      </w:r>
    </w:p>
    <w:p w14:paraId="6DC0AA32" w14:textId="77777777" w:rsidR="000E5A8A" w:rsidRDefault="0056597E">
      <w:r>
        <w:t>The counselor called me in. She asked the script: ‘How’s home?’ ‘Fine.’ ‘Any substances?’ ‘No.’ ‘Any thoughts of hurting yourself?’ ‘Not today.’ She checked her boxes and gave me a pamphlet. The pamphlet had a picture of a family smiling in a kitchen. It felt like fiction. I tossed it on my way out. I don’t need fiction. I already write my own.</w:t>
      </w:r>
    </w:p>
    <w:p w14:paraId="1DDDFA8D" w14:textId="77777777" w:rsidR="000112B8" w:rsidRDefault="000112B8"/>
    <w:p w14:paraId="134E3594" w14:textId="77777777" w:rsidR="000E5A8A" w:rsidRDefault="000E5A8A"/>
    <w:p w14:paraId="3A6A3A85" w14:textId="77777777" w:rsidR="000E5A8A" w:rsidRDefault="0056597E">
      <w:r>
        <w:rPr>
          <w:b/>
        </w:rPr>
        <w:t>Entry 9: Sarah’s Silence</w:t>
      </w:r>
    </w:p>
    <w:p w14:paraId="1853CC4C" w14:textId="65918AEE" w:rsidR="000E5A8A" w:rsidRDefault="0056597E">
      <w:r>
        <w:t>Sarah missed school for days. When she came back, she wore sunglasses inside. The teacher pretended not to notice. I asked if she was okay. ‘Don’t,’ she said. Her hand drew circles on her knee, like she was trying to wind up a broken clock. Some silences speak louder than screams.</w:t>
      </w:r>
      <w:r w:rsidR="00EA40A1">
        <w:t xml:space="preserve"> </w:t>
      </w:r>
    </w:p>
    <w:p w14:paraId="61D13A20" w14:textId="77777777" w:rsidR="000E5A8A" w:rsidRDefault="000E5A8A"/>
    <w:p w14:paraId="71155941" w14:textId="77777777" w:rsidR="000112B8" w:rsidRDefault="000112B8"/>
    <w:p w14:paraId="4245D817" w14:textId="77777777" w:rsidR="000112B8" w:rsidRDefault="000112B8"/>
    <w:p w14:paraId="1EE98911" w14:textId="77777777" w:rsidR="000112B8" w:rsidRDefault="000112B8"/>
    <w:p w14:paraId="32AFD882" w14:textId="77777777" w:rsidR="000E5A8A" w:rsidRDefault="0056597E">
      <w:r>
        <w:rPr>
          <w:b/>
        </w:rPr>
        <w:t>Entry 10: The Floorboard</w:t>
      </w:r>
    </w:p>
    <w:p w14:paraId="1F11C8DF" w14:textId="62B9A810" w:rsidR="000E5A8A" w:rsidRDefault="0056597E">
      <w:r>
        <w:t xml:space="preserve">I pulled up the loose board tonight. My stash is growing: two protein bars, some change, the photo of my mother before pills, and the multi‑tool. I call it my kit. Kits mean survival. Missions. Escape. I wrote three rules: Fix one thing each day. Never waste food. When sirens start, run. I slid the board back and felt, for once, like I had a plan. The whisper was quiet tonight. Maybe </w:t>
      </w:r>
      <w:r>
        <w:t>it was</w:t>
      </w:r>
      <w:r w:rsidR="00E824AA">
        <w:t xml:space="preserve"> gone. But did I want it to be.</w:t>
      </w:r>
      <w:r w:rsidR="008A0109">
        <w:t xml:space="preserve"> I felt alone.</w:t>
      </w:r>
    </w:p>
    <w:p w14:paraId="0853DE18" w14:textId="77777777" w:rsidR="000E5A8A" w:rsidRDefault="000E5A8A"/>
    <w:sectPr w:rsidR="000E5A8A"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10689873">
    <w:abstractNumId w:val="8"/>
  </w:num>
  <w:num w:numId="2" w16cid:durableId="2094423990">
    <w:abstractNumId w:val="6"/>
  </w:num>
  <w:num w:numId="3" w16cid:durableId="1028531914">
    <w:abstractNumId w:val="5"/>
  </w:num>
  <w:num w:numId="4" w16cid:durableId="1553810232">
    <w:abstractNumId w:val="4"/>
  </w:num>
  <w:num w:numId="5" w16cid:durableId="1610234759">
    <w:abstractNumId w:val="7"/>
  </w:num>
  <w:num w:numId="6" w16cid:durableId="967198658">
    <w:abstractNumId w:val="3"/>
  </w:num>
  <w:num w:numId="7" w16cid:durableId="2120904336">
    <w:abstractNumId w:val="2"/>
  </w:num>
  <w:num w:numId="8" w16cid:durableId="1947275543">
    <w:abstractNumId w:val="1"/>
  </w:num>
  <w:num w:numId="9" w16cid:durableId="17130761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12B8"/>
    <w:rsid w:val="00034616"/>
    <w:rsid w:val="0006063C"/>
    <w:rsid w:val="000E5A8A"/>
    <w:rsid w:val="0015074B"/>
    <w:rsid w:val="0029639D"/>
    <w:rsid w:val="00326F90"/>
    <w:rsid w:val="0056597E"/>
    <w:rsid w:val="008A0109"/>
    <w:rsid w:val="00A974C9"/>
    <w:rsid w:val="00AA1D8D"/>
    <w:rsid w:val="00B47730"/>
    <w:rsid w:val="00BC2B87"/>
    <w:rsid w:val="00BD6AC5"/>
    <w:rsid w:val="00CB0664"/>
    <w:rsid w:val="00E824AA"/>
    <w:rsid w:val="00EA40A1"/>
    <w:rsid w:val="00F33D5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F9EA70F"/>
  <w14:defaultImageDpi w14:val="300"/>
  <w15:docId w15:val="{27B01CD3-E10F-744E-9E27-35650004E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584</Words>
  <Characters>3333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3910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Mike Bassett</cp:lastModifiedBy>
  <cp:revision>2</cp:revision>
  <dcterms:created xsi:type="dcterms:W3CDTF">2025-09-19T01:49:00Z</dcterms:created>
  <dcterms:modified xsi:type="dcterms:W3CDTF">2025-09-19T01:49:00Z</dcterms:modified>
  <cp:category/>
</cp:coreProperties>
</file>