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Chapitre 12</w:t>
      </w:r>
    </w:p>
    <w:p>
      <w:pPr/>
      <w:r>
        <w:t>L'Industrie Capillaire et ses Enjeux</w:t>
      </w:r>
    </w:p>
    <w:p>
      <w:pPr/>
      <w:r>
        <w:t>L'industrie des soins capillaires représente un secteur économique considérable, avec des ramifications éthiques, sociales et environnementales profondes. Ce chapitre explore les coulisses de cette industrie, ses acteurs, ses pratiques et les défis auxquels elle est confrontée dans un monde en constante évolution.</w:t>
      </w:r>
    </w:p>
    <w:p>
      <w:pPr/>
      <w:r>
        <w:t>Panorama économique de l'industrie capillaire</w:t>
      </w:r>
    </w:p>
    <w:p>
      <w:pPr/>
      <w:r>
        <w:t>L'industrie capillaire est un géant économique souvent sous-estimé. Elle englobe bien plus que les simples produits de soins que nous utilisons quotidiennement.</w:t>
      </w:r>
    </w:p>
    <w:p>
      <w:pPr/>
      <w:r>
        <w:t>Un marché mondial en expansion</w:t>
      </w:r>
    </w:p>
    <w:p>
      <w:pPr/>
      <w:r>
        <w:t>Le marché mondial des soins capillaires représente une part significative de l'industrie cosmétique globale, avec une croissance constante.</w:t>
        <w:br/>
        <w:t>Selon les dernières études de marché, l'industrie capillaire mondiale est évaluée à plus de 90 milliards de dollars, avec une projection de croissance annuelle de 3 à 5% pour les prochaines années.</w:t>
        <w:br/>
        <w:t>Cette industrie se compose de plusieurs segments majeurs :</w:t>
        <w:br/>
        <w:t>- **Produits de soins et d'hygiène** : Shampooings, après-shampooings, masques, sérums (environ 45% du marché)</w:t>
        <w:br/>
        <w:t>- **Produits de coiffage** : Gels, mousses, laques, cires (environ 20% du marché)</w:t>
        <w:br/>
        <w:t>- **Colorations** : Permanentes, semi-permanentes, temporaires (environ 15% du marché)</w:t>
        <w:br/>
        <w:t>- **Traitements médicaux** : Médicaments contre la chute, compléments alimentaires (environ 10% du marché)</w:t>
        <w:br/>
        <w:t>- **Services professionnels** : Salons de coiffure, cliniques spécialisées (environ 10% du marché)</w:t>
        <w:br/>
        <w:t>La croissance est particulièrement forte dans les économies émergentes d'Asie et d'Amérique latine. Ces marchés connaissent une expansion rapide due à l'augmentation du pouvoir d'achat et à l'occidentalisation des normes de beauté.</w:t>
      </w:r>
    </w:p>
    <w:p>
      <w:pPr/>
      <w:r>
        <w:t>Les acteurs majeurs et leur influence</w:t>
      </w:r>
    </w:p>
    <w:p>
      <w:pPr/>
      <w:r>
        <w:t>L'industrie capillaire est dominée par quelques grands conglomérats multinationaux, bien que de nombreux acteurs de niche émergent continuellement.</w:t>
        <w:br/>
        <w:t>Le paysage de l'industrie capillaire est caractérisé par une concentration importante. Quelques grandes entreprises contrôlent une part significative du marché mondial.</w:t>
        <w:br/>
        <w:t>**Principaux acteurs** :</w:t>
        <w:br/>
        <w:t>- **Grands groupes cosmétiques** : L'Oréal, Procter &amp; Gamble, Unilever, Henkel, Kao Corporation</w:t>
        <w:br/>
        <w:t>- **Entreprises pharmaceutiques** : Johnson &amp; Johnson, Merck, Pfizer (pour les traitements médicaux)</w:t>
        <w:br/>
        <w:t>- **Marques professionnelles** : Wella, Schwarzkopf, Redken, Kérastase</w:t>
        <w:br/>
        <w:t>- **Acteurs de niche** : Marques naturelles, biologiques, éthiques en forte croissance</w:t>
        <w:br/>
        <w:t>Ces grands groupes exercent une influence considérable sur les tendances, les normes et les pratiques de l'industrie. Leur pouvoir économique leur permet d'investir massivement en recherche et développement, mais aussi en marketing et publicité.</w:t>
        <w:br/>
        <w:t>Cette concentration soulève des questions de diversité et d'accessibilité :</w:t>
        <w:br/>
        <w:t>- Standardisation des produits et des normes de beauté</w:t>
        <w:br/>
        <w:t>- Barrières à l'entrée pour les petits acteurs innovants</w:t>
        <w:br/>
        <w:t>- Disparités de prix et d'accès selon les régions du monde</w:t>
        <w:br/>
        <w:t>Cependant, nous assistons à l'émergence de marques indépendantes qui défient les géants de l'industrie. Ces 'challenger brands' répondent souvent à des préoccupations spécifiques négligées par les grands groupes, comme les produits adaptés aux cheveux afro ou les formulations sans ingrédients controversés, produit adapté en post greffe capillaire .</w:t>
      </w:r>
    </w:p>
    <w:p>
      <w:pPr/>
      <w:r>
        <w:t>Cycles d'innovation et tendances</w:t>
      </w:r>
    </w:p>
    <w:p>
      <w:pPr/>
      <w:r>
        <w:t>L'industrie capillaire est caractérisée par des cycles d'innovation constants, alimentés par la recherche scientifique et les évolutions des attentes des consommateurs.</w:t>
        <w:br/>
        <w:t>Le rythme d'innovation s'est considérablement accéléré ces dernières annéesi. Ce qui était révolutionnaire il y a cinq ans est désormais considéré comme basique.</w:t>
        <w:br/>
        <w:t>**Moteurs de l'innovation** :</w:t>
        <w:br/>
        <w:t>- **Avancées scientifiques** : Nouvelles molécules, compréhension approfondie de la biologie du cheveu</w:t>
        <w:br/>
        <w:t>- **Demandes des consommateurs** : Produits naturels, personnalisés, multifonctionnels</w:t>
        <w:br/>
        <w:t>- **Concurrence intense** : Nécessité de se différencier dans un marché saturé</w:t>
        <w:br/>
        <w:t>- **Réglementations évolutives** : Adaptation aux restrictions sur certains ingrédients</w:t>
        <w:br/>
        <w:t>Le cycle de vie des produits capillaires s'est considérablement raccourci. Les marques doivent constamment renouveler leur offre pour rester pertinentes."</w:t>
        <w:br/>
        <w:t>**Tendances actuelles** :</w:t>
        <w:br/>
        <w:t>- **Personnalisation** : Produits adaptés aux besoins spécifiques de chaque type de cheveu</w:t>
        <w:br/>
        <w:t>- **Clean beauty** : Formulations sans ingrédients controversés</w:t>
        <w:br/>
        <w:t>- **Durabilité** : Emballages écologiques, ingrédients responsables</w:t>
        <w:br/>
        <w:t>- **Technologie** : Appareils connectés, diagnostic assisté par intelligence artificielle</w:t>
        <w:br/>
        <w:t>- **Approche holistique** : Lien entre alimentation, stress et santé capillaire</w:t>
        <w:br/>
        <w:t>Ces tendances reflètent une évolution plus large de la société vers plus de conscience environnementale et de bien-être global. L'industrie capillaire est un miroir des préoccupations contemporaines.</w:t>
      </w:r>
    </w:p>
    <w:p>
      <w:pPr/>
      <w:r>
        <w:t>Enjeux éthiques et controverses</w:t>
      </w:r>
    </w:p>
    <w:p>
      <w:pPr/>
      <w:r>
        <w:t>Comme toute industrie majeure, le secteur capillaire est confronté à des questions éthiques importantes qui méritent d'être examinées.</w:t>
      </w:r>
    </w:p>
    <w:p>
      <w:pPr/>
      <w:r>
        <w:t>Marketing et représentations : entre promesses et réalité</w:t>
      </w:r>
    </w:p>
    <w:p>
      <w:pPr/>
      <w:r>
        <w:t>La publicité pour les produits capillaires a souvent été critiquée pour ses promesses exagérées et ses représentations irréalistes.</w:t>
        <w:br/>
        <w:t>Il existe un décalage significatif entre les promesses marketing et les résultats réellement atteignables. Cette situation crée des attentes irréalistes et peut mener à des déceptions.</w:t>
        <w:br/>
        <w:t>**Pratiques problématiques** :</w:t>
        <w:br/>
        <w:t>- **Retouches photographiques excessives** : Cheveux digitalement améliorés dans les publicités</w:t>
        <w:br/>
        <w:t>- **Utilisation de postiches et extensions** : Modèles portant des cheveux artificiels pour promouvoir des produits</w:t>
        <w:br/>
        <w:t>- **Allégations scientifiques vagues** : Termes pseudo-scientifiques sans preuves solides</w:t>
        <w:br/>
        <w:t>- **Témoignages non représentatifs** : Mise en avant de résultats exceptionnels comme s'ils étaient la norme</w:t>
        <w:br/>
        <w:t>Certaines publicités promettent des résultats miraculeux en quelques applications, ce qui est biologiquement impossible. Le cycle de croissance du cheveu prend des mois, aucun produit ne peut transformer une chevelure instantanément.</w:t>
        <w:br/>
        <w:t>Des régulations existent pour limiter ces pratiques, mais leur application varie considérablement selon les pays :</w:t>
        <w:br/>
        <w:t>- Obligation de mentionner l'utilisation d'extensions dans certains pays</w:t>
        <w:br/>
        <w:t>- Restrictions sur les allégations médicales sans preuves cliniques</w:t>
        <w:br/>
        <w:t>- Amendes pour publicité mensongère dans les cas les plus flagrants</w:t>
        <w:br/>
        <w:t>Les consommateurs deviennent plus avertis et exigent davantage de transparence Cette pression pousse progressivement l'industrie vers des pratiques marketing plus honnêtes.</w:t>
      </w:r>
    </w:p>
    <w:p>
      <w:pPr/>
      <w:r>
        <w:t>Ingrédients controversés et sécurité des produits</w:t>
      </w:r>
    </w:p>
    <w:p>
      <w:pPr/>
      <w:r>
        <w:t>La composition des produits capillaires fait l'objet d'un examen de plus en plus minutieux, avec des préoccupations concernant certains ingrédients.</w:t>
        <w:br/>
        <w:t>La question des ingrédients controversés est complexe. Elle se situe à l'intersection de la science, de la perception publique et des intérêts économiques.</w:t>
        <w:br/>
        <w:t>**Ingrédients fréquemment contestés** :</w:t>
        <w:br/>
        <w:t>- **Sulfates** (SLS, SLES) : Agents moussants puissants potentiellement irritants</w:t>
        <w:br/>
        <w:t>- **Silicones** : Créent un film sur le cheveu, controversés pour leur effet d'accumulation</w:t>
        <w:br/>
        <w:t>- **Parabènes** : Conservateurs suspectés d'être des perturbateurs endocriniens</w:t>
        <w:br/>
        <w:t>- **Formaldéhyde et libérateurs de formaldéhyde** : Présents dans certains produits lissants</w:t>
        <w:br/>
        <w:t>- **Phtalates** : Utilisés dans les parfums, suspectés d'effets néfastes sur la reproduction</w:t>
        <w:br/>
        <w:t>La controverse autour de ces ingrédients n'est pas toujours proportionnelle aux risques réels. Certaines préoccupations sont fondées sur des preuves scientifiques solides, d'autres relèvent davantage de la peur que de la science.</w:t>
        <w:br/>
        <w:t>La réglementation varie considérablement selon les régions :</w:t>
        <w:br/>
        <w:t>- **Union Européenne** : Approche de précaution, plus de 1300 ingrédients interdits</w:t>
        <w:br/>
        <w:t>- **États-Unis** : Approche plus permissive, seulement 11 ingrédients formellement interdits</w:t>
        <w:br/>
        <w:t>- **Asie** : Réglementations variables selon les pays, souvent moins strictes</w:t>
        <w:br/>
        <w:t>Cette disparité réglementaire crée une situation où un même produit peut avoir des formulations différentes selon le marché où il est vendu. Un shampooing vendu en Europe peut avoir une composition plus sûre que son équivalent américain de la même marque.</w:t>
      </w:r>
    </w:p>
    <w:p>
      <w:pPr/>
      <w:r>
        <w:t>Tests sur les animaux et alternatives</w:t>
      </w:r>
    </w:p>
    <w:p>
      <w:pPr/>
      <w:r>
        <w:t>La question des tests sur les animaux reste un sujet sensible dans l'industrie cosmétique, y compris pour les produits capillaires.</w:t>
        <w:br/>
        <w:t>Les tests sur les animaux pour les cosmétiques sont de moins en moins acceptés socialement et légalement. L'industrie a dû développer des alternatives.</w:t>
        <w:br/>
        <w:t>**Situation actuelle** :</w:t>
        <w:br/>
        <w:t>- **Union Européenne** : Interdiction totale des tests sur animaux pour les cosmétiques depuis 2013</w:t>
        <w:br/>
        <w:t>- **Chine** : Exigeait des tests sur animaux pour les cosmétiques importés jusqu'à récemment, assouplissement progressif</w:t>
        <w:br/>
        <w:t>- **États-Unis** : Pas d'interdiction fédérale, mais plusieurs états ont adopté des lois restrictives</w:t>
        <w:br/>
        <w:t>Le défi pour les marques internationales est de concilier des réglementations contradictoires. Vendre en Chine signifiait traditionnellement accepter les tests sur animaux, ce qui créait un dilemme éthique.</w:t>
        <w:br/>
        <w:t>**Alternatives développées** :</w:t>
        <w:br/>
        <w:t>- **Tests in vitro** : Utilisation de cultures cellulaires et de tissus reconstruits</w:t>
        <w:br/>
        <w:t>- **Modélisation informatique** : Prédiction des réactions par algorithmes</w:t>
        <w:br/>
        <w:t>- **Études cliniques humaines** : Tests sur volontaires avec consentement éclairé</w:t>
        <w:br/>
        <w:t>- **Utilisation d'ingrédients à l'innocuité déjà établie** : Réduction du besoin de nouveaux tests</w:t>
        <w:br/>
        <w:t>Ces méthodes alternatives sont non seulement plus éthiques, mais souvent plus précises. La peau humaine reconstruite en laboratoire donne des résultats plus pertinents que les tests sur des espèces animales différentes.</w:t>
      </w:r>
    </w:p>
    <w:p>
      <w:pPr/>
      <w:r>
        <w:t>Accessibilité et inclusivité</w:t>
      </w:r>
    </w:p>
    <w:p>
      <w:pPr/>
      <w:r>
        <w:t>L'industrie capillaire a longtemps négligé certains types de cheveux et certaines populations, créant des inégalités d'accès à des produits adaptés.</w:t>
        <w:br/>
        <w:t>Historiquement, les produits capillaires grand public ont été développés principalement pour les cheveux caucasiens. Cette situation a créé un vide pour de nombreuses personnes aux textures capillaires différentes."</w:t>
        <w:br/>
        <w:t>**Manifestations du manque d'inclusivité** :</w:t>
        <w:br/>
        <w:t>- **Gammes limitées** pour les cheveux très bouclés, crépus ou texturés</w:t>
        <w:br/>
        <w:t>- **Représentation insuffisante** dans la publicité et le marketing</w:t>
        <w:br/>
        <w:t>- **Formation inadéquate** des professionnels pour tous les types de cheveux</w:t>
        <w:br/>
        <w:t>- **Disparités de prix** pour les produits spécialisés</w:t>
        <w:br/>
        <w:t>- **Disponibilité géographique inégale** des produits adaptés</w:t>
        <w:br/>
        <w:t>Cette situation a contraint de nombreuses personnes à recourir à des solutions inadaptées, parfois nocives, comme les défrisages chimiques agressifs. Ou à payer significativement plus cher pour des produits spécialisés.</w:t>
        <w:br/>
        <w:t>Heureusement, la situation évolue :</w:t>
        <w:br/>
        <w:t>- Émergence de marques spécialisées pour les cheveux texturés</w:t>
        <w:br/>
        <w:t>- Élargissement des gammes des grandes marques</w:t>
        <w:br/>
        <w:t>- Meilleure représentation dans les campagnes publicitaires</w:t>
        <w:br/>
        <w:t>- Formation plus inclusive des professionnels</w:t>
        <w:br/>
        <w:t>L'inclusivité n'est pas qu'une question d'équité, c'est aussi une opportunité économique. Les marques qui répondent aux besoins de populations historiquement négligées découvrent des marchés importants et fidèles.</w:t>
      </w:r>
    </w:p>
    <w:p>
      <w:pPr/>
      <w:r>
        <w:t>Impact environnemental</w:t>
      </w:r>
    </w:p>
    <w:p>
      <w:pPr/>
      <w:r>
        <w:t>L'empreinte écologique de l'industrie capillaire est considérable et fait l'objet d'une attention croissante.</w:t>
      </w:r>
    </w:p>
    <w:p>
      <w:pPr/>
      <w:r>
        <w:t>Emballages et déchets plastiques</w:t>
      </w:r>
    </w:p>
    <w:p>
      <w:pPr/>
      <w:r>
        <w:t>Les produits capillaires génèrent une quantité importante de déchets d'emballage, principalement en plastique.</w:t>
        <w:br/>
        <w:t>Un consommateur moyen peut utiliser plus de 10 bouteilles de produits capillaires par an. Multipliez ce chiffre par des milliards d'utilisateurs, et vous obtenez un impact environnemental colossal.</w:t>
        <w:br/>
        <w:t>**Problématiques principales** :</w:t>
        <w:br/>
        <w:t>- **Volume de plastique** : Flacons, tubes, pompes, souvent en plastique vierge</w:t>
        <w:br/>
        <w:t>- **Recyclabilité limitée** : Emballages multicouches ou multimatériaux difficiles à recycler</w:t>
        <w:br/>
        <w:t>- **Microplastiques** : Présents dans certaines formulations, persistants dans l'environnement</w:t>
        <w:br/>
        <w:t>- **Suremballage** : Cartons, films plastiques et emballages secondaires souvent superflus</w:t>
        <w:br/>
        <w:t>Le problème est aggravé par le fait que de nombreux produits capillaires sont utilisés dans la salle de bain, où le tri des déchets est moins systématique.</w:t>
        <w:br/>
        <w:t>**Initiatives de réduction** :</w:t>
        <w:br/>
        <w:t>- **Recharges et formats concentrés** : Réduction du volume d'emballage</w:t>
        <w:br/>
        <w:t>- **Matériaux alternatifs** : Plastiques recyclés, bioplastiques, carton, aluminium</w:t>
        <w:br/>
        <w:t>- **Systèmes de consigne** : Retour et réutilisation des contenants</w:t>
        <w:br/>
        <w:t>- **Produits solides** : Shampooings, après-shampooings et soins en format barre</w:t>
      </w:r>
    </w:p>
    <w:p>
      <w:pPr/>
      <w:r>
        <w:t>Consommation d'eau et pollution</w:t>
      </w:r>
    </w:p>
    <w:p>
      <w:pPr/>
      <w:r>
        <w:t>Au-delà des emballages, l'utilisation des produits capillaires a un impact significatif sur la ressource en eau.</w:t>
        <w:br/>
        <w:t>L'eau est un élément central de l'industrie capillaire, de la fabrication à l'utilisation finale. Son utilisation et sa contamination représentent des enjeux majeurs.</w:t>
        <w:br/>
        <w:t>**Impacts sur l'eau** :</w:t>
        <w:br/>
        <w:t>- **Consommation directe** : Un lavage de cheveux peut utiliser 10 à 20 litres d'eau</w:t>
        <w:br/>
        <w:t>- **Eau virtuelle** : Eau utilisée pour la production des ingrédients et la fabrication</w:t>
        <w:br/>
        <w:t>- **Pollution aquatique** : Résidus de produits capillaires dans les eaux usées</w:t>
        <w:br/>
        <w:t>- **Perturbateurs endocriniens** : Certains ingrédients peuvent affecter la faune aquatique</w:t>
        <w:br/>
        <w:t>Les tensioactifs présents dans les shampooings peuvent perturber les écosystèmes aquatiques. Même si les stations d'épuration éliminent une partie de ces substances, certaines persistent dans l'environnement.</w:t>
        <w:br/>
        <w:t>**Approches de réduction** :</w:t>
        <w:br/>
        <w:t>- **Formulations biodégradables** : Ingrédients qui se décomposent naturellement</w:t>
        <w:br/>
        <w:t>- **Produits waterless** : Formulations nécessitant moins d'eau lors de l'utilisation</w:t>
        <w:br/>
        <w:t>- **Systèmes de filtration avancés** dans les usines de production</w:t>
        <w:br/>
        <w:t>- **Éducation des consommateurs** sur l'utilisation responsable de l'eau</w:t>
        <w:br/>
        <w:t>Des gestes simples comme fermer le robinet pendant l'application du shampooing peuvent économiser des milliers de litres d'eau par personne et par an.</w:t>
      </w:r>
    </w:p>
    <w:p>
      <w:pPr/>
      <w:r>
        <w:t>Sourcing des ingrédients et biodiversité</w:t>
      </w:r>
    </w:p>
    <w:p>
      <w:pPr/>
      <w:r>
        <w:t>L'origine des ingrédients utilisés dans les produits capillaires soulève des questions de durabilité et d'impact sur la biodiversité.</w:t>
        <w:br/>
        <w:t>Certains ingrédients naturels populaires dans les produits capillaires sont associés à des problématiques environnementales significatives.</w:t>
        <w:br/>
        <w:t>**Ingrédients à impact environnemental** :</w:t>
        <w:br/>
        <w:t>- **Huile de palme** : Présente dans de nombreux tensioactifs, liée à la déforestation</w:t>
        <w:br/>
        <w:t>- **Huile de coco** : Demande croissante entraînant des conversions de terres</w:t>
        <w:br/>
        <w:t>- **Ingrédients rares ou menacés** : Certaines plantes utilisées en parfumerie</w:t>
        <w:br/>
        <w:t>- **Minéraux controversés** : Mica utilisé dans les produits brillants, parfois associé au travail des enfants</w:t>
        <w:br/>
        <w:t>L'industrie est confrontée au défi de garantir une chaîne d'approvisionnement éthique et durable. La traçabilité est devenue un enjeu majeur."</w:t>
        <w:br/>
        <w:t>**Initiatives positives** :</w:t>
        <w:br/>
        <w:t>- **Certifications** : RSPO pour l'huile de palme durable, commerce équitable</w:t>
        <w:br/>
        <w:t>- **Ingrédients de synthèse durables** : Alternatives aux composés naturels menacés</w:t>
        <w:br/>
        <w:t>- **Agriculture régénérative** : Pratiques agricoles restaurant les écosystèmes</w:t>
        <w:br/>
        <w:t>- **Upcycling** : Utilisation de sous-produits d'autres industries</w:t>
        <w:br/>
        <w:t>L'approche 'naturel versus synthétique' est souvent trop simpliste. Un ingrédient synthétique produit de manière responsable peut avoir un impact environnemental moindre qu'un ingrédient naturel cultivé de façon non durable.</w:t>
      </w:r>
    </w:p>
    <w:p>
      <w:pPr/>
      <w:r>
        <w:t>Innovations et perspectives d'avenir</w:t>
      </w:r>
    </w:p>
    <w:p>
      <w:pPr/>
      <w:r>
        <w:t>Face aux défis éthiques et environnementaux, l'industrie capillaire évolue et développe de nouvelles approches.</w:t>
      </w:r>
    </w:p>
    <w:p>
      <w:pPr/>
      <w:r>
        <w:t>Clean beauty et transparence</w:t>
      </w:r>
    </w:p>
    <w:p>
      <w:pPr/>
      <w:r>
        <w:t>Le mouvement "clean beauty" transforme progressivement les attentes des consommateurs et les pratiques de l'industrie.</w:t>
        <w:br/>
        <w:t>La clean beauty va au-delà du 'naturel' pour englober des considérations de sécurité, d'éthique et de durabilité. Elle est indissociable d'une exigence accrue de transparence.</w:t>
        <w:br/>
        <w:t>**Caractéristiques de la clean beauty** :</w:t>
        <w:br/>
        <w:t>- **Formulations sans ingrédients controversés** : "Free from" parabènes, sulfates, silicones, etc.</w:t>
        <w:br/>
        <w:t>- **Transparence totale** sur la composition et l'origine des ingrédients</w:t>
        <w:br/>
        <w:t>- **Chaîne d'approvisionnement éthique** et traçable</w:t>
        <w:br/>
        <w:t>- **Impact environnemental minimisé** à chaque étape</w:t>
        <w:br/>
        <w:t>- **Efficacité prouvée** par des tests rigoureux</w:t>
        <w:br/>
        <w:t>La clean beauty n'est pas synonyme de tout naturel. Des ingrédients synthétiques peuvent parfaitement s'inscrire dans cette approche s'ils sont sûrs, efficaces et durables.</w:t>
        <w:br/>
        <w:t>**Outils de transparence** :</w:t>
        <w:br/>
        <w:t>- **Applications de scan de produits** : Analyse instantanée de la composition</w:t>
        <w:br/>
        <w:t>- **QR codes** donnant accès à l'origine des ingrédients</w:t>
        <w:br/>
        <w:t>- **Certifications tierces** validant les allégations</w:t>
        <w:br/>
        <w:t>- **Notation des produits** par des organismes indépendants</w:t>
        <w:br/>
        <w:t>Ces outils permettent aux consommateurs de faire des choix éclairés, créant une pression positive sur l'industrie. Les marques qui résistent à cette transparence risquent de perdre la confiance du public.</w:t>
      </w:r>
    </w:p>
    <w:p>
      <w:pPr/>
      <w:r>
        <w:t>Biotechnologie et ingrédients du futur</w:t>
      </w:r>
    </w:p>
    <w:p>
      <w:pPr/>
      <w:r>
        <w:t>Les avancées en biotechnologie ouvrent de nouvelles perspectives pour des ingrédients capillaires plus efficaces et plus durables.</w:t>
        <w:br/>
        <w:t>La biotechnologie permet de créer des ingrédients de haute performance avec un impact environnemental réduit. C'est une révolution silencieuse mais profonde.</w:t>
        <w:br/>
        <w:t>**Innovations biotechnologiques** :</w:t>
        <w:br/>
        <w:t>- **Fermentation de précision** : Production d'ingrédients complexes par des micro-organismes</w:t>
        <w:br/>
        <w:t>- **Biomimétiqueq** : Ingrédients inspirés des mécanismes naturels du cheveu</w:t>
        <w:br/>
        <w:t>- **Peptides de synthèse** : Molécules ciblant des mécanismes spécifiques du follicule pileux</w:t>
        <w:br/>
        <w:t>- **Ingrédients "identiques à la nature"** : Reproduction exacte de molécules naturelles sans extraction</w:t>
        <w:br/>
        <w:t>Ces technologies permettent de produire des ingrédients identiques ou supérieurs aux versions naturelles, sans les problèmes d'approvisionnement, de variabilité ou d'impact environnemental.</w:t>
        <w:br/>
        <w:t>**Exemples concrets** :</w:t>
        <w:br/>
        <w:t>- Kératine produite par fermentation plutôt que d'origine animale</w:t>
        <w:br/>
        <w:t>- Huiles végétales rares reproduites par des levures modifiées</w:t>
        <w:br/>
        <w:t>- Peptides stimulant spécifiquement certaines voies de signalisation du follicule</w:t>
        <w:br/>
        <w:t>- Probiotiques et prébiotiques pour le microbiome du cuir chevelu</w:t>
        <w:br/>
        <w:t>La biotechnologie permet également de personnaliser les produits à un niveau inédit. Des formulations adaptées au profil génétique ou microbiotique individuel deviennent possibles.</w:t>
      </w:r>
    </w:p>
    <w:p>
      <w:pPr/>
      <w:r>
        <w:t>Digitalisation et personnalisation</w:t>
      </w:r>
    </w:p>
    <w:p>
      <w:pPr/>
      <w:r>
        <w:t>Les technologies numériques transforment l'expérience consommateur et permettent une personnalisation sans précédent.</w:t>
        <w:br/>
        <w:t>La digitalisation change fondamentalement la façon dont les produits capillaires sont développés, commercialisés et utilisés. Elle permet une personnalisation qui était techniquement impossible il y a quelques années.</w:t>
        <w:br/>
        <w:t>**Technologies de personnalisation** :</w:t>
        <w:br/>
        <w:t>- **Diagnostic par intelligence artificielle** : Analyse de la chevelure par photo ou scanner</w:t>
        <w:br/>
        <w:t>- **Formulation à la demande** : Produits créés spécifiquement pour un individu</w:t>
        <w:br/>
        <w:t>- **Objets connectés** : Brosses intelligentes, appareils de traitement personnalisés</w:t>
        <w:br/>
        <w:t>- **Réalité augmentée** : Essai virtuel de coiffures et colorations</w:t>
        <w:br/>
        <w:t>Ces technologies permettent de passer d'une approche 'one-size-fits-all' à des solutions véritablement individualisées. Cest particulièrement pertinent pour les cheveux, dont les caractéristiques varient énormément d'une personne à l'autre.</w:t>
        <w:br/>
        <w:t>**Évolution de l'expérience client** :</w:t>
        <w:br/>
        <w:t>- **Consultation virtuelle** avec des experts capillaires</w:t>
        <w:br/>
        <w:t>- **Abonnements personnalisés** ajustés en fonction des résultats</w:t>
        <w:br/>
        <w:t>- **Suivi en temps réel** de la santé capillaire</w:t>
        <w:br/>
        <w:t>- **Communautés en ligne** partageant expériences et conseils</w:t>
        <w:br/>
        <w:t>La digitalisation démocratise l'accès à l'expertise capillaire. Des conseils professionnels autrefois réservés à une élite deviennent accessibles à tous via des applications et plateformes.</w:t>
      </w:r>
    </w:p>
    <w:p>
      <w:pPr/>
      <w:r>
        <w:t>Consommation responsable et choix éclairés</w:t>
      </w:r>
    </w:p>
    <w:p>
      <w:pPr/>
      <w:r>
        <w:t>Face à la complexité de l'industrie capillaire, les consommateurs peuvent adopter des approches plus conscientes.</w:t>
      </w:r>
    </w:p>
    <w:p>
      <w:pPr/>
      <w:r>
        <w:t>Décrypter les étiquettes et allégations</w:t>
      </w:r>
    </w:p>
    <w:p>
      <w:pPr/>
      <w:r>
        <w:t>Comprendre les informations figurant sur les produits capillaires est essentiel pour faire des choix éclairés.</w:t>
        <w:br/>
        <w:t>Les étiquettes des produits capillaires contiennent une mine d'informations, mais leur déchiffrage n'est pas toujours intuitif.</w:t>
        <w:br/>
        <w:t>**Éléments clés à comprendre** :</w:t>
        <w:br/>
        <w:t>- **Liste INCI** (International Nomenclature of Cosmetic Ingredients) : Ingrédients listés par ordre décroissant de concentration</w:t>
        <w:br/>
        <w:t>- **Symboles et pictogrammes** : PAO (période après ouverture), recyclabilité, certifications</w:t>
        <w:br/>
        <w:t>- **Allégations réglementées** : "Hypoallergénique", "Testé dermatologiquement", "Bio"</w:t>
        <w:br/>
        <w:t>- **Allégations marketing** : Termes non réglementés comme "naturel", "pur", "clean"</w:t>
        <w:br/>
        <w:t>La position d'un ingrédient dans la liste INCI est révélatrice. Les ingrédients présents à moins de 1% sont généralement listés à la fin, quelle que soit leur mise en avant marketing.</w:t>
        <w:br/>
        <w:t>**Allégations problématiques** :</w:t>
        <w:br/>
        <w:t>- **"Sans parabènes"** : Souvent remplacés par d'autres conservateurs potentiellement plus problématiques</w:t>
        <w:br/>
        <w:t>- **"Naturel"** : Terme non réglementé, peut signifier aussi peu que 1% d'ingrédients naturels</w:t>
        <w:br/>
        <w:t>- **"Répare les cheveux"** : Impossible au sens strict, les cheveux étant composés de cellules mortes</w:t>
        <w:br/>
        <w:t>- **"Cliniquement prouvé"** : Peut reposer sur des études très limitées ou méthodologiquement faibles</w:t>
        <w:br/>
        <w:t>Un consommateur averti doit aller au-delà des allégations de façade. Des applications comme Yuka, INCI Beauty ou Clean Beauty peuvent aider à analyser rapidement la composition des produits.</w:t>
      </w:r>
    </w:p>
    <w:p>
      <w:pPr/>
      <w:r>
        <w:t>Soutenir les pratiques éthiques et durables</w:t>
      </w:r>
    </w:p>
    <w:p>
      <w:pPr/>
      <w:r>
        <w:t>Les choix des consommateurs peuvent encourager l'évolution positive de l'industrie.</w:t>
        <w:br/>
        <w:t>Le pouvoir d'achat est un levier de changement puissant. Chaque achat est un vote pour le type d'industrie que nous souhaitons voir prospérer."</w:t>
        <w:br/>
        <w:t>**Actions concrètes** :</w:t>
        <w:br/>
        <w:t>- **Rechercher les certifications** : Commerce équitable, cruelty-free, bio, B Corp</w:t>
        <w:br/>
        <w:t>- **Privilégier la transparence** : Soutenir les marques qui divulguent leurs pratiques</w:t>
        <w:br/>
        <w:t>- **Considérer l'ensemble du cycle de vie** : Emballage, durabilité, fin de vie</w:t>
        <w:br/>
        <w:t>- **Valoriser l'innovation responsable** : Encourager les approches pionnières</w:t>
        <w:br/>
        <w:t>Les petites marques éthiques d'aujourd'hui peuvent devenir les leaders de demain si les consommateurs les soutiennent. Elles forcent également les acteurs établis à améliorer leurs pratiques.</w:t>
        <w:br/>
        <w:br/>
        <w:t>La perfection n'existe pas en matière de consommation éthique. L'important est de faire des choix progressivement plus conscients et de soutenir les acteurs qui s'efforcent d'améliorer l'industrie.</w:t>
      </w:r>
    </w:p>
    <w:p>
      <w:pPr/>
      <w:r>
        <w:t>Quiz d'auto-évaluation</w:t>
      </w:r>
    </w:p>
    <w:p>
      <w:pPr/>
      <w:r>
        <w:t>1. **Quelle est la valeur approximative du marché mondial des soins capillaires ?**</w:t>
        <w:br/>
        <w:t xml:space="preserve">   a) 10 milliards de dollars</w:t>
        <w:br/>
        <w:t xml:space="preserve">   b) 50 milliards de dollars</w:t>
        <w:br/>
        <w:t xml:space="preserve">   c) 90 milliards de dollars</w:t>
        <w:br/>
        <w:t xml:space="preserve">   d) 200 milliards de dollars</w:t>
        <w:br/>
        <w:t>2. **Quelle pratique marketing est considérée comme problématique dans l'industrie capillaire ?**</w:t>
        <w:br/>
        <w:t xml:space="preserve">   a) Utilisation de modèles diversifiés</w:t>
        <w:br/>
        <w:t xml:space="preserve">   b) Retouches photographiques excessives</w:t>
        <w:br/>
        <w:t xml:space="preserve">   c) Présentation des ingrédients actifs</w:t>
        <w:br/>
        <w:t xml:space="preserve">   d) Démonstrations en salon professionnel</w:t>
        <w:br/>
        <w:t>3. **Quelle région du monde a l'approche réglementaire la plus stricte concernant les ingrédients cosmétiques ?**</w:t>
        <w:br/>
        <w:t xml:space="preserve">   a) États-Unis</w:t>
        <w:br/>
        <w:t xml:space="preserve">   b) Union Européenne</w:t>
        <w:br/>
        <w:t xml:space="preserve">   c) Chine</w:t>
        <w:br/>
        <w:t xml:space="preserve">   d) Japon</w:t>
        <w:br/>
        <w:t>4. **Quel volume d'eau approximatif peut être utilisé pour un lavage de cheveux standard ?**</w:t>
        <w:br/>
        <w:t xml:space="preserve">   a) 1-2 litres</w:t>
        <w:br/>
        <w:t xml:space="preserve">   b) 5-8 litres</w:t>
        <w:br/>
        <w:t xml:space="preserve">   c) 10-20 litres</w:t>
        <w:br/>
        <w:t xml:space="preserve">   d) 30-40 litres</w:t>
        <w:br/>
        <w:t>5. **Quel principe caractérise l'économie circulaire dans l'industrie capillaire ?**</w:t>
        <w:br/>
        <w:t xml:space="preserve">   a) Maximisation des profits à court terme</w:t>
        <w:br/>
        <w:t xml:space="preserve">   b) Conception de produits jetables</w:t>
        <w:br/>
        <w:t xml:space="preserve">   c) Élimination des déchets dès la conception</w:t>
        <w:br/>
        <w:t xml:space="preserve">   d) Utilisation exclusive d'ingrédients naturels</w:t>
        <w:br/>
        <w:t>6. **Quelle technologie permet de produire des ingrédients identiques aux versions naturelles sans extraction ?**</w:t>
        <w:br/>
        <w:t xml:space="preserve">   a) Distillation fractionnée</w:t>
        <w:br/>
        <w:t xml:space="preserve">   b) Fermentation de précision</w:t>
        <w:br/>
        <w:t xml:space="preserve">   c) Extraction par solvants</w:t>
        <w:br/>
        <w:t xml:space="preserve">   d) Pressage à froid</w:t>
        <w:br/>
        <w:t>7. **Qu'indique la position d'un ingrédient dans la liste INCI d'un produit capillaire ?**</w:t>
        <w:br/>
        <w:t xml:space="preserve">   a) Son importance marketing</w:t>
        <w:br/>
        <w:t xml:space="preserve">   b) Sa concentration relative dans le produit</w:t>
        <w:br/>
        <w:t xml:space="preserve">   c) Son origine géographique</w:t>
        <w:br/>
        <w:t xml:space="preserve">   d) Sa date d'approbation réglementaire</w:t>
        <w:br/>
        <w:t>8. **Quel mouvement propose une alternative à la consommation frénétique de produits capillaires ?**</w:t>
        <w:br/>
        <w:t xml:space="preserve">   a) Fast beauty</w:t>
        <w:br/>
        <w:t xml:space="preserve">   b) Maximalism</w:t>
        <w:br/>
        <w:t xml:space="preserve">   c) Slow beauty</w:t>
        <w:br/>
        <w:t xml:space="preserve">   d) Trend following</w:t>
        <w:br/>
        <w:t>Réponses : 1-c, 2-b, 3-b, 4-c, 5-c, 6-b, 7-b, 8-c</w:t>
      </w:r>
    </w:p>
    <w:p>
      <w:pPr/>
      <w:r>
        <w:t>__________________________________________________</w:t>
      </w:r>
    </w:p>
    <w:p>
      <w:pPr/>
      <w:r>
        <w:t>*"L'industrie capillaire se trouve à un carrefour fascinant entre tradition et innovation, entre préoccupations commerciales et responsabilité sociétale. Les consommateurs informés ont aujourd'hui le pouvoir d'orienter cette industrie vers des pratiques plus éthiques, inclusives et durables. En comprenant les enjeux et mécanismes qui la sous-tendent, nous pouvons faire des choix qui reflètent nos valeurs tout en répondant à nos besoins capillaires spécifiques."*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