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Home Away</w:t>
      </w:r>
      <w:r w:rsidDel="00000000" w:rsidR="00000000" w:rsidRPr="00000000">
        <w:rPr>
          <w:rtl w:val="0"/>
        </w:rPr>
      </w:r>
    </w:p>
    <w:p w:rsidR="00000000" w:rsidDel="00000000" w:rsidP="00000000" w:rsidRDefault="00000000" w:rsidRPr="00000000" w14:paraId="0000000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Greg Ampadu</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Email: greg_adu@yahoo.com</w:t>
      </w:r>
    </w:p>
    <w:p w:rsidR="00000000" w:rsidDel="00000000" w:rsidP="00000000" w:rsidRDefault="00000000" w:rsidRPr="00000000" w14:paraId="0000000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 (314) 736-9087</w:t>
      </w:r>
    </w:p>
    <w:p w:rsidR="00000000" w:rsidDel="00000000" w:rsidP="00000000" w:rsidRDefault="00000000" w:rsidRPr="00000000" w14:paraId="00000006">
      <w:pPr>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1">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2">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4">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Overture- The Watcher</w:t>
      </w:r>
    </w:p>
    <w:p w:rsidR="00000000" w:rsidDel="00000000" w:rsidP="00000000" w:rsidRDefault="00000000" w:rsidRPr="00000000" w14:paraId="0000001B">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City Street - August 8. 8pm </w:t>
      </w:r>
    </w:p>
    <w:p w:rsidR="00000000" w:rsidDel="00000000" w:rsidP="00000000" w:rsidRDefault="00000000" w:rsidRPr="00000000" w14:paraId="0000001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Evening draped itself over the city like smoke.</w:t>
        <w:br w:type="textWrapping"/>
        <w:t xml:space="preserve">Across the street, a man stood beneath a broken streetlamp,</w:t>
        <w:br w:type="textWrapping"/>
        <w:t xml:space="preserve">its light flickering weakly in the wind.</w:t>
      </w:r>
    </w:p>
    <w:p w:rsidR="00000000" w:rsidDel="00000000" w:rsidP="00000000" w:rsidRDefault="00000000" w:rsidRPr="00000000" w14:paraId="0000001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where he lingered, the apartment windows glowed warm—</w:t>
        <w:br w:type="textWrapping"/>
        <w:t xml:space="preserve">shadows shifting within, laughter faint but steady.</w:t>
      </w:r>
    </w:p>
    <w:p w:rsidR="00000000" w:rsidDel="00000000" w:rsidP="00000000" w:rsidRDefault="00000000" w:rsidRPr="00000000" w14:paraId="000000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 traveled far to find the man who lived there.</w:t>
        <w:br w:type="textWrapping"/>
        <w:t xml:space="preserve">Curiosity had carried him, but time had changed them both:</w:t>
        <w:br w:type="textWrapping"/>
        <w:t xml:space="preserve">one had climbed out of the underbelly of the city while the other had sunk deeper in.</w:t>
        <w:br w:type="textWrapping"/>
        <w:t xml:space="preserve">Watching now, the stranger almost smiled. Almost.</w:t>
      </w:r>
    </w:p>
    <w:p w:rsidR="00000000" w:rsidDel="00000000" w:rsidP="00000000" w:rsidRDefault="00000000" w:rsidRPr="00000000" w14:paraId="0000001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live so far above the dirt, the danger, the noise—</w:t>
        <w:br w:type="textWrapping"/>
        <w:t xml:space="preserve">to build a life untouched by ghosts they once shared—</w:t>
        <w:br w:type="textWrapping"/>
        <w:t xml:space="preserve">it must have felt good.</w:t>
      </w:r>
    </w:p>
    <w:p w:rsidR="00000000" w:rsidDel="00000000" w:rsidP="00000000" w:rsidRDefault="00000000" w:rsidRPr="00000000" w14:paraId="000000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once, a gesture of both respect and release.</w:t>
        <w:br w:type="textWrapping"/>
        <w:t xml:space="preserve">Then, beneath the flickering light,</w:t>
        <w:br w:type="textWrapping"/>
        <w:t xml:space="preserve">he hummed something too soft for the wind to carry.</w:t>
      </w:r>
    </w:p>
    <w:p w:rsidR="00000000" w:rsidDel="00000000" w:rsidP="00000000" w:rsidRDefault="00000000" w:rsidRPr="00000000" w14:paraId="0000002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quiet satisfaction, he turned and walked into the dark,</w:t>
        <w:br w:type="textWrapping"/>
        <w:t xml:space="preserve">his shadow folding neatly into the city’s own.</w:t>
      </w:r>
    </w:p>
    <w:p w:rsidR="00000000" w:rsidDel="00000000" w:rsidP="00000000" w:rsidRDefault="00000000" w:rsidRPr="00000000" w14:paraId="000000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 family is like a forest: when you are outside it is dense; when you are inside, you see that each tree has its place.”</w:t>
        <w:br w:type="textWrapping"/>
      </w:r>
      <w:r w:rsidDel="00000000" w:rsidR="00000000" w:rsidRPr="00000000">
        <w:rPr>
          <w:rFonts w:ascii="Times New Roman" w:cs="Times New Roman" w:eastAsia="Times New Roman" w:hAnsi="Times New Roman"/>
          <w:sz w:val="24"/>
          <w:szCs w:val="24"/>
          <w:rtl w:val="0"/>
        </w:rPr>
        <w:t xml:space="preserve"> — </w:t>
      </w:r>
      <w:r w:rsidDel="00000000" w:rsidR="00000000" w:rsidRPr="00000000">
        <w:rPr>
          <w:rFonts w:ascii="Times New Roman" w:cs="Times New Roman" w:eastAsia="Times New Roman" w:hAnsi="Times New Roman"/>
          <w:i w:val="1"/>
          <w:sz w:val="24"/>
          <w:szCs w:val="24"/>
          <w:rtl w:val="0"/>
        </w:rPr>
        <w:t xml:space="preserve">African Proverb</w:t>
      </w:r>
      <w:r w:rsidDel="00000000" w:rsidR="00000000" w:rsidRPr="00000000">
        <w:rPr>
          <w:rtl w:val="0"/>
        </w:rPr>
      </w:r>
    </w:p>
    <w:p w:rsidR="00000000" w:rsidDel="00000000" w:rsidP="00000000" w:rsidRDefault="00000000" w:rsidRPr="00000000" w14:paraId="00000023">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4">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5">
      <w:pPr>
        <w:spacing w:after="240" w:before="240" w:lineRule="auto"/>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26">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PROLOGUE</w:t>
      </w:r>
    </w:p>
    <w:p w:rsidR="00000000" w:rsidDel="00000000" w:rsidP="00000000" w:rsidRDefault="00000000" w:rsidRPr="00000000" w14:paraId="00000027">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Ghanaian Coast- Night</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smelled of salt and smoke. The sound of the sea was just beyond the hill, but all Leila could focus on was the loud pounding in her chest. She was just eight years old, small, but still old enough to know what danger was. A crack split the night. Sparks lanced through the roof. </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blinding orange flared from her doorway, a barricade of fire. When she tried to run toward the flames, her legs wouldn’t move. She looked down at her shaking hands. Fear froze her in her spot.</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her father’s voice cut through the chaos. He was shouting something, pulling her back. She fought him, crying loudly but her voice lost its sound. She thought she saw her mother’s hand reaching out from the smoke, trembling as she tried to hold on. She saw the hand again. Reaching for her.</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everything went dark. </w:t>
      </w:r>
    </w:p>
    <w:p w:rsidR="00000000" w:rsidDel="00000000" w:rsidP="00000000" w:rsidRDefault="00000000" w:rsidRPr="00000000" w14:paraId="0000002C">
      <w:pPr>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2D">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Alexandria Apartment- Early Morning</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woke up from that nightmare with the taste of ash in her mouth. Even years later, parts of that memory would come back in fragments: from the sparks dancing to her father shouting in the chaos. She sat up in bed, clutching the sheets tightly to her face until her breathing slowed.</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apartment in Virginia was quiet and offered her a luxury she could afford: peace. As she sat in silence, she heard the hum of the fridge in the next room and the faint street sounds outside, but everything felt empty. She pressed her hands over her eyes and whispered to herself, “It was just a dream. Just a dream.” But deep down she knew the truth.</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Carefully, she got out of bed and moved across the room. In the top drawer of her nightstand was a photograph. It showed her with her parents, smiling shyly in the Ghanaian sunshine. She slid the picture back inside, and took a deep breath. When she shut her eyes again, another memory appeared; a far less traumatic moment from her childhood.</w:t>
      </w:r>
    </w:p>
    <w:p w:rsidR="00000000" w:rsidDel="00000000" w:rsidP="00000000" w:rsidRDefault="00000000" w:rsidRPr="00000000" w14:paraId="0000003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3">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Before the Fire </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w:t>
      </w:r>
      <w:r w:rsidDel="00000000" w:rsidR="00000000" w:rsidRPr="00000000">
        <w:rPr>
          <w:rFonts w:ascii="Times New Roman" w:cs="Times New Roman" w:eastAsia="Times New Roman" w:hAnsi="Times New Roman"/>
          <w:sz w:val="24"/>
          <w:szCs w:val="24"/>
          <w:rtl w:val="0"/>
        </w:rPr>
        <w:t xml:space="preserve"> the day her family’s house in Ghana was built. </w:t>
      </w:r>
      <w:r w:rsidDel="00000000" w:rsidR="00000000" w:rsidRPr="00000000">
        <w:rPr>
          <w:rFonts w:ascii="Times New Roman" w:cs="Times New Roman" w:eastAsia="Times New Roman" w:hAnsi="Times New Roman"/>
          <w:sz w:val="24"/>
          <w:szCs w:val="24"/>
          <w:rtl w:val="0"/>
        </w:rPr>
        <w:t xml:space="preserve">She was small then, ferrying planks to her father and water to his hands. </w:t>
      </w:r>
      <w:r w:rsidDel="00000000" w:rsidR="00000000" w:rsidRPr="00000000">
        <w:rPr>
          <w:rFonts w:ascii="Times New Roman" w:cs="Times New Roman" w:eastAsia="Times New Roman" w:hAnsi="Times New Roman"/>
          <w:sz w:val="24"/>
          <w:szCs w:val="24"/>
          <w:rtl w:val="0"/>
        </w:rPr>
        <w:t xml:space="preserve">They would stop sometimes in the kitchen, her mother setting out a special dish called Red Red—beans and fried plantains—with the warm smell of palm oil filling the air. When the house was finally done, she stared at it with pride, sure it would be her home forever.</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night, her friend Adwoa came over. Adwoa lived down the block and always had a wondrous energy to her. Leila showed Adwoa to her room, where they rushed to a pet tank that sat in the corner.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“Wow,” Adwoa whispered. “</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even have a crab as a pet? That’s so strange.”</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smiled. “It’s not strange. He doesn’t have a home. I feel bad for him because home is a person’s whole life. And when it goes away, they go away.”</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Adwoa nodded. A curious look spread across her face. “What’s his name?”</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Leila answered matter of factly.</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her mother’s voice called from downstairs. “Girls, it’s time for Adwoa to go home. Her mom’s waiting.”</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Adwoa hugged her quickly at the door. “See you tomorrow and say goodnight to Kobe for me.”</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Adwoa left, Leila walked back to the crab’s tank. She gently draped a tiny cloth over it, kissed her fingertips, and touched the shell.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“Goodnight, Kobe,” she whispered.</w:t>
      </w:r>
    </w:p>
    <w:p w:rsidR="00000000" w:rsidDel="00000000" w:rsidP="00000000" w:rsidRDefault="00000000" w:rsidRPr="00000000" w14:paraId="0000003E">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memory faded, leaving her alone again with the unease. For a heartbeat, she thought maybe her whisper would return. When it didn’t, she laid her head down and tried her best to settle her mind.</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Tomorrow was sure to bring its own challenges; mostly the ongoing struggle of balancing work and life. Tonight, all she could do was promise herself that the fire hadn’t taken everything from her. The memories of the past still lived inside her, and someday she knew she would have to face them.</w:t>
      </w:r>
    </w:p>
    <w:p w:rsidR="00000000" w:rsidDel="00000000" w:rsidP="00000000" w:rsidRDefault="00000000" w:rsidRPr="00000000" w14:paraId="0000004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while she began to fall asleep, on the other side of the ocean another life was awakening.</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a small crab, sat on a sun-bleached rock at the edge of his group. His shell had faint symbols carved into it by the sea, Adinkra markings that no other crab had. Some believed these marks were a blessing, others thought they might be a curse. For Kobe, it felt like both.</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morning, the group sang a simple song, clacking their claws in rhythm. Yet Kobe’s eyes looked beyond their circle, toward the place they called the river’s edge. While others saw that place as an end, Kobe saw it as a new beginning.</w:t>
      </w:r>
    </w:p>
    <w:p w:rsidR="00000000" w:rsidDel="00000000" w:rsidP="00000000" w:rsidRDefault="00000000" w:rsidRPr="00000000" w14:paraId="0000004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4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C">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D">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E">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4F">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0">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1">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2">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3">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4">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5A">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375078</wp:posOffset>
            </wp:positionV>
            <wp:extent cx="190500" cy="228600"/>
            <wp:effectExtent b="0" l="0" r="0" t="0"/>
            <wp:wrapNone/>
            <wp:docPr id="15"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90500" cy="228600"/>
                    </a:xfrm>
                    <a:prstGeom prst="rect"/>
                    <a:ln/>
                  </pic:spPr>
                </pic:pic>
              </a:graphicData>
            </a:graphic>
          </wp:anchor>
        </w:drawing>
      </w:r>
    </w:p>
    <w:p w:rsidR="00000000" w:rsidDel="00000000" w:rsidP="00000000" w:rsidRDefault="00000000" w:rsidRPr="00000000" w14:paraId="0000005B">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1: The Art of Healing- Leila</w:t>
      </w:r>
    </w:p>
    <w:p w:rsidR="00000000" w:rsidDel="00000000" w:rsidP="00000000" w:rsidRDefault="00000000" w:rsidRPr="00000000" w14:paraId="0000005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Kitchen Apartment- Late Morning</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alarm had gone off half an hour ago, yet Leila still sat at the kitchen table, hands wrapped around a mug of coffee as if it could anchor her. Sunlight slid through the blinds, mingling with the refrigerator’s hum and the muted rush of traffic outside.</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was small—white walls, beige carpet, a narrow balcony—but it was theirs. Her paperbacks and activist pamphlets leaned beside Kwame’s records. On the wall hung the Adinkra symbol her parents had given her: </w:t>
      </w:r>
      <w:r w:rsidDel="00000000" w:rsidR="00000000" w:rsidRPr="00000000">
        <w:rPr>
          <w:rFonts w:ascii="Times New Roman" w:cs="Times New Roman" w:eastAsia="Times New Roman" w:hAnsi="Times New Roman"/>
          <w:i w:val="1"/>
          <w:sz w:val="24"/>
          <w:szCs w:val="24"/>
          <w:rtl w:val="0"/>
        </w:rPr>
        <w:t xml:space="preserve">Faith.</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moved easily through the space, humming as drawers opened and a pan clattered onto the stove. Leila stared at her plate until his voice cut through her thoughts.</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“Eggs are getting cold,” he said. </w:t>
      </w:r>
    </w:p>
    <w:p w:rsidR="00000000" w:rsidDel="00000000" w:rsidP="00000000" w:rsidRDefault="00000000" w:rsidRPr="00000000" w14:paraId="000000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took a halfhearted bite of eggs.</w:t>
      </w:r>
    </w:p>
    <w:p w:rsidR="00000000" w:rsidDel="00000000" w:rsidP="00000000" w:rsidRDefault="00000000" w:rsidRPr="00000000" w14:paraId="000000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finish later.”</w:t>
      </w:r>
    </w:p>
    <w:p w:rsidR="00000000" w:rsidDel="00000000" w:rsidP="00000000" w:rsidRDefault="00000000" w:rsidRPr="00000000" w14:paraId="000000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snickered. She wanted to smile, but her gaze drifted to the calendar, then to the phone buzzing in her pocket.</w:t>
      </w:r>
    </w:p>
    <w:p w:rsidR="00000000" w:rsidDel="00000000" w:rsidP="00000000" w:rsidRDefault="00000000" w:rsidRPr="00000000" w14:paraId="00000064">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1"/>
          <w:sz w:val="24"/>
          <w:szCs w:val="24"/>
          <w:rtl w:val="0"/>
        </w:rPr>
        <w:t xml:space="preserve">Reminder:</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Museum protest, Friday 2 p.m. sharp. Bring signs. A senator will be there.</w:t>
      </w:r>
    </w:p>
    <w:p w:rsidR="00000000" w:rsidDel="00000000" w:rsidP="00000000" w:rsidRDefault="00000000" w:rsidRPr="00000000" w14:paraId="000000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message pressed against her chest. She’d already seen the glossy ads on buses: </w:t>
      </w:r>
    </w:p>
    <w:p w:rsidR="00000000" w:rsidDel="00000000" w:rsidP="00000000" w:rsidRDefault="00000000" w:rsidRPr="00000000" w14:paraId="000000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Treasures of West Africa — On Display Now.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Gold masks, carved drums, woven cloths—all stripped of life and locked behind glass.</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had been excited for weeks. He called the exhibit a celebration—a chance for the city to finally see the beauty Africa had offered the world. He’d even pinned a flyer to the fridge like an open invitation.</w:t>
      </w:r>
    </w:p>
    <w:p w:rsidR="00000000" w:rsidDel="00000000" w:rsidP="00000000" w:rsidRDefault="00000000" w:rsidRPr="00000000" w14:paraId="000000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slid the phone beneath her palm, he caught the glow before she could hide it. His humming stopped.</w:t>
      </w:r>
    </w:p>
    <w:p w:rsidR="00000000" w:rsidDel="00000000" w:rsidP="00000000" w:rsidRDefault="00000000" w:rsidRPr="00000000" w14:paraId="0000006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the museum?”</w:t>
      </w:r>
    </w:p>
    <w:p w:rsidR="00000000" w:rsidDel="00000000" w:rsidP="00000000" w:rsidRDefault="00000000" w:rsidRPr="00000000" w14:paraId="000000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exhaled. “Please don’t start. I told you how I feel about that exhibit, Kwame.  Every day it’s </w:t>
      </w:r>
      <w:r w:rsidDel="00000000" w:rsidR="00000000" w:rsidRPr="00000000">
        <w:rPr>
          <w:rFonts w:ascii="Times New Roman" w:cs="Times New Roman" w:eastAsia="Times New Roman" w:hAnsi="Times New Roman"/>
          <w:i w:val="1"/>
          <w:sz w:val="24"/>
          <w:szCs w:val="24"/>
          <w:rtl w:val="0"/>
        </w:rPr>
        <w:t xml:space="preserve">pride </w:t>
      </w:r>
      <w:r w:rsidDel="00000000" w:rsidR="00000000" w:rsidRPr="00000000">
        <w:rPr>
          <w:rFonts w:ascii="Times New Roman" w:cs="Times New Roman" w:eastAsia="Times New Roman" w:hAnsi="Times New Roman"/>
          <w:sz w:val="24"/>
          <w:szCs w:val="24"/>
          <w:rtl w:val="0"/>
        </w:rPr>
        <w:t xml:space="preserve">this</w:t>
      </w:r>
      <w:r w:rsidDel="00000000" w:rsidR="00000000" w:rsidRPr="00000000">
        <w:rPr>
          <w:rFonts w:ascii="Times New Roman" w:cs="Times New Roman" w:eastAsia="Times New Roman" w:hAnsi="Times New Roman"/>
          <w:sz w:val="24"/>
          <w:szCs w:val="24"/>
          <w:rtl w:val="0"/>
        </w:rPr>
        <w:t xml:space="preserve"> and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culture </w:t>
      </w:r>
      <w:r w:rsidDel="00000000" w:rsidR="00000000" w:rsidRPr="00000000">
        <w:rPr>
          <w:rFonts w:ascii="Times New Roman" w:cs="Times New Roman" w:eastAsia="Times New Roman" w:hAnsi="Times New Roman"/>
          <w:sz w:val="24"/>
          <w:szCs w:val="24"/>
          <w:rtl w:val="0"/>
        </w:rPr>
        <w:t xml:space="preserve">that</w:t>
      </w:r>
      <w:r w:rsidDel="00000000" w:rsidR="00000000" w:rsidRPr="00000000">
        <w:rPr>
          <w:rFonts w:ascii="Times New Roman" w:cs="Times New Roman" w:eastAsia="Times New Roman" w:hAnsi="Times New Roman"/>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but you smile while the culture sits behind glass. How does that make sense?”</w:t>
      </w:r>
    </w:p>
    <w:p w:rsidR="00000000" w:rsidDel="00000000" w:rsidP="00000000" w:rsidRDefault="00000000" w:rsidRPr="00000000" w14:paraId="000000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Kwame’s jaw tensed. </w:t>
      </w:r>
    </w:p>
    <w:p w:rsidR="00000000" w:rsidDel="00000000" w:rsidP="00000000" w:rsidRDefault="00000000" w:rsidRPr="00000000" w14:paraId="000000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sense does it make not to enjoy a celebration of our culture? People here don’t even know these pieces exist. If they see them, maybe they’ll remember we’re more than what they think.” He paused, voice low but certain. </w:t>
      </w:r>
    </w:p>
    <w:p w:rsidR="00000000" w:rsidDel="00000000" w:rsidP="00000000" w:rsidRDefault="00000000" w:rsidRPr="00000000" w14:paraId="0000006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“You call it a cage—I call it a home away.” </w:t>
      </w:r>
    </w:p>
    <w:p w:rsidR="00000000" w:rsidDel="00000000" w:rsidP="00000000" w:rsidRDefault="00000000" w:rsidRPr="00000000" w14:paraId="000000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w:t>
      </w:r>
      <w:r w:rsidDel="00000000" w:rsidR="00000000" w:rsidRPr="00000000">
        <w:rPr>
          <w:rFonts w:ascii="Times New Roman" w:cs="Times New Roman" w:eastAsia="Times New Roman" w:hAnsi="Times New Roman"/>
          <w:i w:val="1"/>
          <w:sz w:val="24"/>
          <w:szCs w:val="24"/>
          <w:rtl w:val="0"/>
        </w:rPr>
        <w:t xml:space="preserve">cage</w:t>
      </w:r>
      <w:r w:rsidDel="00000000" w:rsidR="00000000" w:rsidRPr="00000000">
        <w:rPr>
          <w:rFonts w:ascii="Times New Roman" w:cs="Times New Roman" w:eastAsia="Times New Roman" w:hAnsi="Times New Roman"/>
          <w:sz w:val="24"/>
          <w:szCs w:val="24"/>
          <w:rtl w:val="0"/>
        </w:rPr>
        <w:t xml:space="preserve"> hung between them. Leila’s eyes drifted; her thoughts spiraled.</w:t>
      </w:r>
    </w:p>
    <w:p w:rsidR="00000000" w:rsidDel="00000000" w:rsidP="00000000" w:rsidRDefault="00000000" w:rsidRPr="00000000" w14:paraId="0000007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Kwame’s voice pulled her back. “It wouldn’t hurt you to come.”</w:t>
      </w:r>
    </w:p>
    <w:p w:rsidR="00000000" w:rsidDel="00000000" w:rsidP="00000000" w:rsidRDefault="00000000" w:rsidRPr="00000000" w14:paraId="000000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rose, chair scraping tile. “And it wouldn’t hurt you to understand why I can’t.”</w:t>
      </w:r>
    </w:p>
    <w:p w:rsidR="00000000" w:rsidDel="00000000" w:rsidP="00000000" w:rsidRDefault="00000000" w:rsidRPr="00000000" w14:paraId="000000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phone buzzed again. She pressed it deeper into her pocket.</w:t>
      </w:r>
    </w:p>
    <w:p w:rsidR="00000000" w:rsidDel="00000000" w:rsidP="00000000" w:rsidRDefault="00000000" w:rsidRPr="00000000" w14:paraId="000000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going to get some work done.”</w:t>
      </w:r>
    </w:p>
    <w:p w:rsidR="00000000" w:rsidDel="00000000" w:rsidP="00000000" w:rsidRDefault="00000000" w:rsidRPr="00000000" w14:paraId="000000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sank into his chair as she left. His fingers tapped a slow rhythm before his humming returned with a low, weighty, uncertainty. </w:t>
      </w:r>
    </w:p>
    <w:p w:rsidR="00000000" w:rsidDel="00000000" w:rsidP="00000000" w:rsidRDefault="00000000" w:rsidRPr="00000000" w14:paraId="0000007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bedroom looked like a paintstorm had settled there. Canvases leaned against the walls like small altars. Leila stood in the center, red bandanna tied over her hair, brush still wet in hand. The poster before her seemed to breathe—each jagged letter a confession she couldn’t say aloud.</w:t>
      </w:r>
    </w:p>
    <w:p w:rsidR="00000000" w:rsidDel="00000000" w:rsidP="00000000" w:rsidRDefault="00000000" w:rsidRPr="00000000" w14:paraId="000000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appeared in the doorway, smiling softly at the chaos.</w:t>
      </w:r>
    </w:p>
    <w:p w:rsidR="00000000" w:rsidDel="00000000" w:rsidP="00000000" w:rsidRDefault="00000000" w:rsidRPr="00000000" w14:paraId="000000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giving…fight-the-power vibes,” he teased, raising a mock fist.</w:t>
      </w:r>
    </w:p>
    <w:p w:rsidR="00000000" w:rsidDel="00000000" w:rsidP="00000000" w:rsidRDefault="00000000" w:rsidRPr="00000000" w14:paraId="000000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laugh. “What do you really think?”</w:t>
      </w:r>
    </w:p>
    <w:p w:rsidR="00000000" w:rsidDel="00000000" w:rsidP="00000000" w:rsidRDefault="00000000" w:rsidRPr="00000000" w14:paraId="000000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closer, tracing the Adinkra symbols in the corners of her work. “Messy in the best way,” he said. “It’s definitely you.”</w:t>
      </w:r>
    </w:p>
    <w:p w:rsidR="00000000" w:rsidDel="00000000" w:rsidP="00000000" w:rsidRDefault="00000000" w:rsidRPr="00000000" w14:paraId="000000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extended a hand. “Want help carrying the signs?”</w:t>
      </w:r>
    </w:p>
    <w:p w:rsidR="00000000" w:rsidDel="00000000" w:rsidP="00000000" w:rsidRDefault="00000000" w:rsidRPr="00000000" w14:paraId="000000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then nodded. “Yeah. If you don’t mind.”</w:t>
      </w:r>
    </w:p>
    <w:p w:rsidR="00000000" w:rsidDel="00000000" w:rsidP="00000000" w:rsidRDefault="00000000" w:rsidRPr="00000000" w14:paraId="000000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gathered the posters. The tension that had filled the morning eased, replaced by a steadier rhythm shared between them.</w:t>
      </w:r>
    </w:p>
    <w:p w:rsidR="00000000" w:rsidDel="00000000" w:rsidP="00000000" w:rsidRDefault="00000000" w:rsidRPr="00000000" w14:paraId="000000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living room, daylight spilled across the floor, reflecting off the glass. Leila’s phone buzzed again. A colleague’s voice came through, quick and urgent.</w:t>
      </w:r>
    </w:p>
    <w:p w:rsidR="00000000" w:rsidDel="00000000" w:rsidP="00000000" w:rsidRDefault="00000000" w:rsidRPr="00000000" w14:paraId="0000007F">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“Leila, did you see the post? Some kids trashed the seafood market we protested last month. Tore the place up. It’s everywhere.”</w:t>
      </w:r>
    </w:p>
    <w:p w:rsidR="00000000" w:rsidDel="00000000" w:rsidP="00000000" w:rsidRDefault="00000000" w:rsidRPr="00000000" w14:paraId="000000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froze. She remembered the day she stood outside that market, chanting until her throat went raw while the owner glared from the doorway.</w:t>
      </w:r>
    </w:p>
    <w:p w:rsidR="00000000" w:rsidDel="00000000" w:rsidP="00000000" w:rsidRDefault="00000000" w:rsidRPr="00000000" w14:paraId="000000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opened the link: grainy footage of crates overturned; fish and ice scattered across the floor. The captions beneath were already gathering praise:</w:t>
      </w:r>
    </w:p>
    <w:p w:rsidR="00000000" w:rsidDel="00000000" w:rsidP="00000000" w:rsidRDefault="00000000" w:rsidRPr="00000000" w14:paraId="00000082">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-Burn down the establishment!</w:t>
        <w:br w:type="textWrapping"/>
        <w:t xml:space="preserve">-They’re insured. Sea life is not.</w:t>
      </w:r>
    </w:p>
    <w:p w:rsidR="00000000" w:rsidDel="00000000" w:rsidP="00000000" w:rsidRDefault="00000000" w:rsidRPr="00000000" w14:paraId="000000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leaned closer. “I knew that place. They had the best price on fufu and goat meat,” he said, shaking his head.</w:t>
      </w:r>
    </w:p>
    <w:p w:rsidR="00000000" w:rsidDel="00000000" w:rsidP="00000000" w:rsidRDefault="00000000" w:rsidRPr="00000000" w14:paraId="000000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Leila’s thumb hovered over the keyboard. She thought about adding her voice to the storm, but she hesitated. Her breath slowed. There had to be a better way.</w:t>
      </w:r>
    </w:p>
    <w:p w:rsidR="00000000" w:rsidDel="00000000" w:rsidP="00000000" w:rsidRDefault="00000000" w:rsidRPr="00000000" w14:paraId="00000085">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Peace &gt; Violence. #TheRightWay</w:t>
      </w:r>
    </w:p>
    <w:p w:rsidR="00000000" w:rsidDel="00000000" w:rsidP="00000000" w:rsidRDefault="00000000" w:rsidRPr="00000000" w14:paraId="000000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send and watched the words slip under the current—a small stone vanishing in a fast river.</w:t>
      </w:r>
      <w:r w:rsidDel="00000000" w:rsidR="00000000" w:rsidRPr="00000000">
        <w:rPr>
          <w:rtl w:val="0"/>
        </w:rPr>
      </w:r>
    </w:p>
    <w:p w:rsidR="00000000" w:rsidDel="00000000" w:rsidP="00000000" w:rsidRDefault="00000000" w:rsidRPr="00000000" w14:paraId="00000087">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Leila stood firm in her stance—half way around the world a small crab lifted its gaze toward the horizon, eager to create ripples of its own.</w:t>
      </w:r>
    </w:p>
    <w:p w:rsidR="00000000" w:rsidDel="00000000" w:rsidP="00000000" w:rsidRDefault="00000000" w:rsidRPr="00000000" w14:paraId="00000088">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9">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A">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B">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C">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D">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E">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8F">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503746</wp:posOffset>
            </wp:positionV>
            <wp:extent cx="190500" cy="228600"/>
            <wp:effectExtent b="0" l="0" r="0" t="0"/>
            <wp:wrapNone/>
            <wp:docPr id="3"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90500" cy="228600"/>
                    </a:xfrm>
                    <a:prstGeom prst="rect"/>
                    <a:ln/>
                  </pic:spPr>
                </pic:pic>
              </a:graphicData>
            </a:graphic>
          </wp:anchor>
        </w:drawing>
      </w:r>
    </w:p>
    <w:p w:rsidR="00000000" w:rsidDel="00000000" w:rsidP="00000000" w:rsidRDefault="00000000" w:rsidRPr="00000000" w14:paraId="00000090">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2: The Curious Crab- Kobe</w:t>
      </w:r>
    </w:p>
    <w:p w:rsidR="00000000" w:rsidDel="00000000" w:rsidP="00000000" w:rsidRDefault="00000000" w:rsidRPr="00000000" w14:paraId="00000091">
      <w:pPr>
        <w:spacing w:after="240" w:before="240" w:lineRule="auto"/>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i w:val="1"/>
          <w:sz w:val="24"/>
          <w:szCs w:val="24"/>
          <w:rtl w:val="0"/>
        </w:rPr>
        <w:t xml:space="preserve">The River’s Edge- Sunset</w:t>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scrambled over wet stones, his eyes shining in the dark. The human world astonished him, from buildings that shot up like cliffs down to the sour smell of trash drifting on the breeze. Every step pulled him deeper into amazement.</w:t>
      </w:r>
    </w:p>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yellow caught his eye. A scrap of paper, shining under a streetlight like a treasure. It had distinctive markings all over it; symbols he didn’t recognize.</w:t>
      </w:r>
    </w:p>
    <w:p w:rsidR="00000000" w:rsidDel="00000000" w:rsidP="00000000" w:rsidRDefault="00000000" w:rsidRPr="00000000" w14:paraId="000000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tapped it with his claw. The paper crinkled. He burrowed with excitement, but then the dark sealed.</w:t>
      </w:r>
    </w:p>
    <w:p w:rsidR="00000000" w:rsidDel="00000000" w:rsidP="00000000" w:rsidRDefault="00000000" w:rsidRPr="00000000" w14:paraId="000000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pressed tight, wrapping around his shell, twisting around his legs. He thrashed, but the harder he fought, the tighter it held. </w:t>
      </w:r>
    </w:p>
    <w:p w:rsidR="00000000" w:rsidDel="00000000" w:rsidP="00000000" w:rsidRDefault="00000000" w:rsidRPr="00000000" w14:paraId="000000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light burst through.</w:t>
      </w:r>
    </w:p>
    <w:p w:rsidR="00000000" w:rsidDel="00000000" w:rsidP="00000000" w:rsidRDefault="00000000" w:rsidRPr="00000000" w14:paraId="000000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hand ripped the bag open.</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“Poor little guy,” a man’s gentle voice said.</w:t>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Next to him, a woman frowned. “People should watch where they toss their trash.”</w:t>
      </w:r>
    </w:p>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footsteps faded away as Kobe lay trembling, his body still from the scare. Relief washed over him, but shame quickly followed as his heart began to race. He was late.</w:t>
      </w:r>
    </w:p>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w:t>
      </w:r>
    </w:p>
    <w:p w:rsidR="00000000" w:rsidDel="00000000" w:rsidP="00000000" w:rsidRDefault="00000000" w:rsidRPr="00000000" w14:paraId="000000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camp the tribe moved in sync, claws beating the sand. </w:t>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rushed in, trying to follow. His claws missed the beat, legs tangling. The dancers slowed, eyes flashing with annoyance.</w:t>
      </w:r>
    </w:p>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right, everyone. Take five,” one of them barked. “Kobe, how many times have we told you about being late?”</w:t>
      </w:r>
    </w:p>
    <w:p w:rsidR="00000000" w:rsidDel="00000000" w:rsidP="00000000" w:rsidRDefault="00000000" w:rsidRPr="00000000" w14:paraId="000000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down. “Sorry. I was—”</w:t>
      </w:r>
    </w:p>
    <w:p w:rsidR="00000000" w:rsidDel="00000000" w:rsidP="00000000" w:rsidRDefault="00000000" w:rsidRPr="00000000" w14:paraId="000000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 one listened as they turned away.</w:t>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laughter floated up. A group of younger crabs leaned close, grinning.</w:t>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“Dreamer, can’t you go one night without messing up?”</w:t>
        <w:br w:type="textWrapping"/>
        <w:t xml:space="preserve">“Yeah, outcast. We work hard, and you mess things up.”</w:t>
        <w:br w:type="textWrapping"/>
        <w:t xml:space="preserve">“Maybe those weird marks can show you how to keep time better.”</w:t>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teasing stung.</w:t>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off,” Snap said. He stepped forward, claws raised, voice firm. “Unless you want trouble.”</w:t>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younger crabs eased up nervously. </w:t>
      </w:r>
    </w:p>
    <w:p w:rsidR="00000000" w:rsidDel="00000000" w:rsidP="00000000" w:rsidRDefault="00000000" w:rsidRPr="00000000" w14:paraId="000000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Bosston showed up.</w:t>
      </w:r>
    </w:p>
    <w:p w:rsidR="00000000" w:rsidDel="00000000" w:rsidP="00000000" w:rsidRDefault="00000000" w:rsidRPr="00000000" w14:paraId="000000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shell caught the moonlight, broad and tough as stone. His voice rumbled low.</w:t>
      </w:r>
    </w:p>
    <w:p w:rsidR="00000000" w:rsidDel="00000000" w:rsidP="00000000" w:rsidRDefault="00000000" w:rsidRPr="00000000" w14:paraId="000000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have here? Naughty crabs out past curfew? Maybe I should call a few parents tomorrow.”</w:t>
      </w:r>
    </w:p>
    <w:p w:rsidR="00000000" w:rsidDel="00000000" w:rsidP="00000000" w:rsidRDefault="00000000" w:rsidRPr="00000000" w14:paraId="000000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young ones froze as they stammered excuses, claws trembling. </w:t>
      </w: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waited silently, then flicked his claw.</w:t>
      </w:r>
    </w:p>
    <w:p w:rsidR="00000000" w:rsidDel="00000000" w:rsidP="00000000" w:rsidRDefault="00000000" w:rsidRPr="00000000" w14:paraId="000000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“5..4..3..2!”</w:t>
      </w:r>
    </w:p>
    <w:p w:rsidR="00000000" w:rsidDel="00000000" w:rsidP="00000000" w:rsidRDefault="00000000" w:rsidRPr="00000000" w14:paraId="000000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all scattered.</w:t>
      </w:r>
    </w:p>
    <w:p w:rsidR="00000000" w:rsidDel="00000000" w:rsidP="00000000" w:rsidRDefault="00000000" w:rsidRPr="00000000" w14:paraId="000000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hung around, eyes landing on Kobe, then on Snap. He gave a faint smile.</w:t>
      </w:r>
    </w:p>
    <w:p w:rsidR="00000000" w:rsidDel="00000000" w:rsidP="00000000" w:rsidRDefault="00000000" w:rsidRPr="00000000" w14:paraId="000000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there champ. Let your friend hide behind you too often and they might start calling you an outcast.”</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and wandered off.</w:t>
      </w:r>
    </w:p>
    <w:p w:rsidR="00000000" w:rsidDel="00000000" w:rsidP="00000000" w:rsidRDefault="00000000" w:rsidRPr="00000000" w14:paraId="000000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stood stiffly, shame prickling his shell as </w:t>
      </w:r>
      <w:r w:rsidDel="00000000" w:rsidR="00000000" w:rsidRPr="00000000">
        <w:rPr>
          <w:rFonts w:ascii="Times New Roman" w:cs="Times New Roman" w:eastAsia="Times New Roman" w:hAnsi="Times New Roman"/>
          <w:i w:val="1"/>
          <w:sz w:val="24"/>
          <w:szCs w:val="24"/>
          <w:rtl w:val="0"/>
        </w:rPr>
        <w:t xml:space="preserve">dreamer</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i w:val="1"/>
          <w:sz w:val="24"/>
          <w:szCs w:val="24"/>
          <w:rtl w:val="0"/>
        </w:rPr>
        <w:t xml:space="preserve">outcast</w:t>
      </w:r>
      <w:r w:rsidDel="00000000" w:rsidR="00000000" w:rsidRPr="00000000">
        <w:rPr>
          <w:rFonts w:ascii="Times New Roman" w:cs="Times New Roman" w:eastAsia="Times New Roman" w:hAnsi="Times New Roman"/>
          <w:sz w:val="24"/>
          <w:szCs w:val="24"/>
          <w:rtl w:val="0"/>
        </w:rPr>
        <w:t xml:space="preserve"> echoed in his mind.</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w:t>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tide had gone out, leaving the flats slick and glistening. Gulls flew overhead, calling sharply. Kobe stared at the horizon, where the sea met the sky. A border he longed to cross. </w:t>
      </w:r>
    </w:p>
    <w:p w:rsidR="00000000" w:rsidDel="00000000" w:rsidP="00000000" w:rsidRDefault="00000000" w:rsidRPr="00000000" w14:paraId="000000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“You’ll grow gray claws if you keep stressing about their song,” a teasing voice said.</w:t>
      </w:r>
    </w:p>
    <w:p w:rsidR="00000000" w:rsidDel="00000000" w:rsidP="00000000" w:rsidRDefault="00000000" w:rsidRPr="00000000" w14:paraId="000000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showed up, grinning, his uneven claw raised in greeting.</w:t>
      </w:r>
    </w:p>
    <w:p w:rsidR="00000000" w:rsidDel="00000000" w:rsidP="00000000" w:rsidRDefault="00000000" w:rsidRPr="00000000" w14:paraId="000000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don’t want me </w:t>
      </w:r>
      <w:r w:rsidDel="00000000" w:rsidR="00000000" w:rsidRPr="00000000">
        <w:rPr>
          <w:rFonts w:ascii="Times New Roman" w:cs="Times New Roman" w:eastAsia="Times New Roman" w:hAnsi="Times New Roman"/>
          <w:i w:val="1"/>
          <w:sz w:val="24"/>
          <w:szCs w:val="24"/>
          <w:rtl w:val="0"/>
        </w:rPr>
        <w:t xml:space="preserve">in</w:t>
      </w:r>
      <w:r w:rsidDel="00000000" w:rsidR="00000000" w:rsidRPr="00000000">
        <w:rPr>
          <w:rFonts w:ascii="Times New Roman" w:cs="Times New Roman" w:eastAsia="Times New Roman" w:hAnsi="Times New Roman"/>
          <w:sz w:val="24"/>
          <w:szCs w:val="24"/>
          <w:rtl w:val="0"/>
        </w:rPr>
        <w:t xml:space="preserve"> their song,” Kobe said softly.</w:t>
      </w:r>
    </w:p>
    <w:p w:rsidR="00000000" w:rsidDel="00000000" w:rsidP="00000000" w:rsidRDefault="00000000" w:rsidRPr="00000000" w14:paraId="000000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make your own. Might be better than their racket."</w:t>
      </w:r>
    </w:p>
    <w:p w:rsidR="00000000" w:rsidDel="00000000" w:rsidP="00000000" w:rsidRDefault="00000000" w:rsidRPr="00000000" w14:paraId="000000B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kept his eyes on the horizon. “Snap, do you ever wonder what’s out there?”</w:t>
      </w:r>
    </w:p>
    <w:p w:rsidR="00000000" w:rsidDel="00000000" w:rsidP="00000000" w:rsidRDefault="00000000" w:rsidRPr="00000000" w14:paraId="000000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hesitated. </w:t>
      </w:r>
    </w:p>
    <w:p w:rsidR="00000000" w:rsidDel="00000000" w:rsidP="00000000" w:rsidRDefault="00000000" w:rsidRPr="00000000" w14:paraId="000000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dad says danger waits beyond the river. Once you cross that line, you don’t come back.”</w:t>
      </w:r>
    </w:p>
    <w:p w:rsidR="00000000" w:rsidDel="00000000" w:rsidP="00000000" w:rsidRDefault="00000000" w:rsidRPr="00000000" w14:paraId="000000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stepped into the shallow water. Cool waves washed over his shell. He leaned back, floating.</w:t>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should try this Snap. It feels good.”</w:t>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we’re allowed to do this. We’ll get in trouble.” </w:t>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“Sometimes trouble’s worth it,” Kobe said, splashing gently.</w:t>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groaned, but followed him in.</w:t>
      </w:r>
    </w:p>
    <w:p w:rsidR="00000000" w:rsidDel="00000000" w:rsidP="00000000" w:rsidRDefault="00000000" w:rsidRPr="00000000" w14:paraId="000000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Kobe grinned. “Not so bad.”</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Snap dove in. Kobe spun around, panicking—until Snap shot up behind him, pinching his claw.</w:t>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yelped, then burst into laughter, splashing back. </w:t>
      </w:r>
    </w:p>
    <w:p w:rsidR="00000000" w:rsidDel="00000000" w:rsidP="00000000" w:rsidRDefault="00000000" w:rsidRPr="00000000" w14:paraId="000000C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Kobe’s laughter with Snap eased his </w:t>
      </w:r>
      <w:r w:rsidDel="00000000" w:rsidR="00000000" w:rsidRPr="00000000">
        <w:rPr>
          <w:rFonts w:ascii="Times New Roman" w:cs="Times New Roman" w:eastAsia="Times New Roman" w:hAnsi="Times New Roman"/>
          <w:i w:val="1"/>
          <w:sz w:val="24"/>
          <w:szCs w:val="24"/>
          <w:rtl w:val="0"/>
        </w:rPr>
        <w:t xml:space="preserve">sadness a drumbeat</w:t>
      </w:r>
      <w:r w:rsidDel="00000000" w:rsidR="00000000" w:rsidRPr="00000000">
        <w:rPr>
          <w:rFonts w:ascii="Times New Roman" w:cs="Times New Roman" w:eastAsia="Times New Roman" w:hAnsi="Times New Roman"/>
          <w:i w:val="1"/>
          <w:sz w:val="24"/>
          <w:szCs w:val="24"/>
          <w:rtl w:val="0"/>
        </w:rPr>
        <w:t xml:space="preserve">, but distant shadows were already moving in the tribe. That night, beneath the moon, claws gathered in a circle and voices turned sharp.</w:t>
      </w:r>
    </w:p>
    <w:p w:rsidR="00000000" w:rsidDel="00000000" w:rsidP="00000000" w:rsidRDefault="00000000" w:rsidRPr="00000000" w14:paraId="000000C2">
      <w:pPr>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C3">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4">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C">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0CD">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427546</wp:posOffset>
            </wp:positionV>
            <wp:extent cx="190500" cy="228600"/>
            <wp:effectExtent b="0" l="0" r="0" t="0"/>
            <wp:wrapNone/>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90500" cy="228600"/>
                    </a:xfrm>
                    <a:prstGeom prst="rect"/>
                    <a:ln/>
                  </pic:spPr>
                </pic:pic>
              </a:graphicData>
            </a:graphic>
          </wp:anchor>
        </w:drawing>
      </w:r>
    </w:p>
    <w:p w:rsidR="00000000" w:rsidDel="00000000" w:rsidP="00000000" w:rsidRDefault="00000000" w:rsidRPr="00000000" w14:paraId="000000CE">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Interlude- Tribal meeting</w:t>
      </w:r>
    </w:p>
    <w:p w:rsidR="00000000" w:rsidDel="00000000" w:rsidP="00000000" w:rsidRDefault="00000000" w:rsidRPr="00000000" w14:paraId="000000CF">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Moonlit Flats- Night</w:t>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tribe gathered beneath the full moon. Their shells gleamed under the crest, eyes red like embers. A wide circle pressed into the sand, bodies packed close, anticipation humming in the air.</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center, Bosston emerged. His shadow stretched long, his voice carrying steady and heavy across the gathering.</w:t>
      </w:r>
    </w:p>
    <w:p w:rsidR="00000000" w:rsidDel="00000000" w:rsidP="00000000" w:rsidRDefault="00000000" w:rsidRPr="00000000" w14:paraId="000000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too long,” he declared, “we’ve tolerated weakness. Strength is what matters in this tribe. And among us stands one who does not belong.”</w:t>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a scrap of paper. Its surface bore unique markings—the same etched across Kobe’s back. The sight drew jeers and cruel laughter.</w:t>
      </w:r>
    </w:p>
    <w:p w:rsidR="00000000" w:rsidDel="00000000" w:rsidP="00000000" w:rsidRDefault="00000000" w:rsidRPr="00000000" w14:paraId="000000D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Bosston said, holding it high, “is the outcast. The one who brings shame to us with his tiny body and big dreams.” </w:t>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raised his arms to the sky.</w:t>
      </w:r>
    </w:p>
    <w:p w:rsidR="00000000" w:rsidDel="00000000" w:rsidP="00000000" w:rsidRDefault="00000000" w:rsidRPr="00000000" w14:paraId="000000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it be stated loud and clear. He! Must! Go!”</w:t>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cry struck like thunder and pounded against the sky, rough and relentless, until even the stars seemed to shake.</w:t>
      </w:r>
    </w:p>
    <w:p w:rsidR="00000000" w:rsidDel="00000000" w:rsidP="00000000" w:rsidRDefault="00000000" w:rsidRPr="00000000" w14:paraId="000000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w:t>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that night, Kobe and Snap returned from the shoreline, their shells still damp from the tide. A strange energy thickened the air around the camp. Whispers rustled like dry coral, and eyes followed them wherever they walked.</w:t>
      </w:r>
    </w:p>
    <w:p w:rsidR="00000000" w:rsidDel="00000000" w:rsidP="00000000" w:rsidRDefault="00000000" w:rsidRPr="00000000" w14:paraId="000000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slowed, confusion etched across his face. A dreadful feeling rising across his shell. “Why’s everyone acting so weird tonight?” he asked.</w:t>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shadows, Bosston stepped forward. His smile was faint, but his presence filled the space like a tide rising.</w:t>
      </w:r>
    </w:p>
    <w:p w:rsidR="00000000" w:rsidDel="00000000" w:rsidP="00000000" w:rsidRDefault="00000000" w:rsidRPr="00000000" w14:paraId="000000D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back—my favorite little wanderers,” he said through a forced smile. “Sadly you missed our meeting tonight. </w:t>
      </w:r>
      <w:r w:rsidDel="00000000" w:rsidR="00000000" w:rsidRPr="00000000">
        <w:rPr>
          <w:rFonts w:ascii="Times New Roman" w:cs="Times New Roman" w:eastAsia="Times New Roman" w:hAnsi="Times New Roman"/>
          <w:i w:val="1"/>
          <w:sz w:val="24"/>
          <w:szCs w:val="24"/>
          <w:rtl w:val="0"/>
        </w:rPr>
        <w:t xml:space="preserve">Hardly your first time</w:t>
      </w:r>
      <w:r w:rsidDel="00000000" w:rsidR="00000000" w:rsidRPr="00000000">
        <w:rPr>
          <w:rFonts w:ascii="Times New Roman" w:cs="Times New Roman" w:eastAsia="Times New Roman" w:hAnsi="Times New Roman"/>
          <w:sz w:val="24"/>
          <w:szCs w:val="24"/>
          <w:rtl w:val="0"/>
        </w:rPr>
        <w:t xml:space="preserve">. Anyway, the tribe wants me to mentor you.” </w:t>
      </w:r>
    </w:p>
    <w:p w:rsidR="00000000" w:rsidDel="00000000" w:rsidP="00000000" w:rsidRDefault="00000000" w:rsidRPr="00000000" w14:paraId="000000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eyes lit up with hope, the words striking him like a gift withheld. “You’d really help me?”</w:t>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“I’ve already accepted the honor. Tomorrow night—just you and me. I’ll teach you what real strength means to a crab.”</w:t>
      </w:r>
    </w:p>
    <w:p w:rsidR="00000000" w:rsidDel="00000000" w:rsidP="00000000" w:rsidRDefault="00000000" w:rsidRPr="00000000" w14:paraId="000000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him, Snap’s gaze narrowed. Suspicion hung in his quiet. “No, something </w:t>
      </w:r>
      <w:r w:rsidDel="00000000" w:rsidR="00000000" w:rsidRPr="00000000">
        <w:rPr>
          <w:rFonts w:ascii="Times New Roman" w:cs="Times New Roman" w:eastAsia="Times New Roman" w:hAnsi="Times New Roman"/>
          <w:sz w:val="24"/>
          <w:szCs w:val="24"/>
          <w:rtl w:val="0"/>
        </w:rPr>
        <w:t xml:space="preserve">don’t</w:t>
      </w:r>
      <w:r w:rsidDel="00000000" w:rsidR="00000000" w:rsidRPr="00000000">
        <w:rPr>
          <w:rFonts w:ascii="Times New Roman" w:cs="Times New Roman" w:eastAsia="Times New Roman" w:hAnsi="Times New Roman"/>
          <w:sz w:val="24"/>
          <w:szCs w:val="24"/>
          <w:rtl w:val="0"/>
        </w:rPr>
        <w:t xml:space="preserve"> feel right,” he said under his breath.</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chuckled, the sound smooth, almost casual. “Don’t worry. Tomorrow your friend will learn a new rhythm, one I am sure he’s been chasing his whole life.”</w:t>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nodded eagerly, his heart lifting despite the caution around him.</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folded his claws across his chest, saying nothing more.</w:t>
      </w:r>
    </w:p>
    <w:p w:rsidR="00000000" w:rsidDel="00000000" w:rsidP="00000000" w:rsidRDefault="00000000" w:rsidRPr="00000000" w14:paraId="000000E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the sounds of the tribe began to thin at the camp, a different rhythm picked up elsewhere in the city.</w:t>
      </w:r>
    </w:p>
    <w:p w:rsidR="00000000" w:rsidDel="00000000" w:rsidP="00000000" w:rsidRDefault="00000000" w:rsidRPr="00000000" w14:paraId="000000E4">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0E6">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7">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8">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9">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A">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B">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C">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D">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E">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EF">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0">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1">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2">
      <w:pPr>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3">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F4">
      <w:pPr>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3: A Ticket Home- </w:t>
      </w:r>
      <w:r w:rsidDel="00000000" w:rsidR="00000000" w:rsidRPr="00000000">
        <w:rPr>
          <w:rFonts w:ascii="Times New Roman" w:cs="Times New Roman" w:eastAsia="Times New Roman" w:hAnsi="Times New Roman"/>
          <w:sz w:val="24"/>
          <w:szCs w:val="24"/>
          <w:u w:val="single"/>
          <w:rtl w:val="0"/>
        </w:rPr>
        <w:t xml:space="preserve">Kwame</w:t>
      </w:r>
    </w:p>
    <w:p w:rsidR="00000000" w:rsidDel="00000000" w:rsidP="00000000" w:rsidRDefault="00000000" w:rsidRPr="00000000" w14:paraId="000000F5">
      <w:pPr>
        <w:ind w:left="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Ghanaian Restaurant- Evening</w:t>
      </w:r>
    </w:p>
    <w:p w:rsidR="00000000" w:rsidDel="00000000" w:rsidP="00000000" w:rsidRDefault="00000000" w:rsidRPr="00000000" w14:paraId="000000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restaurant buzzed with quiet life through clinking spoons and the hum of a ceiling fan cutting through the steam. </w:t>
      </w:r>
    </w:p>
    <w:p w:rsidR="00000000" w:rsidDel="00000000" w:rsidP="00000000" w:rsidRDefault="00000000" w:rsidRPr="00000000" w14:paraId="000000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Mensah leaned over his bowl, scooping fufu with practiced rhythm. Across from him, Kwame stared into his soup, untouched.</w:t>
      </w:r>
    </w:p>
    <w:p w:rsidR="00000000" w:rsidDel="00000000" w:rsidP="00000000" w:rsidRDefault="00000000" w:rsidRPr="00000000" w14:paraId="000000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Mensah looked up, amused. “</w:t>
      </w:r>
      <w:r w:rsidDel="00000000" w:rsidR="00000000" w:rsidRPr="00000000">
        <w:rPr>
          <w:rFonts w:ascii="Times New Roman" w:cs="Times New Roman" w:eastAsia="Times New Roman" w:hAnsi="Times New Roman"/>
          <w:sz w:val="24"/>
          <w:szCs w:val="24"/>
          <w:rtl w:val="0"/>
        </w:rPr>
        <w:t xml:space="preserve">You</w:t>
      </w:r>
      <w:r w:rsidDel="00000000" w:rsidR="00000000" w:rsidRPr="00000000">
        <w:rPr>
          <w:rFonts w:ascii="Times New Roman" w:cs="Times New Roman" w:eastAsia="Times New Roman" w:hAnsi="Times New Roman"/>
          <w:sz w:val="24"/>
          <w:szCs w:val="24"/>
          <w:rtl w:val="0"/>
        </w:rPr>
        <w:t xml:space="preserve"> planning to eat that or pray with it?”</w:t>
      </w:r>
    </w:p>
    <w:p w:rsidR="00000000" w:rsidDel="00000000" w:rsidP="00000000" w:rsidRDefault="00000000" w:rsidRPr="00000000" w14:paraId="000000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cracked a faint smile, then sighed. “We fought again. Me and Leila.”</w:t>
      </w:r>
    </w:p>
    <w:p w:rsidR="00000000" w:rsidDel="00000000" w:rsidP="00000000" w:rsidRDefault="00000000" w:rsidRPr="00000000" w14:paraId="000000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Mensah set his spoon down. His eyes </w:t>
      </w:r>
      <w:r w:rsidDel="00000000" w:rsidR="00000000" w:rsidRPr="00000000">
        <w:rPr>
          <w:rFonts w:ascii="Times New Roman" w:cs="Times New Roman" w:eastAsia="Times New Roman" w:hAnsi="Times New Roman"/>
          <w:sz w:val="24"/>
          <w:szCs w:val="24"/>
          <w:rtl w:val="0"/>
        </w:rPr>
        <w:t xml:space="preserve">scanning</w:t>
      </w:r>
      <w:r w:rsidDel="00000000" w:rsidR="00000000" w:rsidRPr="00000000">
        <w:rPr>
          <w:rFonts w:ascii="Times New Roman" w:cs="Times New Roman" w:eastAsia="Times New Roman" w:hAnsi="Times New Roman"/>
          <w:sz w:val="24"/>
          <w:szCs w:val="24"/>
          <w:rtl w:val="0"/>
        </w:rPr>
        <w:t xml:space="preserve"> Kwame. “What </w:t>
      </w:r>
      <w:r w:rsidDel="00000000" w:rsidR="00000000" w:rsidRPr="00000000">
        <w:rPr>
          <w:rFonts w:ascii="Times New Roman" w:cs="Times New Roman" w:eastAsia="Times New Roman" w:hAnsi="Times New Roman"/>
          <w:sz w:val="24"/>
          <w:szCs w:val="24"/>
          <w:rtl w:val="0"/>
        </w:rPr>
        <w:t xml:space="preserve">of this</w:t>
      </w:r>
      <w:r w:rsidDel="00000000" w:rsidR="00000000" w:rsidRPr="00000000">
        <w:rPr>
          <w:rFonts w:ascii="Times New Roman" w:cs="Times New Roman" w:eastAsia="Times New Roman" w:hAnsi="Times New Roman"/>
          <w:sz w:val="24"/>
          <w:szCs w:val="24"/>
          <w:rtl w:val="0"/>
        </w:rPr>
        <w:t xml:space="preserve"> time?”</w:t>
      </w:r>
    </w:p>
    <w:p w:rsidR="00000000" w:rsidDel="00000000" w:rsidP="00000000" w:rsidRDefault="00000000" w:rsidRPr="00000000" w14:paraId="000000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rubbed his temple. </w:t>
      </w:r>
    </w:p>
    <w:p w:rsidR="00000000" w:rsidDel="00000000" w:rsidP="00000000" w:rsidRDefault="00000000" w:rsidRPr="00000000" w14:paraId="000000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remember that Ghanaian exhibit I’ve been talking about all these months? She said it’s a cage and apparently we’ve locked our ancestors in them.”</w:t>
      </w:r>
    </w:p>
    <w:p w:rsidR="00000000" w:rsidDel="00000000" w:rsidP="00000000" w:rsidRDefault="00000000" w:rsidRPr="00000000" w14:paraId="000000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paused, shaking his head. </w:t>
      </w:r>
    </w:p>
    <w:p w:rsidR="00000000" w:rsidDel="00000000" w:rsidP="00000000" w:rsidRDefault="00000000" w:rsidRPr="00000000" w14:paraId="000000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told her it’s not a cage, it’s a bridge. A way for our children to not lose their history. But she says I’m the one who’s forgotten what freedom feels like.”</w:t>
      </w:r>
    </w:p>
    <w:p w:rsidR="00000000" w:rsidDel="00000000" w:rsidP="00000000" w:rsidRDefault="00000000" w:rsidRPr="00000000" w14:paraId="000000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Mensah leaned back, studying him. “Sounds to me like you both care about the same thing, you just speak different languages.”</w:t>
      </w:r>
    </w:p>
    <w:p w:rsidR="00000000" w:rsidDel="00000000" w:rsidP="00000000" w:rsidRDefault="00000000" w:rsidRPr="00000000" w14:paraId="000001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looked up. “So what do I do?”</w:t>
      </w:r>
    </w:p>
    <w:p w:rsidR="00000000" w:rsidDel="00000000" w:rsidP="00000000" w:rsidRDefault="00000000" w:rsidRPr="00000000" w14:paraId="000001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Mensah said simply. “Even if she won’t. Bridges need both sides, Kwame. Hold up yours and maybe she’ll follow.”</w:t>
      </w:r>
    </w:p>
    <w:p w:rsidR="00000000" w:rsidDel="00000000" w:rsidP="00000000" w:rsidRDefault="00000000" w:rsidRPr="00000000" w14:paraId="000001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nodded slowly, the tension in his shoulders loosening. “You really think that’ll make a difference?”</w:t>
      </w:r>
    </w:p>
    <w:p w:rsidR="00000000" w:rsidDel="00000000" w:rsidP="00000000" w:rsidRDefault="00000000" w:rsidRPr="00000000" w14:paraId="000001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Mensah smiled faintly and picked up his spoon again. “Maybe. But you’ll never know if you don’t try.”</w:t>
      </w:r>
    </w:p>
    <w:p w:rsidR="00000000" w:rsidDel="00000000" w:rsidP="00000000" w:rsidRDefault="00000000" w:rsidRPr="00000000" w14:paraId="000001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finally took a bite. The food was still warm, the spice sharp on his tongue. For the first time all evening, the silence between them felt easy.</w:t>
      </w:r>
    </w:p>
    <w:p w:rsidR="00000000" w:rsidDel="00000000" w:rsidP="00000000" w:rsidRDefault="00000000" w:rsidRPr="00000000" w14:paraId="00000105">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clung to the streets like a slow drumbeat. Hands in his pockets, he moved unhurried; his thoughts heavier than his steps.</w:t>
      </w:r>
    </w:p>
    <w:p w:rsidR="00000000" w:rsidDel="00000000" w:rsidP="00000000" w:rsidRDefault="00000000" w:rsidRPr="00000000" w14:paraId="00000107">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had left Mensah hours ago. They’d laughed, teased, argued—the way they always did—but when the laughter faded, Mensah’s parting words lingered: </w:t>
      </w:r>
      <w:r w:rsidDel="00000000" w:rsidR="00000000" w:rsidRPr="00000000">
        <w:rPr>
          <w:rFonts w:ascii="Times New Roman" w:cs="Times New Roman" w:eastAsia="Times New Roman" w:hAnsi="Times New Roman"/>
          <w:i w:val="1"/>
          <w:sz w:val="24"/>
          <w:szCs w:val="24"/>
          <w:rtl w:val="0"/>
        </w:rPr>
        <w:t xml:space="preserve">Don’t lose yourself, even if those closest to you choose another path.</w:t>
      </w:r>
    </w:p>
    <w:p w:rsidR="00000000" w:rsidDel="00000000" w:rsidP="00000000" w:rsidRDefault="00000000" w:rsidRPr="00000000" w14:paraId="000001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heart of the Ghanaian community pulsed around him. Lanterns swayed from storefronts, casting a warm amber light. Women folded the day’s cloth into neat stacks. Children darted through the streets, their laughter traveling like sparks. </w:t>
      </w:r>
    </w:p>
    <w:p w:rsidR="00000000" w:rsidDel="00000000" w:rsidP="00000000" w:rsidRDefault="00000000" w:rsidRPr="00000000" w14:paraId="000001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home—messy, loud, </w:t>
      </w:r>
      <w:r w:rsidDel="00000000" w:rsidR="00000000" w:rsidRPr="00000000">
        <w:rPr>
          <w:rFonts w:ascii="Times New Roman" w:cs="Times New Roman" w:eastAsia="Times New Roman" w:hAnsi="Times New Roman"/>
          <w:i w:val="1"/>
          <w:sz w:val="24"/>
          <w:szCs w:val="24"/>
          <w:rtl w:val="0"/>
        </w:rPr>
        <w:t xml:space="preserve">pulsing. </w:t>
      </w:r>
      <w:r w:rsidDel="00000000" w:rsidR="00000000" w:rsidRPr="00000000">
        <w:rPr>
          <w:rtl w:val="0"/>
        </w:rPr>
      </w:r>
    </w:p>
    <w:p w:rsidR="00000000" w:rsidDel="00000000" w:rsidP="00000000" w:rsidRDefault="00000000" w:rsidRPr="00000000" w14:paraId="000001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farther he walked, the rhythm thinned. Streets widened, color drained into concrete, and the scent of spice gave way to trimmed hedges and porch lights that blinked like wary eyes. </w:t>
      </w:r>
    </w:p>
    <w:p w:rsidR="00000000" w:rsidDel="00000000" w:rsidP="00000000" w:rsidRDefault="00000000" w:rsidRPr="00000000" w14:paraId="000001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where he and Leila lived now. Yet it never felt like home.</w:t>
      </w:r>
    </w:p>
    <w:p w:rsidR="00000000" w:rsidDel="00000000" w:rsidP="00000000" w:rsidRDefault="00000000" w:rsidRPr="00000000" w14:paraId="000001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apartment came into view, his mind slipped backward—past the quiet lawns and pale porches—to Ghana. He saw himself at thirteen, walking dusty roads under a hard, endless sky. Beside him was Leila: barefoot, head high, laughter sharp as a drum snap. She had always teased him, but beneath the teasing was something deeper, a pull neither of them dared to name.</w:t>
      </w:r>
    </w:p>
    <w:p w:rsidR="00000000" w:rsidDel="00000000" w:rsidP="00000000" w:rsidRDefault="00000000" w:rsidRPr="00000000" w14:paraId="000001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Years later, when he’d seen her again—older but still guarded, it had felt like an old proverb come to life: </w:t>
      </w:r>
    </w:p>
    <w:p w:rsidR="00000000" w:rsidDel="00000000" w:rsidP="00000000" w:rsidRDefault="00000000" w:rsidRPr="00000000" w14:paraId="0000010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drumbeat brings people together, no matter how far they’ve wandered.</w:t>
      </w:r>
    </w:p>
    <w:p w:rsidR="00000000" w:rsidDel="00000000" w:rsidP="00000000" w:rsidRDefault="00000000" w:rsidRPr="00000000" w14:paraId="000001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argument from that morning rang again in his mind. He gripped the museum ticket in his pocket, the paper tight between his fingers. His resolve steadied.</w:t>
      </w:r>
    </w:p>
    <w:p w:rsidR="00000000" w:rsidDel="00000000" w:rsidP="00000000" w:rsidRDefault="00000000" w:rsidRPr="00000000" w14:paraId="000001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then closed his eyes as the world shifted.</w:t>
      </w:r>
    </w:p>
    <w:p w:rsidR="00000000" w:rsidDel="00000000" w:rsidP="00000000" w:rsidRDefault="00000000" w:rsidRPr="00000000" w14:paraId="0000011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2">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Elmina Castle- Summer 2015</w:t>
      </w:r>
    </w:p>
    <w:p w:rsidR="00000000" w:rsidDel="00000000" w:rsidP="00000000" w:rsidRDefault="00000000" w:rsidRPr="00000000" w14:paraId="000001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 shimmered along the coast, the ocean stretched wide and endless before him.</w:t>
      </w:r>
    </w:p>
    <w:p w:rsidR="00000000" w:rsidDel="00000000" w:rsidP="00000000" w:rsidRDefault="00000000" w:rsidRPr="00000000" w14:paraId="000001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“Welcome home,” the tour guide said as their group gathered outside the whitewashed walls of Cape Coast Castle. The words carried a weight beyond hospitality.</w:t>
      </w:r>
    </w:p>
    <w:p w:rsidR="00000000" w:rsidDel="00000000" w:rsidP="00000000" w:rsidRDefault="00000000" w:rsidRPr="00000000" w14:paraId="000001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air was cool and damp. Stone walls sweated. Chains still hung from rusted loops. </w:t>
      </w:r>
      <w:r w:rsidDel="00000000" w:rsidR="00000000" w:rsidRPr="00000000">
        <w:rPr>
          <w:rFonts w:ascii="Times New Roman" w:cs="Times New Roman" w:eastAsia="Times New Roman" w:hAnsi="Times New Roman"/>
          <w:sz w:val="24"/>
          <w:szCs w:val="24"/>
          <w:rtl w:val="0"/>
        </w:rPr>
        <w:t xml:space="preserve">The guide recited dates; he heard only breath. </w:t>
      </w:r>
      <w:r w:rsidDel="00000000" w:rsidR="00000000" w:rsidRPr="00000000">
        <w:rPr>
          <w:rFonts w:ascii="Times New Roman" w:cs="Times New Roman" w:eastAsia="Times New Roman" w:hAnsi="Times New Roman"/>
          <w:sz w:val="24"/>
          <w:szCs w:val="24"/>
          <w:rtl w:val="0"/>
        </w:rPr>
        <w:t xml:space="preserve">He placed a hand on the wall and felt the centuries beneath his palm.</w:t>
      </w:r>
    </w:p>
    <w:p w:rsidR="00000000" w:rsidDel="00000000" w:rsidP="00000000" w:rsidRDefault="00000000" w:rsidRPr="00000000" w14:paraId="000001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the narrow archway: </w:t>
      </w:r>
      <w:r w:rsidDel="00000000" w:rsidR="00000000" w:rsidRPr="00000000">
        <w:rPr>
          <w:rFonts w:ascii="Times New Roman" w:cs="Times New Roman" w:eastAsia="Times New Roman" w:hAnsi="Times New Roman"/>
          <w:b w:val="1"/>
          <w:sz w:val="24"/>
          <w:szCs w:val="24"/>
          <w:rtl w:val="0"/>
        </w:rPr>
        <w:t xml:space="preserve">The Door of No Return</w:t>
      </w:r>
      <w:r w:rsidDel="00000000" w:rsidR="00000000" w:rsidRPr="00000000">
        <w:rPr>
          <w:rFonts w:ascii="Times New Roman" w:cs="Times New Roman" w:eastAsia="Times New Roman" w:hAnsi="Times New Roman"/>
          <w:sz w:val="24"/>
          <w:szCs w:val="24"/>
          <w:rtl w:val="0"/>
        </w:rPr>
        <w:t xml:space="preserve">. But above it now hung a new sign—</w:t>
      </w:r>
      <w:r w:rsidDel="00000000" w:rsidR="00000000" w:rsidRPr="00000000">
        <w:rPr>
          <w:rFonts w:ascii="Times New Roman" w:cs="Times New Roman" w:eastAsia="Times New Roman" w:hAnsi="Times New Roman"/>
          <w:b w:val="1"/>
          <w:sz w:val="24"/>
          <w:szCs w:val="24"/>
          <w:rtl w:val="0"/>
        </w:rPr>
        <w:t xml:space="preserve">Door of Return</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stepped through. Sunlight hit him full in the face. Outside, drums rolled across the courtyard; deep and alive. He stopped and let the sound fill him.</w:t>
      </w:r>
    </w:p>
    <w:p w:rsidR="00000000" w:rsidDel="00000000" w:rsidP="00000000" w:rsidRDefault="00000000" w:rsidRPr="00000000" w14:paraId="000001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 in that same courtyard, women in kente danced as drummers called. An elder beckoned him forward, asked his name, then gave it back to him—Kwame—as though naming him anew. The crowd repeated it joyfully, voices rising, claiming him as theirs.</w:t>
      </w:r>
    </w:p>
    <w:p w:rsidR="00000000" w:rsidDel="00000000" w:rsidP="00000000" w:rsidRDefault="00000000" w:rsidRPr="00000000" w14:paraId="000001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laughed, shy and proud, but inside something shifted. The gap he’d always carried as a son of the diaspora didn’t close, for the first time it felt bridged.</w:t>
      </w:r>
    </w:p>
    <w:p w:rsidR="00000000" w:rsidDel="00000000" w:rsidP="00000000" w:rsidRDefault="00000000" w:rsidRPr="00000000" w14:paraId="000001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Standing there, he thought: </w:t>
      </w:r>
    </w:p>
    <w:p w:rsidR="00000000" w:rsidDel="00000000" w:rsidP="00000000" w:rsidRDefault="00000000" w:rsidRPr="00000000" w14:paraId="000001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This is not a cage. This </w:t>
      </w:r>
      <w:r w:rsidDel="00000000" w:rsidR="00000000" w:rsidRPr="00000000">
        <w:rPr>
          <w:rFonts w:ascii="Times New Roman" w:cs="Times New Roman" w:eastAsia="Times New Roman" w:hAnsi="Times New Roman"/>
          <w:i w:val="1"/>
          <w:sz w:val="24"/>
          <w:szCs w:val="24"/>
          <w:rtl w:val="0"/>
        </w:rPr>
        <w:t xml:space="preserve">is memory</w:t>
      </w:r>
      <w:r w:rsidDel="00000000" w:rsidR="00000000" w:rsidRPr="00000000">
        <w:rPr>
          <w:rFonts w:ascii="Times New Roman" w:cs="Times New Roman" w:eastAsia="Times New Roman" w:hAnsi="Times New Roman"/>
          <w:i w:val="1"/>
          <w:sz w:val="24"/>
          <w:szCs w:val="24"/>
          <w:rtl w:val="0"/>
        </w:rPr>
        <w:t xml:space="preserve">. A heart beat meeting a heart beat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the memory had faded, Kwame had reached his apartment. The bedroom glowed faintly under a single lamp. Leila lay curled beneath the sheets, her breathing even and slow.</w:t>
      </w:r>
    </w:p>
    <w:p w:rsidR="00000000" w:rsidDel="00000000" w:rsidP="00000000" w:rsidRDefault="00000000" w:rsidRPr="00000000" w14:paraId="000001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in the doorway, wishing she would stir—just enough for them to talk, to bridge the distance still widening between them. But she didn’t move.</w:t>
      </w:r>
    </w:p>
    <w:p w:rsidR="00000000" w:rsidDel="00000000" w:rsidP="00000000" w:rsidRDefault="00000000" w:rsidRPr="00000000" w14:paraId="000001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quiet sigh, he slipped into bed beside her. He opened the nightstand drawer and placed the ticket inside. For a moment, he thought about setting it on her side, an invitation to peace. Instead, he let it rest in the dark.</w:t>
      </w:r>
    </w:p>
    <w:p w:rsidR="00000000" w:rsidDel="00000000" w:rsidP="00000000" w:rsidRDefault="00000000" w:rsidRPr="00000000" w14:paraId="000001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Sleep came in pieces, carrying him backward once more.</w:t>
      </w:r>
    </w:p>
    <w:p w:rsidR="00000000" w:rsidDel="00000000" w:rsidP="00000000" w:rsidRDefault="00000000" w:rsidRPr="00000000" w14:paraId="00000121">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2">
      <w:pPr>
        <w:jc w:val="left"/>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Accra, Ghana- Many Years Ago</w:t>
      </w:r>
    </w:p>
    <w:p w:rsidR="00000000" w:rsidDel="00000000" w:rsidP="00000000" w:rsidRDefault="00000000" w:rsidRPr="00000000" w14:paraId="000001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and Leila walked side by side down a dusty road, the sun bleeding gold across the horizon. Kwame was taller, awkward with youth; Leila was steady, her bag clutched close, her gaze fixed ahead. </w:t>
      </w:r>
    </w:p>
    <w:p w:rsidR="00000000" w:rsidDel="00000000" w:rsidP="00000000" w:rsidRDefault="00000000" w:rsidRPr="00000000" w14:paraId="000001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cracked jokes, balanced stones on his head, made faces until she laughed.</w:t>
      </w:r>
    </w:p>
    <w:p w:rsidR="00000000" w:rsidDel="00000000" w:rsidP="00000000" w:rsidRDefault="00000000" w:rsidRPr="00000000" w14:paraId="000001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reached the end of the road, Leila stopped. Ahead stood a low building, its paint chipped, its roof sagging.</w:t>
      </w:r>
    </w:p>
    <w:p w:rsidR="00000000" w:rsidDel="00000000" w:rsidP="00000000" w:rsidRDefault="00000000" w:rsidRPr="00000000" w14:paraId="000001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he asked. “This is where you live?”</w:t>
      </w:r>
    </w:p>
    <w:p w:rsidR="00000000" w:rsidDel="00000000" w:rsidP="00000000" w:rsidRDefault="00000000" w:rsidRPr="00000000" w14:paraId="000001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grip on the bag tightened. “Yeah. And you can’t come in.”</w:t>
      </w:r>
    </w:p>
    <w:p w:rsidR="00000000" w:rsidDel="00000000" w:rsidP="00000000" w:rsidRDefault="00000000" w:rsidRPr="00000000" w14:paraId="000001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not?”</w:t>
      </w:r>
    </w:p>
    <w:p w:rsidR="00000000" w:rsidDel="00000000" w:rsidP="00000000" w:rsidRDefault="00000000" w:rsidRPr="00000000" w14:paraId="000001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voice was small, but sharp. “Because I don’t want you to see it.”</w:t>
      </w:r>
    </w:p>
    <w:p w:rsidR="00000000" w:rsidDel="00000000" w:rsidP="00000000" w:rsidRDefault="00000000" w:rsidRPr="00000000" w14:paraId="000001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and slipped inside. The door shut hard behind her, leaving Kwame in the fading light, staring at the house, the dust rising around his feet. He didn’t understand, but he felt the ache of something breaking.</w:t>
      </w:r>
    </w:p>
    <w:p w:rsidR="00000000" w:rsidDel="00000000" w:rsidP="00000000" w:rsidRDefault="00000000" w:rsidRPr="00000000" w14:paraId="0000012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dream dissolved into light and the sound of an alarm clock came blaring through the room.</w:t>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buzzed faintly. The light hummed as Kwame reached the kitchen—sleep in his eye; hunger in stomach. A bowl of gari sat warm—waiting; another cooling next to it.</w:t>
      </w:r>
    </w:p>
    <w:p w:rsidR="00000000" w:rsidDel="00000000" w:rsidP="00000000" w:rsidRDefault="00000000" w:rsidRPr="00000000" w14:paraId="000001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swept through the doorway, bag slung over her shoulder, movements brisk and efficient.</w:t>
      </w:r>
    </w:p>
    <w:p w:rsidR="00000000" w:rsidDel="00000000" w:rsidP="00000000" w:rsidRDefault="00000000" w:rsidRPr="00000000" w14:paraId="000001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take off,” she said. “My group’s outside.”</w:t>
      </w:r>
    </w:p>
    <w:p w:rsidR="00000000" w:rsidDel="00000000" w:rsidP="00000000" w:rsidRDefault="00000000" w:rsidRPr="00000000" w14:paraId="000001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nodded. “Good luck at the protest.” The words came out hollow.</w:t>
      </w:r>
    </w:p>
    <w:p w:rsidR="00000000" w:rsidDel="00000000" w:rsidP="00000000" w:rsidRDefault="00000000" w:rsidRPr="00000000" w14:paraId="000001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she said softly. She leaned down, kissed his forehead, and was gone—as the door closed with a click.</w:t>
      </w:r>
    </w:p>
    <w:p w:rsidR="00000000" w:rsidDel="00000000" w:rsidP="00000000" w:rsidRDefault="00000000" w:rsidRPr="00000000" w14:paraId="000001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hush that followed pressed heavier than before.</w:t>
      </w:r>
    </w:p>
    <w:p w:rsidR="00000000" w:rsidDel="00000000" w:rsidP="00000000" w:rsidRDefault="00000000" w:rsidRPr="00000000" w14:paraId="000001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stared at the untouched bowl meant for her, then toward the bedroom—his eyes reaching where his heart felt the ticket. The rhythm slowly </w:t>
      </w:r>
      <w:r w:rsidDel="00000000" w:rsidR="00000000" w:rsidRPr="00000000">
        <w:rPr>
          <w:rFonts w:ascii="Times New Roman" w:cs="Times New Roman" w:eastAsia="Times New Roman" w:hAnsi="Times New Roman"/>
          <w:sz w:val="24"/>
          <w:szCs w:val="24"/>
          <w:rtl w:val="0"/>
        </w:rPr>
        <w:t xml:space="preserve">picking</w:t>
      </w:r>
      <w:r w:rsidDel="00000000" w:rsidR="00000000" w:rsidRPr="00000000">
        <w:rPr>
          <w:rFonts w:ascii="Times New Roman" w:cs="Times New Roman" w:eastAsia="Times New Roman" w:hAnsi="Times New Roman"/>
          <w:sz w:val="24"/>
          <w:szCs w:val="24"/>
          <w:rtl w:val="0"/>
        </w:rPr>
        <w:t xml:space="preserve"> up pace. For him, it was more than paper. It was a lesson folded in half: that home was not behind him but ahead, as long as he never forgot where he came from. </w:t>
      </w:r>
    </w:p>
    <w:p w:rsidR="00000000" w:rsidDel="00000000" w:rsidP="00000000" w:rsidRDefault="00000000" w:rsidRPr="00000000" w14:paraId="0000013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Across the ocean—beneath the sound of lapping waves, another lesson was being learned—one about strength, and the patience it takes to achieve it. </w:t>
      </w:r>
    </w:p>
    <w:p w:rsidR="00000000" w:rsidDel="00000000" w:rsidP="00000000" w:rsidRDefault="00000000" w:rsidRPr="00000000" w14:paraId="0000013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3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3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3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39">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405482</wp:posOffset>
            </wp:positionV>
            <wp:extent cx="190500" cy="314817"/>
            <wp:effectExtent b="0" l="0" r="0" t="0"/>
            <wp:wrapNone/>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90500" cy="314817"/>
                    </a:xfrm>
                    <a:prstGeom prst="rect"/>
                    <a:ln/>
                  </pic:spPr>
                </pic:pic>
              </a:graphicData>
            </a:graphic>
          </wp:anchor>
        </w:drawing>
      </w:r>
    </w:p>
    <w:p w:rsidR="00000000" w:rsidDel="00000000" w:rsidP="00000000" w:rsidRDefault="00000000" w:rsidRPr="00000000" w14:paraId="0000013A">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4: The Dead Zone- Bosston</w:t>
      </w:r>
      <w:r w:rsidDel="00000000" w:rsidR="00000000" w:rsidRPr="00000000">
        <w:rPr>
          <w:rtl w:val="0"/>
        </w:rPr>
      </w:r>
    </w:p>
    <w:p w:rsidR="00000000" w:rsidDel="00000000" w:rsidP="00000000" w:rsidRDefault="00000000" w:rsidRPr="00000000" w14:paraId="0000013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3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When the Sea Was Still</w:t>
      </w:r>
      <w:r w:rsidDel="00000000" w:rsidR="00000000" w:rsidRPr="00000000">
        <w:rPr>
          <w:rtl w:val="0"/>
        </w:rPr>
      </w:r>
    </w:p>
    <w:p w:rsidR="00000000" w:rsidDel="00000000" w:rsidP="00000000" w:rsidRDefault="00000000" w:rsidRPr="00000000" w14:paraId="00000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Waves lapped softly against the rocks, their rhythm calm and steady. A young boy sat in the sand beside his baby sister, watching her wobble on unsteady legs. She lifted her claws for balance, took a step—then toppled into the sand.</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boy laughed. “Come on! You can do it! Just walk!”</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tried again, trembling, and fell once more. He hurried to her side, grabbing her small arms. “See? Like this. You don’t have to fall if I help you.”</w:t>
      </w:r>
    </w:p>
    <w:p w:rsidR="00000000" w:rsidDel="00000000" w:rsidP="00000000" w:rsidRDefault="00000000" w:rsidRPr="00000000" w14:paraId="00000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Even with his pull, she stumbled. His smile faltered. “Why can’t she do it on her own?  She too weak?”</w:t>
      </w:r>
    </w:p>
    <w:p w:rsidR="00000000" w:rsidDel="00000000" w:rsidP="00000000" w:rsidRDefault="00000000" w:rsidRPr="00000000" w14:paraId="0000014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mother knelt beside them, resting a gentle claw on his shoulder. “Give her time,” she said softly. “She’s only a baby. She’ll learn when she’s ready.”</w:t>
      </w:r>
    </w:p>
    <w:p w:rsidR="00000000" w:rsidDel="00000000" w:rsidP="00000000" w:rsidRDefault="00000000" w:rsidRPr="00000000" w14:paraId="0000014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why not now?”</w:t>
      </w:r>
    </w:p>
    <w:p w:rsidR="00000000" w:rsidDel="00000000" w:rsidP="00000000" w:rsidRDefault="00000000" w:rsidRPr="00000000" w14:paraId="0000014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chuckle was warm as the tide. </w:t>
      </w:r>
    </w:p>
    <w:p w:rsidR="00000000" w:rsidDel="00000000" w:rsidP="00000000" w:rsidRDefault="00000000" w:rsidRPr="00000000" w14:paraId="000001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one is born strong—not even you. Strength isn’t a gift. It’s something you grow into, little by little.”</w:t>
      </w:r>
    </w:p>
    <w:p w:rsidR="00000000" w:rsidDel="00000000" w:rsidP="00000000" w:rsidRDefault="00000000" w:rsidRPr="00000000" w14:paraId="000001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back to his sister. She was still trying, still falling, eyes gleaming with determination. Slowly, he nodded. Her persistence carved something deep into him.</w:t>
      </w:r>
    </w:p>
    <w:p w:rsidR="00000000" w:rsidDel="00000000" w:rsidP="00000000" w:rsidRDefault="00000000" w:rsidRPr="00000000" w14:paraId="00000146">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Strength takes time.</w:t>
      </w:r>
      <w:r w:rsidDel="00000000" w:rsidR="00000000" w:rsidRPr="00000000">
        <w:rPr>
          <w:rFonts w:ascii="Times New Roman" w:cs="Times New Roman" w:eastAsia="Times New Roman" w:hAnsi="Times New Roman"/>
          <w:i w:val="1"/>
          <w:sz w:val="24"/>
          <w:szCs w:val="24"/>
          <w:rtl w:val="0"/>
        </w:rPr>
        <w:br w:type="textWrapping"/>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7">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That lesson would stay with Bosston for a very long time, </w:t>
      </w:r>
      <w:r w:rsidDel="00000000" w:rsidR="00000000" w:rsidRPr="00000000">
        <w:rPr>
          <w:rFonts w:ascii="Times New Roman" w:cs="Times New Roman" w:eastAsia="Times New Roman" w:hAnsi="Times New Roman"/>
          <w:i w:val="1"/>
          <w:sz w:val="24"/>
          <w:szCs w:val="24"/>
          <w:rtl w:val="0"/>
        </w:rPr>
        <w:t xml:space="preserve">even as his boyish smile  aged into a scowl. </w:t>
      </w:r>
    </w:p>
    <w:p w:rsidR="00000000" w:rsidDel="00000000" w:rsidP="00000000" w:rsidRDefault="00000000" w:rsidRPr="00000000" w14:paraId="00000148">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49">
      <w:pPr>
        <w:spacing w:after="240" w:befor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A">
      <w:pPr>
        <w:spacing w:after="240" w:befor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B">
      <w:pPr>
        <w:spacing w:after="240" w:before="240" w:lineRule="auto"/>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14C">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Outskirts of the Shore- Night</w:t>
      </w:r>
      <w:r w:rsidDel="00000000" w:rsidR="00000000" w:rsidRPr="00000000">
        <w:rPr>
          <w:rtl w:val="0"/>
        </w:rPr>
      </w:r>
    </w:p>
    <w:p w:rsidR="00000000" w:rsidDel="00000000" w:rsidP="00000000" w:rsidRDefault="00000000" w:rsidRPr="00000000" w14:paraId="0000014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evening was tense. Smoke hung low, the air pulsing with distant drums. Kobe moved through the haze, his small claws quick against the scorched ground. The world glowed red, as if lit from below.</w:t>
      </w:r>
    </w:p>
    <w:p w:rsidR="00000000" w:rsidDel="00000000" w:rsidP="00000000" w:rsidRDefault="00000000" w:rsidRPr="00000000" w14:paraId="000001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walked faster, but nothing looked familiar. When he turned to look back, the path was gone.</w:t>
        <w:br w:type="textWrapping"/>
      </w:r>
    </w:p>
    <w:p w:rsidR="00000000" w:rsidDel="00000000" w:rsidP="00000000" w:rsidRDefault="00000000" w:rsidRPr="00000000" w14:paraId="0000014F">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Then the shadows moved.</w:t>
      </w:r>
    </w:p>
    <w:p w:rsidR="00000000" w:rsidDel="00000000" w:rsidP="00000000" w:rsidRDefault="00000000" w:rsidRPr="00000000" w14:paraId="000001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crabs stepped from the smoke—thin and scarred, shells streaked with ash and pale blue markings. They looked like exiles from another tide, hardened by hunger and heat.</w:t>
      </w:r>
    </w:p>
    <w:p w:rsidR="00000000" w:rsidDel="00000000" w:rsidP="00000000" w:rsidRDefault="00000000" w:rsidRPr="00000000" w14:paraId="000001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tallest tilted his head. “You crawled far from home, little crab. Do you even know where you are?”</w:t>
      </w:r>
    </w:p>
    <w:p w:rsidR="00000000" w:rsidDel="00000000" w:rsidP="00000000" w:rsidRDefault="00000000" w:rsidRPr="00000000" w14:paraId="000001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backed away, claws trembling. “I… I didn’t mean to—”</w:t>
      </w:r>
    </w:p>
    <w:p w:rsidR="00000000" w:rsidDel="00000000" w:rsidP="00000000" w:rsidRDefault="00000000" w:rsidRPr="00000000" w14:paraId="000001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leader’s voice cut sharp. “Didn’t mean to what? Wander into the Deadzone? Nobody stumbles here.”</w:t>
      </w:r>
    </w:p>
    <w:p w:rsidR="00000000" w:rsidDel="00000000" w:rsidP="00000000" w:rsidRDefault="00000000" w:rsidRPr="00000000" w14:paraId="000001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slimmer crab chuckled. “No need to shake, kid. We just get bored out here. </w:t>
      </w:r>
      <w:r w:rsidDel="00000000" w:rsidR="00000000" w:rsidRPr="00000000">
        <w:rPr>
          <w:rFonts w:ascii="Times New Roman" w:cs="Times New Roman" w:eastAsia="Times New Roman" w:hAnsi="Times New Roman"/>
          <w:sz w:val="24"/>
          <w:szCs w:val="24"/>
          <w:rtl w:val="0"/>
        </w:rPr>
        <w:t xml:space="preserve">Thought</w:t>
      </w:r>
      <w:r w:rsidDel="00000000" w:rsidR="00000000" w:rsidRPr="00000000">
        <w:rPr>
          <w:rFonts w:ascii="Times New Roman" w:cs="Times New Roman" w:eastAsia="Times New Roman" w:hAnsi="Times New Roman"/>
          <w:sz w:val="24"/>
          <w:szCs w:val="24"/>
          <w:rtl w:val="0"/>
        </w:rPr>
        <w:t xml:space="preserve"> we might have a little fun.”</w:t>
      </w:r>
    </w:p>
    <w:p w:rsidR="00000000" w:rsidDel="00000000" w:rsidP="00000000" w:rsidRDefault="00000000" w:rsidRPr="00000000" w14:paraId="0000015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bulky one spoke. His voice rolled slow and heavy, laced with Creole rhythm—half-laugh, half-warning.</w:t>
      </w:r>
    </w:p>
    <w:p w:rsidR="00000000" w:rsidDel="00000000" w:rsidP="00000000" w:rsidRDefault="00000000" w:rsidRPr="00000000" w14:paraId="000001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“Ayy, lemme tell you somet’ing, lil’ crab,” he said, licking his </w:t>
      </w:r>
      <w:r w:rsidDel="00000000" w:rsidR="00000000" w:rsidRPr="00000000">
        <w:rPr>
          <w:rFonts w:ascii="Times New Roman" w:cs="Times New Roman" w:eastAsia="Times New Roman" w:hAnsi="Times New Roman"/>
          <w:sz w:val="24"/>
          <w:szCs w:val="24"/>
          <w:rtl w:val="0"/>
        </w:rPr>
        <w:t xml:space="preserve">claw</w:t>
      </w:r>
      <w:r w:rsidDel="00000000" w:rsidR="00000000" w:rsidRPr="00000000">
        <w:rPr>
          <w:rFonts w:ascii="Times New Roman" w:cs="Times New Roman" w:eastAsia="Times New Roman" w:hAnsi="Times New Roman"/>
          <w:sz w:val="24"/>
          <w:szCs w:val="24"/>
          <w:rtl w:val="0"/>
        </w:rPr>
        <w:t xml:space="preserve">. “Fun </w:t>
      </w:r>
      <w:r w:rsidDel="00000000" w:rsidR="00000000" w:rsidRPr="00000000">
        <w:rPr>
          <w:rFonts w:ascii="Times New Roman" w:cs="Times New Roman" w:eastAsia="Times New Roman" w:hAnsi="Times New Roman"/>
          <w:sz w:val="24"/>
          <w:szCs w:val="24"/>
          <w:rtl w:val="0"/>
        </w:rPr>
        <w:t xml:space="preserve">start</w:t>
      </w:r>
      <w:r w:rsidDel="00000000" w:rsidR="00000000" w:rsidRPr="00000000">
        <w:rPr>
          <w:rFonts w:ascii="Times New Roman" w:cs="Times New Roman" w:eastAsia="Times New Roman" w:hAnsi="Times New Roman"/>
          <w:sz w:val="24"/>
          <w:szCs w:val="24"/>
          <w:rtl w:val="0"/>
        </w:rPr>
        <w:t xml:space="preserve"> when you run. You run fast, maybe you </w:t>
      </w:r>
      <w:r w:rsidDel="00000000" w:rsidR="00000000" w:rsidRPr="00000000">
        <w:rPr>
          <w:rFonts w:ascii="Times New Roman" w:cs="Times New Roman" w:eastAsia="Times New Roman" w:hAnsi="Times New Roman"/>
          <w:sz w:val="24"/>
          <w:szCs w:val="24"/>
          <w:rtl w:val="0"/>
        </w:rPr>
        <w:t xml:space="preserve">see sun</w:t>
      </w:r>
      <w:r w:rsidDel="00000000" w:rsidR="00000000" w:rsidRPr="00000000">
        <w:rPr>
          <w:rFonts w:ascii="Times New Roman" w:cs="Times New Roman" w:eastAsia="Times New Roman" w:hAnsi="Times New Roman"/>
          <w:sz w:val="24"/>
          <w:szCs w:val="24"/>
          <w:rtl w:val="0"/>
        </w:rPr>
        <w:t xml:space="preserve"> again. You run slow…” He grinned, teeth catching the red light. “…and we crack you open </w:t>
      </w:r>
      <w:r w:rsidDel="00000000" w:rsidR="00000000" w:rsidRPr="00000000">
        <w:rPr>
          <w:rFonts w:ascii="Times New Roman" w:cs="Times New Roman" w:eastAsia="Times New Roman" w:hAnsi="Times New Roman"/>
          <w:sz w:val="24"/>
          <w:szCs w:val="24"/>
          <w:rtl w:val="0"/>
        </w:rPr>
        <w:t xml:space="preserve">fo’</w:t>
      </w:r>
      <w:r w:rsidDel="00000000" w:rsidR="00000000" w:rsidRPr="00000000">
        <w:rPr>
          <w:rFonts w:ascii="Times New Roman" w:cs="Times New Roman" w:eastAsia="Times New Roman" w:hAnsi="Times New Roman"/>
          <w:sz w:val="24"/>
          <w:szCs w:val="24"/>
          <w:rtl w:val="0"/>
        </w:rPr>
        <w:t xml:space="preserve"> supper, ya hear?”</w:t>
      </w:r>
    </w:p>
    <w:p w:rsidR="00000000" w:rsidDel="00000000" w:rsidP="00000000" w:rsidRDefault="00000000" w:rsidRPr="00000000" w14:paraId="000001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smirked. “Heh. Sounds fair to me.”</w:t>
      </w:r>
    </w:p>
    <w:p w:rsidR="00000000" w:rsidDel="00000000" w:rsidP="00000000" w:rsidRDefault="00000000" w:rsidRPr="00000000" w14:paraId="000001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slimmer one nodded eagerly. “I say we give him a head start.”</w:t>
      </w:r>
    </w:p>
    <w:p w:rsidR="00000000" w:rsidDel="00000000" w:rsidP="00000000" w:rsidRDefault="00000000" w:rsidRPr="00000000" w14:paraId="000001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closer, closing the triangle. Kobe froze, his body rigid, breath shallow.</w:t>
        <w:br w:type="textWrapping"/>
        <w:t xml:space="preserve">Then another voice slid through the smoke.</w:t>
      </w:r>
    </w:p>
    <w:p w:rsidR="00000000" w:rsidDel="00000000" w:rsidP="00000000" w:rsidRDefault="00000000" w:rsidRPr="00000000" w14:paraId="0000015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Or</w:t>
      </w:r>
      <w:r w:rsidDel="00000000" w:rsidR="00000000" w:rsidRPr="00000000">
        <w:rPr>
          <w:rFonts w:ascii="Times New Roman" w:cs="Times New Roman" w:eastAsia="Times New Roman" w:hAnsi="Times New Roman"/>
          <w:sz w:val="24"/>
          <w:szCs w:val="24"/>
          <w:rtl w:val="0"/>
        </w:rPr>
        <w:t xml:space="preserve"> you could let him go—and keep your shells intact.”</w:t>
      </w:r>
    </w:p>
    <w:p w:rsidR="00000000" w:rsidDel="00000000" w:rsidP="00000000" w:rsidRDefault="00000000" w:rsidRPr="00000000" w14:paraId="000001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stepped into view, his massive frame blotting out the red haze. Shadow swallowing the ground.</w:t>
      </w:r>
    </w:p>
    <w:p w:rsidR="00000000" w:rsidDel="00000000" w:rsidP="00000000" w:rsidRDefault="00000000" w:rsidRPr="00000000" w14:paraId="0000015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leader laughed—a harsh, barking sound that scraped the air. For Bosston, it was too familiar. Memories flashed: boys mocking his sister as she wailed, their laughter sharp and cruel.</w:t>
      </w:r>
    </w:p>
    <w:p w:rsidR="00000000" w:rsidDel="00000000" w:rsidP="00000000" w:rsidRDefault="00000000" w:rsidRPr="00000000" w14:paraId="0000015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What’s wrong, big guy? Too slow to catch us?</w:t>
      </w:r>
    </w:p>
    <w:p w:rsidR="00000000" w:rsidDel="00000000" w:rsidP="00000000" w:rsidRDefault="00000000" w:rsidRPr="00000000" w14:paraId="000001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memory and the present merged—Rage filling the space between both.</w:t>
      </w:r>
    </w:p>
    <w:p w:rsidR="00000000" w:rsidDel="00000000" w:rsidP="00000000" w:rsidRDefault="00000000" w:rsidRPr="00000000" w14:paraId="000001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roared and lunged. His claws struck like hammers, hurling the leader against the rocks. Another crab turned to flee—Bosston’s kick sent him sprawling. </w:t>
      </w:r>
    </w:p>
    <w:p w:rsidR="00000000" w:rsidDel="00000000" w:rsidP="00000000" w:rsidRDefault="00000000" w:rsidRPr="00000000" w14:paraId="000001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bulky one charged, the ground shaking beneath his weight. </w:t>
      </w: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met him head-on, their shells cracking together with the sound of thunder.</w:t>
      </w:r>
    </w:p>
    <w:p w:rsidR="00000000" w:rsidDel="00000000" w:rsidP="00000000" w:rsidRDefault="00000000" w:rsidRPr="00000000" w14:paraId="000001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watched, stunned. </w:t>
      </w: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moved like a storm—outnumbered but unstoppable.</w:t>
      </w:r>
    </w:p>
    <w:p w:rsidR="00000000" w:rsidDel="00000000" w:rsidP="00000000" w:rsidRDefault="00000000" w:rsidRPr="00000000" w14:paraId="000001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Bosston’s eyes found him. “What are you doing? Run!”</w:t>
      </w:r>
    </w:p>
    <w:p w:rsidR="00000000" w:rsidDel="00000000" w:rsidP="00000000" w:rsidRDefault="00000000" w:rsidRPr="00000000" w14:paraId="0000016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command tore Kobe free. He bolted through the smoke, legs burning, the drums pounding faster and faster until the sound vanished altogether. He tripped over a vine and crashed hard into the sand.</w:t>
      </w:r>
    </w:p>
    <w:p w:rsidR="00000000" w:rsidDel="00000000" w:rsidP="00000000" w:rsidRDefault="00000000" w:rsidRPr="00000000" w14:paraId="00000164">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6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lifted his head, the red haze was gone. Moonlight shimmered on the river. Bosston loomed above him, breathing hard but steady.</w:t>
      </w:r>
    </w:p>
    <w:p w:rsidR="00000000" w:rsidDel="00000000" w:rsidP="00000000" w:rsidRDefault="00000000" w:rsidRPr="00000000" w14:paraId="000001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were you out there tonight?” His tone was flat.</w:t>
        <w:br w:type="textWrapping"/>
        <w:t xml:space="preserve"> “I got lost,” Kobe whispered. “I’m sorry. Thank you for saving me.”</w:t>
      </w:r>
    </w:p>
    <w:p w:rsidR="00000000" w:rsidDel="00000000" w:rsidP="00000000" w:rsidRDefault="00000000" w:rsidRPr="00000000" w14:paraId="000001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Bosston’s gaze hardened. “Because of you, we may have started a war with those exiles.” The words hung like a sentence. “Training. Tomorrow. Show up on time and maybe we’ll forget this night ever happened.”</w:t>
      </w:r>
    </w:p>
    <w:p w:rsidR="00000000" w:rsidDel="00000000" w:rsidP="00000000" w:rsidRDefault="00000000" w:rsidRPr="00000000" w14:paraId="000001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leave. After a few steps, his voice cut back through the dark.</w:t>
        <w:br w:type="textWrapping"/>
        <w:t xml:space="preserve">“Next time you decide to wander off, you may just lose more than your footing.” With the venom of his words still in the air, he slipped into the shadows. </w:t>
      </w:r>
      <w:r w:rsidDel="00000000" w:rsidR="00000000" w:rsidRPr="00000000">
        <w:rPr>
          <w:rFonts w:ascii="Times New Roman" w:cs="Times New Roman" w:eastAsia="Times New Roman" w:hAnsi="Times New Roman"/>
          <w:i w:val="1"/>
          <w:sz w:val="24"/>
          <w:szCs w:val="24"/>
          <w:rtl w:val="0"/>
        </w:rPr>
        <w:t xml:space="preserve">By dawn, the memory of kind patience instilled in a small crab had hardened into the command of a treacherous leader. </w:t>
      </w:r>
      <w:r w:rsidDel="00000000" w:rsidR="00000000" w:rsidRPr="00000000">
        <w:rPr>
          <w:rtl w:val="0"/>
        </w:rPr>
      </w:r>
    </w:p>
    <w:p w:rsidR="00000000" w:rsidDel="00000000" w:rsidP="00000000" w:rsidRDefault="00000000" w:rsidRPr="00000000" w14:paraId="00000169">
      <w:pPr>
        <w:spacing w:after="240" w:befor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after="240" w:befor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557882</wp:posOffset>
            </wp:positionV>
            <wp:extent cx="190500" cy="314817"/>
            <wp:effectExtent b="0" l="0" r="0" t="0"/>
            <wp:wrapNone/>
            <wp:docPr id="1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90500" cy="314817"/>
                    </a:xfrm>
                    <a:prstGeom prst="rect"/>
                    <a:ln/>
                  </pic:spPr>
                </pic:pic>
              </a:graphicData>
            </a:graphic>
          </wp:anchor>
        </w:drawing>
      </w:r>
    </w:p>
    <w:p w:rsidR="00000000" w:rsidDel="00000000" w:rsidP="00000000" w:rsidRDefault="00000000" w:rsidRPr="00000000" w14:paraId="000001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ago, Spider sat before a steaming bowl of yams when Turtle knocked at his door. Though hospitality demanded he share, Spider’s greed got the better of him. Each time Turtle reached for a yam, Spider found an excuse—sending him away to wash his hands until all the food was gone.</w:t>
      </w:r>
    </w:p>
    <w:p w:rsidR="00000000" w:rsidDel="00000000" w:rsidP="00000000" w:rsidRDefault="00000000" w:rsidRPr="00000000" w14:paraId="0000016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Days later, Turtle invited Spider to lunch beneath the sea. To reach the table, Spider filled his coat with stones and sank below. But just as he reached for the food, Turtle reminded him that it was rude to wear a coat at the table. The moment Spider removed it, he shot back to the surface as Turtle laughed below.</w:t>
      </w:r>
    </w:p>
    <w:p w:rsidR="00000000" w:rsidDel="00000000" w:rsidP="00000000" w:rsidRDefault="00000000" w:rsidRPr="00000000" w14:paraId="0000016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the dance between cleverness and wisdom, deceit may win the moment—but truth and patience have the last meal.</w:t>
      </w:r>
    </w:p>
    <w:p w:rsidR="00000000" w:rsidDel="00000000" w:rsidP="00000000" w:rsidRDefault="00000000" w:rsidRPr="00000000" w14:paraId="0000016E">
      <w:pPr>
        <w:spacing w:after="240" w:before="240" w:lineRule="auto"/>
        <w:jc w:val="left"/>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—Anansi and the Turtle, African Folklore </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tl w:val="0"/>
        </w:rPr>
      </w:r>
    </w:p>
    <w:p w:rsidR="00000000" w:rsidDel="00000000" w:rsidP="00000000" w:rsidRDefault="00000000" w:rsidRPr="00000000" w14:paraId="0000016F">
      <w:pPr>
        <w:spacing w:after="240" w:before="240" w:lineRule="auto"/>
        <w:ind w:left="1440" w:firstLine="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1">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5">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after="240" w:before="24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9">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A">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B">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C">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7D">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17E">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5: Caught in the Storm- </w:t>
      </w:r>
      <w:r w:rsidDel="00000000" w:rsidR="00000000" w:rsidRPr="00000000">
        <w:rPr>
          <w:rFonts w:ascii="Times New Roman" w:cs="Times New Roman" w:eastAsia="Times New Roman" w:hAnsi="Times New Roman"/>
          <w:sz w:val="24"/>
          <w:szCs w:val="24"/>
          <w:u w:val="single"/>
          <w:rtl w:val="0"/>
        </w:rPr>
        <w:t xml:space="preserve">Kobe</w:t>
      </w:r>
    </w:p>
    <w:p w:rsidR="00000000" w:rsidDel="00000000" w:rsidP="00000000" w:rsidRDefault="00000000" w:rsidRPr="00000000" w14:paraId="0000017F">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Flats- Late Evening </w:t>
      </w:r>
    </w:p>
    <w:p w:rsidR="00000000" w:rsidDel="00000000" w:rsidP="00000000" w:rsidRDefault="00000000" w:rsidRPr="00000000" w14:paraId="0000018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tore across the flats, rattling the empty stalls until their mats spun through the air like torn banners.</w:t>
      </w:r>
    </w:p>
    <w:p w:rsidR="00000000" w:rsidDel="00000000" w:rsidP="00000000" w:rsidRDefault="00000000" w:rsidRPr="00000000" w14:paraId="0000018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watched as Bosston’s figure grew smaller—the promise of his lesson shrinking with the echo of each step. </w:t>
      </w:r>
    </w:p>
    <w:p w:rsidR="00000000" w:rsidDel="00000000" w:rsidP="00000000" w:rsidRDefault="00000000" w:rsidRPr="00000000" w14:paraId="0000018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 crouched low, shouting above the howl. </w:t>
      </w:r>
    </w:p>
    <w:p w:rsidR="00000000" w:rsidDel="00000000" w:rsidP="00000000" w:rsidRDefault="00000000" w:rsidRPr="00000000" w14:paraId="000001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we shouldn’t be out here!” Snap shouted, pushing through the grit toward Kobe. He closed his eyes, reaching out for Kobe through the tempest. </w:t>
      </w:r>
    </w:p>
    <w:p w:rsidR="00000000" w:rsidDel="00000000" w:rsidP="00000000" w:rsidRDefault="00000000" w:rsidRPr="00000000" w14:paraId="000001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Farther ahead, Kobe staggered, legs sinking into wet sand.</w:t>
      </w:r>
    </w:p>
    <w:p w:rsidR="00000000" w:rsidDel="00000000" w:rsidP="00000000" w:rsidRDefault="00000000" w:rsidRPr="00000000" w14:paraId="000001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Snap cried. “Hang on!”</w:t>
      </w:r>
    </w:p>
    <w:p w:rsidR="00000000" w:rsidDel="00000000" w:rsidP="00000000" w:rsidRDefault="00000000" w:rsidRPr="00000000" w14:paraId="000001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each other, claws locking—two sparks of defiance against the storm.</w:t>
      </w:r>
    </w:p>
    <w:p w:rsidR="00000000" w:rsidDel="00000000" w:rsidP="00000000" w:rsidRDefault="00000000" w:rsidRPr="00000000" w14:paraId="000001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sky split red.</w:t>
      </w:r>
    </w:p>
    <w:p w:rsidR="00000000" w:rsidDel="00000000" w:rsidP="00000000" w:rsidRDefault="00000000" w:rsidRPr="00000000" w14:paraId="000001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gull screamed overhead, cutting through the wind. Another followed, wings carving the air.</w:t>
      </w:r>
    </w:p>
    <w:p w:rsidR="00000000" w:rsidDel="00000000" w:rsidP="00000000" w:rsidRDefault="00000000" w:rsidRPr="00000000" w14:paraId="000001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looked up too late.</w:t>
      </w:r>
    </w:p>
    <w:p w:rsidR="00000000" w:rsidDel="00000000" w:rsidP="00000000" w:rsidRDefault="00000000" w:rsidRPr="00000000" w14:paraId="000001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bird dove, beak closing around Snap in a blur of motion.</w:t>
      </w:r>
    </w:p>
    <w:p w:rsidR="00000000" w:rsidDel="00000000" w:rsidP="00000000" w:rsidRDefault="00000000" w:rsidRPr="00000000" w14:paraId="000001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Snap’s scream pierced the gale. </w:t>
      </w:r>
    </w:p>
    <w:p w:rsidR="00000000" w:rsidDel="00000000" w:rsidP="00000000" w:rsidRDefault="00000000" w:rsidRPr="00000000" w14:paraId="000001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w:t>
      </w:r>
    </w:p>
    <w:p w:rsidR="00000000" w:rsidDel="00000000" w:rsidP="00000000" w:rsidRDefault="00000000" w:rsidRPr="00000000" w14:paraId="000001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thrashed, claws striking emptiness as the gull climbed higher, his body twisting in the rain. For an instant their eyes met—fear, anger, disbelief.</w:t>
      </w:r>
    </w:p>
    <w:p w:rsidR="00000000" w:rsidDel="00000000" w:rsidP="00000000" w:rsidRDefault="00000000" w:rsidRPr="00000000" w14:paraId="000001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lunged forward, reaching—but the wind hurled a scrap of wet paper into his face. He tore it away in time to see the bird vanish into the red sky, Snap’s outline dissolving to nothing.</w:t>
      </w:r>
    </w:p>
    <w:p w:rsidR="00000000" w:rsidDel="00000000" w:rsidP="00000000" w:rsidRDefault="00000000" w:rsidRPr="00000000" w14:paraId="000001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storm collapsed.</w:t>
      </w:r>
    </w:p>
    <w:p w:rsidR="00000000" w:rsidDel="00000000" w:rsidP="00000000" w:rsidRDefault="00000000" w:rsidRPr="00000000" w14:paraId="000001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stilled. Rain softened.</w:t>
      </w:r>
    </w:p>
    <w:p w:rsidR="00000000" w:rsidDel="00000000" w:rsidP="00000000" w:rsidRDefault="00000000" w:rsidRPr="00000000" w14:paraId="000001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him, the flats laid quiet—emptied, </w:t>
      </w:r>
      <w:r w:rsidDel="00000000" w:rsidR="00000000" w:rsidRPr="00000000">
        <w:rPr>
          <w:rFonts w:ascii="Times New Roman" w:cs="Times New Roman" w:eastAsia="Times New Roman" w:hAnsi="Times New Roman"/>
          <w:i w:val="1"/>
          <w:sz w:val="24"/>
          <w:szCs w:val="24"/>
          <w:rtl w:val="0"/>
        </w:rPr>
        <w:t xml:space="preserve">breathless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2">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quiet followed Kobe. Each step dragged heavier than the last. By the time the camp’s fires came into view, the night had changed again.</w:t>
      </w:r>
    </w:p>
    <w:p w:rsidR="00000000" w:rsidDel="00000000" w:rsidP="00000000" w:rsidRDefault="00000000" w:rsidRPr="00000000" w14:paraId="000001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Flames leapt high; smoke curled lazily into the sky. Crabs clustered near the light, shells clacking in rhythm. Laughter rose—loud and careless.</w:t>
      </w:r>
    </w:p>
    <w:p w:rsidR="00000000" w:rsidDel="00000000" w:rsidP="00000000" w:rsidRDefault="00000000" w:rsidRPr="00000000" w14:paraId="000001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them, the storm was already past.</w:t>
        <w:br w:type="textWrapping"/>
        <w:t xml:space="preserve">To Kobe, it was still raging.</w:t>
      </w:r>
    </w:p>
    <w:p w:rsidR="00000000" w:rsidDel="00000000" w:rsidP="00000000" w:rsidRDefault="00000000" w:rsidRPr="00000000" w14:paraId="000001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at the edge of the circle, trembling in the dark.</w:t>
      </w:r>
    </w:p>
    <w:p w:rsidR="00000000" w:rsidDel="00000000" w:rsidP="00000000" w:rsidRDefault="00000000" w:rsidRPr="00000000" w14:paraId="000001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elder crab shuffled forward—scarred and kind-eyed.</w:t>
      </w:r>
    </w:p>
    <w:p w:rsidR="00000000" w:rsidDel="00000000" w:rsidP="00000000" w:rsidRDefault="00000000" w:rsidRPr="00000000" w14:paraId="000001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who it is,” he rasped. “Kobe the traveler. A wise crab once said, not every wanderer is lost. So tell me—which one are you?” he said between a laugh.</w:t>
      </w:r>
    </w:p>
    <w:p w:rsidR="00000000" w:rsidDel="00000000" w:rsidP="00000000" w:rsidRDefault="00000000" w:rsidRPr="00000000" w14:paraId="000001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tried to answer, but the elder raised a claw. His voice softened.</w:t>
      </w:r>
    </w:p>
    <w:p w:rsidR="00000000" w:rsidDel="00000000" w:rsidP="00000000" w:rsidRDefault="00000000" w:rsidRPr="00000000" w14:paraId="000001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“What’s got your shell so stiff tonight? You’re usually so upbeat.”</w:t>
      </w:r>
    </w:p>
    <w:p w:rsidR="00000000" w:rsidDel="00000000" w:rsidP="00000000" w:rsidRDefault="00000000" w:rsidRPr="00000000" w14:paraId="000001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voice broke. “I’m sorry elder, but honestly no one wants me here. Because of me, I lost the only friend that accepted me in this tribe.”</w:t>
      </w:r>
    </w:p>
    <w:p w:rsidR="00000000" w:rsidDel="00000000" w:rsidP="00000000" w:rsidRDefault="00000000" w:rsidRPr="00000000" w14:paraId="000001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“Shhh,” the old crab put a claw to his mouth.. His gaze drifted to the river, black and restless under the moon. “You’re not like the crabs around here, and that’s not a bad thing. That song in your heart—it was given to you by our ancestors. Don’t let it be silenced.”</w:t>
      </w:r>
    </w:p>
    <w:p w:rsidR="00000000" w:rsidDel="00000000" w:rsidP="00000000" w:rsidRDefault="00000000" w:rsidRPr="00000000" w14:paraId="000001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followed his eyes to the dark water.</w:t>
      </w:r>
    </w:p>
    <w:p w:rsidR="00000000" w:rsidDel="00000000" w:rsidP="00000000" w:rsidRDefault="00000000" w:rsidRPr="00000000" w14:paraId="000001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“Always remember, no matter how far a stream flows,” he bent low, “it never forgets its source.”</w:t>
      </w:r>
    </w:p>
    <w:p w:rsidR="00000000" w:rsidDel="00000000" w:rsidP="00000000" w:rsidRDefault="00000000" w:rsidRPr="00000000" w14:paraId="000001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laid a steady claw on Kobe’s shoulder, then returned to the firelight.</w:t>
      </w:r>
    </w:p>
    <w:p w:rsidR="00000000" w:rsidDel="00000000" w:rsidP="00000000" w:rsidRDefault="00000000" w:rsidRPr="00000000" w14:paraId="000001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lingered at the river’s edge. The current shimmered beneath the moon, carrying whispers toward the sea. </w:t>
      </w:r>
    </w:p>
    <w:p w:rsidR="00000000" w:rsidDel="00000000" w:rsidP="00000000" w:rsidRDefault="00000000" w:rsidRPr="00000000" w14:paraId="000001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Far off, a cargo ship cut through the waves, its lights faint but certain.</w:t>
      </w:r>
    </w:p>
    <w:p w:rsidR="00000000" w:rsidDel="00000000" w:rsidP="00000000" w:rsidRDefault="00000000" w:rsidRPr="00000000" w14:paraId="000001A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smile touched his face as he slowly moved toward the ship—eyes wide with possibilities. </w:t>
      </w:r>
      <w:r w:rsidDel="00000000" w:rsidR="00000000" w:rsidRPr="00000000">
        <w:rPr>
          <w:rFonts w:ascii="Times New Roman" w:cs="Times New Roman" w:eastAsia="Times New Roman" w:hAnsi="Times New Roman"/>
          <w:i w:val="1"/>
          <w:sz w:val="24"/>
          <w:szCs w:val="24"/>
          <w:rtl w:val="0"/>
        </w:rPr>
        <w:t xml:space="preserve">Across that same ocean, Leila stirred awake—her hand brushing against a letter that would soon open the door to her own journey. </w:t>
      </w:r>
    </w:p>
    <w:p w:rsidR="00000000" w:rsidDel="00000000" w:rsidP="00000000" w:rsidRDefault="00000000" w:rsidRPr="00000000" w14:paraId="000001A3">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A4">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330950</wp:posOffset>
            </wp:positionV>
            <wp:extent cx="190500" cy="314817"/>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90500" cy="314817"/>
                    </a:xfrm>
                    <a:prstGeom prst="rect"/>
                    <a:ln/>
                  </pic:spPr>
                </pic:pic>
              </a:graphicData>
            </a:graphic>
          </wp:anchor>
        </w:drawing>
      </w:r>
    </w:p>
    <w:p w:rsidR="00000000" w:rsidDel="00000000" w:rsidP="00000000" w:rsidRDefault="00000000" w:rsidRPr="00000000" w14:paraId="000001A5">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6: The Letter- </w:t>
      </w:r>
      <w:r w:rsidDel="00000000" w:rsidR="00000000" w:rsidRPr="00000000">
        <w:rPr>
          <w:rFonts w:ascii="Times New Roman" w:cs="Times New Roman" w:eastAsia="Times New Roman" w:hAnsi="Times New Roman"/>
          <w:sz w:val="24"/>
          <w:szCs w:val="24"/>
          <w:u w:val="single"/>
          <w:rtl w:val="0"/>
        </w:rPr>
        <w:t xml:space="preserve">Leila</w:t>
      </w:r>
    </w:p>
    <w:p w:rsidR="00000000" w:rsidDel="00000000" w:rsidP="00000000" w:rsidRDefault="00000000" w:rsidRPr="00000000" w14:paraId="000001A6">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Virginia Apartment- Morning</w:t>
      </w:r>
    </w:p>
    <w:p w:rsidR="00000000" w:rsidDel="00000000" w:rsidP="00000000" w:rsidRDefault="00000000" w:rsidRPr="00000000" w14:paraId="000001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sat cross-legged on the bed, the quiet wrapped around her like a crotchet.</w:t>
        <w:br w:type="textWrapping"/>
        <w:t xml:space="preserve">Downstairs, Kwame moved through his morning routine—the clink of dishes and the scrape of a chair carrying like a second heartbeat. He always woke early. Always found peace in repetition.</w:t>
      </w:r>
    </w:p>
    <w:p w:rsidR="00000000" w:rsidDel="00000000" w:rsidP="00000000" w:rsidRDefault="00000000" w:rsidRPr="00000000" w14:paraId="000001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left her alone—safe enough to think.</w:t>
      </w:r>
    </w:p>
    <w:p w:rsidR="00000000" w:rsidDel="00000000" w:rsidP="00000000" w:rsidRDefault="00000000" w:rsidRPr="00000000" w14:paraId="000001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open the nightstand drawer and drew out a small photo album, its edges worn soft from years of handling. Dust stirred as she opened it.</w:t>
      </w:r>
    </w:p>
    <w:p w:rsidR="00000000" w:rsidDel="00000000" w:rsidP="00000000" w:rsidRDefault="00000000" w:rsidRPr="00000000" w14:paraId="000001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first photo: her, high on her father’s shoulders, a toothless grin splitting her face, braids uneven and wild. For a moment, warmth flickered—then vanished.</w:t>
      </w:r>
    </w:p>
    <w:p w:rsidR="00000000" w:rsidDel="00000000" w:rsidP="00000000" w:rsidRDefault="00000000" w:rsidRPr="00000000" w14:paraId="000001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next photo, she sat at a small desk, arms folded tight. The backdrop was gray, the light flat against a make-shift classroom. She remembered the day—the shelter’s photographer pleading for her to smile.</w:t>
      </w:r>
    </w:p>
    <w:p w:rsidR="00000000" w:rsidDel="00000000" w:rsidP="00000000" w:rsidRDefault="00000000" w:rsidRPr="00000000" w14:paraId="000001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 not.</w:t>
      </w:r>
    </w:p>
    <w:p w:rsidR="00000000" w:rsidDel="00000000" w:rsidP="00000000" w:rsidRDefault="00000000" w:rsidRPr="00000000" w14:paraId="000001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parents had promised the stay was only temporary. </w:t>
      </w:r>
      <w:r w:rsidDel="00000000" w:rsidR="00000000" w:rsidRPr="00000000">
        <w:rPr>
          <w:rFonts w:ascii="Times New Roman" w:cs="Times New Roman" w:eastAsia="Times New Roman" w:hAnsi="Times New Roman"/>
          <w:i w:val="1"/>
          <w:sz w:val="24"/>
          <w:szCs w:val="24"/>
          <w:rtl w:val="0"/>
        </w:rPr>
        <w:t xml:space="preserve">You’ll be home soon</w:t>
      </w:r>
      <w:r w:rsidDel="00000000" w:rsidR="00000000" w:rsidRPr="00000000">
        <w:rPr>
          <w:rFonts w:ascii="Times New Roman" w:cs="Times New Roman" w:eastAsia="Times New Roman" w:hAnsi="Times New Roman"/>
          <w:sz w:val="24"/>
          <w:szCs w:val="24"/>
          <w:rtl w:val="0"/>
        </w:rPr>
        <w:t xml:space="preserve">, they promised. She wanted to believe them.</w:t>
      </w:r>
    </w:p>
    <w:p w:rsidR="00000000" w:rsidDel="00000000" w:rsidP="00000000" w:rsidRDefault="00000000" w:rsidRPr="00000000" w14:paraId="000001A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 warmth drained from her chest. She snapped the album shut and shoved it back in the drawer.</w:t>
      </w:r>
    </w:p>
    <w:p w:rsidR="00000000" w:rsidDel="00000000" w:rsidP="00000000" w:rsidRDefault="00000000" w:rsidRPr="00000000" w14:paraId="000001A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 envelope waited in its place. She hesitated before unfolding it, her eyes tracing each familiar line.</w:t>
      </w:r>
    </w:p>
    <w:p w:rsidR="00000000" w:rsidDel="00000000" w:rsidP="00000000" w:rsidRDefault="00000000" w:rsidRPr="00000000" w14:paraId="000001B0">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*My dearest Leila,</w:t>
        <w:br w:type="textWrapping"/>
        <w:t xml:space="preserve">Your father is very sick. The doctors say he may not recover. He grows weaker every day. I beg you—write us back. Call us. Come home. Your father longs to hear your voice, even once more. Do not let him leave this world believing his daughter has forgotten him. </w:t>
      </w:r>
    </w:p>
    <w:p w:rsidR="00000000" w:rsidDel="00000000" w:rsidP="00000000" w:rsidRDefault="00000000" w:rsidRPr="00000000" w14:paraId="000001B1">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With love,</w:t>
        <w:br w:type="textWrapping"/>
        <w:t xml:space="preserve">Mama*</w:t>
      </w:r>
    </w:p>
    <w:p w:rsidR="00000000" w:rsidDel="00000000" w:rsidP="00000000" w:rsidRDefault="00000000" w:rsidRPr="00000000" w14:paraId="000001B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wiped at her eyes before the last line blurred. The ache pressed heavier than paper.</w:t>
        <w:br w:type="textWrapping"/>
        <w:t xml:space="preserve">For a long moment, she sat motionless—then shoved the letter back into the drawer and slid it shut, as if wood could silence guilt.</w:t>
      </w:r>
    </w:p>
    <w:p w:rsidR="00000000" w:rsidDel="00000000" w:rsidP="00000000" w:rsidRDefault="00000000" w:rsidRPr="00000000" w14:paraId="000001B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stripped and stepped into the shower. Steam gathered fast, but her mind drifted backward—to her father, strong and laughing, spinning her until she squealed.</w:t>
      </w:r>
    </w:p>
    <w:p w:rsidR="00000000" w:rsidDel="00000000" w:rsidP="00000000" w:rsidRDefault="00000000" w:rsidRPr="00000000" w14:paraId="000001B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his rough hands guiding hers as they tossed shells into the tide.</w:t>
      </w:r>
    </w:p>
    <w:p w:rsidR="00000000" w:rsidDel="00000000" w:rsidP="00000000" w:rsidRDefault="00000000" w:rsidRPr="00000000" w14:paraId="000001B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pressed her forehead to the cool tile. The sting of memory </w:t>
      </w:r>
      <w:r w:rsidDel="00000000" w:rsidR="00000000" w:rsidRPr="00000000">
        <w:rPr>
          <w:rFonts w:ascii="Times New Roman" w:cs="Times New Roman" w:eastAsia="Times New Roman" w:hAnsi="Times New Roman"/>
          <w:i w:val="1"/>
          <w:sz w:val="24"/>
          <w:szCs w:val="24"/>
          <w:rtl w:val="0"/>
        </w:rPr>
        <w:t xml:space="preserve">burned</w:t>
      </w:r>
      <w:r w:rsidDel="00000000" w:rsidR="00000000" w:rsidRPr="00000000">
        <w:rPr>
          <w:rFonts w:ascii="Times New Roman" w:cs="Times New Roman" w:eastAsia="Times New Roman" w:hAnsi="Times New Roman"/>
          <w:sz w:val="24"/>
          <w:szCs w:val="24"/>
          <w:rtl w:val="0"/>
        </w:rPr>
        <w:t xml:space="preserve"> hotter than the water.</w:t>
      </w:r>
    </w:p>
    <w:p w:rsidR="00000000" w:rsidDel="00000000" w:rsidP="00000000" w:rsidRDefault="00000000" w:rsidRPr="00000000" w14:paraId="000001B6">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B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she came downstairs, Kwame was hunched over a bowl of gari, spoon scraping in rhythm.</w:t>
        <w:br w:type="textWrapping"/>
        <w:t xml:space="preserve">Another bowl waited across from him, probably cold.</w:t>
      </w:r>
    </w:p>
    <w:p w:rsidR="00000000" w:rsidDel="00000000" w:rsidP="00000000" w:rsidRDefault="00000000" w:rsidRPr="00000000" w14:paraId="000001B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paused. For a second, she imagined sitting down—sharing even a small peace. But guilt twisted inside her.</w:t>
      </w:r>
    </w:p>
    <w:p w:rsidR="00000000" w:rsidDel="00000000" w:rsidP="00000000" w:rsidRDefault="00000000" w:rsidRPr="00000000" w14:paraId="000001B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looked up, nodding. “Morning.”</w:t>
      </w:r>
    </w:p>
    <w:p w:rsidR="00000000" w:rsidDel="00000000" w:rsidP="00000000" w:rsidRDefault="00000000" w:rsidRPr="00000000" w14:paraId="000001B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she said flatly. </w:t>
      </w:r>
    </w:p>
    <w:p w:rsidR="00000000" w:rsidDel="00000000" w:rsidP="00000000" w:rsidRDefault="00000000" w:rsidRPr="00000000" w14:paraId="000001B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said something else—something ordinary—but the words slid past her. She was already moving, bag slung over her shoulder, the door clicking shut behind her.</w:t>
      </w:r>
    </w:p>
    <w:p w:rsidR="00000000" w:rsidDel="00000000" w:rsidP="00000000" w:rsidRDefault="00000000" w:rsidRPr="00000000" w14:paraId="000001B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B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a battered van idled at the curb. Her group lounged inside, denim jackets covered in pins and protest buttons that clinked as they shifted. The air inside smelled like sweat and marker ink.</w:t>
      </w:r>
    </w:p>
    <w:p w:rsidR="00000000" w:rsidDel="00000000" w:rsidP="00000000" w:rsidRDefault="00000000" w:rsidRPr="00000000" w14:paraId="000001B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the woman in the passenger seat called, grinning. “Let’s go—we’re late!”</w:t>
      </w:r>
    </w:p>
    <w:p w:rsidR="00000000" w:rsidDel="00000000" w:rsidP="00000000" w:rsidRDefault="00000000" w:rsidRPr="00000000" w14:paraId="000001B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climbed in. The stereo blasted protest music—loud, messy, more noise than melody. The van lurched forward, laughter and drumming filling the cramped space.</w:t>
      </w:r>
    </w:p>
    <w:p w:rsidR="00000000" w:rsidDel="00000000" w:rsidP="00000000" w:rsidRDefault="00000000" w:rsidRPr="00000000" w14:paraId="000001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tried to let it carry her. It didn’t.</w:t>
      </w:r>
    </w:p>
    <w:p w:rsidR="00000000" w:rsidDel="00000000" w:rsidP="00000000" w:rsidRDefault="00000000" w:rsidRPr="00000000" w14:paraId="000001C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van jerked onto gravel. Leila gripped the seat.</w:t>
      </w:r>
    </w:p>
    <w:p w:rsidR="00000000" w:rsidDel="00000000" w:rsidP="00000000" w:rsidRDefault="00000000" w:rsidRPr="00000000" w14:paraId="000001C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isn’t the way to the museum,” she said tightly.</w:t>
      </w:r>
    </w:p>
    <w:p w:rsidR="00000000" w:rsidDel="00000000" w:rsidP="00000000" w:rsidRDefault="00000000" w:rsidRPr="00000000" w14:paraId="000001C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mirror, the driver’s eyes flicked back, his grin crooked. “Quick detour,” he said. “Got something to take care of.”</w:t>
      </w:r>
    </w:p>
    <w:p w:rsidR="00000000" w:rsidDel="00000000" w:rsidP="00000000" w:rsidRDefault="00000000" w:rsidRPr="00000000" w14:paraId="000001C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others murmured—words like rising up and burning down threading through the noise.</w:t>
      </w:r>
    </w:p>
    <w:p w:rsidR="00000000" w:rsidDel="00000000" w:rsidP="00000000" w:rsidRDefault="00000000" w:rsidRPr="00000000" w14:paraId="000001C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they stopped, it wasn’t at the museum. </w:t>
      </w:r>
    </w:p>
    <w:p w:rsidR="00000000" w:rsidDel="00000000" w:rsidP="00000000" w:rsidRDefault="00000000" w:rsidRPr="00000000" w14:paraId="000001C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front of her stood a big house.</w:t>
      </w:r>
    </w:p>
    <w:p w:rsidR="00000000" w:rsidDel="00000000" w:rsidP="00000000" w:rsidRDefault="00000000" w:rsidRPr="00000000" w14:paraId="000001C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place where someone important must have lived here.</w:t>
      </w:r>
    </w:p>
    <w:p w:rsidR="00000000" w:rsidDel="00000000" w:rsidP="00000000" w:rsidRDefault="00000000" w:rsidRPr="00000000" w14:paraId="000001C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piled out, baseball bats in hand.</w:t>
      </w:r>
    </w:p>
    <w:p w:rsidR="00000000" w:rsidDel="00000000" w:rsidP="00000000" w:rsidRDefault="00000000" w:rsidRPr="00000000" w14:paraId="000001C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Leila’s stomach dropped. “Wait—what’s going on?”</w:t>
      </w:r>
    </w:p>
    <w:p w:rsidR="00000000" w:rsidDel="00000000" w:rsidP="00000000" w:rsidRDefault="00000000" w:rsidRPr="00000000" w14:paraId="000001C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woman with the afro glanced back. “Girl, relax. You’re always so uptight.”</w:t>
      </w:r>
    </w:p>
    <w:p w:rsidR="00000000" w:rsidDel="00000000" w:rsidP="00000000" w:rsidRDefault="00000000" w:rsidRPr="00000000" w14:paraId="000001C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driver spread his arms wide. “Welcome to the home of our favorite senator’s son.”</w:t>
      </w:r>
    </w:p>
    <w:p w:rsidR="00000000" w:rsidDel="00000000" w:rsidP="00000000" w:rsidRDefault="00000000" w:rsidRPr="00000000" w14:paraId="000001C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group booed.</w:t>
      </w:r>
    </w:p>
    <w:p w:rsidR="00000000" w:rsidDel="00000000" w:rsidP="00000000" w:rsidRDefault="00000000" w:rsidRPr="00000000" w14:paraId="000001C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we fight for our animal friends,” he said, “the old man lines his boy’s pockets with blood money. For what? New shoes? Fake followers?” He shoved a bat toward Leila. “What do you say, love?”</w:t>
      </w:r>
    </w:p>
    <w:p w:rsidR="00000000" w:rsidDel="00000000" w:rsidP="00000000" w:rsidRDefault="00000000" w:rsidRPr="00000000" w14:paraId="000001C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 eyes turned to her.</w:t>
      </w:r>
    </w:p>
    <w:p w:rsidR="00000000" w:rsidDel="00000000" w:rsidP="00000000" w:rsidRDefault="00000000" w:rsidRPr="00000000" w14:paraId="000001CF">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The world </w:t>
      </w:r>
      <w:r w:rsidDel="00000000" w:rsidR="00000000" w:rsidRPr="00000000">
        <w:rPr>
          <w:rFonts w:ascii="Times New Roman" w:cs="Times New Roman" w:eastAsia="Times New Roman" w:hAnsi="Times New Roman"/>
          <w:sz w:val="24"/>
          <w:szCs w:val="24"/>
          <w:rtl w:val="0"/>
        </w:rPr>
        <w:t xml:space="preserve">tilted. She was small again, kneeling beside her father at the water’s edge. Her hand fit neatly inside his as they tipped crabs back into the sea.</w:t>
      </w:r>
    </w:p>
    <w:p w:rsidR="00000000" w:rsidDel="00000000" w:rsidP="00000000" w:rsidRDefault="00000000" w:rsidRPr="00000000" w14:paraId="000001D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“Papa,” she’d asked, “why don’t people stop the poachers? They know what they’re doing is wrong.”</w:t>
      </w:r>
    </w:p>
    <w:p w:rsidR="00000000" w:rsidDel="00000000" w:rsidP="00000000" w:rsidRDefault="00000000" w:rsidRPr="00000000" w14:paraId="000001D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steady, patient.</w:t>
        <w:br w:type="textWrapping"/>
      </w:r>
    </w:p>
    <w:p w:rsidR="00000000" w:rsidDel="00000000" w:rsidP="00000000" w:rsidRDefault="00000000" w:rsidRPr="00000000" w14:paraId="000001D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“Not every fight needs fists, Leila. You do right, even when others don’t. Violence makes you like them. Patience—kindness—those fight too.”</w:t>
      </w:r>
    </w:p>
    <w:p w:rsidR="00000000" w:rsidDel="00000000" w:rsidP="00000000" w:rsidRDefault="00000000" w:rsidRPr="00000000" w14:paraId="000001D4">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memory vanished. The bat hovered inches from her hand. She felt her father’s hand touch her shoulders gently. In the bat's reflection she saw herself—small, trembling, but still herself.</w:t>
      </w:r>
    </w:p>
    <w:p w:rsidR="00000000" w:rsidDel="00000000" w:rsidP="00000000" w:rsidRDefault="00000000" w:rsidRPr="00000000" w14:paraId="000001D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t>
      </w:r>
    </w:p>
    <w:p w:rsidR="00000000" w:rsidDel="00000000" w:rsidP="00000000" w:rsidRDefault="00000000" w:rsidRPr="00000000" w14:paraId="000001D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 cut through the air like glass.</w:t>
      </w:r>
    </w:p>
    <w:p w:rsidR="00000000" w:rsidDel="00000000" w:rsidP="00000000" w:rsidRDefault="00000000" w:rsidRPr="00000000" w14:paraId="000001D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driver blinked. “No? What do you mean, no?”</w:t>
      </w:r>
    </w:p>
    <w:p w:rsidR="00000000" w:rsidDel="00000000" w:rsidP="00000000" w:rsidRDefault="00000000" w:rsidRPr="00000000" w14:paraId="000001D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I’m not doing this. You want to, fine—but I’m done.” She said, her tone unwavering</w:t>
      </w:r>
    </w:p>
    <w:p w:rsidR="00000000" w:rsidDel="00000000" w:rsidP="00000000" w:rsidRDefault="00000000" w:rsidRPr="00000000" w14:paraId="000001D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Shouts followed her—pleading, but she didn’t look back.</w:t>
      </w:r>
    </w:p>
    <w:p w:rsidR="00000000" w:rsidDel="00000000" w:rsidP="00000000" w:rsidRDefault="00000000" w:rsidRPr="00000000" w14:paraId="000001D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time she slid into an Uber, her chest burned with both fear and relief.</w:t>
      </w:r>
    </w:p>
    <w:p w:rsidR="00000000" w:rsidDel="00000000" w:rsidP="00000000" w:rsidRDefault="00000000" w:rsidRPr="00000000" w14:paraId="000001D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D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ran upstairs the moment she reached home. Straight to the drawer. The letter waited—familiar and heavy.</w:t>
      </w:r>
    </w:p>
    <w:p w:rsidR="00000000" w:rsidDel="00000000" w:rsidP="00000000" w:rsidRDefault="00000000" w:rsidRPr="00000000" w14:paraId="000001D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pulled it free, tears spilling fast now, soaking the page.</w:t>
      </w:r>
    </w:p>
    <w:p w:rsidR="00000000" w:rsidDel="00000000" w:rsidP="00000000" w:rsidRDefault="00000000" w:rsidRPr="00000000" w14:paraId="000001D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hands trembled as she dialed. The phone rang once. Twice.</w:t>
      </w:r>
    </w:p>
    <w:p w:rsidR="00000000" w:rsidDel="00000000" w:rsidP="00000000" w:rsidRDefault="00000000" w:rsidRPr="00000000" w14:paraId="000001E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“Hello? Leila? Leila, please answer—”</w:t>
      </w:r>
    </w:p>
    <w:p w:rsidR="00000000" w:rsidDel="00000000" w:rsidP="00000000" w:rsidRDefault="00000000" w:rsidRPr="00000000" w14:paraId="000001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mother’s voice cracked through the line.</w:t>
      </w:r>
    </w:p>
    <w:p w:rsidR="00000000" w:rsidDel="00000000" w:rsidP="00000000" w:rsidRDefault="00000000" w:rsidRPr="00000000" w14:paraId="000001E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Leila pressed the phone to her chest, her sobs breaking loose at last—raw, wordless, vulnerable. </w:t>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A">
      <w:pPr>
        <w:jc w:val="left"/>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C">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D">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E">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EF">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1F0">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375078</wp:posOffset>
            </wp:positionV>
            <wp:extent cx="190500" cy="314817"/>
            <wp:effectExtent b="0" l="0" r="0" t="0"/>
            <wp:wrapNone/>
            <wp:docPr id="7"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90500" cy="314817"/>
                    </a:xfrm>
                    <a:prstGeom prst="rect"/>
                    <a:ln/>
                  </pic:spPr>
                </pic:pic>
              </a:graphicData>
            </a:graphic>
          </wp:anchor>
        </w:drawing>
      </w:r>
    </w:p>
    <w:p w:rsidR="00000000" w:rsidDel="00000000" w:rsidP="00000000" w:rsidRDefault="00000000" w:rsidRPr="00000000" w14:paraId="000001F1">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7: Heist- Kwame</w:t>
      </w:r>
    </w:p>
    <w:p w:rsidR="00000000" w:rsidDel="00000000" w:rsidP="00000000" w:rsidRDefault="00000000" w:rsidRPr="00000000" w14:paraId="000001F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City Museum- Afternoon</w:t>
      </w:r>
    </w:p>
    <w:p w:rsidR="00000000" w:rsidDel="00000000" w:rsidP="00000000" w:rsidRDefault="00000000" w:rsidRPr="00000000" w14:paraId="000001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stood before the mirror, dumbbells rising and falling in rhythm.</w:t>
        <w:br w:type="textWrapping"/>
        <w:t xml:space="preserve">Sweat rolled down his brow, catching light. His grin was wide and proud.</w:t>
      </w:r>
    </w:p>
    <w:p w:rsidR="00000000" w:rsidDel="00000000" w:rsidP="00000000" w:rsidRDefault="00000000" w:rsidRPr="00000000" w14:paraId="000001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since the memory of Ghana— of the drums and the fortress, something inside him had shifted. The reflection in the glass wasn’t just muscle and bone—but </w:t>
      </w:r>
      <w:r w:rsidDel="00000000" w:rsidR="00000000" w:rsidRPr="00000000">
        <w:rPr>
          <w:rFonts w:ascii="Times New Roman" w:cs="Times New Roman" w:eastAsia="Times New Roman" w:hAnsi="Times New Roman"/>
          <w:sz w:val="24"/>
          <w:szCs w:val="24"/>
          <w:rtl w:val="0"/>
        </w:rPr>
        <w:t xml:space="preserve">lineage</w:t>
      </w:r>
      <w:r w:rsidDel="00000000" w:rsidR="00000000" w:rsidRPr="00000000">
        <w:rPr>
          <w:rFonts w:ascii="Times New Roman" w:cs="Times New Roman" w:eastAsia="Times New Roman" w:hAnsi="Times New Roman"/>
          <w:sz w:val="24"/>
          <w:szCs w:val="24"/>
          <w:rtl w:val="0"/>
        </w:rPr>
        <w:t xml:space="preserve">. Proof.</w:t>
      </w:r>
    </w:p>
    <w:p w:rsidR="00000000" w:rsidDel="00000000" w:rsidP="00000000" w:rsidRDefault="00000000" w:rsidRPr="00000000" w14:paraId="000001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curl was an unspoken prayer: I am strong. I am enough.</w:t>
      </w:r>
    </w:p>
    <w:p w:rsidR="00000000" w:rsidDel="00000000" w:rsidP="00000000" w:rsidRDefault="00000000" w:rsidRPr="00000000" w14:paraId="000001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pleased that bowls of fufu and soup hadn’t softened his waistline. For a man his age, he was in the best shape of his life. As the sound of rhythmic drums pounded through his chest, he thought about his ancestors and how impressed they’d be.</w:t>
      </w:r>
    </w:p>
    <w:p w:rsidR="00000000" w:rsidDel="00000000" w:rsidP="00000000" w:rsidRDefault="00000000" w:rsidRPr="00000000" w14:paraId="000001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racked the weights and checked his watch. The museum opened in less than an hour—time enough to see history before the noise swallowed it again.</w:t>
      </w:r>
    </w:p>
    <w:p w:rsidR="00000000" w:rsidDel="00000000" w:rsidP="00000000" w:rsidRDefault="00000000" w:rsidRPr="00000000" w14:paraId="000001F8">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1F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parking lot was already half full. Near the entrance, protesters gathered with their signs held high like spears.</w:t>
      </w:r>
    </w:p>
    <w:p w:rsidR="00000000" w:rsidDel="00000000" w:rsidP="00000000" w:rsidRDefault="00000000" w:rsidRPr="00000000" w14:paraId="000001FA">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-OUR HISTORY ISN’T YOUR DISPLAY.</w:t>
        <w:br w:type="textWrapping"/>
        <w:t xml:space="preserve">-RETURN WHAT WAS STOLEN.</w:t>
      </w:r>
    </w:p>
    <w:p w:rsidR="00000000" w:rsidDel="00000000" w:rsidP="00000000" w:rsidRDefault="00000000" w:rsidRPr="00000000" w14:paraId="000001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chants rolled through the heat, rhythmic and raw.</w:t>
      </w:r>
    </w:p>
    <w:p w:rsidR="00000000" w:rsidDel="00000000" w:rsidP="00000000" w:rsidRDefault="00000000" w:rsidRPr="00000000" w14:paraId="000001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stepped out—and froze.</w:t>
      </w:r>
    </w:p>
    <w:p w:rsidR="00000000" w:rsidDel="00000000" w:rsidP="00000000" w:rsidRDefault="00000000" w:rsidRPr="00000000" w14:paraId="000001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the doors stood the man from the launch party, slick black hair, a blue triton tattoo winding up his neck.</w:t>
      </w:r>
    </w:p>
    <w:p w:rsidR="00000000" w:rsidDel="00000000" w:rsidP="00000000" w:rsidRDefault="00000000" w:rsidRPr="00000000" w14:paraId="000001F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“Get it done.”</w:t>
      </w:r>
      <w:r w:rsidDel="00000000" w:rsidR="00000000" w:rsidRPr="00000000">
        <w:rPr>
          <w:rFonts w:ascii="Times New Roman" w:cs="Times New Roman" w:eastAsia="Times New Roman" w:hAnsi="Times New Roman"/>
          <w:sz w:val="24"/>
          <w:szCs w:val="24"/>
          <w:rtl w:val="0"/>
        </w:rPr>
        <w:t xml:space="preserve"> he barked into his phone. </w:t>
      </w:r>
      <w:r w:rsidDel="00000000" w:rsidR="00000000" w:rsidRPr="00000000">
        <w:rPr>
          <w:rFonts w:ascii="Times New Roman" w:cs="Times New Roman" w:eastAsia="Times New Roman" w:hAnsi="Times New Roman"/>
          <w:i w:val="1"/>
          <w:sz w:val="24"/>
          <w:szCs w:val="24"/>
          <w:rtl w:val="0"/>
        </w:rPr>
        <w:t xml:space="preserve">“No excuses.”</w:t>
      </w:r>
    </w:p>
    <w:p w:rsidR="00000000" w:rsidDel="00000000" w:rsidP="00000000" w:rsidRDefault="00000000" w:rsidRPr="00000000" w14:paraId="000001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ended the call, spat on the ground, and turned. Their eyes met.</w:t>
      </w:r>
    </w:p>
    <w:p w:rsidR="00000000" w:rsidDel="00000000" w:rsidP="00000000" w:rsidRDefault="00000000" w:rsidRPr="00000000" w14:paraId="000002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unspoken passed between them—memory? Or maybe fate.</w:t>
      </w:r>
    </w:p>
    <w:p w:rsidR="00000000" w:rsidDel="00000000" w:rsidP="00000000" w:rsidRDefault="00000000" w:rsidRPr="00000000" w14:paraId="000002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didn’t flinch. The air between them tightened as he brushed past him and stepped inside.</w:t>
      </w:r>
    </w:p>
    <w:p w:rsidR="00000000" w:rsidDel="00000000" w:rsidP="00000000" w:rsidRDefault="00000000" w:rsidRPr="00000000" w14:paraId="000002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the unease clung.</w:t>
      </w:r>
    </w:p>
    <w:p w:rsidR="00000000" w:rsidDel="00000000" w:rsidP="00000000" w:rsidRDefault="00000000" w:rsidRPr="00000000" w14:paraId="000002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w:t>
      </w:r>
    </w:p>
    <w:p w:rsidR="00000000" w:rsidDel="00000000" w:rsidP="00000000" w:rsidRDefault="00000000" w:rsidRPr="00000000" w14:paraId="000002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noise softened to a distant hum. Cool air pumped through vents, too clean, too controlled. Kwame’s footsteps sounded off marble floors.</w:t>
      </w:r>
    </w:p>
    <w:p w:rsidR="00000000" w:rsidDel="00000000" w:rsidP="00000000" w:rsidRDefault="00000000" w:rsidRPr="00000000" w14:paraId="000002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Masks grinned politely behind glass. Carved stools sat like relics, labeled and tamed. Woven cloths that once danced on shoulders now hung lifeless, pinned beneath sterile light.</w:t>
      </w:r>
    </w:p>
    <w:p w:rsidR="00000000" w:rsidDel="00000000" w:rsidP="00000000" w:rsidRDefault="00000000" w:rsidRPr="00000000" w14:paraId="000002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far end, a door stood ajar, leaking fluorescent light. He checked for guards—none. The air beyond smelled of metal and salt.</w:t>
      </w:r>
    </w:p>
    <w:p w:rsidR="00000000" w:rsidDel="00000000" w:rsidP="00000000" w:rsidRDefault="00000000" w:rsidRPr="00000000" w14:paraId="000002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Scuff marks scored the floor where crates had been dragged. At the end of the narrow hall, another door waited.</w:t>
      </w:r>
    </w:p>
    <w:p w:rsidR="00000000" w:rsidDel="00000000" w:rsidP="00000000" w:rsidRDefault="00000000" w:rsidRPr="00000000" w14:paraId="000002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pushed it open. </w:t>
      </w:r>
    </w:p>
    <w:p w:rsidR="00000000" w:rsidDel="00000000" w:rsidP="00000000" w:rsidRDefault="00000000" w:rsidRPr="00000000" w14:paraId="000002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cavernous storage room stretched before him—steel shelving with towers of wooden boxes. Some cracked open. </w:t>
      </w:r>
      <w:r w:rsidDel="00000000" w:rsidR="00000000" w:rsidRPr="00000000">
        <w:rPr>
          <w:rFonts w:ascii="Times New Roman" w:cs="Times New Roman" w:eastAsia="Times New Roman" w:hAnsi="Times New Roman"/>
          <w:sz w:val="24"/>
          <w:szCs w:val="24"/>
          <w:rtl w:val="0"/>
        </w:rPr>
        <w:t xml:space="preserve">Some sealed</w:t>
      </w:r>
      <w:r w:rsidDel="00000000" w:rsidR="00000000" w:rsidRPr="00000000">
        <w:rPr>
          <w:rFonts w:ascii="Times New Roman" w:cs="Times New Roman" w:eastAsia="Times New Roman" w:hAnsi="Times New Roman"/>
          <w:sz w:val="24"/>
          <w:szCs w:val="24"/>
          <w:rtl w:val="0"/>
        </w:rPr>
        <w:t xml:space="preserve"> tight. </w:t>
      </w:r>
    </w:p>
    <w:p w:rsidR="00000000" w:rsidDel="00000000" w:rsidP="00000000" w:rsidRDefault="00000000" w:rsidRPr="00000000" w14:paraId="000002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hummed faintly, as though the walls </w:t>
      </w:r>
      <w:r w:rsidDel="00000000" w:rsidR="00000000" w:rsidRPr="00000000">
        <w:rPr>
          <w:rFonts w:ascii="Times New Roman" w:cs="Times New Roman" w:eastAsia="Times New Roman" w:hAnsi="Times New Roman"/>
          <w:sz w:val="24"/>
          <w:szCs w:val="24"/>
          <w:rtl w:val="0"/>
        </w:rPr>
        <w:t xml:space="preserve">remembered a song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Then—movement.</w:t>
      </w:r>
    </w:p>
    <w:p w:rsidR="00000000" w:rsidDel="00000000" w:rsidP="00000000" w:rsidRDefault="00000000" w:rsidRPr="00000000" w14:paraId="000002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soft scrape. </w:t>
      </w:r>
    </w:p>
    <w:p w:rsidR="00000000" w:rsidDel="00000000" w:rsidP="00000000" w:rsidRDefault="00000000" w:rsidRPr="00000000" w14:paraId="000002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followed the sound between rows until he found a single crate set apart, as if forgotten. He climbed the shelving and peered inside.</w:t>
      </w:r>
    </w:p>
    <w:p w:rsidR="00000000" w:rsidDel="00000000" w:rsidP="00000000" w:rsidRDefault="00000000" w:rsidRPr="00000000" w14:paraId="000002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Wrapped in damp cloth, a crab blinked up at him. Its shell was dark and smooth. One leg twitched. It looked directly at him—steady, alert, aware.</w:t>
      </w:r>
    </w:p>
    <w:p w:rsidR="00000000" w:rsidDel="00000000" w:rsidP="00000000" w:rsidRDefault="00000000" w:rsidRPr="00000000" w14:paraId="000002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Kwame’s chest tightened. Carefully, he reached in, unwrapped the cloth, and lifted the creature free. It was heavier than it looked. Warm. Moving.</w:t>
      </w:r>
    </w:p>
    <w:p w:rsidR="00000000" w:rsidDel="00000000" w:rsidP="00000000" w:rsidRDefault="00000000" w:rsidRPr="00000000" w14:paraId="000002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w:t>
      </w:r>
    </w:p>
    <w:p w:rsidR="00000000" w:rsidDel="00000000" w:rsidP="00000000" w:rsidRDefault="00000000" w:rsidRPr="00000000" w14:paraId="000002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Three men filled the doorway, each with the triton mark curling over their collars.</w:t>
      </w:r>
    </w:p>
    <w:p w:rsidR="00000000" w:rsidDel="00000000" w:rsidP="00000000" w:rsidRDefault="00000000" w:rsidRPr="00000000" w14:paraId="000002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you doing back here?” one barked.</w:t>
      </w:r>
    </w:p>
    <w:p w:rsidR="00000000" w:rsidDel="00000000" w:rsidP="00000000" w:rsidRDefault="00000000" w:rsidRPr="00000000" w14:paraId="000002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clutched the crab and ran. Boots thundered behind—then a box burst, shells clattering like gunfire. </w:t>
      </w:r>
    </w:p>
    <w:p w:rsidR="00000000" w:rsidDel="00000000" w:rsidP="00000000" w:rsidRDefault="00000000" w:rsidRPr="00000000" w14:paraId="000002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his pounding heartbeat, he felt something ancient stir inside him. The stakes had gone beyond life and death—he was holding his lineage in his hands.</w:t>
      </w:r>
    </w:p>
    <w:p w:rsidR="00000000" w:rsidDel="00000000" w:rsidP="00000000" w:rsidRDefault="00000000" w:rsidRPr="00000000" w14:paraId="000002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came to a dead end. A side door. He lunged through.</w:t>
      </w:r>
    </w:p>
    <w:p w:rsidR="00000000" w:rsidDel="00000000" w:rsidP="00000000" w:rsidRDefault="00000000" w:rsidRPr="00000000" w14:paraId="000002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smaller room. One exit.</w:t>
      </w:r>
    </w:p>
    <w:p w:rsidR="00000000" w:rsidDel="00000000" w:rsidP="00000000" w:rsidRDefault="00000000" w:rsidRPr="00000000" w14:paraId="0000021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guards stormed in, blocking the door.</w:t>
        <w:br w:type="textWrapping"/>
        <w:t xml:space="preserve"> “Put it down,” the leader warned. “Do that, and maybe you walk out.”</w:t>
      </w:r>
    </w:p>
    <w:p w:rsidR="00000000" w:rsidDel="00000000" w:rsidP="00000000" w:rsidRDefault="00000000" w:rsidRPr="00000000" w14:paraId="000002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 twitched in Kwame’s hands—then moved with startling precision. It slipped free, dropped to the concrete, and scuttled up a metal pipe.</w:t>
      </w:r>
    </w:p>
    <w:p w:rsidR="00000000" w:rsidDel="00000000" w:rsidP="00000000" w:rsidRDefault="00000000" w:rsidRPr="00000000" w14:paraId="000002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claw clamped once—metal hissed, then screamed—steam burst into the space.</w:t>
      </w:r>
    </w:p>
    <w:p w:rsidR="00000000" w:rsidDel="00000000" w:rsidP="00000000" w:rsidRDefault="00000000" w:rsidRPr="00000000" w14:paraId="000002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White fog choked the air. Shouts blurred. Radios squawked and failed.</w:t>
      </w:r>
    </w:p>
    <w:p w:rsidR="00000000" w:rsidDel="00000000" w:rsidP="00000000" w:rsidRDefault="00000000" w:rsidRPr="00000000" w14:paraId="000002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“Get him!”</w:t>
        <w:br w:type="textWrapping"/>
        <w:t xml:space="preserve">“Where is he?”</w:t>
      </w:r>
    </w:p>
    <w:p w:rsidR="00000000" w:rsidDel="00000000" w:rsidP="00000000" w:rsidRDefault="00000000" w:rsidRPr="00000000" w14:paraId="000002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crouched low, coughing, his hands searching through the fog until he brushed the shell. He swept the crab under his coat and bolted toward the exit.</w:t>
      </w:r>
    </w:p>
    <w:p w:rsidR="00000000" w:rsidDel="00000000" w:rsidP="00000000" w:rsidRDefault="00000000" w:rsidRPr="00000000" w14:paraId="000002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hand found a bar. He pulled.</w:t>
      </w:r>
    </w:p>
    <w:p w:rsidR="00000000" w:rsidDel="00000000" w:rsidP="00000000" w:rsidRDefault="00000000" w:rsidRPr="00000000" w14:paraId="000002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emergency door burst open into sunlight.</w:t>
      </w:r>
    </w:p>
    <w:p w:rsidR="00000000" w:rsidDel="00000000" w:rsidP="00000000" w:rsidRDefault="00000000" w:rsidRPr="00000000" w14:paraId="000002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Daylight crashed over him—heat, noise, motion. The crowd swallowed him whole.</w:t>
      </w:r>
    </w:p>
    <w:p w:rsidR="00000000" w:rsidDel="00000000" w:rsidP="00000000" w:rsidRDefault="00000000" w:rsidRPr="00000000" w14:paraId="0000022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Hands off our home! </w:t>
      </w:r>
    </w:p>
    <w:p w:rsidR="00000000" w:rsidDel="00000000" w:rsidP="00000000" w:rsidRDefault="00000000" w:rsidRPr="00000000" w14:paraId="00000221">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Hands off our home!</w:t>
      </w:r>
    </w:p>
    <w:p w:rsidR="00000000" w:rsidDel="00000000" w:rsidP="00000000" w:rsidRDefault="00000000" w:rsidRPr="00000000" w14:paraId="000002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ducked into the crowd. The guards burst out moments later, blinking, radios hissing. They scanned the bodies, searching.</w:t>
      </w:r>
    </w:p>
    <w:p w:rsidR="00000000" w:rsidDel="00000000" w:rsidP="00000000" w:rsidRDefault="00000000" w:rsidRPr="00000000" w14:paraId="000002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“Lost him,” one muttered. </w:t>
      </w:r>
    </w:p>
    <w:p w:rsidR="00000000" w:rsidDel="00000000" w:rsidP="00000000" w:rsidRDefault="00000000" w:rsidRPr="00000000" w14:paraId="000002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“I told you no excuses. Find him!” </w:t>
      </w:r>
      <w:r w:rsidDel="00000000" w:rsidR="00000000" w:rsidRPr="00000000">
        <w:rPr>
          <w:rFonts w:ascii="Times New Roman" w:cs="Times New Roman" w:eastAsia="Times New Roman" w:hAnsi="Times New Roman"/>
          <w:sz w:val="24"/>
          <w:szCs w:val="24"/>
          <w:rtl w:val="0"/>
        </w:rPr>
        <w:t xml:space="preserve">The man on the other end barked.</w:t>
      </w:r>
    </w:p>
    <w:p w:rsidR="00000000" w:rsidDel="00000000" w:rsidP="00000000" w:rsidRDefault="00000000" w:rsidRPr="00000000" w14:paraId="000002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pressed the crab against his chest, shouting with the crowd until the noise engulfed him.</w:t>
      </w:r>
    </w:p>
    <w:p w:rsidR="00000000" w:rsidDel="00000000" w:rsidP="00000000" w:rsidRDefault="00000000" w:rsidRPr="00000000" w14:paraId="000002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w:t>
      </w:r>
    </w:p>
    <w:p w:rsidR="00000000" w:rsidDel="00000000" w:rsidP="00000000" w:rsidRDefault="00000000" w:rsidRPr="00000000" w14:paraId="000002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edge of the lot, the crowd thinned. His car waited, heat rippling above the hood. He slid inside, slammed the door, and the sudden quiet hit like a wall.</w:t>
      </w:r>
    </w:p>
    <w:p w:rsidR="00000000" w:rsidDel="00000000" w:rsidP="00000000" w:rsidRDefault="00000000" w:rsidRPr="00000000" w14:paraId="000002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unwrapped the crab and placed it gently on the passenger seat.</w:t>
      </w:r>
    </w:p>
    <w:p w:rsidR="00000000" w:rsidDel="00000000" w:rsidP="00000000" w:rsidRDefault="00000000" w:rsidRPr="00000000" w14:paraId="000002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long moment, neither moved.</w:t>
      </w:r>
    </w:p>
    <w:p w:rsidR="00000000" w:rsidDel="00000000" w:rsidP="00000000" w:rsidRDefault="00000000" w:rsidRPr="00000000" w14:paraId="000002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crab’s eyes were steady, unafraid. Watching.</w:t>
      </w:r>
    </w:p>
    <w:p w:rsidR="00000000" w:rsidDel="00000000" w:rsidP="00000000" w:rsidRDefault="00000000" w:rsidRPr="00000000" w14:paraId="000002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studied it back. “There’s something different about you,” he murmured.</w:t>
      </w:r>
    </w:p>
    <w:p w:rsidR="00000000" w:rsidDel="00000000" w:rsidP="00000000" w:rsidRDefault="00000000" w:rsidRPr="00000000" w14:paraId="000002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crab stared up at him, eyes low and soft. Kwame imagined what he’d probably been through and shook his head.</w:t>
      </w:r>
    </w:p>
    <w:p w:rsidR="00000000" w:rsidDel="00000000" w:rsidP="00000000" w:rsidRDefault="00000000" w:rsidRPr="00000000" w14:paraId="000002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“Don’t worry, I’ll take you home.” He turned the key and the quiet engine hummed to life. </w:t>
      </w:r>
    </w:p>
    <w:p w:rsidR="00000000" w:rsidDel="00000000" w:rsidP="00000000" w:rsidRDefault="00000000" w:rsidRPr="00000000" w14:paraId="000002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beyond the crowd—half-hidden, perfectly still—the man in the black suit stood waiting. His hair gleaming under the light. His hands were clasped neatly behind his back.</w:t>
      </w:r>
    </w:p>
    <w:p w:rsidR="00000000" w:rsidDel="00000000" w:rsidP="00000000" w:rsidRDefault="00000000" w:rsidRPr="00000000" w14:paraId="000002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move. Didn’t shout.</w:t>
      </w:r>
    </w:p>
    <w:p w:rsidR="00000000" w:rsidDel="00000000" w:rsidP="00000000" w:rsidRDefault="00000000" w:rsidRPr="00000000" w14:paraId="00000230">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He only watched Kwame drive away—eyes flat as glass, patience colder than the sun.</w:t>
      </w:r>
    </w:p>
    <w:p w:rsidR="00000000" w:rsidDel="00000000" w:rsidP="00000000" w:rsidRDefault="00000000" w:rsidRPr="00000000" w14:paraId="0000023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4">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C">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D">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E">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3F">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40">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41">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300546</wp:posOffset>
            </wp:positionV>
            <wp:extent cx="190500" cy="197662"/>
            <wp:effectExtent b="0" l="0" r="0" t="0"/>
            <wp:wrapNone/>
            <wp:docPr id="8"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242">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8: Finding Home- Kobe</w:t>
      </w:r>
    </w:p>
    <w:p w:rsidR="00000000" w:rsidDel="00000000" w:rsidP="00000000" w:rsidRDefault="00000000" w:rsidRPr="00000000" w14:paraId="00000243">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Apartment Living Room- Night</w:t>
      </w:r>
    </w:p>
    <w:p w:rsidR="00000000" w:rsidDel="00000000" w:rsidP="00000000" w:rsidRDefault="00000000" w:rsidRPr="00000000" w14:paraId="0000024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door swung open—hinges creaked softly as cool air spilled into the room.</w:t>
      </w:r>
    </w:p>
    <w:p w:rsidR="00000000" w:rsidDel="00000000" w:rsidP="00000000" w:rsidRDefault="00000000" w:rsidRPr="00000000" w14:paraId="0000024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pulsing screen hummed in the corner, its blue light washing over the walls.</w:t>
        <w:br w:type="textWrapping"/>
        <w:t xml:space="preserve">On the screen, a yellow sponge danced with a pink star and a red crab—laughing too loudly for a world without tide.</w:t>
      </w:r>
    </w:p>
    <w:p w:rsidR="00000000" w:rsidDel="00000000" w:rsidP="00000000" w:rsidRDefault="00000000" w:rsidRPr="00000000" w14:paraId="0000024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set Kobe on the table and frowned at the screen.</w:t>
      </w:r>
    </w:p>
    <w:p w:rsidR="00000000" w:rsidDel="00000000" w:rsidP="00000000" w:rsidRDefault="00000000" w:rsidRPr="00000000" w14:paraId="0000024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must’ve left it on,” he muttered, crossing his arms. “She never remembers to turn things off.”</w:t>
      </w:r>
    </w:p>
    <w:p w:rsidR="00000000" w:rsidDel="00000000" w:rsidP="00000000" w:rsidRDefault="00000000" w:rsidRPr="00000000" w14:paraId="0000024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there for a moment, arms folded, his reflection faint in the glow.</w:t>
        <w:br w:type="textWrapping"/>
        <w:t xml:space="preserve">The sponge laughed again—oblivious—and Kwame’s expression softened.</w:t>
      </w:r>
    </w:p>
    <w:p w:rsidR="00000000" w:rsidDel="00000000" w:rsidP="00000000" w:rsidRDefault="00000000" w:rsidRPr="00000000" w14:paraId="00000249">
      <w:pPr>
        <w:spacing w:after="240" w:before="240" w:lineRule="auto"/>
        <w:ind w:left="0" w:right="60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“A sponge living in the ocean with a crab and a starfish,” he said under his breath. </w:t>
      </w:r>
      <w:r w:rsidDel="00000000" w:rsidR="00000000" w:rsidRPr="00000000">
        <w:rPr>
          <w:rFonts w:ascii="Times New Roman" w:cs="Times New Roman" w:eastAsia="Times New Roman" w:hAnsi="Times New Roman"/>
          <w:i w:val="1"/>
          <w:sz w:val="24"/>
          <w:szCs w:val="24"/>
          <w:rtl w:val="0"/>
        </w:rPr>
        <w:t xml:space="preserve">“Ridiculous.”</w:t>
      </w:r>
    </w:p>
    <w:p w:rsidR="00000000" w:rsidDel="00000000" w:rsidP="00000000" w:rsidRDefault="00000000" w:rsidRPr="00000000" w14:paraId="000002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pause. Then, quieter, almost to himself:</w:t>
      </w:r>
    </w:p>
    <w:p w:rsidR="00000000" w:rsidDel="00000000" w:rsidP="00000000" w:rsidRDefault="00000000" w:rsidRPr="00000000" w14:paraId="0000024B">
      <w:pPr>
        <w:spacing w:after="240" w:before="240" w:lineRule="auto"/>
        <w:ind w:left="0" w:right="60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yet… he belongs.”</w:t>
      </w:r>
    </w:p>
    <w:p w:rsidR="00000000" w:rsidDel="00000000" w:rsidP="00000000" w:rsidRDefault="00000000" w:rsidRPr="00000000" w14:paraId="0000024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television kept chattering. The air smelled faintly of soap and paper.</w:t>
        <w:br w:type="textWrapping"/>
        <w:t xml:space="preserve">He carried Kobe down the narrow hallway—to the bedroom and placed him on a wooden desk. </w:t>
      </w:r>
    </w:p>
    <w:p w:rsidR="00000000" w:rsidDel="00000000" w:rsidP="00000000" w:rsidRDefault="00000000" w:rsidRPr="00000000" w14:paraId="0000024D">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w:t>
      </w:r>
    </w:p>
    <w:p w:rsidR="00000000" w:rsidDel="00000000" w:rsidP="00000000" w:rsidRDefault="00000000" w:rsidRPr="00000000" w14:paraId="0000024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24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end of the hall, sunlight peaked into the bedroom through thin curtains.</w:t>
        <w:br w:type="textWrapping"/>
        <w:t xml:space="preserve">A suitcase stood in the corner, zipped like a shell waiting to be carried off.</w:t>
      </w:r>
    </w:p>
    <w:p w:rsidR="00000000" w:rsidDel="00000000" w:rsidP="00000000" w:rsidRDefault="00000000" w:rsidRPr="00000000" w14:paraId="0000025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stopped. His jaw tightened; fingers tapping on the wood as he fixated on the suitcase</w:t>
      </w:r>
    </w:p>
    <w:p w:rsidR="00000000" w:rsidDel="00000000" w:rsidP="00000000" w:rsidRDefault="00000000" w:rsidRPr="00000000" w14:paraId="0000025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hall, SpongeBob’s laughter cut through the stillness like a wave on the shore.</w:t>
      </w:r>
    </w:p>
    <w:p w:rsidR="00000000" w:rsidDel="00000000" w:rsidP="00000000" w:rsidRDefault="00000000" w:rsidRPr="00000000" w14:paraId="0000025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brushed his fingertips along the suitcase, pretending it might speak back.</w:t>
        <w:br w:type="textWrapping"/>
        <w:t xml:space="preserve">Then—his shoulders sank, </w:t>
      </w:r>
      <w:r w:rsidDel="00000000" w:rsidR="00000000" w:rsidRPr="00000000">
        <w:rPr>
          <w:rFonts w:ascii="Times New Roman" w:cs="Times New Roman" w:eastAsia="Times New Roman" w:hAnsi="Times New Roman"/>
          <w:sz w:val="24"/>
          <w:szCs w:val="24"/>
          <w:rtl w:val="0"/>
        </w:rPr>
        <w:t xml:space="preserve">shadow</w:t>
      </w:r>
      <w:r w:rsidDel="00000000" w:rsidR="00000000" w:rsidRPr="00000000">
        <w:rPr>
          <w:rFonts w:ascii="Times New Roman" w:cs="Times New Roman" w:eastAsia="Times New Roman" w:hAnsi="Times New Roman"/>
          <w:sz w:val="24"/>
          <w:szCs w:val="24"/>
          <w:rtl w:val="0"/>
        </w:rPr>
        <w:t xml:space="preserve"> stretching across the floor as he sank into his chair. </w:t>
      </w:r>
    </w:p>
    <w:p w:rsidR="00000000" w:rsidDel="00000000" w:rsidP="00000000" w:rsidRDefault="00000000" w:rsidRPr="00000000" w14:paraId="000002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eyes found the crab on his desk—small, out of place.</w:t>
        <w:br w:type="textWrapping"/>
        <w:t xml:space="preserve">He studied it in silence, wondering why it was here.</w:t>
      </w:r>
    </w:p>
    <w:p w:rsidR="00000000" w:rsidDel="00000000" w:rsidP="00000000" w:rsidRDefault="00000000" w:rsidRPr="00000000" w14:paraId="0000025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last he whispered,</w:t>
      </w:r>
    </w:p>
    <w:p w:rsidR="00000000" w:rsidDel="00000000" w:rsidP="00000000" w:rsidRDefault="00000000" w:rsidRPr="00000000" w14:paraId="00000255">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“Somehow…he still belongs.”</w:t>
      </w:r>
    </w:p>
    <w:p w:rsidR="00000000" w:rsidDel="00000000" w:rsidP="00000000" w:rsidRDefault="00000000" w:rsidRPr="00000000" w14:paraId="0000025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weary smile touched his face.</w:t>
        <w:br w:type="textWrapping"/>
        <w:t xml:space="preserve">He drew the ribbon. A pair of blades flashed once — ceremony without prayer.</w:t>
        <w:br w:type="textWrapping"/>
        <w:t xml:space="preserve">He measured, cut, tied the ribbon neatly around the crab’s shell.</w:t>
      </w:r>
    </w:p>
    <w:p w:rsidR="00000000" w:rsidDel="00000000" w:rsidP="00000000" w:rsidRDefault="00000000" w:rsidRPr="00000000" w14:paraId="0000025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from the window hung a carved Adinkra symbol of </w:t>
      </w:r>
      <w:r w:rsidDel="00000000" w:rsidR="00000000" w:rsidRPr="00000000">
        <w:rPr>
          <w:rFonts w:ascii="Times New Roman" w:cs="Times New Roman" w:eastAsia="Times New Roman" w:hAnsi="Times New Roman"/>
          <w:i w:val="1"/>
          <w:sz w:val="24"/>
          <w:szCs w:val="24"/>
          <w:rtl w:val="0"/>
        </w:rPr>
        <w:t xml:space="preserve">Faith</w:t>
      </w:r>
      <w:r w:rsidDel="00000000" w:rsidR="00000000" w:rsidRPr="00000000">
        <w:rPr>
          <w:rFonts w:ascii="Times New Roman" w:cs="Times New Roman" w:eastAsia="Times New Roman" w:hAnsi="Times New Roman"/>
          <w:sz w:val="24"/>
          <w:szCs w:val="24"/>
          <w:rtl w:val="0"/>
        </w:rPr>
        <w:t xml:space="preserve">—dark wood, smooth and circular.</w:t>
      </w:r>
    </w:p>
    <w:p w:rsidR="00000000" w:rsidDel="00000000" w:rsidP="00000000" w:rsidRDefault="00000000" w:rsidRPr="00000000" w14:paraId="0000025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touched it lightly before hanging the crab beside it,</w:t>
        <w:br w:type="textWrapping"/>
        <w:t xml:space="preserve">as if the wall could bear more than weight.</w:t>
      </w:r>
    </w:p>
    <w:p w:rsidR="00000000" w:rsidDel="00000000" w:rsidP="00000000" w:rsidRDefault="00000000" w:rsidRPr="00000000" w14:paraId="0000025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back to admire the arrangement, nodded once, then left.</w:t>
        <w:br w:type="textWrapping"/>
        <w:t xml:space="preserve">His footsteps faded down the hall. The television’s laughter droned on alone.</w:t>
      </w:r>
    </w:p>
    <w:p w:rsidR="00000000" w:rsidDel="00000000" w:rsidP="00000000" w:rsidRDefault="00000000" w:rsidRPr="00000000" w14:paraId="0000025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5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dangled in the air, the knot biting into his shell.</w:t>
        <w:br w:type="textWrapping"/>
        <w:t xml:space="preserve">One sharp pull—snap.</w:t>
        <w:br w:type="textWrapping"/>
        <w:t xml:space="preserve">He dropped to the windowsill with a soft clack.</w:t>
      </w:r>
    </w:p>
    <w:p w:rsidR="00000000" w:rsidDel="00000000" w:rsidP="00000000" w:rsidRDefault="00000000" w:rsidRPr="00000000" w14:paraId="0000025C">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From there, the room opened wide:</w:t>
        <w:br w:type="textWrapping"/>
        <w:t xml:space="preserve">bold protest posters with curling corners;</w:t>
        <w:br w:type="textWrapping"/>
        <w:t xml:space="preserve">spirals of coral pinned beside sketches of whales.</w:t>
        <w:br w:type="textWrapping"/>
        <w:br w:type="textWrapping"/>
      </w:r>
      <w:r w:rsidDel="00000000" w:rsidR="00000000" w:rsidRPr="00000000">
        <w:rPr>
          <w:rFonts w:ascii="Times New Roman" w:cs="Times New Roman" w:eastAsia="Times New Roman" w:hAnsi="Times New Roman"/>
          <w:i w:val="1"/>
          <w:sz w:val="24"/>
          <w:szCs w:val="24"/>
          <w:rtl w:val="0"/>
        </w:rPr>
        <w:t xml:space="preserve">Two worlds shared the same tide—earth and ocean, each claiming space.</w:t>
      </w:r>
    </w:p>
    <w:p w:rsidR="00000000" w:rsidDel="00000000" w:rsidP="00000000" w:rsidRDefault="00000000" w:rsidRPr="00000000" w14:paraId="000002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sz w:val="24"/>
          <w:szCs w:val="24"/>
          <w:rtl w:val="0"/>
        </w:rPr>
        <w:t xml:space="preserve">window was cracked</w:t>
      </w:r>
      <w:r w:rsidDel="00000000" w:rsidR="00000000" w:rsidRPr="00000000">
        <w:rPr>
          <w:rFonts w:ascii="Times New Roman" w:cs="Times New Roman" w:eastAsia="Times New Roman" w:hAnsi="Times New Roman"/>
          <w:sz w:val="24"/>
          <w:szCs w:val="24"/>
          <w:rtl w:val="0"/>
        </w:rPr>
        <w:t xml:space="preserve"> a hand’s width.</w:t>
        <w:br w:type="textWrapping"/>
        <w:t xml:space="preserve">Warm air drifted through, scented with cut grass and car dust.</w:t>
        <w:br w:type="textWrapping"/>
        <w:t xml:space="preserve">Outside, lawns droned with mowers.</w:t>
        <w:br w:type="textWrapping"/>
        <w:t xml:space="preserve">Children coasted past on bicycles, their shouts rising and fading like surf.</w:t>
      </w:r>
    </w:p>
    <w:p w:rsidR="00000000" w:rsidDel="00000000" w:rsidP="00000000" w:rsidRDefault="00000000" w:rsidRPr="00000000" w14:paraId="000002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lifted his claws toward the open sky the way hatchlings did,</w:t>
        <w:br w:type="textWrapping"/>
        <w:t xml:space="preserve">waiting for the world to answer. But the answer came from something unexpected.</w:t>
      </w:r>
    </w:p>
    <w:p w:rsidR="00000000" w:rsidDel="00000000" w:rsidP="00000000" w:rsidRDefault="00000000" w:rsidRPr="00000000" w14:paraId="000002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turned just in time to see a cat smiling with wicked intent. He stumbled backward, the shock catching his legs. The window gave way, and he tumbled into open air—the soft sounds of the neighborhood fading to silence.</w:t>
      </w:r>
    </w:p>
    <w:p w:rsidR="00000000" w:rsidDel="00000000" w:rsidP="00000000" w:rsidRDefault="00000000" w:rsidRPr="00000000" w14:paraId="00000260">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6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From the shadows, two dogs padded forward—tails high, steps deliberate.</w:t>
        <w:br w:type="textWrapping"/>
        <w:t xml:space="preserve"> Their eyes gleamed; teeth flashed white.</w:t>
        <w:br w:type="textWrapping"/>
        <w:t xml:space="preserve"> Kobe laid there frozen, his eyes beginning to flicker. </w:t>
      </w:r>
    </w:p>
    <w:p w:rsidR="00000000" w:rsidDel="00000000" w:rsidP="00000000" w:rsidRDefault="00000000" w:rsidRPr="00000000" w14:paraId="0000026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tension melted as they drew near.</w:t>
        <w:br w:type="textWrapping"/>
        <w:t xml:space="preserve">One, broad-shouldered with a torn ear, leaned close, panting.</w:t>
      </w:r>
    </w:p>
    <w:p w:rsidR="00000000" w:rsidDel="00000000" w:rsidP="00000000" w:rsidRDefault="00000000" w:rsidRPr="00000000" w14:paraId="00000263">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I’ll be—look what the tide dragged in. where you hail from, son?”</w:t>
      </w:r>
    </w:p>
    <w:p w:rsidR="00000000" w:rsidDel="00000000" w:rsidP="00000000" w:rsidRDefault="00000000" w:rsidRPr="00000000" w14:paraId="0000026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other, lean and sharp-eyed, studied him.</w:t>
      </w:r>
    </w:p>
    <w:p w:rsidR="00000000" w:rsidDel="00000000" w:rsidP="00000000" w:rsidRDefault="00000000" w:rsidRPr="00000000" w14:paraId="00000265">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reckon you’re our new brother,” the dog said. “Name’s Buster—don’t let the bark fool ya.”</w:t>
      </w:r>
    </w:p>
    <w:p w:rsidR="00000000" w:rsidDel="00000000" w:rsidP="00000000" w:rsidRDefault="00000000" w:rsidRPr="00000000" w14:paraId="0000026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lean one—Selma—snorted.</w:t>
      </w:r>
    </w:p>
    <w:p w:rsidR="00000000" w:rsidDel="00000000" w:rsidP="00000000" w:rsidRDefault="00000000" w:rsidRPr="00000000" w14:paraId="00000267">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“Brother? Please. You really think a crab just crawled up outta nowhere and joined the family?”</w:t>
      </w:r>
    </w:p>
    <w:p w:rsidR="00000000" w:rsidDel="00000000" w:rsidP="00000000" w:rsidRDefault="00000000" w:rsidRPr="00000000" w14:paraId="00000268">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“Careful, Sel.”</w:t>
      </w:r>
    </w:p>
    <w:p w:rsidR="00000000" w:rsidDel="00000000" w:rsidP="00000000" w:rsidRDefault="00000000" w:rsidRPr="00000000" w14:paraId="0000026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voice came from above.</w:t>
        <w:br w:type="textWrapping"/>
        <w:t xml:space="preserve">On the sill where he had fallen, a cat crouched, tail flicking.</w:t>
        <w:br w:type="textWrapping"/>
        <w:t xml:space="preserve">Paris. Her eyes glinted gold.</w:t>
      </w:r>
    </w:p>
    <w:p w:rsidR="00000000" w:rsidDel="00000000" w:rsidP="00000000" w:rsidRDefault="00000000" w:rsidRPr="00000000" w14:paraId="0000026A">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crab was cast out by our human—I suspect for reasons justified,” she purred. </w:t>
      </w:r>
    </w:p>
    <w:p w:rsidR="00000000" w:rsidDel="00000000" w:rsidP="00000000" w:rsidRDefault="00000000" w:rsidRPr="00000000" w14:paraId="0000026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Selma grinned.</w:t>
      </w:r>
    </w:p>
    <w:p w:rsidR="00000000" w:rsidDel="00000000" w:rsidP="00000000" w:rsidRDefault="00000000" w:rsidRPr="00000000" w14:paraId="0000026C">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Even Miss Fancy-Paws up there agrees. Not exactly pedigree </w:t>
      </w:r>
      <w:r w:rsidDel="00000000" w:rsidR="00000000" w:rsidRPr="00000000">
        <w:rPr>
          <w:rFonts w:ascii="Times New Roman" w:cs="Times New Roman" w:eastAsia="Times New Roman" w:hAnsi="Times New Roman"/>
          <w:sz w:val="24"/>
          <w:szCs w:val="24"/>
          <w:rtl w:val="0"/>
        </w:rPr>
        <w:t xml:space="preserve">material are ya</w:t>
      </w:r>
      <w:r w:rsidDel="00000000" w:rsidR="00000000" w:rsidRPr="00000000">
        <w:rPr>
          <w:rFonts w:ascii="Times New Roman" w:cs="Times New Roman" w:eastAsia="Times New Roman" w:hAnsi="Times New Roman"/>
          <w:sz w:val="24"/>
          <w:szCs w:val="24"/>
          <w:rtl w:val="0"/>
        </w:rPr>
        <w:t xml:space="preserve"> huh?”</w:t>
      </w:r>
    </w:p>
    <w:p w:rsidR="00000000" w:rsidDel="00000000" w:rsidP="00000000" w:rsidRDefault="00000000" w:rsidRPr="00000000" w14:paraId="0000026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Buster sniffed again, gentler now.</w:t>
      </w:r>
    </w:p>
    <w:p w:rsidR="00000000" w:rsidDel="00000000" w:rsidP="00000000" w:rsidRDefault="00000000" w:rsidRPr="00000000" w14:paraId="0000026E">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“Aw, don’t hang that shell so low, little buddy. Folks toss out good things all the time—world just don’t know quality when it sees it.”</w:t>
      </w:r>
    </w:p>
    <w:p w:rsidR="00000000" w:rsidDel="00000000" w:rsidP="00000000" w:rsidRDefault="00000000" w:rsidRPr="00000000" w14:paraId="0000026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Selma chuckled.</w:t>
      </w:r>
    </w:p>
    <w:p w:rsidR="00000000" w:rsidDel="00000000" w:rsidP="00000000" w:rsidRDefault="00000000" w:rsidRPr="00000000" w14:paraId="00000270">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and guess who ends up cleaning the mess after? Us.”</w:t>
      </w:r>
    </w:p>
    <w:p w:rsidR="00000000" w:rsidDel="00000000" w:rsidP="00000000" w:rsidRDefault="00000000" w:rsidRPr="00000000" w14:paraId="000002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Buster barked a laugh.</w:t>
      </w:r>
    </w:p>
    <w:p w:rsidR="00000000" w:rsidDel="00000000" w:rsidP="00000000" w:rsidRDefault="00000000" w:rsidRPr="00000000" w14:paraId="00000272">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we don’t even charge a dime for the pickup, neither.”</w:t>
      </w:r>
    </w:p>
    <w:p w:rsidR="00000000" w:rsidDel="00000000" w:rsidP="00000000" w:rsidRDefault="00000000" w:rsidRPr="00000000" w14:paraId="000002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bounded off, returning with a chewed-up treat bag.</w:t>
        <w:br w:type="textWrapping"/>
        <w:t xml:space="preserve">He dropped it in front of Kobe and nudged it open.</w:t>
      </w:r>
    </w:p>
    <w:p w:rsidR="00000000" w:rsidDel="00000000" w:rsidP="00000000" w:rsidRDefault="00000000" w:rsidRPr="00000000" w14:paraId="00000274">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what’s it gonna be, claws? You in or you out?” Selma asked.</w:t>
      </w:r>
    </w:p>
    <w:p w:rsidR="00000000" w:rsidDel="00000000" w:rsidP="00000000" w:rsidRDefault="00000000" w:rsidRPr="00000000" w14:paraId="000002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them, Paris waved a paw lazily, claws glinting in the light.</w:t>
        <w:br w:type="textWrapping"/>
        <w:t xml:space="preserve">Her smile was sharp and amused.</w:t>
      </w:r>
    </w:p>
    <w:p w:rsidR="00000000" w:rsidDel="00000000" w:rsidP="00000000" w:rsidRDefault="00000000" w:rsidRPr="00000000" w14:paraId="00000276">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Between the cat’s claws above and the treat bag, the choice was clear.</w:t>
      </w:r>
    </w:p>
    <w:p w:rsidR="00000000" w:rsidDel="00000000" w:rsidP="00000000" w:rsidRDefault="00000000" w:rsidRPr="00000000" w14:paraId="000002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hesitated, then climbed into the crumpled bag.</w:t>
        <w:br w:type="textWrapping"/>
        <w:t xml:space="preserve">The scent of dog treats hung thick in the air.</w:t>
      </w:r>
    </w:p>
    <w:p w:rsidR="00000000" w:rsidDel="00000000" w:rsidP="00000000" w:rsidRDefault="00000000" w:rsidRPr="00000000" w14:paraId="000002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Buster lifted the bag carefully,</w:t>
        <w:br w:type="textWrapping"/>
        <w:t xml:space="preserve">and they trotted toward the apartment..</w:t>
      </w:r>
    </w:p>
    <w:p w:rsidR="00000000" w:rsidDel="00000000" w:rsidP="00000000" w:rsidRDefault="00000000" w:rsidRPr="00000000" w14:paraId="000002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a tiny hole, he peered out.</w:t>
      </w:r>
    </w:p>
    <w:p w:rsidR="00000000" w:rsidDel="00000000" w:rsidP="00000000" w:rsidRDefault="00000000" w:rsidRPr="00000000" w14:paraId="000002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blurred in streaks of color.</w:t>
        <w:br w:type="textWrapping"/>
        <w:t xml:space="preserve">A silver car pulled to the curb.</w:t>
      </w:r>
    </w:p>
    <w:p w:rsidR="00000000" w:rsidDel="00000000" w:rsidP="00000000" w:rsidRDefault="00000000" w:rsidRPr="00000000" w14:paraId="000002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woman stepped out—adjusting her jacket, shoulders squared, chin high.</w:t>
        <w:br w:type="textWrapping"/>
        <w:t xml:space="preserve">Even through the haze, her stillness radiated—steady and grounding like earth after rain.</w:t>
      </w:r>
    </w:p>
    <w:p w:rsidR="00000000" w:rsidDel="00000000" w:rsidP="00000000" w:rsidRDefault="00000000" w:rsidRPr="00000000" w14:paraId="000002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know who she was,</w:t>
        <w:br w:type="textWrapping"/>
        <w:t xml:space="preserve">but something in her presence reached across the air between them—faint, certain, anchoring.</w:t>
      </w:r>
    </w:p>
    <w:p w:rsidR="00000000" w:rsidDel="00000000" w:rsidP="00000000" w:rsidRDefault="00000000" w:rsidRPr="00000000" w14:paraId="0000027D">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For the first time since the storm, something stirred within him. A pulse of calm.</w:t>
        <w:br w:type="textWrapping"/>
        <w:t xml:space="preserve">A sense of belonging. </w:t>
      </w:r>
    </w:p>
    <w:p w:rsidR="00000000" w:rsidDel="00000000" w:rsidP="00000000" w:rsidRDefault="00000000" w:rsidRPr="00000000" w14:paraId="0000027E">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7F">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80">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81">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82">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83">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503746</wp:posOffset>
            </wp:positionV>
            <wp:extent cx="190500" cy="197662"/>
            <wp:effectExtent b="0" l="0" r="0" t="0"/>
            <wp:wrapNone/>
            <wp:docPr id="1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284">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9: Confession- </w:t>
      </w:r>
      <w:r w:rsidDel="00000000" w:rsidR="00000000" w:rsidRPr="00000000">
        <w:rPr>
          <w:rFonts w:ascii="Times New Roman" w:cs="Times New Roman" w:eastAsia="Times New Roman" w:hAnsi="Times New Roman"/>
          <w:sz w:val="24"/>
          <w:szCs w:val="24"/>
          <w:u w:val="single"/>
          <w:rtl w:val="0"/>
        </w:rPr>
        <w:t xml:space="preserve">Leila</w:t>
      </w:r>
    </w:p>
    <w:p w:rsidR="00000000" w:rsidDel="00000000" w:rsidP="00000000" w:rsidRDefault="00000000" w:rsidRPr="00000000" w14:paraId="00000285">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Bedroom- Dusk</w:t>
      </w:r>
    </w:p>
    <w:p w:rsidR="00000000" w:rsidDel="00000000" w:rsidP="00000000" w:rsidRDefault="00000000" w:rsidRPr="00000000" w14:paraId="000002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apartment greeted Leila with stale air and silence — the kind that settled only when two people had stopped talking.</w:t>
      </w:r>
    </w:p>
    <w:p w:rsidR="00000000" w:rsidDel="00000000" w:rsidP="00000000" w:rsidRDefault="00000000" w:rsidRPr="00000000" w14:paraId="0000028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Dishes leaned in the sink, dust clung to the table. </w:t>
      </w:r>
    </w:p>
    <w:p w:rsidR="00000000" w:rsidDel="00000000" w:rsidP="00000000" w:rsidRDefault="00000000" w:rsidRPr="00000000" w14:paraId="0000028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dogs trotted in ahead, tails high, dragging a crumpled treat bag between them. Behind them the cat slipped through the doorway, tail flicking like punctuation.</w:t>
      </w:r>
    </w:p>
    <w:p w:rsidR="00000000" w:rsidDel="00000000" w:rsidP="00000000" w:rsidRDefault="00000000" w:rsidRPr="00000000" w14:paraId="0000028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exhaled a tired yawn and crossed the room.</w:t>
      </w:r>
    </w:p>
    <w:p w:rsidR="00000000" w:rsidDel="00000000" w:rsidP="00000000" w:rsidRDefault="00000000" w:rsidRPr="00000000" w14:paraId="000002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bedroom, Kwame lay sprawled across the bed, asleep. Light from the window cut softly across his face, making him look almost peaceful. </w:t>
      </w:r>
    </w:p>
    <w:p w:rsidR="00000000" w:rsidDel="00000000" w:rsidP="00000000" w:rsidRDefault="00000000" w:rsidRPr="00000000" w14:paraId="000002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fleeting moment she wanted to shake him awake—to ask how he could rest so easily while everything around them frayed—but instead she only smiled and moved to her desk.</w:t>
      </w:r>
    </w:p>
    <w:p w:rsidR="00000000" w:rsidDel="00000000" w:rsidP="00000000" w:rsidRDefault="00000000" w:rsidRPr="00000000" w14:paraId="000002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pen had barely touched paper when the sheets rustled.</w:t>
      </w:r>
    </w:p>
    <w:p w:rsidR="00000000" w:rsidDel="00000000" w:rsidP="00000000" w:rsidRDefault="00000000" w:rsidRPr="00000000" w14:paraId="000002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His voice was thick with sleep. “What’s going on?”</w:t>
      </w:r>
    </w:p>
    <w:p w:rsidR="00000000" w:rsidDel="00000000" w:rsidP="00000000" w:rsidRDefault="00000000" w:rsidRPr="00000000" w14:paraId="0000028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snapped the notebook closed and turned, forcing a brightness that didn’t reach her eyes. “Well, hello to you too, sleepyhead.”</w:t>
      </w:r>
    </w:p>
    <w:p w:rsidR="00000000" w:rsidDel="00000000" w:rsidP="00000000" w:rsidRDefault="00000000" w:rsidRPr="00000000" w14:paraId="0000028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clearing the fog from his gaze. Then his tone hardened.</w:t>
      </w:r>
    </w:p>
    <w:p w:rsidR="00000000" w:rsidDel="00000000" w:rsidP="00000000" w:rsidRDefault="00000000" w:rsidRPr="00000000" w14:paraId="000002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came home to find your suitcase packed by the door.” A pause, sharp as glass. “Are you leaving me?”</w:t>
      </w:r>
    </w:p>
    <w:p w:rsidR="00000000" w:rsidDel="00000000" w:rsidP="00000000" w:rsidRDefault="00000000" w:rsidRPr="00000000" w14:paraId="000002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folded her arms, buying time. “Of course not. Why would you think that?”</w:t>
      </w:r>
    </w:p>
    <w:p w:rsidR="00000000" w:rsidDel="00000000" w:rsidP="00000000" w:rsidRDefault="00000000" w:rsidRPr="00000000" w14:paraId="000002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now, fully awake. “We didn’t plan any trip, Leila.”</w:t>
      </w:r>
    </w:p>
    <w:p w:rsidR="00000000" w:rsidDel="00000000" w:rsidP="00000000" w:rsidRDefault="00000000" w:rsidRPr="00000000" w14:paraId="000002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patience settling back onto her face like an old mask. </w:t>
      </w:r>
    </w:p>
    <w:p w:rsidR="00000000" w:rsidDel="00000000" w:rsidP="00000000" w:rsidRDefault="00000000" w:rsidRPr="00000000" w14:paraId="0000029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“Ohhhh! Kwame, the bag’s packed because I was invited to meet with the recreation board president in New York—the same board financing that seafood convention next month. </w:t>
      </w:r>
    </w:p>
    <w:p w:rsidR="00000000" w:rsidDel="00000000" w:rsidP="00000000" w:rsidRDefault="00000000" w:rsidRPr="00000000" w14:paraId="0000029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Kwame’s shoulders eased, but not completely. A faint smile touched his mouth, thin and uneasy.</w:t>
      </w:r>
    </w:p>
    <w:p w:rsidR="00000000" w:rsidDel="00000000" w:rsidP="00000000" w:rsidRDefault="00000000" w:rsidRPr="00000000" w14:paraId="0000029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“That’s… big. But you realize what that means. You’re not just challenging an event—you’re challenging the people who profit from it.”</w:t>
      </w:r>
    </w:p>
    <w:p w:rsidR="00000000" w:rsidDel="00000000" w:rsidP="00000000" w:rsidRDefault="00000000" w:rsidRPr="00000000" w14:paraId="0000029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“Yes,” she said quietly, steady now. “And that’s exactly why I have to go. You don’t have to come—but I’d like your support.”</w:t>
      </w:r>
    </w:p>
    <w:p w:rsidR="00000000" w:rsidDel="00000000" w:rsidP="00000000" w:rsidRDefault="00000000" w:rsidRPr="00000000" w14:paraId="000002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stepped closer, voice softening. “I’ll come. Maybe the trip will be good for us.”</w:t>
      </w:r>
    </w:p>
    <w:p w:rsidR="00000000" w:rsidDel="00000000" w:rsidP="00000000" w:rsidRDefault="00000000" w:rsidRPr="00000000" w14:paraId="000002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Relief flickered through her—until his tone changed again, low and deliberate.</w:t>
      </w:r>
    </w:p>
    <w:p w:rsidR="00000000" w:rsidDel="00000000" w:rsidP="00000000" w:rsidRDefault="00000000" w:rsidRPr="00000000" w14:paraId="000002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before we go… we need to come clean.”</w:t>
      </w:r>
    </w:p>
    <w:p w:rsidR="00000000" w:rsidDel="00000000" w:rsidP="00000000" w:rsidRDefault="00000000" w:rsidRPr="00000000" w14:paraId="000002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brow knit. </w:t>
      </w:r>
    </w:p>
    <w:p w:rsidR="00000000" w:rsidDel="00000000" w:rsidP="00000000" w:rsidRDefault="00000000" w:rsidRPr="00000000" w14:paraId="0000029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“About what?”</w:t>
      </w:r>
    </w:p>
    <w:p w:rsidR="00000000" w:rsidDel="00000000" w:rsidP="00000000" w:rsidRDefault="00000000" w:rsidRPr="00000000" w14:paraId="000002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look away. </w:t>
      </w:r>
    </w:p>
    <w:p w:rsidR="00000000" w:rsidDel="00000000" w:rsidP="00000000" w:rsidRDefault="00000000" w:rsidRPr="00000000" w14:paraId="000002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haven’t been yourself. For months now, every time I mention Ghana or our traditions, you close off. And these nightmares—talking in your sleep. I want to understand, but you keep shutting me out.”</w:t>
      </w:r>
    </w:p>
    <w:p w:rsidR="00000000" w:rsidDel="00000000" w:rsidP="00000000" w:rsidRDefault="00000000" w:rsidRPr="00000000" w14:paraId="0000029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gestured for him to sit. Her voice trembled, then steadied.</w:t>
      </w:r>
    </w:p>
    <w:p w:rsidR="00000000" w:rsidDel="00000000" w:rsidP="00000000" w:rsidRDefault="00000000" w:rsidRPr="00000000" w14:paraId="000002A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wrong about me—you see, I never wanted to shut </w:t>
      </w:r>
      <w:r w:rsidDel="00000000" w:rsidR="00000000" w:rsidRPr="00000000">
        <w:rPr>
          <w:rFonts w:ascii="Times New Roman" w:cs="Times New Roman" w:eastAsia="Times New Roman" w:hAnsi="Times New Roman"/>
          <w:i w:val="1"/>
          <w:sz w:val="24"/>
          <w:szCs w:val="24"/>
          <w:rtl w:val="0"/>
        </w:rPr>
        <w:t xml:space="preserve">you </w:t>
      </w:r>
      <w:r w:rsidDel="00000000" w:rsidR="00000000" w:rsidRPr="00000000">
        <w:rPr>
          <w:rFonts w:ascii="Times New Roman" w:cs="Times New Roman" w:eastAsia="Times New Roman" w:hAnsi="Times New Roman"/>
          <w:sz w:val="24"/>
          <w:szCs w:val="24"/>
          <w:rtl w:val="0"/>
        </w:rPr>
        <w:t xml:space="preserve">or the </w:t>
      </w:r>
      <w:r w:rsidDel="00000000" w:rsidR="00000000" w:rsidRPr="00000000">
        <w:rPr>
          <w:rFonts w:ascii="Times New Roman" w:cs="Times New Roman" w:eastAsia="Times New Roman" w:hAnsi="Times New Roman"/>
          <w:i w:val="1"/>
          <w:sz w:val="24"/>
          <w:szCs w:val="24"/>
          <w:rtl w:val="0"/>
        </w:rPr>
        <w:t xml:space="preserve">culture </w:t>
      </w:r>
      <w:r w:rsidDel="00000000" w:rsidR="00000000" w:rsidRPr="00000000">
        <w:rPr>
          <w:rFonts w:ascii="Times New Roman" w:cs="Times New Roman" w:eastAsia="Times New Roman" w:hAnsi="Times New Roman"/>
          <w:sz w:val="24"/>
          <w:szCs w:val="24"/>
          <w:rtl w:val="0"/>
        </w:rPr>
        <w:t xml:space="preserve">out</w:t>
      </w:r>
      <w:r w:rsidDel="00000000" w:rsidR="00000000" w:rsidRPr="00000000">
        <w:rPr>
          <w:rFonts w:ascii="Times New Roman" w:cs="Times New Roman" w:eastAsia="Times New Roman" w:hAnsi="Times New Roman"/>
          <w:sz w:val="24"/>
          <w:szCs w:val="24"/>
          <w:rtl w:val="0"/>
        </w:rPr>
        <w:t xml:space="preserve">. In fact I am proud of both.” A tender smile crossed her face as she touched Kwame. </w:t>
      </w:r>
    </w:p>
    <w:p w:rsidR="00000000" w:rsidDel="00000000" w:rsidP="00000000" w:rsidRDefault="00000000" w:rsidRPr="00000000" w14:paraId="000002A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surprised even her, rushing out like a long-held breath.</w:t>
      </w:r>
    </w:p>
    <w:p w:rsidR="00000000" w:rsidDel="00000000" w:rsidP="00000000" w:rsidRDefault="00000000" w:rsidRPr="00000000" w14:paraId="000002A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sometimes,” she said, “when you hold something you love too tightly, it </w:t>
      </w:r>
      <w:r w:rsidDel="00000000" w:rsidR="00000000" w:rsidRPr="00000000">
        <w:rPr>
          <w:rFonts w:ascii="Times New Roman" w:cs="Times New Roman" w:eastAsia="Times New Roman" w:hAnsi="Times New Roman"/>
          <w:i w:val="1"/>
          <w:sz w:val="24"/>
          <w:szCs w:val="24"/>
          <w:rtl w:val="0"/>
        </w:rPr>
        <w:t xml:space="preserve">burns </w:t>
      </w:r>
      <w:r w:rsidDel="00000000" w:rsidR="00000000" w:rsidRPr="00000000">
        <w:rPr>
          <w:rFonts w:ascii="Times New Roman" w:cs="Times New Roman" w:eastAsia="Times New Roman" w:hAnsi="Times New Roman"/>
          <w:sz w:val="24"/>
          <w:szCs w:val="24"/>
          <w:rtl w:val="0"/>
        </w:rPr>
        <w:t xml:space="preserve">you. And then you’re forced to let it go.”</w:t>
      </w:r>
    </w:p>
    <w:p w:rsidR="00000000" w:rsidDel="00000000" w:rsidP="00000000" w:rsidRDefault="00000000" w:rsidRPr="00000000" w14:paraId="000002A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frowned slightly but stayed silent, listening.</w:t>
      </w:r>
    </w:p>
    <w:p w:rsidR="00000000" w:rsidDel="00000000" w:rsidP="00000000" w:rsidRDefault="00000000" w:rsidRPr="00000000" w14:paraId="000002A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want honesty? Fine. But promise you won’t judge.”</w:t>
      </w:r>
    </w:p>
    <w:p w:rsidR="00000000" w:rsidDel="00000000" w:rsidP="00000000" w:rsidRDefault="00000000" w:rsidRPr="00000000" w14:paraId="000002A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 never judge you,” he said softly. “Tell me.”</w:t>
      </w:r>
    </w:p>
    <w:p w:rsidR="00000000" w:rsidDel="00000000" w:rsidP="00000000" w:rsidRDefault="00000000" w:rsidRPr="00000000" w14:paraId="000002A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she did. The fire. The collapse. The shelter. The shame. Childhood reduced to ash.</w:t>
      </w:r>
    </w:p>
    <w:p w:rsidR="00000000" w:rsidDel="00000000" w:rsidP="00000000" w:rsidRDefault="00000000" w:rsidRPr="00000000" w14:paraId="000002A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telling ended, quiet filled the room. His expression softened.</w:t>
      </w:r>
    </w:p>
    <w:p w:rsidR="00000000" w:rsidDel="00000000" w:rsidP="00000000" w:rsidRDefault="00000000" w:rsidRPr="00000000" w14:paraId="000002A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place you never wanted me to see,” he murmured, thumb brushing the edge of her palm — gentle, grounding.</w:t>
      </w:r>
    </w:p>
    <w:p w:rsidR="00000000" w:rsidDel="00000000" w:rsidP="00000000" w:rsidRDefault="00000000" w:rsidRPr="00000000" w14:paraId="000002A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w:t>
      </w:r>
    </w:p>
    <w:p w:rsidR="00000000" w:rsidDel="00000000" w:rsidP="00000000" w:rsidRDefault="00000000" w:rsidRPr="00000000" w14:paraId="000002A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for her hands, his voice roughened by tenderness.</w:t>
      </w:r>
    </w:p>
    <w:p w:rsidR="00000000" w:rsidDel="00000000" w:rsidP="00000000" w:rsidRDefault="00000000" w:rsidRPr="00000000" w14:paraId="000002A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“Losing your home doesn’t make you less. Neither does surviving it. You’ve hidden your scars, but I see them now. I see you. And nothing—no fire, no loss—can touch the love I have for you.”</w:t>
      </w:r>
    </w:p>
    <w:p w:rsidR="00000000" w:rsidDel="00000000" w:rsidP="00000000" w:rsidRDefault="00000000" w:rsidRPr="00000000" w14:paraId="000002A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filled. His kiss was brief but deep — a warmth years overdue. Out of the corner of her eye she saw her suitcase in the corner. It blinked in the light fleetingly like it held a message. </w:t>
      </w:r>
    </w:p>
    <w:p w:rsidR="00000000" w:rsidDel="00000000" w:rsidP="00000000" w:rsidRDefault="00000000" w:rsidRPr="00000000" w14:paraId="000002A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while, Leila felt the ground beneath her steady again.</w:t>
        <w:br w:type="textWrapping"/>
        <w:t xml:space="preserve">For the first time in years, she wasn’t just surviving.</w:t>
      </w:r>
    </w:p>
    <w:p w:rsidR="00000000" w:rsidDel="00000000" w:rsidP="00000000" w:rsidRDefault="00000000" w:rsidRPr="00000000" w14:paraId="000002A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And as she let that truth settle—a single thought hung in the air, still like the refrigerator hum: it was time to go home. </w:t>
      </w:r>
    </w:p>
    <w:p w:rsidR="00000000" w:rsidDel="00000000" w:rsidP="00000000" w:rsidRDefault="00000000" w:rsidRPr="00000000" w14:paraId="000002A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F">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554546</wp:posOffset>
            </wp:positionV>
            <wp:extent cx="190500" cy="197662"/>
            <wp:effectExtent b="0" l="0" r="0" t="0"/>
            <wp:wrapNone/>
            <wp:docPr id="1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2C0">
      <w:pPr>
        <w:jc w:val="center"/>
        <w:rPr>
          <w:rFonts w:ascii="Times New Roman" w:cs="Times New Roman" w:eastAsia="Times New Roman" w:hAnsi="Times New Roman"/>
          <w:color w:val="000000"/>
          <w:sz w:val="24"/>
          <w:szCs w:val="24"/>
          <w:u w:val="single"/>
        </w:rPr>
      </w:pPr>
      <w:r w:rsidDel="00000000" w:rsidR="00000000" w:rsidRPr="00000000">
        <w:rPr>
          <w:rFonts w:ascii="Times New Roman" w:cs="Times New Roman" w:eastAsia="Times New Roman" w:hAnsi="Times New Roman"/>
          <w:color w:val="000000"/>
          <w:sz w:val="24"/>
          <w:szCs w:val="24"/>
          <w:u w:val="single"/>
          <w:rtl w:val="0"/>
        </w:rPr>
        <w:t xml:space="preserve">I</w:t>
      </w:r>
      <w:r w:rsidDel="00000000" w:rsidR="00000000" w:rsidRPr="00000000">
        <w:rPr>
          <w:rFonts w:ascii="Times New Roman" w:cs="Times New Roman" w:eastAsia="Times New Roman" w:hAnsi="Times New Roman"/>
          <w:sz w:val="24"/>
          <w:szCs w:val="24"/>
          <w:u w:val="single"/>
          <w:rtl w:val="0"/>
        </w:rPr>
        <w:t xml:space="preserve">nterlude- </w:t>
      </w:r>
      <w:r w:rsidDel="00000000" w:rsidR="00000000" w:rsidRPr="00000000">
        <w:rPr>
          <w:rFonts w:ascii="Times New Roman" w:cs="Times New Roman" w:eastAsia="Times New Roman" w:hAnsi="Times New Roman"/>
          <w:color w:val="000000"/>
          <w:sz w:val="24"/>
          <w:szCs w:val="24"/>
          <w:u w:val="single"/>
          <w:rtl w:val="0"/>
        </w:rPr>
        <w:t xml:space="preserve">T</w:t>
      </w:r>
      <w:r w:rsidDel="00000000" w:rsidR="00000000" w:rsidRPr="00000000">
        <w:rPr>
          <w:rFonts w:ascii="Times New Roman" w:cs="Times New Roman" w:eastAsia="Times New Roman" w:hAnsi="Times New Roman"/>
          <w:sz w:val="24"/>
          <w:szCs w:val="24"/>
          <w:u w:val="single"/>
          <w:rtl w:val="0"/>
        </w:rPr>
        <w:t xml:space="preserve">he Good Tree</w:t>
      </w:r>
      <w:r w:rsidDel="00000000" w:rsidR="00000000" w:rsidRPr="00000000">
        <w:rPr>
          <w:rtl w:val="0"/>
        </w:rPr>
      </w:r>
    </w:p>
    <w:p w:rsidR="00000000" w:rsidDel="00000000" w:rsidP="00000000" w:rsidRDefault="00000000" w:rsidRPr="00000000" w14:paraId="000002C1">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Ghana- Morning (Funeral House)</w:t>
      </w:r>
      <w:r w:rsidDel="00000000" w:rsidR="00000000" w:rsidRPr="00000000">
        <w:rPr>
          <w:rtl w:val="0"/>
        </w:rPr>
      </w:r>
    </w:p>
    <w:p w:rsidR="00000000" w:rsidDel="00000000" w:rsidP="00000000" w:rsidRDefault="00000000" w:rsidRPr="00000000" w14:paraId="000002C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ff0000"/>
          <w:sz w:val="24"/>
          <w:szCs w:val="24"/>
          <w:rtl w:val="0"/>
        </w:rPr>
        <w:t xml:space="preserve">The sound of wailing carried through the streets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a grief as open and customary as it was heavy.</w:t>
      </w:r>
    </w:p>
    <w:p w:rsidR="00000000" w:rsidDel="00000000" w:rsidP="00000000" w:rsidRDefault="00000000" w:rsidRPr="00000000" w14:paraId="000002C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ff0000"/>
          <w:sz w:val="24"/>
          <w:szCs w:val="24"/>
          <w:rtl w:val="0"/>
        </w:rPr>
        <w:t xml:space="preserve">Mourners moved slowly toward the house, some whispering prayers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others simply standing beside her in silence as she poured out her sorrow.</w:t>
      </w:r>
    </w:p>
    <w:p w:rsidR="00000000" w:rsidDel="00000000" w:rsidP="00000000" w:rsidRDefault="00000000" w:rsidRPr="00000000" w14:paraId="000002C4">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ff0000"/>
          <w:sz w:val="24"/>
          <w:szCs w:val="24"/>
          <w:rtl w:val="0"/>
        </w:rPr>
        <w:t xml:space="preserve">They came dressed in black, their heads bowed</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their nods small gestures of shared understanding.</w:t>
      </w:r>
    </w:p>
    <w:p w:rsidR="00000000" w:rsidDel="00000000" w:rsidP="00000000" w:rsidRDefault="00000000" w:rsidRPr="00000000" w14:paraId="000002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“Oh! Oh! Oh!” the woman cried, throwing her arms toward the sky.</w:t>
        <w:br w:type="textWrapping"/>
        <w:t xml:space="preserve"> A man standing behind her placed a steady hand on the small of her back.</w:t>
      </w:r>
    </w:p>
    <w:p w:rsidR="00000000" w:rsidDel="00000000" w:rsidP="00000000" w:rsidRDefault="00000000" w:rsidRPr="00000000" w14:paraId="000002C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Ka wakoma to wo yam,</w:t>
      </w:r>
      <w:r w:rsidDel="00000000" w:rsidR="00000000" w:rsidRPr="00000000">
        <w:rPr>
          <w:rFonts w:ascii="Times New Roman" w:cs="Times New Roman" w:eastAsia="Times New Roman" w:hAnsi="Times New Roman"/>
          <w:sz w:val="24"/>
          <w:szCs w:val="24"/>
          <w:rtl w:val="0"/>
        </w:rPr>
        <w:t xml:space="preserve">” he murmured—</w:t>
      </w:r>
      <w:r w:rsidDel="00000000" w:rsidR="00000000" w:rsidRPr="00000000">
        <w:rPr>
          <w:rFonts w:ascii="Times New Roman" w:cs="Times New Roman" w:eastAsia="Times New Roman" w:hAnsi="Times New Roman"/>
          <w:i w:val="1"/>
          <w:sz w:val="24"/>
          <w:szCs w:val="24"/>
          <w:rtl w:val="0"/>
        </w:rPr>
        <w:t xml:space="preserve">Take heart.</w:t>
      </w:r>
    </w:p>
    <w:p w:rsidR="00000000" w:rsidDel="00000000" w:rsidP="00000000" w:rsidRDefault="00000000" w:rsidRPr="00000000" w14:paraId="000002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behind the line of mourners, another figure appeared.</w:t>
        <w:br w:type="textWrapping"/>
        <w:t xml:space="preserve">The sight of the woman hung in the air like a bird returned to a nest.</w:t>
        <w:br w:type="textWrapping"/>
        <w:t xml:space="preserve">She stepped forward, lifted her dark shades, and for a moment the crowd seemed to stop breathing.</w:t>
      </w:r>
    </w:p>
    <w:p w:rsidR="00000000" w:rsidDel="00000000" w:rsidP="00000000" w:rsidRDefault="00000000" w:rsidRPr="00000000" w14:paraId="000002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mother’s wails broke into sobs of recognition.</w:t>
        <w:br w:type="textWrapping"/>
        <w:t xml:space="preserve">She reached for her daughter and pulled her close.</w:t>
      </w:r>
    </w:p>
    <w:p w:rsidR="00000000" w:rsidDel="00000000" w:rsidP="00000000" w:rsidRDefault="00000000" w:rsidRPr="00000000" w14:paraId="000002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words passed between them—only tears, flowing freely, carrying both loss and relief in equal measure.</w:t>
        <w:br w:type="textWrapping"/>
        <w:t xml:space="preserve">Their warmth said everything their voices could not.</w:t>
        <w:br w:type="textWrapping"/>
        <w:t xml:space="preserve">For now, simply breathing together was enough.</w:t>
      </w:r>
    </w:p>
    <w:p w:rsidR="00000000" w:rsidDel="00000000" w:rsidP="00000000" w:rsidRDefault="00000000" w:rsidRPr="00000000" w14:paraId="000002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town, the air shifted from one of mourning to contemplation</w:t>
        <w:br w:type="textWrapping"/>
      </w:r>
    </w:p>
    <w:p w:rsidR="00000000" w:rsidDel="00000000" w:rsidP="00000000" w:rsidRDefault="00000000" w:rsidRPr="00000000" w14:paraId="000002CB">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In a building of glass and ambition, a sharply dressed man sat behind his desk at the crossroads of empathy and greed.</w:t>
      </w:r>
    </w:p>
    <w:p w:rsidR="00000000" w:rsidDel="00000000" w:rsidP="00000000" w:rsidRDefault="00000000" w:rsidRPr="00000000" w14:paraId="000002CC">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Government Office- Midday</w:t>
      </w:r>
      <w:r w:rsidDel="00000000" w:rsidR="00000000" w:rsidRPr="00000000">
        <w:rPr>
          <w:rtl w:val="0"/>
        </w:rPr>
      </w:r>
    </w:p>
    <w:p w:rsidR="00000000" w:rsidDel="00000000" w:rsidP="00000000" w:rsidRDefault="00000000" w:rsidRPr="00000000" w14:paraId="000002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knock rattled the quiet before another man entered without waiting to be invited.</w:t>
      </w:r>
    </w:p>
    <w:p w:rsidR="00000000" w:rsidDel="00000000" w:rsidP="00000000" w:rsidRDefault="00000000" w:rsidRPr="00000000" w14:paraId="000002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 Charles,” said </w:t>
      </w:r>
      <w:r w:rsidDel="00000000" w:rsidR="00000000" w:rsidRPr="00000000">
        <w:rPr>
          <w:rFonts w:ascii="Times New Roman" w:cs="Times New Roman" w:eastAsia="Times New Roman" w:hAnsi="Times New Roman"/>
          <w:sz w:val="24"/>
          <w:szCs w:val="24"/>
          <w:rtl w:val="0"/>
        </w:rPr>
        <w:t xml:space="preserve">Mr. Boateng</w:t>
      </w:r>
      <w:r w:rsidDel="00000000" w:rsidR="00000000" w:rsidRPr="00000000">
        <w:rPr>
          <w:rFonts w:ascii="Times New Roman" w:cs="Times New Roman" w:eastAsia="Times New Roman" w:hAnsi="Times New Roman"/>
          <w:sz w:val="24"/>
          <w:szCs w:val="24"/>
          <w:rtl w:val="0"/>
        </w:rPr>
        <w:t xml:space="preserve">, his tone smooth as water. “Come in.”</w:t>
      </w:r>
    </w:p>
    <w:p w:rsidR="00000000" w:rsidDel="00000000" w:rsidP="00000000" w:rsidRDefault="00000000" w:rsidRPr="00000000" w14:paraId="000002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dropped into the chair, frustration etched across his face.</w:t>
      </w:r>
    </w:p>
    <w:p w:rsidR="00000000" w:rsidDel="00000000" w:rsidP="00000000" w:rsidRDefault="00000000" w:rsidRPr="00000000" w14:paraId="000002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talk.”</w:t>
      </w:r>
    </w:p>
    <w:p w:rsidR="00000000" w:rsidDel="00000000" w:rsidP="00000000" w:rsidRDefault="00000000" w:rsidRPr="00000000" w14:paraId="000002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Boateng adjusted his glasses, fingers steepled. “Then talk.”</w:t>
      </w:r>
    </w:p>
    <w:p w:rsidR="00000000" w:rsidDel="00000000" w:rsidP="00000000" w:rsidRDefault="00000000" w:rsidRPr="00000000" w14:paraId="000002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 hearing rumors,” Charles said, “that you’re refusing to defend our budget for the  expo overseas. Is that true?”</w:t>
      </w:r>
    </w:p>
    <w:p w:rsidR="00000000" w:rsidDel="00000000" w:rsidP="00000000" w:rsidRDefault="00000000" w:rsidRPr="00000000" w14:paraId="000002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Boateng nodded once, calm and unhurried.</w:t>
      </w:r>
    </w:p>
    <w:p w:rsidR="00000000" w:rsidDel="00000000" w:rsidP="00000000" w:rsidRDefault="00000000" w:rsidRPr="00000000" w14:paraId="000002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After much thought, I’ve decided it’s not in our nation’s best interest to fund such an event.”</w:t>
      </w:r>
    </w:p>
    <w:p w:rsidR="00000000" w:rsidDel="00000000" w:rsidP="00000000" w:rsidRDefault="00000000" w:rsidRPr="00000000" w14:paraId="000002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leaned forward. “Not in our interest? Do you realize the kind of exposure that expo could bring? The kind of money? With the roads in ruins and half the country unemployed, you’d turn away foreign funds?”</w:t>
      </w:r>
    </w:p>
    <w:p w:rsidR="00000000" w:rsidDel="00000000" w:rsidP="00000000" w:rsidRDefault="00000000" w:rsidRPr="00000000" w14:paraId="000002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Boateng’s voice stayed even, his calm almost provocative.</w:t>
      </w:r>
    </w:p>
    <w:p w:rsidR="00000000" w:rsidDel="00000000" w:rsidP="00000000" w:rsidRDefault="00000000" w:rsidRPr="00000000" w14:paraId="000002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“Charles, the money they offer can’t buy what we stand for. If it were up to you, we’d sell our souls for one U.S. dollar. </w:t>
      </w:r>
    </w:p>
    <w:p w:rsidR="00000000" w:rsidDel="00000000" w:rsidP="00000000" w:rsidRDefault="00000000" w:rsidRPr="00000000" w14:paraId="000002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But not all money is good money.</w:t>
      </w:r>
      <w:r w:rsidDel="00000000" w:rsidR="00000000" w:rsidRPr="00000000">
        <w:rPr>
          <w:rFonts w:ascii="Times New Roman" w:cs="Times New Roman" w:eastAsia="Times New Roman" w:hAnsi="Times New Roman"/>
          <w:sz w:val="24"/>
          <w:szCs w:val="24"/>
          <w:rtl w:val="0"/>
        </w:rPr>
        <w:t xml:space="preserve"> You must hold on to the things you value tighter than the materials you wish to build them with.”</w:t>
      </w:r>
    </w:p>
    <w:p w:rsidR="00000000" w:rsidDel="00000000" w:rsidP="00000000" w:rsidRDefault="00000000" w:rsidRPr="00000000" w14:paraId="000002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Charles scoffed, snatching up the folder he’d brought.</w:t>
      </w:r>
    </w:p>
    <w:p w:rsidR="00000000" w:rsidDel="00000000" w:rsidP="00000000" w:rsidRDefault="00000000" w:rsidRPr="00000000" w14:paraId="000002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speak in riddles while the rest of us try to fix what’s broken.”</w:t>
      </w:r>
    </w:p>
    <w:p w:rsidR="00000000" w:rsidDel="00000000" w:rsidP="00000000" w:rsidRDefault="00000000" w:rsidRPr="00000000" w14:paraId="000002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Boateng smiled faintly. “If that is the case, then please remember this one especially—</w:t>
      </w:r>
      <w:r w:rsidDel="00000000" w:rsidR="00000000" w:rsidRPr="00000000">
        <w:rPr>
          <w:rFonts w:ascii="Times New Roman" w:cs="Times New Roman" w:eastAsia="Times New Roman" w:hAnsi="Times New Roman"/>
          <w:i w:val="1"/>
          <w:sz w:val="24"/>
          <w:szCs w:val="24"/>
          <w:rtl w:val="0"/>
        </w:rPr>
        <w:t xml:space="preserve">woforo dua pa a, na yepia wo.</w:t>
      </w:r>
      <w:r w:rsidDel="00000000" w:rsidR="00000000" w:rsidRPr="00000000">
        <w:rPr>
          <w:rFonts w:ascii="Times New Roman" w:cs="Times New Roman" w:eastAsia="Times New Roman" w:hAnsi="Times New Roman"/>
          <w:sz w:val="24"/>
          <w:szCs w:val="24"/>
          <w:rtl w:val="0"/>
        </w:rPr>
        <w:t xml:space="preserve"> When you climb a good tree, we push you. Ask yourself, Charles—” he leaned in—“is this the good tree we should be climbing?”</w:t>
      </w:r>
    </w:p>
    <w:p w:rsidR="00000000" w:rsidDel="00000000" w:rsidP="00000000" w:rsidRDefault="00000000" w:rsidRPr="00000000" w14:paraId="000002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room stilled.</w:t>
        <w:br w:type="textWrapping"/>
        <w:t xml:space="preserve">Charles stood, eyes sharp as a blade.</w:t>
      </w:r>
    </w:p>
    <w:p w:rsidR="00000000" w:rsidDel="00000000" w:rsidP="00000000" w:rsidRDefault="00000000" w:rsidRPr="00000000" w14:paraId="000002D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“If we have nothing else to discuss,” Boateng said, lifting his phone, “please see yourself out.” Charles turned and left without another word. </w:t>
      </w:r>
      <w:r w:rsidDel="00000000" w:rsidR="00000000" w:rsidRPr="00000000">
        <w:rPr>
          <w:rFonts w:ascii="Times New Roman" w:cs="Times New Roman" w:eastAsia="Times New Roman" w:hAnsi="Times New Roman"/>
          <w:i w:val="1"/>
          <w:sz w:val="24"/>
          <w:szCs w:val="24"/>
          <w:rtl w:val="0"/>
        </w:rPr>
        <w:t xml:space="preserve">His rage scattered like ash—traces carried far from where they began.    </w:t>
      </w:r>
    </w:p>
    <w:p w:rsidR="00000000" w:rsidDel="00000000" w:rsidP="00000000" w:rsidRDefault="00000000" w:rsidRPr="00000000" w14:paraId="000002DF">
      <w:pPr>
        <w:spacing w:after="240" w:before="240" w:lineRule="auto"/>
        <w:jc w:val="center"/>
        <w:rPr>
          <w:rFonts w:ascii="Times New Roman" w:cs="Times New Roman" w:eastAsia="Times New Roman" w:hAnsi="Times New Roman"/>
          <w:i w:val="1"/>
          <w:sz w:val="24"/>
          <w:szCs w:val="24"/>
        </w:rPr>
      </w:pPr>
      <w:r w:rsidDel="00000000" w:rsidR="00000000" w:rsidRPr="00000000">
        <w:rPr>
          <w:rtl w:val="0"/>
        </w:rPr>
      </w:r>
    </w:p>
    <w:p w:rsidR="00000000" w:rsidDel="00000000" w:rsidP="00000000" w:rsidRDefault="00000000" w:rsidRPr="00000000" w14:paraId="000002E0">
      <w:pPr>
        <w:spacing w:after="240" w:befor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2E1">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 Story 10: The Save- Kobe</w:t>
      </w:r>
    </w:p>
    <w:p w:rsidR="00000000" w:rsidDel="00000000" w:rsidP="00000000" w:rsidRDefault="00000000" w:rsidRPr="00000000" w14:paraId="000002E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New York City- Morning</w:t>
      </w:r>
      <w:r w:rsidDel="00000000" w:rsidR="00000000" w:rsidRPr="00000000">
        <w:rPr>
          <w:rtl w:val="0"/>
        </w:rPr>
      </w:r>
    </w:p>
    <w:p w:rsidR="00000000" w:rsidDel="00000000" w:rsidP="00000000" w:rsidRDefault="00000000" w:rsidRPr="00000000" w14:paraId="000002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a hole in the treat bag, Kobe watched the hotel room.</w:t>
        <w:br w:type="textWrapping"/>
        <w:t xml:space="preserve">Inside, the man and woman moved quickly—pulling clothes from hangers and stacking papers.</w:t>
      </w:r>
    </w:p>
    <w:p w:rsidR="00000000" w:rsidDel="00000000" w:rsidP="00000000" w:rsidRDefault="00000000" w:rsidRPr="00000000" w14:paraId="000002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Buster wagged his tail lazily. </w:t>
      </w:r>
    </w:p>
    <w:p w:rsidR="00000000" w:rsidDel="00000000" w:rsidP="00000000" w:rsidRDefault="00000000" w:rsidRPr="00000000" w14:paraId="000002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tell ya them humans pack like their tails are on fire.”</w:t>
      </w:r>
    </w:p>
    <w:p w:rsidR="00000000" w:rsidDel="00000000" w:rsidP="00000000" w:rsidRDefault="00000000" w:rsidRPr="00000000" w14:paraId="000002E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Selma rolled her eyes skyward. </w:t>
      </w:r>
    </w:p>
    <w:p w:rsidR="00000000" w:rsidDel="00000000" w:rsidP="00000000" w:rsidRDefault="00000000" w:rsidRPr="00000000" w14:paraId="000002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“Two hands each and still useless. We’d be in the lobby by now.”</w:t>
      </w:r>
    </w:p>
    <w:p w:rsidR="00000000" w:rsidDel="00000000" w:rsidP="00000000" w:rsidRDefault="00000000" w:rsidRPr="00000000" w14:paraId="000002E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Paris sprawled across the hallway carpet, tail swishing, eyes sharp and amused.</w:t>
      </w:r>
    </w:p>
    <w:p w:rsidR="00000000" w:rsidDel="00000000" w:rsidP="00000000" w:rsidRDefault="00000000" w:rsidRPr="00000000" w14:paraId="000002E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room, the man sorted folders into the woman’s bag. She pressed a final outfit down, forcing the zipper shut. </w:t>
      </w:r>
    </w:p>
    <w:p w:rsidR="00000000" w:rsidDel="00000000" w:rsidP="00000000" w:rsidRDefault="00000000" w:rsidRPr="00000000" w14:paraId="000002E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shoulders dropped; a smile flickered, as if she’d won a private battle.</w:t>
      </w:r>
    </w:p>
    <w:p w:rsidR="00000000" w:rsidDel="00000000" w:rsidP="00000000" w:rsidRDefault="00000000" w:rsidRPr="00000000" w14:paraId="000002E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the glowing box fixed to the wall, masked men shoved green slips into sacks, barking orders and waving weapons.</w:t>
        <w:br w:type="textWrapping"/>
      </w:r>
    </w:p>
    <w:p w:rsidR="00000000" w:rsidDel="00000000" w:rsidP="00000000" w:rsidRDefault="00000000" w:rsidRPr="00000000" w14:paraId="000002E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 “ALRIGHT. FOLLOW WHAT I SAY OR ELSE!”</w:t>
      </w:r>
      <w:r w:rsidDel="00000000" w:rsidR="00000000" w:rsidRPr="00000000">
        <w:rPr>
          <w:rFonts w:ascii="Times New Roman" w:cs="Times New Roman" w:eastAsia="Times New Roman" w:hAnsi="Times New Roman"/>
          <w:sz w:val="24"/>
          <w:szCs w:val="24"/>
          <w:rtl w:val="0"/>
        </w:rPr>
        <w:t xml:space="preserve"> one roared, his face huge on the screen.</w:t>
      </w:r>
    </w:p>
    <w:p w:rsidR="00000000" w:rsidDel="00000000" w:rsidP="00000000" w:rsidRDefault="00000000" w:rsidRPr="00000000" w14:paraId="000002E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man—the one who had carried him from the crates—stepped out of the bathroom, adjusting his collar. His eyes caught the television. He frowned, grabbed the remote, and with a click the glow vanished.</w:t>
      </w:r>
    </w:p>
    <w:p w:rsidR="00000000" w:rsidDel="00000000" w:rsidP="00000000" w:rsidRDefault="00000000" w:rsidRPr="00000000" w14:paraId="000002E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you ready?” he asked.</w:t>
      </w:r>
    </w:p>
    <w:p w:rsidR="00000000" w:rsidDel="00000000" w:rsidP="00000000" w:rsidRDefault="00000000" w:rsidRPr="00000000" w14:paraId="000002E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swung her bag over her shoulder and nodded once. Together they gathered their things and stepped into the hall.</w:t>
        <w:br w:type="textWrapping"/>
        <w:t xml:space="preserve">The pets trailed after them against the hotel floor.</w:t>
      </w:r>
    </w:p>
    <w:p w:rsidR="00000000" w:rsidDel="00000000" w:rsidP="00000000" w:rsidRDefault="00000000" w:rsidRPr="00000000" w14:paraId="000002F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city pressed close—horns blaring, wheels turning, voices tangling. A bike leaned against a post at the curb. The woman shouldered her bag, adjusted the strap, and climbed on. The man kissed her cheek, his hand resting briefly on her shoulder.</w:t>
      </w:r>
    </w:p>
    <w:p w:rsidR="00000000" w:rsidDel="00000000" w:rsidP="00000000" w:rsidRDefault="00000000" w:rsidRPr="00000000" w14:paraId="000002F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“You’ve got this,” he murmured.</w:t>
      </w:r>
    </w:p>
    <w:p w:rsidR="00000000" w:rsidDel="00000000" w:rsidP="00000000" w:rsidRDefault="00000000" w:rsidRPr="00000000" w14:paraId="000002F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smiled once, then pushed off, the wheels catching, the frame carrying her into the river of riders.</w:t>
      </w:r>
    </w:p>
    <w:p w:rsidR="00000000" w:rsidDel="00000000" w:rsidP="00000000" w:rsidRDefault="00000000" w:rsidRPr="00000000" w14:paraId="000002F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treat bag, Kobe froze. The sight of her—wind tugging her hair, legs moving steady—pulled a memory deep inside him.</w:t>
      </w:r>
    </w:p>
    <w:p w:rsidR="00000000" w:rsidDel="00000000" w:rsidP="00000000" w:rsidRDefault="00000000" w:rsidRPr="00000000" w14:paraId="000002F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dusty road. A girl pedaling fast, claws clamped tight behind her. Laughter spilling like water.</w:t>
      </w:r>
    </w:p>
    <w:p w:rsidR="00000000" w:rsidDel="00000000" w:rsidP="00000000" w:rsidRDefault="00000000" w:rsidRPr="00000000" w14:paraId="000002F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the name trembled through his memory.</w:t>
      </w:r>
    </w:p>
    <w:p w:rsidR="00000000" w:rsidDel="00000000" w:rsidP="00000000" w:rsidRDefault="00000000" w:rsidRPr="00000000" w14:paraId="000002F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jolted. The man’s hand lifted the treat bag from Buster’s mouth. He turned it over, eyeing the frayed edges.</w:t>
      </w:r>
    </w:p>
    <w:p w:rsidR="00000000" w:rsidDel="00000000" w:rsidP="00000000" w:rsidRDefault="00000000" w:rsidRPr="00000000" w14:paraId="000002F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won’t be taking this dingy thing with </w:t>
      </w:r>
      <w:r w:rsidDel="00000000" w:rsidR="00000000" w:rsidRPr="00000000">
        <w:rPr>
          <w:rFonts w:ascii="Times New Roman" w:cs="Times New Roman" w:eastAsia="Times New Roman" w:hAnsi="Times New Roman"/>
          <w:sz w:val="24"/>
          <w:szCs w:val="24"/>
          <w:rtl w:val="0"/>
        </w:rPr>
        <w:t xml:space="preserve">us.</w:t>
      </w:r>
      <w:r w:rsidDel="00000000" w:rsidR="00000000" w:rsidRPr="00000000">
        <w:rPr>
          <w:rFonts w:ascii="Times New Roman" w:cs="Times New Roman" w:eastAsia="Times New Roman" w:hAnsi="Times New Roman"/>
          <w:sz w:val="24"/>
          <w:szCs w:val="24"/>
          <w:rtl w:val="0"/>
        </w:rPr>
        <w:t xml:space="preserve">” he muttered.</w:t>
      </w:r>
    </w:p>
    <w:p w:rsidR="00000000" w:rsidDel="00000000" w:rsidP="00000000" w:rsidRDefault="00000000" w:rsidRPr="00000000" w14:paraId="000002F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carried it behind the hotel. A dumpster lid creaked open, and with one heave the bag landed inside. The lid slammed shut, ringing like a final note.</w:t>
      </w:r>
    </w:p>
    <w:p w:rsidR="00000000" w:rsidDel="00000000" w:rsidP="00000000" w:rsidRDefault="00000000" w:rsidRPr="00000000" w14:paraId="000002F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F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Later-</w:t>
      </w:r>
    </w:p>
    <w:p w:rsidR="00000000" w:rsidDel="00000000" w:rsidP="00000000" w:rsidRDefault="00000000" w:rsidRPr="00000000" w14:paraId="000002F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Alleyway- Noon</w:t>
      </w:r>
      <w:r w:rsidDel="00000000" w:rsidR="00000000" w:rsidRPr="00000000">
        <w:rPr>
          <w:rtl w:val="0"/>
        </w:rPr>
      </w:r>
    </w:p>
    <w:p w:rsidR="00000000" w:rsidDel="00000000" w:rsidP="00000000" w:rsidRDefault="00000000" w:rsidRPr="00000000" w14:paraId="000002F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clawed free, tumbling into the alley. He wasn’t alone.</w:t>
      </w:r>
    </w:p>
    <w:p w:rsidR="00000000" w:rsidDel="00000000" w:rsidP="00000000" w:rsidRDefault="00000000" w:rsidRPr="00000000" w14:paraId="000002F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group of gulls loitered nearby, laughter sharp and messy. They looked like the ones who had taken Snap—but mischief, not malice, shone in their eyes.</w:t>
      </w:r>
    </w:p>
    <w:p w:rsidR="00000000" w:rsidDel="00000000" w:rsidP="00000000" w:rsidRDefault="00000000" w:rsidRPr="00000000" w14:paraId="000002F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“Please,” he called, trying to cut through their chatter. “You have to help me.”</w:t>
      </w:r>
    </w:p>
    <w:p w:rsidR="00000000" w:rsidDel="00000000" w:rsidP="00000000" w:rsidRDefault="00000000" w:rsidRPr="00000000" w14:paraId="000002F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gull glanced back, then dismissed him.</w:t>
      </w:r>
    </w:p>
    <w:p w:rsidR="00000000" w:rsidDel="00000000" w:rsidP="00000000" w:rsidRDefault="00000000" w:rsidRPr="00000000" w14:paraId="0000030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to get to Leila,” he tried again. “She’s the only one who can help me find my song.”</w:t>
      </w:r>
    </w:p>
    <w:p w:rsidR="00000000" w:rsidDel="00000000" w:rsidP="00000000" w:rsidRDefault="00000000" w:rsidRPr="00000000" w14:paraId="000003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tall, lanky gull chuckled, wings twitching. “Sorry, pal. Your girlfriend’s gone. Plenty more gulls on the shore. Do yourself a favor and find one.” He smirked and turned back to the group.</w:t>
      </w:r>
    </w:p>
    <w:p w:rsidR="00000000" w:rsidDel="00000000" w:rsidP="00000000" w:rsidRDefault="00000000" w:rsidRPr="00000000" w14:paraId="000003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rose in Kobe—hot, fierce, as if it had been waiting all along. He lifted his claws high, looking as large as he could.</w:t>
      </w:r>
    </w:p>
    <w:p w:rsidR="00000000" w:rsidDel="00000000" w:rsidP="00000000" w:rsidRDefault="00000000" w:rsidRPr="00000000" w14:paraId="000003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“ALRIGHT. FOLLOW WHAT I SAY OR ELSE!”</w:t>
      </w:r>
    </w:p>
    <w:p w:rsidR="00000000" w:rsidDel="00000000" w:rsidP="00000000" w:rsidRDefault="00000000" w:rsidRPr="00000000" w14:paraId="000003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gulls blinked, then cracked up. One snorted between laughs. “Oh no. This little child’s crazy. Let’s go.”</w:t>
      </w:r>
    </w:p>
    <w:p w:rsidR="00000000" w:rsidDel="00000000" w:rsidP="00000000" w:rsidRDefault="00000000" w:rsidRPr="00000000" w14:paraId="000003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Wings spread. The group began to lift. The lanky gull was last.</w:t>
      </w:r>
    </w:p>
    <w:p w:rsidR="00000000" w:rsidDel="00000000" w:rsidP="00000000" w:rsidRDefault="00000000" w:rsidRPr="00000000" w14:paraId="000003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lunged and clamped tight to his leg.</w:t>
      </w:r>
    </w:p>
    <w:p w:rsidR="00000000" w:rsidDel="00000000" w:rsidP="00000000" w:rsidRDefault="00000000" w:rsidRPr="00000000" w14:paraId="000003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“Hey! Get off!” the gull screeched, flapping wild.</w:t>
      </w:r>
    </w:p>
    <w:p w:rsidR="00000000" w:rsidDel="00000000" w:rsidP="00000000" w:rsidRDefault="00000000" w:rsidRPr="00000000" w14:paraId="000003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shot skyward, the alley shrinking below. The gull twisted, dove, bucked—each move threatening to shake him loose. His claws ached. One more jolt and he’d fall.</w:t>
      </w:r>
    </w:p>
    <w:p w:rsidR="00000000" w:rsidDel="00000000" w:rsidP="00000000" w:rsidRDefault="00000000" w:rsidRPr="00000000" w14:paraId="0000030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Then he saw her.</w:t>
      </w:r>
    </w:p>
    <w:p w:rsidR="00000000" w:rsidDel="00000000" w:rsidP="00000000" w:rsidRDefault="00000000" w:rsidRPr="00000000" w14:paraId="000003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her bike cut through the street, bag swaying with each push of her legs.</w:t>
      </w:r>
    </w:p>
    <w:p w:rsidR="00000000" w:rsidDel="00000000" w:rsidP="00000000" w:rsidRDefault="00000000" w:rsidRPr="00000000" w14:paraId="000003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w:t>
      </w:r>
    </w:p>
    <w:p w:rsidR="00000000" w:rsidDel="00000000" w:rsidP="00000000" w:rsidRDefault="00000000" w:rsidRPr="00000000" w14:paraId="000003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his only chance.</w:t>
      </w:r>
    </w:p>
    <w:p w:rsidR="00000000" w:rsidDel="00000000" w:rsidP="00000000" w:rsidRDefault="00000000" w:rsidRPr="00000000" w14:paraId="000003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unclamped his claw.</w:t>
      </w:r>
    </w:p>
    <w:p w:rsidR="00000000" w:rsidDel="00000000" w:rsidP="00000000" w:rsidRDefault="00000000" w:rsidRPr="00000000" w14:paraId="000003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bike grew closer—first a blur, then clear. Her hair streamed in the sun, her shoulders steady against the current of riders.</w:t>
      </w:r>
    </w:p>
    <w:p w:rsidR="00000000" w:rsidDel="00000000" w:rsidP="00000000" w:rsidRDefault="00000000" w:rsidRPr="00000000" w14:paraId="000003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Not like this. Not again</w:t>
      </w:r>
      <w:r w:rsidDel="00000000" w:rsidR="00000000" w:rsidRPr="00000000">
        <w:rPr>
          <w:rFonts w:ascii="Times New Roman" w:cs="Times New Roman" w:eastAsia="Times New Roman" w:hAnsi="Times New Roman"/>
          <w:sz w:val="24"/>
          <w:szCs w:val="24"/>
          <w:rtl w:val="0"/>
        </w:rPr>
        <w:t xml:space="preserve">. Kobe thought as he dropped closer to the ground below.</w:t>
      </w:r>
    </w:p>
    <w:p w:rsidR="00000000" w:rsidDel="00000000" w:rsidP="00000000" w:rsidRDefault="00000000" w:rsidRPr="00000000" w14:paraId="0000031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howled, but beneath it, he heard a note rising.</w:t>
      </w:r>
    </w:p>
    <w:p w:rsidR="00000000" w:rsidDel="00000000" w:rsidP="00000000" w:rsidRDefault="00000000" w:rsidRPr="00000000" w14:paraId="0000031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w:t>
      </w:r>
    </w:p>
    <w:p w:rsidR="00000000" w:rsidDel="00000000" w:rsidP="00000000" w:rsidRDefault="00000000" w:rsidRPr="00000000" w14:paraId="000003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struck metal, rolled, then stilled. Not the street. </w:t>
      </w:r>
    </w:p>
    <w:p w:rsidR="00000000" w:rsidDel="00000000" w:rsidP="00000000" w:rsidRDefault="00000000" w:rsidRPr="00000000" w14:paraId="0000031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Mesh walls rose around him. The wire basket rattled, holding him.</w:t>
      </w:r>
    </w:p>
    <w:p w:rsidR="00000000" w:rsidDel="00000000" w:rsidP="00000000" w:rsidRDefault="00000000" w:rsidRPr="00000000" w14:paraId="00000314">
      <w:pP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rtl w:val="0"/>
        </w:rPr>
        <w:t xml:space="preserve">He curled tight, heart pounding against his shell. The wind rushed past, but this time it didn’t steal him away. It carried him forward. With her. </w:t>
      </w:r>
      <w:r w:rsidDel="00000000" w:rsidR="00000000" w:rsidRPr="00000000">
        <w:rPr>
          <w:rFonts w:ascii="Times New Roman" w:cs="Times New Roman" w:eastAsia="Times New Roman" w:hAnsi="Times New Roman"/>
          <w:i w:val="1"/>
          <w:sz w:val="24"/>
          <w:szCs w:val="24"/>
          <w:rtl w:val="0"/>
        </w:rPr>
        <w:t xml:space="preserve">She never looked back</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as destiny became destination.</w:t>
      </w:r>
      <w:r w:rsidDel="00000000" w:rsidR="00000000" w:rsidRPr="00000000">
        <w:rPr>
          <w:rtl w:val="0"/>
        </w:rPr>
      </w:r>
    </w:p>
    <w:p w:rsidR="00000000" w:rsidDel="00000000" w:rsidP="00000000" w:rsidRDefault="00000000" w:rsidRPr="00000000" w14:paraId="00000315">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6">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7">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1C">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300546</wp:posOffset>
            </wp:positionV>
            <wp:extent cx="190500" cy="197662"/>
            <wp:effectExtent b="0" l="0" r="0" t="0"/>
            <wp:wrapNone/>
            <wp:docPr id="9"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31D">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11: Tragedy- Leila</w:t>
      </w:r>
    </w:p>
    <w:p w:rsidR="00000000" w:rsidDel="00000000" w:rsidP="00000000" w:rsidRDefault="00000000" w:rsidRPr="00000000" w14:paraId="0000031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Manhattan- Early Afternoon</w:t>
      </w:r>
    </w:p>
    <w:p w:rsidR="00000000" w:rsidDel="00000000" w:rsidP="00000000" w:rsidRDefault="00000000" w:rsidRPr="00000000" w14:paraId="000003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glazed the streets in gold, turning glass towers into mirrors and the asphalt into a shimmering river.</w:t>
      </w:r>
    </w:p>
    <w:p w:rsidR="00000000" w:rsidDel="00000000" w:rsidP="00000000" w:rsidRDefault="00000000" w:rsidRPr="00000000" w14:paraId="000003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pedaled down Broadway, the city pressing in on every side. Her hair whipped in the wind, sweat tracing her temples. Each push burned—she couldn’t be late. Not today.</w:t>
      </w:r>
    </w:p>
    <w:p w:rsidR="00000000" w:rsidDel="00000000" w:rsidP="00000000" w:rsidRDefault="00000000" w:rsidRPr="00000000" w14:paraId="000003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surged around her—a halal cart hissed, lamb fat hitting the griddle; cumin and char thick in the air. </w:t>
      </w:r>
    </w:p>
    <w:p w:rsidR="00000000" w:rsidDel="00000000" w:rsidP="00000000" w:rsidRDefault="00000000" w:rsidRPr="00000000" w14:paraId="000003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veered past a cluster of schoolchildren spilling from a park gate, their laughter chasing her into traffic. A mural flared in her periphery—faces of ancestors in blues and golds—but she kept her eyes forward. No time to look back. Her bag thumped against her hip, heavy with charts and the words she’d practiced until her throat ached.</w:t>
      </w:r>
    </w:p>
    <w:p w:rsidR="00000000" w:rsidDel="00000000" w:rsidP="00000000" w:rsidRDefault="00000000" w:rsidRPr="00000000" w14:paraId="000003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tower rose ahead, a blade of glass severing the skyline.</w:t>
        <w:br w:type="textWrapping"/>
        <w:t xml:space="preserve">Leila braked hard, swung off the bike, and locked it. Her hands shook. She smoothed her blouse and drew one steady breath.</w:t>
      </w:r>
    </w:p>
    <w:p w:rsidR="00000000" w:rsidDel="00000000" w:rsidP="00000000" w:rsidRDefault="00000000" w:rsidRPr="00000000" w14:paraId="0000032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tide moved unseen beneath the city, carrying another life toward his own reckoning.</w:t>
      </w:r>
    </w:p>
    <w:p w:rsidR="00000000" w:rsidDel="00000000" w:rsidP="00000000" w:rsidRDefault="00000000" w:rsidRPr="00000000" w14:paraId="000003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*From the basket, Kobe peeked out—the world taller and louder than anything he’d known. He tilted his head, </w:t>
      </w:r>
      <w:r w:rsidDel="00000000" w:rsidR="00000000" w:rsidRPr="00000000">
        <w:rPr>
          <w:rFonts w:ascii="Times New Roman" w:cs="Times New Roman" w:eastAsia="Times New Roman" w:hAnsi="Times New Roman"/>
          <w:i w:val="1"/>
          <w:sz w:val="24"/>
          <w:szCs w:val="24"/>
          <w:rtl w:val="0"/>
        </w:rPr>
        <w:t xml:space="preserve">wonder</w:t>
      </w:r>
      <w:r w:rsidDel="00000000" w:rsidR="00000000" w:rsidRPr="00000000">
        <w:rPr>
          <w:rFonts w:ascii="Times New Roman" w:cs="Times New Roman" w:eastAsia="Times New Roman" w:hAnsi="Times New Roman"/>
          <w:i w:val="1"/>
          <w:sz w:val="24"/>
          <w:szCs w:val="24"/>
          <w:rtl w:val="0"/>
        </w:rPr>
        <w:t xml:space="preserve"> stirring. Then Leila swung her bag. The strap clipped him, sending him tumbling to the pavement. Legs splayed. The tower looming above like a mountain of glass.*</w:t>
      </w:r>
      <w:r w:rsidDel="00000000" w:rsidR="00000000" w:rsidRPr="00000000">
        <w:rPr>
          <w:rtl w:val="0"/>
        </w:rPr>
      </w:r>
    </w:p>
    <w:p w:rsidR="00000000" w:rsidDel="00000000" w:rsidP="00000000" w:rsidRDefault="00000000" w:rsidRPr="00000000" w14:paraId="000003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building, marble and glass swallowed Leila. The lobby smelled of polish and roasted coffee from a corner kiosk. Men and women in suits moved past her in a swift, unbroken current. She pressed through, jaw tight, and jabbed the elevator button.</w:t>
      </w:r>
    </w:p>
    <w:p w:rsidR="00000000" w:rsidDel="00000000" w:rsidP="00000000" w:rsidRDefault="00000000" w:rsidRPr="00000000" w14:paraId="000003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stepped into the boardroom—and froze. Empty.</w:t>
      </w:r>
    </w:p>
    <w:p w:rsidR="00000000" w:rsidDel="00000000" w:rsidP="00000000" w:rsidRDefault="00000000" w:rsidRPr="00000000" w14:paraId="000003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w:t>
      </w:r>
      <w:r w:rsidDel="00000000" w:rsidR="00000000" w:rsidRPr="00000000">
        <w:rPr>
          <w:rFonts w:ascii="Times New Roman" w:cs="Times New Roman" w:eastAsia="Times New Roman" w:hAnsi="Times New Roman"/>
          <w:sz w:val="24"/>
          <w:szCs w:val="24"/>
          <w:rtl w:val="0"/>
        </w:rPr>
        <w:t xml:space="preserve">elow her, the quiet broke.</w:t>
      </w:r>
    </w:p>
    <w:p w:rsidR="00000000" w:rsidDel="00000000" w:rsidP="00000000" w:rsidRDefault="00000000" w:rsidRPr="00000000" w14:paraId="0000032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*Kobe scuttled across the marble floor. Humans scattered—one shrieked and leapt onto a chair, another dropped papers that fanned across the tiles like startled birds. </w:t>
      </w:r>
    </w:p>
    <w:p w:rsidR="00000000" w:rsidDel="00000000" w:rsidP="00000000" w:rsidRDefault="00000000" w:rsidRPr="00000000" w14:paraId="000003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He darted into the open elevator just as the doors slid shut. The lift hummed upward, carrying him into the hive above.*</w:t>
      </w:r>
      <w:r w:rsidDel="00000000" w:rsidR="00000000" w:rsidRPr="00000000">
        <w:rPr>
          <w:rtl w:val="0"/>
        </w:rPr>
      </w:r>
    </w:p>
    <w:p w:rsidR="00000000" w:rsidDel="00000000" w:rsidP="00000000" w:rsidRDefault="00000000" w:rsidRPr="00000000" w14:paraId="000003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boardroom stretched cold, all glass and air.</w:t>
        <w:br w:type="textWrapping"/>
        <w:t xml:space="preserve">Leila checked her watch. It was already 15 minutes past the meeting time. She called the phone number she had been given to reach the clientele. </w:t>
      </w:r>
    </w:p>
    <w:p w:rsidR="00000000" w:rsidDel="00000000" w:rsidP="00000000" w:rsidRDefault="00000000" w:rsidRPr="00000000" w14:paraId="0000032C">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Straight to voicemail. She took a seat and pressed her palms to her head. </w:t>
      </w:r>
      <w:r w:rsidDel="00000000" w:rsidR="00000000" w:rsidRPr="00000000">
        <w:rPr>
          <w:rFonts w:ascii="Times New Roman" w:cs="Times New Roman" w:eastAsia="Times New Roman" w:hAnsi="Times New Roman"/>
          <w:i w:val="1"/>
          <w:sz w:val="24"/>
          <w:szCs w:val="24"/>
          <w:rtl w:val="0"/>
        </w:rPr>
        <w:t xml:space="preserve">“Why would they bring me out here just to stand me up?” </w:t>
      </w:r>
    </w:p>
    <w:p w:rsidR="00000000" w:rsidDel="00000000" w:rsidP="00000000" w:rsidRDefault="00000000" w:rsidRPr="00000000" w14:paraId="000003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Leila sat in frustration, a little crab was scurrying his way through the building. </w:t>
      </w:r>
    </w:p>
    <w:p w:rsidR="00000000" w:rsidDel="00000000" w:rsidP="00000000" w:rsidRDefault="00000000" w:rsidRPr="00000000" w14:paraId="000003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Determination and helplessness running parallel. </w:t>
      </w:r>
      <w:r w:rsidDel="00000000" w:rsidR="00000000" w:rsidRPr="00000000">
        <w:rPr>
          <w:rtl w:val="0"/>
        </w:rPr>
      </w:r>
    </w:p>
    <w:p w:rsidR="00000000" w:rsidDel="00000000" w:rsidP="00000000" w:rsidRDefault="00000000" w:rsidRPr="00000000" w14:paraId="000003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*Down the corridor, Kobe spotted her through a window.</w:t>
        <w:br w:type="textWrapping"/>
        <w:t xml:space="preserve">He crouched again, ready to spring—when darkness dropped. Plastic cinched tight around him. Trapped.*</w:t>
      </w:r>
      <w:r w:rsidDel="00000000" w:rsidR="00000000" w:rsidRPr="00000000">
        <w:rPr>
          <w:rtl w:val="0"/>
        </w:rPr>
      </w:r>
    </w:p>
    <w:p w:rsidR="00000000" w:rsidDel="00000000" w:rsidP="00000000" w:rsidRDefault="00000000" w:rsidRPr="00000000" w14:paraId="000003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stood alone, her breath fading into the drone of the city. She crossed to the window, palm pressed against the glass. Below, horns blared. The city pulsed on—loud, indifferent.</w:t>
      </w:r>
    </w:p>
    <w:p w:rsidR="00000000" w:rsidDel="00000000" w:rsidP="00000000" w:rsidRDefault="00000000" w:rsidRPr="00000000" w14:paraId="000003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breath fogged the pane. She wiped at it distractedly—then </w:t>
      </w:r>
      <w:r w:rsidDel="00000000" w:rsidR="00000000" w:rsidRPr="00000000">
        <w:rPr>
          <w:rFonts w:ascii="Times New Roman" w:cs="Times New Roman" w:eastAsia="Times New Roman" w:hAnsi="Times New Roman"/>
          <w:i w:val="1"/>
          <w:sz w:val="24"/>
          <w:szCs w:val="24"/>
          <w:rtl w:val="0"/>
        </w:rPr>
        <w:t xml:space="preserve">froze</w:t>
      </w:r>
      <w:r w:rsidDel="00000000" w:rsidR="00000000" w:rsidRPr="00000000">
        <w:rPr>
          <w:rFonts w:ascii="Times New Roman" w:cs="Times New Roman" w:eastAsia="Times New Roman" w:hAnsi="Times New Roman"/>
          <w:sz w:val="24"/>
          <w:szCs w:val="24"/>
          <w:rtl w:val="0"/>
        </w:rPr>
        <w:t xml:space="preserve">.</w:t>
        <w:br w:type="textWrapping"/>
        <w:t xml:space="preserve">Curved lines shimmered faintly in the mist—familiar.</w:t>
      </w:r>
    </w:p>
    <w:p w:rsidR="00000000" w:rsidDel="00000000" w:rsidP="00000000" w:rsidRDefault="00000000" w:rsidRPr="00000000" w14:paraId="000003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hand trembled as she pulled the necklace from beneath her blouse—the Faith Adinkra symbol, her father’s gift. She lifted it to the glass. The markings matched. A heart beat to a heartbeat.</w:t>
      </w:r>
    </w:p>
    <w:p w:rsidR="00000000" w:rsidDel="00000000" w:rsidP="00000000" w:rsidRDefault="00000000" w:rsidRPr="00000000" w14:paraId="000003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lips parted.</w:t>
        <w:br w:type="textWrapping"/>
        <w:t xml:space="preserve">A whisper escaped before she could stop it.</w:t>
      </w:r>
    </w:p>
    <w:p w:rsidR="00000000" w:rsidDel="00000000" w:rsidP="00000000" w:rsidRDefault="00000000" w:rsidRPr="00000000" w14:paraId="0000033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“Papa…” Leila closed her eyes as the warmth of her father blanketed her. </w:t>
      </w:r>
      <w:r w:rsidDel="00000000" w:rsidR="00000000" w:rsidRPr="00000000">
        <w:rPr>
          <w:rtl w:val="0"/>
        </w:rPr>
      </w:r>
    </w:p>
    <w:p w:rsidR="00000000" w:rsidDel="00000000" w:rsidP="00000000" w:rsidRDefault="00000000" w:rsidRPr="00000000" w14:paraId="000003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touched the Adinkra chain around her neck with understanding, and with a nod, she raced back to her chair and opened her laptop. </w:t>
      </w:r>
    </w:p>
    <w:p w:rsidR="00000000" w:rsidDel="00000000" w:rsidP="00000000" w:rsidRDefault="00000000" w:rsidRPr="00000000" w14:paraId="000003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come all the way out here for nothing.” She thought as she opened </w:t>
      </w:r>
      <w:r w:rsidDel="00000000" w:rsidR="00000000" w:rsidRPr="00000000">
        <w:rPr>
          <w:rFonts w:ascii="Times New Roman" w:cs="Times New Roman" w:eastAsia="Times New Roman" w:hAnsi="Times New Roman"/>
          <w:i w:val="1"/>
          <w:sz w:val="24"/>
          <w:szCs w:val="24"/>
          <w:rtl w:val="0"/>
        </w:rPr>
        <w:t xml:space="preserve">Ghanaweb </w:t>
      </w:r>
      <w:r w:rsidDel="00000000" w:rsidR="00000000" w:rsidRPr="00000000">
        <w:rPr>
          <w:rFonts w:ascii="Times New Roman" w:cs="Times New Roman" w:eastAsia="Times New Roman" w:hAnsi="Times New Roman"/>
          <w:sz w:val="24"/>
          <w:szCs w:val="24"/>
          <w:rtl w:val="0"/>
        </w:rPr>
        <w:t xml:space="preserve">on her laptop, figuring that she could find Mr. Boateng’s email on the site. Leila threw her hands to her mouth in shock when the site came up—a headline silencing her hope as corruption gained its voice.</w:t>
      </w:r>
    </w:p>
    <w:p w:rsidR="00000000" w:rsidDel="00000000" w:rsidP="00000000" w:rsidRDefault="00000000" w:rsidRPr="00000000" w14:paraId="00000337">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Board President...John Boateng, dead. </w:t>
      </w:r>
    </w:p>
    <w:p w:rsidR="00000000" w:rsidDel="00000000" w:rsidP="00000000" w:rsidRDefault="00000000" w:rsidRPr="00000000" w14:paraId="00000338">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39">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3A">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3B">
      <w:pPr>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3C">
      <w:pPr>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457950</wp:posOffset>
            </wp:positionV>
            <wp:extent cx="190500" cy="197662"/>
            <wp:effectExtent b="0" l="0" r="0" t="0"/>
            <wp:wrapNone/>
            <wp:docPr id="10"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33D">
      <w:pPr>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12: Home Away- </w:t>
      </w:r>
      <w:r w:rsidDel="00000000" w:rsidR="00000000" w:rsidRPr="00000000">
        <w:rPr>
          <w:rFonts w:ascii="Times New Roman" w:cs="Times New Roman" w:eastAsia="Times New Roman" w:hAnsi="Times New Roman"/>
          <w:sz w:val="24"/>
          <w:szCs w:val="24"/>
          <w:u w:val="single"/>
          <w:rtl w:val="0"/>
        </w:rPr>
        <w:t xml:space="preserve">Kwame</w:t>
      </w:r>
    </w:p>
    <w:p w:rsidR="00000000" w:rsidDel="00000000" w:rsidP="00000000" w:rsidRDefault="00000000" w:rsidRPr="00000000" w14:paraId="0000033E">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Hotel Room- Early Evening </w:t>
      </w:r>
    </w:p>
    <w:p w:rsidR="00000000" w:rsidDel="00000000" w:rsidP="00000000" w:rsidRDefault="00000000" w:rsidRPr="00000000" w14:paraId="000003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dim light the buzz of his phone pulled Kwame from sleep.</w:t>
        <w:br w:type="textWrapping"/>
        <w:t xml:space="preserve">A text from Leila glowed on the screen:</w:t>
      </w:r>
    </w:p>
    <w:p w:rsidR="00000000" w:rsidDel="00000000" w:rsidP="00000000" w:rsidRDefault="00000000" w:rsidRPr="00000000" w14:paraId="00000340">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Emergency meeting tomorrow. Might have to stay in the city for a few days. Sorry.</w:t>
      </w:r>
    </w:p>
    <w:p w:rsidR="00000000" w:rsidDel="00000000" w:rsidP="00000000" w:rsidRDefault="00000000" w:rsidRPr="00000000" w14:paraId="000003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rubbed his face, groaned low, and flicked on the TV.</w:t>
        <w:br w:type="textWrapping"/>
        <w:t xml:space="preserve">A news anchor stood before bright banners, voice clipped and steady, a practiced calm that barely masked urgency.</w:t>
      </w:r>
    </w:p>
    <w:p w:rsidR="00000000" w:rsidDel="00000000" w:rsidP="00000000" w:rsidRDefault="00000000" w:rsidRPr="00000000" w14:paraId="00000342">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annual seafood convention arrives this week.”</w:t>
      </w:r>
    </w:p>
    <w:p w:rsidR="00000000" w:rsidDel="00000000" w:rsidP="00000000" w:rsidRDefault="00000000" w:rsidRPr="00000000" w14:paraId="000003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feed cut to tanks of fish glimmering under harsh lights, nets strung like trophies, vendors shouting over the din. Then the tone shifted. Protesters filled the frame, chants rising like surf as security strained to hold them back.</w:t>
      </w:r>
    </w:p>
    <w:p w:rsidR="00000000" w:rsidDel="00000000" w:rsidP="00000000" w:rsidRDefault="00000000" w:rsidRPr="00000000" w14:paraId="0000034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“Traffic disruptions are expected. Intersections may be blocked.”</w:t>
      </w:r>
    </w:p>
    <w:p w:rsidR="00000000" w:rsidDel="00000000" w:rsidP="00000000" w:rsidRDefault="00000000" w:rsidRPr="00000000" w14:paraId="000003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muted the sound and thumbed out a reply:</w:t>
      </w:r>
    </w:p>
    <w:p w:rsidR="00000000" w:rsidDel="00000000" w:rsidP="00000000" w:rsidRDefault="00000000" w:rsidRPr="00000000" w14:paraId="00000346">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Don’t mind a few days. Just be careful.</w:t>
      </w:r>
    </w:p>
    <w:p w:rsidR="00000000" w:rsidDel="00000000" w:rsidP="00000000" w:rsidRDefault="00000000" w:rsidRPr="00000000" w14:paraId="000003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set the phone aside and leaned back, exhaling slowly.</w:t>
        <w:br w:type="textWrapping"/>
        <w:t xml:space="preserve">A few extra days wasn’t a problem. If anything, it was an opening — a quiet window to face what he’d buried.</w:t>
      </w:r>
    </w:p>
    <w:p w:rsidR="00000000" w:rsidDel="00000000" w:rsidP="00000000" w:rsidRDefault="00000000" w:rsidRPr="00000000" w14:paraId="0000034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his laptop close, searched departures.</w:t>
        <w:br w:type="textWrapping"/>
        <w:t xml:space="preserve">One train to Rochester left for 2 tomorrow.</w:t>
        <w:br w:type="textWrapping"/>
        <w:t xml:space="preserve">He booked it; closed his eyes and fell into an uneasy sleep.</w:t>
      </w:r>
    </w:p>
    <w:p w:rsidR="00000000" w:rsidDel="00000000" w:rsidP="00000000" w:rsidRDefault="00000000" w:rsidRPr="00000000" w14:paraId="00000349">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4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Morning.</w:t>
      </w:r>
    </w:p>
    <w:p w:rsidR="00000000" w:rsidDel="00000000" w:rsidP="00000000" w:rsidRDefault="00000000" w:rsidRPr="00000000" w14:paraId="000003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dogs whined at the door, claws scratching at the wood.</w:t>
        <w:br w:type="textWrapping"/>
        <w:t xml:space="preserve">Kwame clipped their leashes and followed their pull down the block.</w:t>
        <w:br w:type="textWrapping"/>
        <w:t xml:space="preserve">Morning air was already warm, the city alive and moving.</w:t>
      </w:r>
    </w:p>
    <w:p w:rsidR="00000000" w:rsidDel="00000000" w:rsidP="00000000" w:rsidRDefault="00000000" w:rsidRPr="00000000" w14:paraId="000003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veered into an alley—the same one where he’d tossed the old treat bag, now ghosted by the smell of rot and rain.</w:t>
        <w:br w:type="textWrapping"/>
        <w:t xml:space="preserve">The dogs went wild, sniffing, paws scraping at cracks as if treasure hid beneath.</w:t>
      </w:r>
    </w:p>
    <w:p w:rsidR="00000000" w:rsidDel="00000000" w:rsidP="00000000" w:rsidRDefault="00000000" w:rsidRPr="00000000" w14:paraId="0000034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sucked his teeth. “With the way you two are acting you’d think you’d </w:t>
      </w:r>
      <w:r w:rsidDel="00000000" w:rsidR="00000000" w:rsidRPr="00000000">
        <w:rPr>
          <w:rFonts w:ascii="Times New Roman" w:cs="Times New Roman" w:eastAsia="Times New Roman" w:hAnsi="Times New Roman"/>
          <w:sz w:val="24"/>
          <w:szCs w:val="24"/>
          <w:rtl w:val="0"/>
        </w:rPr>
        <w:t xml:space="preserve">found</w:t>
      </w:r>
      <w:r w:rsidDel="00000000" w:rsidR="00000000" w:rsidRPr="00000000">
        <w:rPr>
          <w:rFonts w:ascii="Times New Roman" w:cs="Times New Roman" w:eastAsia="Times New Roman" w:hAnsi="Times New Roman"/>
          <w:sz w:val="24"/>
          <w:szCs w:val="24"/>
          <w:rtl w:val="0"/>
        </w:rPr>
        <w:t xml:space="preserve"> gold.”</w:t>
      </w:r>
    </w:p>
    <w:p w:rsidR="00000000" w:rsidDel="00000000" w:rsidP="00000000" w:rsidRDefault="00000000" w:rsidRPr="00000000" w14:paraId="000003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tugged them back toward the main street, their panting fading into the hum of traffic.</w:t>
      </w:r>
    </w:p>
    <w:p w:rsidR="00000000" w:rsidDel="00000000" w:rsidP="00000000" w:rsidRDefault="00000000" w:rsidRPr="00000000" w14:paraId="0000034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Midday.</w:t>
      </w:r>
    </w:p>
    <w:p w:rsidR="00000000" w:rsidDel="00000000" w:rsidP="00000000" w:rsidRDefault="00000000" w:rsidRPr="00000000" w14:paraId="000003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eleven, hunger gnawed at him.</w:t>
        <w:br w:type="textWrapping"/>
        <w:t xml:space="preserve">He wandered blocks without aim, eyes drifting over storefronts, bike bells, conversations spilling from cafés.</w:t>
      </w:r>
    </w:p>
    <w:p w:rsidR="00000000" w:rsidDel="00000000" w:rsidP="00000000" w:rsidRDefault="00000000" w:rsidRPr="00000000" w14:paraId="0000035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sign caught his eye: Indian Cuisine.</w:t>
      </w:r>
    </w:p>
    <w:p w:rsidR="00000000" w:rsidDel="00000000" w:rsidP="00000000" w:rsidRDefault="00000000" w:rsidRPr="00000000" w14:paraId="000003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 the air shifted—warm spice, curry and garlic curling in the air.</w:t>
        <w:br w:type="textWrapping"/>
        <w:t xml:space="preserve">A soft melody floated overhead. A handful of patrons lingered over their meals.</w:t>
      </w:r>
    </w:p>
    <w:p w:rsidR="00000000" w:rsidDel="00000000" w:rsidP="00000000" w:rsidRDefault="00000000" w:rsidRPr="00000000" w14:paraId="0000035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corner, a boy sat alone, eyes fixed on a flickering TV. Who Framed Roger Rabbit played—cartoon colliding with live action.</w:t>
      </w:r>
    </w:p>
    <w:p w:rsidR="00000000" w:rsidDel="00000000" w:rsidP="00000000" w:rsidRDefault="00000000" w:rsidRPr="00000000" w14:paraId="0000035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smiled faintly. Life and cartoons. Reality and myth. It didn’t seem so far-fetched anymore.</w:t>
      </w:r>
    </w:p>
    <w:p w:rsidR="00000000" w:rsidDel="00000000" w:rsidP="00000000" w:rsidRDefault="00000000" w:rsidRPr="00000000" w14:paraId="0000035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Afternoon.</w:t>
      </w:r>
    </w:p>
    <w:p w:rsidR="00000000" w:rsidDel="00000000" w:rsidP="00000000" w:rsidRDefault="00000000" w:rsidRPr="00000000" w14:paraId="0000035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two, he was on the train.</w:t>
        <w:br w:type="textWrapping"/>
        <w:t xml:space="preserve">The car rattled and swayed, a metallic heartbeat under the rise and fall of voices.</w:t>
      </w:r>
    </w:p>
    <w:p w:rsidR="00000000" w:rsidDel="00000000" w:rsidP="00000000" w:rsidRDefault="00000000" w:rsidRPr="00000000" w14:paraId="000003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settled into his seat, nerves pressing heavy in his chest.</w:t>
        <w:br w:type="textWrapping"/>
        <w:t xml:space="preserve">Would they even want to see him?</w:t>
        <w:br w:type="textWrapping"/>
        <w:t xml:space="preserve">Would the years matter?</w:t>
      </w:r>
    </w:p>
    <w:p w:rsidR="00000000" w:rsidDel="00000000" w:rsidP="00000000" w:rsidRDefault="00000000" w:rsidRPr="00000000" w14:paraId="000003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steadied himself with a thought of Leila—her tears, her voice, her courage to face what she’d buried.</w:t>
      </w:r>
    </w:p>
    <w:p w:rsidR="00000000" w:rsidDel="00000000" w:rsidP="00000000" w:rsidRDefault="00000000" w:rsidRPr="00000000" w14:paraId="000003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she can do it, he told himself, so can I.</w:t>
      </w:r>
    </w:p>
    <w:p w:rsidR="00000000" w:rsidDel="00000000" w:rsidP="00000000" w:rsidRDefault="00000000" w:rsidRPr="00000000" w14:paraId="0000035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closed his eyes and let the rhythm of the rails carry him.</w:t>
      </w:r>
    </w:p>
    <w:p w:rsidR="00000000" w:rsidDel="00000000" w:rsidP="00000000" w:rsidRDefault="00000000" w:rsidRPr="00000000" w14:paraId="0000035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Evening.</w:t>
      </w:r>
    </w:p>
    <w:p w:rsidR="00000000" w:rsidDel="00000000" w:rsidP="00000000" w:rsidRDefault="00000000" w:rsidRPr="00000000" w14:paraId="000003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taxi stopped in front of the old house.</w:t>
        <w:br w:type="textWrapping"/>
        <w:t xml:space="preserve">The porch sagged, boards creaking under his weight just like they used to.</w:t>
      </w:r>
    </w:p>
    <w:p w:rsidR="00000000" w:rsidDel="00000000" w:rsidP="00000000" w:rsidRDefault="00000000" w:rsidRPr="00000000" w14:paraId="0000035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tasted of memory—cold mornings, uneasy laughter, the ache of never quite belonging.</w:t>
      </w:r>
    </w:p>
    <w:p w:rsidR="00000000" w:rsidDel="00000000" w:rsidP="00000000" w:rsidRDefault="00000000" w:rsidRPr="00000000" w14:paraId="0000035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hadn’t expected the ghosts to walk with him.</w:t>
        <w:br w:type="textWrapping"/>
        <w:t xml:space="preserve">But they did, step for step.</w:t>
      </w:r>
    </w:p>
    <w:p w:rsidR="00000000" w:rsidDel="00000000" w:rsidP="00000000" w:rsidRDefault="00000000" w:rsidRPr="00000000" w14:paraId="0000035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pressed the doorbell.</w:t>
      </w:r>
    </w:p>
    <w:p w:rsidR="00000000" w:rsidDel="00000000" w:rsidP="00000000" w:rsidRDefault="00000000" w:rsidRPr="00000000" w14:paraId="0000036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opened to an older man framed in yellow porch light.</w:t>
        <w:br w:type="textWrapping"/>
        <w:t xml:space="preserve">Gray hair sprouted wild; his eyes were pale but steady.</w:t>
        <w:br w:type="textWrapping"/>
        <w:t xml:space="preserve">They squinted, curious.</w:t>
      </w:r>
    </w:p>
    <w:p w:rsidR="00000000" w:rsidDel="00000000" w:rsidP="00000000" w:rsidRDefault="00000000" w:rsidRPr="00000000" w14:paraId="0000036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I help you?”</w:t>
      </w:r>
    </w:p>
    <w:p w:rsidR="00000000" w:rsidDel="00000000" w:rsidP="00000000" w:rsidRDefault="00000000" w:rsidRPr="00000000" w14:paraId="000003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smiled. “Hi… I’m Kwame. You and your wife took me in when I was young. I just wanted to say thank you.”</w:t>
      </w:r>
    </w:p>
    <w:p w:rsidR="00000000" w:rsidDel="00000000" w:rsidP="00000000" w:rsidRDefault="00000000" w:rsidRPr="00000000" w14:paraId="0000036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silence hung between them. A faint smell of curry poured out of the house, filling the doorway. Then recognition flickered—surprise, memory, something softer.</w:t>
      </w:r>
    </w:p>
    <w:p w:rsidR="00000000" w:rsidDel="00000000" w:rsidP="00000000" w:rsidRDefault="00000000" w:rsidRPr="00000000" w14:paraId="0000036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waited, still smiling. The weight he’d carried for years lifted, just a little.</w:t>
      </w:r>
    </w:p>
    <w:p w:rsidR="00000000" w:rsidDel="00000000" w:rsidP="00000000" w:rsidRDefault="00000000" w:rsidRPr="00000000" w14:paraId="0000036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can’t really stay long,” he said finally. “I just wanted to give you this.”</w:t>
        <w:br w:type="textWrapping"/>
        <w:t xml:space="preserve"> He handed the man an envelope. “Just a little something to show my appreciation.”</w:t>
      </w:r>
    </w:p>
    <w:p w:rsidR="00000000" w:rsidDel="00000000" w:rsidP="00000000" w:rsidRDefault="00000000" w:rsidRPr="00000000" w14:paraId="0000036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turned it in his hands once, studying it.</w:t>
      </w:r>
    </w:p>
    <w:p w:rsidR="00000000" w:rsidDel="00000000" w:rsidP="00000000" w:rsidRDefault="00000000" w:rsidRPr="00000000" w14:paraId="0000036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great seeing you again… son. Please don’t be a stranger.”</w:t>
      </w:r>
    </w:p>
    <w:p w:rsidR="00000000" w:rsidDel="00000000" w:rsidP="00000000" w:rsidRDefault="00000000" w:rsidRPr="00000000" w14:paraId="0000036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nodded, stepping down from the porch.</w:t>
        <w:br w:type="textWrapping"/>
        <w:t xml:space="preserve">The man stayed in the doorway, watching as Kwame’s figure disappeared into the cold mist of the city.</w:t>
      </w:r>
    </w:p>
    <w:p w:rsidR="00000000" w:rsidDel="00000000" w:rsidP="00000000" w:rsidRDefault="00000000" w:rsidRPr="00000000" w14:paraId="00000369">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He slipped the envelope into his robe pocket, smiling as a boy rode by, their brief smiles crossing like light through fog. Then, slowly, he brushed his long black hair over his shoulder— the night air revealing a dark triton coiling up his neck. </w:t>
      </w:r>
      <w:r w:rsidDel="00000000" w:rsidR="00000000" w:rsidRPr="00000000">
        <w:rPr>
          <w:rFonts w:ascii="Times New Roman" w:cs="Times New Roman" w:eastAsia="Times New Roman" w:hAnsi="Times New Roman"/>
          <w:i w:val="1"/>
          <w:sz w:val="24"/>
          <w:szCs w:val="24"/>
          <w:rtl w:val="0"/>
        </w:rPr>
        <w:t xml:space="preserve">The wind shifted as he closed his door, carrying one storm to another.</w:t>
      </w:r>
    </w:p>
    <w:p w:rsidR="00000000" w:rsidDel="00000000" w:rsidP="00000000" w:rsidRDefault="00000000" w:rsidRPr="00000000" w14:paraId="0000036A">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6B">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6C">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6D">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36E">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396860</wp:posOffset>
            </wp:positionV>
            <wp:extent cx="190500" cy="197662"/>
            <wp:effectExtent b="0" l="0" r="0" t="0"/>
            <wp:wrapNone/>
            <wp:docPr id="5"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36F">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13: The Escape- </w:t>
      </w:r>
      <w:r w:rsidDel="00000000" w:rsidR="00000000" w:rsidRPr="00000000">
        <w:rPr>
          <w:rFonts w:ascii="Times New Roman" w:cs="Times New Roman" w:eastAsia="Times New Roman" w:hAnsi="Times New Roman"/>
          <w:sz w:val="24"/>
          <w:szCs w:val="24"/>
          <w:u w:val="single"/>
          <w:rtl w:val="0"/>
        </w:rPr>
        <w:t xml:space="preserve">Kobe </w:t>
      </w:r>
    </w:p>
    <w:p w:rsidR="00000000" w:rsidDel="00000000" w:rsidP="00000000" w:rsidRDefault="00000000" w:rsidRPr="00000000" w14:paraId="00000370">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Ray’s Apartment- Early Afternoon</w:t>
      </w:r>
    </w:p>
    <w:p w:rsidR="00000000" w:rsidDel="00000000" w:rsidP="00000000" w:rsidRDefault="00000000" w:rsidRPr="00000000" w14:paraId="0000037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w:t>
      </w:r>
      <w:r w:rsidDel="00000000" w:rsidR="00000000" w:rsidRPr="00000000">
        <w:rPr>
          <w:rFonts w:ascii="Times New Roman" w:cs="Times New Roman" w:eastAsia="Times New Roman" w:hAnsi="Times New Roman"/>
          <w:sz w:val="24"/>
          <w:szCs w:val="24"/>
          <w:rtl w:val="0"/>
        </w:rPr>
        <w:t xml:space="preserve"> sat bound on the counter, his shell dull beneath the kitchen light.</w:t>
        <w:br w:type="textWrapping"/>
        <w:t xml:space="preserve">The apartment was still—the soft scrape of his claws against the twine the only sound that broke the silence.</w:t>
      </w:r>
    </w:p>
    <w:p w:rsidR="00000000" w:rsidDel="00000000" w:rsidP="00000000" w:rsidRDefault="00000000" w:rsidRPr="00000000" w14:paraId="0000037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was the point?” he muttered. “Leaving home, chasing some song I can’t even find. Maybe I should’ve stayed.”</w:t>
      </w:r>
    </w:p>
    <w:p w:rsidR="00000000" w:rsidDel="00000000" w:rsidP="00000000" w:rsidRDefault="00000000" w:rsidRPr="00000000" w14:paraId="0000037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voice drifted from the shadows.</w:t>
        <w:br w:type="textWrapping"/>
        <w:t xml:space="preserve">“You sound like you’re half dead.”</w:t>
      </w:r>
    </w:p>
    <w:p w:rsidR="00000000" w:rsidDel="00000000" w:rsidP="00000000" w:rsidRDefault="00000000" w:rsidRPr="00000000" w14:paraId="0000037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w:t>
        <w:br w:type="textWrapping"/>
        <w:t xml:space="preserve">A smaller crab stepped forward—her shell worn smooth, her eyes steady and clear.</w:t>
      </w:r>
    </w:p>
    <w:p w:rsidR="00000000" w:rsidDel="00000000" w:rsidP="00000000" w:rsidRDefault="00000000" w:rsidRPr="00000000" w14:paraId="0000037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he asked.</w:t>
      </w:r>
    </w:p>
    <w:p w:rsidR="00000000" w:rsidDel="00000000" w:rsidP="00000000" w:rsidRDefault="00000000" w:rsidRPr="00000000" w14:paraId="0000037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she said. “And I know who you are. My brother told me stories about you.   Said you were really brave.” She belted with child-like amusement.</w:t>
      </w:r>
    </w:p>
    <w:p w:rsidR="00000000" w:rsidDel="00000000" w:rsidP="00000000" w:rsidRDefault="00000000" w:rsidRPr="00000000" w14:paraId="0000037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looked away. “And who is your brother? Let me guess—another crab I let down because I’m such a failure?”</w:t>
      </w:r>
    </w:p>
    <w:p w:rsidR="00000000" w:rsidDel="00000000" w:rsidP="00000000" w:rsidRDefault="00000000" w:rsidRPr="00000000" w14:paraId="0000037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tone softened. “My brother’s name is Snap. Or…was Snap,” she said with her head hung low.</w:t>
      </w:r>
    </w:p>
    <w:p w:rsidR="00000000" w:rsidDel="00000000" w:rsidP="00000000" w:rsidRDefault="00000000" w:rsidRPr="00000000" w14:paraId="0000037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chest tightened. The air seemed to thicken around them.</w:t>
      </w:r>
    </w:p>
    <w:p w:rsidR="00000000" w:rsidDel="00000000" w:rsidP="00000000" w:rsidRDefault="00000000" w:rsidRPr="00000000" w14:paraId="0000037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story I heard,” she went on, “was that he was cornered by gulls—and you stood with him. Fought with him. Tried everything to protect him. Is that true?”</w:t>
      </w:r>
    </w:p>
    <w:p w:rsidR="00000000" w:rsidDel="00000000" w:rsidP="00000000" w:rsidRDefault="00000000" w:rsidRPr="00000000" w14:paraId="0000037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answer, another voice cut through the quiet—low, smooth, taunting.</w:t>
      </w:r>
    </w:p>
    <w:p w:rsidR="00000000" w:rsidDel="00000000" w:rsidP="00000000" w:rsidRDefault="00000000" w:rsidRPr="00000000" w14:paraId="0000037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i w:val="1"/>
          <w:sz w:val="24"/>
          <w:szCs w:val="24"/>
          <w:rtl w:val="0"/>
        </w:rPr>
        <w:t xml:space="preserve">W</w:t>
      </w:r>
      <w:r w:rsidDel="00000000" w:rsidR="00000000" w:rsidRPr="00000000">
        <w:rPr>
          <w:rFonts w:ascii="Times New Roman" w:cs="Times New Roman" w:eastAsia="Times New Roman" w:hAnsi="Times New Roman"/>
          <w:sz w:val="24"/>
          <w:szCs w:val="24"/>
          <w:rtl w:val="0"/>
        </w:rPr>
        <w:t xml:space="preserve">ell, of course that’s what happened.”</w:t>
      </w:r>
    </w:p>
    <w:p w:rsidR="00000000" w:rsidDel="00000000" w:rsidP="00000000" w:rsidRDefault="00000000" w:rsidRPr="00000000" w14:paraId="0000037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stepped into the light, his grin sharp, his eyes glinting like wet stone.</w:t>
      </w:r>
    </w:p>
    <w:p w:rsidR="00000000" w:rsidDel="00000000" w:rsidP="00000000" w:rsidRDefault="00000000" w:rsidRPr="00000000" w14:paraId="0000037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a hero,” he said. “Always was. Won’t let anything stop him from heroics. Even if it means sacrificing the ones he cares about.” His claw flexed as if testing the weight of his own words.</w:t>
      </w:r>
    </w:p>
    <w:p w:rsidR="00000000" w:rsidDel="00000000" w:rsidP="00000000" w:rsidRDefault="00000000" w:rsidRPr="00000000" w14:paraId="0000037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voice broke through, raw. “You! You set us up that night. Snap died because of you.”</w:t>
      </w:r>
    </w:p>
    <w:p w:rsidR="00000000" w:rsidDel="00000000" w:rsidP="00000000" w:rsidRDefault="00000000" w:rsidRPr="00000000" w14:paraId="0000038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of Lowe’s gasp cracked the air.</w:t>
      </w:r>
    </w:p>
    <w:p w:rsidR="00000000" w:rsidDel="00000000" w:rsidP="00000000" w:rsidRDefault="00000000" w:rsidRPr="00000000" w14:paraId="0000038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lifted a claw, feigning hurt. “Accusations cut deep, friend.—I simply went to fetch the notes for your training. By the time I reached camp, word spread that you were both killed.”</w:t>
      </w:r>
    </w:p>
    <w:p w:rsidR="00000000" w:rsidDel="00000000" w:rsidP="00000000" w:rsidRDefault="00000000" w:rsidRPr="00000000" w14:paraId="0000038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 thin smile curved his mouth. “But if you believe that I’m the one at fault, then finish it.”</w:t>
      </w:r>
    </w:p>
    <w:p w:rsidR="00000000" w:rsidDel="00000000" w:rsidP="00000000" w:rsidRDefault="00000000" w:rsidRPr="00000000" w14:paraId="0000038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dish rack, he plucked a butcher knife and held it out.</w:t>
      </w:r>
    </w:p>
    <w:p w:rsidR="00000000" w:rsidDel="00000000" w:rsidP="00000000" w:rsidRDefault="00000000" w:rsidRPr="00000000" w14:paraId="0000038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“Prove you’re better than me.”</w:t>
      </w:r>
    </w:p>
    <w:p w:rsidR="00000000" w:rsidDel="00000000" w:rsidP="00000000" w:rsidRDefault="00000000" w:rsidRPr="00000000" w14:paraId="0000038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didn’t move. The stillness between them felt endless.</w:t>
      </w:r>
    </w:p>
    <w:p w:rsidR="00000000" w:rsidDel="00000000" w:rsidP="00000000" w:rsidRDefault="00000000" w:rsidRPr="00000000" w14:paraId="0000038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lowered the blade and shook his head. “Didn’t think so.”</w:t>
      </w:r>
    </w:p>
    <w:p w:rsidR="00000000" w:rsidDel="00000000" w:rsidP="00000000" w:rsidRDefault="00000000" w:rsidRPr="00000000" w14:paraId="0000038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stepped forward quickly, her voice urgent. “We’ll solve this later.” She cast Bosston an accusing look. “I heard the human on the phone earlier. He’s taking us somewhere.”</w:t>
      </w:r>
    </w:p>
    <w:p w:rsidR="00000000" w:rsidDel="00000000" w:rsidP="00000000" w:rsidRDefault="00000000" w:rsidRPr="00000000" w14:paraId="0000038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not on vacation, I’m sure,” Bosston quipped.</w:t>
      </w:r>
    </w:p>
    <w:p w:rsidR="00000000" w:rsidDel="00000000" w:rsidP="00000000" w:rsidRDefault="00000000" w:rsidRPr="00000000" w14:paraId="0000038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gaze shifted to the window. The latch glinted faintly in the light.</w:t>
      </w:r>
    </w:p>
    <w:p w:rsidR="00000000" w:rsidDel="00000000" w:rsidP="00000000" w:rsidRDefault="00000000" w:rsidRPr="00000000" w14:paraId="0000038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our way out,” Bosston said, following Kobe’s eyes. “But it’s locked. Keys are in his room.”</w:t>
      </w:r>
    </w:p>
    <w:p w:rsidR="00000000" w:rsidDel="00000000" w:rsidP="00000000" w:rsidRDefault="00000000" w:rsidRPr="00000000" w14:paraId="0000038B">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three of them went silent. They knew they didn’t have much time before the man in the room woke up. If they were going to make it out of that apartment alive, they needed to come up with an idea fast. </w:t>
      </w:r>
    </w:p>
    <w:p w:rsidR="00000000" w:rsidDel="00000000" w:rsidP="00000000" w:rsidRDefault="00000000" w:rsidRPr="00000000" w14:paraId="0000038C">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8D">
      <w:pPr>
        <w:pStyle w:val="Heading3"/>
        <w:keepNext w:val="0"/>
        <w:keepLines w:val="0"/>
        <w:spacing w:after="80" w:before="280" w:lineRule="auto"/>
        <w:rPr>
          <w:rFonts w:ascii="Times New Roman" w:cs="Times New Roman" w:eastAsia="Times New Roman" w:hAnsi="Times New Roman"/>
          <w:color w:val="000000"/>
          <w:sz w:val="26"/>
          <w:szCs w:val="26"/>
        </w:rPr>
      </w:pPr>
      <w:bookmarkStart w:colFirst="0" w:colLast="0" w:name="_heading=h.af9s7oj2owcj" w:id="0"/>
      <w:bookmarkEnd w:id="0"/>
      <w:r w:rsidDel="00000000" w:rsidR="00000000" w:rsidRPr="00000000">
        <w:rPr>
          <w:rFonts w:ascii="Times New Roman" w:cs="Times New Roman" w:eastAsia="Times New Roman" w:hAnsi="Times New Roman"/>
          <w:color w:val="000000"/>
          <w:sz w:val="26"/>
          <w:szCs w:val="26"/>
          <w:rtl w:val="0"/>
        </w:rPr>
        <w:t xml:space="preserve">The Plan</w:t>
      </w:r>
    </w:p>
    <w:p w:rsidR="00000000" w:rsidDel="00000000" w:rsidP="00000000" w:rsidRDefault="00000000" w:rsidRPr="00000000" w14:paraId="0000038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three crabs huddled near the door.</w:t>
      </w:r>
    </w:p>
    <w:p w:rsidR="00000000" w:rsidDel="00000000" w:rsidP="00000000" w:rsidRDefault="00000000" w:rsidRPr="00000000" w14:paraId="0000038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you’re lookout,” Kobe said. “Warn us if anyone comes through that front door. Lowe, you tug this string if there’s danger.”</w:t>
      </w:r>
    </w:p>
    <w:p w:rsidR="00000000" w:rsidDel="00000000" w:rsidP="00000000" w:rsidRDefault="00000000" w:rsidRPr="00000000" w14:paraId="0000039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pulled a ribbon from his shell—the same ribbon that once hung him like a trophy—and tied it tight around his middle.</w:t>
      </w:r>
    </w:p>
    <w:p w:rsidR="00000000" w:rsidDel="00000000" w:rsidP="00000000" w:rsidRDefault="00000000" w:rsidRPr="00000000" w14:paraId="0000039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nodded, offering a small, brave smile.</w:t>
        <w:br w:type="textWrapping"/>
        <w:t xml:space="preserve">Bosston gave a mocking salute before vanishing down the hall.</w:t>
      </w:r>
    </w:p>
    <w:p w:rsidR="00000000" w:rsidDel="00000000" w:rsidP="00000000" w:rsidRDefault="00000000" w:rsidRPr="00000000" w14:paraId="0000039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crept into the bedroom. Sunlight spilled through the blinds, striping the room in pale gold. Clothes and boxes littered the floor. The man snored heavily—a sound like distant thunder.</w:t>
      </w:r>
    </w:p>
    <w:p w:rsidR="00000000" w:rsidDel="00000000" w:rsidP="00000000" w:rsidRDefault="00000000" w:rsidRPr="00000000" w14:paraId="0000039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eyes searched until he noticed something glinting silver on the nightstand.</w:t>
      </w:r>
    </w:p>
    <w:p w:rsidR="00000000" w:rsidDel="00000000" w:rsidP="00000000" w:rsidRDefault="00000000" w:rsidRPr="00000000" w14:paraId="0000039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moved closer, each step measured. Just as his claw brushed the edge of the table, the phone rang—loud and jarring.</w:t>
      </w:r>
    </w:p>
    <w:p w:rsidR="00000000" w:rsidDel="00000000" w:rsidP="00000000" w:rsidRDefault="00000000" w:rsidRPr="00000000" w14:paraId="0000039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man stirred.</w:t>
        <w:br w:type="textWrapping"/>
        <w:t xml:space="preserve">The door creaked.</w:t>
      </w:r>
    </w:p>
    <w:p w:rsidR="00000000" w:rsidDel="00000000" w:rsidP="00000000" w:rsidRDefault="00000000" w:rsidRPr="00000000" w14:paraId="0000039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Kobe bolted, claws scraping across carpet and tile, his heartbeat drowning everything else.</w:t>
      </w:r>
    </w:p>
    <w:p w:rsidR="00000000" w:rsidDel="00000000" w:rsidP="00000000" w:rsidRDefault="00000000" w:rsidRPr="00000000" w14:paraId="00000397">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98">
      <w:pPr>
        <w:pStyle w:val="Heading3"/>
        <w:keepNext w:val="0"/>
        <w:keepLines w:val="0"/>
        <w:spacing w:after="80" w:before="280" w:lineRule="auto"/>
        <w:rPr>
          <w:rFonts w:ascii="Times New Roman" w:cs="Times New Roman" w:eastAsia="Times New Roman" w:hAnsi="Times New Roman"/>
          <w:color w:val="000000"/>
          <w:sz w:val="26"/>
          <w:szCs w:val="26"/>
        </w:rPr>
      </w:pPr>
      <w:bookmarkStart w:colFirst="0" w:colLast="0" w:name="_heading=h.2lb1axczuq06" w:id="1"/>
      <w:bookmarkEnd w:id="1"/>
      <w:r w:rsidDel="00000000" w:rsidR="00000000" w:rsidRPr="00000000">
        <w:rPr>
          <w:rFonts w:ascii="Times New Roman" w:cs="Times New Roman" w:eastAsia="Times New Roman" w:hAnsi="Times New Roman"/>
          <w:color w:val="000000"/>
          <w:sz w:val="26"/>
          <w:szCs w:val="26"/>
          <w:rtl w:val="0"/>
        </w:rPr>
        <w:t xml:space="preserve">Betrayal</w:t>
      </w:r>
    </w:p>
    <w:p w:rsidR="00000000" w:rsidDel="00000000" w:rsidP="00000000" w:rsidRDefault="00000000" w:rsidRPr="00000000" w14:paraId="0000039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he reached the kitchen again, the counter was empty.</w:t>
        <w:br w:type="textWrapping"/>
        <w:t xml:space="preserve">“Lowe?” he called. “Bosston?”</w:t>
      </w:r>
    </w:p>
    <w:p w:rsidR="00000000" w:rsidDel="00000000" w:rsidP="00000000" w:rsidRDefault="00000000" w:rsidRPr="00000000" w14:paraId="0000039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 answer.</w:t>
      </w:r>
    </w:p>
    <w:p w:rsidR="00000000" w:rsidDel="00000000" w:rsidP="00000000" w:rsidRDefault="00000000" w:rsidRPr="00000000" w14:paraId="0000039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surged through him. He climbed back up, claws slipping on the smooth surface. The window that had been locked now gaped open. The sky beyond glowed with the dying light of evening.</w:t>
      </w:r>
    </w:p>
    <w:p w:rsidR="00000000" w:rsidDel="00000000" w:rsidP="00000000" w:rsidRDefault="00000000" w:rsidRPr="00000000" w14:paraId="0000039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w:t>
      </w:r>
    </w:p>
    <w:p w:rsidR="00000000" w:rsidDel="00000000" w:rsidP="00000000" w:rsidRDefault="00000000" w:rsidRPr="00000000" w14:paraId="0000039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stood on the windowsill of Ray’s apartment, the city’s glow spilling across his shell. Cars hissed along the wet streets below, their headlights cutting ribbons through the glass. The world beyond the window moved—fast and free.</w:t>
      </w:r>
    </w:p>
    <w:p w:rsidR="00000000" w:rsidDel="00000000" w:rsidP="00000000" w:rsidRDefault="00000000" w:rsidRPr="00000000" w14:paraId="0000039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freedom came with memory.</w:t>
      </w:r>
    </w:p>
    <w:p w:rsidR="00000000" w:rsidDel="00000000" w:rsidP="00000000" w:rsidRDefault="00000000" w:rsidRPr="00000000" w14:paraId="0000039F">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A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 xml:space="preserve">He was smaller then</w:t>
      </w:r>
      <w:r w:rsidDel="00000000" w:rsidR="00000000" w:rsidRPr="00000000">
        <w:rPr>
          <w:rFonts w:ascii="Times New Roman" w:cs="Times New Roman" w:eastAsia="Times New Roman" w:hAnsi="Times New Roman"/>
          <w:sz w:val="24"/>
          <w:szCs w:val="24"/>
          <w:rtl w:val="0"/>
        </w:rPr>
        <w:t xml:space="preserve">, tucked in the corner of a wooden room.</w:t>
        <w:br w:type="textWrapping"/>
        <w:t xml:space="preserve">Outside, men’s laughter spilled through the dark—the rough sound of boots, the slosh of liquid. Their voices were thick, foreign, cruel.</w:t>
      </w:r>
    </w:p>
    <w:p w:rsidR="00000000" w:rsidDel="00000000" w:rsidP="00000000" w:rsidRDefault="00000000" w:rsidRPr="00000000" w14:paraId="000003A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“Let’s see how much they cling to this land when it’s turned to ashes.”</w:t>
      </w:r>
    </w:p>
    <w:p w:rsidR="00000000" w:rsidDel="00000000" w:rsidP="00000000" w:rsidRDefault="00000000" w:rsidRPr="00000000" w14:paraId="000003A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the window he saw them—broad silhouettes waving metal cans, the liquid catching moonlight as it fell. The smell hit first: sharp, chemical, wrong. Then came the strike of a match.</w:t>
      </w:r>
    </w:p>
    <w:p w:rsidR="00000000" w:rsidDel="00000000" w:rsidP="00000000" w:rsidRDefault="00000000" w:rsidRPr="00000000" w14:paraId="000003A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Flames roared to life. Heat rolled through the house, devouring everything in its path.</w:t>
        <w:br w:type="textWrapping"/>
        <w:t xml:space="preserve">From across the hall came voices—shouting, pleading, breaking in the smoke.</w:t>
      </w:r>
    </w:p>
    <w:p w:rsidR="00000000" w:rsidDel="00000000" w:rsidP="00000000" w:rsidRDefault="00000000" w:rsidRPr="00000000" w14:paraId="000003A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to go to them. But the fire was already there—thick and wild, cutting him off.</w:t>
        <w:br w:type="textWrapping"/>
        <w:t xml:space="preserve">He turned back to the window. The glass trembled, glowing orange. Behind it, the world outside seemed impossibly calm.</w:t>
      </w:r>
    </w:p>
    <w:p w:rsidR="00000000" w:rsidDel="00000000" w:rsidP="00000000" w:rsidRDefault="00000000" w:rsidRPr="00000000" w14:paraId="000003A5">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A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burning house dissolved into the present: the cold pane, the city below.</w:t>
      </w:r>
    </w:p>
    <w:p w:rsidR="00000000" w:rsidDel="00000000" w:rsidP="00000000" w:rsidRDefault="00000000" w:rsidRPr="00000000" w14:paraId="000003A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 shadow filled the glass. Bosston’s face appeared—hard, unblinking, menacing.</w:t>
      </w:r>
    </w:p>
    <w:p w:rsidR="00000000" w:rsidDel="00000000" w:rsidP="00000000" w:rsidRDefault="00000000" w:rsidRPr="00000000" w14:paraId="000003A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step forward. His voice was low, certain.</w:t>
      </w:r>
    </w:p>
    <w:p w:rsidR="00000000" w:rsidDel="00000000" w:rsidP="00000000" w:rsidRDefault="00000000" w:rsidRPr="00000000" w14:paraId="000003A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“That’s why you’re weak.”</w:t>
      </w:r>
    </w:p>
    <w:p w:rsidR="00000000" w:rsidDel="00000000" w:rsidP="00000000" w:rsidRDefault="00000000" w:rsidRPr="00000000" w14:paraId="000003A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turned just as </w:t>
      </w: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charged. The impact hit like a wave, flinging him backward into the open air.</w:t>
      </w:r>
    </w:p>
    <w:p w:rsidR="00000000" w:rsidDel="00000000" w:rsidP="00000000" w:rsidRDefault="00000000" w:rsidRPr="00000000" w14:paraId="000003A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 world slowed—the wind hollow, the light stretching thin.</w:t>
      </w:r>
    </w:p>
    <w:p w:rsidR="00000000" w:rsidDel="00000000" w:rsidP="00000000" w:rsidRDefault="00000000" w:rsidRPr="00000000" w14:paraId="000003A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last thing he saw was Bosston’s grin framed in the window, sharp as a scar, before everything went white. </w:t>
      </w:r>
    </w:p>
    <w:p w:rsidR="00000000" w:rsidDel="00000000" w:rsidP="00000000" w:rsidRDefault="00000000" w:rsidRPr="00000000" w14:paraId="000003AD">
      <w:pPr>
        <w:pStyle w:val="Heading1"/>
        <w:keepNext w:val="0"/>
        <w:keepLines w:val="0"/>
        <w:spacing w:after="120" w:lineRule="auto"/>
        <w:jc w:val="center"/>
        <w:rPr>
          <w:rFonts w:ascii="Times New Roman" w:cs="Times New Roman" w:eastAsia="Times New Roman" w:hAnsi="Times New Roman"/>
          <w:b w:val="0"/>
          <w:color w:val="000000"/>
          <w:sz w:val="24"/>
          <w:szCs w:val="24"/>
          <w:u w:val="single"/>
        </w:rPr>
      </w:pPr>
      <w:bookmarkStart w:colFirst="0" w:colLast="0" w:name="_heading=h.ep9cpkdvnnw5" w:id="2"/>
      <w:bookmarkEnd w:id="2"/>
      <w:r w:rsidDel="00000000" w:rsidR="00000000" w:rsidRPr="00000000">
        <w:rPr>
          <w:rtl w:val="0"/>
        </w:rPr>
      </w:r>
    </w:p>
    <w:p w:rsidR="00000000" w:rsidDel="00000000" w:rsidP="00000000" w:rsidRDefault="00000000" w:rsidRPr="00000000" w14:paraId="000003AE">
      <w:pPr>
        <w:pStyle w:val="Heading1"/>
        <w:keepNext w:val="0"/>
        <w:keepLines w:val="0"/>
        <w:spacing w:after="120" w:lineRule="auto"/>
        <w:jc w:val="center"/>
        <w:rPr>
          <w:rFonts w:ascii="Times New Roman" w:cs="Times New Roman" w:eastAsia="Times New Roman" w:hAnsi="Times New Roman"/>
          <w:b w:val="0"/>
          <w:color w:val="000000"/>
          <w:sz w:val="24"/>
          <w:szCs w:val="24"/>
          <w:u w:val="single"/>
        </w:rPr>
      </w:pPr>
      <w:bookmarkStart w:colFirst="0" w:colLast="0" w:name="_heading=h.6y0tdrtuadd0" w:id="3"/>
      <w:bookmarkEnd w:id="3"/>
      <w:r w:rsidDel="00000000" w:rsidR="00000000" w:rsidRPr="00000000">
        <w:rPr>
          <w:rtl w:val="0"/>
        </w:rPr>
      </w:r>
    </w:p>
    <w:p w:rsidR="00000000" w:rsidDel="00000000" w:rsidP="00000000" w:rsidRDefault="00000000" w:rsidRPr="00000000" w14:paraId="000003AF">
      <w:pPr>
        <w:pStyle w:val="Heading1"/>
        <w:keepNext w:val="0"/>
        <w:keepLines w:val="0"/>
        <w:spacing w:after="120" w:lineRule="auto"/>
        <w:jc w:val="center"/>
        <w:rPr>
          <w:rFonts w:ascii="Times New Roman" w:cs="Times New Roman" w:eastAsia="Times New Roman" w:hAnsi="Times New Roman"/>
          <w:b w:val="0"/>
          <w:color w:val="000000"/>
          <w:sz w:val="24"/>
          <w:szCs w:val="24"/>
          <w:u w:val="single"/>
        </w:rPr>
      </w:pPr>
      <w:bookmarkStart w:colFirst="0" w:colLast="0" w:name="_heading=h.z7nstq364drz" w:id="4"/>
      <w:bookmarkEnd w:id="4"/>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781478</wp:posOffset>
            </wp:positionV>
            <wp:extent cx="190500" cy="197662"/>
            <wp:effectExtent b="0" l="0" r="0" t="0"/>
            <wp:wrapNone/>
            <wp:docPr id="1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3B0">
      <w:pPr>
        <w:pStyle w:val="Heading1"/>
        <w:keepNext w:val="0"/>
        <w:keepLines w:val="0"/>
        <w:spacing w:after="120" w:lineRule="auto"/>
        <w:jc w:val="center"/>
        <w:rPr>
          <w:rFonts w:ascii="Times New Roman" w:cs="Times New Roman" w:eastAsia="Times New Roman" w:hAnsi="Times New Roman"/>
          <w:b w:val="0"/>
          <w:color w:val="000000"/>
          <w:sz w:val="24"/>
          <w:szCs w:val="24"/>
          <w:u w:val="single"/>
        </w:rPr>
      </w:pPr>
      <w:bookmarkStart w:colFirst="0" w:colLast="0" w:name="_heading=h.qwxgken0j507" w:id="5"/>
      <w:bookmarkEnd w:id="5"/>
      <w:r w:rsidDel="00000000" w:rsidR="00000000" w:rsidRPr="00000000">
        <w:rPr>
          <w:rFonts w:ascii="Times New Roman" w:cs="Times New Roman" w:eastAsia="Times New Roman" w:hAnsi="Times New Roman"/>
          <w:b w:val="0"/>
          <w:color w:val="000000"/>
          <w:sz w:val="24"/>
          <w:szCs w:val="24"/>
          <w:u w:val="single"/>
          <w:rtl w:val="0"/>
        </w:rPr>
        <w:t xml:space="preserve">Story 14: Rebirth- Kobe</w:t>
      </w:r>
    </w:p>
    <w:p w:rsidR="00000000" w:rsidDel="00000000" w:rsidP="00000000" w:rsidRDefault="00000000" w:rsidRPr="00000000" w14:paraId="000003B1">
      <w:pPr>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Outside The Apartment- Late Evening</w:t>
      </w:r>
      <w:r w:rsidDel="00000000" w:rsidR="00000000" w:rsidRPr="00000000">
        <w:rPr>
          <w:rtl w:val="0"/>
        </w:rPr>
      </w:r>
    </w:p>
    <w:p w:rsidR="00000000" w:rsidDel="00000000" w:rsidP="00000000" w:rsidRDefault="00000000" w:rsidRPr="00000000" w14:paraId="000003B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grass was cool beneath Kobe’s shell, dew slick against the cracks where fear had settled.</w:t>
        <w:br w:type="textWrapping"/>
        <w:t xml:space="preserve">He struggled upright, dazed from the fall.</w:t>
        <w:br w:type="textWrapping"/>
        <w:t xml:space="preserve">Above him, a shadow stretched long and unrelenting.</w:t>
      </w:r>
    </w:p>
    <w:p w:rsidR="00000000" w:rsidDel="00000000" w:rsidP="00000000" w:rsidRDefault="00000000" w:rsidRPr="00000000" w14:paraId="000003B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stood there—grin wide, merciless.</w:t>
      </w:r>
    </w:p>
    <w:p w:rsidR="00000000" w:rsidDel="00000000" w:rsidP="00000000" w:rsidRDefault="00000000" w:rsidRPr="00000000" w14:paraId="000003B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“Well, well, well. The legend awakens,” he said, laughter slicing through the night.</w:t>
      </w:r>
    </w:p>
    <w:p w:rsidR="00000000" w:rsidDel="00000000" w:rsidP="00000000" w:rsidRDefault="00000000" w:rsidRPr="00000000" w14:paraId="000003B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darted forward, her small frame quick and unthinking. </w:t>
      </w:r>
    </w:p>
    <w:p w:rsidR="00000000" w:rsidDel="00000000" w:rsidP="00000000" w:rsidRDefault="00000000" w:rsidRPr="00000000" w14:paraId="000003B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She cried out.</w:t>
      </w:r>
    </w:p>
    <w:p w:rsidR="00000000" w:rsidDel="00000000" w:rsidP="00000000" w:rsidRDefault="00000000" w:rsidRPr="00000000" w14:paraId="000003B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 struck her aside with a single blow. She tumbled into the dirt, her shell scraping hard against the ground.</w:t>
      </w:r>
    </w:p>
    <w:p w:rsidR="00000000" w:rsidDel="00000000" w:rsidP="00000000" w:rsidRDefault="00000000" w:rsidRPr="00000000" w14:paraId="000003B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Kobe’s voice trembled. “Why are you doing this? What have I ever done to you?”</w:t>
      </w:r>
    </w:p>
    <w:p w:rsidR="00000000" w:rsidDel="00000000" w:rsidP="00000000" w:rsidRDefault="00000000" w:rsidRPr="00000000" w14:paraId="000003B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tilted his head, tone almost casual.</w:t>
      </w:r>
    </w:p>
    <w:p w:rsidR="00000000" w:rsidDel="00000000" w:rsidP="00000000" w:rsidRDefault="00000000" w:rsidRPr="00000000" w14:paraId="000003B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“Ever since we let you crawl into our tribe, you’ve brought nothing but shame. An outsider. Weak. And yet—” he spat the word— “the world compares our stories.”</w:t>
      </w:r>
    </w:p>
    <w:p w:rsidR="00000000" w:rsidDel="00000000" w:rsidP="00000000" w:rsidRDefault="00000000" w:rsidRPr="00000000" w14:paraId="000003B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pushed himself upright, claws shaking but steady.</w:t>
      </w:r>
    </w:p>
    <w:p w:rsidR="00000000" w:rsidDel="00000000" w:rsidP="00000000" w:rsidRDefault="00000000" w:rsidRPr="00000000" w14:paraId="000003B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right,” he said quietly. “I’m not like you Bosston. I’ll never be. But I do represent something you never will—honor.”</w:t>
      </w:r>
    </w:p>
    <w:p w:rsidR="00000000" w:rsidDel="00000000" w:rsidP="00000000" w:rsidRDefault="00000000" w:rsidRPr="00000000" w14:paraId="000003B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Bosston’s grin faltered. Then rage swallowed it whole.</w:t>
        <w:br w:type="textWrapping"/>
        <w:t xml:space="preserve">He took a step forward—then stopped as a rock struck the side of his face.</w:t>
      </w:r>
    </w:p>
    <w:p w:rsidR="00000000" w:rsidDel="00000000" w:rsidP="00000000" w:rsidRDefault="00000000" w:rsidRPr="00000000" w14:paraId="000003B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“Back off! Unless you want trouble” Lowe shouted from a distance.</w:t>
      </w:r>
    </w:p>
    <w:p w:rsidR="00000000" w:rsidDel="00000000" w:rsidP="00000000" w:rsidRDefault="00000000" w:rsidRPr="00000000" w14:paraId="000003B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Bosston’s eyes flared. His gaze found her across the yard.</w:t>
        <w:br w:type="textWrapping"/>
        <w:t xml:space="preserve">With a roar, he lunged and seized her by the neck, lifting her easily. She kicked and clawed, her eyes wide with panic.</w:t>
      </w:r>
    </w:p>
    <w:p w:rsidR="00000000" w:rsidDel="00000000" w:rsidP="00000000" w:rsidRDefault="00000000" w:rsidRPr="00000000" w14:paraId="000003C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 make you pay for that, kid. Shame your hero can’t help you. He’s only good at one thing..</w:t>
      </w:r>
      <w:r w:rsidDel="00000000" w:rsidR="00000000" w:rsidRPr="00000000">
        <w:rPr>
          <w:rFonts w:ascii="Times New Roman" w:cs="Times New Roman" w:eastAsia="Times New Roman" w:hAnsi="Times New Roman"/>
          <w:i w:val="1"/>
          <w:sz w:val="24"/>
          <w:szCs w:val="24"/>
          <w:rtl w:val="0"/>
        </w:rPr>
        <w:t xml:space="preserve">hiding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C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“Stop!” Kobe dropped low, claws open in surrender. “It’s me you want. Let her go.”</w:t>
      </w:r>
    </w:p>
    <w:p w:rsidR="00000000" w:rsidDel="00000000" w:rsidP="00000000" w:rsidRDefault="00000000" w:rsidRPr="00000000" w14:paraId="000003C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Bosston’s eyes gleamed with cruel satisfaction.</w:t>
      </w:r>
    </w:p>
    <w:p w:rsidR="00000000" w:rsidDel="00000000" w:rsidP="00000000" w:rsidRDefault="00000000" w:rsidRPr="00000000" w14:paraId="000003C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“Thanks for the offer, but I prefer to do this my way.”</w:t>
      </w:r>
    </w:p>
    <w:p w:rsidR="00000000" w:rsidDel="00000000" w:rsidP="00000000" w:rsidRDefault="00000000" w:rsidRPr="00000000" w14:paraId="000003C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leaned close, his voice turning venomous.</w:t>
      </w:r>
    </w:p>
    <w:p w:rsidR="00000000" w:rsidDel="00000000" w:rsidP="00000000" w:rsidRDefault="00000000" w:rsidRPr="00000000" w14:paraId="000003C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 ever tell you how your little friend really died? It was all my plan. Guess you could say I took care of that little runt in a </w:t>
      </w:r>
      <w:r w:rsidDel="00000000" w:rsidR="00000000" w:rsidRPr="00000000">
        <w:rPr>
          <w:rFonts w:ascii="Times New Roman" w:cs="Times New Roman" w:eastAsia="Times New Roman" w:hAnsi="Times New Roman"/>
          <w:i w:val="1"/>
          <w:sz w:val="24"/>
          <w:szCs w:val="24"/>
          <w:rtl w:val="0"/>
        </w:rPr>
        <w:t xml:space="preserve">snap.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3C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Bosston’s laugh tore through the dark—loud, sharp, blood-curdling.</w:t>
      </w:r>
    </w:p>
    <w:p w:rsidR="00000000" w:rsidDel="00000000" w:rsidP="00000000" w:rsidRDefault="00000000" w:rsidRPr="00000000" w14:paraId="000003C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Kobe laid, a bright golden glow began emitting from the markings on his shell. Each mark became distinctive, storied. </w:t>
      </w:r>
    </w:p>
    <w:p w:rsidR="00000000" w:rsidDel="00000000" w:rsidP="00000000" w:rsidRDefault="00000000" w:rsidRPr="00000000" w14:paraId="000003C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Bosston</w:t>
      </w:r>
      <w:r w:rsidDel="00000000" w:rsidR="00000000" w:rsidRPr="00000000">
        <w:rPr>
          <w:rFonts w:ascii="Times New Roman" w:cs="Times New Roman" w:eastAsia="Times New Roman" w:hAnsi="Times New Roman"/>
          <w:sz w:val="24"/>
          <w:szCs w:val="24"/>
          <w:rtl w:val="0"/>
        </w:rPr>
        <w:t xml:space="preserve"> paused where he stood, astonished and frozen in his spot. </w:t>
      </w:r>
    </w:p>
    <w:p w:rsidR="00000000" w:rsidDel="00000000" w:rsidP="00000000" w:rsidRDefault="00000000" w:rsidRPr="00000000" w14:paraId="000003C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shifted. Wings beat overhead—first a few, then dozens. A dark flock circled, their cries shrill and hungry.</w:t>
      </w:r>
    </w:p>
    <w:p w:rsidR="00000000" w:rsidDel="00000000" w:rsidP="00000000" w:rsidRDefault="00000000" w:rsidRPr="00000000" w14:paraId="000003C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like we’ve got a live one down there.” one gull jeered.</w:t>
      </w:r>
    </w:p>
    <w:p w:rsidR="00000000" w:rsidDel="00000000" w:rsidP="00000000" w:rsidRDefault="00000000" w:rsidRPr="00000000" w14:paraId="000003C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to grab him keeps him!” shouted another.</w:t>
      </w:r>
    </w:p>
    <w:p w:rsidR="00000000" w:rsidDel="00000000" w:rsidP="00000000" w:rsidRDefault="00000000" w:rsidRPr="00000000" w14:paraId="000003C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exploded with movement. The gulls dove in a frenzy.</w:t>
        <w:br w:type="textWrapping"/>
        <w:t xml:space="preserve">Bosston swung wildly, claws flashing—but the lead gull’s talons struck first.</w:t>
        <w:br w:type="textWrapping"/>
        <w:t xml:space="preserve">They clamped around him and lifted.</w:t>
      </w:r>
    </w:p>
    <w:p w:rsidR="00000000" w:rsidDel="00000000" w:rsidP="00000000" w:rsidRDefault="00000000" w:rsidRPr="00000000" w14:paraId="000003C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scream tore through the air—rage, fear, disbelief twisted together—as the birds carried him upward, higher and higher, until he vanished into the darkness.</w:t>
      </w:r>
    </w:p>
    <w:p w:rsidR="00000000" w:rsidDel="00000000" w:rsidP="00000000" w:rsidRDefault="00000000" w:rsidRPr="00000000" w14:paraId="000003C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sky, a tiny red bean fell—drifting slow, almost graceful—before landing softly in the grass.</w:t>
      </w:r>
    </w:p>
    <w:p w:rsidR="00000000" w:rsidDel="00000000" w:rsidP="00000000" w:rsidRDefault="00000000" w:rsidRPr="00000000" w14:paraId="000003C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coughed and stumbled to her feet.</w:t>
      </w:r>
    </w:p>
    <w:p w:rsidR="00000000" w:rsidDel="00000000" w:rsidP="00000000" w:rsidRDefault="00000000" w:rsidRPr="00000000" w14:paraId="000003D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“See?” she said, voice shaking but proud. “My brother was right. You are brave.”</w:t>
      </w:r>
    </w:p>
    <w:p w:rsidR="00000000" w:rsidDel="00000000" w:rsidP="00000000" w:rsidRDefault="00000000" w:rsidRPr="00000000" w14:paraId="000003D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Kobe could answer, light burst from the apartment windows. Voices shouted inside.</w:t>
      </w:r>
    </w:p>
    <w:p w:rsidR="00000000" w:rsidDel="00000000" w:rsidP="00000000" w:rsidRDefault="00000000" w:rsidRPr="00000000" w14:paraId="000003D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go,” he said.</w:t>
      </w:r>
    </w:p>
    <w:p w:rsidR="00000000" w:rsidDel="00000000" w:rsidP="00000000" w:rsidRDefault="00000000" w:rsidRPr="00000000" w14:paraId="000003D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ran, claws digging into the wet grass.</w:t>
      </w:r>
    </w:p>
    <w:p w:rsidR="00000000" w:rsidDel="00000000" w:rsidP="00000000" w:rsidRDefault="00000000" w:rsidRPr="00000000" w14:paraId="000003D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gull dropped in front of them, blocking the path. One wing drooped awkwardly, feathers bent at odd angles.</w:t>
      </w:r>
    </w:p>
    <w:p w:rsidR="00000000" w:rsidDel="00000000" w:rsidP="00000000" w:rsidRDefault="00000000" w:rsidRPr="00000000" w14:paraId="000003D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look who it is,” the gull said. “The little joyrider. Surprised to see me again?”</w:t>
      </w:r>
    </w:p>
    <w:p w:rsidR="00000000" w:rsidDel="00000000" w:rsidP="00000000" w:rsidRDefault="00000000" w:rsidRPr="00000000" w14:paraId="000003D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grin widened. “Thanks to you, this wing might never be the same.”</w:t>
      </w:r>
    </w:p>
    <w:p w:rsidR="00000000" w:rsidDel="00000000" w:rsidP="00000000" w:rsidRDefault="00000000" w:rsidRPr="00000000" w14:paraId="000003D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froze. “I’m sorry, I—”</w:t>
      </w:r>
    </w:p>
    <w:p w:rsidR="00000000" w:rsidDel="00000000" w:rsidP="00000000" w:rsidRDefault="00000000" w:rsidRPr="00000000" w14:paraId="000003D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“Sorry?” The gull chuckled, flicking the broken wing proudly. “Don’t be. I’m the coolest gull in the flock now.”</w:t>
      </w:r>
    </w:p>
    <w:p w:rsidR="00000000" w:rsidDel="00000000" w:rsidP="00000000" w:rsidRDefault="00000000" w:rsidRPr="00000000" w14:paraId="000003D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blinked. “You’re… proud of that?”</w:t>
      </w:r>
    </w:p>
    <w:p w:rsidR="00000000" w:rsidDel="00000000" w:rsidP="00000000" w:rsidRDefault="00000000" w:rsidRPr="00000000" w14:paraId="000003D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the gull said grandly. “Tragedy makes for great storytelling.”</w:t>
      </w:r>
    </w:p>
    <w:p w:rsidR="00000000" w:rsidDel="00000000" w:rsidP="00000000" w:rsidRDefault="00000000" w:rsidRPr="00000000" w14:paraId="000003D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bowed low. “Autograph, anyone?”</w:t>
      </w:r>
    </w:p>
    <w:p w:rsidR="00000000" w:rsidDel="00000000" w:rsidP="00000000" w:rsidRDefault="00000000" w:rsidRPr="00000000" w14:paraId="000003D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 laughed—hoarse and startled, but real. “I’ll sign later. Can you get us out of here?”</w:t>
      </w:r>
    </w:p>
    <w:p w:rsidR="00000000" w:rsidDel="00000000" w:rsidP="00000000" w:rsidRDefault="00000000" w:rsidRPr="00000000" w14:paraId="000003D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gull pressed one wing to his chest. “My dear crab, it would be an honor.”</w:t>
      </w:r>
    </w:p>
    <w:p w:rsidR="00000000" w:rsidDel="00000000" w:rsidP="00000000" w:rsidRDefault="00000000" w:rsidRPr="00000000" w14:paraId="000003D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 climbed on first, then Kobe. The gull staggered once, caught the air, and rose.</w:t>
      </w:r>
    </w:p>
    <w:p w:rsidR="00000000" w:rsidDel="00000000" w:rsidP="00000000" w:rsidRDefault="00000000" w:rsidRPr="00000000" w14:paraId="000003D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Below them, the yard shrank to a patch of darkness. The apartment glowed faintly—windows glittering like eyes that no longer watched. Beyond it, the city spread wide and glimmering like a sea of stars.</w:t>
      </w:r>
    </w:p>
    <w:p w:rsidR="00000000" w:rsidDel="00000000" w:rsidP="00000000" w:rsidRDefault="00000000" w:rsidRPr="00000000" w14:paraId="000003E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in a long while, the sky belonged to Kobe again—wide, boundless, true.</w:t>
      </w:r>
    </w:p>
    <w:p w:rsidR="00000000" w:rsidDel="00000000" w:rsidP="00000000" w:rsidRDefault="00000000" w:rsidRPr="00000000" w14:paraId="000003E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the gull climbed higher, wind rushing past, Kobe breathed deep—salt, smoke, and the faint taste of something he had almost forgotten.</w:t>
      </w:r>
    </w:p>
    <w:p w:rsidR="00000000" w:rsidDel="00000000" w:rsidP="00000000" w:rsidRDefault="00000000" w:rsidRPr="00000000" w14:paraId="000003E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Hope. </w:t>
      </w:r>
    </w:p>
    <w:p w:rsidR="00000000" w:rsidDel="00000000" w:rsidP="00000000" w:rsidRDefault="00000000" w:rsidRPr="00000000" w14:paraId="000003E3">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4">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5">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6">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E7">
      <w:pPr>
        <w:spacing w:after="240" w:before="240" w:lineRule="auto"/>
        <w:jc w:val="cente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2647950</wp:posOffset>
            </wp:positionH>
            <wp:positionV relativeFrom="paragraph">
              <wp:posOffset>602010</wp:posOffset>
            </wp:positionV>
            <wp:extent cx="190500" cy="197662"/>
            <wp:effectExtent b="0" l="0" r="0" t="0"/>
            <wp:wrapNone/>
            <wp:docPr id="6"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90500" cy="197662"/>
                    </a:xfrm>
                    <a:prstGeom prst="rect"/>
                    <a:ln/>
                  </pic:spPr>
                </pic:pic>
              </a:graphicData>
            </a:graphic>
          </wp:anchor>
        </w:drawing>
      </w:r>
    </w:p>
    <w:p w:rsidR="00000000" w:rsidDel="00000000" w:rsidP="00000000" w:rsidRDefault="00000000" w:rsidRPr="00000000" w14:paraId="000003E8">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Story 15: The Reunion- Leila</w:t>
      </w:r>
    </w:p>
    <w:p w:rsidR="00000000" w:rsidDel="00000000" w:rsidP="00000000" w:rsidRDefault="00000000" w:rsidRPr="00000000" w14:paraId="000003E9">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Airport Terminal- Sunset</w:t>
      </w:r>
    </w:p>
    <w:p w:rsidR="00000000" w:rsidDel="00000000" w:rsidP="00000000" w:rsidRDefault="00000000" w:rsidRPr="00000000" w14:paraId="000003E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airport thrummed with restless rhythm—rolling suitcases clattering over tile, voices weaving through departure calls, the intercom humming with distant names and destinations.</w:t>
      </w:r>
    </w:p>
    <w:p w:rsidR="00000000" w:rsidDel="00000000" w:rsidP="00000000" w:rsidRDefault="00000000" w:rsidRPr="00000000" w14:paraId="000003E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Above the noise, a television at the gate flickered with breaking news.</w:t>
      </w:r>
    </w:p>
    <w:p w:rsidR="00000000" w:rsidDel="00000000" w:rsidP="00000000" w:rsidRDefault="00000000" w:rsidRPr="00000000" w14:paraId="000003EC">
      <w:pPr>
        <w:spacing w:after="240" w:before="240" w:lineRule="auto"/>
        <w:ind w:left="600" w:right="600"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“A blog post </w:t>
      </w:r>
      <w:r w:rsidDel="00000000" w:rsidR="00000000" w:rsidRPr="00000000">
        <w:rPr>
          <w:rFonts w:ascii="Times New Roman" w:cs="Times New Roman" w:eastAsia="Times New Roman" w:hAnsi="Times New Roman"/>
          <w:b w:val="1"/>
          <w:i w:val="1"/>
          <w:sz w:val="24"/>
          <w:szCs w:val="24"/>
          <w:rtl w:val="0"/>
        </w:rPr>
        <w:t xml:space="preserve">gone</w:t>
      </w:r>
      <w:r w:rsidDel="00000000" w:rsidR="00000000" w:rsidRPr="00000000">
        <w:rPr>
          <w:rFonts w:ascii="Times New Roman" w:cs="Times New Roman" w:eastAsia="Times New Roman" w:hAnsi="Times New Roman"/>
          <w:b w:val="1"/>
          <w:i w:val="1"/>
          <w:sz w:val="24"/>
          <w:szCs w:val="24"/>
          <w:rtl w:val="0"/>
        </w:rPr>
        <w:t xml:space="preserve"> viral…a smuggling ring uncovered. Authorities have confirmed multiple arrests in a story that has an entire city holding its breath…”</w:t>
      </w:r>
    </w:p>
    <w:p w:rsidR="00000000" w:rsidDel="00000000" w:rsidP="00000000" w:rsidRDefault="00000000" w:rsidRPr="00000000" w14:paraId="000003E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footage wavered—grainy, urgent. A man in a black suit was pushed into a waiting squad car. Even through the blur, the blue triton tattoo gleamed at his neck, catching the sun like a final confession.</w:t>
      </w:r>
    </w:p>
    <w:p w:rsidR="00000000" w:rsidDel="00000000" w:rsidP="00000000" w:rsidRDefault="00000000" w:rsidRPr="00000000" w14:paraId="000003E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felt Kwame’s arm draw closer around her. His face stayed calm, proud. He didn’t flinch from the screen; his eyes carried something steadier—resolve, hard-earned and quiet.</w:t>
      </w:r>
    </w:p>
    <w:p w:rsidR="00000000" w:rsidDel="00000000" w:rsidP="00000000" w:rsidRDefault="00000000" w:rsidRPr="00000000" w14:paraId="000003E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came barking. Two sharp voices cutting through the terminal noise—familiar and unstoppable.</w:t>
      </w:r>
    </w:p>
    <w:p w:rsidR="00000000" w:rsidDel="00000000" w:rsidP="00000000" w:rsidRDefault="00000000" w:rsidRPr="00000000" w14:paraId="000003F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dogs were staring ahead. Leila followed their gaze.</w:t>
      </w:r>
    </w:p>
    <w:p w:rsidR="00000000" w:rsidDel="00000000" w:rsidP="00000000" w:rsidRDefault="00000000" w:rsidRPr="00000000" w14:paraId="000003F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Across the glossy floor, a crab walked forward.</w:t>
        <w:br w:type="textWrapping"/>
        <w:t xml:space="preserve">Not scurrying, not fleeing—but deliberate.</w:t>
      </w:r>
    </w:p>
    <w:p w:rsidR="00000000" w:rsidDel="00000000" w:rsidP="00000000" w:rsidRDefault="00000000" w:rsidRPr="00000000" w14:paraId="000003F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strip of Kente cloth draped across his back, the colors catching light as he moved.</w:t>
      </w:r>
    </w:p>
    <w:p w:rsidR="00000000" w:rsidDel="00000000" w:rsidP="00000000" w:rsidRDefault="00000000" w:rsidRPr="00000000" w14:paraId="000003F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step echoed softly—a rhythm older than the airport’s hum.</w:t>
      </w:r>
    </w:p>
    <w:p w:rsidR="00000000" w:rsidDel="00000000" w:rsidP="00000000" w:rsidRDefault="00000000" w:rsidRPr="00000000" w14:paraId="000003F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Behind him came others, dozens—hundreds—shells glinting like bronze under the fluorescent glow, moving in perfect unison.</w:t>
      </w:r>
    </w:p>
    <w:p w:rsidR="00000000" w:rsidDel="00000000" w:rsidP="00000000" w:rsidRDefault="00000000" w:rsidRPr="00000000" w14:paraId="000003F5">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lead crab stopped at her feet.</w:t>
      </w:r>
    </w:p>
    <w:p w:rsidR="00000000" w:rsidDel="00000000" w:rsidP="00000000" w:rsidRDefault="00000000" w:rsidRPr="00000000" w14:paraId="000003F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Kobe.</w:t>
      </w:r>
    </w:p>
    <w:p w:rsidR="00000000" w:rsidDel="00000000" w:rsidP="00000000" w:rsidRDefault="00000000" w:rsidRPr="00000000" w14:paraId="000003F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fell still.</w:t>
        <w:br w:type="textWrapping"/>
        <w:t xml:space="preserve">The screens, the chatter, the overhead announcements—all dissolved into silence.</w:t>
        <w:br w:type="textWrapping"/>
        <w:t xml:space="preserve">Only the space between them remained: eyes meeting after years of searching—a reunion wordless and complete.</w:t>
      </w:r>
    </w:p>
    <w:p w:rsidR="00000000" w:rsidDel="00000000" w:rsidP="00000000" w:rsidRDefault="00000000" w:rsidRPr="00000000" w14:paraId="000003F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tear slipped down Leila’s cheek.</w:t>
        <w:br w:type="textWrapping"/>
        <w:t xml:space="preserve">Kwame’s hand pressed gently to her back.</w:t>
        <w:br w:type="textWrapping"/>
        <w:t xml:space="preserve">The dogs leaned close, tails wagging with knowing joy.</w:t>
      </w:r>
    </w:p>
    <w:p w:rsidR="00000000" w:rsidDel="00000000" w:rsidP="00000000" w:rsidRDefault="00000000" w:rsidRPr="00000000" w14:paraId="000003F9">
      <w:pPr>
        <w:spacing w:after="240" w:before="240" w:lineRule="auto"/>
        <w:ind w:left="60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 treasure,” they whispered together.</w:t>
      </w:r>
    </w:p>
    <w:p w:rsidR="00000000" w:rsidDel="00000000" w:rsidP="00000000" w:rsidRDefault="00000000" w:rsidRPr="00000000" w14:paraId="000003F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knelt. Her hands trembled as she lifted Kobe, holding him close to her chest. His shell was warm—pulsing faintly with rhythm. She breathed him in: the scent of memory and home.</w:t>
      </w:r>
    </w:p>
    <w:p w:rsidR="00000000" w:rsidDel="00000000" w:rsidP="00000000" w:rsidRDefault="00000000" w:rsidRPr="00000000" w14:paraId="000003F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she smiled through the tears and set him down again—careful, reverent.</w:t>
      </w:r>
    </w:p>
    <w:p w:rsidR="00000000" w:rsidDel="00000000" w:rsidP="00000000" w:rsidRDefault="00000000" w:rsidRPr="00000000" w14:paraId="000003F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Lowe’s voice rose beside him—soft, sure.</w:t>
      </w:r>
    </w:p>
    <w:p w:rsidR="00000000" w:rsidDel="00000000" w:rsidP="00000000" w:rsidRDefault="00000000" w:rsidRPr="00000000" w14:paraId="000003FD">
      <w:pPr>
        <w:spacing w:after="240" w:before="240" w:lineRule="auto"/>
        <w:ind w:left="0" w:righ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time.”</w:t>
      </w:r>
    </w:p>
    <w:p w:rsidR="00000000" w:rsidDel="00000000" w:rsidP="00000000" w:rsidRDefault="00000000" w:rsidRPr="00000000" w14:paraId="000003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watched as Kobe turned toward the wide corridor. The Kente cloth rippled like a flag. One step, then another. The others followed—claws clicking in unison, steady, certain, proud.</w:t>
      </w:r>
    </w:p>
    <w:p w:rsidR="00000000" w:rsidDel="00000000" w:rsidP="00000000" w:rsidRDefault="00000000" w:rsidRPr="00000000" w14:paraId="000003F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sounded like drums. </w:t>
      </w:r>
      <w:r w:rsidDel="00000000" w:rsidR="00000000" w:rsidRPr="00000000">
        <w:rPr>
          <w:rFonts w:ascii="Times New Roman" w:cs="Times New Roman" w:eastAsia="Times New Roman" w:hAnsi="Times New Roman"/>
          <w:i w:val="1"/>
          <w:sz w:val="24"/>
          <w:szCs w:val="24"/>
          <w:rtl w:val="0"/>
        </w:rPr>
        <w:t xml:space="preserve">A song that could have only belonged to him.</w:t>
      </w:r>
      <w:r w:rsidDel="00000000" w:rsidR="00000000" w:rsidRPr="00000000">
        <w:rPr>
          <w:rtl w:val="0"/>
        </w:rPr>
      </w:r>
    </w:p>
    <w:p w:rsidR="00000000" w:rsidDel="00000000" w:rsidP="00000000" w:rsidRDefault="00000000" w:rsidRPr="00000000" w14:paraId="000004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disappeared into the crowd, the rhythm lingered—low and distant—until it faded into the hum of the world.</w:t>
      </w:r>
    </w:p>
    <w:p w:rsidR="00000000" w:rsidDel="00000000" w:rsidP="00000000" w:rsidRDefault="00000000" w:rsidRPr="00000000" w14:paraId="0000040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closed her eyes. Inside her, another rhythm took its place—not music, but memory.</w:t>
        <w:br w:type="textWrapping"/>
        <w:t xml:space="preserve">The words she had once written to herself in a quiet room:</w:t>
      </w:r>
    </w:p>
    <w:p w:rsidR="00000000" w:rsidDel="00000000" w:rsidP="00000000" w:rsidRDefault="00000000" w:rsidRPr="00000000" w14:paraId="00000402">
      <w:pPr>
        <w:spacing w:after="240" w:before="240" w:lineRule="auto"/>
        <w:ind w:left="600" w:right="60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Home is not a place. It’s a pulse you carry forward.</w:t>
      </w:r>
    </w:p>
    <w:p w:rsidR="00000000" w:rsidDel="00000000" w:rsidP="00000000" w:rsidRDefault="00000000" w:rsidRPr="00000000" w14:paraId="00000403">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She exhaled and let the rhythm guide her. When she closed her eyes, she stood in front of the surf— her father’s hand on the small of her back. </w:t>
      </w:r>
      <w:r w:rsidDel="00000000" w:rsidR="00000000" w:rsidRPr="00000000">
        <w:rPr>
          <w:rtl w:val="0"/>
        </w:rPr>
      </w:r>
    </w:p>
    <w:p w:rsidR="00000000" w:rsidDel="00000000" w:rsidP="00000000" w:rsidRDefault="00000000" w:rsidRPr="00000000" w14:paraId="00000404">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As Leila watched the image of Kobe shrink between the waters, their lives had finally become both journey and return.</w:t>
      </w:r>
    </w:p>
    <w:p w:rsidR="00000000" w:rsidDel="00000000" w:rsidP="00000000" w:rsidRDefault="00000000" w:rsidRPr="00000000" w14:paraId="00000405">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406">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2638425</wp:posOffset>
            </wp:positionH>
            <wp:positionV relativeFrom="paragraph">
              <wp:posOffset>500729</wp:posOffset>
            </wp:positionV>
            <wp:extent cx="209550" cy="208869"/>
            <wp:effectExtent b="0" l="0" r="0" t="0"/>
            <wp:wrapNone/>
            <wp:docPr id="13"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09550" cy="208869"/>
                    </a:xfrm>
                    <a:prstGeom prst="rect"/>
                    <a:ln/>
                  </pic:spPr>
                </pic:pic>
              </a:graphicData>
            </a:graphic>
          </wp:anchor>
        </w:drawing>
      </w:r>
    </w:p>
    <w:p w:rsidR="00000000" w:rsidDel="00000000" w:rsidP="00000000" w:rsidRDefault="00000000" w:rsidRPr="00000000" w14:paraId="00000407">
      <w:pPr>
        <w:spacing w:after="240" w:before="240" w:lineRule="auto"/>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408">
      <w:pPr>
        <w:spacing w:after="240" w:before="240" w:lineRule="auto"/>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Epilogue</w:t>
      </w:r>
    </w:p>
    <w:p w:rsidR="00000000" w:rsidDel="00000000" w:rsidP="00000000" w:rsidRDefault="00000000" w:rsidRPr="00000000" w14:paraId="0000040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sun hung low, casting long gold streaks across the newly built market.</w:t>
        <w:br w:type="textWrapping"/>
        <w:t xml:space="preserve">Hammers rang softly in the distance. The air smelled of sawdust and roasted corn from the vendor down the street.</w:t>
      </w:r>
    </w:p>
    <w:p w:rsidR="00000000" w:rsidDel="00000000" w:rsidP="00000000" w:rsidRDefault="00000000" w:rsidRPr="00000000" w14:paraId="0000040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Leila balanced a plank on her shoulder, walking it toward the frame of the final stall. Across the way, Kwame worked with steady hands—each nail a heartbeat returning to a space once torn apart.</w:t>
      </w:r>
    </w:p>
    <w:p w:rsidR="00000000" w:rsidDel="00000000" w:rsidP="00000000" w:rsidRDefault="00000000" w:rsidRPr="00000000" w14:paraId="0000040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the last board went up, they stepped back together. The market—once rubble—stood whole again.</w:t>
      </w:r>
    </w:p>
    <w:p w:rsidR="00000000" w:rsidDel="00000000" w:rsidP="00000000" w:rsidRDefault="00000000" w:rsidRPr="00000000" w14:paraId="0000040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good, doesn’t it?” Leila said.</w:t>
      </w:r>
    </w:p>
    <w:p w:rsidR="00000000" w:rsidDel="00000000" w:rsidP="00000000" w:rsidRDefault="00000000" w:rsidRPr="00000000" w14:paraId="0000040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“Looks alive,” Kwame answered.</w:t>
      </w:r>
    </w:p>
    <w:p w:rsidR="00000000" w:rsidDel="00000000" w:rsidP="00000000" w:rsidRDefault="00000000" w:rsidRPr="00000000" w14:paraId="0000040E">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The market settled into evening, the hum of work giving way to the hush of night. For the first time in months, the world around them felt still.</w:t>
      </w:r>
    </w:p>
    <w:p w:rsidR="00000000" w:rsidDel="00000000" w:rsidP="00000000" w:rsidRDefault="00000000" w:rsidRPr="00000000" w14:paraId="0000040F">
      <w:pPr>
        <w:spacing w:after="240" w:befor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10">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That night, as the wind rattled the apartment window, Kwame heard a different noise from downstairs. He glanced at Leila, still asleep, </w:t>
      </w:r>
      <w:r w:rsidDel="00000000" w:rsidR="00000000" w:rsidRPr="00000000">
        <w:rPr>
          <w:rFonts w:ascii="Times New Roman" w:cs="Times New Roman" w:eastAsia="Times New Roman" w:hAnsi="Times New Roman"/>
          <w:i w:val="1"/>
          <w:sz w:val="24"/>
          <w:szCs w:val="24"/>
          <w:rtl w:val="0"/>
        </w:rPr>
        <w:t xml:space="preserve">undisturbed</w:t>
      </w:r>
      <w:r w:rsidDel="00000000" w:rsidR="00000000" w:rsidRPr="00000000">
        <w:rPr>
          <w:rFonts w:ascii="Times New Roman" w:cs="Times New Roman" w:eastAsia="Times New Roman" w:hAnsi="Times New Roman"/>
          <w:sz w:val="24"/>
          <w:szCs w:val="24"/>
          <w:rtl w:val="0"/>
        </w:rPr>
        <w:t xml:space="preserve">. Blurry eyes caught the alarm clock: </w:t>
      </w:r>
      <w:r w:rsidDel="00000000" w:rsidR="00000000" w:rsidRPr="00000000">
        <w:rPr>
          <w:rFonts w:ascii="Times New Roman" w:cs="Times New Roman" w:eastAsia="Times New Roman" w:hAnsi="Times New Roman"/>
          <w:i w:val="1"/>
          <w:sz w:val="24"/>
          <w:szCs w:val="24"/>
          <w:rtl w:val="0"/>
        </w:rPr>
        <w:t xml:space="preserve">2:22am.</w:t>
      </w:r>
    </w:p>
    <w:p w:rsidR="00000000" w:rsidDel="00000000" w:rsidP="00000000" w:rsidRDefault="00000000" w:rsidRPr="00000000" w14:paraId="000004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went to the closet and pulled out a baseball bat.</w:t>
        <w:br w:type="textWrapping"/>
        <w:t xml:space="preserve">Whoever decided to creep around their apartment wouldn’t live to regret it, he promised under his breath.</w:t>
      </w:r>
    </w:p>
    <w:p w:rsidR="00000000" w:rsidDel="00000000" w:rsidP="00000000" w:rsidRDefault="00000000" w:rsidRPr="00000000" w14:paraId="0000041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Kwame moved down the hall, turning at every corner. The bat was tight in his grip, ready to swing.</w:t>
        <w:br w:type="textWrapping"/>
        <w:t xml:space="preserve">By the time he reached the door, the wind outside had stopped completely. Silence waited for him. He exhaled, the relief already fading into unease.</w:t>
      </w:r>
    </w:p>
    <w:p w:rsidR="00000000" w:rsidDel="00000000" w:rsidP="00000000" w:rsidRDefault="00000000" w:rsidRPr="00000000" w14:paraId="0000041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single card lay on the floor, its hue slicing through the dark like a fluorescent blade.</w:t>
        <w:br w:type="textWrapping"/>
        <w:t xml:space="preserve">He bent, picked it up. Red cursive letters scrawled across the middle, a phone number beneath. But it was the mark at the top, </w:t>
      </w:r>
      <w:r w:rsidDel="00000000" w:rsidR="00000000" w:rsidRPr="00000000">
        <w:rPr>
          <w:rFonts w:ascii="Times New Roman" w:cs="Times New Roman" w:eastAsia="Times New Roman" w:hAnsi="Times New Roman"/>
          <w:i w:val="1"/>
          <w:sz w:val="24"/>
          <w:szCs w:val="24"/>
          <w:rtl w:val="0"/>
        </w:rPr>
        <w:t xml:space="preserve">a blue triton</w:t>
      </w:r>
      <w:r w:rsidDel="00000000" w:rsidR="00000000" w:rsidRPr="00000000">
        <w:rPr>
          <w:rFonts w:ascii="Times New Roman" w:cs="Times New Roman" w:eastAsia="Times New Roman" w:hAnsi="Times New Roman"/>
          <w:sz w:val="24"/>
          <w:szCs w:val="24"/>
          <w:rtl w:val="0"/>
        </w:rPr>
        <w:t xml:space="preserve">, that made his chest tighten. </w:t>
      </w:r>
    </w:p>
    <w:p w:rsidR="00000000" w:rsidDel="00000000" w:rsidP="00000000" w:rsidRDefault="00000000" w:rsidRPr="00000000" w14:paraId="00000414">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Outside a street lamp flickered, casting a shadow in front of him. As he stood there—staring into the outside void, a single thought echoed his mind: </w:t>
      </w:r>
      <w:r w:rsidDel="00000000" w:rsidR="00000000" w:rsidRPr="00000000">
        <w:rPr>
          <w:rFonts w:ascii="Times New Roman" w:cs="Times New Roman" w:eastAsia="Times New Roman" w:hAnsi="Times New Roman"/>
          <w:i w:val="1"/>
          <w:sz w:val="24"/>
          <w:szCs w:val="24"/>
          <w:rtl w:val="0"/>
        </w:rPr>
        <w:t xml:space="preserve">To live so far above the dirt, the danger, the noise.</w:t>
      </w:r>
    </w:p>
    <w:p w:rsidR="00000000" w:rsidDel="00000000" w:rsidP="00000000" w:rsidRDefault="00000000" w:rsidRPr="00000000" w14:paraId="00000415">
      <w:pPr>
        <w:rPr>
          <w:rFonts w:ascii="Times New Roman" w:cs="Times New Roman" w:eastAsia="Times New Roman" w:hAnsi="Times New Roman"/>
          <w:b w:val="1"/>
          <w:i w:val="1"/>
          <w:sz w:val="34"/>
          <w:szCs w:val="34"/>
        </w:rPr>
      </w:pPr>
      <w:r w:rsidDel="00000000" w:rsidR="00000000" w:rsidRPr="00000000">
        <w:rPr>
          <w:rFonts w:ascii="Times New Roman" w:cs="Times New Roman" w:eastAsia="Times New Roman" w:hAnsi="Times New Roman"/>
          <w:b w:val="1"/>
          <w:i w:val="1"/>
          <w:sz w:val="34"/>
          <w:szCs w:val="34"/>
          <w:rtl w:val="0"/>
        </w:rPr>
        <w:t xml:space="preserve">Afterword</w:t>
      </w:r>
    </w:p>
    <w:p w:rsidR="00000000" w:rsidDel="00000000" w:rsidP="00000000" w:rsidRDefault="00000000" w:rsidRPr="00000000" w14:paraId="00000416">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Stories, like tides, return to where they began.</w:t>
        <w:br w:type="textWrapping"/>
        <w:t xml:space="preserve">Home Away was born from the idea that memory is not something we leave behind — it’s something that follows us, sometimes quietly, sometimes through fire.</w:t>
      </w:r>
    </w:p>
    <w:p w:rsidR="00000000" w:rsidDel="00000000" w:rsidP="00000000" w:rsidRDefault="00000000" w:rsidRPr="00000000" w14:paraId="00000417">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Many of the proverbs woven through this book are Ghanaian in origin. They carry the wisdom of generations who believed that truth travels by story, not by distance. In writing this, I wanted to honor that rhythm — to show how our voices survive even when history tries to silence them.</w:t>
      </w:r>
    </w:p>
    <w:p w:rsidR="00000000" w:rsidDel="00000000" w:rsidP="00000000" w:rsidRDefault="00000000" w:rsidRPr="00000000" w14:paraId="00000418">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If Leila’s journey begins with loss and ends with stillness, it’s because strength often speaks in the smallest ways: through rebuilding, remembering, or simply staying. And if Kobe returns to the tide, it’s because every spirit longs for home.</w:t>
      </w:r>
    </w:p>
    <w:p w:rsidR="00000000" w:rsidDel="00000000" w:rsidP="00000000" w:rsidRDefault="00000000" w:rsidRPr="00000000" w14:paraId="00000419">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Thank you for listening to their voices.</w:t>
      </w:r>
    </w:p>
    <w:p w:rsidR="00000000" w:rsidDel="00000000" w:rsidP="00000000" w:rsidRDefault="00000000" w:rsidRPr="00000000" w14:paraId="0000041A">
      <w:pPr>
        <w:spacing w:after="240" w:before="240" w:lineRule="auto"/>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 Greg Ampadu</w:t>
      </w:r>
    </w:p>
    <w:p w:rsidR="00000000" w:rsidDel="00000000" w:rsidP="00000000" w:rsidRDefault="00000000" w:rsidRPr="00000000" w14:paraId="000004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sz w:val="24"/>
          <w:szCs w:val="24"/>
          <w:rtl w:val="0"/>
        </w:rPr>
        <w:tab/>
        <w:tab/>
      </w:r>
      <w:r w:rsidDel="00000000" w:rsidR="00000000" w:rsidRPr="00000000">
        <w:rPr>
          <w:rtl w:val="0"/>
        </w:rPr>
      </w:r>
    </w:p>
    <w:sectPr>
      <w:headerReference r:id="rId11" w:type="default"/>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1C">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cstheme="majorBidi" w:eastAsiaTheme="majorEastAsia" w:hAnsiTheme="majorHAnsi"/>
      <w:b w:val="1"/>
      <w:bCs w:val="1"/>
      <w:color w:val="365f91" w:themeColor="accent1" w:themeShade="0000BF"/>
      <w:sz w:val="28"/>
      <w:szCs w:val="28"/>
    </w:rPr>
  </w:style>
  <w:style w:type="character" w:styleId="Heading2Char" w:customStyle="1">
    <w:name w:val="Heading 2 Char"/>
    <w:basedOn w:val="DefaultParagraphFont"/>
    <w:link w:val="Heading2"/>
    <w:uiPriority w:val="9"/>
    <w:rsid w:val="00FC693F"/>
    <w:rPr>
      <w:rFonts w:asciiTheme="majorHAnsi" w:cstheme="majorBidi" w:eastAsiaTheme="majorEastAsia" w:hAnsiTheme="majorHAnsi"/>
      <w:b w:val="1"/>
      <w:bCs w:val="1"/>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cstheme="majorBidi" w:eastAsiaTheme="majorEastAsia" w:hAnsiTheme="majorHAnsi"/>
      <w:b w:val="1"/>
      <w:bCs w:val="1"/>
      <w:color w:val="4f81bd" w:themeColor="accent1"/>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spacing w:after="120"/>
      <w:ind w:left="360"/>
      <w:contextualSpacing w:val="1"/>
    </w:pPr>
  </w:style>
  <w:style w:type="paragraph" w:styleId="ListContinue2">
    <w:name w:val="List Continue 2"/>
    <w:basedOn w:val="Normal"/>
    <w:uiPriority w:val="99"/>
    <w:unhideWhenUsed w:val="1"/>
    <w:rsid w:val="0029639D"/>
    <w:pPr>
      <w:spacing w:after="120"/>
      <w:ind w:left="720"/>
      <w:contextualSpacing w:val="1"/>
    </w:pPr>
  </w:style>
  <w:style w:type="paragraph" w:styleId="ListContinue3">
    <w:name w:val="List Continue 3"/>
    <w:basedOn w:val="Normal"/>
    <w:uiPriority w:val="99"/>
    <w:unhideWhenUsed w:val="1"/>
    <w:rsid w:val="0029639D"/>
    <w:pPr>
      <w:spacing w:after="120"/>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semiHidden w:val="1"/>
    <w:unhideWhenUsed w:val="1"/>
    <w:qFormat w:val="1"/>
    <w:rsid w:val="00FC693F"/>
    <w:pPr>
      <w:outlineLvl w:val="9"/>
    </w:pPr>
  </w:style>
  <w:style w:type="table" w:styleId="TableGrid">
    <w:name w:val="Table Grid"/>
    <w:basedOn w:val="TableNormal"/>
    <w:uiPriority w:val="59"/>
    <w:rsid w:val="00FC693F"/>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0" w:type="dxa"/>
      <w:tblBorders>
        <w:top w:color="auto" w:space="0" w:sz="18" w:val="single"/>
        <w:bottom w:color="auto" w:space="0" w:sz="18" w:val="single"/>
      </w:tblBorders>
      <w:tblCellMar>
        <w:top w:w="0.0" w:type="dxa"/>
        <w:left w:w="108.0" w:type="dxa"/>
        <w:bottom w:w="0.0" w:type="dxa"/>
        <w:right w:w="108.0" w:type="dxa"/>
      </w:tblCellMar>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0" w:type="dxa"/>
      <w:tblBorders>
        <w:top w:color="000000" w:space="0" w:sz="8" w:themeColor="text1" w:val="single"/>
        <w:bottom w:color="000000" w:space="0" w:sz="8" w:themeColor="tex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0" w:type="dxa"/>
      <w:tblBorders>
        <w:top w:color="4f81bd" w:space="0" w:sz="8" w:themeColor="accent1" w:val="single"/>
        <w:bottom w:color="4f81bd" w:space="0" w:sz="8" w:themeColor="accent1"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0" w:type="dxa"/>
      <w:tblBorders>
        <w:top w:color="c0504d" w:space="0" w:sz="8" w:themeColor="accent2" w:val="single"/>
        <w:bottom w:color="c0504d" w:space="0" w:sz="8" w:themeColor="accent2"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0" w:type="dxa"/>
      <w:tblBorders>
        <w:top w:color="9bbb59" w:space="0" w:sz="8" w:themeColor="accent3" w:val="single"/>
        <w:bottom w:color="9bbb59" w:space="0" w:sz="8" w:themeColor="accent3"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0" w:type="dxa"/>
      <w:tblBorders>
        <w:top w:color="8064a2" w:space="0" w:sz="8" w:themeColor="accent4" w:val="single"/>
        <w:bottom w:color="8064a2" w:space="0" w:sz="8" w:themeColor="accent4"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0" w:type="dxa"/>
      <w:tblBorders>
        <w:top w:color="4bacc6" w:space="0" w:sz="8" w:themeColor="accent5" w:val="single"/>
        <w:bottom w:color="4bacc6" w:space="0" w:sz="8" w:themeColor="accent5"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0" w:type="dxa"/>
      <w:tblBorders>
        <w:top w:color="f79646" w:space="0" w:sz="8" w:themeColor="accent6" w:val="single"/>
        <w:bottom w:color="f79646" w:space="0" w:sz="8" w:themeColor="accent6" w:val="single"/>
      </w:tblBorders>
      <w:tblCellMar>
        <w:top w:w="0.0" w:type="dxa"/>
        <w:left w:w="108.0" w:type="dxa"/>
        <w:bottom w:w="0.0" w:type="dxa"/>
        <w:right w:w="108.0" w:type="dxa"/>
      </w:tblCellMar>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tblBorders>
      <w:tblCellMar>
        <w:top w:w="0.0" w:type="dxa"/>
        <w:left w:w="108.0" w:type="dxa"/>
        <w:bottom w:w="0.0" w:type="dxa"/>
        <w:right w:w="108.0" w:type="dxa"/>
      </w:tblCellMar>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0" w:type="dxa"/>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0" w:type="dxa"/>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0" w:type="dxa"/>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0" w:type="dxa"/>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0" w:type="dxa"/>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0" w:type="dxa"/>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0" w:type="dxa"/>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Ind w:w="0.0" w:type="dxa"/>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0" w:type="dxa"/>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CellMar>
        <w:top w:w="0.0" w:type="dxa"/>
        <w:left w:w="108.0" w:type="dxa"/>
        <w:bottom w:w="0.0" w:type="dxa"/>
        <w:right w:w="108.0" w:type="dxa"/>
      </w:tblCellMar>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0" w:type="dxa"/>
      <w:tblCellMar>
        <w:top w:w="0.0" w:type="dxa"/>
        <w:left w:w="108.0" w:type="dxa"/>
        <w:bottom w:w="0.0" w:type="dxa"/>
        <w:right w:w="108.0" w:type="dxa"/>
      </w:tblCellMar>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0" w:type="dxa"/>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0" w:type="dxa"/>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0" w:type="dxa"/>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0" w:type="dxa"/>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0" w:type="dxa"/>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CellMar>
        <w:top w:w="0.0" w:type="dxa"/>
        <w:left w:w="108.0" w:type="dxa"/>
        <w:bottom w:w="0.0" w:type="dxa"/>
        <w:right w:w="108.0" w:type="dxa"/>
      </w:tblCellMar>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0" w:type="dxa"/>
      <w:tblCellMar>
        <w:top w:w="0.0" w:type="dxa"/>
        <w:left w:w="108.0" w:type="dxa"/>
        <w:bottom w:w="0.0" w:type="dxa"/>
        <w:right w:w="108.0" w:type="dxa"/>
      </w:tblCellMar>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0" w:type="dxa"/>
      <w:tblBorders>
        <w:insideH w:color="ffffff" w:space="0" w:sz="4" w:themeColor="background1" w:val="single"/>
      </w:tblBorders>
      <w:tblCellMar>
        <w:top w:w="0.0" w:type="dxa"/>
        <w:left w:w="108.0" w:type="dxa"/>
        <w:bottom w:w="0.0" w:type="dxa"/>
        <w:right w:w="108.0" w:type="dxa"/>
      </w:tblCellMar>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1.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saenenkE3GEDe40tEPGeqqSkgQ==">CgMxLjAyDmguYWY5czdvajJvd2NqMg5oLjJsYjFheGN6dXEwNjIOaC5lcDljcGtkdm5udzUyDmguNnkwdGRydHVhZGQwMg5oLno3bnN0cTM2NGRyejIOaC5xd3hna2VuMGo1MDc4AHIhMTdQNkhMaXlGaXNNZ25xSGhRMjdHZlZYemtCMFpnYTYt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cp:coreProperties>
</file>