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The Bridge of Death</w:t>
      </w:r>
    </w:p>
    <w:p>
      <w:pPr>
        <w:pStyle w:val="Heading2"/>
      </w:pPr>
      <w:r>
        <w:t>Addie</w:t>
      </w:r>
    </w:p>
    <w:p>
      <w:r>
        <w:t>Nights Had Started to Bruise</w:t>
        <w:br/>
        <w:br/>
        <w:t>Nights had started to bruise.</w:t>
        <w:br/>
        <w:t>Not the sky—me.</w:t>
        <w:br/>
        <w:br/>
        <w:t>I lie awake, not entirely here, when the footsteps come again.</w:t>
        <w:br/>
        <w:t>I close my eyes, hoping they won’t disappear. I’m afraid that if I open them, they’ll be gone.</w:t>
        <w:br/>
        <w:br/>
        <w:t>Then comes the breathing—right above my head. Somehow, it still feels safer than this world. And then it comes again: the sleep. It’s like a shadow that forces itself over me, heavy and cold.</w:t>
        <w:br/>
        <w:br/>
        <w:t>When I wake, new bruises have appeared.</w:t>
        <w:br/>
        <w:t>I clean them carefully and start to wonder if I’m going crazy.</w:t>
        <w:br/>
        <w:br/>
        <w:t>It’s been a year since I lost my life—since I lost my family. Not my biological one, but my chosen family.</w:t>
        <w:br/>
        <w:br/>
        <w:t>I turn to the mirror and see only the empty shell of the person I used to be. My dark-blonde hair is slightly wavy again, tied up in a messy morning knot. My light green eyes—not close enough to blue to be pretty, not green enough to be noticeable—just look empty. The spark they once had is long gone.</w:t>
        <w:br/>
        <w:br/>
        <w:t>My swollen face and bruised skin cover most of my body. I meet my own gaze one last time and see someone painfully familiar—not a ghost, but something close to it.</w:t>
        <w:br/>
        <w:br/>
        <w:t>I wash my face with cold water and straighten my hair. I don’t know why I do it. Why bother? It’s been a long time since I cared about anything. Maybe it’s just my way of holding on.</w:t>
        <w:br/>
        <w:br/>
        <w:t>I go back to bed and lie there for who knows how long.</w:t>
        <w:br/>
        <w:br/>
        <w:t>When the darkness returns, I take my dog out for a walk. The air is sharp, and the stars above me are faint but steady. I look up, hoping my family is somewhere out there—living happily, peacefully.</w:t>
        <w:br/>
        <w:br/>
        <w:t>I wonder when my time will come. And part of me hopes it will be soon.</w:t>
        <w:br/>
        <w:br/>
        <w:t>Maybe this is my curse—to be stuck here, not entirely human anymore. Not that I ever truly felt human.</w:t>
        <w:br/>
        <w:br/>
        <w:t>People around me always end up hurt when they get too close. It’s like death and despair cling to me and spread to anyone who dares to stay.</w:t>
        <w:br/>
        <w:br/>
        <w:t>I walk for a while, then look up to the stars one last time.</w:t>
        <w:br/>
        <w:br/>
        <w:t>When I finally lie down again, the shadow starts to appear. I close my eyes, afraid it will vanish. Then I feel it—something cold brushing against my forehead.</w:t>
        <w:br/>
        <w:br/>
        <w:t>It lingers there, as if watching me.</w:t>
        <w:br/>
        <w:br/>
        <w:t>The mattress sinks beside me. I squeeze my eyes shut, harder this time. A touch slides down my thigh—cold, but strangely comforting.</w:t>
        <w:br/>
        <w:br/>
        <w:t>And then, sleep washes over me again.</w:t>
      </w:r>
    </w:p>
    <w:p>
      <w:pPr>
        <w:pStyle w:val="Heading2"/>
      </w:pPr>
      <w:r>
        <w:t>Lucien</w:t>
      </w:r>
    </w:p>
    <w:p>
      <w:r>
        <w:t>The stars had been covered in grey for days. It fell like ash—soft, endless, and tired.</w:t>
        <w:br/>
        <w:br/>
        <w:t>The council’s seal burned faintly on the parchment in my hand. Another summons. Another unexpected death. I almost ignored it.</w:t>
        <w:br/>
        <w:br/>
        <w:t>But when I reached the scene, the air changed. It pulsed with something alive—something ancient and impossible.</w:t>
        <w:br/>
        <w:br/>
        <w:t>Light within darkness. It clung to the corpses of two horses, their eyes dim but not empty. I could feel their souls caught between worlds, trembling, refusing to fall. I gathered them carefully, yet their resistance left an echo inside me.</w:t>
        <w:br/>
        <w:br/>
        <w:t>And then I felt it. The faint trace of an aura unlike anything I had ever known.</w:t>
        <w:br/>
        <w:br/>
        <w:t>I spent weeks buried in books and records of forgotten and old mythology none known to her world. None of them spoke of light that could survive within death. Only when I closed my eyes did the truth come to me: black roses, serpents, and the scent of ash.</w:t>
        <w:br/>
        <w:br/>
        <w:t>Months later, the trail led me to her.</w:t>
        <w:br/>
        <w:br/>
        <w:t>A small apartment, quiet and hollow. The walls breathed of abandonment. Traces of other lives lingered there, faint as dust.</w:t>
        <w:br/>
        <w:br/>
        <w:t>And in the middle of it all—her. Laying on the bed, drained of life.</w:t>
        <w:br/>
        <w:br/>
        <w:t>She was barely awake in this world, more memory than flesh. Yet her aura burned with the same defiant light that haunted the horses. It was her. It had always been her.</w:t>
        <w:br/>
        <w:br/>
        <w:t>She wasn’t delicate, nor strong. She was enduring. A body shaped by sorrow, a spirit that had survived too many lifetimes. Even in ruin, she was radiant.</w:t>
        <w:br/>
        <w:br/>
        <w:t>For the first time in centuries, something inside me shifted.</w:t>
        <w:br/>
        <w:br/>
        <w:t>I shouldn’t have been there. The council would have called it a violation. I didn’t particularly care.</w:t>
        <w:br/>
        <w:br/>
        <w:t>I lingered. Watched.</w:t>
        <w:br/>
        <w:br/>
        <w:t>And then she turned.</w:t>
        <w:br/>
        <w:br/>
        <w:t>Her eyes found my shadow—no fear, no scream, just silence. Then she closed them, as if she already knew me. As if she had seen me before.</w:t>
        <w:br/>
        <w:br/>
        <w:t>I stayed a moment longer, unwilling to admit what it meant. Then I left.</w:t>
        <w:br/>
        <w:br/>
        <w:t>That was the first time I saw Addie.</w:t>
        <w:br/>
        <w:br/>
        <w:t>He left her that night, but a part of him stayed—woven into her dreams, tangled in her pulse. Neither heaven nor hell could separate what had already begun to bleed together.</w:t>
      </w:r>
    </w:p>
    <w:p>
      <w:pPr>
        <w:pStyle w:val="Heading2"/>
      </w:pPr>
      <w:r>
        <w:t>Chapter Three – Addie</w:t>
      </w:r>
    </w:p>
    <w:p>
      <w:r>
        <w:t>The shadow had disappeared, and the bruises had faded. But somehow, I didn’t feel relieved. Only abandoned all over again.</w:t>
        <w:br/>
        <w:br/>
        <w:t>I was foolish to think something would finally stay.</w:t>
        <w:br/>
        <w:br/>
        <w:t>My life returned to normal—if my days ever were normal. I woke in a bed too big for one person and walked the few steps to the bathroom, though it felt like a mile.</w:t>
        <w:br/>
        <w:br/>
        <w:t>I caught my gaze in the fogged mirror, and with every day that passed, my eyes seemed to lose more color. I straightened my hair and brushed my teeth, trying to find a reason to do it, but none came.</w:t>
        <w:br/>
        <w:br/>
        <w:t>From the next apartment, the coffee machine clicked on—a sound that once meant morning. Now it just meant time passing.</w:t>
        <w:br/>
        <w:br/>
        <w:t>When I stepped outside the bathroom, my dog was waiting. I poured her some food. She was excited for the day—how I wished I could be that happy. I gave her a smile, though it felt fake.</w:t>
        <w:br/>
        <w:br/>
        <w:t>I walked back to the hallway and pulled on my shoes. They were broken, just like me. I clipped the collar around Lilo’s neck and opened the door.</w:t>
        <w:br/>
        <w:br/>
        <w:t>The hallway felt endless, as gray as I was. When I finally stepped outside, the sky hung dull and heavy; the wind shivered, and I wished for a thicker jacket. Leaves fell slowly from the trees.</w:t>
        <w:br/>
        <w:br/>
        <w:t>I closed my eyes and, through foggy memories, remembered a time when I used to dance with the leaves and sing with the wind. When I opened my eyes, Lilo was chasing a leaf. I used to do that too—before the wind stopped calling my name.</w:t>
        <w:br/>
        <w:br/>
        <w:t>After a while I headed back. I was already late for school, but I didn’t care. It wasn’t often I went. It was hard to believe I would live longer than school would last anyway. Three years left, and my soul had already begun to give up on me—not that I blamed it.</w:t>
        <w:br/>
        <w:br/>
        <w:t>When I returned inside, the same cold remained. I didn’t think it was the weather anymore. I let Lilo off her leash and stepped out again. The walk to the bus wasn’t long, but it was painful.</w:t>
        <w:br/>
        <w:br/>
        <w:t>I tried to prepare for the day with my usual fakeness—a smile here, a polite nod there—though behind it all was only an empty shell.</w:t>
        <w:br/>
        <w:br/>
        <w:t>The bus was cramped with people. I sat down and watched through the fogged window. Outside, a couple laughed softly, steam curling from their coffee cups into the cold air. I looked down at my knees and wondered if I could ever have something like that with a soul like mine.</w:t>
        <w:br/>
        <w:br/>
        <w:t>The bus stopped in the city center, spilling people onto the street. I stepped out and took a deep breath, then walked toward the convenience store.</w:t>
        <w:br/>
        <w:br/>
        <w:t>I opened the familiar glass door. The cashier greeted me with a tired good morning. I smiled back and wondered if he saw how fake it was.</w:t>
        <w:br/>
        <w:br/>
        <w:t>When I left, I passed a dozen people, yet I had never felt more alone.</w:t>
        <w:br/>
        <w:br/>
        <w:t>Parents dropped off their children. Friends laughed as they walked. My chest ached, but I kept going.</w:t>
        <w:br/>
        <w:br/>
        <w:t>I started thinking about the shadow again, wondering if I had truly gone insane.</w:t>
        <w:br/>
        <w:br/>
        <w:t>The school doors were heavy—heavier than they should have been. I took another deep breath and put on my smile. The studying wasn’t the hard part. Life was.</w:t>
        <w:br/>
        <w:br/>
        <w:t>On my way to class, a teacher gave me the usual smile of pity. I hated it, but I was long used to it.</w:t>
        <w:br/>
        <w:br/>
        <w:t>When I finally reached my classroom, I slipped quietly into my seat. “Third time this week, Addie,” Ms. Mary scolded. I pretended to care and murmured my apologies.</w:t>
        <w:br/>
        <w:br/>
        <w:t>Eyes followed me. I think they were afraid of me. And honestly, maybe they should be.</w:t>
        <w:br/>
        <w:br/>
        <w:t>I opened my old, cold laptop and began my assignments. I didn’t leave my desk for hours.</w:t>
        <w:br/>
        <w:br/>
        <w:t>When the clock finally reached three, I packed my things. My bag was chaos—cigarettes and lighters scattered at the bottom.</w:t>
        <w:br/>
        <w:br/>
        <w:t>I didn’t know why I smoked. Maybe to fill my lungs with something other than air.</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