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FB766" w14:textId="77777777" w:rsidR="00282790" w:rsidRDefault="00282790">
      <w:pPr>
        <w:spacing w:after="5040"/>
      </w:pPr>
    </w:p>
    <w:p w14:paraId="1C4B876B" w14:textId="77777777" w:rsidR="00282790" w:rsidRDefault="00000000">
      <w:pPr>
        <w:jc w:val="center"/>
      </w:pPr>
      <w:r>
        <w:t xml:space="preserve"> Distorted</w:t>
      </w:r>
    </w:p>
    <w:p w14:paraId="1896D2AA" w14:textId="77777777" w:rsidR="00282790" w:rsidRDefault="00000000">
      <w:pPr>
        <w:jc w:val="center"/>
      </w:pPr>
      <w:r>
        <w:t>by</w:t>
      </w:r>
    </w:p>
    <w:p w14:paraId="6D1C7F79" w14:textId="77777777" w:rsidR="00282790" w:rsidRDefault="00000000">
      <w:pPr>
        <w:jc w:val="center"/>
      </w:pPr>
      <w:r>
        <w:t>Lance Chilly</w:t>
      </w:r>
    </w:p>
    <w:p w14:paraId="79533C3D" w14:textId="77777777" w:rsidR="00282790" w:rsidRDefault="00000000">
      <w:r>
        <w:br w:type="page"/>
      </w:r>
    </w:p>
    <w:p w14:paraId="093AF6F6" w14:textId="77777777" w:rsidR="00282790" w:rsidRDefault="00000000">
      <w:pPr>
        <w:spacing w:before="5040"/>
        <w:jc w:val="center"/>
      </w:pPr>
      <w:r>
        <w:lastRenderedPageBreak/>
        <w:t xml:space="preserve"> Distorted</w:t>
      </w:r>
    </w:p>
    <w:p w14:paraId="3620E627" w14:textId="77777777" w:rsidR="00282790" w:rsidRDefault="00000000">
      <w:r>
        <w:t xml:space="preserve">Exiting the tavern, Emma shivered, the pre-winter chill biting through her cloak. Leafless branches, stark against the harsh glare of the car park lights, clawed at the inky sky. The bleak landscape was always more unsettling in the winter months. A voice called out from behind "Goodnight, Emma. Seven o'clock tomorrow." The heavy oak door slammed shut, imprisoning the raucous revelry within. </w:t>
      </w:r>
    </w:p>
    <w:p w14:paraId="272A3525" w14:textId="77777777" w:rsidR="00282790" w:rsidRDefault="00000000">
      <w:r>
        <w:br/>
      </w:r>
    </w:p>
    <w:p w14:paraId="19459127" w14:textId="77777777" w:rsidR="00282790" w:rsidRDefault="00000000">
      <w:r>
        <w:t xml:space="preserve">The bar was worn and weathered, standing for over six decades and evident in the chipping, rusted red paint. The owner was cheap, refusing to invest in repainting and to cheap to even grant her a measly fifty-dollar raise, so why would he bother with the bar's appearance? </w:t>
      </w:r>
    </w:p>
    <w:p w14:paraId="1CDE4E4D" w14:textId="77777777" w:rsidR="00282790" w:rsidRDefault="00282790"/>
    <w:p w14:paraId="176E9E3E" w14:textId="77777777" w:rsidR="00282790" w:rsidRDefault="00000000">
      <w:r>
        <w:t xml:space="preserve">Stepping outside, she glanced around, searching for any signs of life. The eerie atmosphere gave her a chill, causing goosebumps to rise on her arms. Fumbling through her bag, she retrieved her car key - a habit she had picked up from reading safety tips in women's magazines. The magazines often shared tips for women on being safe when walking alone at night or in tricky situations with an angry person. She liked the advice and followed it for her own safety. </w:t>
      </w:r>
    </w:p>
    <w:p w14:paraId="09B961D4" w14:textId="77777777" w:rsidR="00282790" w:rsidRDefault="00000000">
      <w:r>
        <w:br/>
      </w:r>
    </w:p>
    <w:p w14:paraId="27EAC96D" w14:textId="77777777" w:rsidR="00282790" w:rsidRDefault="00000000">
      <w:r>
        <w:t xml:space="preserve">Her friend Karen left with her boyfriend half an hour ago. Karen had offered to wait but Emma had seen the eagerness in her boyfriend’s eyes to get home and knew wasn’t to play scrabble, so she told them to leave. </w:t>
      </w:r>
    </w:p>
    <w:p w14:paraId="753E120B" w14:textId="77777777" w:rsidR="00282790" w:rsidRDefault="00000000">
      <w:r>
        <w:t xml:space="preserve">As she walked across the parking lot, she glanced left and right. The only sound that filled the dead quiet night was the crunching of her sneakers on the hard-packed dirt. It seemed to echo loudly, making her think someone would call out to her to stop making so much noise. </w:t>
      </w:r>
    </w:p>
    <w:p w14:paraId="694719B8" w14:textId="77777777" w:rsidR="00282790" w:rsidRDefault="00000000">
      <w:r>
        <w:br/>
      </w:r>
    </w:p>
    <w:p w14:paraId="67B28D12" w14:textId="77777777" w:rsidR="00282790" w:rsidRDefault="00000000">
      <w:r>
        <w:t xml:space="preserve">Her car was barely visible in the dark due to broken lights in the car park, another problem the owner never bothered to fix. The darkness seemed to envelop her car, almost completely concealing it. </w:t>
      </w:r>
    </w:p>
    <w:p w14:paraId="47DAD497" w14:textId="77777777" w:rsidR="00282790" w:rsidRDefault="00000000">
      <w:r>
        <w:br/>
      </w:r>
    </w:p>
    <w:p w14:paraId="311A71A9" w14:textId="77777777" w:rsidR="00282790" w:rsidRDefault="00000000">
      <w:r>
        <w:lastRenderedPageBreak/>
        <w:t xml:space="preserve">When she arrived for her shift, the sun was setting, and the three-quarter filled car park forced her to park further away from the bar, completely forgetting about the inadequate lighting at night. </w:t>
      </w:r>
    </w:p>
    <w:p w14:paraId="5E871AD6" w14:textId="77777777" w:rsidR="00282790" w:rsidRDefault="00000000">
      <w:r>
        <w:br/>
      </w:r>
    </w:p>
    <w:p w14:paraId="001D77A9" w14:textId="77777777" w:rsidR="00282790" w:rsidRDefault="00000000">
      <w:r>
        <w:t xml:space="preserve">With a jittery feeling, she picked up her pace. She passed the handful of cars remaining in the parking lot. Glancing back, she saw that the bar was now a considerable distance behind her. Situated two miles outside of town, the bar was a popular spot for underage drinkers and rowdy individuals who could make as much noise as they pleased without worrying about disturbing anyone except the nocturnal animals. The nearest neighbor was half a kilometer away. A thick forest covered both sides of the road. A flickering neon sign bearing the words "RED BARN BAR" and a beer logo, serving as a beacon for intoxicated patrons. </w:t>
      </w:r>
    </w:p>
    <w:p w14:paraId="058441CD" w14:textId="77777777" w:rsidR="00282790" w:rsidRDefault="00000000">
      <w:r>
        <w:br/>
      </w:r>
    </w:p>
    <w:p w14:paraId="3DDCF9D1" w14:textId="77777777" w:rsidR="00282790" w:rsidRDefault="00000000">
      <w:r>
        <w:t xml:space="preserve">As Emma gazed at her vehicle, she couldn't help but feel uneasy as it sat a short distance from the car park's edge, seemingly devoured by the surrounding forest. </w:t>
      </w:r>
    </w:p>
    <w:p w14:paraId="61688C72" w14:textId="77777777" w:rsidR="00282790" w:rsidRDefault="00000000">
      <w:r>
        <w:t xml:space="preserve">The dense canopy blocked any traces of light, intensifying her nerves, especially since the driver's side was directly facing the looming trees. Fantastic. The thought of Frankenstein ambushing her from behind caused her to swear under her breath. Why on earth did she choose to work this terrible job? </w:t>
      </w:r>
    </w:p>
    <w:p w14:paraId="02E0C9FC" w14:textId="77777777" w:rsidR="00282790" w:rsidRDefault="00000000">
      <w:r>
        <w:t xml:space="preserve">She attempted to calm her nerves, but only managed to intensify them. She approached the car door and struggled to insert the key. "Come on, little key, fit into the damn hole." </w:t>
      </w:r>
    </w:p>
    <w:p w14:paraId="04B1707D" w14:textId="77777777" w:rsidR="00282790" w:rsidRDefault="00000000">
      <w:r>
        <w:br/>
      </w:r>
    </w:p>
    <w:p w14:paraId="263517C6" w14:textId="77777777" w:rsidR="00282790" w:rsidRDefault="00000000">
      <w:r>
        <w:t xml:space="preserve">The darkness made it difficult to see the keyhole. She ran her hand along the door, searching for the keyhole when her fingers stumbled upon something rough. "What in the world..." she murmured, trying to decipher what it could be. Delving into her jeans pocket, she searched for her lighter and retrieved it. Igniting the flame, she noticed a substance resembling putty stuffed into the keyhole. </w:t>
      </w:r>
    </w:p>
    <w:p w14:paraId="5DDDBF6A" w14:textId="77777777" w:rsidR="00282790" w:rsidRDefault="00282790"/>
    <w:p w14:paraId="1F0534D1" w14:textId="77777777" w:rsidR="00282790" w:rsidRDefault="00000000">
      <w:r>
        <w:t xml:space="preserve">"Damn it... whoever came up with this stupid prank will pay," she muttered, seething with anger and completely forgetting her surroundings and the nerves she had been feeling just moments ago. Focused on trying to remove the obstruction from the keyhole, she was oblivious to the quiet footsteps creeping up behind her. </w:t>
      </w:r>
    </w:p>
    <w:p w14:paraId="25C7F5EB" w14:textId="77777777" w:rsidR="00282790" w:rsidRDefault="00000000">
      <w:r>
        <w:br/>
      </w:r>
    </w:p>
    <w:p w14:paraId="0331F07F" w14:textId="77777777" w:rsidR="00282790" w:rsidRDefault="00000000">
      <w:r>
        <w:lastRenderedPageBreak/>
        <w:t xml:space="preserve">Suddenly, a cloth was pressed against her mouth and a hand applied pressure. She was too startled to scream as her body was lifted from the ground. </w:t>
      </w:r>
    </w:p>
    <w:p w14:paraId="2DE3ED7D" w14:textId="77777777" w:rsidR="00282790" w:rsidRDefault="00000000">
      <w:r>
        <w:t xml:space="preserve">Panic surged through her like a tidal wave. In her struggle to break free, she dropped the lighter and keys, desperately trying to claw at the hand and release a scream. But it was too late. </w:t>
      </w:r>
    </w:p>
    <w:p w14:paraId="1C1A947B" w14:textId="77777777" w:rsidR="00282790" w:rsidRDefault="00000000">
      <w:r>
        <w:t xml:space="preserve">The pungent smell overwhelmed her with every gasping breath, causing her head to spin and her vision to fade as darkness consumed her. </w:t>
      </w:r>
    </w:p>
    <w:p w14:paraId="42BEE26A" w14:textId="77777777" w:rsidR="00282790" w:rsidRDefault="00000000">
      <w:r>
        <w:br/>
      </w:r>
    </w:p>
    <w:p w14:paraId="3000CB09" w14:textId="77777777" w:rsidR="00282790" w:rsidRDefault="00000000">
      <w:r>
        <w:t xml:space="preserve">As Emma slowly came to, it felt as though she was emerging from a hazy dream. A sharp pulsing in her temples caused her eyes to flinch. Her tongue felt heavy and uncooperative, as if it had a mind of its own, and her mouth was parched beyond belief. When she tried to sit up and touch her head to ease the throbbing, she realized she was completely immobilized. </w:t>
      </w:r>
    </w:p>
    <w:p w14:paraId="2979D989" w14:textId="77777777" w:rsidR="00282790" w:rsidRDefault="00000000">
      <w:r>
        <w:br/>
      </w:r>
    </w:p>
    <w:p w14:paraId="429B1843" w14:textId="77777777" w:rsidR="00282790" w:rsidRDefault="00000000">
      <w:r>
        <w:t xml:space="preserve">Panic surged through her as she wondered if she had been in a car crash and was now trapped. She couldn't even open her eyes to check. A soft whimper escaped her lips as she attempted to speak, but her tongue remained stubbornly still. </w:t>
      </w:r>
    </w:p>
    <w:p w14:paraId="52FEA4B8" w14:textId="77777777" w:rsidR="00282790" w:rsidRDefault="00000000">
      <w:r>
        <w:t xml:space="preserve">Slowly, sensation started to return to her body and she could feel the coolness of leather against her fingers. As her mind began to clear, she became aware of the chilling surface beneath her. Her thoughts raced as she imagined she was lying on a cold metal table, similar to one in a hospital. </w:t>
      </w:r>
    </w:p>
    <w:p w14:paraId="0E0213A5" w14:textId="77777777" w:rsidR="00282790" w:rsidRDefault="00000000">
      <w:r>
        <w:br/>
      </w:r>
    </w:p>
    <w:p w14:paraId="00B84A88" w14:textId="77777777" w:rsidR="00282790" w:rsidRDefault="00000000">
      <w:r>
        <w:t xml:space="preserve">Blinking her eyes open, she squinted at the blinding light above her. As her vision adjusted, she recognized it as a fluorescent light. Turning her head to the left, she could make out a room filled with unfamiliar equipment, a metal table with a draped cloth next to her, and a man in a green gown facing away from her. She attempted to speak, to ask the man what was happening and to let him know she was conscious, but all that came out was a weak croak from her parched throat and mouth. It was enough to catch his attention. </w:t>
      </w:r>
    </w:p>
    <w:p w14:paraId="390FEF9D" w14:textId="77777777" w:rsidR="00282790" w:rsidRDefault="00000000">
      <w:r>
        <w:t xml:space="preserve">He turned, his face concealed behind a matching green mask and cap, and stood before her. She began to recall she hadn’t been in an accident because she couldn’t get the keys into the keyhole of the car and a hand on her mouth. </w:t>
      </w:r>
    </w:p>
    <w:p w14:paraId="33683A52" w14:textId="77777777" w:rsidR="00282790" w:rsidRDefault="00000000">
      <w:r>
        <w:t xml:space="preserve">As the masked figure made his way to the table, she couldn't help but notice his piercing gaze as he studied the metallic table beside her. He extended his arm to take hold of an </w:t>
      </w:r>
      <w:r>
        <w:lastRenderedPageBreak/>
        <w:t>object, his fingers closed around a sharp and elongated blade. It looked like a medical scalpel.</w:t>
      </w:r>
    </w:p>
    <w:p w14:paraId="40922A64" w14:textId="77777777" w:rsidR="00282790" w:rsidRDefault="00282790"/>
    <w:p w14:paraId="4271068F" w14:textId="77777777" w:rsidR="00282790" w:rsidRDefault="00000000">
      <w:r>
        <w:t xml:space="preserve">In a trembling voice she spoke out, "Please", tears running down the side of her eyes. Cautiously, the man wearing a mask leaned forward. </w:t>
      </w:r>
    </w:p>
    <w:p w14:paraId="051579B0" w14:textId="77777777" w:rsidR="00282790" w:rsidRDefault="00000000">
      <w:r>
        <w:t xml:space="preserve">An antiseptic scent wafted from him as he gazed intently into her eyes. "Greetings, mother," he uttered. </w:t>
      </w:r>
    </w:p>
    <w:p w14:paraId="23EA1155" w14:textId="77777777" w:rsidR="00282790" w:rsidRDefault="00000000">
      <w:r>
        <w:t xml:space="preserve">This confused Emma. "what?" she stuttered, shaking her head. </w:t>
      </w:r>
    </w:p>
    <w:p w14:paraId="65A7ACCA" w14:textId="77777777" w:rsidR="00282790" w:rsidRDefault="00000000">
      <w:r>
        <w:t xml:space="preserve">His gaze remained fixed on her, tears uncontrollably streaming from her eyes and blurring her vision. </w:t>
      </w:r>
    </w:p>
    <w:p w14:paraId="6C9CA316" w14:textId="77777777" w:rsidR="00282790" w:rsidRDefault="00000000">
      <w:r>
        <w:t xml:space="preserve">"I'm not your..." she tried to say. </w:t>
      </w:r>
    </w:p>
    <w:p w14:paraId="50297DCD" w14:textId="77777777" w:rsidR="00282790" w:rsidRDefault="00000000">
      <w:r>
        <w:t xml:space="preserve">"I see you've attempted to deceive me for the ninth time, Mother," he murmured, locking his gaze onto hers. He chuckled lightly. </w:t>
      </w:r>
    </w:p>
    <w:p w14:paraId="62CBF038" w14:textId="77777777" w:rsidR="00282790" w:rsidRDefault="00000000">
      <w:r>
        <w:t>"You'll never hurt me again." he said flatly.</w:t>
      </w:r>
    </w:p>
    <w:p w14:paraId="44CB90E0" w14:textId="77777777" w:rsidR="00282790" w:rsidRDefault="00000000">
      <w:r>
        <w:t xml:space="preserve">"Please, I beg of you... I am not your mother. My name is..." </w:t>
      </w:r>
    </w:p>
    <w:p w14:paraId="5081B6DE" w14:textId="77777777" w:rsidR="00282790" w:rsidRDefault="00000000">
      <w:r>
        <w:t xml:space="preserve">"Shh," he murmured, gently tucking a lock of hair behind her ear. </w:t>
      </w:r>
    </w:p>
    <w:p w14:paraId="1B514628" w14:textId="77777777" w:rsidR="00282790" w:rsidRDefault="00000000">
      <w:r>
        <w:br/>
      </w:r>
    </w:p>
    <w:p w14:paraId="17FD2867" w14:textId="77777777" w:rsidR="00282790" w:rsidRDefault="00000000">
      <w:r>
        <w:t xml:space="preserve">Perplexed and disoriented, Emma struggled to understand the man's words as he held a small black book in his hand. Leaning back, he spoke of the Christian belief that one can choose to spend eternity in the afterlife or be reincarnated, bound once again by time. </w:t>
      </w:r>
    </w:p>
    <w:p w14:paraId="6603AFE9" w14:textId="77777777" w:rsidR="00282790" w:rsidRDefault="00000000">
      <w:r>
        <w:br/>
      </w:r>
    </w:p>
    <w:p w14:paraId="36807C33" w14:textId="77777777" w:rsidR="00282790" w:rsidRDefault="00000000">
      <w:r>
        <w:t xml:space="preserve">Glancing down at his book, appearing to preach to her, he solemnly quoted Hebrew chapter 11 verses thirty-two to thirty-five, which speaks of women receiving their dead back, raised to life, and others enduring torture for the promise of a better resurrection. </w:t>
      </w:r>
    </w:p>
    <w:p w14:paraId="7A298259" w14:textId="77777777" w:rsidR="00282790" w:rsidRDefault="00000000">
      <w:r>
        <w:br/>
      </w:r>
    </w:p>
    <w:p w14:paraId="257A77A9" w14:textId="77777777" w:rsidR="00282790" w:rsidRDefault="00000000">
      <w:r>
        <w:t xml:space="preserve">Emma's mind raced as she tried to make sense of the man's words. Was he delusional? Did he truly believe she was his mother? And what was this talk of deception and reincarnation? As she lay there, immobilized and terrified, she could only stare back at him, her eyes pleading for an explanation. </w:t>
      </w:r>
    </w:p>
    <w:p w14:paraId="664D5473" w14:textId="77777777" w:rsidR="00282790" w:rsidRDefault="00000000">
      <w:r>
        <w:lastRenderedPageBreak/>
        <w:t xml:space="preserve">"You don't remember, do you, Mother?" he asked, his voice a mix of sadness and anger. </w:t>
      </w:r>
    </w:p>
    <w:p w14:paraId="3FADB99C" w14:textId="77777777" w:rsidR="00282790" w:rsidRDefault="00000000">
      <w:r>
        <w:t xml:space="preserve">"You don't remember what you did to me. But I haven't forgotten. </w:t>
      </w:r>
    </w:p>
    <w:p w14:paraId="06B67CDA" w14:textId="77777777" w:rsidR="00282790" w:rsidRDefault="00000000">
      <w:r>
        <w:t xml:space="preserve">He traced the blade gently along her cheek, and she flinched at its cold touch. </w:t>
      </w:r>
    </w:p>
    <w:p w14:paraId="21E06F3E" w14:textId="77777777" w:rsidR="00282790" w:rsidRDefault="00000000">
      <w:r>
        <w:t xml:space="preserve">"You took something from me, and now it's time for me to take something from you." Emma's heart pounded in her chest as she realized the true danger she was in. This man was unhinged, and he intended to hurt her. But why did he think she was his mother? And what did he mean by 'waiting'? </w:t>
      </w:r>
    </w:p>
    <w:p w14:paraId="3A187245" w14:textId="77777777" w:rsidR="00282790" w:rsidRDefault="00000000">
      <w:r>
        <w:t xml:space="preserve">These questions raced through her mind as she struggled to find a way to escape. As he gazed into her eyes, she could feel the intensity of his stare. </w:t>
      </w:r>
    </w:p>
    <w:p w14:paraId="56E48540" w14:textId="77777777" w:rsidR="00282790" w:rsidRDefault="00000000">
      <w:r>
        <w:t>Slowly he strode to the end of the table. Her heart raced, pleading again "I don't...wait...please stop...I just..." Suddenly, she felt a tug, her legs being pulled apart.</w:t>
      </w:r>
    </w:p>
    <w:p w14:paraId="17D8CD55" w14:textId="77777777" w:rsidR="00282790" w:rsidRDefault="00000000">
      <w:r>
        <w:br/>
      </w:r>
    </w:p>
    <w:p w14:paraId="7349EAA0" w14:textId="77777777" w:rsidR="00282790" w:rsidRDefault="00000000">
      <w:r>
        <w:t xml:space="preserve">“What are you” was all she was able to say. A lightening bolt of pain tore through her groin as the metal blade sliced into her flesh. </w:t>
      </w:r>
    </w:p>
    <w:p w14:paraId="75BAF787" w14:textId="77777777" w:rsidR="00282790" w:rsidRDefault="00000000">
      <w:r>
        <w:t>Emma's gut wrenching scream pierced the room.</w:t>
      </w:r>
    </w:p>
    <w:p w14:paraId="20B6FC8B" w14:textId="77777777" w:rsidR="00282790" w:rsidRDefault="00000000">
      <w:r>
        <w:t xml:space="preserve">The searing sensation jolting her body with unrelenting force. </w:t>
      </w:r>
    </w:p>
    <w:p w14:paraId="270315C6" w14:textId="77777777" w:rsidR="00282790" w:rsidRDefault="00000000">
      <w:r>
        <w:t>The pain was something she never imagined a human body could ever endure and then it stopped.</w:t>
      </w:r>
    </w:p>
    <w:p w14:paraId="3C670607" w14:textId="77777777" w:rsidR="00282790" w:rsidRDefault="00282790"/>
    <w:p w14:paraId="575EFDC1" w14:textId="77777777" w:rsidR="00282790" w:rsidRDefault="00000000">
      <w:r>
        <w:t>“STTTOOOOPPPPP” she screamed.</w:t>
      </w:r>
    </w:p>
    <w:p w14:paraId="7239AC54" w14:textId="77777777" w:rsidR="00282790" w:rsidRDefault="00282790"/>
    <w:p w14:paraId="2994FCD7" w14:textId="77777777" w:rsidR="00282790" w:rsidRDefault="00000000">
      <w:r>
        <w:t xml:space="preserve">Then she felt the cold incision of the knife enter the other side of her groin and her body was racked with another convulsion of pain, her entire body ridged against the leather straps that held her down. A pain so great it felt like an eternity </w:t>
      </w:r>
    </w:p>
    <w:p w14:paraId="53B4945A" w14:textId="77777777" w:rsidR="00282790" w:rsidRDefault="00000000">
      <w:r>
        <w:t xml:space="preserve">When it came to a halt, she collapsed against the table, struggling for air and crying uncontrollably. She felt detached from her own body. </w:t>
      </w:r>
    </w:p>
    <w:p w14:paraId="51AC2F24" w14:textId="77777777" w:rsidR="00282790" w:rsidRDefault="00000000">
      <w:r>
        <w:t xml:space="preserve">Her mind was a whirlwind of thoughts that she couldn't grasp or make sense of. Memories of her mother flooded her mind - playing with her best friend at the age of three, cooking and laughing in her first apartment, graduating from college, and serving a drink to a drunken teenager just hours ago. </w:t>
      </w:r>
    </w:p>
    <w:p w14:paraId="559947E0" w14:textId="77777777" w:rsidR="00282790" w:rsidRDefault="00000000">
      <w:r>
        <w:lastRenderedPageBreak/>
        <w:t xml:space="preserve">She was powerless to tame her mind or the memories flooding it. It was like a speeding train, flashing images that were too quick to focus on, yet she recognized every single frame. </w:t>
      </w:r>
    </w:p>
    <w:p w14:paraId="7467475F" w14:textId="77777777" w:rsidR="00282790" w:rsidRDefault="00000000">
      <w:r>
        <w:br/>
      </w:r>
    </w:p>
    <w:p w14:paraId="3929F00A" w14:textId="77777777" w:rsidR="00282790" w:rsidRDefault="00000000">
      <w:r>
        <w:t>The chilling premonition of mortality, the phenomenon so often recounted as life's final, frantic reel, washed over Emma. A stark, icy dread seized her as she recognized her own impending demise. Crimson seeped, a treacherous tide, down her inner legs, a cold wave ascending her spine, confirming the grim reality of her fate.</w:t>
      </w:r>
    </w:p>
    <w:p w14:paraId="18EA7219" w14:textId="77777777" w:rsidR="00282790" w:rsidRDefault="00000000">
      <w:r>
        <w:br/>
      </w:r>
    </w:p>
    <w:p w14:paraId="7527E0FA" w14:textId="77777777" w:rsidR="00282790" w:rsidRDefault="00000000">
      <w:r>
        <w:t xml:space="preserve">Each shuddering sob ripped through her, a physical violation mirroring the brutal assault on her body. The metallic tang of blood filled her mouth, the coppery taste acrid and overwhelming. </w:t>
      </w:r>
    </w:p>
    <w:p w14:paraId="15EEC3FE" w14:textId="77777777" w:rsidR="00282790" w:rsidRDefault="00000000">
      <w:r>
        <w:t xml:space="preserve">Pain, a white-hot searing brand, pulsed through her, a relentless rhythm against the frantic drumming of her heart. Her vision fractured, a kaleidoscope of black and crimson blurring into a chaotic storm of tiny, malevolent sparks. </w:t>
      </w:r>
    </w:p>
    <w:p w14:paraId="03E1B3C7" w14:textId="77777777" w:rsidR="00282790" w:rsidRDefault="00000000">
      <w:r>
        <w:t xml:space="preserve">The rasping whisper of his voice, a venomous serpent hissing in her ear, barely registered. </w:t>
      </w:r>
    </w:p>
    <w:p w14:paraId="04BA9E3B" w14:textId="77777777" w:rsidR="00282790" w:rsidRDefault="00000000">
      <w:r>
        <w:t xml:space="preserve">The touch, the sickening intrusion, was the only reality that mattered. A searing heat, a violation so profound it shattered the very foundations of her being. The rough texture of the blade against her skin sent icy tendrils of fear skittering up her spine; she could smell the coppery stench of her own blood mingling with the acrid sweat of her attacker. </w:t>
      </w:r>
    </w:p>
    <w:p w14:paraId="0654F51C" w14:textId="77777777" w:rsidR="00282790" w:rsidRDefault="00000000">
      <w:r>
        <w:t xml:space="preserve">His voice, a distant drone, faded into the deafening roar of her own agony. She was falling, plunging into an abyss of oblivion, and it was a blessed release. The void beckoned, a velvet curtain drawn across the stage of her torment. Even as the darkness swallowed her whole, a flicker of something akin to peace – a perverse, desperate hope – pierced the excruciating pain. It was a fleeting memory, a whisper of something lost, something precious, that now, at the precipice of nothingness, felt both agonizing and strangely beautiful. </w:t>
      </w:r>
    </w:p>
    <w:p w14:paraId="044BE514" w14:textId="77777777" w:rsidR="00282790" w:rsidRDefault="00000000">
      <w:r>
        <w:t>The reason for that happiness remained elusive, swallowed by the darkness consuming her.</w:t>
      </w:r>
    </w:p>
    <w:p w14:paraId="6E9FE2B1" w14:textId="77777777" w:rsidR="00282790" w:rsidRDefault="00000000">
      <w:r>
        <w:t>“Its 5.45am Wednesday and it looks like were in for another sunny day with an expected top of 23 degrees and to ki” The faint glow of the rising sun peeked through the window, casting a soft golden hue on the walls. David stirred in bed, his hand reaching out to press the snooze button on his alarm clock. He carefully slid out from under the warm covers, trying not to disturb his sleeping wife. As he stood up, the cool air hit his skin, making him shiver. He walked towards the window, the sky transitioning from a deep grey to a gentle shade of gold. The peaceful silence of the morning enveloped him, as he silently got ready for the day ahead.</w:t>
      </w:r>
    </w:p>
    <w:p w14:paraId="06C88382" w14:textId="77777777" w:rsidR="00282790" w:rsidRDefault="00000000">
      <w:r>
        <w:lastRenderedPageBreak/>
        <w:br/>
      </w:r>
    </w:p>
    <w:p w14:paraId="5569D895" w14:textId="77777777" w:rsidR="00282790" w:rsidRDefault="00000000">
      <w:r>
        <w:t>Sitting on the edge of the bed, he saw his wife and the large bulge under the sheets. He reached over and gently placed his hand on her belly, feeling a mix of emotions. She only had five weeks left until their first child was due, making him nervous yet excited.</w:t>
      </w:r>
    </w:p>
    <w:p w14:paraId="58A6BB79" w14:textId="77777777" w:rsidR="00282790" w:rsidRDefault="00000000">
      <w:r>
        <w:br/>
      </w:r>
    </w:p>
    <w:p w14:paraId="0F72E7A7" w14:textId="77777777" w:rsidR="00282790" w:rsidRDefault="00000000">
      <w:r>
        <w:t xml:space="preserve">Eight months ago, when she revealed the news to him, he felt the very ground beneath him quake. They had been trying for 2 long years, spending a small sum of money on fertility treatments, all in vain. David had recently turned thirty-three while Suzan was three years his junior. For two years, he had watched her suffer through the crushing disappointment every time she thought she was pregnant, only to have her hopes shattered by a late period. It was heart-wrenching for him to witness. But no matter what, he promised to always be there for her. </w:t>
      </w:r>
    </w:p>
    <w:p w14:paraId="462DAB36" w14:textId="77777777" w:rsidR="00282790" w:rsidRDefault="00000000">
      <w:r>
        <w:br/>
      </w:r>
    </w:p>
    <w:p w14:paraId="610E23A3" w14:textId="77777777" w:rsidR="00282790" w:rsidRDefault="00000000">
      <w:r>
        <w:t>David couldn't forget that fateful night when they conceived, celebrating his new job in Portland with a bottle of scotch. They never expected getting drunk and having passionate sex would lead to pregnancy. In hindsight, it would have been a more cost-effective approach.</w:t>
      </w:r>
    </w:p>
    <w:p w14:paraId="767A0911" w14:textId="77777777" w:rsidR="00282790" w:rsidRDefault="00000000">
      <w:r>
        <w:br/>
        <w:t xml:space="preserve">Suzan shifted under his hand so he got up and went to the shower. </w:t>
      </w:r>
    </w:p>
    <w:p w14:paraId="42BABDBF" w14:textId="77777777" w:rsidR="00282790" w:rsidRDefault="00000000">
      <w:r>
        <w:t>He was dressed, standing downstairs in the kitchen, while the morning radio played in the background. He could hear the faint sound of water flushing and the soft rustling of familiar slippers on the carpet. As his wife entered, rubbing the sleep from her eyes, he couldn't help but admire her natural long auburn hair. At only five foot seven inches, Suzan was a foot shorter than him, but her figure was envied by teenage cheerleaders. Her facial features were reminiscent of Katherine Zeta-Jones and she moved with the grace of Princess Diana. As she walked into the kitchen with one hand on her back, he couldn't help but feel like the luckiest man on earth.</w:t>
      </w:r>
    </w:p>
    <w:p w14:paraId="110E29DF" w14:textId="77777777" w:rsidR="00282790" w:rsidRDefault="00000000">
      <w:r>
        <w:br/>
      </w:r>
    </w:p>
    <w:p w14:paraId="67690F8D" w14:textId="77777777" w:rsidR="00282790" w:rsidRDefault="00000000">
      <w:r>
        <w:t>Susan sauntered over and gave him a quick kiss on the cheek. "Did I disturb your slumber, my love?" he inquired. "No... a large woman is famished. She must consume everything in sight... move out of the way, man, or suffer the wrath of a sleep-deprived woman," she muttered groggily to David, who was blocking her path to the refrigerator.</w:t>
      </w:r>
    </w:p>
    <w:p w14:paraId="44866F43" w14:textId="77777777" w:rsidR="00282790" w:rsidRDefault="00000000">
      <w:r>
        <w:lastRenderedPageBreak/>
        <w:br/>
      </w:r>
    </w:p>
    <w:p w14:paraId="74672B6A" w14:textId="77777777" w:rsidR="00282790" w:rsidRDefault="00000000">
      <w:r>
        <w:t>Laughing, he planted a kiss on her forehead before stepping aside and raising his hands in the air. "As a newly inducted member of the Portland police force, I must warn you that I have received specialized training in the military and I am skilled in hand-to-hand combat," he declared. "Move or you won't be getting any action for a year," she threatened. Without hesitation, he swung open the fridge door. "And what would my lady like for her breakfast?" he asked with a charming smile.</w:t>
      </w:r>
    </w:p>
    <w:p w14:paraId="34F965B0" w14:textId="77777777" w:rsidR="00282790" w:rsidRDefault="00000000">
      <w:r>
        <w:br/>
      </w:r>
    </w:p>
    <w:p w14:paraId="5EBEE53B" w14:textId="77777777" w:rsidR="00282790" w:rsidRDefault="00000000">
      <w:r>
        <w:t>With her tongue sticking out, she said "Looks like combat man will be running late for work." "Damn," he cursed, glancing at the microwave clock which showed 6:45 am. He was supposed to start at seven and the commute would take twenty minutes, or thirty in heavy traffic. His first week in Portland was not going as smoothly as he had hoped for. He grabbed his sports bag from the kitchen table, packed with his thermos and lunch, and planted a quick kiss on Suzan's head. "Have a great day," he said before dashing out the door.</w:t>
      </w:r>
    </w:p>
    <w:p w14:paraId="5C6CEF89" w14:textId="77777777" w:rsidR="00282790" w:rsidRDefault="00000000">
      <w:r>
        <w:br/>
      </w:r>
    </w:p>
    <w:p w14:paraId="5A2E3236" w14:textId="77777777" w:rsidR="00282790" w:rsidRDefault="00000000">
      <w:r>
        <w:t>"Be safe," Suzan shouted out as he left. A few moments later, she heard the engine of the police Land Cruiser rev up and drive away from their residence. Suzan had always disapproved of his line of work. Now, with their first child on the way, they would rely on his income more than ever before.</w:t>
      </w:r>
    </w:p>
    <w:p w14:paraId="39491A7C" w14:textId="77777777" w:rsidR="00282790" w:rsidRDefault="00000000">
      <w:r>
        <w:br/>
      </w:r>
    </w:p>
    <w:p w14:paraId="4489CADB" w14:textId="77777777" w:rsidR="00282790" w:rsidRDefault="00000000">
      <w:r>
        <w:t>The aroma of the ham wafted into her nostrils, triggering thoughts of pickles, cheezles, and beef sandwich. In an instant, she was consumed by a sense of purpose, forgetting her previous musings. With a determined smile, she readied herself for her own personal quest.</w:t>
      </w:r>
    </w:p>
    <w:p w14:paraId="75381C28" w14:textId="77777777" w:rsidR="00282790" w:rsidRDefault="00000000">
      <w:r>
        <w:br/>
      </w:r>
    </w:p>
    <w:p w14:paraId="049D1A41" w14:textId="77777777" w:rsidR="00282790" w:rsidRDefault="00000000">
      <w:r>
        <w:t xml:space="preserve">At 7:10 in the morning, David entered the entrance of the Portland police station. A voice called out to him, "Constable Pierce, this makes three days in a row." David lifted his gaze to see Superintendent Mitchell Warren, strolling towards him. "let's not make a habit out of this," the superintendent said sternly. </w:t>
      </w:r>
    </w:p>
    <w:p w14:paraId="1A04DC7F" w14:textId="77777777" w:rsidR="00282790" w:rsidRDefault="00000000">
      <w:r>
        <w:t xml:space="preserve">"Sir" David replied. "We're still getting settled in our new home and things are still unpacked. My wife is currently in the late stages of pregnancy and is unable to lift or move anything, so our progress has been slow." </w:t>
      </w:r>
    </w:p>
    <w:p w14:paraId="478BC668" w14:textId="77777777" w:rsidR="00282790" w:rsidRDefault="00000000">
      <w:r>
        <w:lastRenderedPageBreak/>
        <w:t xml:space="preserve">"Understood. You're with Sergeant Connors on highway 86, taking the northern route. He's waiting for you out back." </w:t>
      </w:r>
    </w:p>
    <w:p w14:paraId="58476E8E" w14:textId="77777777" w:rsidR="00282790" w:rsidRDefault="00000000">
      <w:r>
        <w:t>"Yes sir," David said, making his way down the corridor towards the police parking lot.</w:t>
      </w:r>
    </w:p>
    <w:p w14:paraId="47691135" w14:textId="77777777" w:rsidR="00282790" w:rsidRDefault="00000000">
      <w:r>
        <w:br/>
      </w:r>
    </w:p>
    <w:p w14:paraId="24C5ED01" w14:textId="77777777" w:rsidR="00282790" w:rsidRDefault="00000000">
      <w:r>
        <w:t xml:space="preserve">As Mitchell observed Sargent Pierce stride down the corridor, he thought having him on the Portland police force would be a good fit. Turning to the front desk where an officer was busy jotting down notes, he asked for detective O'Neil. The officer promptly replied "Yes, sir." </w:t>
      </w:r>
    </w:p>
    <w:p w14:paraId="58221588" w14:textId="77777777" w:rsidR="00282790" w:rsidRDefault="00000000">
      <w:r>
        <w:br/>
      </w:r>
    </w:p>
    <w:p w14:paraId="2EA0D7E7" w14:textId="77777777" w:rsidR="00282790" w:rsidRDefault="00000000">
      <w:r>
        <w:t>Ten minutes later a knock sounded twice on the door, Mitchell called out "enter" as O'Neil appeared. The superintendent sat behind his desk, which was piled high with files, and gestured for O'Neil to take a seat.</w:t>
      </w:r>
    </w:p>
    <w:p w14:paraId="6B87760F" w14:textId="77777777" w:rsidR="00282790" w:rsidRDefault="00000000">
      <w:r>
        <w:br/>
      </w:r>
    </w:p>
    <w:p w14:paraId="46C8FFAE" w14:textId="77777777" w:rsidR="00282790" w:rsidRDefault="00000000">
      <w:r>
        <w:t>For the past thirteen years, he had combed through the same documents, a total of eight unsolved cases, all showcasing a consistent method of murder. It was evident that a serial killer had been at large in Portland, yet the community remained unaware. The police were hesitant to disclose this information as no good would come of it except panic. Despite the twisted nature of their crimes, serial killers often follow a pattern. In this case, the killer targeted white women of similar height, build, and hair color. Out of the eight victims, six were prostitutes, one was a hitchhiker, and one was an employee at a local supermarket.</w:t>
      </w:r>
    </w:p>
    <w:p w14:paraId="28059526" w14:textId="77777777" w:rsidR="00282790" w:rsidRDefault="00000000">
      <w:r>
        <w:br/>
      </w:r>
    </w:p>
    <w:p w14:paraId="79378B99" w14:textId="77777777" w:rsidR="00282790" w:rsidRDefault="00000000">
      <w:r>
        <w:t>Each document contained comparable details: women, Caucasian, around 5 feet 7 inches tall with blond hair of varying lengths, and were murdered using the identical method. This resulted in him being dubbed JACK, like the infamous Jack the Ripper. Every victim had their reproductive organs extracted.</w:t>
      </w:r>
    </w:p>
    <w:p w14:paraId="62F360A5" w14:textId="77777777" w:rsidR="00282790" w:rsidRDefault="00000000">
      <w:r>
        <w:br/>
      </w:r>
    </w:p>
    <w:p w14:paraId="2DCF81B8" w14:textId="77777777" w:rsidR="00282790" w:rsidRDefault="00000000">
      <w:r>
        <w:t xml:space="preserve">"Have a seat, O'Neil." Said Mitch. "Jack's announced his return". </w:t>
      </w:r>
    </w:p>
    <w:p w14:paraId="0CB03947" w14:textId="77777777" w:rsidR="00282790" w:rsidRDefault="00000000">
      <w:r>
        <w:t xml:space="preserve">Mitch slid a new file across the table, displaying the photo of a 28-year-old woman named Emma. </w:t>
      </w:r>
    </w:p>
    <w:p w14:paraId="5F920C91" w14:textId="77777777" w:rsidR="00282790" w:rsidRDefault="00000000">
      <w:r>
        <w:lastRenderedPageBreak/>
        <w:t>"Emma's flat mate grew worried when she didn't return home from work on Saturday, the 27th, four days ago. She came to report her concerns the following morning, but was turned away and told to wait the standard 24 hours. She lodged the missing person Sunday night”</w:t>
      </w:r>
    </w:p>
    <w:p w14:paraId="00F9043A" w14:textId="77777777" w:rsidR="00282790" w:rsidRDefault="00000000">
      <w:r>
        <w:t>“How come I’m only looking at this now" asked O'Neil</w:t>
      </w:r>
    </w:p>
    <w:p w14:paraId="6C23C79C" w14:textId="77777777" w:rsidR="00282790" w:rsidRDefault="00000000">
      <w:r>
        <w:t xml:space="preserve">“Front desk Sergeant didn't lodge the form properly. New guy. Stuff got lost. It was only after a further phone call from the flat mate yesterday that someone located the form and handed it to me. I’ve contacted the girl’s parents who state no further contact since last Saturday afternoon when they spoke before she went to work.” </w:t>
      </w:r>
    </w:p>
    <w:p w14:paraId="33ADA1C3" w14:textId="77777777" w:rsidR="00282790" w:rsidRDefault="00000000">
      <w:r>
        <w:t>O’Neil looked up “where?”</w:t>
      </w:r>
    </w:p>
    <w:p w14:paraId="27237F0C" w14:textId="77777777" w:rsidR="00282790" w:rsidRDefault="00000000">
      <w:r>
        <w:t>“Red barn” said Mitch.</w:t>
      </w:r>
    </w:p>
    <w:p w14:paraId="17CDB499" w14:textId="77777777" w:rsidR="00282790" w:rsidRDefault="00000000">
      <w:r>
        <w:t>“Didn’t that joint close up few months ago?” ask O'Neil.</w:t>
      </w:r>
    </w:p>
    <w:p w14:paraId="4995FEC3" w14:textId="77777777" w:rsidR="00282790" w:rsidRDefault="00000000">
      <w:r>
        <w:t>“No it’s never closed. No one cares about it because it’s out of site and the locals don’t care so long as they don’t have to put up with loud drunken juveniles in town all night.”</w:t>
      </w:r>
    </w:p>
    <w:p w14:paraId="1A5B6CFD" w14:textId="77777777" w:rsidR="00282790" w:rsidRDefault="00000000">
      <w:r>
        <w:t>“It’s been eleven months O’Neil and we’ve already screwed up the last 72 hours which means if Jack's back he’s got a good head start. It's time we brought in extra people on this one." said Mitch.</w:t>
      </w:r>
    </w:p>
    <w:p w14:paraId="4070D9D6" w14:textId="77777777" w:rsidR="00282790" w:rsidRDefault="00000000">
      <w:r>
        <w:br/>
      </w:r>
    </w:p>
    <w:p w14:paraId="4461BBDC" w14:textId="77777777" w:rsidR="00282790" w:rsidRDefault="00000000">
      <w:r>
        <w:t xml:space="preserve">Mitch sternly requested that O'Neil assemble a team of three individuals to solely focus on the task at hand for the next 6 weeks. </w:t>
      </w:r>
    </w:p>
    <w:p w14:paraId="7470CDF2" w14:textId="77777777" w:rsidR="00282790" w:rsidRDefault="00000000">
      <w:r>
        <w:t xml:space="preserve">"Do you understand me?" he asked with a sense of urgency in his voice. </w:t>
      </w:r>
    </w:p>
    <w:p w14:paraId="2699B3C1" w14:textId="77777777" w:rsidR="00282790" w:rsidRDefault="00000000">
      <w:r>
        <w:t xml:space="preserve">"Loud and clear," O'Neil replied. </w:t>
      </w:r>
    </w:p>
    <w:p w14:paraId="7191A9E2" w14:textId="77777777" w:rsidR="00282790" w:rsidRDefault="00000000">
      <w:r>
        <w:t>"I need tangible results, innovative ideas, and a breakthrough lead. This Jack situation needs to be resolved." said Mitch</w:t>
      </w:r>
    </w:p>
    <w:p w14:paraId="7C2F3AD5" w14:textId="77777777" w:rsidR="00282790" w:rsidRDefault="00000000">
      <w:r>
        <w:t>"When do you want the team ready?" O'Neil inquired.</w:t>
      </w:r>
    </w:p>
    <w:p w14:paraId="3AF107C6" w14:textId="77777777" w:rsidR="00282790" w:rsidRDefault="00000000">
      <w:r>
        <w:t xml:space="preserve">"Immediately. I want everything put together by the end of the day," Mitch demanded. </w:t>
      </w:r>
    </w:p>
    <w:p w14:paraId="4BC3FD49" w14:textId="77777777" w:rsidR="00282790" w:rsidRDefault="00000000">
      <w:r>
        <w:br/>
      </w:r>
    </w:p>
    <w:p w14:paraId="38D8C8DD" w14:textId="77777777" w:rsidR="00282790" w:rsidRDefault="00000000">
      <w:r>
        <w:t>As O'Neil walked back to his office, he carried the file of the latest victim Emma. He paused outside his office door. "Sarah, I need a comprehensive list of all employees in this office and district, including those in the special operations unit," he instructed his secretary before closing his door. This task was of utmost importance and required the collaboration of the most capable individuals.</w:t>
      </w:r>
    </w:p>
    <w:p w14:paraId="6F9E9CFA" w14:textId="77777777" w:rsidR="00282790" w:rsidRDefault="00000000">
      <w:r>
        <w:lastRenderedPageBreak/>
        <w:br/>
      </w:r>
    </w:p>
    <w:p w14:paraId="32F902BB" w14:textId="77777777" w:rsidR="00282790" w:rsidRDefault="00000000">
      <w:r>
        <w:t>O'Neil's office was passable; no scenic views, tucked away from the other officers in the building. After the tragic loss of his wife four years ago, he receded into himself and was less social with other officer's. A knock at the door interrupted his thoughts. "Come in," he beckoned. Sarah entered with the requested lists. "Thanks, now I need you to clear out room three. I'll be using it for the next month," he instructed. "But room three is currently being used for the new recruits' training for the next ten days," Sarah reminded him. O'Neil smiled at her and replied, "Just tell the boys to find another room, and if they have any issues, they can take it up with the boss. Either way, I want that room cleared. No interruptions." With that, he buried his head back into the files. Sarah exited, closing the door behind her.</w:t>
      </w:r>
    </w:p>
    <w:p w14:paraId="15EA8698" w14:textId="77777777" w:rsidR="00282790" w:rsidRDefault="00000000">
      <w:r>
        <w:br/>
      </w:r>
    </w:p>
    <w:p w14:paraId="613A33B5" w14:textId="77777777" w:rsidR="00282790" w:rsidRDefault="00000000">
      <w:r>
        <w:t>Thirteen years ago, under Superintendent Mitchell Warren, Portland underwent a transformation as the police and medical examiners' office merged. Mitchell was highly regarded, known for his fairness tempered with an unyielding stance against wrongdoing. The attorney general and governor's office were facing mounting pressure from the media and public, who were fed up with corrupt police and tainted evidence, not to mention missing drugs, money, and firearms. With his background in the military, Mitchell was tasked with the monumental job of "cleaning house." Within three years of his appointment, twelve officers faced criminal charges and three others abruptly resigned. It could be said that Mitchell's efforts brought about a thorough cleansing of the system.</w:t>
      </w:r>
    </w:p>
    <w:p w14:paraId="10DE9354" w14:textId="77777777" w:rsidR="00282790" w:rsidRDefault="00000000">
      <w:r>
        <w:br/>
      </w:r>
    </w:p>
    <w:p w14:paraId="45C6B88F" w14:textId="77777777" w:rsidR="00282790" w:rsidRDefault="00000000">
      <w:r>
        <w:t xml:space="preserve">The employee roster contained approximately two hundred and ten names, scattered throughout the Portland District, representing a diverse range of skills and backgrounds, both field cops and lab technicians to military personnel. The detective knew exactly the kind of team he needed. At the forefront of his mind was a skilled crime scene investigator. It was clear that all evidence would need to be carefully re-evaluated. </w:t>
      </w:r>
    </w:p>
    <w:p w14:paraId="73A324E1" w14:textId="77777777" w:rsidR="00282790" w:rsidRDefault="00000000">
      <w:r>
        <w:br/>
      </w:r>
    </w:p>
    <w:p w14:paraId="54CAD142" w14:textId="77777777" w:rsidR="00282790" w:rsidRDefault="00000000">
      <w:r>
        <w:t xml:space="preserve">After scanning the list, he promptly picked up the phone and dialed the number. "Hello, this is Mike speaking." "Mike, it's Detective O'Neil. Can you put me in touch with the person in charge?" "That would be Connors, sir. One moment, I'll transfer you." </w:t>
      </w:r>
    </w:p>
    <w:p w14:paraId="03CAC532" w14:textId="77777777" w:rsidR="00282790" w:rsidRDefault="00000000">
      <w:r>
        <w:br/>
      </w:r>
    </w:p>
    <w:p w14:paraId="14FBB814" w14:textId="77777777" w:rsidR="00282790" w:rsidRDefault="00000000">
      <w:r>
        <w:lastRenderedPageBreak/>
        <w:t xml:space="preserve">A few seconds later, Connors answered, "This is Connors, how can I assist you, O'Neil?" </w:t>
      </w:r>
    </w:p>
    <w:p w14:paraId="17D1917D" w14:textId="77777777" w:rsidR="00282790" w:rsidRDefault="00000000">
      <w:r>
        <w:t xml:space="preserve">"Who is your top CSI field agent?" the detective inquired. </w:t>
      </w:r>
    </w:p>
    <w:p w14:paraId="5DC7210E" w14:textId="77777777" w:rsidR="00282790" w:rsidRDefault="00000000">
      <w:r>
        <w:t xml:space="preserve">"That would be Marcus Stanmore. He's been with us for three years now and is the best in the business. He can be a bit cocky, but he knows his stuff. Is there a reason you're asking, detective?" </w:t>
      </w:r>
    </w:p>
    <w:p w14:paraId="3B4BFC37" w14:textId="77777777" w:rsidR="00282790" w:rsidRDefault="00000000">
      <w:r>
        <w:t xml:space="preserve">"He's going to be re-assigned to work with me for the next 6 weeks. Have him gather his equipment and report to the superintendent's office at ten o'clock sharp." </w:t>
      </w:r>
    </w:p>
    <w:p w14:paraId="6D17938F" w14:textId="77777777" w:rsidR="00282790" w:rsidRDefault="00000000">
      <w:r>
        <w:t xml:space="preserve">"I'm afraid that's not possible, sir. Stanmore is currently swamped with evidence processing. If you're lucky, he might be available in four to five weeks." </w:t>
      </w:r>
    </w:p>
    <w:p w14:paraId="3C84BD06" w14:textId="77777777" w:rsidR="00282790" w:rsidRDefault="00000000">
      <w:r>
        <w:t xml:space="preserve">"I understand but this is non-negotiable. Call the super and he'll approve the transfer but I expect Stanmore to be here by Eleven, or I'll personally come and retrieve him at five past." </w:t>
      </w:r>
    </w:p>
    <w:p w14:paraId="4B54748F" w14:textId="77777777" w:rsidR="00282790" w:rsidRDefault="00000000">
      <w:r>
        <w:t>With that, the detective hung up, satisfied that his first order of business was in motion. One down, two to go.</w:t>
      </w:r>
    </w:p>
    <w:p w14:paraId="02086293" w14:textId="77777777" w:rsidR="00282790" w:rsidRDefault="00000000">
      <w:r>
        <w:br/>
      </w:r>
    </w:p>
    <w:p w14:paraId="16BA65F7" w14:textId="77777777" w:rsidR="00282790" w:rsidRDefault="00000000">
      <w:r>
        <w:t>Peering at his watch, the time read 9.59am as he strode to the superintendent's office and faced Jennifer, the secretary. "You may enter, O'Neil," she said, raising her gaze to him. O'Neil always held a fondness for Jennifer, she was a kind soul. He had nearly mustered the courage to ask her out a year ago at some office party. But fate intervened when her boyfriend abruptly appeared mid-conversation. Jennifer remained the only person he had considered taking on a date since his wife's passing.</w:t>
      </w:r>
    </w:p>
    <w:p w14:paraId="07E66FEE" w14:textId="77777777" w:rsidR="00282790" w:rsidRDefault="00000000">
      <w:r>
        <w:br/>
      </w:r>
    </w:p>
    <w:p w14:paraId="2E60B49C" w14:textId="77777777" w:rsidR="00282790" w:rsidRDefault="00000000">
      <w:r>
        <w:t xml:space="preserve">As he winked and flashed a charming smile at Jennifer, his gaze shifted to the waiting area. Amidst the rows of chairs, he spotted a young, beachy-looking guy with what he assumed were sun-kissed blonde streaks in his hair. "Kids these days," he thought to himself with a hint of amusement. </w:t>
      </w:r>
    </w:p>
    <w:p w14:paraId="4EFD9286" w14:textId="77777777" w:rsidR="00282790" w:rsidRDefault="00000000">
      <w:r>
        <w:t xml:space="preserve">"Stanmore," he called out, and the guy responded with a respectful "sir." </w:t>
      </w:r>
    </w:p>
    <w:p w14:paraId="70EAEDF3" w14:textId="77777777" w:rsidR="00282790" w:rsidRDefault="00000000">
      <w:r>
        <w:t xml:space="preserve">"Follow me," he instructed, leading the way to the superintendent's office. </w:t>
      </w:r>
    </w:p>
    <w:p w14:paraId="7FB78A38" w14:textId="77777777" w:rsidR="00282790" w:rsidRDefault="00000000">
      <w:r>
        <w:t xml:space="preserve">Inside, Mitch was on the phone, but motioned for them to take a seat. "Good," he said into the phone, "keep me updated." </w:t>
      </w:r>
    </w:p>
    <w:p w14:paraId="3F3E8BCB" w14:textId="77777777" w:rsidR="00282790" w:rsidRDefault="00000000">
      <w:r>
        <w:t xml:space="preserve">As he hung up, he turned to O'Neil and looked at Marcus. </w:t>
      </w:r>
    </w:p>
    <w:p w14:paraId="5D85B18D" w14:textId="77777777" w:rsidR="00282790" w:rsidRDefault="00000000">
      <w:r>
        <w:lastRenderedPageBreak/>
        <w:t xml:space="preserve">Marcus stood to shake the superintendent's hand. "I'm Marcus Stanmore, field agent for CSI, specializing in crime scene investigation. Graduated in the top three percent of my class." </w:t>
      </w:r>
    </w:p>
    <w:p w14:paraId="6CF96103" w14:textId="77777777" w:rsidR="00282790" w:rsidRDefault="00000000">
      <w:r>
        <w:br/>
      </w:r>
    </w:p>
    <w:p w14:paraId="360B946B" w14:textId="77777777" w:rsidR="00282790" w:rsidRDefault="00000000">
      <w:r>
        <w:t>O'Neil interjected, "I have two more agents involved, but they won't be here for another hour. Sergeant David Briggs, from the Special Operations Unit. Eight years of military experience, with a background in undercover operations." Said O'Neil handing the Superintendent the file, with a second file on top.</w:t>
      </w:r>
    </w:p>
    <w:p w14:paraId="7549AF19" w14:textId="77777777" w:rsidR="00282790" w:rsidRDefault="00000000">
      <w:r>
        <w:t>"Melissa Hartley, who currently serves as a medical examiner with the coroner's department, has also aided the FBI in serial profiling for multiple cases."</w:t>
      </w:r>
    </w:p>
    <w:p w14:paraId="26CF574E" w14:textId="77777777" w:rsidR="00282790" w:rsidRDefault="00000000">
      <w:r>
        <w:t>Deep in thought, Mitch reclined in his chair. "I've cleared out the room you requested for you and your team. Any other necessary resources for the operation send me the requests and I'll see them approved. Keep me updated, O'Neil." With that the Superintendent returned his focus to the documents scattered across his desk and O'Neil and Marcus took that as their cue to leave.</w:t>
      </w:r>
    </w:p>
    <w:p w14:paraId="7B5523AC" w14:textId="77777777" w:rsidR="00282790" w:rsidRDefault="00000000">
      <w:r>
        <w:br/>
      </w:r>
    </w:p>
    <w:p w14:paraId="0C46839C" w14:textId="77777777" w:rsidR="00282790" w:rsidRDefault="00000000">
      <w:r>
        <w:t>As O'Neil and Marcus departed, Marcus asked, "So, care to fill me in on why you broke me out of the lab and royally pissed off Conner?"</w:t>
      </w:r>
    </w:p>
    <w:p w14:paraId="0833B08C" w14:textId="77777777" w:rsidR="00282790" w:rsidRDefault="00000000">
      <w:r>
        <w:t xml:space="preserve">"I'll explain when the rest of the team arrives. I don't want to have to repeat myself," he replied, striding ahead. </w:t>
      </w:r>
    </w:p>
    <w:p w14:paraId="4208992A" w14:textId="77777777" w:rsidR="00282790" w:rsidRDefault="00000000">
      <w:r>
        <w:t>The room had been meticulously arranged by his secretary upon their arrival. Two large displays showcased the nine victims, each discovered at a different location and in chronological order of their deaths spanning over thirteen years. Behind a massive desk, pinned to a corkboard, were further details on each victim."</w:t>
      </w:r>
    </w:p>
    <w:p w14:paraId="5EE8C3D6" w14:textId="77777777" w:rsidR="00282790" w:rsidRDefault="00000000">
      <w:r>
        <w:br/>
      </w:r>
    </w:p>
    <w:p w14:paraId="22ADD1F2" w14:textId="77777777" w:rsidR="00282790" w:rsidRDefault="00000000">
      <w:r>
        <w:t>On the desk lay the separate folders arranged according to the murder sequence, containing post-mortem examinations, medical discoveries like saliva, sexual assault evidence, stomach fluids, statements from acquaintances and relatives of the victim or residents in the vicinity, and photographs of the crime scene. Against the rear wall stood eight stacks of file boxes, some towering up to seven levels while others were less elevated.</w:t>
      </w:r>
    </w:p>
    <w:p w14:paraId="015BE54B" w14:textId="77777777" w:rsidR="00282790" w:rsidRDefault="00000000">
      <w:r>
        <w:br/>
      </w:r>
    </w:p>
    <w:p w14:paraId="3D782073" w14:textId="77777777" w:rsidR="00282790" w:rsidRDefault="00000000">
      <w:r>
        <w:lastRenderedPageBreak/>
        <w:t>Marcus stood before the billboards, gazing upon the horrifying images of women whose bodies were brutally mutilated and discarded without a second thought. Limbs twisted and bloodied, they were like discarded scraps, their lives extinguished. Each photo bore a red sticker on its upper right corner, except for one. He couldn't help but wonder about the Miles case, the only one marked as "missing." As he looked at the names, ages, and locations of the victims - Suzan Pike, Kirsten Smith, Diane Conners, Elizabeth Moon, Brenda Marsh, Margaret Booth, Debbie Hastings, and Sarah Moore - he couldn't shake off the feeling of dread and sadness that enveloped him. These women, once vibrant and full of life, were now mere statistics in a list of senseless crimes.</w:t>
      </w:r>
    </w:p>
    <w:p w14:paraId="4481AA14" w14:textId="77777777" w:rsidR="00282790" w:rsidRDefault="00000000">
      <w:r>
        <w:br/>
      </w:r>
    </w:p>
    <w:p w14:paraId="3D669F73" w14:textId="77777777" w:rsidR="00282790" w:rsidRDefault="00000000">
      <w:r>
        <w:t>When two figures entered the room. "Briggs, reporting as requested?" Standing at an impressive 6ft 2 inches, Briggs had a sturdy frame with broad shoulders and solid arms, and legs resembling tree trunks. Dressed in a crease-free army uniform, he sported shiny black boots and a standard issue crew cut. One could easily tell that he was lean and could run for three kilometers while carrying a thirty kilogram pack without needing a break. His chiseled face had piercing blue eyes, and on his right side, he carried a standard issue fifteen glock, while on his left, there was a formidable-looking knife that seemed more than just for show. As he stood beside Briggs, O'Neil noticed Hartley, wearing sneakers and a navy blue skirt and jacket, with shoulder-length blonde hair. He couldn't help but be struck by the resemblance she bore to his own wife. With a simple "Hartley" as her introduction.</w:t>
      </w:r>
    </w:p>
    <w:p w14:paraId="24FFE4FB" w14:textId="77777777" w:rsidR="00282790" w:rsidRDefault="00000000">
      <w:r>
        <w:t>"Please take a seat," he said, indicating towards the chairs. "I trust you will have time to acquaint yourselves with each other later, so I'll begin."</w:t>
      </w:r>
    </w:p>
    <w:p w14:paraId="080041BC" w14:textId="77777777" w:rsidR="00282790" w:rsidRDefault="00000000">
      <w:r>
        <w:t xml:space="preserve">"This information has not been made public yet, but that does not mean it won't come to light. We are dealing with a serial killer." </w:t>
      </w:r>
    </w:p>
    <w:p w14:paraId="0CE686E4" w14:textId="77777777" w:rsidR="00282790" w:rsidRDefault="00000000">
      <w:r>
        <w:t xml:space="preserve">"Unbelievable," Marcus exclaimed. "You're kidding, right? I mean, that's just insane." </w:t>
      </w:r>
    </w:p>
    <w:p w14:paraId="02D19826" w14:textId="77777777" w:rsidR="00282790" w:rsidRDefault="00000000">
      <w:r>
        <w:t xml:space="preserve">"Are you finished?" </w:t>
      </w:r>
    </w:p>
    <w:p w14:paraId="3DC68993" w14:textId="77777777" w:rsidR="00282790" w:rsidRDefault="00000000">
      <w:r>
        <w:t>"Yeah, sorry." said Marcus quietly.</w:t>
      </w:r>
    </w:p>
    <w:p w14:paraId="0498A6D9" w14:textId="77777777" w:rsidR="00282790" w:rsidRDefault="00000000">
      <w:r>
        <w:t xml:space="preserve">"As I was saying, we have a serial killer. In this room, we have all the cases that we believe to be the work of the killer we named Jack." Hartley raised her eyebrows in question. </w:t>
      </w:r>
    </w:p>
    <w:p w14:paraId="6F458029" w14:textId="77777777" w:rsidR="00282790" w:rsidRDefault="00000000">
      <w:r>
        <w:t>O'Neil responded, "This killer's methods are reminiscent of Jack the Ripper's. By that, I mean Jack the Ripper who is known to have murdered five prostitutes, but it is suspected that there were more victims. In this case, six are known prostitutes, two were single women, and a ninth victim has yet to be located." O'Neil pointed to the board with pictures. "Emma Miles. She's has been missing for four days. Left for work and never returned home. However, based on the striking resemblance she shares with the other victims, we can assume she is no longer alive."</w:t>
      </w:r>
    </w:p>
    <w:p w14:paraId="5852A0FA" w14:textId="77777777" w:rsidR="00282790" w:rsidRDefault="00000000">
      <w:r>
        <w:lastRenderedPageBreak/>
        <w:br/>
      </w:r>
    </w:p>
    <w:p w14:paraId="74F668DD" w14:textId="77777777" w:rsidR="00282790" w:rsidRDefault="00000000">
      <w:r>
        <w:t>The autopsies revealed that the perpetrator possess a certain level of knowledge about female anatomy to perform such acts. Similar to Jack the Ripper, each victim was discovered with a missing body part, specifically their reproductive organs. It is possible that, like the Ripper, the killer may have kept these organs as a twisted form of trophy. Hartley raised her hand to speak and O'Neil acknowledged her. "I don't believe it was for the purpose of a trophy," Hartley interjected. "Please continue," O'Neil urged her. "The female reproductive system serves a simple yet vital function - to create life. This individual, however, clearly does not want that to occur. By keeping these organs, it's as if they are asserting their power and control over the victims, ensuring that they can never bear children. This displays an extremely morbid mindset, but to the perpetrator, it makes perfect sense. The fact that they have been able to evade capture for this long suggests a high IQ and of a meticulous nature."</w:t>
      </w:r>
    </w:p>
    <w:p w14:paraId="2C21E285" w14:textId="77777777" w:rsidR="00282790" w:rsidRDefault="00000000">
      <w:r>
        <w:br/>
      </w:r>
    </w:p>
    <w:p w14:paraId="2AFBC216" w14:textId="77777777" w:rsidR="00282790" w:rsidRDefault="00000000">
      <w:r>
        <w:t xml:space="preserve">"The similarities commonalities among all the victims clearly indicate that the killer is familiar with them. It's possible that the killer knows a woman who resembles these victims, perhaps an ex-girlfriend. Maybe she became pregnant, had an abortion, and the killer now feels wronged. As a result, he may believe that if he can't have a child, no one else should either," Hartley speculated. </w:t>
      </w:r>
    </w:p>
    <w:p w14:paraId="1751A18F" w14:textId="77777777" w:rsidR="00282790" w:rsidRDefault="00000000">
      <w:r>
        <w:br/>
      </w:r>
    </w:p>
    <w:p w14:paraId="31AF9D14" w14:textId="77777777" w:rsidR="00282790" w:rsidRDefault="00000000">
      <w:r>
        <w:t xml:space="preserve">"This is something we've also considered, but it's refreshing to see that you're already forming your own theories. I don't want to influence anyone's thought process. What we need is innovative thinking. We must get inside the mind of this individual to understand his next move," added Marcus O'Neil. </w:t>
      </w:r>
    </w:p>
    <w:p w14:paraId="3929CF99" w14:textId="77777777" w:rsidR="00282790" w:rsidRDefault="00000000">
      <w:r>
        <w:br/>
      </w:r>
    </w:p>
    <w:p w14:paraId="140DF76D" w14:textId="77777777" w:rsidR="00282790" w:rsidRDefault="00000000">
      <w:r>
        <w:t xml:space="preserve">Hartley announced, "My expertise lies in the realm of forensic investigation, criminal profiling, and my major was in medical autopsies. To create an accurate profile, I will require all information on each victim." </w:t>
      </w:r>
    </w:p>
    <w:p w14:paraId="76D9D814" w14:textId="77777777" w:rsidR="00282790" w:rsidRDefault="00000000">
      <w:r>
        <w:t xml:space="preserve">"I have everything you need, neatly organized against the back wall in the order and sequence of the killings," O'Neil replied. </w:t>
      </w:r>
    </w:p>
    <w:p w14:paraId="1E435C0C" w14:textId="77777777" w:rsidR="00282790" w:rsidRDefault="00000000">
      <w:r>
        <w:t xml:space="preserve">"Briggs," O'Neil said to Briggs who was standing at attention. "Sergeant Briggs specializes in reconnaissance, black operations, and military combat." </w:t>
      </w:r>
    </w:p>
    <w:p w14:paraId="192EF7AD" w14:textId="77777777" w:rsidR="00282790" w:rsidRDefault="00000000">
      <w:r>
        <w:t>"Hartley, I need a detailed profile. Stanmore, I want you and Briggs to handle the field equipment."</w:t>
      </w:r>
    </w:p>
    <w:p w14:paraId="39E06DFB" w14:textId="77777777" w:rsidR="00282790" w:rsidRDefault="00000000">
      <w:r>
        <w:lastRenderedPageBreak/>
        <w:br/>
      </w:r>
    </w:p>
    <w:p w14:paraId="71E8109F" w14:textId="77777777" w:rsidR="00282790" w:rsidRDefault="00000000">
      <w:r>
        <w:t>"Stanmore, I want you to thoroughly investigate each location where the victims' bodies were found. Despite the possibility of outdated evidence, I want all of you to familiarize yourselves with the surroundings of each crime scene."</w:t>
      </w:r>
    </w:p>
    <w:p w14:paraId="6ED286D0" w14:textId="77777777" w:rsidR="00282790" w:rsidRDefault="00000000">
      <w:r>
        <w:t xml:space="preserve">"Briggs, your strength and expertise will be crucial in devising our plan of action for any unknown situation we may find ourselves in such as searching homes, risk assessment on any situation the could lead to a potential negative engagement. Any inquiries?" He inquired. </w:t>
      </w:r>
    </w:p>
    <w:p w14:paraId="1D8ADEDD" w14:textId="77777777" w:rsidR="00282790" w:rsidRDefault="00000000">
      <w:r>
        <w:t xml:space="preserve">"Just one question, boss. What about number nine on the board?" Marcus asked. </w:t>
      </w:r>
    </w:p>
    <w:p w14:paraId="73947D27" w14:textId="77777777" w:rsidR="00282790" w:rsidRDefault="00000000">
      <w:r>
        <w:t xml:space="preserve">Hartley approached the board, revealing a photo of a young woman with long blonde hair, donning tight jeans and a tank top, with a coy expression on her face. </w:t>
      </w:r>
    </w:p>
    <w:p w14:paraId="22923C34" w14:textId="77777777" w:rsidR="00282790" w:rsidRDefault="00000000">
      <w:r>
        <w:br/>
      </w:r>
    </w:p>
    <w:p w14:paraId="5F1C5441" w14:textId="77777777" w:rsidR="00282790" w:rsidRDefault="00000000">
      <w:r>
        <w:t xml:space="preserve">"Emma Miles, 28 years old. She resided with a roommate in Portland for two years and worked at The Red Barn, located two miles outside of town. She was last seen four days ago, leaving work at 11:45pm but never made it home. Stanmore, I need you to thoroughly search her impounded car." </w:t>
      </w:r>
    </w:p>
    <w:p w14:paraId="5CD938BF" w14:textId="77777777" w:rsidR="00282790" w:rsidRDefault="00000000">
      <w:r>
        <w:t>"Consider it done," Marcus replied confidently.</w:t>
      </w:r>
    </w:p>
    <w:p w14:paraId="1462F040" w14:textId="77777777" w:rsidR="00282790" w:rsidRDefault="00000000">
      <w:r>
        <w:br/>
      </w:r>
    </w:p>
    <w:p w14:paraId="32A77A34" w14:textId="77777777" w:rsidR="00282790" w:rsidRDefault="00000000">
      <w:r>
        <w:t>O'Neil pressed on, declaring, "Despite our efforts, the body has yet to surface. However, from her photo, it's evident that she fits the same profile as the other eight victims. We have two options: one, if she's still alive, we should consider ongoing surveillance or two, she's deceased. If we hope to catch this killer..."</w:t>
      </w:r>
    </w:p>
    <w:p w14:paraId="5E07E425" w14:textId="77777777" w:rsidR="00282790" w:rsidRDefault="00000000">
      <w:r>
        <w:t>O'Neil was interrupted by the sudden entrance of Jennifer, the superintendent's secretary.</w:t>
      </w:r>
    </w:p>
    <w:p w14:paraId="6FC855AD" w14:textId="77777777" w:rsidR="00282790" w:rsidRDefault="00000000">
      <w:r>
        <w:br/>
      </w:r>
    </w:p>
    <w:p w14:paraId="738BBFD0" w14:textId="77777777" w:rsidR="00282790" w:rsidRDefault="00000000">
      <w:r>
        <w:t xml:space="preserve">She passed him a small piece of paper and exited the room. </w:t>
      </w:r>
    </w:p>
    <w:p w14:paraId="534A730A" w14:textId="77777777" w:rsidR="00282790" w:rsidRDefault="00000000">
      <w:r>
        <w:t xml:space="preserve">O’Neil perused the note and turned to his team. </w:t>
      </w:r>
    </w:p>
    <w:p w14:paraId="6A2C36CC" w14:textId="77777777" w:rsidR="00282790" w:rsidRDefault="00000000">
      <w:r>
        <w:t xml:space="preserve">"It seems we have an answer," he announced. </w:t>
      </w:r>
    </w:p>
    <w:p w14:paraId="3D3F2D17" w14:textId="77777777" w:rsidR="00282790" w:rsidRDefault="00000000">
      <w:r>
        <w:t xml:space="preserve">"Emma's remains were discovered by travelers at a tourist campsite, just off Highway 86, approximately seventeen kilometers north of Portland." </w:t>
      </w:r>
    </w:p>
    <w:p w14:paraId="3BB1A44C" w14:textId="77777777" w:rsidR="00282790" w:rsidRDefault="00000000">
      <w:r>
        <w:lastRenderedPageBreak/>
        <w:t>He handed the slip of paper to Briggs. "Gather the necessary field equipment and a vehicle from out back. I'll radio ahead to ensure that nobody gets within a 30-foot radius of the body. The three of them departed without uttering a word, focused on the task at hand.</w:t>
      </w:r>
    </w:p>
    <w:p w14:paraId="28F8C264" w14:textId="77777777" w:rsidR="00282790" w:rsidRDefault="00000000">
      <w:r>
        <w:br/>
      </w:r>
    </w:p>
    <w:p w14:paraId="6A463471" w14:textId="77777777" w:rsidR="00282790" w:rsidRDefault="00000000">
      <w:r>
        <w:t>Biggs climbed into the driver's seat of the van. The van was stocked with a plethora of cameras, field kits, and medical supplies for meticulously collecting and labeling every speck of dirt. Behind a secured steel grill were 2 semi-automatic handguns, two MP 9's, and one DM-10 Semi-auto DMR. An ideal marksman weapon for mid to long range engagements. Briggs pulled out from the police station heading to the crime scene.</w:t>
      </w:r>
    </w:p>
    <w:p w14:paraId="2256C325" w14:textId="77777777" w:rsidR="00282790" w:rsidRDefault="00000000">
      <w:r>
        <w:br/>
      </w:r>
    </w:p>
    <w:p w14:paraId="75893216" w14:textId="77777777" w:rsidR="00282790" w:rsidRDefault="00000000">
      <w:r>
        <w:t>Hartley sat across from him, while Stanmore occupied the back. Hartley could hear the sound of Stanmore tinkering with the equipment.</w:t>
      </w:r>
    </w:p>
    <w:p w14:paraId="2B53796B" w14:textId="77777777" w:rsidR="00282790" w:rsidRDefault="00000000">
      <w:r>
        <w:t>"Shouldn't we take the opportunity to get acquainted since we'll be collaborating?" Hartley inquired, while Briggs remained focused on driving. "I'm game," Marcus chimed in, still absorbed in his photography gear.</w:t>
      </w:r>
    </w:p>
    <w:p w14:paraId="3C65C86D" w14:textId="77777777" w:rsidR="00282790" w:rsidRDefault="00000000">
      <w:r>
        <w:br/>
      </w:r>
    </w:p>
    <w:p w14:paraId="27C6CD2C" w14:textId="77777777" w:rsidR="00282790" w:rsidRDefault="00000000">
      <w:r>
        <w:t xml:space="preserve">Hartley pivoted to face Marcus, who was seated in a chair surrounded by an array of sophisticated gadgets. "So, what exactly are you up to?" she inquired, gesturing towards the scattered equipment and the sleek black briefcase at his feet. </w:t>
      </w:r>
    </w:p>
    <w:p w14:paraId="10B9E715" w14:textId="77777777" w:rsidR="00282790" w:rsidRDefault="00000000">
      <w:r>
        <w:br/>
      </w:r>
    </w:p>
    <w:p w14:paraId="46E2B8CA" w14:textId="77777777" w:rsidR="00282790" w:rsidRDefault="00000000">
      <w:r>
        <w:t>"Well," Marcus began, "this trusty briefcase is my all-in-one toolkit. It contains all the essential tools of a crime scene investigator - fingerprinting supplies like brushes, powders, and lift cards, as well as casting materials, cameras, and tripods. I also have specialized items such as evidence bags, blood collection kits, and a deceased print set. And of course, we can't forget the various tools, biohazard kits, latex gloves, footwear protectors, facial masks, and aprons - all crucial for maintaining a sterile environment in what I like to call the 'hot zone'."</w:t>
      </w:r>
    </w:p>
    <w:p w14:paraId="02D80503" w14:textId="77777777" w:rsidR="00282790" w:rsidRDefault="00000000">
      <w:r>
        <w:br/>
      </w:r>
    </w:p>
    <w:p w14:paraId="3444FF95" w14:textId="77777777" w:rsidR="00282790" w:rsidRDefault="00000000">
      <w:r>
        <w:t>"Say cheese," Marcus quipped, pointing the camera at Hartley who shielded her face with a raised hand. "Impressive" she complimented.</w:t>
      </w:r>
    </w:p>
    <w:p w14:paraId="560DD983" w14:textId="77777777" w:rsidR="00282790" w:rsidRDefault="00000000">
      <w:r>
        <w:lastRenderedPageBreak/>
        <w:t>“You” enquired Marcus.</w:t>
      </w:r>
    </w:p>
    <w:p w14:paraId="6C5E5406" w14:textId="77777777" w:rsidR="00282790" w:rsidRDefault="00000000">
      <w:r>
        <w:t xml:space="preserve">"I dissect the body once you complete tagging and collecting the samples. My time in the academy was dedicated to studying serial profiling. My father is a plastic surgeon, and I initially aspired to follow in his footsteps, but my interest shifted towards crime and the deceased. My curiosity was fueled by the desire to understand the how and why behind catching a killer. It feels like I am bringing justice to both the victim and the victim's loved ones. </w:t>
      </w:r>
    </w:p>
    <w:p w14:paraId="79CA576C" w14:textId="77777777" w:rsidR="00282790" w:rsidRDefault="00000000">
      <w:r>
        <w:br/>
      </w:r>
    </w:p>
    <w:p w14:paraId="6288C424" w14:textId="77777777" w:rsidR="00282790" w:rsidRDefault="00000000">
      <w:r>
        <w:t>"Marcus inquired, "What about the tree trunk next to you?" To this, Briggs responded, "This tree trunk will serve as a barrier between you and the serial killer, if we ever catch him. So, while you two are busy taking pictures and dismembering the corpse, I'll be responsible for disposing of this one." Briggs then turned his focus back to the road. "You're going to give me nightmares if you don't lighten up," Marcus remarked, feeling unsettled by Briggs' intensity.</w:t>
      </w:r>
    </w:p>
    <w:p w14:paraId="33D9874C" w14:textId="77777777" w:rsidR="00282790" w:rsidRDefault="00000000">
      <w:r>
        <w:br/>
      </w:r>
    </w:p>
    <w:p w14:paraId="3B284FDE" w14:textId="77777777" w:rsidR="00282790" w:rsidRDefault="00000000">
      <w:r>
        <w:t>After twenty minutes, Hartley spotted a camping sign in the distance. She pointed it out to Briggs so he wouldn't overlook it. They turned left and drove onto a dirt road. The campground was situated just ten meters away from the main highway, but the dense trees and bushes provided enough cover to shield anyone from view by passing drivers.</w:t>
      </w:r>
    </w:p>
    <w:p w14:paraId="148CC8A6" w14:textId="77777777" w:rsidR="00282790" w:rsidRDefault="00000000">
      <w:r>
        <w:br/>
      </w:r>
    </w:p>
    <w:p w14:paraId="77FA4957" w14:textId="77777777" w:rsidR="00282790" w:rsidRDefault="00000000">
      <w:r>
        <w:t>Prior to entering the main parking area, the route was obstructed by the usual yellow caution tape, signaling police activity. one squad car and two law enforcement officers were present, along with a rented motorhome positioned inside the designated perimeter outlined by the authorities. The vehicle was parked near one of two fire pits, each accompanied by a small container of firewood. Dense shrubbery lay a few meters behind the scene. To the right, about five meters away in a ditch, a grey blanket concealed what Hartley could only assume to be a lifeless body.</w:t>
      </w:r>
    </w:p>
    <w:p w14:paraId="57DC81EB" w14:textId="77777777" w:rsidR="00282790" w:rsidRDefault="00000000">
      <w:r>
        <w:br/>
      </w:r>
    </w:p>
    <w:p w14:paraId="41710331" w14:textId="77777777" w:rsidR="00282790" w:rsidRDefault="00000000">
      <w:r>
        <w:t xml:space="preserve">As the vehicle came to a stop, she noticed a couple in their midlife embracing each other, their faces pale as they stood near a police car. Hartley assumed they were the ones who had made the discovery. What a remarkable find to stumble upon during their journey. </w:t>
      </w:r>
    </w:p>
    <w:p w14:paraId="27943B14" w14:textId="77777777" w:rsidR="00282790" w:rsidRDefault="00000000">
      <w:r>
        <w:br/>
      </w:r>
    </w:p>
    <w:p w14:paraId="7CAB44A8" w14:textId="77777777" w:rsidR="00282790" w:rsidRDefault="00000000">
      <w:r>
        <w:lastRenderedPageBreak/>
        <w:t>Marcus quickly leapt out of the van, equipped with latex gloves on his hands, shoe covers, and a white overall suit. He also had on protective plastic glasses that shielded his eyes. Around his neck hung his trusty black bag and camera, and he carried additional lenses and attachments in a bag slung over his shoulder. Hartley exited the van and closed the door.</w:t>
      </w:r>
    </w:p>
    <w:p w14:paraId="5175CB6E" w14:textId="77777777" w:rsidR="00282790" w:rsidRDefault="00000000">
      <w:r>
        <w:br/>
      </w:r>
    </w:p>
    <w:p w14:paraId="2F0A121B" w14:textId="77777777" w:rsidR="00282790" w:rsidRDefault="00000000">
      <w:r>
        <w:t>Marcus strode towards Hartley and Briggs, a determined look in his eyes. "I'll be taking the lead on this one, guys," he declared.</w:t>
      </w:r>
    </w:p>
    <w:p w14:paraId="306552CD" w14:textId="77777777" w:rsidR="00282790" w:rsidRDefault="00000000">
      <w:r>
        <w:t>"No one crosses the yellow marker until I give the all clear."</w:t>
      </w:r>
    </w:p>
    <w:p w14:paraId="3A2656C5" w14:textId="77777777" w:rsidR="00282790" w:rsidRDefault="00000000">
      <w:r>
        <w:t>Marcus turned to Briggs, a hint of a smile on his face. "Sorry, mate, but your size might be a bit of an issue. Best to stay put and keep those happy thoughts going. The field overalls don't exactly come in commando size." Briggs edged closer to Marcus, who quickly reassured him with a grin. "Just trying to make friendly conversation, that's all."</w:t>
      </w:r>
    </w:p>
    <w:p w14:paraId="6BDB844D" w14:textId="77777777" w:rsidR="00282790" w:rsidRDefault="00000000">
      <w:r>
        <w:br/>
      </w:r>
    </w:p>
    <w:p w14:paraId="5F6F7BC7" w14:textId="77777777" w:rsidR="00282790" w:rsidRDefault="00000000">
      <w:r>
        <w:t xml:space="preserve">As he surveyed the car park, Marcus couldn't help but notice the blanket. "Damn it," he muttered under his breath. </w:t>
      </w:r>
    </w:p>
    <w:p w14:paraId="52EC5A3B" w14:textId="77777777" w:rsidR="00282790" w:rsidRDefault="00000000">
      <w:r>
        <w:t xml:space="preserve">Hartley, standing nearby, asked, "What's wrong?" </w:t>
      </w:r>
    </w:p>
    <w:p w14:paraId="504E7A93" w14:textId="77777777" w:rsidR="00282790" w:rsidRDefault="00000000">
      <w:r>
        <w:t>Marcus gestured towards the body and replied, "Well, my fellow team member, it appears that the integrity of this crime scene has been compromised. The blanket is most likely from one of the police officers, unless the killer had the foresight to keep the victim warm in death. This means that crucial clues, fibers, evidence, and the killer's prints may have been disturbed or lost."</w:t>
      </w:r>
    </w:p>
    <w:p w14:paraId="6DC13DE1" w14:textId="77777777" w:rsidR="00282790" w:rsidRDefault="00000000">
      <w:r>
        <w:t>With a determined stride, Marcus made his way towards the other officers gathered around the travelers.</w:t>
      </w:r>
    </w:p>
    <w:p w14:paraId="296FD0D5" w14:textId="77777777" w:rsidR="00282790" w:rsidRDefault="00000000">
      <w:r>
        <w:br/>
      </w:r>
    </w:p>
    <w:p w14:paraId="41AB4B07" w14:textId="77777777" w:rsidR="00282790" w:rsidRDefault="00000000">
      <w:r>
        <w:t xml:space="preserve">"Hello, my name is Marcus. I will be examining the crime scene and need to know who is responsible for placing the blanket over the body, potentially destroying evidence," he said with frustration. </w:t>
      </w:r>
    </w:p>
    <w:p w14:paraId="636A289A" w14:textId="77777777" w:rsidR="00282790" w:rsidRDefault="00000000">
      <w:r>
        <w:t xml:space="preserve">The officer, carefully handing the male traveler his sixth cup of coffee, replied, "That would be me, Sergeant Pierce." </w:t>
      </w:r>
    </w:p>
    <w:p w14:paraId="7AA48CB6" w14:textId="77777777" w:rsidR="00282790" w:rsidRDefault="00000000">
      <w:r>
        <w:t xml:space="preserve">He extended his hand to Marcus, but the investigator hesitated, not wanting to risk contamination. </w:t>
      </w:r>
    </w:p>
    <w:p w14:paraId="15B70A1F" w14:textId="77777777" w:rsidR="00282790" w:rsidRDefault="00000000">
      <w:r>
        <w:lastRenderedPageBreak/>
        <w:br/>
      </w:r>
    </w:p>
    <w:p w14:paraId="2A0BFF3C" w14:textId="77777777" w:rsidR="00282790" w:rsidRDefault="00000000">
      <w:r>
        <w:t xml:space="preserve">"Firstly, touching me would contaminate me. Secondly, by walking over and covering the body with the blanket, you have contaminated the crime scene," Marcus stated firmly. </w:t>
      </w:r>
    </w:p>
    <w:p w14:paraId="294B6E93" w14:textId="77777777" w:rsidR="00282790" w:rsidRDefault="00000000">
      <w:r>
        <w:br/>
      </w:r>
    </w:p>
    <w:p w14:paraId="4DDDC5B5" w14:textId="77777777" w:rsidR="00282790" w:rsidRDefault="00000000">
      <w:r>
        <w:t>David, growing angry at the younger investigator's tone, defended himself, "It seemed like the right thing to do, rather than having these people constantly confronted by the dead girl."</w:t>
      </w:r>
    </w:p>
    <w:p w14:paraId="4FF69575" w14:textId="77777777" w:rsidR="00282790" w:rsidRDefault="00000000">
      <w:r>
        <w:br/>
      </w:r>
    </w:p>
    <w:p w14:paraId="41D08823" w14:textId="77777777" w:rsidR="00282790" w:rsidRDefault="00000000">
      <w:r>
        <w:t xml:space="preserve">Marcus moved closer to David, his gaze piercing and intense. </w:t>
      </w:r>
    </w:p>
    <w:p w14:paraId="7803905C" w14:textId="77777777" w:rsidR="00282790" w:rsidRDefault="00000000">
      <w:r>
        <w:t xml:space="preserve">"I've witnessed killers being set free due to contaminated crime scenes, leaving devastated families in their wake. If you truly wish for this killer to walk free, perhaps you should return to the girl and offer her a hot water bottle instead. And as for the travelers, they should be taken elsewhere," he spoke slowly, his eyes scanning each of them before raising his voice. </w:t>
      </w:r>
    </w:p>
    <w:p w14:paraId="3BC61DF8" w14:textId="77777777" w:rsidR="00282790" w:rsidRDefault="00000000">
      <w:r>
        <w:br/>
      </w:r>
    </w:p>
    <w:p w14:paraId="3A78995F" w14:textId="77777777" w:rsidR="00282790" w:rsidRDefault="00000000">
      <w:r>
        <w:t>"I will require samples from all of you - hair, blood, saliva, boot prints, and tire prints - so that we may easily identify and track your movements, and match any potential crime samples."</w:t>
      </w:r>
    </w:p>
    <w:p w14:paraId="3FA0A907" w14:textId="77777777" w:rsidR="00282790" w:rsidRDefault="00000000">
      <w:r>
        <w:br/>
      </w:r>
    </w:p>
    <w:p w14:paraId="11815161" w14:textId="77777777" w:rsidR="00282790" w:rsidRDefault="00000000">
      <w:r>
        <w:t xml:space="preserve">While looking at each person, he inquired, "Has anyone touched or moved the body in any manner?" Both shook their heads no. </w:t>
      </w:r>
    </w:p>
    <w:p w14:paraId="291BB5EE" w14:textId="77777777" w:rsidR="00282790" w:rsidRDefault="00000000">
      <w:r>
        <w:br/>
      </w:r>
    </w:p>
    <w:p w14:paraId="271F2E13" w14:textId="77777777" w:rsidR="00282790" w:rsidRDefault="00000000">
      <w:r>
        <w:t xml:space="preserve">"Excellent. If each of you can indicate where you walked and what you touched, anything within a 5 meter radius of the body would greatly aid my investigation." </w:t>
      </w:r>
    </w:p>
    <w:p w14:paraId="723754BC" w14:textId="77777777" w:rsidR="00282790" w:rsidRDefault="00000000">
      <w:r>
        <w:t xml:space="preserve">The officers then recounted their actions upon arrival, while Marcus pulled out a notebook and miniature tape recorder. </w:t>
      </w:r>
    </w:p>
    <w:p w14:paraId="4FBA953A" w14:textId="77777777" w:rsidR="00282790" w:rsidRDefault="00000000">
      <w:r>
        <w:br/>
      </w:r>
    </w:p>
    <w:p w14:paraId="43FB9F52" w14:textId="77777777" w:rsidR="00282790" w:rsidRDefault="00000000">
      <w:r>
        <w:lastRenderedPageBreak/>
        <w:t xml:space="preserve">After finishing, he turned to speak with the couple who had discovered the body. </w:t>
      </w:r>
    </w:p>
    <w:p w14:paraId="271BF10C" w14:textId="77777777" w:rsidR="00282790" w:rsidRDefault="00000000">
      <w:r>
        <w:br/>
      </w:r>
    </w:p>
    <w:p w14:paraId="75FB0E2E" w14:textId="77777777" w:rsidR="00282790" w:rsidRDefault="00000000">
      <w:r>
        <w:t xml:space="preserve">When their conversation concluded, Marcus walked over to the yellow tape and intently surveyed the ground. He set up a tripod and placed a recordable camera on top, capturing footage of the scene. </w:t>
      </w:r>
    </w:p>
    <w:p w14:paraId="3B5BFD16" w14:textId="77777777" w:rsidR="00282790" w:rsidRDefault="00000000">
      <w:r>
        <w:t>Hartley joined him.</w:t>
      </w:r>
    </w:p>
    <w:p w14:paraId="530910EE" w14:textId="77777777" w:rsidR="00282790" w:rsidRDefault="00000000">
      <w:r>
        <w:br/>
      </w:r>
    </w:p>
    <w:p w14:paraId="1DDB4F6F" w14:textId="77777777" w:rsidR="00282790" w:rsidRDefault="00000000">
      <w:r>
        <w:t>"I want to get a full understanding of the scene." Without looking away from the eyepiece, Marcus said.</w:t>
      </w:r>
    </w:p>
    <w:p w14:paraId="0183080E" w14:textId="77777777" w:rsidR="00282790" w:rsidRDefault="00000000">
      <w:r>
        <w:br/>
      </w:r>
    </w:p>
    <w:p w14:paraId="1AD8B371" w14:textId="77777777" w:rsidR="00282790" w:rsidRDefault="00000000">
      <w:r>
        <w:t>"This will give us a comprehensive view of the park, allowing us to determine distances and the locations of each person's movements, as well as where they were when they stumbled upon the body."</w:t>
      </w:r>
    </w:p>
    <w:p w14:paraId="0668ABEE" w14:textId="77777777" w:rsidR="00282790" w:rsidRDefault="00000000">
      <w:r>
        <w:br/>
      </w:r>
    </w:p>
    <w:p w14:paraId="78987913" w14:textId="77777777" w:rsidR="00282790" w:rsidRDefault="00000000">
      <w:r>
        <w:t>Marcus continued, "The thing that is causing them the most distress is that they arrived late at night and parked to rest, without realizing that she was lying about fifteen meters away in a ditch".</w:t>
      </w:r>
    </w:p>
    <w:p w14:paraId="0C69CB86" w14:textId="77777777" w:rsidR="00282790" w:rsidRDefault="00000000">
      <w:r>
        <w:br/>
      </w:r>
    </w:p>
    <w:p w14:paraId="51B1880E" w14:textId="77777777" w:rsidR="00282790" w:rsidRDefault="00000000">
      <w:r>
        <w:t>Turning to Heartly Marcus said "It would be helpful if you could also conduct your own interviews with each individual as a backup source of information to avoid conflicting accounts."</w:t>
      </w:r>
    </w:p>
    <w:p w14:paraId="22BD59A7" w14:textId="77777777" w:rsidR="00282790" w:rsidRDefault="00000000">
      <w:r>
        <w:br/>
      </w:r>
    </w:p>
    <w:p w14:paraId="552529F8" w14:textId="77777777" w:rsidR="00282790" w:rsidRDefault="00000000">
      <w:r>
        <w:t xml:space="preserve">Marcus stood upright, leaving the camera recording, its lens focused on the lifeless body. His gaze fixated on the ground, he slowly moved past the yellow tape. After a moment, he called out to Briggs, who had joined Hartley by his side, "Tree trunk, grab the casting equipment from the van. We need to make molds of these tire tracks." </w:t>
      </w:r>
    </w:p>
    <w:p w14:paraId="0DC7E1D1" w14:textId="77777777" w:rsidR="00282790" w:rsidRDefault="00000000">
      <w:r>
        <w:br/>
      </w:r>
    </w:p>
    <w:p w14:paraId="482ED6C8" w14:textId="77777777" w:rsidR="00282790" w:rsidRDefault="00000000">
      <w:r>
        <w:lastRenderedPageBreak/>
        <w:t xml:space="preserve">Marcus then turned to Hartley, who had walked back and stood next to him. </w:t>
      </w:r>
    </w:p>
    <w:p w14:paraId="47F297EA" w14:textId="77777777" w:rsidR="00282790" w:rsidRDefault="00000000">
      <w:r>
        <w:t>With a slight grin, he remarked, "Maybe I'll take-out two douchebags this month." Hartley smirked, placed her hand on his arm and replied, "Not until he's done with his work." She then made her way to the police and the travelers.</w:t>
      </w:r>
    </w:p>
    <w:p w14:paraId="40BABD01" w14:textId="77777777" w:rsidR="00282790" w:rsidRDefault="00000000">
      <w:r>
        <w:br/>
      </w:r>
    </w:p>
    <w:p w14:paraId="56F1B6C3" w14:textId="77777777" w:rsidR="00282790" w:rsidRDefault="00000000">
      <w:r>
        <w:t xml:space="preserve">After four hours, twelve casts, seven rolls of film, and a pile of tag and bag samples, documenting every speck of dirt in the area surrounding the body, Marcus removed his protective gear and stood next to the black van. </w:t>
      </w:r>
    </w:p>
    <w:p w14:paraId="11FD4A28" w14:textId="77777777" w:rsidR="00282790" w:rsidRDefault="00000000">
      <w:r>
        <w:t xml:space="preserve">The coroner's van, also known as the "ice van," had arrived an hour earlier to collect the body. Hartley joined them, giving precise instructions on how she wanted the body transported and prepared for autopsy. </w:t>
      </w:r>
    </w:p>
    <w:p w14:paraId="3D12A8EA" w14:textId="77777777" w:rsidR="00282790" w:rsidRDefault="00000000">
      <w:r>
        <w:br/>
      </w:r>
    </w:p>
    <w:p w14:paraId="0FE6DE52" w14:textId="77777777" w:rsidR="00282790" w:rsidRDefault="00000000">
      <w:r>
        <w:t>Briggs, always watchful, appeared calm but was clearly tense. He scanned the surroundings, appearing relaxed yet anything but.</w:t>
      </w:r>
    </w:p>
    <w:p w14:paraId="26EBA3F1" w14:textId="77777777" w:rsidR="00282790" w:rsidRDefault="00000000">
      <w:r>
        <w:t>Hartley approached Marcus and declared, "I'm going in the ice van."</w:t>
      </w:r>
    </w:p>
    <w:p w14:paraId="38FD1836" w14:textId="77777777" w:rsidR="00282790" w:rsidRDefault="00000000">
      <w:r>
        <w:t xml:space="preserve">She handed Marcus her white overalls as he perched on the van, putting on his shoes. He grinned, saying, "What, you'll leave me here alone with this tree trunk?" </w:t>
      </w:r>
    </w:p>
    <w:p w14:paraId="6096AA47" w14:textId="77777777" w:rsidR="00282790" w:rsidRDefault="00000000">
      <w:r>
        <w:t>Hartley shot back, "Don't come crying to me later when your words come back to bite you." She then departed.</w:t>
      </w:r>
    </w:p>
    <w:p w14:paraId="0F0F5DC2" w14:textId="77777777" w:rsidR="00282790" w:rsidRDefault="00000000">
      <w:r>
        <w:br/>
      </w:r>
    </w:p>
    <w:p w14:paraId="5B8C8788" w14:textId="77777777" w:rsidR="00282790" w:rsidRDefault="00000000">
      <w:r>
        <w:t xml:space="preserve">Briggs strode over to join Marcus. </w:t>
      </w:r>
    </w:p>
    <w:p w14:paraId="3938651E" w14:textId="77777777" w:rsidR="00282790" w:rsidRDefault="00000000">
      <w:r>
        <w:t>"That's it, commando," he declared. "I have to collect Emma's car at the impound lot. We'll need a tow truck to transport it back to Portland CSI Lab so I can start going over it. You can leave me there and go pick up the truck. I need to log these samples before starting on Emma's car."</w:t>
      </w:r>
    </w:p>
    <w:p w14:paraId="438BFB47" w14:textId="77777777" w:rsidR="00282790" w:rsidRDefault="00000000">
      <w:r>
        <w:br/>
      </w:r>
    </w:p>
    <w:p w14:paraId="6C33A24A" w14:textId="77777777" w:rsidR="00282790" w:rsidRDefault="00000000">
      <w:r>
        <w:t>As Marcus tied his last shoe, he glanced up at Briggs. "Let's get moving,"</w:t>
      </w:r>
    </w:p>
    <w:p w14:paraId="13E5E660" w14:textId="77777777" w:rsidR="00282790" w:rsidRDefault="00000000">
      <w:r>
        <w:t xml:space="preserve">Briggs made his way to the driver's side of the car. As they pulled away, Marcus spotted Constable Pierce removing the yellow tape. </w:t>
      </w:r>
    </w:p>
    <w:p w14:paraId="75C39D28" w14:textId="77777777" w:rsidR="00282790" w:rsidRDefault="00000000">
      <w:r>
        <w:lastRenderedPageBreak/>
        <w:t>Hartley found herself in the dressing room of the coroner’s office, a space she had occupied for the past three years. It was here that she had achieved her MD and become a Board-certified pathologist after an arduous five-year journey. As she stood there, her mind drifted to her father, whose disapproval she had faced when she revealed her desire to work with the deceased, rather than pursuing a career in plastic surgery.</w:t>
      </w:r>
    </w:p>
    <w:p w14:paraId="6C70EEC8" w14:textId="77777777" w:rsidR="00282790" w:rsidRDefault="00282790"/>
    <w:p w14:paraId="4385542F" w14:textId="77777777" w:rsidR="00282790" w:rsidRDefault="00000000">
      <w:r>
        <w:t>Their relationship had been strained for the past eight years, with limited communication between them. The only time they were in the same vicinity was during Christmas in Melbourne at her family's home, and even then, she could only bring herself to speak through her mother.</w:t>
      </w:r>
    </w:p>
    <w:p w14:paraId="6CFB6DB5" w14:textId="77777777" w:rsidR="00282790" w:rsidRDefault="00000000">
      <w:r>
        <w:t xml:space="preserve">She would ask, "Mother, could you pass the peas?" even though her father was sitting closest. </w:t>
      </w:r>
    </w:p>
    <w:p w14:paraId="04ACA268" w14:textId="77777777" w:rsidR="00282790" w:rsidRDefault="00000000">
      <w:r>
        <w:br/>
      </w:r>
    </w:p>
    <w:p w14:paraId="6DDF27C0" w14:textId="77777777" w:rsidR="00282790" w:rsidRDefault="00000000">
      <w:r>
        <w:t xml:space="preserve">Both of them were oblivious to the damage it was causing to their mother. At the time of her heart attack, Hartley was a recent graduate training in pathology at Portland Hospital. </w:t>
      </w:r>
    </w:p>
    <w:p w14:paraId="2504E4E4" w14:textId="77777777" w:rsidR="00282790" w:rsidRDefault="00000000">
      <w:r>
        <w:br/>
      </w:r>
    </w:p>
    <w:p w14:paraId="47CDC749" w14:textId="77777777" w:rsidR="00282790" w:rsidRDefault="00000000">
      <w:r>
        <w:t xml:space="preserve">The news was a devastating shock. Hartley raced to her mother's side as quickly as she could, but it was too late. She had passed away an hour before Hartley arrived. The funeral was held a week later. </w:t>
      </w:r>
    </w:p>
    <w:p w14:paraId="3C6307CC" w14:textId="77777777" w:rsidR="00282790" w:rsidRDefault="00000000">
      <w:r>
        <w:t xml:space="preserve">Hartley was relieved to know that her mother did not have to undergo an autopsy, as her father was a renowned plastic surgeon and there was no reason to suspect any other cause of death besides a heart attack. </w:t>
      </w:r>
    </w:p>
    <w:p w14:paraId="3E2EF381" w14:textId="77777777" w:rsidR="00282790" w:rsidRDefault="00000000">
      <w:r>
        <w:t xml:space="preserve">Hartley was grateful for this, as the thought of her mother being dissected would have been too traumatic for her. </w:t>
      </w:r>
    </w:p>
    <w:p w14:paraId="2A405FE6" w14:textId="77777777" w:rsidR="00282790" w:rsidRDefault="00000000">
      <w:r>
        <w:br/>
      </w:r>
    </w:p>
    <w:p w14:paraId="02ABD1B3" w14:textId="77777777" w:rsidR="00282790" w:rsidRDefault="00000000">
      <w:r>
        <w:t>When conducting an autopsy, Hartley always took the utmost care, not only out of respect for the deceased, but also for their family and loved ones.</w:t>
      </w:r>
    </w:p>
    <w:p w14:paraId="14987D06" w14:textId="77777777" w:rsidR="00282790" w:rsidRDefault="00000000">
      <w:r>
        <w:t xml:space="preserve">During the funeral, she and her father silently agreed upon a shared truth in honor of their departed mother. </w:t>
      </w:r>
    </w:p>
    <w:p w14:paraId="3900FD1D" w14:textId="77777777" w:rsidR="00282790" w:rsidRDefault="00000000">
      <w:r>
        <w:br/>
      </w:r>
    </w:p>
    <w:p w14:paraId="75FB1946" w14:textId="77777777" w:rsidR="00282790" w:rsidRDefault="00000000">
      <w:r>
        <w:lastRenderedPageBreak/>
        <w:t xml:space="preserve">When the burial came to a close, friends, relatives, and family returned to their home for a somber gathering with refreshments. Many of the individuals who claimed to be related to her, people she had never even met, offered their condolences. But most of it was a blur, overwhelming and difficult to process. </w:t>
      </w:r>
    </w:p>
    <w:p w14:paraId="3D05872B" w14:textId="77777777" w:rsidR="00282790" w:rsidRDefault="00000000">
      <w:r>
        <w:t>In the end, it became too much for her to handle, and she abruptly left without a proper goodbye to her father, catching the next flight back to Portland.</w:t>
      </w:r>
    </w:p>
    <w:p w14:paraId="181F5676" w14:textId="77777777" w:rsidR="00282790" w:rsidRDefault="00000000">
      <w:r>
        <w:t xml:space="preserve">Over the next four years, she immersed herself even more deeply in her work. She kept her distance from others and rarely engaged in social activities. </w:t>
      </w:r>
    </w:p>
    <w:p w14:paraId="0544BE8B" w14:textId="77777777" w:rsidR="00282790" w:rsidRDefault="00000000">
      <w:r>
        <w:br/>
      </w:r>
    </w:p>
    <w:p w14:paraId="394E8D86" w14:textId="77777777" w:rsidR="00282790" w:rsidRDefault="00000000">
      <w:r>
        <w:t xml:space="preserve">Her only true companion was Sarah, her beloved feline who was four years old. The day she returned home to Portland after laying her mother to rest, she passed by a pet store and caught sight of a little orange tabby cat. </w:t>
      </w:r>
    </w:p>
    <w:p w14:paraId="15981BE8" w14:textId="77777777" w:rsidR="00282790" w:rsidRDefault="00000000">
      <w:r>
        <w:br/>
      </w:r>
    </w:p>
    <w:p w14:paraId="07735F0A" w14:textId="77777777" w:rsidR="00282790" w:rsidRDefault="00000000">
      <w:r>
        <w:t>The cat gazed at her intently, then approached and gently pawed at the glass. Overcome with emotion, she almost broke down right there on the street, realizing she couldn't bear to go home and be all alone. Without hesitation, she brought Sarah home with her, and the cat became her emotional lifeline.</w:t>
      </w:r>
    </w:p>
    <w:p w14:paraId="7011A83F" w14:textId="77777777" w:rsidR="00282790" w:rsidRDefault="00000000">
      <w:r>
        <w:t>Hartley always struggled to connect with people because of her profession. Though she was not unattractive, in fact quite striking, whenever she attempted to meet a potential romantic partner or make friends, they were immediately captivated by her occupation. They would make offensive jokes, causing her to constantly come up with excuses to avoid meeting them. Eventually, she just stopped answering their calls.</w:t>
      </w:r>
    </w:p>
    <w:p w14:paraId="707059C4" w14:textId="77777777" w:rsidR="00282790" w:rsidRDefault="00000000">
      <w:r>
        <w:br/>
      </w:r>
    </w:p>
    <w:p w14:paraId="2130AF2A" w14:textId="77777777" w:rsidR="00282790" w:rsidRDefault="00000000">
      <w:r>
        <w:t xml:space="preserve">Hartley and her supervisor, Kevin Dobbs, had a strong working relationship. Despite his age, which was around seventy-one, Kevin had been a long-standing employee at Portland. Hartley appreciated his calm companionship and his vast knowledge. </w:t>
      </w:r>
    </w:p>
    <w:p w14:paraId="63BC9494" w14:textId="77777777" w:rsidR="00282790" w:rsidRDefault="00000000">
      <w:r>
        <w:br/>
      </w:r>
    </w:p>
    <w:p w14:paraId="549CE60E" w14:textId="77777777" w:rsidR="00282790" w:rsidRDefault="00000000">
      <w:r>
        <w:t xml:space="preserve">A knock interrupted their conversation, and Kevin's voice announced that the autopsy room would be ready in fifteen minutes, table two. </w:t>
      </w:r>
    </w:p>
    <w:p w14:paraId="22327D55" w14:textId="77777777" w:rsidR="00282790" w:rsidRDefault="00000000">
      <w:r>
        <w:t>Hartley thanked him and prepared for the autopsy.</w:t>
      </w:r>
    </w:p>
    <w:p w14:paraId="05FEDBFB" w14:textId="77777777" w:rsidR="00282790" w:rsidRDefault="00000000">
      <w:r>
        <w:lastRenderedPageBreak/>
        <w:br/>
      </w:r>
    </w:p>
    <w:p w14:paraId="1D49E535" w14:textId="77777777" w:rsidR="00282790" w:rsidRDefault="00000000">
      <w:r>
        <w:t xml:space="preserve">Hartley strode confidently into the Morgue and autopsy room, her gaze immediately drawn to the refrigeration unit that housed up to twenty-five bodies. The gleaming stainless steel doors reflected her image back at her, a testament to the meticulous cleanliness maintained in the morgue. </w:t>
      </w:r>
    </w:p>
    <w:p w14:paraId="36EADE7F" w14:textId="77777777" w:rsidR="00282790" w:rsidRDefault="00000000">
      <w:r>
        <w:br/>
      </w:r>
    </w:p>
    <w:p w14:paraId="6B668979" w14:textId="77777777" w:rsidR="00282790" w:rsidRDefault="00000000">
      <w:r>
        <w:t>All surfaces and tools were made of stainless steel, ensuring a sterile environment. As she approached, Hartley noticed that one of the doors was still open, revealing a tray on rails holding a body. Above, a rail system led to a set of double doors on the right. Without hesitation, Hartley made her way through the double doors, ready to begin her work.</w:t>
      </w:r>
    </w:p>
    <w:p w14:paraId="57B4D0E8" w14:textId="77777777" w:rsidR="00282790" w:rsidRDefault="00000000">
      <w:r>
        <w:br/>
      </w:r>
    </w:p>
    <w:p w14:paraId="4EBF2820" w14:textId="77777777" w:rsidR="00282790" w:rsidRDefault="00000000">
      <w:r>
        <w:t xml:space="preserve">The railing running along the ceiling led to a central point where a rotating platform was mounted. Directly ahead was a gleaming stainless steel table, labeled as table two. To her left was table one, and to her right was table three. A white sheet was draped over table one, concealing a body beneath. </w:t>
      </w:r>
    </w:p>
    <w:p w14:paraId="16733748" w14:textId="77777777" w:rsidR="00282790" w:rsidRDefault="00000000">
      <w:r>
        <w:br/>
      </w:r>
    </w:p>
    <w:p w14:paraId="5D1C8EF6" w14:textId="77777777" w:rsidR="00282790" w:rsidRDefault="00000000">
      <w:r>
        <w:t xml:space="preserve">Next to the table hung a carry bar with four dangling white straps. The straps were carefully placed under the body and fastened on the other side. Once all four were secured, the life unit attached to the rails would hoist the body off the table, allowing for easy transport to the desired location. </w:t>
      </w:r>
    </w:p>
    <w:p w14:paraId="2BA549FC" w14:textId="77777777" w:rsidR="00282790" w:rsidRDefault="00000000">
      <w:r>
        <w:br/>
      </w:r>
    </w:p>
    <w:p w14:paraId="7F14217C" w14:textId="77777777" w:rsidR="00282790" w:rsidRDefault="00000000">
      <w:r>
        <w:t xml:space="preserve">The table was also equipped with a tray that could be lifted, depending on the condition of the cadaver. All of the autopsy tables were tilted for drainage, with raised edges to prevent blood and fluids from spilling onto the floor. </w:t>
      </w:r>
    </w:p>
    <w:p w14:paraId="42558330" w14:textId="77777777" w:rsidR="00282790" w:rsidRDefault="00000000">
      <w:r>
        <w:br/>
      </w:r>
    </w:p>
    <w:p w14:paraId="6596AD10" w14:textId="77777777" w:rsidR="00282790" w:rsidRDefault="00000000">
      <w:r>
        <w:t xml:space="preserve">Various faucets and spigots were attached to the top of the table for easy cleanup of any released blood, fluids, or waste during the autopsy. Kevin had positioned the body on table two, and Hartley noticed that the chest appeared more elevated. </w:t>
      </w:r>
    </w:p>
    <w:p w14:paraId="607A3CD7" w14:textId="77777777" w:rsidR="00282790" w:rsidRDefault="00000000">
      <w:r>
        <w:lastRenderedPageBreak/>
        <w:br/>
      </w:r>
    </w:p>
    <w:p w14:paraId="4C7CF1E0" w14:textId="77777777" w:rsidR="00282790" w:rsidRDefault="00000000">
      <w:r>
        <w:t>This was due to the body block placed under the patient's back, a rubber block that caused the chest to protrude and the arms and neck to fall back, providing optimal exposure for the Y-shaped incision.</w:t>
      </w:r>
    </w:p>
    <w:p w14:paraId="7057FC2F" w14:textId="77777777" w:rsidR="00282790" w:rsidRDefault="00000000">
      <w:r>
        <w:br/>
        <w:t>The table was waist high to Hartley and beside the table was a silver tray that could be adjusted by height and position. Several stainless steel cutting knifes, electric saw and bone cutter. A clip board was on the table and Hartley saw that Kevin and commenced with the initial external examination of the body.</w:t>
      </w:r>
    </w:p>
    <w:p w14:paraId="7A7280CB" w14:textId="77777777" w:rsidR="00282790" w:rsidRDefault="00282790"/>
    <w:p w14:paraId="15C3F757" w14:textId="77777777" w:rsidR="00282790" w:rsidRDefault="00000000">
      <w:r>
        <w:br/>
      </w:r>
    </w:p>
    <w:p w14:paraId="19F4875F" w14:textId="77777777" w:rsidR="00282790" w:rsidRDefault="00000000">
      <w:r>
        <w:t xml:space="preserve">With a flick of the switch, she activated a microphone and tape recorder suspended from the ceiling by a flexible cord. </w:t>
      </w:r>
    </w:p>
    <w:p w14:paraId="54F9F4EB" w14:textId="77777777" w:rsidR="00282790" w:rsidRDefault="00000000">
      <w:r>
        <w:t>"My name is Doctor Diane Hartley. The time is 7:28pm, Wednesday, October 31st, 2002."</w:t>
      </w:r>
    </w:p>
    <w:p w14:paraId="1435B80F" w14:textId="77777777" w:rsidR="00282790" w:rsidRDefault="00000000">
      <w:r>
        <w:br/>
      </w:r>
    </w:p>
    <w:p w14:paraId="6BE2E55F" w14:textId="77777777" w:rsidR="00282790" w:rsidRDefault="00000000">
      <w:r>
        <w:t>It had been eleven months since the last murder.</w:t>
      </w:r>
    </w:p>
    <w:p w14:paraId="7A866A1D" w14:textId="77777777" w:rsidR="00282790" w:rsidRDefault="00282790"/>
    <w:p w14:paraId="11A1DD70" w14:textId="77777777" w:rsidR="00282790" w:rsidRDefault="00000000">
      <w:r>
        <w:br/>
      </w:r>
      <w:r>
        <w:br/>
      </w:r>
    </w:p>
    <w:p w14:paraId="09B8D1C1" w14:textId="77777777" w:rsidR="00282790" w:rsidRDefault="00000000">
      <w:r>
        <w:t xml:space="preserve">At the break of dawn, David stirred from his slumber. Yesterday, after a long shift, he had returned home exhausted and depleted. The sight of the lifeless body in his first week on the job had shaken him some, just like the first one 2 years ago. Beside him, Suzan was fast asleep. She had a restless night, with the constantly kicking baby and frequent trips to the bathroom. When David told her yesterday he had to work a few extra hours, Suzan immediately sensed something was amiss. </w:t>
      </w:r>
    </w:p>
    <w:p w14:paraId="12539835" w14:textId="77777777" w:rsidR="00282790" w:rsidRDefault="00000000">
      <w:r>
        <w:br/>
      </w:r>
    </w:p>
    <w:p w14:paraId="2C02DA7C" w14:textId="77777777" w:rsidR="00282790" w:rsidRDefault="00000000">
      <w:r>
        <w:t>He had brushed it off, claiming it was just paperwork for a drunk driver. But deep down, he didn't want Suzan to worry or be distressed, especially with their baby due to arrive soon.</w:t>
      </w:r>
    </w:p>
    <w:p w14:paraId="0484877D" w14:textId="77777777" w:rsidR="00282790" w:rsidRDefault="00000000">
      <w:r>
        <w:lastRenderedPageBreak/>
        <w:br/>
      </w:r>
    </w:p>
    <w:p w14:paraId="6B4E81FA" w14:textId="77777777" w:rsidR="00282790" w:rsidRDefault="00000000">
      <w:r>
        <w:t>David entered the laboratory and provided hair and saliva specimens as a comparison to any traces discovered at the scene of the crime. His colleague was present along with the couple who had discovered the body. Their vehicle had been impounded for the time being and they eventually departed without a uttering a word. David speculated that it would be the final occasion they stopped on the side of the road to rest, but instead would seek out a bustling campsite or caravan park in the future and every subsequent time.</w:t>
      </w:r>
    </w:p>
    <w:p w14:paraId="3DDD3D2C" w14:textId="77777777" w:rsidR="00282790" w:rsidRDefault="00000000">
      <w:r>
        <w:br/>
      </w:r>
    </w:p>
    <w:p w14:paraId="6B808372" w14:textId="77777777" w:rsidR="00282790" w:rsidRDefault="00000000">
      <w:r>
        <w:t xml:space="preserve">Due to the recent events, the superintendent granted him and his partner a day of absence. Suzan had a scheduled appointment with a physician at Portland hospital. As they had recently relocated, it was imperative for them to find a new doctor promptly and transfer Suzan's medical records from Doctor Freeman in Armidale, where they first crossed paths. </w:t>
      </w:r>
    </w:p>
    <w:p w14:paraId="3C3F8AAD" w14:textId="77777777" w:rsidR="00282790" w:rsidRDefault="00000000">
      <w:r>
        <w:br/>
      </w:r>
    </w:p>
    <w:p w14:paraId="6CB7D5CD" w14:textId="77777777" w:rsidR="00282790" w:rsidRDefault="00000000">
      <w:r>
        <w:t>Suzan was twenty-five and in her second year at Armidale New England University, while David, twenty-eight, applied for a position in the police force. He still had six months before heading to Goulburn for his two-year training.</w:t>
      </w:r>
    </w:p>
    <w:p w14:paraId="63921A33" w14:textId="77777777" w:rsidR="00282790" w:rsidRDefault="00000000">
      <w:r>
        <w:t xml:space="preserve">One evening, David was enjoying some drinks at the Wicklow Hotel when a group of inebriated girls stumbled in. When he spotted Suzan, smiling and laughing, time seemed to stand still for a moment. </w:t>
      </w:r>
    </w:p>
    <w:p w14:paraId="7703F2C3" w14:textId="77777777" w:rsidR="00282790" w:rsidRDefault="00000000">
      <w:r>
        <w:br/>
      </w:r>
    </w:p>
    <w:p w14:paraId="6D8513AE" w14:textId="77777777" w:rsidR="00282790" w:rsidRDefault="00000000">
      <w:r>
        <w:t>His friends noticed and started teasing him to make a move. Despite other guys approaching her, she turned down their advances. Feeling like he had to do something, David walked up behind her and tapped her on the shoulder. A</w:t>
      </w:r>
    </w:p>
    <w:p w14:paraId="2550E955" w14:textId="77777777" w:rsidR="00282790" w:rsidRDefault="00000000">
      <w:r>
        <w:t xml:space="preserve">s she turned around, he leaned down and kissed her on the lips. </w:t>
      </w:r>
    </w:p>
    <w:p w14:paraId="2C1423BE" w14:textId="77777777" w:rsidR="00282790" w:rsidRDefault="00000000">
      <w:r>
        <w:t xml:space="preserve">She was completely stunned. </w:t>
      </w:r>
    </w:p>
    <w:p w14:paraId="1BABFCE7" w14:textId="77777777" w:rsidR="00282790" w:rsidRDefault="00000000">
      <w:r>
        <w:br/>
      </w:r>
    </w:p>
    <w:p w14:paraId="3011EB55" w14:textId="77777777" w:rsidR="00282790" w:rsidRDefault="00000000">
      <w:r>
        <w:t>David braced himself for the worst - a tirade of insults, a slap in the face, and a quick exit courtesy of the bouncers. But to his surprise, she just stood there.</w:t>
      </w:r>
    </w:p>
    <w:p w14:paraId="3A7DE54F" w14:textId="77777777" w:rsidR="00282790" w:rsidRDefault="00000000">
      <w:r>
        <w:lastRenderedPageBreak/>
        <w:t xml:space="preserve">Shock and silence filled the air, with her friends equally taken aback. "I wasn't sure how else to get your attention. Please forgive the intrusion," he uttered before returning to his friends, who slapped him hard on the back, laughing hysterically about his failed attempt. </w:t>
      </w:r>
    </w:p>
    <w:p w14:paraId="0AD2E1D7" w14:textId="77777777" w:rsidR="00282790" w:rsidRDefault="00000000">
      <w:r>
        <w:br/>
      </w:r>
    </w:p>
    <w:p w14:paraId="572EBC49" w14:textId="77777777" w:rsidR="00282790" w:rsidRDefault="00000000">
      <w:r>
        <w:t xml:space="preserve">Later that evening, after indulging in his usual excessive drinking, he waited for a taxi to take him home. Struggling to maintain his balance, a car pulled up beside him and the window rolled down. </w:t>
      </w:r>
    </w:p>
    <w:p w14:paraId="36FA2BCA" w14:textId="77777777" w:rsidR="00282790" w:rsidRDefault="00000000">
      <w:r>
        <w:t xml:space="preserve">To his surprise, it was the girl he had kissed earlier. She motioned for him to come closer and then planted a kiss on his lips, only to push him away and toss a piece of paper at him. </w:t>
      </w:r>
    </w:p>
    <w:p w14:paraId="366EB41C" w14:textId="77777777" w:rsidR="00282790" w:rsidRDefault="00000000">
      <w:r>
        <w:t>Lost and bewildered, he heard her ask, "Do I have your attention now?" before the car sped off. Dave picked up the paper, revealing a phone number scribbled on it.</w:t>
      </w:r>
    </w:p>
    <w:p w14:paraId="500053D6" w14:textId="77777777" w:rsidR="00282790" w:rsidRDefault="00000000">
      <w:r>
        <w:t xml:space="preserve">In fact, tucked away in a small container of cherished keepsakes he has accumulated over the years, that very scrap of paper can be found. The rest, as they say, is history. </w:t>
      </w:r>
    </w:p>
    <w:p w14:paraId="379D2564" w14:textId="77777777" w:rsidR="00282790" w:rsidRDefault="00000000">
      <w:r>
        <w:br/>
      </w:r>
    </w:p>
    <w:p w14:paraId="22B02F58" w14:textId="77777777" w:rsidR="00282790" w:rsidRDefault="00000000">
      <w:r>
        <w:t>While David attended the two-year police training academy in Goulburn, Suzan pursued her teaching career and began working as a substitute teacher at various primary schools in Armidale. David then successfully completed his training and was assigned to positions in the New England Area, close enough to be able to visit Susan on his days off.</w:t>
      </w:r>
    </w:p>
    <w:p w14:paraId="5C14F76B" w14:textId="77777777" w:rsidR="00282790" w:rsidRDefault="00000000">
      <w:r>
        <w:br/>
      </w:r>
    </w:p>
    <w:p w14:paraId="2B64A368" w14:textId="77777777" w:rsidR="00282790" w:rsidRDefault="00000000">
      <w:r>
        <w:t xml:space="preserve">Their love blossomed and two years later, they tied the knot. At thirty-two, he was a mature man while Suzan, at twenty-nine, was a young and vibrant woman. They were eager to start a family right away. Eventually, Suzan became pregnant, which was nothing short of a miracle. </w:t>
      </w:r>
    </w:p>
    <w:p w14:paraId="4EDD96F6" w14:textId="77777777" w:rsidR="00282790" w:rsidRDefault="00000000">
      <w:r>
        <w:br/>
      </w:r>
    </w:p>
    <w:p w14:paraId="25F52E77" w14:textId="77777777" w:rsidR="00282790" w:rsidRDefault="00000000">
      <w:r>
        <w:t>He was offered a permanent position at Portland police station and he accepted it without hesitation. Suzan, on the other hand, was content with her job as a substitute teacher in Armidale and wanted to continue for as long as possible. However, they both knew that a stable income was crucial for their future, so Dave took the job and Suzan moved with him to Portland.</w:t>
      </w:r>
    </w:p>
    <w:p w14:paraId="4A044F91" w14:textId="77777777" w:rsidR="00282790" w:rsidRDefault="00000000">
      <w:r>
        <w:lastRenderedPageBreak/>
        <w:br/>
      </w:r>
      <w:r>
        <w:br/>
      </w:r>
    </w:p>
    <w:p w14:paraId="226D3A54" w14:textId="77777777" w:rsidR="00282790" w:rsidRDefault="00000000">
      <w:r>
        <w:t xml:space="preserve">O’Neil stepped into the reception area of the Coroner’s office at 8:30am. Hartley had been tirelessly working on the autopsy and processing evidence. As O’Neil waited in the reception, </w:t>
      </w:r>
    </w:p>
    <w:p w14:paraId="53637B63" w14:textId="77777777" w:rsidR="00282790" w:rsidRDefault="00000000">
      <w:r>
        <w:t xml:space="preserve">Hartley was summoned and arrived shortly after. Taking a seat in the waiting room, O’Neil remarked, “You look exhausted.” </w:t>
      </w:r>
    </w:p>
    <w:p w14:paraId="2A815AC2" w14:textId="77777777" w:rsidR="00282790" w:rsidRDefault="00000000">
      <w:r>
        <w:t xml:space="preserve">Hartley grinned and replied, “I might as well have caffeine running through my veins.” </w:t>
      </w:r>
    </w:p>
    <w:p w14:paraId="3F839D7E" w14:textId="77777777" w:rsidR="00282790" w:rsidRDefault="00000000">
      <w:r>
        <w:t xml:space="preserve">Leading O’Neil down a hallway, Hartley eventually stopped at a small office. </w:t>
      </w:r>
    </w:p>
    <w:p w14:paraId="373DBC85" w14:textId="77777777" w:rsidR="00282790" w:rsidRDefault="00000000">
      <w:r>
        <w:t>Taking a seat at her desk, she motioned for O’Neil to join her. Several manila folders were spread out on the desk, and she began to peruse the top one.</w:t>
      </w:r>
    </w:p>
    <w:p w14:paraId="56761AAC" w14:textId="77777777" w:rsidR="00282790" w:rsidRDefault="00000000">
      <w:r>
        <w:t>"The corpse appeared to be well-groomed. The time of Emma's shift ending coincided with the time of her discovery, which indicates her time of death. It has been four days since her death, and my suspicion is that she was killed soon after being taken."</w:t>
      </w:r>
    </w:p>
    <w:p w14:paraId="0BEA28F5" w14:textId="77777777" w:rsidR="00282790" w:rsidRDefault="00000000">
      <w:r>
        <w:t>Hartley continued "There were noticeable marks, bruising, around her face, particularly near her nose and mouth, suggesting significant force, or pressure covering her mouth and nose. But due to the state of decomposition, this can't be confirmed. No traces of hair, fibers, or DNA were found. It seems likely that she was conscious at the time of death, as there were extensive bruises and signs of strain on her muscles. The marks on her wrists were deep and caused by extreme force, possibly from a restraining strap or cord. This leads me to believe that she was alert during the ordeal. The bruises on various parts of her body are likely from being carried."</w:t>
      </w:r>
    </w:p>
    <w:p w14:paraId="3131E4C5" w14:textId="77777777" w:rsidR="00282790" w:rsidRDefault="00000000">
      <w:r>
        <w:br/>
      </w:r>
    </w:p>
    <w:p w14:paraId="62222205" w14:textId="77777777" w:rsidR="00282790" w:rsidRDefault="00000000">
      <w:r>
        <w:t>Hartley's gaze met O'Neil's, waiting for a response, but he remained silent.</w:t>
      </w:r>
    </w:p>
    <w:p w14:paraId="52800C75" w14:textId="77777777" w:rsidR="00282790" w:rsidRDefault="00000000">
      <w:r>
        <w:t xml:space="preserve">Continuing on, Hartley explained the different types of hysterectomies available: subtotal, total, and radical. </w:t>
      </w:r>
    </w:p>
    <w:p w14:paraId="156ABAE6" w14:textId="77777777" w:rsidR="00282790" w:rsidRDefault="00000000">
      <w:r>
        <w:t>"A subtotal hysterectomy involves removing only the upper part of the uterus, while the cervix, tubes, and ovaries are left intact. This procedure is typically performed through the abdomen. On the other hand, a radical hysterectomy is reserved for serious conditions like cancer."</w:t>
      </w:r>
    </w:p>
    <w:p w14:paraId="3A90CD97" w14:textId="77777777" w:rsidR="00282790" w:rsidRDefault="00000000">
      <w:r>
        <w:t xml:space="preserve">"This brings us to the total, or "complete," hysterectomy, which involves removing the entire uterus, including the lower part known as the cervix, as well as the ovaries and </w:t>
      </w:r>
      <w:r>
        <w:lastRenderedPageBreak/>
        <w:t>fallopian tubes. While this surgery can be done through the vagina, it is often preferred to perform an abdominal hysterectomy." Hartley ended.</w:t>
      </w:r>
    </w:p>
    <w:p w14:paraId="602BF0FF" w14:textId="77777777" w:rsidR="00282790" w:rsidRDefault="00000000">
      <w:r>
        <w:br/>
      </w:r>
    </w:p>
    <w:p w14:paraId="10C949FF" w14:textId="77777777" w:rsidR="00282790" w:rsidRDefault="00000000">
      <w:r>
        <w:t>Placing the file on the desk, Hartley leaned back wearily in her chair, rubbing her eyes. O'Neil could see the exhaustion in her face.</w:t>
      </w:r>
    </w:p>
    <w:p w14:paraId="15286992" w14:textId="77777777" w:rsidR="00282790" w:rsidRDefault="00000000">
      <w:r>
        <w:br/>
      </w:r>
    </w:p>
    <w:p w14:paraId="4A66C6C7" w14:textId="77777777" w:rsidR="00282790" w:rsidRDefault="00000000">
      <w:r>
        <w:t>"My personal opinion, the killer has medical knowledge, but there is nothing to suggest he attended medical school. The victims of his crimes were likely women who held significant roles in his life, such as a mother figure or a female authority figure, who may have subjected him to physical, emotional, psychological or sexual abuse." said Hartley.</w:t>
      </w:r>
    </w:p>
    <w:p w14:paraId="63E497BB" w14:textId="77777777" w:rsidR="00282790" w:rsidRDefault="00000000">
      <w:r>
        <w:br/>
      </w:r>
    </w:p>
    <w:p w14:paraId="539DE029" w14:textId="77777777" w:rsidR="00282790" w:rsidRDefault="00000000">
      <w:r>
        <w:t>"The act of undergoing a Hysterectomy could be interpreted as a desire to erase one's very existence. It is a spiteful and malicious way of seeking retribution by causing pain and trauma. While I am not a religious person, one could also view it as a form of religious retribution, where the person wishes to never be reborn again."</w:t>
      </w:r>
    </w:p>
    <w:p w14:paraId="6AAD6F11" w14:textId="77777777" w:rsidR="00282790" w:rsidRDefault="00000000">
      <w:r>
        <w:t xml:space="preserve">"Explain," requested O'Neil. </w:t>
      </w:r>
    </w:p>
    <w:p w14:paraId="1A8AC7C7" w14:textId="77777777" w:rsidR="00282790" w:rsidRDefault="00000000">
      <w:r>
        <w:t>"Reincarnation," Hartley replied.</w:t>
      </w:r>
    </w:p>
    <w:p w14:paraId="591EE6A6" w14:textId="77777777" w:rsidR="00282790" w:rsidRDefault="00000000">
      <w:r>
        <w:t xml:space="preserve">"I despise you for bringing me into this world and I never want to come back. These women represent the epitome of femininity, which I believe is his mother. The abuse he suffered has fueled a psychotic and sadistic desire for revenge, yet he also harbors a deep fear towards this woman." </w:t>
      </w:r>
    </w:p>
    <w:p w14:paraId="1183417A" w14:textId="77777777" w:rsidR="00282790" w:rsidRDefault="00000000">
      <w:r>
        <w:t>"There are countless women like her all across the state," Hartley added. "But that is the twisted mindset of a killer. It only affects him when he is in her presence. His world is confined, and if he cannot see her, then she doesn't exist. But when he does, he becomes fixated, waiting for the perfect moment to kill."</w:t>
      </w:r>
    </w:p>
    <w:p w14:paraId="7373B09F" w14:textId="77777777" w:rsidR="00282790" w:rsidRDefault="00000000">
      <w:r>
        <w:t xml:space="preserve">O'Neil's phone buzzed, interrupting the silence of the office. "Get some rest. Meet me back at the station at one." </w:t>
      </w:r>
    </w:p>
    <w:p w14:paraId="384BB2A8" w14:textId="77777777" w:rsidR="00282790" w:rsidRDefault="00000000">
      <w:r>
        <w:br/>
      </w:r>
    </w:p>
    <w:p w14:paraId="4B11AA47" w14:textId="77777777" w:rsidR="00282790" w:rsidRDefault="00000000">
      <w:r>
        <w:t xml:space="preserve">He rose from his desk and grabbed his phone, stepping outside to answer the call. As he walked through the glass doors, he flipped open the device. </w:t>
      </w:r>
    </w:p>
    <w:p w14:paraId="7FBE3810" w14:textId="77777777" w:rsidR="00282790" w:rsidRDefault="00000000">
      <w:r>
        <w:lastRenderedPageBreak/>
        <w:t xml:space="preserve">"O'Neil speaking." </w:t>
      </w:r>
    </w:p>
    <w:p w14:paraId="3F79A896" w14:textId="77777777" w:rsidR="00282790" w:rsidRDefault="00000000">
      <w:r>
        <w:t xml:space="preserve">"Hello, it's Marcus. We crossed paths at the police station earlier today and..." </w:t>
      </w:r>
    </w:p>
    <w:p w14:paraId="39455630" w14:textId="77777777" w:rsidR="00282790" w:rsidRDefault="00000000">
      <w:r>
        <w:t>"What do you need, Stanmore?" asked O'Neil</w:t>
      </w:r>
    </w:p>
    <w:p w14:paraId="34084528" w14:textId="77777777" w:rsidR="00282790" w:rsidRDefault="00000000">
      <w:r>
        <w:t xml:space="preserve">"Oh, right. Okay, we've been on the case all night. Still awaiting results on fiber analysis, but here's what we've gathered so far..." </w:t>
      </w:r>
    </w:p>
    <w:p w14:paraId="3C51E194" w14:textId="77777777" w:rsidR="00282790" w:rsidRDefault="00000000">
      <w:r>
        <w:t xml:space="preserve">"Where are you currently, Stanmore?" O'Neil inquired. </w:t>
      </w:r>
    </w:p>
    <w:p w14:paraId="2C47C0A3" w14:textId="77777777" w:rsidR="00282790" w:rsidRDefault="00000000">
      <w:r>
        <w:t xml:space="preserve">"At the CSI lab with Briggs sir," came the response. </w:t>
      </w:r>
    </w:p>
    <w:p w14:paraId="57B5E6D5" w14:textId="77777777" w:rsidR="00282790" w:rsidRDefault="00000000">
      <w:r>
        <w:t>"I'll be there in an hour." With that, he ended the call.</w:t>
      </w:r>
    </w:p>
    <w:p w14:paraId="78656D5D" w14:textId="77777777" w:rsidR="00282790" w:rsidRDefault="00000000">
      <w:r>
        <w:t xml:space="preserve">The lab was located on Grey Street, built five years ago. Its predecessor, now a parking lot a kilometer away. One fateful evening, a new lab assistant made a fatal mistake, mixing chemicals and causing a devastating accident. </w:t>
      </w:r>
    </w:p>
    <w:p w14:paraId="66218FE1" w14:textId="77777777" w:rsidR="00282790" w:rsidRDefault="00000000">
      <w:r>
        <w:t xml:space="preserve">The aftermath was grim, with one casualty whose remains were never fully recovered, two fatalities, and three critically injured. It could have been worse. </w:t>
      </w:r>
    </w:p>
    <w:p w14:paraId="309997C3" w14:textId="77777777" w:rsidR="00282790" w:rsidRDefault="00000000">
      <w:r>
        <w:br/>
      </w:r>
    </w:p>
    <w:p w14:paraId="0F5FD255" w14:textId="77777777" w:rsidR="00282790" w:rsidRDefault="00000000">
      <w:r>
        <w:t xml:space="preserve">O'Neil pulled up next to the CSI van that he knew the team had used the day before. He had visited this place multiple times, known as the cop whose wife had tragically passed and since then had been living recklessly. </w:t>
      </w:r>
    </w:p>
    <w:p w14:paraId="6A14CD16" w14:textId="77777777" w:rsidR="00282790" w:rsidRDefault="00000000">
      <w:r>
        <w:t xml:space="preserve">He approached the glass doors and they automatically slid open. He flashed his badge to the receptionist, who was protected by bulletproof glass. He had known her since the lab opened, but it was protocol to identify himself. Her hand moved to the left and pressed a button, signaling the door to buzz and allow him entry. </w:t>
      </w:r>
    </w:p>
    <w:p w14:paraId="3B0CA666" w14:textId="77777777" w:rsidR="00282790" w:rsidRDefault="00000000">
      <w:r>
        <w:t xml:space="preserve">O'Neil pushed the door open and began making his way down the corridor. </w:t>
      </w:r>
    </w:p>
    <w:p w14:paraId="6F5875FC" w14:textId="77777777" w:rsidR="00282790" w:rsidRDefault="00000000">
      <w:r>
        <w:br/>
      </w:r>
    </w:p>
    <w:p w14:paraId="2FB34A12" w14:textId="77777777" w:rsidR="00282790" w:rsidRDefault="00000000">
      <w:r>
        <w:t xml:space="preserve">The structure of the building was a square shape, with two paths branching off behind the entrance. A large shed was attached to the back of the building, divided into multiple areas for inspecting vehicles of various sizes. </w:t>
      </w:r>
    </w:p>
    <w:p w14:paraId="0C2D6265" w14:textId="77777777" w:rsidR="00282790" w:rsidRDefault="00000000">
      <w:r>
        <w:t xml:space="preserve">Yesterday, Crystal's car had likely been brought in to be meticulously examined by Marcus. </w:t>
      </w:r>
    </w:p>
    <w:p w14:paraId="4424659A" w14:textId="77777777" w:rsidR="00282790" w:rsidRDefault="00000000">
      <w:r>
        <w:t xml:space="preserve">As he walked down the hallway, the first few rooms on his left were equipped with microscopes and computers for analyzing DNA samples. Suddenly, a voice called out from behind a door, followed by a resounding thump. Someone was comparing bullet fragments from a suspected weapon used in a shooting. </w:t>
      </w:r>
    </w:p>
    <w:p w14:paraId="435AA587" w14:textId="77777777" w:rsidR="00282790" w:rsidRDefault="00000000">
      <w:r>
        <w:lastRenderedPageBreak/>
        <w:t xml:space="preserve">He turned right, passing by more offices, each one had glass windows allowing supervisors to monitor the activities in the room at all times. </w:t>
      </w:r>
    </w:p>
    <w:p w14:paraId="078D0B0E" w14:textId="77777777" w:rsidR="00282790" w:rsidRDefault="00000000">
      <w:r>
        <w:t>The glass was reinforced to withstand any potential explosions. This precautionary measure emphasized the high stakes and potential danger of the work being done in the building.</w:t>
      </w:r>
    </w:p>
    <w:p w14:paraId="48EDD7DA" w14:textId="77777777" w:rsidR="00282790" w:rsidRDefault="00000000">
      <w:r>
        <w:br/>
      </w:r>
    </w:p>
    <w:p w14:paraId="677E8FC6" w14:textId="77777777" w:rsidR="00282790" w:rsidRDefault="00000000">
      <w:r>
        <w:t>O'Neil noticed Briggs towering outside an office, exuding an air of freshness and not a wrinkle in his uniform. He seemed to pay no mind to anyone passing by or giving him curious glances. With a formidable man like Briggs standing at attention in his uniform outside a laboratory door, it was clear that there was something serious going on inside. Those who thought they could extract information from Briggs were quickly dissuaded with a mere glance.</w:t>
      </w:r>
    </w:p>
    <w:p w14:paraId="7D5E8700" w14:textId="77777777" w:rsidR="00282790" w:rsidRDefault="00000000">
      <w:r>
        <w:br/>
      </w:r>
    </w:p>
    <w:p w14:paraId="2E6E16AB" w14:textId="77777777" w:rsidR="00282790" w:rsidRDefault="00000000">
      <w:r>
        <w:t xml:space="preserve">As O'Neil approached, the sergeant quickly stepped out of the way and opened the door. O'Neil strode into the room, casually passing by Briggs and commanding, "Get some rest. Be in the conference room by one." </w:t>
      </w:r>
    </w:p>
    <w:p w14:paraId="506867C6" w14:textId="77777777" w:rsidR="00282790" w:rsidRDefault="00000000">
      <w:r>
        <w:t xml:space="preserve">Briggs simply replied with a respectful "Sir," closed the door, and O'Neil could hear the fading echoes of his boots. </w:t>
      </w:r>
    </w:p>
    <w:p w14:paraId="506205F9" w14:textId="77777777" w:rsidR="00282790" w:rsidRDefault="00000000">
      <w:r>
        <w:t>Marcus, his back turned to O'Neil, was intently studying a microscope on a gleaming metal table. The room was cluttered with racks of tubes containing clear, red, and blue liquids, giving it the appearance of a mad scientist's lab. A machine hummed and beeped on another stainless steel table behind Marcus, adding to the chaotic atmosphere.</w:t>
      </w:r>
    </w:p>
    <w:p w14:paraId="5B8C02A3" w14:textId="77777777" w:rsidR="00282790" w:rsidRDefault="00000000">
      <w:r>
        <w:t xml:space="preserve">As Marcus rolled his wheeled chair back and swiveled around, he spotted O’Neil entering the room. With the enthusiasm of a child in a candy store. </w:t>
      </w:r>
    </w:p>
    <w:p w14:paraId="254E179C" w14:textId="77777777" w:rsidR="00282790" w:rsidRDefault="00000000">
      <w:r>
        <w:t xml:space="preserve">Marcus exclaimed, "Sir, I didn't hear you come in! I was half expecting to hear gunshots because the terminator has been tailing me all night. Anyone who dares to come near me quickly finds a new task to occupy themselves with. It's not easy to make friends with a shadow constantly looming over me." </w:t>
      </w:r>
    </w:p>
    <w:p w14:paraId="3FEC80D5" w14:textId="77777777" w:rsidR="00282790" w:rsidRDefault="00000000">
      <w:r>
        <w:t xml:space="preserve">"He understands the need for discretion in this case. We can't risk any outside contamination of evidence or facts," O'Neil responded. </w:t>
      </w:r>
    </w:p>
    <w:p w14:paraId="6F1737F4" w14:textId="77777777" w:rsidR="00282790" w:rsidRDefault="00000000">
      <w:r>
        <w:t>"Whatever," Marcus retorted. "Personally, I think he has a soft spot for me, but I just don't know how to let him down gently. He's just too uptight for my taste," Marcus added in a joking manner, extending his hand in a limp manner.</w:t>
      </w:r>
    </w:p>
    <w:p w14:paraId="68CA7DE7" w14:textId="77777777" w:rsidR="00282790" w:rsidRDefault="00000000">
      <w:r>
        <w:lastRenderedPageBreak/>
        <w:t xml:space="preserve">O’Neil's lips curved upwards as he observed Marcus moving deftly between the machines. "What's the status?" inquired O’Neil, his interest piqued. </w:t>
      </w:r>
    </w:p>
    <w:p w14:paraId="3B4D0745" w14:textId="77777777" w:rsidR="00282790" w:rsidRDefault="00000000">
      <w:r>
        <w:t xml:space="preserve">"I received a package from Melissa containing the victim's clothing," responded Marcus. </w:t>
      </w:r>
    </w:p>
    <w:p w14:paraId="151CC1AE" w14:textId="77777777" w:rsidR="00282790" w:rsidRDefault="00000000">
      <w:r>
        <w:t>"I discovered fibers from a specific type of carpet that is primarily used in 1996 models of Ford Toyotas. These were limited edition cars and approximately five hundred thousand were produced, all featuring a unique synthetic grey carpet. The make and model was registered in our CSI database as it was used in a previous murder case in South Australia where the perpetrator attempted to clean the trunk carpet with soap and water, but traces of blood matching the victim were still found."</w:t>
      </w:r>
    </w:p>
    <w:p w14:paraId="0B3EDB00" w14:textId="77777777" w:rsidR="00282790" w:rsidRDefault="00000000">
      <w:r>
        <w:t>"I then searched through the Roads and Traffic Authority records for all towns where victims were discovered, and expanded the search radius by 50 kilometers. This was necessary as the victims were found up to a 30 kilometers apart from each other." said Marcus.</w:t>
      </w:r>
    </w:p>
    <w:p w14:paraId="0564379D" w14:textId="77777777" w:rsidR="00282790" w:rsidRDefault="00000000">
      <w:r>
        <w:t xml:space="preserve">"The database from the RTA produced a list of fifty cars with the same make and model." He opened a drawer and handed the printout to O'Neil. </w:t>
      </w:r>
    </w:p>
    <w:p w14:paraId="70B646BE" w14:textId="77777777" w:rsidR="00282790" w:rsidRDefault="00000000">
      <w:r>
        <w:t>"I'll have the local authorities investigate each one. You mentioned only finding evidence in the car's trunk?" Said O'Neil.</w:t>
      </w:r>
    </w:p>
    <w:p w14:paraId="1BC4D685" w14:textId="77777777" w:rsidR="00282790" w:rsidRDefault="00000000">
      <w:r>
        <w:t>"Yes. I contacted the manufacturer, who was understandably annoyed at being disturbed late at night. However, after explaining it was for an investigation, they were willing to cooperate. They mentioned that the interior carpet had a lighter grey color with a cross pattern that was not the same as the trunk. Melissa also sent a sample of the plastic found under the victim's nails and toenails. This plastic is commonly used for large garbage bags in wheelie bins."</w:t>
      </w:r>
    </w:p>
    <w:p w14:paraId="69666A94" w14:textId="77777777" w:rsidR="00282790" w:rsidRDefault="00000000">
      <w:r>
        <w:t xml:space="preserve">"I have a feeling that the culprit enclosed her in this and it got snagged when he pushed her out onto the ground." "It is evident that he wanted someone to discover her," remarked O'Neil. </w:t>
      </w:r>
    </w:p>
    <w:p w14:paraId="1913ADCC" w14:textId="77777777" w:rsidR="00282790" w:rsidRDefault="00000000">
      <w:r>
        <w:t xml:space="preserve">"That's what I thought too. Which leads to the question, why? If he's the one committing these crimes, you would think he would want to remain inconspicuous. You know, burying her in a shallow grave and disposing of her deep in the woods where most people wouldn't dare to explore." </w:t>
      </w:r>
    </w:p>
    <w:p w14:paraId="22FF3285" w14:textId="77777777" w:rsidR="00282790" w:rsidRDefault="00000000">
      <w:r>
        <w:t>Marcus turned, retrieved a manila folder, and opened it. "Now, about Crystal's car. It's a 1983 Ford hatchback in deplorable condition, rusted beyond repair, and essentially a death trap waiting to happen. There's nothing notable, no evidence or suggestion the killer was inside the car, only that putty used on the drivers side door lock. This was most likely planted by the killer to prevent Crystal from opening the door and getting inside is my guess." said Marcus</w:t>
      </w:r>
    </w:p>
    <w:p w14:paraId="3341CFC4" w14:textId="77777777" w:rsidR="00282790" w:rsidRDefault="00000000">
      <w:r>
        <w:lastRenderedPageBreak/>
        <w:br/>
      </w:r>
    </w:p>
    <w:p w14:paraId="7ECC558F" w14:textId="77777777" w:rsidR="00282790" w:rsidRDefault="00282790"/>
    <w:p w14:paraId="7FFB5A76" w14:textId="77777777" w:rsidR="00282790" w:rsidRDefault="00000000">
      <w:r>
        <w:t xml:space="preserve">After completing his work at the CSI lab, David rushed to downtown to meet Suzan for her scheduled prenatal appointment at 11:30 AM. They had found a female obstetrician-gynecologist, Dr. Jennifer Caine, who was of African American descent with long, woven dreadlocks as seen in her profile picture on the clinic's website. Given the challenges Suzan faced in conceiving, they searched for the top obstetrician-gynecologist, and Dr. Caine fit the bill perfectly. </w:t>
      </w:r>
    </w:p>
    <w:p w14:paraId="68CA6976" w14:textId="77777777" w:rsidR="00282790" w:rsidRDefault="00000000">
      <w:r>
        <w:t>As David entered the waiting room, he noticed Suzan engrossed in a magazine. The room was occupied by two other couples, each with a woman in a different stage of pregnancy.</w:t>
      </w:r>
    </w:p>
    <w:p w14:paraId="383CB2CD" w14:textId="77777777" w:rsidR="00282790" w:rsidRDefault="00000000">
      <w:r>
        <w:br/>
      </w:r>
    </w:p>
    <w:p w14:paraId="0BA441A3" w14:textId="77777777" w:rsidR="00282790" w:rsidRDefault="00000000">
      <w:r>
        <w:t xml:space="preserve">"Hello, my love," David said, leaning down to affectionately kiss her forehead and taking a seat beside her. </w:t>
      </w:r>
    </w:p>
    <w:p w14:paraId="3776B18E" w14:textId="77777777" w:rsidR="00282790" w:rsidRDefault="00000000">
      <w:r>
        <w:t xml:space="preserve">"Have you been waiting long?" he asked. Susan glanced up from her magazine and replied, "Dr. Caine is running about 25 minutes behind schedule. We're up next, so hopefully in about ten minutes." </w:t>
      </w:r>
    </w:p>
    <w:p w14:paraId="5F8655EC" w14:textId="77777777" w:rsidR="00282790" w:rsidRDefault="00000000">
      <w:r>
        <w:t xml:space="preserve">"How was your morning?" David inquired, genuinely interested. </w:t>
      </w:r>
    </w:p>
    <w:p w14:paraId="3F9B278F" w14:textId="77777777" w:rsidR="00282790" w:rsidRDefault="00000000">
      <w:r>
        <w:t xml:space="preserve">"Well, I indulged in a hearty breakfast, then went back to bed before taking an excessively long shower and eventually making my way here," Susan answered, her gaze still fixed on her reading material. "Are you finished with your police duties for the day?" </w:t>
      </w:r>
    </w:p>
    <w:p w14:paraId="3E497736" w14:textId="77777777" w:rsidR="00282790" w:rsidRDefault="00000000">
      <w:r>
        <w:br/>
      </w:r>
    </w:p>
    <w:p w14:paraId="236F196D" w14:textId="77777777" w:rsidR="00282790" w:rsidRDefault="00000000">
      <w:r>
        <w:t xml:space="preserve">"Yeah, I'm all yours now. And I even managed to secure tomorrow off, giving us a long weekend together to tackle the unpacking," David announced. </w:t>
      </w:r>
    </w:p>
    <w:p w14:paraId="782F3705" w14:textId="77777777" w:rsidR="00282790" w:rsidRDefault="00000000">
      <w:r>
        <w:t xml:space="preserve">"The Superintendent wasn't too pleased with me being late three days in a row, but he agreed to give me an extra day at home to finish up the unpacking. He understands that with our first child arriving in just 5 weeks, it's important for us to have the baby's room and everything else in order." </w:t>
      </w:r>
    </w:p>
    <w:p w14:paraId="465EC582" w14:textId="77777777" w:rsidR="00282790" w:rsidRDefault="00000000">
      <w:r>
        <w:t>As he placed his hand on Susan's belly, David added, "He knows that spending a little more time at home to prepare for our baby's arrival is important."</w:t>
      </w:r>
    </w:p>
    <w:p w14:paraId="3CCBEE75" w14:textId="77777777" w:rsidR="00282790" w:rsidRDefault="00000000">
      <w:r>
        <w:t xml:space="preserve">Susan beamed and planted a gentle kiss on David's cheek. Just then, Dr. Caine emerged, calling out "Mr and Mrs Pierce". </w:t>
      </w:r>
    </w:p>
    <w:p w14:paraId="7687DD5C" w14:textId="77777777" w:rsidR="00282790" w:rsidRDefault="00000000">
      <w:r>
        <w:lastRenderedPageBreak/>
        <w:br/>
      </w:r>
    </w:p>
    <w:p w14:paraId="554410FA" w14:textId="77777777" w:rsidR="00282790" w:rsidRDefault="00000000">
      <w:r>
        <w:t>David rose promptly, pivoting and extending his hand to assist Susan to her feet. "That's our cue," he exclaimed, as they both stood up and made their way towards her.</w:t>
      </w:r>
    </w:p>
    <w:p w14:paraId="2F4C18B8" w14:textId="77777777" w:rsidR="00282790" w:rsidRDefault="00000000">
      <w:r>
        <w:br/>
      </w:r>
    </w:p>
    <w:p w14:paraId="155D12C7" w14:textId="77777777" w:rsidR="00282790" w:rsidRDefault="00000000">
      <w:r>
        <w:t xml:space="preserve">Dr. Caine flashed a gentle smile as she motioned towards two vacant seats and kindly asked them to take a seat. She then positioned herself across from them, her attention still focused on a bright yellow folder labeled "Pierce, Susan." </w:t>
      </w:r>
    </w:p>
    <w:p w14:paraId="2EA61E28" w14:textId="77777777" w:rsidR="00282790" w:rsidRDefault="00000000">
      <w:r>
        <w:t xml:space="preserve">After a brief pause, she continued to scan through the contents of the folder before briefly glancing up. </w:t>
      </w:r>
    </w:p>
    <w:p w14:paraId="35DFB169" w14:textId="77777777" w:rsidR="00282790" w:rsidRDefault="00000000">
      <w:r>
        <w:t xml:space="preserve">"Susan," she addressed, her tone warm and welcoming. "Hello, Dr. Caine," Susan replied with a polite smile. "And I assume you must be David, the partner?" Dr. Caine inquired. </w:t>
      </w:r>
    </w:p>
    <w:p w14:paraId="61A5CA8E" w14:textId="77777777" w:rsidR="00282790" w:rsidRDefault="00000000">
      <w:r>
        <w:t xml:space="preserve">"That's correct," David confirmed. </w:t>
      </w:r>
    </w:p>
    <w:p w14:paraId="30589961" w14:textId="77777777" w:rsidR="00282790" w:rsidRDefault="00000000">
      <w:r>
        <w:t xml:space="preserve">"Okay. So from what I understand, you both were residing in Armidale for the past two years, where you were actively trying to conceive a child, and have recently relocated to Portland." Dr. Caine asked with genuine interest. </w:t>
      </w:r>
    </w:p>
    <w:p w14:paraId="5200F860" w14:textId="77777777" w:rsidR="00282790" w:rsidRDefault="00000000">
      <w:r>
        <w:br/>
      </w:r>
    </w:p>
    <w:p w14:paraId="0A45686C" w14:textId="77777777" w:rsidR="00282790" w:rsidRDefault="00000000">
      <w:r>
        <w:t>"Yes. David is a law enforcement officer and has been given a long-term opportunity in Portland. Meanwhile, I was employed as a temporary educator, but we concluded that it would be wise for David to accept the position for a reliable source of income during our pregnancy and the initial phase of parenthood," Susan clarified.</w:t>
      </w:r>
    </w:p>
    <w:p w14:paraId="23C3C024" w14:textId="77777777" w:rsidR="00282790" w:rsidRDefault="00000000">
      <w:r>
        <w:br/>
      </w:r>
    </w:p>
    <w:p w14:paraId="27AEF4CE" w14:textId="77777777" w:rsidR="00282790" w:rsidRDefault="00000000">
      <w:r>
        <w:t xml:space="preserve">"Based on my understanding, your records are still physically located in Armidale. However, I am able to access all of your previous antenatal appointments, visits, and blood tests through the statewide medical portal that we all use. This portal was designed for situations like this, where patients move and their new doctor can view their medical history without the need for physical records. But, with your permission, Susan, I will request to have your records sent to us from Armidale. Is that okay with you?" Inquired Dr. Caine. </w:t>
      </w:r>
    </w:p>
    <w:p w14:paraId="7DF24080" w14:textId="77777777" w:rsidR="00282790" w:rsidRDefault="00000000">
      <w:r>
        <w:t>Susan smiled warmly, unconsciously rubbing her belly, and replied, "Yes, that is absolutely fine with me. My husband and I plan to stay in Portland for many years while we raise our little one."</w:t>
      </w:r>
    </w:p>
    <w:p w14:paraId="51A15B25" w14:textId="77777777" w:rsidR="00282790" w:rsidRDefault="00000000">
      <w:r>
        <w:lastRenderedPageBreak/>
        <w:br/>
      </w:r>
    </w:p>
    <w:p w14:paraId="363282F8" w14:textId="77777777" w:rsidR="00282790" w:rsidRDefault="00000000">
      <w:r>
        <w:t xml:space="preserve">Dr. Caine inquired, "So if I understand correctly, you have chosen not to learn the gender of the baby?" </w:t>
      </w:r>
    </w:p>
    <w:p w14:paraId="4AD7267B" w14:textId="77777777" w:rsidR="00282790" w:rsidRDefault="00000000">
      <w:r>
        <w:t xml:space="preserve">Susan smiled and grasped David's hand, affirming, "That is correct, doctor." </w:t>
      </w:r>
    </w:p>
    <w:p w14:paraId="3AEC13FA" w14:textId="77777777" w:rsidR="00282790" w:rsidRDefault="00000000">
      <w:r>
        <w:t>She continued, "We want the arrival of our little one to be just as much of a surprise to us as it will be to them when they enter this world. Of course, I do hope it happens soon and on schedule, as this lady is growing quite sore and exhausted. She's starting to tire of the whole 'yay, I'm pregnant' thing," Susan joked with a playful laugh.</w:t>
      </w:r>
    </w:p>
    <w:p w14:paraId="0DC728C1" w14:textId="77777777" w:rsidR="00282790" w:rsidRDefault="00000000">
      <w:r>
        <w:t>"Okay, so you've been in Portland for about 2 weeks. Have you booked in for a birthing class?"</w:t>
      </w:r>
    </w:p>
    <w:p w14:paraId="2C7319CE" w14:textId="77777777" w:rsidR="00282790" w:rsidRDefault="00000000">
      <w:r>
        <w:t>"I attended four birthing classes before we left Armidale and I have arranged for another 3 classes here in Portland with David, one a week staring from next week" said Susan.</w:t>
      </w:r>
    </w:p>
    <w:p w14:paraId="56B1B552" w14:textId="77777777" w:rsidR="00282790" w:rsidRDefault="00000000">
      <w:r>
        <w:t>David looked surprised by this "this is the first I've heard of it" as he looked at Susan with a smile.</w:t>
      </w:r>
    </w:p>
    <w:p w14:paraId="7A86018C" w14:textId="77777777" w:rsidR="00282790" w:rsidRDefault="00000000">
      <w:r>
        <w:t>"yes, husband. You missed every class in Armidale and I had to take Amanda, my best friend" she scolded David "and each appointment is an evening class that's outside you work roster so no excuses this time Mr Dad to be.".</w:t>
      </w:r>
    </w:p>
    <w:p w14:paraId="01F6543F" w14:textId="77777777" w:rsidR="00282790" w:rsidRDefault="00282790"/>
    <w:p w14:paraId="620A9614" w14:textId="77777777" w:rsidR="00282790" w:rsidRDefault="00000000">
      <w:r>
        <w:br/>
      </w:r>
      <w:r>
        <w:br/>
      </w:r>
      <w:r>
        <w:br/>
      </w:r>
    </w:p>
    <w:p w14:paraId="4B2C6904" w14:textId="77777777" w:rsidR="00282790" w:rsidRDefault="00282790"/>
    <w:p w14:paraId="01C59094" w14:textId="77777777" w:rsidR="00282790" w:rsidRDefault="00000000">
      <w:r>
        <w:br/>
      </w:r>
      <w:r>
        <w:br/>
      </w:r>
      <w:r>
        <w:br/>
      </w:r>
      <w:r>
        <w:br/>
      </w:r>
    </w:p>
    <w:p w14:paraId="1348343E" w14:textId="77777777" w:rsidR="00282790" w:rsidRDefault="00000000">
      <w:r>
        <w:t>John was drenched in perspiration, his eyes tightly shut as his body twisted and tensed. His thoughts plunged into the depths of hell, reliving his past as a child.</w:t>
      </w:r>
    </w:p>
    <w:p w14:paraId="5408E406" w14:textId="77777777" w:rsidR="00282790" w:rsidRDefault="00000000">
      <w:r>
        <w:br/>
      </w:r>
    </w:p>
    <w:p w14:paraId="74209F2E" w14:textId="77777777" w:rsidR="00282790" w:rsidRDefault="00000000">
      <w:r>
        <w:lastRenderedPageBreak/>
        <w:t>John found himself once again confined to the cupboard. From where he sat with his knees pressed tightly against his chest, he could just barely make out his mother's figure through three small openings between the slats. It had been two months since John turned five, and since then, he had stopped shedding tears. Instead, he retreated into a shell, rarely uttering a word unless prompted or provoked by his mother's sharp slaps and angry shouts.</w:t>
      </w:r>
    </w:p>
    <w:p w14:paraId="2287A239" w14:textId="77777777" w:rsidR="00282790" w:rsidRDefault="00000000">
      <w:r>
        <w:br/>
      </w:r>
    </w:p>
    <w:p w14:paraId="48671795" w14:textId="77777777" w:rsidR="00282790" w:rsidRDefault="00000000">
      <w:r>
        <w:t xml:space="preserve">His mother had abruptly departed from their previous residence due to nosy individuals, concerns being raised from daycare, other parents, and neighbors, constantly questioning her about her son's absence from school. The mother was always seen in a state of intoxication, giving off a 'druggie' appearance. </w:t>
      </w:r>
    </w:p>
    <w:p w14:paraId="360095C8" w14:textId="77777777" w:rsidR="00282790" w:rsidRDefault="00000000">
      <w:r>
        <w:t>The home had a constant influx of men, who were often under the influence of alcohol or some form of narcotic. Loud, disruptive music blared at all hours of the day and night. It was not uncommon for weeks to pass before anyone would catch a glimpse of her child outside, leading to speculation and concern about his wellbeing and safety.</w:t>
      </w:r>
    </w:p>
    <w:p w14:paraId="4F7EEDA6" w14:textId="77777777" w:rsidR="00282790" w:rsidRDefault="00000000">
      <w:r>
        <w:br/>
      </w:r>
    </w:p>
    <w:p w14:paraId="536FEAE5" w14:textId="77777777" w:rsidR="00282790" w:rsidRDefault="00000000">
      <w:r>
        <w:t xml:space="preserve">John had no clue, but tonight would alter the very core of his being. It was a night that would etch itself into his soul, shaping him into someone entirely new, someone he never imagined he could be. </w:t>
      </w:r>
    </w:p>
    <w:p w14:paraId="07933B1F" w14:textId="77777777" w:rsidR="00282790" w:rsidRDefault="00000000">
      <w:r>
        <w:br/>
      </w:r>
    </w:p>
    <w:p w14:paraId="364FC544" w14:textId="77777777" w:rsidR="00282790" w:rsidRDefault="00000000">
      <w:r>
        <w:t xml:space="preserve">John watched as his mother stood before the man, her delicate figure barely covered by a sheer nightgown and nothing more. The man, his protruding stomach barely contained by his underwear, laughed, sang, and danced to the blaring music. </w:t>
      </w:r>
    </w:p>
    <w:p w14:paraId="2D4F939A" w14:textId="77777777" w:rsidR="00282790" w:rsidRDefault="00000000">
      <w:r>
        <w:t xml:space="preserve">His hands roamed freely over his mother's body, even daring to touch her inappropriately, causing her to squeal and giggle in response. </w:t>
      </w:r>
    </w:p>
    <w:p w14:paraId="60DE42E0" w14:textId="77777777" w:rsidR="00282790" w:rsidRDefault="00000000">
      <w:r>
        <w:t>The smell of their cigarettes filled the air and the sound of liquid splashing against the laminate floor could be heard intermittently as they moved in sync.</w:t>
      </w:r>
    </w:p>
    <w:p w14:paraId="49B8739A" w14:textId="77777777" w:rsidR="00282790" w:rsidRDefault="00000000">
      <w:r>
        <w:br/>
      </w:r>
    </w:p>
    <w:p w14:paraId="4437A7D2" w14:textId="77777777" w:rsidR="00282790" w:rsidRDefault="00000000">
      <w:r>
        <w:t xml:space="preserve">For nearly five hours, John had been confined in the cupboard. He had relieved himself twice, with his mother using a towel beneath him like a makeshift litter box. In the past, whenever he would wet himself it seeped out of the cupboard. The men his mother was with would take notice and storm out, leaving her to yell at them. </w:t>
      </w:r>
    </w:p>
    <w:p w14:paraId="262E0B11" w14:textId="77777777" w:rsidR="00282790" w:rsidRDefault="00000000">
      <w:r>
        <w:lastRenderedPageBreak/>
        <w:t>During these episodes, John would endure physical abuse from his mother, who would lash out and call him derogatory names, blaming him for the turmoil in her life. This torment could last for an hour or until she grew tired or passed out from exhaustion.</w:t>
      </w:r>
    </w:p>
    <w:p w14:paraId="4F6B549B" w14:textId="77777777" w:rsidR="00282790" w:rsidRDefault="00000000">
      <w:r>
        <w:br/>
        <w:t>'So you want the good stuff" he heard the man say to his mother</w:t>
      </w:r>
    </w:p>
    <w:p w14:paraId="63999872" w14:textId="77777777" w:rsidR="00282790" w:rsidRDefault="00282790"/>
    <w:p w14:paraId="167A3AF6" w14:textId="77777777" w:rsidR="00282790" w:rsidRDefault="00000000">
      <w:r>
        <w:t>"you know I do baby"</w:t>
      </w:r>
    </w:p>
    <w:p w14:paraId="6A34B845" w14:textId="77777777" w:rsidR="00282790" w:rsidRDefault="00000000">
      <w:r>
        <w:t>"its gonna cost you big" he said.</w:t>
      </w:r>
    </w:p>
    <w:p w14:paraId="038E2528" w14:textId="77777777" w:rsidR="00282790" w:rsidRDefault="00000000">
      <w:r>
        <w:t>John could see the man look at the cupboard, like he was looking at him. John didn't understand.</w:t>
      </w:r>
    </w:p>
    <w:p w14:paraId="7F342D32" w14:textId="77777777" w:rsidR="00282790" w:rsidRDefault="00000000">
      <w:r>
        <w:t>"I wanna see first. You ain't getting shit unless it's cut clean"</w:t>
      </w:r>
    </w:p>
    <w:p w14:paraId="0FB6C3D0" w14:textId="77777777" w:rsidR="00282790" w:rsidRDefault="00000000">
      <w:r>
        <w:t>"Oh don't you worry your tight little ass about that. Its clean and I've got plenty to send you to whatever planet you wanna go to" said the man who slapped his mother's bottom and she squealed playfully.</w:t>
      </w:r>
    </w:p>
    <w:p w14:paraId="7182C4B9" w14:textId="77777777" w:rsidR="00282790" w:rsidRDefault="00000000">
      <w:r>
        <w:rPr>
          <w:rFonts w:ascii="Lora" w:hAnsi="Lora"/>
        </w:rPr>
        <w:t>The man turned away to the table and his mother followed. Both were bent over, like they were praying or putting their heads on the table. His mother shot up standing rubbing her nose laughing, squealing and making her boobs bounce up and down. she was very happy.</w:t>
      </w:r>
    </w:p>
    <w:p w14:paraId="40C1D5F5" w14:textId="77777777" w:rsidR="00282790" w:rsidRDefault="00000000">
      <w:r>
        <w:rPr>
          <w:rFonts w:ascii="Lora" w:hAnsi="Lora"/>
        </w:rPr>
        <w:t>"we good" asked the man</w:t>
      </w:r>
    </w:p>
    <w:p w14:paraId="6739EF71" w14:textId="77777777" w:rsidR="00282790" w:rsidRDefault="00000000">
      <w:r>
        <w:rPr>
          <w:rFonts w:ascii="Lora" w:hAnsi="Lora"/>
        </w:rPr>
        <w:t>"oh yeah, we good"</w:t>
      </w:r>
    </w:p>
    <w:p w14:paraId="34A3C148" w14:textId="77777777" w:rsidR="00282790" w:rsidRDefault="00000000">
      <w:r>
        <w:t xml:space="preserve">His mother approached the cupboard and unlocked it, leaving John sitting there in silence. </w:t>
      </w:r>
    </w:p>
    <w:p w14:paraId="093AAAF8" w14:textId="77777777" w:rsidR="00282790" w:rsidRDefault="00000000">
      <w:r>
        <w:t xml:space="preserve">This was the first time she had ever done this when a man was present. </w:t>
      </w:r>
    </w:p>
    <w:p w14:paraId="2ABDAE55" w14:textId="77777777" w:rsidR="00282790" w:rsidRDefault="00000000">
      <w:r>
        <w:t xml:space="preserve">Crouching down beside him, she spoke in a gentle voice. "Sweetheart, it's alright. Look, there's a man here," she indicated towards him. </w:t>
      </w:r>
    </w:p>
    <w:p w14:paraId="49D5BC3C" w14:textId="77777777" w:rsidR="00282790" w:rsidRDefault="00000000">
      <w:r>
        <w:t xml:space="preserve">"He wants to play with you in your room. Can you go with him?" John was taken aback by his mother's soft and kind words - something he rarely experienced and never when she was in this state. </w:t>
      </w:r>
    </w:p>
    <w:p w14:paraId="27A31CF8" w14:textId="77777777" w:rsidR="00282790" w:rsidRDefault="00000000">
      <w:r>
        <w:t xml:space="preserve">Unsure of what to do, his mother took his hand and pulled him up, leading him towards the man. Despite his efforts, his legs wouldn't respond as they should. As he felt the man's clammy hand grasp his own, John was hit with a strong, unpleasant odor. </w:t>
      </w:r>
    </w:p>
    <w:p w14:paraId="379B2166" w14:textId="77777777" w:rsidR="00282790" w:rsidRDefault="00000000">
      <w:r>
        <w:t xml:space="preserve">The man smelled of smoke and sweat with a thick mustache and a dirty appearance. John wanted to protest, to break free, but he was being dragged towards the bedroom. </w:t>
      </w:r>
    </w:p>
    <w:p w14:paraId="555D0E96" w14:textId="77777777" w:rsidR="00282790" w:rsidRDefault="00000000">
      <w:r>
        <w:lastRenderedPageBreak/>
        <w:t xml:space="preserve">When he turned his head, he saw his mother bent over the table again, her head twisting back and forth. Remembering that night, John knew what was about to happen. </w:t>
      </w:r>
    </w:p>
    <w:p w14:paraId="6E0563BC" w14:textId="77777777" w:rsidR="00282790" w:rsidRDefault="00000000">
      <w:r>
        <w:t>In his dream, John was now floating above, watching five year old John being led to the bedroom by the fat smelly man. John would say to his younger self "Be brave little John. It'll be over soon".</w:t>
      </w:r>
    </w:p>
    <w:p w14:paraId="5FD01BEE" w14:textId="77777777" w:rsidR="00282790" w:rsidRDefault="00000000">
      <w:r>
        <w:br/>
      </w:r>
    </w:p>
    <w:p w14:paraId="4DCC6462" w14:textId="77777777" w:rsidR="00282790" w:rsidRDefault="00000000">
      <w:r>
        <w:t xml:space="preserve">John sat upright in bed, suddenly jolted awake. His body was drenched in sweat, his breathing coming in ragged gasps. He was all too familiar with this dream - the same one that had shaped him into the man he was today. Slowly, he swung his legs over the edge of the bed and faced the wardrobe mirror before him, his face expressionless. </w:t>
      </w:r>
    </w:p>
    <w:p w14:paraId="3533E529" w14:textId="77777777" w:rsidR="00282790" w:rsidRDefault="00000000">
      <w:r>
        <w:t>His eyes gradually adjusted to the darkness of the night. John was in peak physical condition, his body toned and muscular with no excess fat - a testament to his determination to stay in shape.</w:t>
      </w:r>
    </w:p>
    <w:p w14:paraId="22EB1C67" w14:textId="77777777" w:rsidR="00282790" w:rsidRDefault="00000000">
      <w:r>
        <w:br/>
      </w:r>
    </w:p>
    <w:p w14:paraId="30AD7256" w14:textId="77777777" w:rsidR="00282790" w:rsidRDefault="00000000">
      <w:r>
        <w:t xml:space="preserve">He remembered the time he spent with his mother, enduring her cruel behavior for another six long years. She constantly had different men coming and going, and he became her next means of income to support her addiction to drugs and alcohol. </w:t>
      </w:r>
    </w:p>
    <w:p w14:paraId="09081BB2" w14:textId="77777777" w:rsidR="00282790" w:rsidRDefault="00000000">
      <w:r>
        <w:br/>
      </w:r>
    </w:p>
    <w:p w14:paraId="171B35F6" w14:textId="77777777" w:rsidR="00282790" w:rsidRDefault="00000000">
      <w:r>
        <w:t>But one night, something in him changed. It wasn't so much a moment of snapping, but rather a sudden awakening to a new perspective. He felt no fear, as a profound sense of tranquility took over.</w:t>
      </w:r>
    </w:p>
    <w:p w14:paraId="09F1DDFC" w14:textId="77777777" w:rsidR="00282790" w:rsidRDefault="00000000">
      <w:r>
        <w:br/>
      </w:r>
    </w:p>
    <w:p w14:paraId="1EDDC831" w14:textId="77777777" w:rsidR="00282790" w:rsidRDefault="00000000">
      <w:r>
        <w:t xml:space="preserve">John remembered lying in bed, with a naked man snoring beside him. He recalled the familiar feeling, as if he had done it so many times before. But this time, John was wide awake. He carefully got out of bed, accidentally knocking over a half-empty bottle of scotch onto the laminate floor. As he walked over to the dresser, he dressed and put on his shoes and walked out to the lounge room. </w:t>
      </w:r>
    </w:p>
    <w:p w14:paraId="3D55C9C1" w14:textId="77777777" w:rsidR="00282790" w:rsidRDefault="00000000">
      <w:r>
        <w:br/>
      </w:r>
    </w:p>
    <w:p w14:paraId="1F29D5AB" w14:textId="77777777" w:rsidR="00282790" w:rsidRDefault="00000000">
      <w:r>
        <w:t xml:space="preserve">There, he found his mother passed out on the couch, naked and with another man sleeping next to her. John's eyes landed on the bottle of whisky they had been drinking. With a slow, </w:t>
      </w:r>
      <w:r>
        <w:lastRenderedPageBreak/>
        <w:t xml:space="preserve">calculated movement, he poured it over their bodies and onto the floor. They stirred slightly, but remained asleep. </w:t>
      </w:r>
    </w:p>
    <w:p w14:paraId="22F6D1D2" w14:textId="77777777" w:rsidR="00282790" w:rsidRDefault="00282790"/>
    <w:p w14:paraId="71DC30D0" w14:textId="77777777" w:rsidR="00282790" w:rsidRDefault="00000000">
      <w:r>
        <w:t>He wanted them to feel the same pain and humiliation that he had felt lying in bed with a stranger. And as he watched the liquid seep into the fabric of the couch, he couldn't help but feel a sense of satisfaction and revenge.</w:t>
      </w:r>
    </w:p>
    <w:p w14:paraId="27499F5D" w14:textId="77777777" w:rsidR="00282790" w:rsidRDefault="00000000">
      <w:r>
        <w:br/>
      </w:r>
    </w:p>
    <w:p w14:paraId="4E7379BE" w14:textId="77777777" w:rsidR="00282790" w:rsidRDefault="00000000">
      <w:r>
        <w:t xml:space="preserve">John reached for the matchbox resting on the table, his gaze shifting towards the powdery substance placed next to it. He knew it was a dangerous concoction, one that could easily get his mother high. </w:t>
      </w:r>
    </w:p>
    <w:p w14:paraId="3F124863" w14:textId="77777777" w:rsidR="00282790" w:rsidRDefault="00000000">
      <w:r>
        <w:t xml:space="preserve">With a stoic expression, he lit a match and watched as the flame danced before him. Without a single thought, he dropped the match into the liquid and observed as the fire quickly spread, engulfing the lounge, the man, and his mother. </w:t>
      </w:r>
    </w:p>
    <w:p w14:paraId="3B6FDA0D" w14:textId="77777777" w:rsidR="00282790" w:rsidRDefault="00000000">
      <w:r>
        <w:t xml:space="preserve">It was like a racecar, speeding through the liquid he had spilled near the bed and climbing up the sheets as if it were alive. </w:t>
      </w:r>
    </w:p>
    <w:p w14:paraId="4D0D07A1" w14:textId="77777777" w:rsidR="00282790" w:rsidRDefault="00000000">
      <w:r>
        <w:t>A deafening scream pierced the air, emanating from both the man and his mother as they desperately tried to extinguish the flames that clung to them. John turned and calmly walked out the front door, closing it behind him. He continued to walk, leaving the chaos and destruction behind him.</w:t>
      </w:r>
    </w:p>
    <w:p w14:paraId="07EA7C57" w14:textId="77777777" w:rsidR="00282790" w:rsidRDefault="00000000">
      <w:r>
        <w:t>Screams of pure terror and pain. Screams pleading for help echoed out. Soon black smoke poured from every crevice of the home. The sounds made John feel safe for the first time in his life.</w:t>
      </w:r>
    </w:p>
    <w:p w14:paraId="49B0C8B5" w14:textId="77777777" w:rsidR="00282790" w:rsidRDefault="00000000">
      <w:r>
        <w:br/>
      </w:r>
    </w:p>
    <w:p w14:paraId="1E109CF3" w14:textId="77777777" w:rsidR="00282790" w:rsidRDefault="00000000">
      <w:r>
        <w:t xml:space="preserve">After the fire brigade and police declared their deaths as accidental, no one suspected or accused John. He was viewed as a victim of tragic circumstances, left an orphan. Placed in foster care, he was then sent to a religious school where he lived until the age of 18. </w:t>
      </w:r>
    </w:p>
    <w:p w14:paraId="7E61DDE8" w14:textId="77777777" w:rsidR="00282790" w:rsidRDefault="00000000">
      <w:r>
        <w:br/>
      </w:r>
    </w:p>
    <w:p w14:paraId="0B8B0000" w14:textId="77777777" w:rsidR="00282790" w:rsidRDefault="00000000">
      <w:r>
        <w:t xml:space="preserve">Despite being surrounded by other children who were homeless, unloved, or abandoned, John never formed any meaningful friendships or relationships. While some of the children were fortunate enough to be taken in by other adults or adopted, most were deemed too old for adoption. The sad reality was that anyone looking to adopt or care for a child preferred one under the age of 8, as they were still young enough to be molded by adults and not seen </w:t>
      </w:r>
      <w:r>
        <w:lastRenderedPageBreak/>
        <w:t>as "too" damaged to be repaired. Unfortunately, when people looked at John, all they saw was a child lacking emotional love, causing them to quickly shift their attention to someone else.</w:t>
      </w:r>
    </w:p>
    <w:p w14:paraId="6E8BB712" w14:textId="77777777" w:rsidR="00282790" w:rsidRDefault="00000000">
      <w:r>
        <w:br/>
      </w:r>
    </w:p>
    <w:p w14:paraId="00FB1ACA" w14:textId="77777777" w:rsidR="00282790" w:rsidRDefault="00000000">
      <w:r>
        <w:t>It was in this orphanage where John was first introduced to the concept of reincarnation - the remarkable ability for one's soul to be reborn anew.</w:t>
      </w:r>
    </w:p>
    <w:p w14:paraId="3C3F6491" w14:textId="77777777" w:rsidR="00282790" w:rsidRDefault="00000000">
      <w:r>
        <w:br/>
      </w:r>
    </w:p>
    <w:p w14:paraId="6701D675" w14:textId="77777777" w:rsidR="00282790" w:rsidRDefault="00000000">
      <w:r>
        <w:t xml:space="preserve">John was already emotionally and socially detached. His mother and the men were the only ones aware of the horrors he had endured. He kept it all to himself, never confiding in anyone. His mind was already shattered, but when his sister Stacy introduced him to the idea of reincarnation, a new void opened up inside him. </w:t>
      </w:r>
    </w:p>
    <w:p w14:paraId="4C8D2C42" w14:textId="77777777" w:rsidR="00282790" w:rsidRDefault="00000000">
      <w:r>
        <w:br/>
      </w:r>
    </w:p>
    <w:p w14:paraId="5EE7AD14" w14:textId="77777777" w:rsidR="00282790" w:rsidRDefault="00000000">
      <w:r>
        <w:t xml:space="preserve">"John. John." </w:t>
      </w:r>
    </w:p>
    <w:p w14:paraId="78E7AE94" w14:textId="77777777" w:rsidR="00282790" w:rsidRDefault="00000000">
      <w:r>
        <w:t>John lifted his head "Yes Ms Stevens" replied John.</w:t>
      </w:r>
    </w:p>
    <w:p w14:paraId="6B216D8E" w14:textId="77777777" w:rsidR="00282790" w:rsidRDefault="00000000">
      <w:r>
        <w:t>"Are you okay. You seem to be distracted" said Ms Stevens.</w:t>
      </w:r>
    </w:p>
    <w:p w14:paraId="7C74E249" w14:textId="77777777" w:rsidR="00282790" w:rsidRDefault="00000000">
      <w:r>
        <w:rPr>
          <w:rFonts w:ascii="Lora" w:hAnsi="Lora"/>
        </w:rPr>
        <w:t>Moving on with the lessons Ms Stevens started to read:</w:t>
      </w:r>
    </w:p>
    <w:p w14:paraId="2B19F48B" w14:textId="77777777" w:rsidR="00282790" w:rsidRDefault="00000000">
      <w:r>
        <w:t>The Burial of Jesus:</w:t>
      </w:r>
    </w:p>
    <w:p w14:paraId="1DC7533D" w14:textId="77777777" w:rsidR="00282790" w:rsidRDefault="00000000">
      <w:r>
        <w:t>After Jesus' death, Joseph of Arimathea obtained Pilate's permission to bury Jesus in his tomb (Matthew 27:57-60). The burial was done quickly due to the approaching Sabbath, with a large stone sealing the entrance. Fearing Jesus' resurrection prediction, the chief priests and Pharisees asked Pilate to secure the tomb, leading to guards being stationed and the stone sealed (Matthew 27:62-66). The Resurrection of Jesus:</w:t>
      </w:r>
    </w:p>
    <w:p w14:paraId="02D0FD5E" w14:textId="77777777" w:rsidR="00282790" w:rsidRDefault="00000000">
      <w:r>
        <w:t xml:space="preserve">The resurrection of Jesus is central to Christian belief, symbolising His triumph over sin and death. On the first day of the week, women found His tomb empty (Mark 16:1-4). An angel told them, "He is not here; He has risen" (Matthew 28:6). </w:t>
      </w:r>
    </w:p>
    <w:p w14:paraId="2694A716" w14:textId="77777777" w:rsidR="00282790" w:rsidRDefault="00000000">
      <w:r>
        <w:br/>
      </w:r>
    </w:p>
    <w:p w14:paraId="2FDAC9B7" w14:textId="77777777" w:rsidR="00282790" w:rsidRDefault="00000000">
      <w:r>
        <w:t>The risen Christ showed His resurrection to His disciples and others multiple times, including Mary Magdalene (John 20:11-18), the two disciples on the road to Emmaus (Luke 24:13-35), and the disciples in a locked room (John 20:19-23). His appearances ended with His ascension into heaven (Acts 1:9-11)."</w:t>
      </w:r>
    </w:p>
    <w:p w14:paraId="77795056" w14:textId="77777777" w:rsidR="00282790" w:rsidRDefault="00000000">
      <w:r>
        <w:lastRenderedPageBreak/>
        <w:br/>
      </w:r>
    </w:p>
    <w:p w14:paraId="040BF1CD" w14:textId="77777777" w:rsidR="00282790" w:rsidRDefault="00000000">
      <w:r>
        <w:t>John could sense someone gently touching his face. John could feel he was now lying on the floor but couldn't remember why he was lying on the floor.</w:t>
      </w:r>
    </w:p>
    <w:p w14:paraId="5947F101" w14:textId="77777777" w:rsidR="00282790" w:rsidRDefault="00000000">
      <w:r>
        <w:t xml:space="preserve">"John, are you able to hear me? Sister, I think he's regaining consciousness. Please get me a glass of water." Ms Steven's voice was faint. </w:t>
      </w:r>
    </w:p>
    <w:p w14:paraId="37F5A1A9" w14:textId="77777777" w:rsidR="00282790" w:rsidRDefault="00000000">
      <w:r>
        <w:t xml:space="preserve">John slowly opened his eyes and for a brief moment, he thought it was his mother leaning over him. His body tensed and a rage of pure hatred filled his entire body and mind. To kill her. </w:t>
      </w:r>
    </w:p>
    <w:p w14:paraId="65479241" w14:textId="77777777" w:rsidR="00282790" w:rsidRDefault="00000000">
      <w:r>
        <w:t>Ms Stevens stopped patting his face and her expression briefly changed to one of fear.</w:t>
      </w:r>
    </w:p>
    <w:p w14:paraId="05C2BADB" w14:textId="77777777" w:rsidR="00282790" w:rsidRDefault="00000000">
      <w:r>
        <w:br/>
      </w:r>
    </w:p>
    <w:p w14:paraId="1A8724F9" w14:textId="77777777" w:rsidR="00282790" w:rsidRDefault="00000000">
      <w:r>
        <w:t xml:space="preserve">Ever since that day, John was consumed by an intense desire to gain complete knowledge about re-incarnation and resurrection. He discovered the concept of resurrection pertains to the revival of a divine or human being from the clutches of death, while still retaining their unique identity, despite any physical transformations. </w:t>
      </w:r>
    </w:p>
    <w:p w14:paraId="4DA22DE3" w14:textId="77777777" w:rsidR="00282790" w:rsidRDefault="00000000">
      <w:r>
        <w:t>This belief is commonly associated with Christianity, owing to the teachings of Christ's Resurrection, but it also held significance in later forms of Judaism, which serve as the basis for similar principles in Christianity and Islam.</w:t>
      </w:r>
    </w:p>
    <w:p w14:paraId="61C7379A" w14:textId="77777777" w:rsidR="00282790" w:rsidRDefault="00000000">
      <w:r>
        <w:br/>
      </w:r>
    </w:p>
    <w:p w14:paraId="32ACFC7E" w14:textId="77777777" w:rsidR="00282790" w:rsidRDefault="00000000">
      <w:r>
        <w:t xml:space="preserve">From that day on, John's world was forever changed. He could never again let his guard down, for the day he killed his own mother was the day she truly never died. She had always been a dark presence in his life, taunting him with her cruel words: "You are nothing without me," </w:t>
      </w:r>
    </w:p>
    <w:p w14:paraId="315F36AE" w14:textId="77777777" w:rsidR="00282790" w:rsidRDefault="00000000">
      <w:r>
        <w:t xml:space="preserve">"I own you," </w:t>
      </w:r>
    </w:p>
    <w:p w14:paraId="2CC180F0" w14:textId="77777777" w:rsidR="00282790" w:rsidRDefault="00000000">
      <w:r>
        <w:t xml:space="preserve">"You will never get rid of me." But now, he knew the terrifying truth - his mother could resurrect herself and reclaim her hold on him. </w:t>
      </w:r>
    </w:p>
    <w:p w14:paraId="167C34DB" w14:textId="77777777" w:rsidR="00282790" w:rsidRDefault="00000000">
      <w:r>
        <w:t xml:space="preserve">As he lay awake at night, haunted by memories of her twisted love and manipulation, John could feel her lingering presence. It was as if she had never left, her voice echoing in his mind and her touch still burning on his skin. </w:t>
      </w:r>
    </w:p>
    <w:p w14:paraId="36047BD8" w14:textId="77777777" w:rsidR="00282790" w:rsidRDefault="00000000">
      <w:r>
        <w:t xml:space="preserve">But it wasn't just her voice and touch that tormented him. It was the aroma of her perfume, a sickly sweet scent that made his stomach turn. It was the sight of her silhouette in the corner of his room, her piercing eyes watching his every move. And most of all, it was the taste of fear that filled his mouth every time he thought of her. </w:t>
      </w:r>
    </w:p>
    <w:p w14:paraId="650FCF7B" w14:textId="77777777" w:rsidR="00282790" w:rsidRDefault="00000000">
      <w:r>
        <w:lastRenderedPageBreak/>
        <w:t xml:space="preserve">John's mother was not just a memory, she was a living nightmare. A complex and twisted character, capable of both love and hate, tenderness and cruelty. She had a hold on him unlike anything he had ever experienced before. </w:t>
      </w:r>
    </w:p>
    <w:p w14:paraId="2A977C80" w14:textId="77777777" w:rsidR="00282790" w:rsidRDefault="00000000">
      <w:r>
        <w:t xml:space="preserve">Even in death, she was still his puppet master, pulling his strings and controlling his every move. And as John looked into the mirror, he saw his mother's face staring back at him. He was her clone, her possession, her greatest creation. But he refused to let her win. He would break free from her grasp, no matter the cost. Because he was more than just a puppet, more than just her creation. He was John, and he would not let his mother define him any longer. </w:t>
      </w:r>
    </w:p>
    <w:p w14:paraId="108FF3AC" w14:textId="77777777" w:rsidR="00282790" w:rsidRDefault="00000000">
      <w:r>
        <w:t>The intensity of their twisted bond was suffocating, but it fueled John's determination to never let his mother control him again. He would use her own words against her, for he was not nothing without her - he was everything. And with every breath, he would fight against her hold, until he was finally free.</w:t>
      </w:r>
    </w:p>
    <w:p w14:paraId="7D83D7A9" w14:textId="77777777" w:rsidR="00282790" w:rsidRDefault="00000000">
      <w:r>
        <w:t>John vowed to return his mother back to the void she would ultimately try to escape.</w:t>
      </w:r>
    </w:p>
    <w:p w14:paraId="45F567DA" w14:textId="77777777" w:rsidR="00282790" w:rsidRDefault="00282790"/>
    <w:p w14:paraId="729E00F7" w14:textId="77777777" w:rsidR="00282790" w:rsidRDefault="00000000">
      <w:r>
        <w:br/>
      </w:r>
      <w:r>
        <w:br/>
      </w:r>
    </w:p>
    <w:p w14:paraId="3297FDB7" w14:textId="77777777" w:rsidR="00282790" w:rsidRDefault="00282790"/>
    <w:p w14:paraId="0BED243C" w14:textId="77777777" w:rsidR="00282790" w:rsidRDefault="00000000">
      <w:r>
        <w:br/>
      </w:r>
      <w:r>
        <w:br/>
      </w:r>
      <w:r>
        <w:br/>
      </w:r>
      <w:r>
        <w:br/>
      </w:r>
      <w:r>
        <w:br/>
      </w:r>
    </w:p>
    <w:p w14:paraId="2393C19A" w14:textId="77777777" w:rsidR="00282790" w:rsidRDefault="00000000">
      <w:r>
        <w:t>After a grueling investigation, the team reconvened at the police station, their energy depleted. The evidence collected from the crime scene and car, crucial in Emma's murder case, was now displayed on the wall as the ninth victim. It had taken three exhausting days since her body was found at the makeshift campsite, with everyone working tirelessly to analyze all the lab results, samples, and fibers, as well as complete the autopsy.</w:t>
      </w:r>
    </w:p>
    <w:p w14:paraId="7677066F" w14:textId="77777777" w:rsidR="00282790" w:rsidRDefault="00000000">
      <w:r>
        <w:br/>
      </w:r>
    </w:p>
    <w:p w14:paraId="4F3EDA31" w14:textId="77777777" w:rsidR="00282790" w:rsidRDefault="00000000">
      <w:r>
        <w:t>As they remained seated, gazing at the wall, it was apparent that they were still far from apprehending the murderer. The perpetrator was exceedingly methodical in their approach, meticulously stalking, abducting, killing, and disposing of the victim's body without leaving a single trace of evidence, whether it be hair, fibers, fluids, or fingerprints.</w:t>
      </w:r>
    </w:p>
    <w:p w14:paraId="39456C08" w14:textId="77777777" w:rsidR="00282790" w:rsidRDefault="00000000">
      <w:r>
        <w:lastRenderedPageBreak/>
        <w:br/>
      </w:r>
    </w:p>
    <w:p w14:paraId="374E4DC4" w14:textId="77777777" w:rsidR="00282790" w:rsidRDefault="00000000">
      <w:r>
        <w:t xml:space="preserve">O'Neil massaged his temples and declared, "Let's start from the beginning." "Sir, we've spent the last six hours poring over evidence, debating, arguing, and nearly killing each other in a desperate attempt to uncover even the smallest shred of useful information that could lead us to this serial killer. Yet, we have come up empty-handed," Marcus lamented, his voice weary as he clutched his seventh cup of coffee. </w:t>
      </w:r>
    </w:p>
    <w:p w14:paraId="520A3065" w14:textId="77777777" w:rsidR="00282790" w:rsidRDefault="00000000">
      <w:r>
        <w:t xml:space="preserve">"This individual, whether male, female, or multiple people, is undoubtedly meticulous, calculating, driven, and incredibly intelligent. They have managed to remain a complete enigma," Marcus observed. </w:t>
      </w:r>
    </w:p>
    <w:p w14:paraId="6BEF6483" w14:textId="77777777" w:rsidR="00282790" w:rsidRDefault="00000000">
      <w:r>
        <w:t>"In my three hundred crime scenes, it is exceedingly rare to find one without any trace of evidence, any physical clue that could link the victim to the perpetrator. Yet, somehow, against all odds, this person or persons have replicated it nine times," Marcus marveled in disbelief.</w:t>
      </w:r>
    </w:p>
    <w:p w14:paraId="59EFDCEA" w14:textId="77777777" w:rsidR="00282790" w:rsidRDefault="00000000">
      <w:r>
        <w:br/>
      </w:r>
    </w:p>
    <w:p w14:paraId="61FAE96D" w14:textId="77777777" w:rsidR="00282790" w:rsidRDefault="00000000">
      <w:r>
        <w:t xml:space="preserve">"O'Neil seethed with frustration and anger, his jaw clenched tightly. "We can't just sit here twiddling our thumbs like useless dodo birds, waiting for this serial killer to claim more victims." </w:t>
      </w:r>
    </w:p>
    <w:p w14:paraId="71D9F46E" w14:textId="77777777" w:rsidR="00282790" w:rsidRDefault="00000000">
      <w:r>
        <w:t xml:space="preserve">"No, sir, that's not what I mean," Marcus interjected, his arm raised in exasperation. "We can't rely on traditional crime scene forensics to catch this perpetrator. They are undoubtedly highly skilled and accomplished, a master in their craft." </w:t>
      </w:r>
    </w:p>
    <w:p w14:paraId="51830723" w14:textId="77777777" w:rsidR="00282790" w:rsidRDefault="00000000">
      <w:r>
        <w:t xml:space="preserve">"You seem to have a strange admiration for this twisted individual, Stanmore," O'Neil remarked. </w:t>
      </w:r>
    </w:p>
    <w:p w14:paraId="2AB5A833" w14:textId="77777777" w:rsidR="00282790" w:rsidRDefault="00000000">
      <w:r>
        <w:t>"Sir, this person is a sick and deranged individual who needs to be stopped. But imagine if we could tap into their knowledge and replicate their flawless techniques. We could train a new generation of highly skilled CSI officers and significantly improve our chances of capturing more murderers and serial killers in the decades to come."</w:t>
      </w:r>
    </w:p>
    <w:p w14:paraId="1602883E" w14:textId="77777777" w:rsidR="00282790" w:rsidRDefault="00000000">
      <w:r>
        <w:br/>
      </w:r>
    </w:p>
    <w:p w14:paraId="7A317295" w14:textId="77777777" w:rsidR="00282790" w:rsidRDefault="00000000">
      <w:r>
        <w:t xml:space="preserve">O'Neil's fist came crashing down on the table, startling everyone in the room except for Briggs. He remained motionless and rigid, almost blending into the background. "Without forensics, autopsy results, or crime scene evidence, what are we left with?" </w:t>
      </w:r>
    </w:p>
    <w:p w14:paraId="5605C9F2" w14:textId="77777777" w:rsidR="00282790" w:rsidRDefault="00000000">
      <w:r>
        <w:br/>
      </w:r>
    </w:p>
    <w:p w14:paraId="372120A8" w14:textId="77777777" w:rsidR="00282790" w:rsidRDefault="00000000">
      <w:r>
        <w:lastRenderedPageBreak/>
        <w:t>O'Neil mumbled to himself, the question directed more at his own frustration than at anyone else in the room.</w:t>
      </w:r>
    </w:p>
    <w:p w14:paraId="0CEE9B69" w14:textId="77777777" w:rsidR="00282790" w:rsidRDefault="00000000">
      <w:r>
        <w:br/>
      </w:r>
    </w:p>
    <w:p w14:paraId="38CCBE79" w14:textId="77777777" w:rsidR="00282790" w:rsidRDefault="00000000">
      <w:r>
        <w:t xml:space="preserve">Hartley silently stood and approached the wall, standing next to the first victim. She carefully reviewed the same information, slowly raising her hand to remove her photo from the wall. </w:t>
      </w:r>
    </w:p>
    <w:p w14:paraId="21B3EBB2" w14:textId="77777777" w:rsidR="00282790" w:rsidRDefault="00000000">
      <w:r>
        <w:t xml:space="preserve">As she moved on to the second, third, and fourth photos, Hartley took each one down and proceeded to a second board, where she reattached them. She methodically arranged the photos into a neat square, three across and three down, before returning to her seat next to Marcus and sitting down. </w:t>
      </w:r>
    </w:p>
    <w:p w14:paraId="0E65C6F0" w14:textId="77777777" w:rsidR="00282790" w:rsidRDefault="00000000">
      <w:r>
        <w:t>Her actions held a profound significance, as she meticulously reconstructed the photos, one by one, in their own space.</w:t>
      </w:r>
    </w:p>
    <w:p w14:paraId="718D8C4C" w14:textId="77777777" w:rsidR="00282790" w:rsidRDefault="00000000">
      <w:r>
        <w:br/>
      </w:r>
    </w:p>
    <w:p w14:paraId="5E4C38C4" w14:textId="77777777" w:rsidR="00282790" w:rsidRDefault="00000000">
      <w:r>
        <w:t xml:space="preserve">O'Neil gazed at Hartley, gesturing upward towards the photographs. "Can you enlighten us?" </w:t>
      </w:r>
    </w:p>
    <w:p w14:paraId="2D2AAC78" w14:textId="77777777" w:rsidR="00282790" w:rsidRDefault="00000000">
      <w:r>
        <w:t xml:space="preserve">Hartley avoided O'Neil's gaze, fixated on the images. After a moment of quiet, she finally spoke. "Based on what we have here, everything on this board - samples, medical findings, forensics, witness interviews, street cameras, and even reports of suspicious activity that led to nothing - is essentially...worthless." </w:t>
      </w:r>
    </w:p>
    <w:p w14:paraId="59273555" w14:textId="77777777" w:rsidR="00282790" w:rsidRDefault="00000000">
      <w:r>
        <w:t xml:space="preserve">Hartley's eyes remained fixed on the photos. Marcus exchanged a puzzled look with Briggs and O'Neil, as if to say "I have no idea what's going on, but it seems like she's losing it." </w:t>
      </w:r>
    </w:p>
    <w:p w14:paraId="5035F17E" w14:textId="77777777" w:rsidR="00282790" w:rsidRDefault="00000000">
      <w:r>
        <w:t xml:space="preserve">"Please continue," O'Neil said after a brief pause. </w:t>
      </w:r>
    </w:p>
    <w:p w14:paraId="407E5307" w14:textId="77777777" w:rsidR="00282790" w:rsidRDefault="00000000">
      <w:r>
        <w:t>Hartley rose from her seat, returning to the photographs. She turned to face Marcus, O'Neil, and Briggs, pointing at the images. "What do you see?" she asked.</w:t>
      </w:r>
    </w:p>
    <w:p w14:paraId="49440EBB" w14:textId="77777777" w:rsidR="00282790" w:rsidRDefault="00000000">
      <w:r>
        <w:br/>
        <w:t>No one spoke. Hartley placed both hands on her hips looking at them.</w:t>
      </w:r>
    </w:p>
    <w:p w14:paraId="52F5F7F2" w14:textId="77777777" w:rsidR="00282790" w:rsidRDefault="00282790"/>
    <w:p w14:paraId="4135DADA" w14:textId="77777777" w:rsidR="00282790" w:rsidRDefault="00000000">
      <w:r>
        <w:t>"Look" she said exasperated and pointing at the photo's.</w:t>
      </w:r>
    </w:p>
    <w:p w14:paraId="4A19B22A" w14:textId="77777777" w:rsidR="00282790" w:rsidRDefault="00000000">
      <w:r>
        <w:t>"It seems your going to need to give us a little more to go on here Hartley" O'Neil responded.</w:t>
      </w:r>
    </w:p>
    <w:p w14:paraId="56D4CE59" w14:textId="77777777" w:rsidR="00282790" w:rsidRDefault="00000000">
      <w:r>
        <w:br/>
      </w:r>
    </w:p>
    <w:p w14:paraId="3CFD050C" w14:textId="77777777" w:rsidR="00282790" w:rsidRDefault="00000000">
      <w:r>
        <w:lastRenderedPageBreak/>
        <w:t xml:space="preserve">"Right. I observe nine women, almost identical in stature, build, facial features, bone structure, and appearance. I perceive, if you were to consider it this way, nine siblings," stated Hartley. </w:t>
      </w:r>
    </w:p>
    <w:p w14:paraId="51B77998" w14:textId="77777777" w:rsidR="00282790" w:rsidRDefault="00000000">
      <w:r>
        <w:t xml:space="preserve">"Indeed. I notice that as well. It's possible that they all originated from the same household, all sisters, and someone has been systematically murdering them one by one. This individual seems fixated on the sisters, and upon encountering another sister, he will likely feel compelled, driven, and fixated to carry out the same fate as the previous nine. Marcus added. </w:t>
      </w:r>
    </w:p>
    <w:p w14:paraId="06C0AD11" w14:textId="77777777" w:rsidR="00282790" w:rsidRDefault="00000000">
      <w:r>
        <w:t>"Absolutely!" exclaimed Hartley.</w:t>
      </w:r>
    </w:p>
    <w:p w14:paraId="28BC076B" w14:textId="77777777" w:rsidR="00282790" w:rsidRDefault="00000000">
      <w:r>
        <w:br/>
      </w:r>
    </w:p>
    <w:p w14:paraId="50756E16" w14:textId="77777777" w:rsidR="00282790" w:rsidRDefault="00000000">
      <w:r>
        <w:t xml:space="preserve">O'Neil inquired, clearly puzzled by the conversation, "How many sisters belong to this family?" </w:t>
      </w:r>
    </w:p>
    <w:p w14:paraId="440D1024" w14:textId="77777777" w:rsidR="00282790" w:rsidRDefault="00000000">
      <w:r>
        <w:t xml:space="preserve">"We have no clue, sir." </w:t>
      </w:r>
    </w:p>
    <w:p w14:paraId="4431203A" w14:textId="77777777" w:rsidR="00282790" w:rsidRDefault="00000000">
      <w:r>
        <w:t xml:space="preserve">"So what on earth are we discussing?" O'Neil's tone became more irritable. </w:t>
      </w:r>
    </w:p>
    <w:p w14:paraId="2BAE212C" w14:textId="77777777" w:rsidR="00282790" w:rsidRDefault="00000000">
      <w:r>
        <w:t xml:space="preserve">"But what if we created one? What if we deliberately inserted a tenth sister ourselves?" Hartley whispered. </w:t>
      </w:r>
    </w:p>
    <w:p w14:paraId="523B4F21" w14:textId="77777777" w:rsidR="00282790" w:rsidRDefault="00000000">
      <w:r>
        <w:t xml:space="preserve">A heavy silence fell over the room as everyone's gaze shifted from the photos to Hartley and back again. </w:t>
      </w:r>
    </w:p>
    <w:p w14:paraId="48577D07" w14:textId="77777777" w:rsidR="00282790" w:rsidRDefault="00000000">
      <w:r>
        <w:t>"Are you suggesting we locate the tenth sister ourselves and use her as bait to draw out a serial killer and apprehend him before he can add another photo to my wall?" O'Neil directed the question to Hartley.</w:t>
      </w:r>
    </w:p>
    <w:p w14:paraId="5F645FCA" w14:textId="77777777" w:rsidR="00282790" w:rsidRDefault="00000000">
      <w:r>
        <w:br/>
      </w:r>
    </w:p>
    <w:p w14:paraId="28BBB7F4" w14:textId="77777777" w:rsidR="00282790" w:rsidRDefault="00000000">
      <w:r>
        <w:t xml:space="preserve">Hartley gestured towards another board, devoid of the grisly photos of the murdered girls, and spoke, 'Unless something jumps out at you from this board, we're at a standstill. As your profiler, I can confidently say that this killer's hunting ground is limited to Portland. There have been no similar cases anywhere in the state or even across the borders.' This deepens our understanding of the killer's mindset. Portland, or at least this specific location, holds a significance. The killer has not strayed from this area. This narrows our scope to roughly a hundred and thirty thousand potential suspects," Hartley concluded. </w:t>
      </w:r>
    </w:p>
    <w:p w14:paraId="448CD0E0" w14:textId="77777777" w:rsidR="00282790" w:rsidRDefault="00000000">
      <w:r>
        <w:t xml:space="preserve">"That's a big number," Briggs chimed in, breaking the silence that had seemed to stretch on for hours. </w:t>
      </w:r>
    </w:p>
    <w:p w14:paraId="6935F4EB" w14:textId="77777777" w:rsidR="00282790" w:rsidRDefault="00000000">
      <w:r>
        <w:t>Marcus, startled, even though Briggs was seated next to him, exclaimed, "Bro!" as he clutched his chest.</w:t>
      </w:r>
    </w:p>
    <w:p w14:paraId="5601C984" w14:textId="77777777" w:rsidR="00282790" w:rsidRDefault="00000000">
      <w:r>
        <w:lastRenderedPageBreak/>
        <w:br/>
      </w:r>
    </w:p>
    <w:p w14:paraId="1D9CA73F" w14:textId="77777777" w:rsidR="00282790" w:rsidRDefault="00000000">
      <w:r>
        <w:t>"Take a moment to consider this. The behavior of Portland's population is rather expected, with clear patterns in terms of mobility and daily routines. The demographics can be divided into older individuals, students, families and teenagers, each with specific locations for work, grocery shopping, and leisure activities, such as socializing, connecting, and dining out."</w:t>
      </w:r>
    </w:p>
    <w:p w14:paraId="1DC8CAA5" w14:textId="77777777" w:rsidR="00282790" w:rsidRDefault="00000000">
      <w:r>
        <w:br/>
      </w:r>
    </w:p>
    <w:p w14:paraId="3B12DC9B" w14:textId="77777777" w:rsidR="00282790" w:rsidRDefault="00000000">
      <w:r>
        <w:t xml:space="preserve">As Hartley paced back and forth in front of the boards, her words echoed through the room in a deafening silence. </w:t>
      </w:r>
    </w:p>
    <w:p w14:paraId="5DA5F6C8" w14:textId="77777777" w:rsidR="00282790" w:rsidRDefault="00000000">
      <w:r>
        <w:t>"With careful consideration of my previous findings and thorough examination of each victim's autopsy and forensic evidence, my conclusion is that our perpetrator is most likely a male between the ages of thirty and forty-five. Single, well-groomed. Educated. Additionally, he is expected to be in excellent physical shape and a non-smoker. There is a religious element in the killings so it's plausible this person may still attend a particular religious sect, church or group. I anticipate him to be a creature of strict routine, with no deviations from his daily habits from the time he wakes up to the moment he falls asleep. This profile is crucial in our search for the killer and should be kept in mind as we move forward with our investigation."</w:t>
      </w:r>
    </w:p>
    <w:p w14:paraId="42F933A4" w14:textId="77777777" w:rsidR="00282790" w:rsidRDefault="00000000">
      <w:r>
        <w:br/>
      </w:r>
    </w:p>
    <w:p w14:paraId="6D3F0460" w14:textId="77777777" w:rsidR="00282790" w:rsidRDefault="00000000">
      <w:r>
        <w:t xml:space="preserve">As Hartley pondered to herself, she contemplated the search parameters and their implications. Where would this individual likely socialize and engage with others, given their intelligence? What fields of employment would they be drawn to? These questions lingered in her mind as she spoke aloud. </w:t>
      </w:r>
    </w:p>
    <w:p w14:paraId="2597C300" w14:textId="77777777" w:rsidR="00282790" w:rsidRDefault="00000000">
      <w:r>
        <w:t xml:space="preserve">"The victims are not chosen at random. They serve as triggers for the killer's twisted psychology. The mere sight of them ignites an obsessive desire to stalk and ultimately, remove their female reproductive organs," Hartley stated with conviction. </w:t>
      </w:r>
    </w:p>
    <w:p w14:paraId="4A208EAC" w14:textId="77777777" w:rsidR="00282790" w:rsidRDefault="00000000">
      <w:r>
        <w:t xml:space="preserve">"We cannot simply wait for the next potential victim, as we have no control or protection over them. We don't know where she lives or when she will come to Portland. Our only option is to place our version into the city that will catch the killer's attention and provoke his desire to kill," she continued. </w:t>
      </w:r>
    </w:p>
    <w:p w14:paraId="5E0E34C0" w14:textId="77777777" w:rsidR="00282790" w:rsidRDefault="00000000">
      <w:r>
        <w:t xml:space="preserve">Turning to face the room, Hartley met the blank stares of her colleagues. They were unsure of what she was suggesting. </w:t>
      </w:r>
    </w:p>
    <w:p w14:paraId="620A828A" w14:textId="77777777" w:rsidR="00282790" w:rsidRDefault="00000000">
      <w:r>
        <w:lastRenderedPageBreak/>
        <w:t xml:space="preserve">"So, we essentially offer up Jack's next victim as bait and draw him out on our terms. To catch him before he has the chance to follow through with his violent intentions?" O'Neil asked, seeking clarification. </w:t>
      </w:r>
    </w:p>
    <w:p w14:paraId="483ECB56" w14:textId="77777777" w:rsidR="00282790" w:rsidRDefault="00000000">
      <w:r>
        <w:t>Hartley's response was simple yet resolute. "Yes."</w:t>
      </w:r>
    </w:p>
    <w:p w14:paraId="2C0B8EF7" w14:textId="77777777" w:rsidR="00282790" w:rsidRDefault="00000000">
      <w:r>
        <w:br/>
      </w:r>
    </w:p>
    <w:p w14:paraId="527862B6" w14:textId="77777777" w:rsidR="00282790" w:rsidRDefault="00000000">
      <w:r>
        <w:t xml:space="preserve">O'Neil reclined in his chair, lost in thought. After a brief moment, he turned to Briggs and Marcus. "I need the entire police female database searched, including all female military personnel in New South Wales. We need a list of potential candidates," he instructed. </w:t>
      </w:r>
    </w:p>
    <w:p w14:paraId="6F6FB6CF" w14:textId="77777777" w:rsidR="00282790" w:rsidRDefault="00000000">
      <w:r>
        <w:t xml:space="preserve">"Briggs, I require a detailed risk assessment and a plan of action for our operation in the field. We must consider all potential contingencies to ensure Jill's safety. Compile a list of necessary equipment and any additional support we may need on the ground," O'Neil continued. </w:t>
      </w:r>
    </w:p>
    <w:p w14:paraId="2BC5031C" w14:textId="77777777" w:rsidR="00282790" w:rsidRDefault="00000000">
      <w:r>
        <w:t xml:space="preserve">"Sir," replied Briggs, rising from his seat and heading to the desk where their computers were set up to begin the search. "Hartley, please draft a brief outlining our plan and I will present it to the Superintendent. I need it within the next three hours," O'Neil said firmly. </w:t>
      </w:r>
    </w:p>
    <w:p w14:paraId="40150FD4" w14:textId="77777777" w:rsidR="00282790" w:rsidRDefault="00000000">
      <w:r>
        <w:t xml:space="preserve">Hartley nodded and left the room, making her way back to her office to get started. </w:t>
      </w:r>
    </w:p>
    <w:p w14:paraId="030D1CE0" w14:textId="77777777" w:rsidR="00282790" w:rsidRDefault="00000000">
      <w:r>
        <w:t xml:space="preserve">Marcus turned to O'Neil, awaiting further instructions. </w:t>
      </w:r>
    </w:p>
    <w:p w14:paraId="29195D39" w14:textId="77777777" w:rsidR="00282790" w:rsidRDefault="00000000">
      <w:r>
        <w:t xml:space="preserve">"Provide me with a list of field equipment, microphones, and tracking monitors. Also, assist Briggs in compiling our list of potential candidates for Jill," O'Neil stated. </w:t>
      </w:r>
    </w:p>
    <w:p w14:paraId="4D1A0EC1" w14:textId="77777777" w:rsidR="00282790" w:rsidRDefault="00000000">
      <w:r>
        <w:t xml:space="preserve">"Why are you calling her Jill?" Marcus inquired, before realizing the hidden meaning behind the names "Jack and Jill." O'Neil stood up. </w:t>
      </w:r>
    </w:p>
    <w:p w14:paraId="7BB4D1AF" w14:textId="77777777" w:rsidR="00282790" w:rsidRDefault="00000000">
      <w:r>
        <w:t>"Three hours." he reminded them before exiting the room.</w:t>
      </w:r>
    </w:p>
    <w:p w14:paraId="62DD2307" w14:textId="77777777" w:rsidR="00282790" w:rsidRDefault="00000000">
      <w:r>
        <w:br/>
      </w:r>
    </w:p>
    <w:p w14:paraId="5895B881" w14:textId="77777777" w:rsidR="00282790" w:rsidRDefault="00282790"/>
    <w:p w14:paraId="02D41B76" w14:textId="77777777" w:rsidR="00282790" w:rsidRDefault="00000000">
      <w:r>
        <w:br/>
      </w:r>
    </w:p>
    <w:p w14:paraId="1E2E353E" w14:textId="77777777" w:rsidR="00282790" w:rsidRDefault="00282790"/>
    <w:p w14:paraId="6DBD47EA" w14:textId="77777777" w:rsidR="00282790" w:rsidRDefault="00282790"/>
    <w:p w14:paraId="117CDC4A" w14:textId="77777777" w:rsidR="00282790" w:rsidRDefault="00000000">
      <w:r>
        <w:br/>
      </w:r>
      <w:r>
        <w:br/>
      </w:r>
      <w:r>
        <w:br/>
      </w:r>
      <w:r>
        <w:lastRenderedPageBreak/>
        <w:br/>
      </w:r>
      <w:r>
        <w:br/>
      </w:r>
    </w:p>
    <w:p w14:paraId="7E1BB528" w14:textId="77777777" w:rsidR="00282790" w:rsidRDefault="00282790"/>
    <w:p w14:paraId="0801BB2B" w14:textId="77777777" w:rsidR="00282790" w:rsidRDefault="00000000">
      <w:r>
        <w:br/>
      </w:r>
      <w:r>
        <w:br/>
      </w:r>
    </w:p>
    <w:p w14:paraId="45760902" w14:textId="77777777" w:rsidR="00282790" w:rsidRDefault="00000000">
      <w:r>
        <w:t xml:space="preserve">Three more weeks had gone by, leaving only fourteen days until the due date. Life had settled into a routine for David. He worked shifts at the Portland Police and would come and go at different hours of the day and night. Their time together had become scarce, with only a few hours a day to connect before he went to bed while she was just waking up, and vice versa. </w:t>
      </w:r>
    </w:p>
    <w:p w14:paraId="5C4467E5" w14:textId="77777777" w:rsidR="00282790" w:rsidRDefault="00000000">
      <w:r>
        <w:br/>
      </w:r>
    </w:p>
    <w:p w14:paraId="475291AF" w14:textId="77777777" w:rsidR="00282790" w:rsidRDefault="00000000">
      <w:r>
        <w:t xml:space="preserve">Susan's days were mostly spent at home, tending to household chores, reorganizing, and creating a cozy environment for their first child. Although most days were manageable, there were days like today where her body ached from head to toe - her back, legs, feet, and head all throbbing in unison. </w:t>
      </w:r>
    </w:p>
    <w:p w14:paraId="45ABCA14" w14:textId="77777777" w:rsidR="00282790" w:rsidRDefault="00000000">
      <w:r>
        <w:br/>
      </w:r>
    </w:p>
    <w:p w14:paraId="6A74437F" w14:textId="77777777" w:rsidR="00282790" w:rsidRDefault="00000000">
      <w:r>
        <w:t>On such days, Susan would gather all her pillows and indulge in comfort food like a variety of jellybeans, gherkin dip, crackers and pork rind.</w:t>
      </w:r>
    </w:p>
    <w:p w14:paraId="094E3E00" w14:textId="77777777" w:rsidR="00282790" w:rsidRDefault="00000000">
      <w:r>
        <w:br/>
      </w:r>
    </w:p>
    <w:p w14:paraId="19AD37D4" w14:textId="77777777" w:rsidR="00282790" w:rsidRDefault="00000000">
      <w:r>
        <w:t xml:space="preserve">The phone rang next to her, she quickly picked it up and answered. </w:t>
      </w:r>
    </w:p>
    <w:p w14:paraId="254391D7" w14:textId="77777777" w:rsidR="00282790" w:rsidRDefault="00000000">
      <w:r>
        <w:t xml:space="preserve">On the other end of the line was a familiar voice, "Hello Susan, it's Jenny, Cooper's partner. We met at the barbecue last week." </w:t>
      </w:r>
    </w:p>
    <w:p w14:paraId="2C3EA612" w14:textId="77777777" w:rsidR="00282790" w:rsidRDefault="00000000">
      <w:r>
        <w:t xml:space="preserve">Susan had to jog her memory to recall the barbecue David had taken her to. Cooper, who was Stephen Cooper, was David's colleague at the Portland Police Station. For the first 6 months, David was under Stephen's wing, getting the full rundown of the station and adjusting to life in Portland. </w:t>
      </w:r>
    </w:p>
    <w:p w14:paraId="7A75C685" w14:textId="77777777" w:rsidR="00282790" w:rsidRDefault="00000000">
      <w:r>
        <w:t xml:space="preserve">Susan couldn't forget Jenny - a tall, brown-haired woman with a generous figure. Her slight plumpness only added to the charm of her American accent. She told Susan how she met Stephen four years ago while traveling in Australia and never left after falling in love. </w:t>
      </w:r>
      <w:r>
        <w:lastRenderedPageBreak/>
        <w:t xml:space="preserve">Although they now have two children, they still haven't tied the knot. Jenny admitted that she wasn't a fan of marriage, but maybe one day she would change her mind. </w:t>
      </w:r>
    </w:p>
    <w:p w14:paraId="134DCF2F" w14:textId="77777777" w:rsidR="00282790" w:rsidRDefault="00000000">
      <w:r>
        <w:br/>
      </w:r>
    </w:p>
    <w:p w14:paraId="2B120316" w14:textId="77777777" w:rsidR="00282790" w:rsidRDefault="00000000">
      <w:r>
        <w:t xml:space="preserve">As Susan thought back to the barbecue, she remembered how all the officers came together to support each other. It was a special bond they shared, given the nature of their job and the dangers they faced every day. These gatherings were a way for them to debrief and connect socially. It was a beautiful way for them to feel a sense of camaraderie and support each other. </w:t>
      </w:r>
    </w:p>
    <w:p w14:paraId="6D0D21A1" w14:textId="77777777" w:rsidR="00282790" w:rsidRDefault="00000000">
      <w:r>
        <w:br/>
      </w:r>
    </w:p>
    <w:p w14:paraId="2BD017FF" w14:textId="77777777" w:rsidR="00282790" w:rsidRDefault="00000000">
      <w:r>
        <w:t>"Hello Jenny," Susan replied.</w:t>
      </w:r>
    </w:p>
    <w:p w14:paraId="69356AE0" w14:textId="77777777" w:rsidR="00282790" w:rsidRDefault="00000000">
      <w:r>
        <w:br/>
      </w:r>
    </w:p>
    <w:p w14:paraId="4151FA07" w14:textId="77777777" w:rsidR="00282790" w:rsidRDefault="00000000">
      <w:r>
        <w:t xml:space="preserve">Jenny called to invite Susan to a girls' pampering evening. Since they all like to take a break from the boys once in a while, they thought it would be nice to include Susan, especially since she only has a couple of weeks left before becoming a mother. </w:t>
      </w:r>
    </w:p>
    <w:p w14:paraId="00F1B28B" w14:textId="77777777" w:rsidR="00282790" w:rsidRDefault="00000000">
      <w:r>
        <w:t xml:space="preserve">"We usually gather at Churo's around 5:30 in the evening for some indulgent chocolate. Then we have a foot spa and pedicure at 6:30, followed by dinner and drinks at Kennards food &amp; bistro at 8pm. It's a great way to unwind and have some fun," Jenny explained. </w:t>
      </w:r>
    </w:p>
    <w:p w14:paraId="535B235C" w14:textId="77777777" w:rsidR="00282790" w:rsidRDefault="00000000">
      <w:r>
        <w:br/>
      </w:r>
    </w:p>
    <w:p w14:paraId="6A686859" w14:textId="77777777" w:rsidR="00282790" w:rsidRDefault="00000000">
      <w:r>
        <w:t xml:space="preserve">Susan eagerly accepted the invitation, feeling trapped, bloated, and confined to her home. She had forgotten what it's like to be out in the real world. </w:t>
      </w:r>
    </w:p>
    <w:p w14:paraId="4278012A" w14:textId="77777777" w:rsidR="00282790" w:rsidRDefault="00000000">
      <w:r>
        <w:t xml:space="preserve">"That sounds amazing, Jenny. I can't wait to join you all. It will be a nice change of scenery for me," Susan replied. </w:t>
      </w:r>
    </w:p>
    <w:p w14:paraId="10D17224" w14:textId="77777777" w:rsidR="00282790" w:rsidRDefault="00000000">
      <w:r>
        <w:br/>
      </w:r>
    </w:p>
    <w:p w14:paraId="4E14864D" w14:textId="77777777" w:rsidR="00282790" w:rsidRDefault="00000000">
      <w:r>
        <w:t xml:space="preserve">"Great! I'll text you all the details in an hour. We'll be going out this Saturday night. If you have any questions before then, just give me a call. Otherwise, we'll see you on Saturday. Bye, Susan!" Jenny said cheerfully. </w:t>
      </w:r>
    </w:p>
    <w:p w14:paraId="04710CCC" w14:textId="77777777" w:rsidR="00282790" w:rsidRDefault="00000000">
      <w:r>
        <w:br/>
      </w:r>
    </w:p>
    <w:p w14:paraId="000492E7" w14:textId="77777777" w:rsidR="00282790" w:rsidRDefault="00000000">
      <w:r>
        <w:t>"Thank you so much, Jenny. Bye for now," Susan said before hanging up.</w:t>
      </w:r>
    </w:p>
    <w:p w14:paraId="4A846283" w14:textId="77777777" w:rsidR="00282790" w:rsidRDefault="00000000">
      <w:r>
        <w:lastRenderedPageBreak/>
        <w:br/>
      </w:r>
    </w:p>
    <w:p w14:paraId="53C41714" w14:textId="77777777" w:rsidR="00282790" w:rsidRDefault="00000000">
      <w:r>
        <w:t xml:space="preserve">Susan was roused from her slumber by the gentle touch of David's lips on her forehead. She glanced at the digital clock and saw that it was 10:27 PM. </w:t>
      </w:r>
    </w:p>
    <w:p w14:paraId="24B639A7" w14:textId="77777777" w:rsidR="00282790" w:rsidRDefault="00000000">
      <w:r>
        <w:t xml:space="preserve">"One of those days," David asked, taking in the array of comfort food laid out on the coffee table. He sat at the end of the couch, gently lifting her legs and massaging her tired feet. </w:t>
      </w:r>
    </w:p>
    <w:p w14:paraId="7DCE77E8" w14:textId="77777777" w:rsidR="00282790" w:rsidRDefault="00000000">
      <w:r>
        <w:t xml:space="preserve">Susan let out a contented sigh and closed her eyes once again. </w:t>
      </w:r>
    </w:p>
    <w:p w14:paraId="74DB00FB" w14:textId="77777777" w:rsidR="00282790" w:rsidRDefault="00000000">
      <w:r>
        <w:t xml:space="preserve">"This growing human inside me is causing so much discomfort and fatigue today. I couldn't bring myself to do anything," she said with her eyes closed, relishing the foot rub. </w:t>
      </w:r>
    </w:p>
    <w:p w14:paraId="10C18736" w14:textId="77777777" w:rsidR="00282790" w:rsidRDefault="00000000">
      <w:r>
        <w:t xml:space="preserve">David's grin widened. "Hang in there, sweetheart. I spoke to my supervisor, O'Neil, and he approved ten days of maternity leave for me, starting from the day of the birth. Everyone is as excited for the big day as we are. I'm glad we chose to be here, where we have such amazing support." </w:t>
      </w:r>
    </w:p>
    <w:p w14:paraId="6B6CD6FD" w14:textId="77777777" w:rsidR="00282790" w:rsidRDefault="00000000">
      <w:r>
        <w:t xml:space="preserve">"Mmm," Susan replied sleepily. </w:t>
      </w:r>
    </w:p>
    <w:p w14:paraId="4980A6D7" w14:textId="77777777" w:rsidR="00282790" w:rsidRDefault="00000000">
      <w:r>
        <w:t xml:space="preserve">"Before I forget and drift off again, Jenny, Stephen's partner, called and invited me out for a night of pampering this Saturday. I said yes," </w:t>
      </w:r>
    </w:p>
    <w:p w14:paraId="678D548E" w14:textId="77777777" w:rsidR="00282790" w:rsidRDefault="00000000">
      <w:r>
        <w:t>"That's wonderful, honey. I'm glad they reached out to you. Now, come on, let me help you to bed," David said as he stood up and extended his hand to help Susan up. As soon as her head hit the pillow, David could tell that she had drifted off to sleep.</w:t>
      </w:r>
    </w:p>
    <w:p w14:paraId="33F1AC3F" w14:textId="77777777" w:rsidR="00282790" w:rsidRDefault="00000000">
      <w:r>
        <w:br/>
      </w:r>
      <w:r>
        <w:br/>
        <w:t>**********</w:t>
      </w:r>
    </w:p>
    <w:p w14:paraId="5969AC80" w14:textId="77777777" w:rsidR="00282790" w:rsidRDefault="00282790"/>
    <w:p w14:paraId="460B8C82" w14:textId="77777777" w:rsidR="00282790" w:rsidRDefault="00000000">
      <w:r>
        <w:br/>
      </w:r>
    </w:p>
    <w:p w14:paraId="441A212E" w14:textId="77777777" w:rsidR="00282790" w:rsidRDefault="00000000">
      <w:r>
        <w:t xml:space="preserve">David arrived at work and immediately noticed a handful of unfamiliar faces milling about. As he sat in the break room, Stephen strolled in and began brewing a cup of coffee. They still had ten minutes before their shift started at 11am. </w:t>
      </w:r>
    </w:p>
    <w:p w14:paraId="3977C644" w14:textId="77777777" w:rsidR="00282790" w:rsidRDefault="00000000">
      <w:r>
        <w:t xml:space="preserve">"What's with all the new women in the station?" David inquired, taking a seat as a third woman walked by. "And why do they all bear a striking resemblance, almost like sisters?" "I overheard that they're on the lookout for a specific female for some covert operation they're planning," Stephen replied. </w:t>
      </w:r>
    </w:p>
    <w:p w14:paraId="42FDEF67" w14:textId="77777777" w:rsidR="00282790" w:rsidRDefault="00000000">
      <w:r>
        <w:lastRenderedPageBreak/>
        <w:t xml:space="preserve">"Every time one of them passes by, I mistake her for Susan, except for the blonde hair and all. I almost stopped one of them thinking it was Susan" David noted. "Ah, I see what you mean," Stephen nodded, joining David at the table. </w:t>
      </w:r>
    </w:p>
    <w:p w14:paraId="22D60DF3" w14:textId="77777777" w:rsidR="00282790" w:rsidRDefault="00000000">
      <w:r>
        <w:t>"All I know is that it's a highly confidential matter. They were brought into town in a van with completely tinted windows, so no one could get a glimpse of them. They're not allowed to leave the station or have any direct contact with outsiders. And when their task is done, they'll leave in the same untraceable manner," Stephen divulged. "They're also bringing in some extra help for whatever they're scheming. Are you ready for the day?" Stephen asked, rising from the table and adjusting his police belt. "Lead the way," David replied, standing up and following Stephen out.</w:t>
      </w:r>
    </w:p>
    <w:p w14:paraId="08E1DA5A" w14:textId="77777777" w:rsidR="00282790" w:rsidRDefault="00000000">
      <w:r>
        <w:br/>
      </w:r>
      <w:r>
        <w:br/>
        <w:t>**********</w:t>
      </w:r>
    </w:p>
    <w:p w14:paraId="5B827593" w14:textId="77777777" w:rsidR="00282790" w:rsidRDefault="00282790"/>
    <w:p w14:paraId="36E58229" w14:textId="77777777" w:rsidR="00282790" w:rsidRDefault="00000000">
      <w:r>
        <w:br/>
      </w:r>
    </w:p>
    <w:p w14:paraId="1DBF3F1B" w14:textId="77777777" w:rsidR="00282790" w:rsidRDefault="00000000">
      <w:r>
        <w:t xml:space="preserve">O'Neil remained seated at his desk in Room three while observing Hartley conversing with the six female candidates. Briggs and Marcus had successfully gathered this group in a short period of time, thanks to a few calls and assistance from the Superintendent. </w:t>
      </w:r>
    </w:p>
    <w:p w14:paraId="4CE4AAFA" w14:textId="77777777" w:rsidR="00282790" w:rsidRDefault="00000000">
      <w:r>
        <w:t xml:space="preserve">They had convinced four other police stations and two military bases in New South Wales to release their officers at short notice, without disclosing any details except the fact that it involved capturing a significant person of interest. </w:t>
      </w:r>
    </w:p>
    <w:p w14:paraId="7B800D30" w14:textId="77777777" w:rsidR="00282790" w:rsidRDefault="00000000">
      <w:r>
        <w:t>The female officers were left completely in the dark and unaware of the assignment, even as they drove into Portland. However, now they were all lined up facing Hartley, who stood in front of the two boards displaying the nine victims in various positions. These victims had all been brutally murdered by the notorious serial killer, Jack.</w:t>
      </w:r>
    </w:p>
    <w:p w14:paraId="7A86D881" w14:textId="77777777" w:rsidR="00282790" w:rsidRDefault="00000000">
      <w:r>
        <w:br/>
      </w:r>
    </w:p>
    <w:p w14:paraId="222CC6A0" w14:textId="77777777" w:rsidR="00282790" w:rsidRDefault="00000000">
      <w:r>
        <w:t xml:space="preserve">Each woman sat with stoic expressions, fully engrossed in Hartley's words. No one had posed any questions yet. </w:t>
      </w:r>
    </w:p>
    <w:p w14:paraId="2ACCA20C" w14:textId="77777777" w:rsidR="00282790" w:rsidRDefault="00000000">
      <w:r>
        <w:t xml:space="preserve">"The obvious quality that each of you possesses cannot be ignored - your femininity, height of five-foot seven to eleven inches, blonde hair, and slender frames create an uncanny resemblance, almost as if you were sisters or close cousins," Hartley remarked. </w:t>
      </w:r>
    </w:p>
    <w:p w14:paraId="07716980" w14:textId="77777777" w:rsidR="00282790" w:rsidRDefault="00000000">
      <w:r>
        <w:t xml:space="preserve">"As you can see behind me, there are nine female victims who share the same traits as you - five-foot seven to eleven inches tall, blonde, and slim. It's as if they could be related," Hartley continued. </w:t>
      </w:r>
    </w:p>
    <w:p w14:paraId="24E8FD63" w14:textId="77777777" w:rsidR="00282790" w:rsidRDefault="00000000">
      <w:r>
        <w:lastRenderedPageBreak/>
        <w:t xml:space="preserve">"What the media failed to report is that Portland has been plagued by a serial killer for the past thirteen years, targeting women with these characteristics. Each victim has been brutally mutilated, with their reproductive organs completely removed. This killer, or killers, has been dubbed Jack, reminiscent of the infamous Jack the Ripper." Hartley observed each woman's reaction closely, searching for any sign of hesitation or doubt in their ability to play the role of "Jill" in this operation. But none of them showed any such thing. </w:t>
      </w:r>
    </w:p>
    <w:p w14:paraId="194D870C" w14:textId="77777777" w:rsidR="00282790" w:rsidRDefault="00000000">
      <w:r>
        <w:t>They sat with unwavering composure, meeting Hartley's gaze with determination. It was clear to her that each woman had already realized that one of them would be chosen as bait to lure out the twisted individual responsible for these heinous crimes - and they were all willing to do whatever it takes.</w:t>
      </w:r>
    </w:p>
    <w:p w14:paraId="4E42A728" w14:textId="77777777" w:rsidR="00282790" w:rsidRDefault="00000000">
      <w:r>
        <w:br/>
      </w:r>
    </w:p>
    <w:p w14:paraId="6E139487" w14:textId="77777777" w:rsidR="00282790" w:rsidRDefault="00000000">
      <w:r>
        <w:t>Hartley distributed a vanilla folder to each of the female officers, containing a comprehensive profile of the perpetrator. This dossier was meticulously crafted based on the culmination of evidence gathered from all nine victims over the course of eight years.</w:t>
      </w:r>
    </w:p>
    <w:p w14:paraId="0035E792" w14:textId="77777777" w:rsidR="00282790" w:rsidRDefault="00000000">
      <w:r>
        <w:br/>
      </w:r>
    </w:p>
    <w:p w14:paraId="2F018E80" w14:textId="77777777" w:rsidR="00282790" w:rsidRDefault="00000000">
      <w:r>
        <w:rPr>
          <w:rFonts w:ascii="Lora" w:hAnsi="Lora"/>
        </w:rPr>
        <w:t xml:space="preserve">When they opened the vanilla folder a single white page with </w:t>
      </w:r>
      <w:r>
        <w:t>JACK</w:t>
      </w:r>
      <w:r>
        <w:rPr>
          <w:rFonts w:ascii="Lora" w:hAnsi="Lora"/>
        </w:rPr>
        <w:t xml:space="preserve"> in bold letters stood out with dot points.</w:t>
      </w:r>
    </w:p>
    <w:p w14:paraId="69C4A2C2" w14:textId="77777777" w:rsidR="00282790" w:rsidRDefault="00000000">
      <w:r>
        <w:br/>
      </w:r>
    </w:p>
    <w:p w14:paraId="37A4E809" w14:textId="77777777" w:rsidR="00282790" w:rsidRDefault="00000000">
      <w:r>
        <w:rPr>
          <w:rFonts w:ascii="Lora" w:hAnsi="Lora"/>
          <w:b/>
        </w:rPr>
        <w:t>Jack:</w:t>
      </w:r>
    </w:p>
    <w:p w14:paraId="4C6668E7" w14:textId="77777777" w:rsidR="00282790" w:rsidRDefault="00000000">
      <w:r>
        <w:br/>
      </w:r>
    </w:p>
    <w:p w14:paraId="0FD33246" w14:textId="77777777" w:rsidR="00282790" w:rsidRDefault="00000000">
      <w:pPr>
        <w:pStyle w:val="ListBullet"/>
      </w:pPr>
      <w:r>
        <w:t>Caucasian</w:t>
      </w:r>
    </w:p>
    <w:p w14:paraId="343C5E6E" w14:textId="77777777" w:rsidR="00282790" w:rsidRDefault="00000000">
      <w:pPr>
        <w:pStyle w:val="ListBullet"/>
      </w:pPr>
      <w:r>
        <w:t>Approx. 30 - 45 years of age</w:t>
      </w:r>
    </w:p>
    <w:p w14:paraId="0AFF61E1" w14:textId="77777777" w:rsidR="00282790" w:rsidRDefault="00000000">
      <w:pPr>
        <w:pStyle w:val="ListBullet"/>
      </w:pPr>
      <w:r>
        <w:t>Strong athletic build</w:t>
      </w:r>
    </w:p>
    <w:p w14:paraId="025AA5E5" w14:textId="77777777" w:rsidR="00282790" w:rsidRDefault="00000000">
      <w:pPr>
        <w:pStyle w:val="ListBullet"/>
      </w:pPr>
      <w:r>
        <w:t>Non-smoker</w:t>
      </w:r>
    </w:p>
    <w:p w14:paraId="6A9AFBA9" w14:textId="77777777" w:rsidR="00282790" w:rsidRDefault="00000000">
      <w:pPr>
        <w:pStyle w:val="ListBullet"/>
      </w:pPr>
      <w:r>
        <w:t>Medical training or knowledge of</w:t>
      </w:r>
    </w:p>
    <w:p w14:paraId="56B56873" w14:textId="77777777" w:rsidR="00282790" w:rsidRDefault="00000000">
      <w:pPr>
        <w:pStyle w:val="ListBullet"/>
      </w:pPr>
      <w:r>
        <w:t>Unlikely to have any alcohol or other drug abuse issues</w:t>
      </w:r>
    </w:p>
    <w:p w14:paraId="0874DD65" w14:textId="77777777" w:rsidR="00282790" w:rsidRDefault="00000000">
      <w:pPr>
        <w:pStyle w:val="ListBullet"/>
      </w:pPr>
      <w:r>
        <w:t>Meticulous in self grooming and personal hygiene, personal appearance</w:t>
      </w:r>
    </w:p>
    <w:p w14:paraId="065E2876" w14:textId="77777777" w:rsidR="00282790" w:rsidRDefault="00000000">
      <w:pPr>
        <w:pStyle w:val="ListBullet"/>
      </w:pPr>
      <w:r>
        <w:t>Methodological</w:t>
      </w:r>
    </w:p>
    <w:p w14:paraId="6542F641" w14:textId="77777777" w:rsidR="00282790" w:rsidRDefault="00000000">
      <w:pPr>
        <w:pStyle w:val="ListBullet"/>
      </w:pPr>
      <w:r>
        <w:t>Power/control oriented</w:t>
      </w:r>
    </w:p>
    <w:p w14:paraId="54EE0F14" w14:textId="77777777" w:rsidR="00282790" w:rsidRDefault="00000000">
      <w:pPr>
        <w:pStyle w:val="ListBullet"/>
      </w:pPr>
      <w:r>
        <w:t>Strict creature of habit, routine in all aspects of day to day routine</w:t>
      </w:r>
    </w:p>
    <w:p w14:paraId="4BC54895" w14:textId="77777777" w:rsidR="00282790" w:rsidRDefault="00000000">
      <w:pPr>
        <w:pStyle w:val="ListBullet"/>
      </w:pPr>
      <w:r>
        <w:t>Possible OCD habits in every day routines</w:t>
      </w:r>
    </w:p>
    <w:p w14:paraId="6A7E5F8E" w14:textId="77777777" w:rsidR="00282790" w:rsidRDefault="00000000">
      <w:pPr>
        <w:pStyle w:val="ListBullet"/>
      </w:pPr>
      <w:r>
        <w:lastRenderedPageBreak/>
        <w:t>Charming, easy going, friendly</w:t>
      </w:r>
    </w:p>
    <w:p w14:paraId="0D24CC37" w14:textId="77777777" w:rsidR="00282790" w:rsidRDefault="00000000">
      <w:pPr>
        <w:pStyle w:val="ListBullet"/>
      </w:pPr>
      <w:r>
        <w:t>Will avoid conflict to remain unnoticed</w:t>
      </w:r>
    </w:p>
    <w:p w14:paraId="57BB1699" w14:textId="77777777" w:rsidR="00282790" w:rsidRDefault="00000000">
      <w:pPr>
        <w:pStyle w:val="ListBullet"/>
      </w:pPr>
      <w:r>
        <w:t>Predator. Fearless.</w:t>
      </w:r>
    </w:p>
    <w:p w14:paraId="3F5EC366" w14:textId="77777777" w:rsidR="00282790" w:rsidRDefault="00282790"/>
    <w:p w14:paraId="317AF566" w14:textId="77777777" w:rsidR="00282790" w:rsidRDefault="00000000">
      <w:r>
        <w:t xml:space="preserve">"The initial page presents the key points I urge you to contemplate upon encountering this individual in a bustling setting. This overview has the potential to safeguard your well-being by committing these essential traits of Jack to memory and weeding out other males with whom you may interact." </w:t>
      </w:r>
    </w:p>
    <w:p w14:paraId="55251F9F" w14:textId="77777777" w:rsidR="00282790" w:rsidRDefault="00000000">
      <w:r>
        <w:br/>
      </w:r>
    </w:p>
    <w:p w14:paraId="0C3B013D" w14:textId="77777777" w:rsidR="00282790" w:rsidRDefault="00000000">
      <w:r>
        <w:t xml:space="preserve">"This person exudes high levels of self-assurance, coupled with an effortless charm. It is likely that he will always take charge of where and when he meets someone, controlling the conversation and social interactions. In many ways, he embodies the ideal of a woman's attachment to a confident, poised, and intelligent male who appears flawless and blends seamlessly into a crowd," explained Hartley. </w:t>
      </w:r>
    </w:p>
    <w:p w14:paraId="4EAB38E8" w14:textId="77777777" w:rsidR="00282790" w:rsidRDefault="00000000">
      <w:r>
        <w:br/>
      </w:r>
    </w:p>
    <w:p w14:paraId="19B2FB85" w14:textId="77777777" w:rsidR="00282790" w:rsidRDefault="00000000">
      <w:r>
        <w:t>"This man will exude confidence, yet remain humble. He will pay close attention to every aspect of you, listening intently to every word you utter and acknowledging both your verbal and non-verbal cues. He will remember every detail and adapt to make you feel like the center of his world. He will likely laugh, touch, and praise your every achievement, and you may even see him as the perfect father figure for your future children," added Hartley.</w:t>
      </w:r>
    </w:p>
    <w:p w14:paraId="0267CBA0" w14:textId="77777777" w:rsidR="00282790" w:rsidRDefault="00000000">
      <w:r>
        <w:br/>
      </w:r>
    </w:p>
    <w:p w14:paraId="62FB7657" w14:textId="77777777" w:rsidR="00282790" w:rsidRDefault="00000000">
      <w:r>
        <w:t xml:space="preserve">"Jack has successfully taken the lives of nine women in Portland, expertly covering his tracks without leaving a single shred of evidence. His flawless technique displays his superior intelligence, unwavering determination, and unwavering commitment to his crimes," stated Hartley. </w:t>
      </w:r>
    </w:p>
    <w:p w14:paraId="63F7D0CE" w14:textId="77777777" w:rsidR="00282790" w:rsidRDefault="00000000">
      <w:r>
        <w:t xml:space="preserve">As one of the women in the room raised her hand, Hartley acknowledged her with a nod. "I believe I speak for all of us when I say, when can I join?" the woman exclaimed. </w:t>
      </w:r>
    </w:p>
    <w:p w14:paraId="35126094" w14:textId="77777777" w:rsidR="00282790" w:rsidRDefault="00000000">
      <w:r>
        <w:t>Hartley turned to O'Neil, who motioned for her to come closer. "Excuse me for a moment. Please take the time to stand and become acquainted with the victims on the board," Hartley announced to the group before walking over to O'Neil.</w:t>
      </w:r>
    </w:p>
    <w:p w14:paraId="1D0FDD44" w14:textId="77777777" w:rsidR="00282790" w:rsidRDefault="00000000">
      <w:r>
        <w:br/>
      </w:r>
    </w:p>
    <w:p w14:paraId="04A848D5" w14:textId="77777777" w:rsidR="00282790" w:rsidRDefault="00000000">
      <w:r>
        <w:lastRenderedPageBreak/>
        <w:t xml:space="preserve">O'Neil motioned for Hartley to take a seat across from him, observing as the six officers stood and made their way towards the board. </w:t>
      </w:r>
    </w:p>
    <w:p w14:paraId="46FEBFA9" w14:textId="77777777" w:rsidR="00282790" w:rsidRDefault="00000000">
      <w:r>
        <w:t xml:space="preserve">"What are your thoughts?" O'Neil inquired of Hartley. </w:t>
      </w:r>
    </w:p>
    <w:p w14:paraId="360B9DA6" w14:textId="77777777" w:rsidR="00282790" w:rsidRDefault="00000000">
      <w:r>
        <w:t xml:space="preserve">"I've thoroughly reviewed the files of each officer and delved further into their social media accounts, videos, comments, likes, and dislikes. Based on my findings, I have identified two potential candidates," responded Hartley. </w:t>
      </w:r>
    </w:p>
    <w:p w14:paraId="76ABA851" w14:textId="77777777" w:rsidR="00282790" w:rsidRDefault="00000000">
      <w:r>
        <w:t xml:space="preserve">"While each of these women is undoubtedly qualified for the job, I wanted to delve deeper into their personalities. Are they too assertive, controlling, socially awkward, or potentially disempowering when interacting with men? I wanted to identify any traits that may raise red flags for Jack or make him hesitant to engage with them." </w:t>
      </w:r>
    </w:p>
    <w:p w14:paraId="3265226A" w14:textId="77777777" w:rsidR="00282790" w:rsidRDefault="00000000">
      <w:r>
        <w:br/>
      </w:r>
    </w:p>
    <w:p w14:paraId="6CE60111" w14:textId="77777777" w:rsidR="00282790" w:rsidRDefault="00000000">
      <w:r>
        <w:t>"Our goal is to coax Jack out of hiding, to make him feel at ease and in control. However, we also need a level-headed woman who will not come across as overly inquisitive, making Jack feel interrogated. She should also possess a certain charm and innocence, giving Jack the illusion of power and control," explained Hartley.</w:t>
      </w:r>
    </w:p>
    <w:p w14:paraId="4EC3CABB" w14:textId="77777777" w:rsidR="00282790" w:rsidRDefault="00000000">
      <w:r>
        <w:br/>
        <w:t>"It's Wednesday now. I want Jill up and ready to be on the street Saturday night so that gives you, Marcus and Briggs three days to prep Jill and to be out Saturday night. You'll need to a cover story. It's been almost four weeks since Emma's murder so the cover story will need to include why Jill has shown up in Portland? single, no known connections. It needs to be a job where she travels. Perhaps stay for a year before moving on." O'Neil said.</w:t>
      </w:r>
    </w:p>
    <w:p w14:paraId="484554F4" w14:textId="77777777" w:rsidR="00282790" w:rsidRDefault="00282790"/>
    <w:p w14:paraId="26D8F97F" w14:textId="77777777" w:rsidR="00282790" w:rsidRDefault="00000000">
      <w:r>
        <w:rPr>
          <w:rFonts w:ascii="Lora" w:hAnsi="Lora"/>
        </w:rPr>
        <w:t>Hartley moved back to the group of women. She had decided which person to choose and O'Neil watched as she spoke to that individual before shaking the hands of the remaining officer and the other five left the room. O'Neil knew they would all return to the office where they had taken off their various wigs, glasses and hats to don them on again before walking outside to the carpark and into the van.</w:t>
      </w:r>
    </w:p>
    <w:p w14:paraId="6CE84358" w14:textId="77777777" w:rsidR="00282790" w:rsidRDefault="00000000">
      <w:r>
        <w:rPr>
          <w:rFonts w:ascii="Lora" w:hAnsi="Lora"/>
        </w:rPr>
        <w:t>While it was only a short 20 meter walk from the back door to the van, O'Neil was taking no chances in even the most remote likelihood the killer would be driving past at that exact moment and see five almost identical Emma's stepping into a van. Each female officer was instructed to walk out twenty minutes apart to get into the van and driven in different directions.</w:t>
      </w:r>
    </w:p>
    <w:p w14:paraId="256C6861" w14:textId="77777777" w:rsidR="00282790" w:rsidRDefault="00000000">
      <w:r>
        <w:br/>
        <w:t>***********</w:t>
      </w:r>
    </w:p>
    <w:p w14:paraId="4AED09CF" w14:textId="77777777" w:rsidR="00282790" w:rsidRDefault="00282790"/>
    <w:p w14:paraId="029E295D" w14:textId="77777777" w:rsidR="00282790" w:rsidRDefault="00000000">
      <w:r>
        <w:br/>
      </w:r>
    </w:p>
    <w:p w14:paraId="08A57C20" w14:textId="77777777" w:rsidR="00282790" w:rsidRDefault="00000000">
      <w:r>
        <w:t xml:space="preserve">Susan had been anxiously anticipating Saturday, spending the last three hours primping and preparing. As she stood in front of her closet, she struggled to choose an outfit, feeling self-conscious and bloated. But she knew she needed to look her best for this rare night out with other women, where she could indulge in chocolate, pampering, and music - a luxury she hadn't experienced since becoming pregnant. </w:t>
      </w:r>
    </w:p>
    <w:p w14:paraId="4F9798F7" w14:textId="77777777" w:rsidR="00282790" w:rsidRDefault="00000000">
      <w:r>
        <w:br/>
      </w:r>
    </w:p>
    <w:p w14:paraId="05D41530" w14:textId="77777777" w:rsidR="00282790" w:rsidRDefault="00000000">
      <w:r>
        <w:t xml:space="preserve">Her husband David was still at work and wouldn't be home until 7:30pm. Knowing he would come home and fill up on chips and beer before heading to bed, Susan had left a meal in the fridge for him. </w:t>
      </w:r>
    </w:p>
    <w:p w14:paraId="343D9859" w14:textId="77777777" w:rsidR="00282790" w:rsidRDefault="00000000">
      <w:r>
        <w:br/>
      </w:r>
    </w:p>
    <w:p w14:paraId="3A0A53DE" w14:textId="77777777" w:rsidR="00282790" w:rsidRDefault="00000000">
      <w:r>
        <w:t xml:space="preserve">At 5:10pm, Susan heard the sound of a car horn outside, signaling the arrival of the taxi she had called. As she looked out the window, she saw the driver waiting for her. She signaled that she would be right down and slowly made her way to the door, grabbing her handbag on the way. As she waddled towards the door, she couldn't help but think about how difficult it was to move around these days. </w:t>
      </w:r>
    </w:p>
    <w:p w14:paraId="394034B4" w14:textId="77777777" w:rsidR="00282790" w:rsidRDefault="00000000">
      <w:r>
        <w:br/>
      </w:r>
    </w:p>
    <w:p w14:paraId="6F32BB0C" w14:textId="77777777" w:rsidR="00282790" w:rsidRDefault="00000000">
      <w:r>
        <w:t xml:space="preserve">The taxi driver, initially seeming impatient, quickly understood the reason for the delay and got out of his car to hold the passenger door open for Susan. Once she was settled in the car, he patiently helped her buckle her seatbelt, noticing her struggle. </w:t>
      </w:r>
    </w:p>
    <w:p w14:paraId="083EBD83" w14:textId="77777777" w:rsidR="00282790" w:rsidRDefault="00000000">
      <w:r>
        <w:t xml:space="preserve">"Are you almost there?" the driver asked with a kind smile. </w:t>
      </w:r>
    </w:p>
    <w:p w14:paraId="69F911B2" w14:textId="77777777" w:rsidR="00282790" w:rsidRDefault="00000000">
      <w:r>
        <w:t xml:space="preserve">"Two more weeks," Susan replied with a sigh. </w:t>
      </w:r>
    </w:p>
    <w:p w14:paraId="1328C1F8" w14:textId="77777777" w:rsidR="00282790" w:rsidRDefault="00000000">
      <w:r>
        <w:t xml:space="preserve">"And where to tonight?" he inquired. </w:t>
      </w:r>
    </w:p>
    <w:p w14:paraId="1DA5F494" w14:textId="77777777" w:rsidR="00282790" w:rsidRDefault="00000000">
      <w:r>
        <w:t>"Churros cafe, please," Susan responded, and the taxi driver began driving towards their destination.</w:t>
      </w:r>
    </w:p>
    <w:p w14:paraId="02A48F10" w14:textId="77777777" w:rsidR="00282790" w:rsidRDefault="00000000">
      <w:r>
        <w:br/>
      </w:r>
    </w:p>
    <w:p w14:paraId="7E10FC40" w14:textId="77777777" w:rsidR="00282790" w:rsidRDefault="00000000">
      <w:r>
        <w:lastRenderedPageBreak/>
        <w:t xml:space="preserve">The cab driver pulled up directly outside Churros' and was met with a blaring horn from behind, but he seemed oblivious to it. Susan handed him the fare, prompting him to quickly exit the vehicle and rush to her door. </w:t>
      </w:r>
    </w:p>
    <w:p w14:paraId="6CAA203B" w14:textId="77777777" w:rsidR="00282790" w:rsidRDefault="00000000">
      <w:r>
        <w:t>Once again, the horn sounded behind them, but the driver paid it no mind. As Susan stepped out, she noticed a pimply-faced teenager on his red provisional license in the car behind them. Upon realizing she was pregnant, the teenager sheepishly signaled an awkward apology before Susan made her way to the front entrance.</w:t>
      </w:r>
    </w:p>
    <w:p w14:paraId="55A36773" w14:textId="77777777" w:rsidR="00282790" w:rsidRDefault="00000000">
      <w:r>
        <w:br/>
      </w:r>
    </w:p>
    <w:p w14:paraId="78C495E5" w14:textId="77777777" w:rsidR="00282790" w:rsidRDefault="00000000">
      <w:r>
        <w:t xml:space="preserve">Susan's ears perked up as she caught sight of Jenny and a trio of other women clamoring for her attention, calling out her name. Her heart warmed as she made her way towards them, placing a gentle hand on the small of her back and mustering a smile. </w:t>
      </w:r>
    </w:p>
    <w:p w14:paraId="28B75A58" w14:textId="77777777" w:rsidR="00282790" w:rsidRDefault="00000000">
      <w:r>
        <w:t xml:space="preserve">"Jenny, it's so good to see you," she greeted. </w:t>
      </w:r>
    </w:p>
    <w:p w14:paraId="1D11A807" w14:textId="77777777" w:rsidR="00282790" w:rsidRDefault="00000000">
      <w:r>
        <w:t xml:space="preserve">One of the women, who Susan vaguely recalled as Lauren, beamed at Jenny before standing up to pull out a chair for her. "Hi Susan. I'm not sure if you remember me, but I'm Lauren. My husband is Constable Doug Peterson. You probably haven't met him yet, but don't worry. You'll get to know everyone now that your husband is part of the force," she chuckled, joined by the others in the group. </w:t>
      </w:r>
    </w:p>
    <w:p w14:paraId="4967E803" w14:textId="77777777" w:rsidR="00282790" w:rsidRDefault="00000000">
      <w:r>
        <w:br/>
      </w:r>
    </w:p>
    <w:p w14:paraId="323CA244" w14:textId="77777777" w:rsidR="00282790" w:rsidRDefault="00000000">
      <w:r>
        <w:t xml:space="preserve">"That's right, I'm Paige. My husband is Constable Jeffrey Stones. We didn't have a chance to meet at the BBQ because I was down with the flu that day," Lauren added, leaning over the table to shake Susan's hand. </w:t>
      </w:r>
    </w:p>
    <w:p w14:paraId="5B29E91D" w14:textId="77777777" w:rsidR="00282790" w:rsidRDefault="00000000">
      <w:r>
        <w:t xml:space="preserve">"And I'm Stephanie. My husband is Constable Andrew Morris," the final member of the group introduced herself. Susan smiled warmly at each of them, feeling grateful for their welcoming gestures. </w:t>
      </w:r>
    </w:p>
    <w:p w14:paraId="71E0D247" w14:textId="77777777" w:rsidR="00282790" w:rsidRDefault="00000000">
      <w:r>
        <w:t>"It's a pleasure to meet all of you. And thank you, really. I've been cooped up at home and haven't really had the chance to socialize. All my friends are back in Armidale, so it can get quite lonely and, well, let's just say I'm feeling a bit swollen lately," she chuckled, gesturing to her belly.</w:t>
      </w:r>
    </w:p>
    <w:p w14:paraId="58EFD857" w14:textId="77777777" w:rsidR="00282790" w:rsidRDefault="00000000">
      <w:r>
        <w:br/>
      </w:r>
    </w:p>
    <w:p w14:paraId="044B66D6" w14:textId="77777777" w:rsidR="00282790" w:rsidRDefault="00000000">
      <w:r>
        <w:t xml:space="preserve">After indulging in a platter of assorted luxury chocolates, rich melted chocolate, delectable chocolate churros, and tantalizing chocolate bites, Susan was overwhelmed with comfort and joy. The group of girls she was with were full of humor and kindness, always checking in on her well-being and making her feel like a valued member of their circle. They even </w:t>
      </w:r>
      <w:r>
        <w:lastRenderedPageBreak/>
        <w:t>insisted on covering her portion of the bill at Churro's, further solidifying their warm and welcoming nature.</w:t>
      </w:r>
    </w:p>
    <w:p w14:paraId="5BB4E26D" w14:textId="77777777" w:rsidR="00282790" w:rsidRDefault="00000000">
      <w:r>
        <w:br/>
        <w:t>walking out the cafe they all giggled and laugh as they headed to the salon. In a moment of self indulgence Susan saw a hair salon was part of the beauty salon where they were getting a foot spa and pedicure.</w:t>
      </w:r>
    </w:p>
    <w:p w14:paraId="455F62C3" w14:textId="77777777" w:rsidR="00282790" w:rsidRDefault="00282790"/>
    <w:p w14:paraId="775CB3A5" w14:textId="77777777" w:rsidR="00282790" w:rsidRDefault="00000000">
      <w:r>
        <w:t>"You know what ladies, I think I'm going to get a complete makeover" said Susan eyeing off the hair salon.</w:t>
      </w:r>
    </w:p>
    <w:p w14:paraId="3A64B4DB" w14:textId="77777777" w:rsidR="00282790" w:rsidRDefault="00000000">
      <w:r>
        <w:br/>
        <w:t>**********</w:t>
      </w:r>
    </w:p>
    <w:p w14:paraId="447B0F66" w14:textId="77777777" w:rsidR="00282790" w:rsidRDefault="00282790"/>
    <w:p w14:paraId="400A8DBA" w14:textId="77777777" w:rsidR="00282790" w:rsidRDefault="00282790"/>
    <w:p w14:paraId="6FEBF1F5" w14:textId="77777777" w:rsidR="00282790" w:rsidRDefault="00000000">
      <w:r>
        <w:t xml:space="preserve">Briggs, Hartley, Marcus and O'Neil were all seated in the rear of the sleek van with tinted windows. A vibrant magnet displaying the logo of their carpet cleaning business adorned the side, featuring a beaming mother and her little one crawling on a spotless, sanitized carpet. </w:t>
      </w:r>
    </w:p>
    <w:p w14:paraId="49AE3898" w14:textId="77777777" w:rsidR="00282790" w:rsidRDefault="00000000">
      <w:r>
        <w:t>The interior of the van was anything but ordinary, filled with an assortment of top-of-the-line surveillance equipment. Along the wall, four high-definition TV screens displayed various angles of Portland's bustling mall. The mall was alive with activity, predominantly teenagers on skateboards, numerous piercings, and fashion styles reflecting there current social influences. Couples, groups attending special occasions such as birthdays, bucks and brides maids parties, sporting occasions were all roaming the streets. Groups laughing, cheering, wolf whistling and generally having a fun time. Groups of single men and women seeking to unwind from their week and potentially find their next romantic encounter.</w:t>
      </w:r>
    </w:p>
    <w:p w14:paraId="3BBDEAF9" w14:textId="77777777" w:rsidR="00282790" w:rsidRDefault="00000000">
      <w:r>
        <w:br/>
      </w:r>
    </w:p>
    <w:p w14:paraId="7FEC1E6E" w14:textId="77777777" w:rsidR="00282790" w:rsidRDefault="00000000">
      <w:r>
        <w:t xml:space="preserve">Various strategies were implemented to position Jill, or Constable Maxine Phillips, in various locations that would increase her chances of encountering the serial killer if he were out and about. </w:t>
      </w:r>
    </w:p>
    <w:p w14:paraId="20586935" w14:textId="77777777" w:rsidR="00282790" w:rsidRDefault="00000000">
      <w:r>
        <w:t xml:space="preserve">Yesterday and today, Maxine was instructed to drive around Portland, making stops at gas stations, produce markets, and popular parks and scenic spots. Later that evening, she was scheduled to spend an hour at a coffee shop, followed by dinner at a popular restaurant for couples, and finally, a club frequented by the 30-40 age group rather than the younger club scene. </w:t>
      </w:r>
    </w:p>
    <w:p w14:paraId="7AC8EAD8" w14:textId="77777777" w:rsidR="00282790" w:rsidRDefault="00000000">
      <w:r>
        <w:lastRenderedPageBreak/>
        <w:br/>
      </w:r>
    </w:p>
    <w:p w14:paraId="08E66372" w14:textId="77777777" w:rsidR="00282790" w:rsidRDefault="00000000">
      <w:r>
        <w:t xml:space="preserve">Currently, Maxine sat just outside the mall entrance at a trendy coffee shop, where she could be easily observed reading a book, sipping coffee, and snacking on various treats. On the other side, two undercover police officers posed as a couple, enjoying their evening with a few small shopping bags on the table. One of them faced the mall entrance, while the other kept an eye on Jill. </w:t>
      </w:r>
    </w:p>
    <w:p w14:paraId="0981D360" w14:textId="77777777" w:rsidR="00282790" w:rsidRDefault="00000000">
      <w:r>
        <w:t>Inside, there were surveillance cameras and pinpoint microphones, allowing Briggs, who was stationed in a nearby van, to adjust the camera angle, zoom in or out, and change the direction of the microphone to capture specific conversations of those around them. They had been there for nearly an hour, meticulously monitoring their surroundings.</w:t>
      </w:r>
    </w:p>
    <w:p w14:paraId="5496BDE0" w14:textId="77777777" w:rsidR="00282790" w:rsidRDefault="00000000">
      <w:r>
        <w:br/>
      </w:r>
      <w:r>
        <w:br/>
      </w:r>
      <w:r>
        <w:br/>
      </w:r>
      <w:r>
        <w:br/>
      </w:r>
      <w:r>
        <w:br/>
      </w:r>
      <w:r>
        <w:br/>
      </w:r>
      <w:r>
        <w:br/>
      </w:r>
      <w:r>
        <w:br/>
      </w:r>
    </w:p>
    <w:p w14:paraId="35FF1676" w14:textId="77777777" w:rsidR="00282790" w:rsidRDefault="00282790"/>
    <w:p w14:paraId="160D8FC7" w14:textId="77777777" w:rsidR="00282790" w:rsidRDefault="00282790"/>
    <w:p w14:paraId="21516FC8" w14:textId="77777777" w:rsidR="00282790" w:rsidRDefault="00000000">
      <w:r>
        <w:br/>
      </w:r>
      <w:r>
        <w:br/>
      </w:r>
    </w:p>
    <w:p w14:paraId="4C39FEC2" w14:textId="77777777" w:rsidR="00282790" w:rsidRDefault="00282790"/>
    <w:p w14:paraId="67EF2DAB" w14:textId="77777777" w:rsidR="00282790" w:rsidRDefault="00000000">
      <w:r>
        <w:br/>
      </w:r>
    </w:p>
    <w:p w14:paraId="5DB7E71D" w14:textId="77777777" w:rsidR="00282790" w:rsidRDefault="00282790"/>
    <w:p w14:paraId="732A363F" w14:textId="77777777" w:rsidR="00282790" w:rsidRDefault="00000000">
      <w:r>
        <w:br/>
      </w:r>
      <w:r>
        <w:br/>
      </w:r>
    </w:p>
    <w:p w14:paraId="3570129D" w14:textId="77777777" w:rsidR="00282790" w:rsidRDefault="00282790"/>
    <w:p w14:paraId="2786D11A" w14:textId="77777777" w:rsidR="00282790" w:rsidRDefault="00282790"/>
    <w:p w14:paraId="7A109188" w14:textId="77777777" w:rsidR="00282790" w:rsidRDefault="00000000">
      <w:r>
        <w:lastRenderedPageBreak/>
        <w:br/>
      </w:r>
      <w:r>
        <w:br/>
      </w:r>
      <w:r>
        <w:br/>
      </w:r>
      <w:r>
        <w:br/>
      </w:r>
      <w:r>
        <w:br/>
      </w:r>
    </w:p>
    <w:p w14:paraId="68AC0C5C" w14:textId="77777777" w:rsidR="00282790" w:rsidRDefault="00000000">
      <w:r>
        <w:t>John was positioned on the opposite side of the road, standing by a shrub and concealed by the shadows, rendering him virtually undetectable until you were almost bumping into him. He had scarcely moved an inch in the past fifteen minutes.</w:t>
      </w:r>
    </w:p>
    <w:p w14:paraId="2B630C4D" w14:textId="77777777" w:rsidR="00282790" w:rsidRDefault="00000000">
      <w:r>
        <w:br/>
      </w:r>
    </w:p>
    <w:p w14:paraId="11DBA883" w14:textId="77777777" w:rsidR="00282790" w:rsidRDefault="00000000">
      <w:r>
        <w:t>The previous day, John had been driving by a gas station when he caught sight of his mother. His body tensed up and he nearly ran a red light, braking a little too forcefully and garnering the attention of other drivers and pedestrians waiting at the intersection. John despised being the center of attention, but he was caught off guard. It had only been about five weeks since he last killed his mother. He expected at least a year or more before she would return.</w:t>
      </w:r>
    </w:p>
    <w:p w14:paraId="32DC6875" w14:textId="77777777" w:rsidR="00282790" w:rsidRDefault="00000000">
      <w:r>
        <w:br/>
      </w:r>
    </w:p>
    <w:p w14:paraId="4CA01331" w14:textId="77777777" w:rsidR="00282790" w:rsidRDefault="00000000">
      <w:r>
        <w:t xml:space="preserve">John noticed that she was about to drive off in the opposite direction, and he knew he had to act quickly if he wanted to keep up with her. He mentally noted down the details of her car - a striking lipstick red Mazda CX3 with a partial license plate that ended in "BM3" - but he couldn't quite make out the remaining three characters. </w:t>
      </w:r>
    </w:p>
    <w:p w14:paraId="340D0B9A" w14:textId="77777777" w:rsidR="00282790" w:rsidRDefault="00000000">
      <w:r>
        <w:br/>
      </w:r>
    </w:p>
    <w:p w14:paraId="7382F3C0" w14:textId="77777777" w:rsidR="00282790" w:rsidRDefault="00000000">
      <w:r>
        <w:t>John realized that he would have to drive to the next set of lights and make a U-turn in order to follow her, but even then, he would have to wait for the signal to change. However, his mind was racing. Something didn't feel right.</w:t>
      </w:r>
    </w:p>
    <w:p w14:paraId="01CE00AB" w14:textId="77777777" w:rsidR="00282790" w:rsidRDefault="00000000">
      <w:r>
        <w:br/>
      </w:r>
    </w:p>
    <w:p w14:paraId="56FC5399" w14:textId="77777777" w:rsidR="00282790" w:rsidRDefault="00000000">
      <w:r>
        <w:t>As the lights changed, John accelerated more than usual, eager to reach the next set of lights before they turned red so he could make the U-turn and continue his pursuit.</w:t>
      </w:r>
    </w:p>
    <w:p w14:paraId="291FE642" w14:textId="77777777" w:rsidR="00282790" w:rsidRDefault="00000000">
      <w:r>
        <w:br/>
      </w:r>
    </w:p>
    <w:p w14:paraId="47D13C01" w14:textId="77777777" w:rsidR="00282790" w:rsidRDefault="00000000">
      <w:r>
        <w:t xml:space="preserve">John executed a sharp U-turn and swiftly caught up to the Mazda CX3 BM3, successfully noting the remaining number 6PT. The Mazda had navigated a series of turns before finally </w:t>
      </w:r>
      <w:r>
        <w:lastRenderedPageBreak/>
        <w:t xml:space="preserve">stopping at a bustling park, a common sight for this time of day. John made sure to pass by the Mazda, weaving through a dozen cars before pulling into a spot and waiting. </w:t>
      </w:r>
    </w:p>
    <w:p w14:paraId="40F7DDE3" w14:textId="77777777" w:rsidR="00282790" w:rsidRDefault="00000000">
      <w:r>
        <w:br/>
      </w:r>
    </w:p>
    <w:p w14:paraId="00081A0C" w14:textId="77777777" w:rsidR="00282790" w:rsidRDefault="00000000">
      <w:r>
        <w:t>From his vantage point, he could clearly see his mother's reincarnated strolling past several benches, carrying a large tote bag and a folded blanket. In the center of the park, there was a spacious pond teeming with local Maned Ducks, the elegant Great Crested Grebe duck, and three other species of ducks. Amidst the serene waters, black and white swans gilded gracefully, adding to the picturesque scene.</w:t>
      </w:r>
    </w:p>
    <w:p w14:paraId="51DBE3E6" w14:textId="77777777" w:rsidR="00282790" w:rsidRDefault="00000000">
      <w:r>
        <w:br/>
      </w:r>
    </w:p>
    <w:p w14:paraId="7BC2C877" w14:textId="77777777" w:rsidR="00282790" w:rsidRDefault="00000000">
      <w:r>
        <w:t xml:space="preserve">He patiently watched as she settled comfortably on her blanket and retrieved a book and reading glasses. Her posture was upright, back rigid, and her blonde locks now a tad longer, catching his eye. </w:t>
      </w:r>
    </w:p>
    <w:p w14:paraId="7A9189DE" w14:textId="77777777" w:rsidR="00282790" w:rsidRDefault="00000000">
      <w:r>
        <w:t xml:space="preserve">She sat motionless for a while, her gaze fixed on the sky, perhaps with closed eyes, basking in the warm sun's embrace. Eventually, she lowered her head to her lap, focusing on the book in front of her. </w:t>
      </w:r>
    </w:p>
    <w:p w14:paraId="3C63079A" w14:textId="77777777" w:rsidR="00282790" w:rsidRDefault="00000000">
      <w:r>
        <w:t xml:space="preserve">John contemplated stepping out of the car for a closer look, but hesitated. He was always exceptionally perceptive of people, their gestures and exchanges. He prided himself on knowing every intimate detail and was constantly seeking to understand them better. </w:t>
      </w:r>
    </w:p>
    <w:p w14:paraId="3E2785D3" w14:textId="77777777" w:rsidR="00282790" w:rsidRDefault="00000000">
      <w:r>
        <w:br/>
      </w:r>
    </w:p>
    <w:p w14:paraId="0D45B231" w14:textId="77777777" w:rsidR="00282790" w:rsidRDefault="00000000">
      <w:r>
        <w:t xml:space="preserve">John was a cunning predator, skilled at anticipating people's actions and reactions, often before they were even aware of them themselves. He had a knack for gauging what was considered normal in any given situation and when a reaction, behavior or response didn't appear normal, these sent red flags to his brain. </w:t>
      </w:r>
    </w:p>
    <w:p w14:paraId="45D1C0AA" w14:textId="77777777" w:rsidR="00282790" w:rsidRDefault="00000000">
      <w:r>
        <w:t>He had frequently witnessed instances in the past where individuals in a romantic relationship were concealing secrets from their significant other. Their facial expressions, body language, and tone of voice were all telling of their deceit. Every word they spoke and every physical touch they made served to perpetuate the lies, while the unsuspecting partner remained oblivious to the truth unfolding right before their very eyes.</w:t>
      </w:r>
    </w:p>
    <w:p w14:paraId="1AD922CF" w14:textId="77777777" w:rsidR="00282790" w:rsidRDefault="00000000">
      <w:r>
        <w:br/>
      </w:r>
    </w:p>
    <w:p w14:paraId="17192C01" w14:textId="77777777" w:rsidR="00282790" w:rsidRDefault="00000000">
      <w:r>
        <w:t xml:space="preserve">John couldn't help but notice a couple leisurely walking alone on the path, and immediately, several warning signs were raised in his mind, causing him to stop in his tracks. Despite walking together, they seemed disengaged and not engrossed in conversation. Their gazes </w:t>
      </w:r>
      <w:r>
        <w:lastRenderedPageBreak/>
        <w:t xml:space="preserve">darted around, particularly lingering on those who were not accompanied by anyone else. They exchanged quick nods and hushed words, and at one point, they even stopped in their tracks. </w:t>
      </w:r>
    </w:p>
    <w:p w14:paraId="3BB9DCCF" w14:textId="77777777" w:rsidR="00282790" w:rsidRDefault="00000000">
      <w:r>
        <w:br/>
      </w:r>
    </w:p>
    <w:p w14:paraId="6458BEC0" w14:textId="77777777" w:rsidR="00282790" w:rsidRDefault="00000000">
      <w:r>
        <w:t xml:space="preserve">The woman turned her back to a lone man, while the man positioned himself to sneak a peek over her shoulder. They remained in this strange stance for about half a minute, until a child interrupted and sat next to the man, seemingly his daughter. After this interruption, the couple resumed their slow, peculiar stroll. </w:t>
      </w:r>
    </w:p>
    <w:p w14:paraId="3B9AA584" w14:textId="77777777" w:rsidR="00282790" w:rsidRDefault="00000000">
      <w:r>
        <w:t xml:space="preserve">Eventually, they sat down, but not in a way that would suggest they were a couple on a leisurely walk. They sat opposite each other, without any physical contact. There were no smiles or gestures of affection, as one would expect in a deep conversation. </w:t>
      </w:r>
    </w:p>
    <w:p w14:paraId="36CC83A8" w14:textId="77777777" w:rsidR="00282790" w:rsidRDefault="00000000">
      <w:r>
        <w:br/>
      </w:r>
    </w:p>
    <w:p w14:paraId="5EE3A18A" w14:textId="77777777" w:rsidR="00282790" w:rsidRDefault="00000000">
      <w:r>
        <w:t>Their expressions were neutral, and they seemed more interested in their surroundings, possibly searching for something. On three occasions, John noticed them looking in the direction of his mother, who was sitting and reading nearby. However, his mother never acknowledged or turned towards the strange couple, leaving John unsure if there was any connection between them.</w:t>
      </w:r>
    </w:p>
    <w:p w14:paraId="5DB91F58" w14:textId="77777777" w:rsidR="00282790" w:rsidRDefault="00282790"/>
    <w:p w14:paraId="21F4689C" w14:textId="77777777" w:rsidR="00282790" w:rsidRDefault="00000000">
      <w:r>
        <w:t xml:space="preserve">John's past experiences had taught him to always trust his gut instinct. And now, it was telling him to stay put. He knew better than to reveal himself, but instead, he had to be even more vigilant than before. Deep down, John was aware that taking someone's life was a crime. Despite the fact that the police had found the bodies of his mother's previous reincarnations, John was well aware that they would conduct thorough investigations. </w:t>
      </w:r>
    </w:p>
    <w:p w14:paraId="385DE2E4" w14:textId="77777777" w:rsidR="00282790" w:rsidRDefault="00000000">
      <w:r>
        <w:br/>
      </w:r>
    </w:p>
    <w:p w14:paraId="04D623D7" w14:textId="77777777" w:rsidR="00282790" w:rsidRDefault="00000000">
      <w:r>
        <w:t>He was also aware that none of his killings had made it to the media headlines. This gave him a sense of superiority, but at the same time, he couldn't help but feel concerned. Each encounter with his mother made him more cautious and suspicious. After all, he had killed her nine times, which meant there were nine clones of his mother - same hair, facial features, height, and build. He couldn't help but wonder if the police had noticed any connections or if they were completely oblivious.</w:t>
      </w:r>
    </w:p>
    <w:p w14:paraId="2629AEDF" w14:textId="77777777" w:rsidR="00282790" w:rsidRDefault="00000000">
      <w:r>
        <w:br/>
      </w:r>
    </w:p>
    <w:p w14:paraId="28266A98" w14:textId="77777777" w:rsidR="00282790" w:rsidRDefault="00000000">
      <w:r>
        <w:lastRenderedPageBreak/>
        <w:t xml:space="preserve">John glanced at his watch, noting that almost 45 minutes had passed since he arrived. As he sat there, he observed his mother taking a leisurely stroll to the nearby pond, where she proceeded to feed the ducks and swans with what appeared to be seeds. She then took a break, sipping from a drink and snacking on something from a small plastic container, which he assumed she had prepared earlier. </w:t>
      </w:r>
    </w:p>
    <w:p w14:paraId="64D40AEE" w14:textId="77777777" w:rsidR="00282790" w:rsidRDefault="00000000">
      <w:r>
        <w:br/>
      </w:r>
    </w:p>
    <w:p w14:paraId="35B431C4" w14:textId="77777777" w:rsidR="00282790" w:rsidRDefault="00000000">
      <w:r>
        <w:t>Meanwhile, the peculiar couple sitting on the bench next to them remained still, spending most of their time in silence. John couldn't shake off the feeling of unease they evoked within him, as they showed no interest in his mother. He couldn't help but wonder if his mother had somehow been reincarnated with a heightened awareness from her previous lives, leading her to take precautions for her own protection. Anything was possible. If she could repeatedly reincarnate herself, then perhaps she would eventually start to remember things sooner.</w:t>
      </w:r>
    </w:p>
    <w:p w14:paraId="5CE5F5DB" w14:textId="77777777" w:rsidR="00282790" w:rsidRDefault="00000000">
      <w:r>
        <w:br/>
      </w:r>
    </w:p>
    <w:p w14:paraId="7D15C199" w14:textId="77777777" w:rsidR="00282790" w:rsidRDefault="00000000">
      <w:r>
        <w:t xml:space="preserve">John observed as she carefully placed her book, drink container, and other items into her tote bag before standing up and neatly folding her blanket. She appeared content and unhurried as she made her way back to her parked car. Once she was out of sight, John's attention returned to the peculiar couple. </w:t>
      </w:r>
    </w:p>
    <w:p w14:paraId="46B11221" w14:textId="77777777" w:rsidR="00282790" w:rsidRDefault="00000000">
      <w:r>
        <w:t xml:space="preserve">He noticed that they were now focused on his mother, but would occasionally shift their gaze to other people before returning their attention to her. Then, they slowly stood up and began their trek back to their car, which happened to be parked closer to his mother's but a few cars away. </w:t>
      </w:r>
    </w:p>
    <w:p w14:paraId="12114618" w14:textId="77777777" w:rsidR="00282790" w:rsidRDefault="00000000">
      <w:r>
        <w:br/>
      </w:r>
    </w:p>
    <w:p w14:paraId="3BBAD2D9" w14:textId="77777777" w:rsidR="00282790" w:rsidRDefault="00000000">
      <w:r>
        <w:t xml:space="preserve">John was indecisive about what course of action to take. He was unaware of his mother's current residence and had only caught a glimpse of her an hour ago. However, due to the presence of the unfamiliar couple, he couldn't risk revealing himself. He was torn between following her and waiting for a better opportunity. As the car carrying the suspicious couple drove away in the opposite direction, John noticed that his mother had not yet left. She was likely still inside her car, possibly occupied with a phone call. Seizing the opportunity, he observed as the couple's car exited the parking lot. </w:t>
      </w:r>
    </w:p>
    <w:p w14:paraId="0937974B" w14:textId="77777777" w:rsidR="00282790" w:rsidRDefault="00000000">
      <w:r>
        <w:br/>
      </w:r>
    </w:p>
    <w:p w14:paraId="34B3BE29" w14:textId="77777777" w:rsidR="00282790" w:rsidRDefault="00000000">
      <w:r>
        <w:t xml:space="preserve">It was nearly 5:30 pm, and the sun was setting, signaling the end of the day for most people. John discreetly trailed his mother. He had practiced this over the years by randomly </w:t>
      </w:r>
      <w:r>
        <w:lastRenderedPageBreak/>
        <w:t>following cars, honing his skills until he felt confident in his ability to tail someone without detection.</w:t>
      </w:r>
    </w:p>
    <w:p w14:paraId="6E930149" w14:textId="77777777" w:rsidR="00282790" w:rsidRDefault="00000000">
      <w:r>
        <w:br/>
      </w:r>
    </w:p>
    <w:p w14:paraId="18A537EC" w14:textId="77777777" w:rsidR="00282790" w:rsidRDefault="00000000">
      <w:r>
        <w:t xml:space="preserve">John noticed his mother's car entering Pines Estate on Kobina Avenue, twenty minutes later. He had driven past the area a few times in the past two years and had seen the development of the estate. It was now complete, with eighteen modern townhouses featuring three bedrooms, two bathrooms, and a single garage spread over two levels. The top level had a small verandah above the garage entrance, which John guessed was the master bedroom. </w:t>
      </w:r>
    </w:p>
    <w:p w14:paraId="155F0984" w14:textId="77777777" w:rsidR="00282790" w:rsidRDefault="00000000">
      <w:r>
        <w:br/>
      </w:r>
    </w:p>
    <w:p w14:paraId="79FCC9F1" w14:textId="77777777" w:rsidR="00282790" w:rsidRDefault="00000000">
      <w:r>
        <w:t xml:space="preserve">As he drove by, he noticed that fourteen of the eighteen townhouses were occupied, with advertisements promoting the remaining units as a lucrative investment for young families or buyers, starting at $475000. John decided not to enter the estate and instead continued driving for another three blocks, taking random turns and constantly checking his rearview mirror. </w:t>
      </w:r>
    </w:p>
    <w:p w14:paraId="71DC1D35" w14:textId="77777777" w:rsidR="00282790" w:rsidRDefault="00000000">
      <w:r>
        <w:br/>
      </w:r>
    </w:p>
    <w:p w14:paraId="2459616F" w14:textId="77777777" w:rsidR="00282790" w:rsidRDefault="00000000">
      <w:r>
        <w:t>The earlier warning signs were still fresh in his mind, and he wanted to ensure that the strange couple he had encountered earlier were not following him. But everything seemed normal, and no suspicious cars were in sight. Despite this, John remained in his car, waiting for at least seven minutes, just to be sure. He saw no cars turning the last corner, no vehicles driving slowly as if searching for something, and not a single set of headlights in his rearview mirror.</w:t>
      </w:r>
    </w:p>
    <w:p w14:paraId="13FB9773" w14:textId="77777777" w:rsidR="00282790" w:rsidRDefault="00000000">
      <w:r>
        <w:br/>
      </w:r>
    </w:p>
    <w:p w14:paraId="35EDCC21" w14:textId="77777777" w:rsidR="00282790" w:rsidRDefault="00000000">
      <w:r>
        <w:t xml:space="preserve">John opted to stroll back to the estate. Despite the 30-minute walk, he remained composed and didn't rush. He maintained a leisurely pace, exuding an air of calm and confidence. His gait was reminiscent of a man taking a leisurely walk home from work or simply enjoying a stroll. </w:t>
      </w:r>
    </w:p>
    <w:p w14:paraId="7EBCCE0C" w14:textId="77777777" w:rsidR="00282790" w:rsidRDefault="00000000">
      <w:r>
        <w:t xml:space="preserve">Fortunately, John was clad in casual clothing, a refreshing contrast to his typical formal business attire of a suit and tie. As an administration supervisor at a prominent travel agency located within Portland Mall, he generally operated behind the scenes rather than in a sales capacity. </w:t>
      </w:r>
    </w:p>
    <w:p w14:paraId="2C39AE2D" w14:textId="77777777" w:rsidR="00282790" w:rsidRDefault="00000000">
      <w:r>
        <w:br/>
      </w:r>
    </w:p>
    <w:p w14:paraId="3BDBCC17" w14:textId="77777777" w:rsidR="00282790" w:rsidRDefault="00000000">
      <w:r>
        <w:lastRenderedPageBreak/>
        <w:t xml:space="preserve">From his office, he had a vantage point of the bustling crowds, whether they were window shopping or socializing. As he reached the final turn onto Kobina Avenue, John slowed his pace to a crawl, staying close to the shadows and glancing over his shoulder to ensure no cars or pedestrians were following him. He was completely alone. He was aware that the estate was approximately twenty meters away and, from his viewpoint, he could see that he would have to pass under a set of streetlights. </w:t>
      </w:r>
    </w:p>
    <w:p w14:paraId="7A315CBA" w14:textId="77777777" w:rsidR="00282790" w:rsidRDefault="00000000">
      <w:r>
        <w:br/>
      </w:r>
    </w:p>
    <w:p w14:paraId="52BF4B9F" w14:textId="77777777" w:rsidR="00282790" w:rsidRDefault="00000000">
      <w:r>
        <w:t>On the other side of the road, a new development was taking place for another estate. The ground had been cleared, devoid of any trees, and there was no way for him to conceal himself without appearing highly suspicious to even the most untrained observer.</w:t>
      </w:r>
    </w:p>
    <w:p w14:paraId="0FC4FCF0" w14:textId="77777777" w:rsidR="00282790" w:rsidRDefault="00000000">
      <w:r>
        <w:br/>
      </w:r>
    </w:p>
    <w:p w14:paraId="1328456D" w14:textId="77777777" w:rsidR="00282790" w:rsidRDefault="00000000">
      <w:r>
        <w:t xml:space="preserve">John noticed three cars parked on the same side of the road as he approached the estate driveway. They were all packed tightly under the glow of the streetlights, which he assumed was a security measure to discourage potential thieves. As he continued down the road, he saw that the next streetlight was out, casting the surrounding area in shadow. John instinctively lowered his head, trying to make himself appear smaller and more inconspicuous. </w:t>
      </w:r>
    </w:p>
    <w:p w14:paraId="0AFC2FF5" w14:textId="77777777" w:rsidR="00282790" w:rsidRDefault="00000000">
      <w:r>
        <w:br/>
      </w:r>
    </w:p>
    <w:p w14:paraId="07C876D1" w14:textId="77777777" w:rsidR="00282790" w:rsidRDefault="00000000">
      <w:r>
        <w:t>He adjusted his pace, attempting to blend in with those who belonged in the area, rather than standing out as a suspicious outsider. As he neared the estate driveway, John avoided making eye contact with any of the townhouses and kept his head facing forward, as if he had a specific destination in mind. The surrounding landscape was filled with taller shrubs and trees, providing ample cover for John to walk alongside. The warm glow of the streetlights cast a web of shadows, creating a balance between visibility and darkness. It was enough to see, but not so bright as to disturb the residents trying to sleep.</w:t>
      </w:r>
    </w:p>
    <w:p w14:paraId="3082D4DE" w14:textId="77777777" w:rsidR="00282790" w:rsidRDefault="00000000">
      <w:r>
        <w:br/>
      </w:r>
    </w:p>
    <w:p w14:paraId="262D112E" w14:textId="77777777" w:rsidR="00282790" w:rsidRDefault="00000000">
      <w:r>
        <w:t xml:space="preserve">John made the decision to seek out any available townhouses, preferably one where both sides were unoccupied. As he approached a small access road that turned to the right, he caught sight of a side gate left open on townhouse number seven. On the opposite side, townhouse number eight, John sighted his mother's Mazda CX5 parked out the front of it. </w:t>
      </w:r>
    </w:p>
    <w:p w14:paraId="29F8E4F5" w14:textId="77777777" w:rsidR="00282790" w:rsidRDefault="00000000">
      <w:r>
        <w:br/>
      </w:r>
    </w:p>
    <w:p w14:paraId="4C745D46" w14:textId="77777777" w:rsidR="00282790" w:rsidRDefault="00000000">
      <w:r>
        <w:lastRenderedPageBreak/>
        <w:t xml:space="preserve">John cautiously moved closer towards Townhouse number seven opposite his mothers, staying hidden behind bushes and trees. When he reached the yard he walked through the open gate without looking back. Once inside, he stopped and listened in the complete darkness, slowing his breathing and counting as he stared at the entrance of the gate. </w:t>
      </w:r>
    </w:p>
    <w:p w14:paraId="272B3134" w14:textId="77777777" w:rsidR="00282790" w:rsidRDefault="00000000">
      <w:r>
        <w:br/>
      </w:r>
    </w:p>
    <w:p w14:paraId="3F0B6B83" w14:textId="77777777" w:rsidR="00282790" w:rsidRDefault="00000000">
      <w:r>
        <w:t xml:space="preserve">With a Sniper Bladeworks MAMU Fixed-Blade Knife tightly gripped in his right hand at chest level, the pointed end facing outward, John positioned himself against the side of the townhouse. His left hand was raised just below the knife, ready to cover the mouth of anyone who walked through, while simultaneously stabbing the knife into their throat to prevent them from screaming and alerting others. John had attended classes in self defense using weapons. He would find classes being offered in nearby towns as so no one in Portland was aware. </w:t>
      </w:r>
    </w:p>
    <w:p w14:paraId="34284F57" w14:textId="77777777" w:rsidR="00282790" w:rsidRDefault="00000000">
      <w:r>
        <w:br/>
      </w:r>
    </w:p>
    <w:p w14:paraId="097892C7" w14:textId="77777777" w:rsidR="00282790" w:rsidRDefault="00000000">
      <w:r>
        <w:t xml:space="preserve">As he slowly counted to twenty, he grew more confident that he had not been followed or spotted while sneaking through the gate. With his adjusted eyes, John took a closer look around, exploring the area. As he reached the back of the townhouse, he encountered the standard lock on the back door, a challenge he had mastered over time. </w:t>
      </w:r>
    </w:p>
    <w:p w14:paraId="71A38B6C" w14:textId="77777777" w:rsidR="00282790" w:rsidRDefault="00000000">
      <w:r>
        <w:br/>
      </w:r>
    </w:p>
    <w:p w14:paraId="2A2891BE" w14:textId="77777777" w:rsidR="00282790" w:rsidRDefault="00000000">
      <w:r>
        <w:t>With his Multipick ELITE G-PRO Dimple lock pick set, he effortlessly picked the lock and gained entry in less than fifty seconds. The darkness was no longer a hindrance, as his eyes had adapted and the faint light from outside provided enough visibility. He made his way up to the second level and found the master bedroom. The sheer curtains were drawn, allowing him to easily see outside without being seen.</w:t>
      </w:r>
    </w:p>
    <w:p w14:paraId="716BE1E3" w14:textId="77777777" w:rsidR="00282790" w:rsidRDefault="00000000">
      <w:r>
        <w:br/>
      </w:r>
    </w:p>
    <w:p w14:paraId="52C5C6B0" w14:textId="77777777" w:rsidR="00282790" w:rsidRDefault="00000000">
      <w:r>
        <w:t xml:space="preserve">John was immediately paralyzed with fear. It almost seemed as if destiny had orchestrated the events, placing his mother directly across from his townhouse. The identical design, height, and landing only added to the eerie coincidence. His mother sat at the end of her bed, slowly massaging lotion into her arms. As she turned her head towards the window, John couldn't help but take a step back, feeling like a peeping tom who had been caught. He held his breath, afraid that his mother could somehow sense his presence. </w:t>
      </w:r>
    </w:p>
    <w:p w14:paraId="08642648" w14:textId="77777777" w:rsidR="00282790" w:rsidRDefault="00000000">
      <w:r>
        <w:br/>
      </w:r>
    </w:p>
    <w:p w14:paraId="051D518E" w14:textId="77777777" w:rsidR="00282790" w:rsidRDefault="00000000">
      <w:r>
        <w:lastRenderedPageBreak/>
        <w:t>He stared back at her, refusing to blink. Suddenly, she got up and walked towards the window, causing John to instinctively raise his knife in defense without even realizing what he was doing. But then, she simply closed the curtains and turned off the bedroom light. John finally released the breath he had been holding, only now realizing that he had stopped breathing in the first place. He stood frozen in place, too afraid to move, anticipating his mother to fling open the curtains and scream at him, accusing him of being a perverted little "fucking pervert" and claiming him as her possession. But nothing of the sort happened. After ten long minutes, John finally turned and made his way back to his car, still shaken by the encounter.</w:t>
      </w:r>
    </w:p>
    <w:p w14:paraId="50CE6D4E" w14:textId="77777777" w:rsidR="00282790" w:rsidRDefault="00000000">
      <w:r>
        <w:br/>
      </w:r>
    </w:p>
    <w:p w14:paraId="1A44366F" w14:textId="77777777" w:rsidR="00282790" w:rsidRDefault="00000000">
      <w:r>
        <w:t xml:space="preserve">John contemplated the idea of simply walking over to her and ending her life, but he knew it would not suffice. It wasn't enough to just kill her physically, he had to eradicate every part of her that could potentially revive him. He couldn't let his guard down, knowing that his own mother would take the opportunity to kill him. </w:t>
      </w:r>
    </w:p>
    <w:p w14:paraId="45E905C8" w14:textId="77777777" w:rsidR="00282790" w:rsidRDefault="00000000">
      <w:r>
        <w:br/>
      </w:r>
    </w:p>
    <w:p w14:paraId="178FB21C" w14:textId="77777777" w:rsidR="00282790" w:rsidRDefault="00000000">
      <w:r>
        <w:t xml:space="preserve">She held the power to bring him back to life, in her own womb, and he would be defenseless against her, subjected to the same pain and suffering once again. John struggled to recall how he even made it back to his car. </w:t>
      </w:r>
    </w:p>
    <w:p w14:paraId="7EB09796" w14:textId="77777777" w:rsidR="00282790" w:rsidRDefault="00000000">
      <w:r>
        <w:br/>
      </w:r>
    </w:p>
    <w:p w14:paraId="57B45744" w14:textId="77777777" w:rsidR="00282790" w:rsidRDefault="00000000">
      <w:r>
        <w:t>He scolded himself for losing his focus, a rare occurrence for him. He remained in the car for another twenty minutes, vigilant and alert for any signs of danger. When he finally departed for home, he took every precaution imaginable to ensure he wasn't being followed. It was close to 11pm when he finally arrived at the safety of his own home.</w:t>
      </w:r>
    </w:p>
    <w:p w14:paraId="3C84BC9F" w14:textId="77777777" w:rsidR="00282790" w:rsidRDefault="00000000">
      <w:r>
        <w:br/>
      </w:r>
    </w:p>
    <w:p w14:paraId="4B44EF56" w14:textId="77777777" w:rsidR="00282790" w:rsidRDefault="00000000">
      <w:r>
        <w:t xml:space="preserve">John's residence sat just beyond the outskirts of Portland City, encompassed by sprawling acres of lush vegetation that served as a natural sound barrier and effectively shielded the entire house from the prying eyes of passersby. In a basement he meticulously crafted beneath his home. He had excavated the earth, laid the foundation, installed ventilation, and equipped the space with all the necessary tools to carry out his heinous deed - the repeated murder of his own mother. </w:t>
      </w:r>
    </w:p>
    <w:p w14:paraId="2E9E8C56" w14:textId="77777777" w:rsidR="00282790" w:rsidRDefault="00000000">
      <w:r>
        <w:br/>
      </w:r>
    </w:p>
    <w:p w14:paraId="137A8DC5" w14:textId="77777777" w:rsidR="00282790" w:rsidRDefault="00000000">
      <w:r>
        <w:lastRenderedPageBreak/>
        <w:t>The design was deceptively simple, yet highly efficient. It allowed him to thoroughly cleanse the room with industrial-grade bleach, leaving no trace of evidence behind, not even a single skin cell. The entrance was cleverly concealed on the side of the house, accessible only by a set of sturdy double doors reminiscent of a hurricane shelter. This made it easy for John to transport his mother's body down the steps, effortlessly slung over his shoulder without having to bend or feel confined in any way.</w:t>
      </w:r>
    </w:p>
    <w:p w14:paraId="5F9D7FD4" w14:textId="77777777" w:rsidR="00282790" w:rsidRDefault="00000000">
      <w:r>
        <w:br/>
      </w:r>
    </w:p>
    <w:p w14:paraId="383DC9DF" w14:textId="77777777" w:rsidR="00282790" w:rsidRDefault="00000000">
      <w:r>
        <w:t>The concrete floor was initially plain, but he had later coated it with epoxy for easy cleaning and drainage of any human spillage. This way, he could easily douse and hose down the area with industrial grade bleach. Inside a dull metal cabinet, there were three sets of identical hospital gowns and bio-hazard suits. Another cabinet had three shelves, each holding a long tray filled with an assortment of surgical tools necessary for a complete hysterectomy, along with sealed gloves. The third cabinet contained sealed paper/poly drop sheets, typically used by painters. It also held red biohazard bags, which he placed inside a stainless steel bin. John had two of these bins, both lined with biohazard bags, to dispose of any clothing, accessories, surgical utensils, drop sheets, surgical gowns, and even his shoes. Everything was carefully wrapped and disposed of in these two large bins.</w:t>
      </w:r>
    </w:p>
    <w:p w14:paraId="35765265" w14:textId="77777777" w:rsidR="00282790" w:rsidRDefault="00000000">
      <w:r>
        <w:br/>
      </w:r>
    </w:p>
    <w:p w14:paraId="1743B320" w14:textId="77777777" w:rsidR="00282790" w:rsidRDefault="00000000">
      <w:r>
        <w:t>John brought and installed a MP100, a front-loading incinerator. He installed it in a shed at the back of his property that a week to get up and running. It was the sole occupant of the shed - a reliable and efficient solution for disposing of various clinical waste, such as syringes, needles, bandages, clothing, human by-products, and pharmaceuticals.</w:t>
      </w:r>
    </w:p>
    <w:p w14:paraId="1B3BA293" w14:textId="77777777" w:rsidR="00282790" w:rsidRDefault="00000000">
      <w:r>
        <w:br/>
      </w:r>
    </w:p>
    <w:p w14:paraId="59D8B3F9" w14:textId="77777777" w:rsidR="00282790" w:rsidRDefault="00000000">
      <w:r>
        <w:t>Throughout the years, he had meticulously constructed his workshop to be uncomplicated, efficient, and precise. He had perfected the art of luring his mother back to his abode, terminating her life, eliminating her soul, which in turn redeemed his soul, and purging all remnants of her her capacity to reclaim him from the living world.</w:t>
      </w:r>
    </w:p>
    <w:p w14:paraId="697D37BD" w14:textId="77777777" w:rsidR="00282790" w:rsidRDefault="00000000">
      <w:r>
        <w:br/>
      </w:r>
      <w:r>
        <w:br/>
      </w:r>
      <w:r>
        <w:br/>
      </w:r>
      <w:r>
        <w:br/>
      </w:r>
      <w:r>
        <w:br/>
      </w:r>
      <w:r>
        <w:br/>
      </w:r>
      <w:r>
        <w:br/>
      </w:r>
    </w:p>
    <w:p w14:paraId="03D0372A" w14:textId="77777777" w:rsidR="00282790" w:rsidRDefault="00282790"/>
    <w:p w14:paraId="65E0F024" w14:textId="77777777" w:rsidR="00282790" w:rsidRDefault="00282790"/>
    <w:p w14:paraId="01698387" w14:textId="77777777" w:rsidR="00282790" w:rsidRDefault="00000000">
      <w:r>
        <w:t>John remained the statue. His breathing had slowed. His focus unwavering. Most of the world had dimmed. Its sounds almost non-existent. His vision locked onto his mother sitting there drinking coffee without a care.</w:t>
      </w:r>
    </w:p>
    <w:p w14:paraId="47E77B7A" w14:textId="77777777" w:rsidR="00282790" w:rsidRDefault="00000000">
      <w:r>
        <w:br/>
      </w:r>
    </w:p>
    <w:p w14:paraId="1678E252" w14:textId="77777777" w:rsidR="00282790" w:rsidRDefault="00000000">
      <w:r>
        <w:t>With great precision, he always carefully examined each and every detail to ensure everything was in perfect order. Nestled in the trunk of his vehicle was a dark duffel bag, containing gorilla adhesive tape, the Helix Petlz Spatha tactical knife designed for effortlessly slicing through rope, and a bottle of chloroform accompanied by large, absorbent cloths for administering it. He had gloves, a full protective mask, plastic sheets, and restraints similar to those used by the local authorities. Additionally, he made sure to have a sturdy flashlight at the ready.</w:t>
      </w:r>
    </w:p>
    <w:p w14:paraId="368F316A" w14:textId="77777777" w:rsidR="00282790" w:rsidRDefault="00000000">
      <w:r>
        <w:br/>
      </w:r>
    </w:p>
    <w:p w14:paraId="2E67903E" w14:textId="77777777" w:rsidR="00282790" w:rsidRDefault="00000000">
      <w:r>
        <w:t>As his mother leisurely savored her coffee, forty minutes had elapsed. John casually monitored the passersby in the plaza, intently searching for the peculiar couple from the park, but to no avail. However, he did observe another couple situated on the opposite side of the entrance, mimicking the behavior of the couple in the park. They were dining together, seated across from each other, but conversing sparingly.</w:t>
      </w:r>
    </w:p>
    <w:p w14:paraId="5615611B" w14:textId="77777777" w:rsidR="00282790" w:rsidRDefault="00000000">
      <w:r>
        <w:br/>
      </w:r>
    </w:p>
    <w:p w14:paraId="0D3B26B2" w14:textId="77777777" w:rsidR="00282790" w:rsidRDefault="00000000">
      <w:r>
        <w:t>Despite being in a social setting, they never intertwined their fingers or exchanged smiles like a content couple on a night out. Instead, they remained distant and focused on their surroundings, with their bags serving as a physical barrier between them. It was evident that they lacked intimacy, as a typical couple would desire ample space to gaze into each other's eyes, converse freely, and hold hands. Surprisingly, they didn't engage with each other in any way, and their attention was mostly directed towards others in the room.</w:t>
      </w:r>
    </w:p>
    <w:p w14:paraId="314844FF" w14:textId="77777777" w:rsidR="00282790" w:rsidRDefault="00000000">
      <w:r>
        <w:br/>
      </w:r>
    </w:p>
    <w:p w14:paraId="3C8BA54E" w14:textId="77777777" w:rsidR="00282790" w:rsidRDefault="00000000">
      <w:r>
        <w:t xml:space="preserve">John made the conscious decision to join his mother at the coffee shop, choosing a table directly across from her. He strolled towards the cafe with a casual air, not wanting to draw attention to himself, and focused solely on securing the desired table. </w:t>
      </w:r>
    </w:p>
    <w:p w14:paraId="545183CA" w14:textId="77777777" w:rsidR="00282790" w:rsidRDefault="00000000">
      <w:r>
        <w:br/>
      </w:r>
    </w:p>
    <w:p w14:paraId="5639D025" w14:textId="77777777" w:rsidR="00282790" w:rsidRDefault="00000000">
      <w:r>
        <w:lastRenderedPageBreak/>
        <w:t>As he got closer, his mother caught sight of him and their eyes met briefly before she returned to her book, nonchalantly observing the passersby. Taking a seat, John flashed a friendly smile at the waitress and placed an order for a cup of coffee. He then relaxed in his chair, crossing his legs and appearing engrossed in studying the simple two-page menu, which offered a variety of light snacks, assorted cakes, and desserts. The majority of the menu boasted an extensive selection of both alcoholic and non-alcoholic beverages, in various shapes, sizes, and flavors.</w:t>
      </w:r>
    </w:p>
    <w:p w14:paraId="02F30DA3" w14:textId="77777777" w:rsidR="00282790" w:rsidRDefault="00000000">
      <w:r>
        <w:br/>
      </w:r>
    </w:p>
    <w:p w14:paraId="415ED2CC" w14:textId="77777777" w:rsidR="00282790" w:rsidRDefault="00000000">
      <w:r>
        <w:t>John glanced at the crowd above him, leisurely observing the passersby. Shifting his gaze, he caught a glimpse the unusual couple on the other side using his peripheral vision. The woman seemed particularly fixated on him, her attentiveness evident even in her moments of looking away. The cafe was now only half-occupied, as it was approaching 7:25pm and would soon close for the night at 8:30pm. This was when business would come to a sluggish halt, with most people flocking to restaurants, clubs, and pubs. The atmosphere was becoming more carefree, with the conversations growing louder and the music blaring.</w:t>
      </w:r>
    </w:p>
    <w:p w14:paraId="6DC9B8DF" w14:textId="77777777" w:rsidR="00282790" w:rsidRDefault="00000000">
      <w:r>
        <w:br/>
      </w:r>
    </w:p>
    <w:p w14:paraId="6EC62EE8" w14:textId="77777777" w:rsidR="00282790" w:rsidRDefault="00000000">
      <w:r>
        <w:t>As John's coffee arrived, he also ordered a slice of decadent New York cheesecake, accompanied by a scoop of creamy vanilla ice cream and a drizzle of tangy strawberry sauce. Not that he liked cheesecake, but rather it added to his disguise of blending in as a normal relaxed guy taking a little time to relax.</w:t>
      </w:r>
    </w:p>
    <w:p w14:paraId="440269B3" w14:textId="77777777" w:rsidR="00282790" w:rsidRDefault="00000000">
      <w:r>
        <w:br/>
      </w:r>
    </w:p>
    <w:p w14:paraId="2B9DD5C4" w14:textId="77777777" w:rsidR="00282790" w:rsidRDefault="00000000">
      <w:r>
        <w:t>As he stirred his coffee, he caught a glimpse of the couple in the reflection of the plaza doors. Every now and then, the woman and man would glance in John's direction, as if they were communicating with someone else who was not present. This made John wonder if they were using some sort of communication device, perhaps a radio.</w:t>
      </w:r>
    </w:p>
    <w:p w14:paraId="611E7C98" w14:textId="77777777" w:rsidR="00282790" w:rsidRDefault="00000000">
      <w:r>
        <w:br/>
      </w:r>
    </w:p>
    <w:p w14:paraId="699EBC7E" w14:textId="77777777" w:rsidR="00282790" w:rsidRDefault="00000000">
      <w:r>
        <w:t>John was calm, his mind serene and composed. As he savored his coffee, he allowed his body to unwind. With his relaxed demeanor, he blended in with the other patrons of the coffee shop, simply another man enjoying his drink. Pulling out his mobile phone, he briefly scanned the latest news and weather updates on Google. Although he appeared to be engrossed in an article, he was merely skimming the screen, pausing every few seconds to maintain the illusion of reading.</w:t>
      </w:r>
    </w:p>
    <w:p w14:paraId="09B20F7C" w14:textId="77777777" w:rsidR="00282790" w:rsidRDefault="00000000">
      <w:r>
        <w:lastRenderedPageBreak/>
        <w:br/>
      </w:r>
    </w:p>
    <w:p w14:paraId="0F08B622" w14:textId="77777777" w:rsidR="00282790" w:rsidRDefault="00000000">
      <w:r>
        <w:t xml:space="preserve">On John's keyring he was carrying LawMate 4K 8MP Key Fob Camera. Among the few recording devices he had acquired, this was his top choice. He covertly captured numerous conversations with colleagues, discreetly assessing the most effective and practical gadgets for everyday use. </w:t>
      </w:r>
    </w:p>
    <w:p w14:paraId="5C3FDEA9" w14:textId="77777777" w:rsidR="00282790" w:rsidRDefault="00000000">
      <w:r>
        <w:br/>
      </w:r>
    </w:p>
    <w:p w14:paraId="194DEEF6" w14:textId="77777777" w:rsidR="00282790" w:rsidRDefault="00000000">
      <w:r>
        <w:t>As he sat down, he carefully placed the key on the table. Ensuring that his mother was in clear view of the camera's focus. Once his coffee arrived, he idly played with the keys, much like one would fiddle with a fidget spinner when feeling bored. Manipulating the Key Fob, he aimed it at the peculiar couple across from him and his mother, hoping to capture a few frames of them amidst the bustling crowd. It was already 812pm, and he noticed a staff member wiping down tables and two others cleaning the small kitchen in preparation for the cafe's weekend closure, as they would not be open on Sunday.</w:t>
      </w:r>
    </w:p>
    <w:p w14:paraId="5DD5069E" w14:textId="77777777" w:rsidR="00282790" w:rsidRDefault="00000000">
      <w:r>
        <w:br/>
      </w:r>
    </w:p>
    <w:p w14:paraId="506BBE87" w14:textId="77777777" w:rsidR="00282790" w:rsidRDefault="00000000">
      <w:r>
        <w:t>John was hesitant to talk to his mother, unsure of how to approach her. He considered his usual tactics of asking about her book while sitting nearby, pretending to be clumsy by dropping his keys, or inquiring about a good steak place. He knew these lines were effective in capturing a woman's attention and he was confident in his charm. With a disarming smile, clear and articulate speech, and the ability to make direct eye contact and listen. He had read books on human behavior, how the mind thinks, psychological manipulation and studied social norms. Surprisingly he had even taken a few cues from Mel Gibson's comedic portrayal of "What Women Want."</w:t>
      </w:r>
    </w:p>
    <w:p w14:paraId="507926CB" w14:textId="77777777" w:rsidR="00282790" w:rsidRDefault="00000000">
      <w:r>
        <w:br/>
      </w:r>
    </w:p>
    <w:p w14:paraId="52D22D36" w14:textId="77777777" w:rsidR="00282790" w:rsidRDefault="00000000">
      <w:r>
        <w:t>He knew he only had a few moments to decide or bide his time and hope for another chance. His usual tactic would be to arrange a coincidental meeting with his mother the next day, but with the unexpected encounter of two peculiar couples, John realized he would have to delay for at least 4-5 days or risk drawing unwanted attention.</w:t>
      </w:r>
    </w:p>
    <w:p w14:paraId="641D46EF" w14:textId="77777777" w:rsidR="00282790" w:rsidRDefault="00000000">
      <w:r>
        <w:t>Susan was in a state of pure euphoria, basking in the joy of finding such a strong connection with everyone around her. Jenny, Lauren Paige, and Stephanie all had a great sense of humor and went out of their way to include Susan, making her feel as though they had been lifelong friends after only a few short hours.</w:t>
      </w:r>
    </w:p>
    <w:p w14:paraId="52372241" w14:textId="77777777" w:rsidR="00282790" w:rsidRDefault="00000000">
      <w:r>
        <w:br/>
      </w:r>
    </w:p>
    <w:p w14:paraId="2829F2E1" w14:textId="77777777" w:rsidR="00282790" w:rsidRDefault="00000000">
      <w:r>
        <w:rPr>
          <w:rFonts w:ascii="Lora" w:hAnsi="Lora"/>
        </w:rPr>
        <w:lastRenderedPageBreak/>
        <w:t>It was almost 830pm and they were standing around paying. They all had a pedicure. Stephanie got a shoulder massage, Lauren decided to get some new bling for her extra long nails, Paige stayed with just the pedicure and Susan decided to do something she hadn't done since she first met David, and that was to go blond. It was a spur of the moment decision and the Salon was able to fit her in immediately due to a cancellation not 5 mins before they walked into the shop. It was like fate Susan thought.</w:t>
      </w:r>
    </w:p>
    <w:p w14:paraId="6C575E5A" w14:textId="77777777" w:rsidR="00282790" w:rsidRDefault="00000000">
      <w:r>
        <w:br/>
      </w:r>
    </w:p>
    <w:p w14:paraId="6ECBA0DF" w14:textId="77777777" w:rsidR="00282790" w:rsidRDefault="00000000">
      <w:r>
        <w:rPr>
          <w:rFonts w:ascii="Lora" w:hAnsi="Lora"/>
        </w:rPr>
        <w:t xml:space="preserve">They talked and laughed so much over the stupid things their husbands did and said. The stupid things their husbands brought and broke. Or, the stupid things their husbands were likely to do in the future. </w:t>
      </w:r>
    </w:p>
    <w:p w14:paraId="14E786B9" w14:textId="77777777" w:rsidR="00282790" w:rsidRDefault="00000000">
      <w:r>
        <w:rPr>
          <w:rFonts w:ascii="Lora" w:hAnsi="Lora"/>
        </w:rPr>
        <w:t>Susan told them her entire life's story and how she and David met and how they didn't want to know the sex of the until it was born which made everyone flabbergasted and wanting to know how she was going to buy baby clothes before the baby is born, what colours to paint the baby room, type of cot, gifts, socks, bibs, bottles, coloured spoons, diapers, toys, and more.</w:t>
      </w:r>
    </w:p>
    <w:p w14:paraId="1128167D" w14:textId="77777777" w:rsidR="00282790" w:rsidRDefault="00000000">
      <w:r>
        <w:br/>
      </w:r>
    </w:p>
    <w:p w14:paraId="49F3847D" w14:textId="77777777" w:rsidR="00282790" w:rsidRDefault="00000000">
      <w:r>
        <w:rPr>
          <w:rFonts w:ascii="Lora" w:hAnsi="Lora"/>
        </w:rPr>
        <w:t xml:space="preserve">They did however make a pact with Susan that the day the baby was born. Paige, Jenny, Stephanie and Lauren were spending the next two days shopping for a boy or girl clothes and other baby accessories for Susan who would be to exhausted and they were not leaving it up to David who would have no idea how to do this himself. </w:t>
      </w:r>
    </w:p>
    <w:p w14:paraId="1E2E8967" w14:textId="77777777" w:rsidR="00282790" w:rsidRDefault="00000000">
      <w:r>
        <w:br/>
      </w:r>
    </w:p>
    <w:p w14:paraId="7A59EDA9" w14:textId="77777777" w:rsidR="00282790" w:rsidRDefault="00000000">
      <w:r>
        <w:t xml:space="preserve">As Susan waited outside the Salon, located right next to the Plaza entrance, she checked her phone but found no missed calls or texts from David. This evoked a mix of emotions - contentment at not having to give a detailed account of her day, but also a tinge of sadness that David hadn't reached out to her to express how much he missed her or wished she was there. </w:t>
      </w:r>
    </w:p>
    <w:p w14:paraId="66FF63E7" w14:textId="77777777" w:rsidR="00282790" w:rsidRDefault="00000000">
      <w:r>
        <w:br/>
      </w:r>
    </w:p>
    <w:p w14:paraId="6EA88A54" w14:textId="77777777" w:rsidR="00282790" w:rsidRDefault="00000000">
      <w:r>
        <w:t xml:space="preserve">In the Plaza directly across from the Salon, she could see her new friends gathered outside Michael Hill's jewelry store, admiring the dazzling display of bracelets, rings, earrings, necklaces, and more. The variety was overwhelming, with options ranging from gold and </w:t>
      </w:r>
      <w:r>
        <w:lastRenderedPageBreak/>
        <w:t xml:space="preserve">silver to 12 or 24-carat pieces, studded with rubies and diamonds, and even antique designs - all at a tempting discount of 35%. </w:t>
      </w:r>
    </w:p>
    <w:p w14:paraId="52CFAA8E" w14:textId="77777777" w:rsidR="00282790" w:rsidRDefault="00000000">
      <w:r>
        <w:br/>
      </w:r>
    </w:p>
    <w:p w14:paraId="03CEF51D" w14:textId="77777777" w:rsidR="00282790" w:rsidRDefault="00000000">
      <w:r>
        <w:t xml:space="preserve">As they chatted, Paige shared her plans of dropping hints to her husband to buy her the exquisite 10 Carat TW Diamond Tennis Bracelet in 14kt White Gold, worth a whopping $35K. The group chuckled at the thought, knowing it was a far-fetched dream for someone earning a cop's salary. </w:t>
      </w:r>
    </w:p>
    <w:p w14:paraId="359DFFC0" w14:textId="77777777" w:rsidR="00282790" w:rsidRDefault="00000000">
      <w:r>
        <w:br/>
      </w:r>
    </w:p>
    <w:p w14:paraId="096934A8" w14:textId="77777777" w:rsidR="00282790" w:rsidRDefault="00000000">
      <w:r>
        <w:t>Feeling a bit stuffy in the crowded plaza, Susan decided to step outside and sit on the small bench next to a lush fern. The cool night air was refreshing, and from her vantage point, she could still see her friends window shopping and enjoying each other's company outside the jewelers.</w:t>
      </w:r>
    </w:p>
    <w:p w14:paraId="2415C495" w14:textId="77777777" w:rsidR="00282790" w:rsidRDefault="00282790"/>
    <w:p w14:paraId="722360C4" w14:textId="77777777" w:rsidR="00282790" w:rsidRDefault="00000000">
      <w:r>
        <w:t xml:space="preserve">Lost in her thoughts, she reminisced about the past few months. Leaving her hometown of Armidale and all her dear friends had been a difficult move. She couldn't help feeling overwhelmed by the sudden change. And whenever her husband David came home late from work, she would experience a mix of emotions. She had even stopped watching the news, reading newspapers, and browsing news articles on her phone. The thought of another woman reading about a police officer named David who never returned home from work haunted her, so she avoided anything that could tempt fate. </w:t>
      </w:r>
    </w:p>
    <w:p w14:paraId="52443AD6" w14:textId="77777777" w:rsidR="00282790" w:rsidRDefault="00000000">
      <w:r>
        <w:t xml:space="preserve">But then she heard Stephanie's uncontrollable laughter and it made her smile. She had made new friends here - people she genuinely liked and who showed a genuine interest in her. Maybe everything would turn out just fine, she thought, as she rubbed her tummy, feeling the little person inside her moving around. "Susan...SUSAN!!!" she heard someone call her name. </w:t>
      </w:r>
    </w:p>
    <w:p w14:paraId="1E91F27F" w14:textId="77777777" w:rsidR="00282790" w:rsidRDefault="00000000">
      <w:r>
        <w:t xml:space="preserve">Susan looked up to see Jenny waving her arms, gesturing for her to follow. Lauren, Paige, and Stephanie were already walking towards the other end of the plaza. "Susan, the restaurant is on the other side of the plaza," Jenny shouted. </w:t>
      </w:r>
    </w:p>
    <w:p w14:paraId="6010A1F0" w14:textId="77777777" w:rsidR="00282790" w:rsidRDefault="00000000">
      <w:r>
        <w:t xml:space="preserve">Susan smiled and waved back, signaling that she had heard her. As she slowly stood up, she heard a loud noise - like a chair being knocked over and metal cutlery hitting the concrete ground. </w:t>
      </w:r>
    </w:p>
    <w:p w14:paraId="7921700A" w14:textId="77777777" w:rsidR="00282790" w:rsidRDefault="00000000">
      <w:r>
        <w:t xml:space="preserve">"Are you alright?" a woman's voice asked, sounding concerned. Susan turned to see a woman looking at a male person. He seemed to be looking right at her. </w:t>
      </w:r>
    </w:p>
    <w:p w14:paraId="12D43981" w14:textId="77777777" w:rsidR="00282790" w:rsidRDefault="00000000">
      <w:r>
        <w:t xml:space="preserve">"Hello. Are you okay?" the woman asked the male person again. </w:t>
      </w:r>
    </w:p>
    <w:p w14:paraId="72AEC5BA" w14:textId="77777777" w:rsidR="00282790" w:rsidRDefault="00000000">
      <w:r>
        <w:lastRenderedPageBreak/>
        <w:t>Susan thought it odd this man was just staring at her but the thought disappeared as quickly as it came given the sudden shifting of the little human inside her, right on top of her bladder of all places. Must pee she suddenly thought.</w:t>
      </w:r>
    </w:p>
    <w:p w14:paraId="35E475CB" w14:textId="77777777" w:rsidR="00282790" w:rsidRDefault="00000000">
      <w:r>
        <w:t>Susan moved towards the plaza, where she could see Jenny's big smile and hear the sound of three boisterous women singing "We are the champions, of the world!" at the top of their lungs.</w:t>
      </w:r>
    </w:p>
    <w:p w14:paraId="1887C517" w14:textId="77777777" w:rsidR="00282790" w:rsidRDefault="00000000">
      <w:r>
        <w:br/>
        <w:t>**********</w:t>
      </w:r>
    </w:p>
    <w:p w14:paraId="2BA0BCC1" w14:textId="77777777" w:rsidR="00282790" w:rsidRDefault="00282790"/>
    <w:p w14:paraId="5075F0D5" w14:textId="77777777" w:rsidR="00282790" w:rsidRDefault="00000000">
      <w:r>
        <w:br/>
        <w:t>8:23pm.</w:t>
      </w:r>
    </w:p>
    <w:p w14:paraId="57A50879" w14:textId="77777777" w:rsidR="00282790" w:rsidRDefault="00282790"/>
    <w:p w14:paraId="7142F5C7" w14:textId="77777777" w:rsidR="00282790" w:rsidRDefault="00000000">
      <w:r>
        <w:br/>
      </w:r>
    </w:p>
    <w:p w14:paraId="30DBBBBF" w14:textId="77777777" w:rsidR="00282790" w:rsidRDefault="00000000">
      <w:r>
        <w:t>John observed his mother preparing to leave, carefully tucking away her glasses, book, and other essentials into her tote bag.</w:t>
      </w:r>
    </w:p>
    <w:p w14:paraId="78BE49F4" w14:textId="77777777" w:rsidR="00282790" w:rsidRDefault="00000000">
      <w:r>
        <w:br/>
      </w:r>
    </w:p>
    <w:p w14:paraId="3727FEFE" w14:textId="77777777" w:rsidR="00282790" w:rsidRDefault="00000000">
      <w:r>
        <w:t xml:space="preserve">As he sat at the table with a half-eaten slice of cheesecake and a third of coffee left in his cup, he came up with a plan. He would casually greet his mother, but it would be no accident. He would wait until she finished her meal and was about to get up. Then, as he reached for his keys and purposely missed his pocket, he would watch them skitter towards her, knowing she would kindly pick them up for him. This would be his subtle way of getting her attention. With a charming smile and a sincere apology, he would ask if she had any plans and if she answered no, he would suggest they have an innocent meal and drink together since he was not in the mood to cook at home. It was a simple plan that always seemed to work on his mother. </w:t>
      </w:r>
    </w:p>
    <w:p w14:paraId="146E18BD" w14:textId="77777777" w:rsidR="00282790" w:rsidRDefault="00000000">
      <w:r>
        <w:br/>
      </w:r>
    </w:p>
    <w:p w14:paraId="5EB7C28E" w14:textId="77777777" w:rsidR="00282790" w:rsidRDefault="00000000">
      <w:r>
        <w:t xml:space="preserve">John was set on putting the odd couple to the test, hoping to confirm his suspicion that his mother wasn't alone. If his hunch proved true, he knew he'd have to completely alter his strategy. He would have to become more guarded and less charming, aiming to leave a less harmonious impression. Typically, he would arrange for further meetings with his mother, but this time he would simply express his appreciation and take his leave. He would observe if his mother suggested another get-together, and if she did, he would graciously decline. </w:t>
      </w:r>
      <w:r>
        <w:lastRenderedPageBreak/>
        <w:t>However, he would request her contact information, so that in case of any changes, he could get in touch with her.</w:t>
      </w:r>
    </w:p>
    <w:p w14:paraId="4AAFAEC2" w14:textId="77777777" w:rsidR="00282790" w:rsidRDefault="00000000">
      <w:r>
        <w:br/>
      </w:r>
    </w:p>
    <w:p w14:paraId="50D014E7" w14:textId="77777777" w:rsidR="00282790" w:rsidRDefault="00000000">
      <w:r>
        <w:t>John could use this as an opportunity to postpone reaching out to her and instead focus on planning their next meeting. He could spend a couple of days trailing and surveilling her. He was aware of her residence and the unoccupied townhouse across from it, giving him the chance to install a wireless remote camera and monitor any visitors, including his mother's comings and goings.</w:t>
      </w:r>
    </w:p>
    <w:p w14:paraId="59BEC63F" w14:textId="77777777" w:rsidR="00282790" w:rsidRDefault="00000000">
      <w:r>
        <w:br/>
      </w:r>
    </w:p>
    <w:p w14:paraId="06C8410C" w14:textId="77777777" w:rsidR="00282790" w:rsidRDefault="00000000">
      <w:r>
        <w:t>Despite not giving it much consideration, John remained troubled by the swift return of his mother and pondered the circumstances surrounding it. Typically, there would have been a significant amount of time before their paths crossed again, but this was the quickest his mother had resurfaced. It had only been five or six weeks since he had taken her life, back when she was known as Emily.</w:t>
      </w:r>
    </w:p>
    <w:p w14:paraId="4B741AE3" w14:textId="77777777" w:rsidR="00282790" w:rsidRDefault="00000000">
      <w:r>
        <w:br/>
      </w:r>
    </w:p>
    <w:p w14:paraId="403852C7" w14:textId="77777777" w:rsidR="00282790" w:rsidRDefault="00000000">
      <w:r>
        <w:t>John was bewildered by the situation at hand. He decided this time, instead of swiftly ending his mother's life, he would take the time to inquire about her methods. Was there a hidden knowledge of reincarnation that eluded the living, and more importantly, why was she in such a hurry to return? What was her ultimate motive?</w:t>
      </w:r>
    </w:p>
    <w:p w14:paraId="4BCC6DBD" w14:textId="77777777" w:rsidR="00282790" w:rsidRDefault="00000000">
      <w:r>
        <w:br/>
      </w:r>
    </w:p>
    <w:p w14:paraId="7C9AD681" w14:textId="77777777" w:rsidR="00282790" w:rsidRDefault="00000000">
      <w:r>
        <w:rPr>
          <w:rFonts w:ascii="Lora" w:hAnsi="Lora"/>
        </w:rPr>
        <w:t>Timing was everything.</w:t>
      </w:r>
    </w:p>
    <w:p w14:paraId="5B2413D0" w14:textId="77777777" w:rsidR="00282790" w:rsidRDefault="00000000">
      <w:r>
        <w:br/>
      </w:r>
    </w:p>
    <w:p w14:paraId="121903A2" w14:textId="77777777" w:rsidR="00282790" w:rsidRDefault="00000000">
      <w:r>
        <w:t>John caught a glimpse of his mother standing up in his peripheral vision, prompting him to rise from his seat.</w:t>
      </w:r>
    </w:p>
    <w:p w14:paraId="64AD14FF" w14:textId="77777777" w:rsidR="00282790" w:rsidRDefault="00000000">
      <w:r>
        <w:br/>
      </w:r>
    </w:p>
    <w:p w14:paraId="5F0B6ED9" w14:textId="77777777" w:rsidR="00282790" w:rsidRDefault="00000000">
      <w:r>
        <w:rPr>
          <w:rFonts w:ascii="Lora" w:hAnsi="Lora"/>
        </w:rPr>
        <w:t>Then time slowed.</w:t>
      </w:r>
    </w:p>
    <w:p w14:paraId="54A87078" w14:textId="77777777" w:rsidR="00282790" w:rsidRDefault="00000000">
      <w:r>
        <w:br/>
      </w:r>
    </w:p>
    <w:p w14:paraId="5CEF8C2D" w14:textId="77777777" w:rsidR="00282790" w:rsidRDefault="00000000">
      <w:r>
        <w:rPr>
          <w:rFonts w:ascii="Lora" w:hAnsi="Lora"/>
        </w:rPr>
        <w:lastRenderedPageBreak/>
        <w:t>The plaza doors opened.</w:t>
      </w:r>
    </w:p>
    <w:p w14:paraId="6CE1795B" w14:textId="77777777" w:rsidR="00282790" w:rsidRDefault="00000000">
      <w:r>
        <w:br/>
      </w:r>
    </w:p>
    <w:p w14:paraId="20F97E30" w14:textId="77777777" w:rsidR="00282790" w:rsidRDefault="00000000">
      <w:r>
        <w:rPr>
          <w:rFonts w:ascii="Lora" w:hAnsi="Lora"/>
        </w:rPr>
        <w:t>A group walked out laughing with several other couples.</w:t>
      </w:r>
    </w:p>
    <w:p w14:paraId="1E6AC118" w14:textId="77777777" w:rsidR="00282790" w:rsidRDefault="00000000">
      <w:r>
        <w:br/>
      </w:r>
    </w:p>
    <w:p w14:paraId="007E7E67" w14:textId="77777777" w:rsidR="00282790" w:rsidRDefault="00000000">
      <w:r>
        <w:rPr>
          <w:rFonts w:ascii="Lora" w:hAnsi="Lora"/>
        </w:rPr>
        <w:t>John was reaching for his keys to turn.</w:t>
      </w:r>
    </w:p>
    <w:p w14:paraId="0FC3F03D" w14:textId="77777777" w:rsidR="00282790" w:rsidRDefault="00000000">
      <w:r>
        <w:br/>
      </w:r>
    </w:p>
    <w:p w14:paraId="6AE41E30" w14:textId="77777777" w:rsidR="00282790" w:rsidRDefault="00000000">
      <w:r>
        <w:rPr>
          <w:rFonts w:ascii="Lora" w:hAnsi="Lora"/>
        </w:rPr>
        <w:t>A glimpse of blonde hair caught his eye.</w:t>
      </w:r>
    </w:p>
    <w:p w14:paraId="4C670E76" w14:textId="77777777" w:rsidR="00282790" w:rsidRDefault="00000000">
      <w:r>
        <w:br/>
      </w:r>
    </w:p>
    <w:p w14:paraId="28A2A035" w14:textId="77777777" w:rsidR="00282790" w:rsidRDefault="00000000">
      <w:r>
        <w:rPr>
          <w:rFonts w:ascii="Lora" w:hAnsi="Lora"/>
        </w:rPr>
        <w:t>People paused near him.</w:t>
      </w:r>
    </w:p>
    <w:p w14:paraId="01E8D4D8" w14:textId="77777777" w:rsidR="00282790" w:rsidRDefault="00000000">
      <w:r>
        <w:br/>
      </w:r>
    </w:p>
    <w:p w14:paraId="5C3A0FCD" w14:textId="77777777" w:rsidR="00282790" w:rsidRDefault="00000000">
      <w:r>
        <w:rPr>
          <w:rFonts w:ascii="Lora" w:hAnsi="Lora"/>
        </w:rPr>
        <w:t>Other's laughed.</w:t>
      </w:r>
    </w:p>
    <w:p w14:paraId="3A7D0132" w14:textId="77777777" w:rsidR="00282790" w:rsidRDefault="00000000">
      <w:r>
        <w:br/>
      </w:r>
    </w:p>
    <w:p w14:paraId="68A39DD9" w14:textId="77777777" w:rsidR="00282790" w:rsidRDefault="00000000">
      <w:r>
        <w:t>The sensation was registered, yet it felt as if his eyes, sensors, brain, and consciousness were all disconnected and jumbled.</w:t>
      </w:r>
    </w:p>
    <w:p w14:paraId="67EB80FF" w14:textId="77777777" w:rsidR="00282790" w:rsidRDefault="00000000">
      <w:r>
        <w:br/>
      </w:r>
    </w:p>
    <w:p w14:paraId="50C09772" w14:textId="77777777" w:rsidR="00282790" w:rsidRDefault="00000000">
      <w:r>
        <w:t xml:space="preserve">Despite no physical harm being inflicted, he experienced the full force of a punch to the gut. </w:t>
      </w:r>
    </w:p>
    <w:p w14:paraId="077EBDF8" w14:textId="77777777" w:rsidR="00282790" w:rsidRDefault="00000000">
      <w:r>
        <w:br/>
      </w:r>
    </w:p>
    <w:p w14:paraId="244A867F" w14:textId="77777777" w:rsidR="00282790" w:rsidRDefault="00000000">
      <w:r>
        <w:t>As the blonde figure paused outside the plaza doors, she settled onto a small bench beside a lush fern. John's arm seemed to act independently as it clumsily fumbled with his keys, causing his coffee to spill and the cup and spoon to clatter onto the concrete floor. His grip on the keys loosened and they scattered towards his mother. Startled by the sudden noise, his mother flinched as the coffee cup and spoon crashed to the ground, and the keys landed at her feet.</w:t>
      </w:r>
    </w:p>
    <w:p w14:paraId="5A1680D7" w14:textId="77777777" w:rsidR="00282790" w:rsidRDefault="00000000">
      <w:r>
        <w:lastRenderedPageBreak/>
        <w:br/>
      </w:r>
    </w:p>
    <w:p w14:paraId="2C59959E" w14:textId="77777777" w:rsidR="00282790" w:rsidRDefault="00000000">
      <w:r>
        <w:t>John was completely breathless, unable to look away from the scene unfolding before him. His gaze was fixated on the figure in front of him, but his mind was incapable of comprehending and processing the sight.</w:t>
      </w:r>
    </w:p>
    <w:p w14:paraId="03CD9C41" w14:textId="77777777" w:rsidR="00282790" w:rsidRDefault="00000000">
      <w:r>
        <w:br/>
        <w:t>"Are you alright?" a woman's voice asked, sounding concerned.</w:t>
      </w:r>
    </w:p>
    <w:p w14:paraId="01F01287" w14:textId="77777777" w:rsidR="00282790" w:rsidRDefault="00282790"/>
    <w:p w14:paraId="72037F42" w14:textId="77777777" w:rsidR="00282790" w:rsidRDefault="00000000">
      <w:r>
        <w:t>John couldn't move. He was simply made of stone.</w:t>
      </w:r>
    </w:p>
    <w:p w14:paraId="0B360C5B" w14:textId="77777777" w:rsidR="00282790" w:rsidRDefault="00000000">
      <w:r>
        <w:t>The blonde woman on the bench turned towards him. He didn't look away.</w:t>
      </w:r>
    </w:p>
    <w:p w14:paraId="3384AF8A" w14:textId="77777777" w:rsidR="00282790" w:rsidRDefault="00000000">
      <w:r>
        <w:t>Their eyes locked.</w:t>
      </w:r>
    </w:p>
    <w:p w14:paraId="044F089E" w14:textId="77777777" w:rsidR="00282790" w:rsidRDefault="00000000">
      <w:r>
        <w:t>"Hello. Are you okay?" the woman asked him again.</w:t>
      </w:r>
    </w:p>
    <w:p w14:paraId="670A53D0" w14:textId="77777777" w:rsidR="00282790" w:rsidRDefault="00000000">
      <w:r>
        <w:br/>
      </w:r>
    </w:p>
    <w:p w14:paraId="123E382B" w14:textId="77777777" w:rsidR="00282790" w:rsidRDefault="00000000">
      <w:r>
        <w:t>The blonde woman on the bench turned away as responded to a name, Susan. Someone was calling to her from inside the plaza to follow her. They were smiling at each other.</w:t>
      </w:r>
    </w:p>
    <w:p w14:paraId="77FD88C8" w14:textId="77777777" w:rsidR="00282790" w:rsidRDefault="00000000">
      <w:r>
        <w:br/>
      </w:r>
    </w:p>
    <w:p w14:paraId="54756594" w14:textId="77777777" w:rsidR="00282790" w:rsidRDefault="00000000">
      <w:r>
        <w:t>John watched her struggle to stand and again the synapses in his brain struggled to comprehend what he was witnessing.</w:t>
      </w:r>
    </w:p>
    <w:p w14:paraId="36C6C199" w14:textId="77777777" w:rsidR="00282790" w:rsidRDefault="00000000">
      <w:r>
        <w:br/>
        <w:t xml:space="preserve">Drawing breathe for the first time in what seemed an eternity he quietly said "pregnant". </w:t>
      </w:r>
    </w:p>
    <w:p w14:paraId="01FDD477" w14:textId="77777777" w:rsidR="00282790" w:rsidRDefault="00282790"/>
    <w:p w14:paraId="01CC9075" w14:textId="77777777" w:rsidR="00282790" w:rsidRDefault="00000000">
      <w:r>
        <w:br/>
      </w:r>
    </w:p>
    <w:p w14:paraId="1FCE86F7" w14:textId="77777777" w:rsidR="00282790" w:rsidRDefault="00000000">
      <w:r>
        <w:t>As his eyes gradually adjusted to his surroundings, a figure materialized before him. Slowly, he began to recall the events that had brought him here. "I'm sorry," murmured a confused woman, standing in front of him. John shook his head, trying to regain his senses. As he gazed at the woman before him, memories flooded back. He had a task to complete before...what was her name again? Susan, that's right...before Susan appeared</w:t>
      </w:r>
    </w:p>
    <w:p w14:paraId="511C6D85" w14:textId="77777777" w:rsidR="00282790" w:rsidRDefault="00000000">
      <w:r>
        <w:br/>
      </w:r>
    </w:p>
    <w:p w14:paraId="4AA25790" w14:textId="77777777" w:rsidR="00282790" w:rsidRDefault="00000000">
      <w:r>
        <w:lastRenderedPageBreak/>
        <w:t xml:space="preserve">John flashed a polite smile at the mother standing in front of him, attempting to appear embarrassed. </w:t>
      </w:r>
    </w:p>
    <w:p w14:paraId="51061DC2" w14:textId="77777777" w:rsidR="00282790" w:rsidRDefault="00000000">
      <w:r>
        <w:br/>
      </w:r>
    </w:p>
    <w:p w14:paraId="72B06B46" w14:textId="77777777" w:rsidR="00282790" w:rsidRDefault="00000000">
      <w:r>
        <w:t xml:space="preserve">"My apologies," he said, taking the keys from her outstretched hand. </w:t>
      </w:r>
    </w:p>
    <w:p w14:paraId="7510476D" w14:textId="77777777" w:rsidR="00282790" w:rsidRDefault="00000000">
      <w:r>
        <w:t xml:space="preserve">"I may have stood up too quickly and felt a bit lightheaded." He placed a hand on his forehead, feigning a sudden realization. </w:t>
      </w:r>
    </w:p>
    <w:p w14:paraId="0C910920" w14:textId="77777777" w:rsidR="00282790" w:rsidRDefault="00000000">
      <w:r>
        <w:t xml:space="preserve">"I just realized I haven't eaten in quite some time and the coffee and cheesecake were not the best choice. I believe I need something more substantial." </w:t>
      </w:r>
    </w:p>
    <w:p w14:paraId="3317D316" w14:textId="77777777" w:rsidR="00282790" w:rsidRDefault="00000000">
      <w:r>
        <w:t xml:space="preserve">John offered a weak smile. </w:t>
      </w:r>
    </w:p>
    <w:p w14:paraId="3409D141" w14:textId="77777777" w:rsidR="00282790" w:rsidRDefault="00000000">
      <w:r>
        <w:br/>
      </w:r>
    </w:p>
    <w:p w14:paraId="77AD716B" w14:textId="77777777" w:rsidR="00282790" w:rsidRDefault="00000000">
      <w:r>
        <w:t xml:space="preserve">"Excuse me, Mike," John said, extending his hand. </w:t>
      </w:r>
    </w:p>
    <w:p w14:paraId="53E508A9" w14:textId="77777777" w:rsidR="00282790" w:rsidRDefault="00000000">
      <w:r>
        <w:t>"You certainly scared me there, Mike, and I agree, coffee and cheesecake won't suffice. My name is Jill," Constable Maxine Phillips introduced herself under her cover name, reaching her hand out to John.</w:t>
      </w:r>
    </w:p>
    <w:p w14:paraId="148A1FBA" w14:textId="77777777" w:rsidR="00282790" w:rsidRDefault="00000000">
      <w:r>
        <w:br/>
      </w:r>
    </w:p>
    <w:p w14:paraId="11EFDE5E" w14:textId="77777777" w:rsidR="00282790" w:rsidRDefault="00000000">
      <w:r>
        <w:rPr>
          <w:rFonts w:ascii="Lora" w:hAnsi="Lora"/>
        </w:rPr>
        <w:t>"I was about to grab a bite. I'm kind of new in town so I really don't know what's good or where to go. Any suggestions and your welcome to join me" Said Jill with a smile and polite laugh.</w:t>
      </w:r>
    </w:p>
    <w:p w14:paraId="3A326DAD" w14:textId="77777777" w:rsidR="00282790" w:rsidRDefault="00000000">
      <w:r>
        <w:br/>
      </w:r>
    </w:p>
    <w:p w14:paraId="3BA66229" w14:textId="77777777" w:rsidR="00282790" w:rsidRDefault="00000000">
      <w:r>
        <w:rPr>
          <w:rFonts w:ascii="Lora" w:hAnsi="Lora"/>
        </w:rPr>
        <w:t xml:space="preserve">John instantly saw this as an opportunity to complete two tasks at the same time. </w:t>
      </w:r>
    </w:p>
    <w:p w14:paraId="79109057" w14:textId="77777777" w:rsidR="00282790" w:rsidRDefault="00000000">
      <w:r>
        <w:rPr>
          <w:rFonts w:ascii="Lora" w:hAnsi="Lora"/>
        </w:rPr>
        <w:t>"That sounds wonderful but I don't want to intrude, I can give you the name and location of a few nice restaurants in the are" said John.</w:t>
      </w:r>
    </w:p>
    <w:p w14:paraId="0B7E4475" w14:textId="77777777" w:rsidR="00282790" w:rsidRDefault="00000000">
      <w:r>
        <w:br/>
      </w:r>
    </w:p>
    <w:p w14:paraId="0614F0E2" w14:textId="77777777" w:rsidR="00282790" w:rsidRDefault="00000000">
      <w:r>
        <w:rPr>
          <w:rFonts w:ascii="Lora" w:hAnsi="Lora"/>
        </w:rPr>
        <w:t>"No your not intruding. I'm kind of over the whole dining by yourself thing these past few days."</w:t>
      </w:r>
    </w:p>
    <w:p w14:paraId="6C69C04D" w14:textId="77777777" w:rsidR="00282790" w:rsidRDefault="00000000">
      <w:r>
        <w:rPr>
          <w:rFonts w:ascii="Lora" w:hAnsi="Lora"/>
        </w:rPr>
        <w:t>"Well then follow me. There's a nice little place on the other side of the plaza. Its a short walk" said John with a genuine smile.</w:t>
      </w:r>
    </w:p>
    <w:p w14:paraId="30033EA3" w14:textId="77777777" w:rsidR="00282790" w:rsidRDefault="00000000">
      <w:r>
        <w:lastRenderedPageBreak/>
        <w:br/>
      </w:r>
    </w:p>
    <w:p w14:paraId="0786C604" w14:textId="77777777" w:rsidR="00282790" w:rsidRDefault="00000000">
      <w:r>
        <w:rPr>
          <w:rFonts w:ascii="Lora" w:hAnsi="Lora"/>
        </w:rPr>
        <w:t xml:space="preserve">They both walked over to pay for their coffee and were soon entering the plaza. </w:t>
      </w:r>
    </w:p>
    <w:p w14:paraId="58672FEA" w14:textId="77777777" w:rsidR="00282790" w:rsidRDefault="00000000">
      <w:r>
        <w:rPr>
          <w:rFonts w:ascii="Lora" w:hAnsi="Lora"/>
        </w:rPr>
        <w:t>With a smile John made a brief glance over to the other cafe and just as he presumed, the odd couple were standing there. Not moving in any direction as if awaiting instructions. When John and Jill walked towards the plaza doors, the couple followed shortly after carrying their bags.</w:t>
      </w:r>
    </w:p>
    <w:p w14:paraId="09A60126" w14:textId="77777777" w:rsidR="00282790" w:rsidRDefault="00000000">
      <w:r>
        <w:br/>
      </w:r>
    </w:p>
    <w:p w14:paraId="4086B9D0" w14:textId="77777777" w:rsidR="00282790" w:rsidRDefault="00000000">
      <w:r>
        <w:t xml:space="preserve">After a few steps John made the decision to initiate a conversation. "So you're new here? I've been a resident of Portland my whole life. I've always had a fondness for this place, so why search for a new home when I feel like I've already found it?" he remarked. </w:t>
      </w:r>
    </w:p>
    <w:p w14:paraId="0B934472" w14:textId="77777777" w:rsidR="00282790" w:rsidRDefault="00000000">
      <w:r>
        <w:t xml:space="preserve">Jill responded, "Wow, your entire life. If you truly love it here, then that's wonderful. I hope you don't mind me asking, but are you married, have children, or in a relationship? I really don't want to have a nice evening with someone who seems nice only to be stalked or harassed by a woman" </w:t>
      </w:r>
    </w:p>
    <w:p w14:paraId="2BB581C3" w14:textId="77777777" w:rsidR="00282790" w:rsidRDefault="00000000">
      <w:r>
        <w:t>John gave a small laugh and replied, "No, my last relationship ended recently. We hadn't been together long, and she decided this wasn't the ideal location for her so I helped her move on." said John thinking of Emma.</w:t>
      </w:r>
    </w:p>
    <w:p w14:paraId="6D3FE017" w14:textId="77777777" w:rsidR="00282790" w:rsidRDefault="00000000">
      <w:r>
        <w:br/>
        <w:t xml:space="preserve">John could hear a group of women laughing ahead of them. From the blonde hair, easily identifiable 'waddle' and with a hand placed on the small of her back </w:t>
      </w:r>
    </w:p>
    <w:p w14:paraId="4684D2C8" w14:textId="77777777" w:rsidR="00282790" w:rsidRDefault="00000000">
      <w:r>
        <w:rPr>
          <w:rFonts w:ascii="Lora" w:hAnsi="Lora"/>
        </w:rPr>
        <w:t xml:space="preserve"> John knew it had to be Susan. A second mother reincarnate and she was carrying a vessel.</w:t>
      </w:r>
    </w:p>
    <w:p w14:paraId="70972961" w14:textId="77777777" w:rsidR="00282790" w:rsidRDefault="00000000">
      <w:r>
        <w:br/>
      </w:r>
    </w:p>
    <w:p w14:paraId="721B6F90" w14:textId="77777777" w:rsidR="00282790" w:rsidRDefault="00000000">
      <w:r>
        <w:rPr>
          <w:rFonts w:ascii="Lora" w:hAnsi="Lora"/>
        </w:rPr>
        <w:t>John kept his pace slow. He wanted to see where Susan would eat she could could decide if you sit at the same location of one close by.</w:t>
      </w:r>
    </w:p>
    <w:p w14:paraId="2193D4EF" w14:textId="77777777" w:rsidR="00282790" w:rsidRDefault="00000000">
      <w:r>
        <w:br/>
      </w:r>
    </w:p>
    <w:p w14:paraId="3F5CA4C6" w14:textId="77777777" w:rsidR="00282790" w:rsidRDefault="00000000">
      <w:r>
        <w:rPr>
          <w:rFonts w:ascii="Lora" w:hAnsi="Lora"/>
        </w:rPr>
        <w:t>Passing various shop windows and stores that had closed, he was able to glimpse the reflection of the couple still following.</w:t>
      </w:r>
    </w:p>
    <w:p w14:paraId="602A1280" w14:textId="77777777" w:rsidR="00282790" w:rsidRDefault="00000000">
      <w:r>
        <w:br/>
      </w:r>
    </w:p>
    <w:p w14:paraId="491498C8" w14:textId="77777777" w:rsidR="00282790" w:rsidRDefault="00000000">
      <w:r>
        <w:rPr>
          <w:rFonts w:ascii="Lora" w:hAnsi="Lora"/>
        </w:rPr>
        <w:lastRenderedPageBreak/>
        <w:t>**********</w:t>
      </w:r>
    </w:p>
    <w:p w14:paraId="36361A28" w14:textId="77777777" w:rsidR="00282790" w:rsidRDefault="00000000">
      <w:r>
        <w:br/>
      </w:r>
    </w:p>
    <w:p w14:paraId="549640C7" w14:textId="77777777" w:rsidR="00282790" w:rsidRDefault="00000000">
      <w:r>
        <w:t xml:space="preserve">Hartley was seated in the van, her ears attuned to the conversation between Constable Maxine Phillips and a man who went by the name of Mike. When Mike first took a seat, Hartley's stomach churned with unease. He seemed to possess all the qualities that set off alarms for her - well-groomed, articulate in his coffee order, courteous, unattached. Hartley could sense that the young waitress was already under his spell and it wouldn't take much for him to charm his way into her bedroom. Mike had the kind of charm and charisma that could easily disarm a woman. </w:t>
      </w:r>
    </w:p>
    <w:p w14:paraId="234000BD" w14:textId="77777777" w:rsidR="00282790" w:rsidRDefault="00000000">
      <w:r>
        <w:t xml:space="preserve">But then came the incident. </w:t>
      </w:r>
    </w:p>
    <w:p w14:paraId="69692275" w14:textId="77777777" w:rsidR="00282790" w:rsidRDefault="00000000">
      <w:r>
        <w:t xml:space="preserve">Hartley was puzzled by the way he suddenly froze. His keys went flying, the coffee and spoon were knocked over, spilling onto his trousers and shoes. </w:t>
      </w:r>
    </w:p>
    <w:p w14:paraId="015BCD81" w14:textId="77777777" w:rsidR="00282790" w:rsidRDefault="00000000">
      <w:r>
        <w:t>His face turned blank and devoid of expression.</w:t>
      </w:r>
    </w:p>
    <w:p w14:paraId="39E79007" w14:textId="77777777" w:rsidR="00282790" w:rsidRDefault="00000000">
      <w:r>
        <w:br/>
      </w:r>
    </w:p>
    <w:p w14:paraId="038D1EEF" w14:textId="77777777" w:rsidR="00282790" w:rsidRDefault="00000000">
      <w:r>
        <w:t>Hartley's doubts grew with each passing moment. This was not what she had anticipated from the killer when he engaged with his victim. She had anticipated confidence, charm, compliments, light conversation, and flirtation - all while maintaining complete control.</w:t>
      </w:r>
    </w:p>
    <w:p w14:paraId="57E87337" w14:textId="77777777" w:rsidR="00282790" w:rsidRDefault="00000000">
      <w:r>
        <w:br/>
      </w:r>
    </w:p>
    <w:p w14:paraId="0B98EE42" w14:textId="77777777" w:rsidR="00282790" w:rsidRDefault="00000000">
      <w:r>
        <w:t xml:space="preserve">Constable Maxine Phillips stood still, gripping the man's keys with a worried expression. Through her communication earpiece, she heard Dr. Hartley's urgent message: "Stay with him." Following her instructions Hartley heard Constable Phillips ask "Hello. Are you okay?". </w:t>
      </w:r>
    </w:p>
    <w:p w14:paraId="04F91553" w14:textId="77777777" w:rsidR="00282790" w:rsidRDefault="00000000">
      <w:r>
        <w:t xml:space="preserve">Dr. Hartley watched as the man remained motionless. </w:t>
      </w:r>
    </w:p>
    <w:p w14:paraId="62B3BF3B" w14:textId="77777777" w:rsidR="00282790" w:rsidRDefault="00000000">
      <w:r>
        <w:t xml:space="preserve">"What is he fixated on?" Dr. Hartley questioned aloud. Meanwhile, Briggs, Marcus, and Mitchell were maneuvering to get a better view. </w:t>
      </w:r>
    </w:p>
    <w:p w14:paraId="24BC2F79" w14:textId="77777777" w:rsidR="00282790" w:rsidRDefault="00000000">
      <w:r>
        <w:t xml:space="preserve">Marcus adjusted the cameras from inside, while flicking switches and turning dials. </w:t>
      </w:r>
    </w:p>
    <w:p w14:paraId="62760428" w14:textId="77777777" w:rsidR="00282790" w:rsidRDefault="00000000">
      <w:r>
        <w:br/>
      </w:r>
    </w:p>
    <w:p w14:paraId="648A4C25" w14:textId="77777777" w:rsidR="00282790" w:rsidRDefault="00000000">
      <w:r>
        <w:t xml:space="preserve">Dr. Hartley pushed another button, connecting to the two undercover agents, codenamed simply as Team One, who were covertly positioned at a nearby cafe, closely monitoring the interaction between Constable Phillips and the enigmatic man seated across from her. </w:t>
      </w:r>
      <w:r>
        <w:lastRenderedPageBreak/>
        <w:t>"Team One, do either of you have a visual on what the male suspect is fixated on?" inquired Hartley through the microphone. He noted Team One's nonchalant turn towards the plaza for a fleeting moment before returning to their surveillance postures. "Negative," responded the female operative. "Negative," echoed the male operative. "The commotion caused by the shattered cup has drawn too many onlookers, obstructing our view," added the male operative. "Instructions?" asked the female operative.</w:t>
      </w:r>
    </w:p>
    <w:p w14:paraId="28980A93" w14:textId="77777777" w:rsidR="00282790" w:rsidRDefault="00000000">
      <w:r>
        <w:br/>
      </w:r>
    </w:p>
    <w:p w14:paraId="6BDA68CA" w14:textId="77777777" w:rsidR="00282790" w:rsidRDefault="00000000">
      <w:r>
        <w:t>The phrase "Instructions" was commonly used by field agents when they encountered a situation that had strayed from the initial plan or presented an unexpected obstacle. It signified a need to determine whether to maintain their cover while seated in the coffee shop, conduct an investigation, or pursue an alternative course of action.</w:t>
      </w:r>
    </w:p>
    <w:p w14:paraId="34F300D9" w14:textId="77777777" w:rsidR="00282790" w:rsidRDefault="00000000">
      <w:r>
        <w:br/>
      </w:r>
    </w:p>
    <w:p w14:paraId="69745B39" w14:textId="77777777" w:rsidR="00282790" w:rsidRDefault="00000000">
      <w:r>
        <w:t>"Remain in your seats and maintain vigilance over both the crowd and the Primary," Hartley's voice echoed through the microphone. It was clear to everyone present that the Primary referred to Constable Maxine Phillips. Whatever the situation may be, Maxine's safety must never be jeopardized or put in harm's way.</w:t>
      </w:r>
    </w:p>
    <w:p w14:paraId="2FDC841B" w14:textId="77777777" w:rsidR="00282790" w:rsidRDefault="00000000">
      <w:r>
        <w:br/>
      </w:r>
    </w:p>
    <w:p w14:paraId="39C4D6F3" w14:textId="77777777" w:rsidR="00282790" w:rsidRDefault="00000000">
      <w:r>
        <w:rPr>
          <w:rFonts w:ascii="Lora" w:hAnsi="Lora"/>
        </w:rPr>
        <w:t>Mitchel monitored the video.</w:t>
      </w:r>
    </w:p>
    <w:p w14:paraId="4F770BA2" w14:textId="77777777" w:rsidR="00282790" w:rsidRDefault="00000000">
      <w:r>
        <w:rPr>
          <w:rFonts w:ascii="Lora" w:hAnsi="Lora"/>
        </w:rPr>
        <w:t>"Primary and Mitchel are on the go"</w:t>
      </w:r>
    </w:p>
    <w:p w14:paraId="25061A26" w14:textId="77777777" w:rsidR="00282790" w:rsidRDefault="00000000">
      <w:r>
        <w:rPr>
          <w:rFonts w:ascii="Lora" w:hAnsi="Lora"/>
        </w:rPr>
        <w:t>"Team One follow and maintain distance" Hartley instructed.</w:t>
      </w:r>
    </w:p>
    <w:p w14:paraId="7625E48A" w14:textId="77777777" w:rsidR="00282790" w:rsidRDefault="00000000">
      <w:r>
        <w:rPr>
          <w:rFonts w:ascii="Lora" w:hAnsi="Lora"/>
        </w:rPr>
        <w:t>O'Neil turned to Briggs.</w:t>
      </w:r>
    </w:p>
    <w:p w14:paraId="26BD7FF0" w14:textId="77777777" w:rsidR="00282790" w:rsidRDefault="00000000">
      <w:r>
        <w:rPr>
          <w:rFonts w:ascii="Lora" w:hAnsi="Lora"/>
        </w:rPr>
        <w:t>"I'm putting you in play. At any time you deem the The Primary to be in danger you have authorization to engage weapon hot" said O'Neil.</w:t>
      </w:r>
    </w:p>
    <w:p w14:paraId="4EE1F320" w14:textId="77777777" w:rsidR="00282790" w:rsidRDefault="00000000">
      <w:r>
        <w:rPr>
          <w:rFonts w:ascii="Lora" w:hAnsi="Lora"/>
        </w:rPr>
        <w:t>"Sir" was all Briggs replied and he stepped out of the back of the van adjusting his coat. Briggs glanced around before proceeding after the Primary.</w:t>
      </w:r>
    </w:p>
    <w:p w14:paraId="4D3903C4" w14:textId="77777777" w:rsidR="00282790" w:rsidRDefault="00000000">
      <w:r>
        <w:rPr>
          <w:rFonts w:ascii="Lora" w:hAnsi="Lora"/>
        </w:rPr>
        <w:t>Hartley and Marcus both stared at O'Neil sensing now just how high the stakes were.</w:t>
      </w:r>
    </w:p>
    <w:p w14:paraId="1F525AAF" w14:textId="77777777" w:rsidR="00282790" w:rsidRDefault="00000000">
      <w:r>
        <w:br/>
      </w:r>
      <w:r>
        <w:br/>
      </w:r>
    </w:p>
    <w:p w14:paraId="356DB54E" w14:textId="77777777" w:rsidR="00282790" w:rsidRDefault="00000000">
      <w:r>
        <w:lastRenderedPageBreak/>
        <w:t xml:space="preserve">John awoke the next day, free from dreams. His slumber had been peaceful and he felt fully awake, unburdened by worry or the need to run. </w:t>
      </w:r>
    </w:p>
    <w:p w14:paraId="4CD140FC" w14:textId="77777777" w:rsidR="00282790" w:rsidRDefault="00000000">
      <w:r>
        <w:t xml:space="preserve">It was the first time he had ever experienced such a feeling of emptiness. </w:t>
      </w:r>
    </w:p>
    <w:p w14:paraId="12B6E09C" w14:textId="77777777" w:rsidR="00282790" w:rsidRDefault="00000000">
      <w:r>
        <w:t xml:space="preserve">His entire life had been consumed by fear since he learned his mother could return to enslave, abuse, and manipulate him for her own twisted desires. </w:t>
      </w:r>
    </w:p>
    <w:p w14:paraId="0CD38B14" w14:textId="77777777" w:rsidR="00282790" w:rsidRDefault="00000000">
      <w:r>
        <w:br/>
      </w:r>
    </w:p>
    <w:p w14:paraId="2A8B3FE8" w14:textId="77777777" w:rsidR="00282790" w:rsidRDefault="00000000">
      <w:r>
        <w:t xml:space="preserve">Every day, for years on end, he lived in a constant state of vigilance, always on guard and afraid of being deceived and losing everything. </w:t>
      </w:r>
    </w:p>
    <w:p w14:paraId="3B1F5F41" w14:textId="77777777" w:rsidR="00282790" w:rsidRDefault="00000000">
      <w:r>
        <w:t>But last night was a turning point. He finally grasped the true extent of his mother's preparations, and realized that she was on the brink of victory.</w:t>
      </w:r>
    </w:p>
    <w:p w14:paraId="3D960E64" w14:textId="77777777" w:rsidR="00282790" w:rsidRDefault="00000000">
      <w:r>
        <w:br/>
      </w:r>
    </w:p>
    <w:p w14:paraId="40B2DAA2" w14:textId="77777777" w:rsidR="00282790" w:rsidRDefault="00000000">
      <w:r>
        <w:t xml:space="preserve">Susan's womb carried his future within. He knew this was the vessel he would come back in. The size of her belly, and the way she moved appeared imminent, perhaps within a week or two. </w:t>
      </w:r>
    </w:p>
    <w:p w14:paraId="287A5D8F" w14:textId="77777777" w:rsidR="00282790" w:rsidRDefault="00000000">
      <w:r>
        <w:br/>
      </w:r>
    </w:p>
    <w:p w14:paraId="7963EF38" w14:textId="77777777" w:rsidR="00282790" w:rsidRDefault="00000000">
      <w:r>
        <w:t xml:space="preserve">Jill's early return with two unfamiliar couples was meant to catch his attention. He realized they were meant to divert him from Susan. </w:t>
      </w:r>
    </w:p>
    <w:p w14:paraId="09DD20FF" w14:textId="77777777" w:rsidR="00282790" w:rsidRDefault="00000000">
      <w:r>
        <w:t xml:space="preserve">The concept of his mother's presence in two places at once was beyond his understanding, but he didn't need to comprehend it. </w:t>
      </w:r>
    </w:p>
    <w:p w14:paraId="03478E9D" w14:textId="77777777" w:rsidR="00282790" w:rsidRDefault="00000000">
      <w:r>
        <w:t>They both existed, that was all that mattered. Their ulterior motive was to lure him out, to bring him back to the place of his origin, to be reborn.</w:t>
      </w:r>
    </w:p>
    <w:p w14:paraId="6B36C472" w14:textId="77777777" w:rsidR="00282790" w:rsidRDefault="00000000">
      <w:r>
        <w:br/>
      </w:r>
    </w:p>
    <w:p w14:paraId="2F1B3816" w14:textId="77777777" w:rsidR="00282790" w:rsidRDefault="00000000">
      <w:r>
        <w:rPr>
          <w:rFonts w:ascii="Lora" w:hAnsi="Lora"/>
        </w:rPr>
        <w:t xml:space="preserve">Rising to shower he replied the evening over again in his mind. </w:t>
      </w:r>
    </w:p>
    <w:p w14:paraId="42437956" w14:textId="77777777" w:rsidR="00282790" w:rsidRDefault="00000000">
      <w:r>
        <w:br/>
      </w:r>
    </w:p>
    <w:p w14:paraId="3192ADD0" w14:textId="77777777" w:rsidR="00282790" w:rsidRDefault="00000000">
      <w:r>
        <w:t xml:space="preserve">As they strolled through the mall, the peculiar duo trailed behind them and eventually settled into the same restaurant to the right of the wall. The Bavarian hotel was a hotspot for young couples, birthday celebrations, and the trendy crowd. Sitting down to a scrumptious meal and a couple of brews, John sipped on light beers at a leisurely pace. </w:t>
      </w:r>
    </w:p>
    <w:p w14:paraId="6322C8AC" w14:textId="77777777" w:rsidR="00282790" w:rsidRDefault="00000000">
      <w:r>
        <w:lastRenderedPageBreak/>
        <w:br/>
      </w:r>
    </w:p>
    <w:p w14:paraId="48794C98" w14:textId="77777777" w:rsidR="00282790" w:rsidRDefault="00000000">
      <w:r>
        <w:t xml:space="preserve">He observed Jill indulging in a few drinks, which seemed to make her more at ease and talkative - exactly what he had hoped for. </w:t>
      </w:r>
    </w:p>
    <w:p w14:paraId="707C4273" w14:textId="77777777" w:rsidR="00282790" w:rsidRDefault="00000000">
      <w:r>
        <w:t>Playing the part of a perfect mother, she was charming, chatty, and even flirtatious, grinning or giggling at all his words. John was careful to only discuss his job, his fondness for Portland, and his dreams of traveling to far-off places that he knew he would never visit.</w:t>
      </w:r>
    </w:p>
    <w:p w14:paraId="6A0E30CF" w14:textId="77777777" w:rsidR="00282790" w:rsidRDefault="00000000">
      <w:r>
        <w:br/>
      </w:r>
    </w:p>
    <w:p w14:paraId="3D7358EE" w14:textId="77777777" w:rsidR="00282790" w:rsidRDefault="00000000">
      <w:r>
        <w:t xml:space="preserve">When questioned about his family, John was always prepared with multiple fabricated stories. He would recount to Jill how he had been left orphaned after his parents tragically lost their lives in a car accident on their way back from work. </w:t>
      </w:r>
    </w:p>
    <w:p w14:paraId="0D27733D" w14:textId="77777777" w:rsidR="00282790" w:rsidRDefault="00000000">
      <w:r>
        <w:br/>
      </w:r>
    </w:p>
    <w:p w14:paraId="3D7C974B" w14:textId="77777777" w:rsidR="00282790" w:rsidRDefault="00000000">
      <w:r>
        <w:t xml:space="preserve">He would then mention that his grandmother, who had raised him, had passed away a decade ago, leaving him to live a solitary life with no siblings or other relatives. Whenever Jill persisted in prying for more information, John would politely decline, stating that he would rather not discuss it. </w:t>
      </w:r>
    </w:p>
    <w:p w14:paraId="6FC4F18F" w14:textId="77777777" w:rsidR="00282790" w:rsidRDefault="00000000">
      <w:r>
        <w:t>This response would leave Jill feeling uneasy, putting an end to any further discussion on the matter.</w:t>
      </w:r>
    </w:p>
    <w:p w14:paraId="7173E891" w14:textId="77777777" w:rsidR="00282790" w:rsidRDefault="00000000">
      <w:r>
        <w:br/>
      </w:r>
    </w:p>
    <w:p w14:paraId="06ADF8FE" w14:textId="77777777" w:rsidR="00282790" w:rsidRDefault="00000000">
      <w:r>
        <w:t xml:space="preserve">On the opposite side of the street stood a modern Japanese eatery, adorned with traditional touches to enhance its authenticity. </w:t>
      </w:r>
    </w:p>
    <w:p w14:paraId="5B35D48E" w14:textId="77777777" w:rsidR="00282790" w:rsidRDefault="00000000">
      <w:r>
        <w:br/>
      </w:r>
    </w:p>
    <w:p w14:paraId="3B2832D6" w14:textId="77777777" w:rsidR="00282790" w:rsidRDefault="00000000">
      <w:r>
        <w:t>Susan, accompanied by three other women, sat at a circular table near the front window, indulging in food and laughter. From his vantage point, John could easily observe their jovial gathering.</w:t>
      </w:r>
    </w:p>
    <w:p w14:paraId="10332120" w14:textId="77777777" w:rsidR="00282790" w:rsidRDefault="00000000">
      <w:r>
        <w:br/>
      </w:r>
    </w:p>
    <w:p w14:paraId="148A72E3" w14:textId="77777777" w:rsidR="00282790" w:rsidRDefault="00000000">
      <w:r>
        <w:t>Meanwhile, Jill sat with him had her back turned to the restaurant, a strategic move he had orchestrated upon their arrival.</w:t>
      </w:r>
    </w:p>
    <w:p w14:paraId="1E663307" w14:textId="77777777" w:rsidR="00282790" w:rsidRDefault="00000000">
      <w:r>
        <w:lastRenderedPageBreak/>
        <w:br/>
        <w:t>There meal was pleasant enough. Not that John could taste much of it. He smiled when listening and laughed a little on cue when he deemed it was appropriate. He asked simple questions. Nothing to specific but he knew how to ask somewhat seemly innocent questions without raising suspicion.</w:t>
      </w:r>
    </w:p>
    <w:p w14:paraId="51C04EBC" w14:textId="77777777" w:rsidR="00282790" w:rsidRDefault="00282790"/>
    <w:p w14:paraId="59996F2B" w14:textId="77777777" w:rsidR="00282790" w:rsidRDefault="00000000">
      <w:r>
        <w:br/>
      </w:r>
    </w:p>
    <w:p w14:paraId="6E4A9B89" w14:textId="77777777" w:rsidR="00282790" w:rsidRDefault="00000000">
      <w:r>
        <w:t>John shared little things. He gave her his mother's surname, Kenneth even though he had been given his father's last name, Sterling at birth. He wanted to see if Susan showed any connection. Showed any sign to him that he knew who she was but Mother One did and said nothing</w:t>
      </w:r>
      <w:r>
        <w:rPr>
          <w:rFonts w:ascii="Lora" w:hAnsi="Lora"/>
        </w:rPr>
        <w:t xml:space="preserve"> as she always did.</w:t>
      </w:r>
    </w:p>
    <w:p w14:paraId="3F3DCB95" w14:textId="77777777" w:rsidR="00282790" w:rsidRDefault="00000000">
      <w:r>
        <w:br/>
      </w:r>
    </w:p>
    <w:p w14:paraId="40B7F3DD" w14:textId="77777777" w:rsidR="00282790" w:rsidRDefault="00000000">
      <w:r>
        <w:rPr>
          <w:rFonts w:ascii="Lora" w:hAnsi="Lora"/>
        </w:rPr>
        <w:t xml:space="preserve">John could see from across the street at the Japanese restaurant that Susan and her friends had received their desert which meant he had to leave in order to get back to his car and locate a place in which to follow her. He needed to know where she lived. </w:t>
      </w:r>
    </w:p>
    <w:p w14:paraId="6C132BDE" w14:textId="77777777" w:rsidR="00282790" w:rsidRDefault="00000000">
      <w:r>
        <w:br/>
      </w:r>
    </w:p>
    <w:p w14:paraId="3686C189" w14:textId="77777777" w:rsidR="00282790" w:rsidRDefault="00000000">
      <w:r>
        <w:rPr>
          <w:rFonts w:ascii="Lora" w:hAnsi="Lora"/>
        </w:rPr>
        <w:t>John pretended to make it seem like he felt a message come through on his phone. HE grabbed it from his jacket and scrolled down. There were no messages and he opened up a random message from his boss asking him to meet last week to discuss a clients travel details.</w:t>
      </w:r>
    </w:p>
    <w:p w14:paraId="6ABB6F2C" w14:textId="77777777" w:rsidR="00282790" w:rsidRDefault="00000000">
      <w:r>
        <w:br/>
      </w:r>
    </w:p>
    <w:p w14:paraId="33A4D2FC" w14:textId="77777777" w:rsidR="00282790" w:rsidRDefault="00000000">
      <w:r>
        <w:rPr>
          <w:rFonts w:ascii="Lora" w:hAnsi="Lora"/>
        </w:rPr>
        <w:t>"Sorry Jill. It's a work matter" said John</w:t>
      </w:r>
    </w:p>
    <w:p w14:paraId="553EEBE1" w14:textId="77777777" w:rsidR="00282790" w:rsidRDefault="00000000">
      <w:r>
        <w:rPr>
          <w:rFonts w:ascii="Lora" w:hAnsi="Lora"/>
        </w:rPr>
        <w:t>"This late" laughed Jill looking at her watch that showed it was 9:47pm</w:t>
      </w:r>
    </w:p>
    <w:p w14:paraId="69EC0AE0" w14:textId="77777777" w:rsidR="00282790" w:rsidRDefault="00000000">
      <w:r>
        <w:rPr>
          <w:rFonts w:ascii="Lora" w:hAnsi="Lora"/>
        </w:rPr>
        <w:t>"Yeah I know but in my line of work there's no off switch otherwise people's holidays plans can be ruined. Given me a minute" said John smiling, getting up and walking outside.</w:t>
      </w:r>
    </w:p>
    <w:p w14:paraId="1F6A220C" w14:textId="77777777" w:rsidR="00282790" w:rsidRDefault="00000000">
      <w:r>
        <w:br/>
      </w:r>
    </w:p>
    <w:p w14:paraId="45A8E4B3" w14:textId="77777777" w:rsidR="00282790" w:rsidRDefault="00000000">
      <w:r>
        <w:rPr>
          <w:rFonts w:ascii="Lora" w:hAnsi="Lora"/>
        </w:rPr>
        <w:lastRenderedPageBreak/>
        <w:t>Standing out front he took the time to make a fake text to himself. He positioned himself for a better view of Susan. Holding the phone in one hand he took out his car key camera Fob and started recording Susan from across the street while fake texting more reply's. After one minute he put his phone away but held onto the car key camera and left it recording.</w:t>
      </w:r>
    </w:p>
    <w:p w14:paraId="7B5A85A9" w14:textId="77777777" w:rsidR="00282790" w:rsidRDefault="00000000">
      <w:r>
        <w:br/>
      </w:r>
    </w:p>
    <w:p w14:paraId="5AC68E0B" w14:textId="77777777" w:rsidR="00282790" w:rsidRDefault="00000000">
      <w:r>
        <w:rPr>
          <w:rFonts w:ascii="Lora" w:hAnsi="Lora"/>
        </w:rPr>
        <w:t>John arrived back at the table. Jill was sipping her drink looking up.</w:t>
      </w:r>
    </w:p>
    <w:p w14:paraId="0E441A56" w14:textId="77777777" w:rsidR="00282790" w:rsidRDefault="00000000">
      <w:r>
        <w:rPr>
          <w:rFonts w:ascii="Lora" w:hAnsi="Lora"/>
        </w:rPr>
        <w:t>"I am so sorry Jill but I have an urgent matter to attend to for a client who is expected to leave the country in the next 24-hrs and if I don't sort this out they may not get to" said John looking apologetic.</w:t>
      </w:r>
    </w:p>
    <w:p w14:paraId="65B2FCA7" w14:textId="77777777" w:rsidR="00282790" w:rsidRDefault="00000000">
      <w:r>
        <w:rPr>
          <w:rFonts w:ascii="Lora" w:hAnsi="Lora"/>
        </w:rPr>
        <w:t>"I'm sorry to hear that. I just felt like we are having a great night" Jill replied.</w:t>
      </w:r>
    </w:p>
    <w:p w14:paraId="1E938157" w14:textId="77777777" w:rsidR="00282790" w:rsidRDefault="00000000">
      <w:r>
        <w:t>"You know what I was having a great time myself. This evening turned out much better tan I thought it would. If I'm not over-steeping perhaps we can exchange numbers and I can give you a call and we can meet for coffee. without me spacing out." said John laughing.</w:t>
      </w:r>
    </w:p>
    <w:p w14:paraId="1BD5A4F3" w14:textId="77777777" w:rsidR="00282790" w:rsidRDefault="00000000">
      <w:r>
        <w:t>"That's great. I'd love to". aid Jill.</w:t>
      </w:r>
    </w:p>
    <w:p w14:paraId="6E25B68C" w14:textId="77777777" w:rsidR="00282790" w:rsidRDefault="00000000">
      <w:r>
        <w:rPr>
          <w:rFonts w:ascii="Lora" w:hAnsi="Lora"/>
        </w:rPr>
        <w:t xml:space="preserve">They both wrote their number on a clean napkin and swapped numbers. </w:t>
      </w:r>
    </w:p>
    <w:p w14:paraId="37D90282" w14:textId="77777777" w:rsidR="00282790" w:rsidRDefault="00000000">
      <w:r>
        <w:rPr>
          <w:rFonts w:ascii="Lora" w:hAnsi="Lora"/>
        </w:rPr>
        <w:t>"Again, this has been great. Allow me to pick up the tab on the way out. You can get the coffee." said John</w:t>
      </w:r>
    </w:p>
    <w:p w14:paraId="1B421390" w14:textId="77777777" w:rsidR="00282790" w:rsidRDefault="00000000">
      <w:r>
        <w:rPr>
          <w:rFonts w:ascii="Lora" w:hAnsi="Lora"/>
        </w:rPr>
        <w:t>"Its a date" laughed Jill "Or rather a second date" she laughed again.</w:t>
      </w:r>
    </w:p>
    <w:p w14:paraId="50F54916" w14:textId="77777777" w:rsidR="00282790" w:rsidRDefault="00000000">
      <w:r>
        <w:br/>
      </w:r>
    </w:p>
    <w:p w14:paraId="6D01BFA9" w14:textId="77777777" w:rsidR="00282790" w:rsidRDefault="00000000">
      <w:r>
        <w:rPr>
          <w:rFonts w:ascii="Lora" w:hAnsi="Lora"/>
        </w:rPr>
        <w:t xml:space="preserve">John turned and paid for the meal before departing. On his way out he made to walk the wrong way to pay for the meal so he could point the camera at the odd couple who hadn't left yet and then went to the pay counter. John paid and walked directly back to his car. On the way when he stopped at the lights he made to have a casual glace around and behind him. The odd couple were no where in sight. Just a lone male standing on the opposite side of the road. </w:t>
      </w:r>
    </w:p>
    <w:p w14:paraId="77229B18" w14:textId="77777777" w:rsidR="00282790" w:rsidRDefault="00000000">
      <w:r>
        <w:rPr>
          <w:rFonts w:ascii="Lora" w:hAnsi="Lora"/>
        </w:rPr>
        <w:t xml:space="preserve">The way he stood, ridged with a close cropped hair and hands in his coat pocket made him appear less causal and more focused. On what John didn't know but John made a mental note to turn the key camera around in his hand to hopefully capture a shot of the male person before crossing the street. </w:t>
      </w:r>
    </w:p>
    <w:p w14:paraId="05A4ECB8" w14:textId="77777777" w:rsidR="00282790" w:rsidRDefault="00000000">
      <w:r>
        <w:lastRenderedPageBreak/>
        <w:br/>
      </w:r>
    </w:p>
    <w:p w14:paraId="231A1235" w14:textId="77777777" w:rsidR="00282790" w:rsidRDefault="00000000">
      <w:r>
        <w:rPr>
          <w:rFonts w:ascii="Lora" w:hAnsi="Lora"/>
        </w:rPr>
        <w:t>At the next corner he glanced back and while there were some couples and groups walking casual he noticed no one familiar.</w:t>
      </w:r>
    </w:p>
    <w:p w14:paraId="3A393A0B" w14:textId="77777777" w:rsidR="00282790" w:rsidRDefault="00000000">
      <w:r>
        <w:br/>
      </w:r>
    </w:p>
    <w:p w14:paraId="40749A14" w14:textId="77777777" w:rsidR="00282790" w:rsidRDefault="00000000">
      <w:r>
        <w:rPr>
          <w:rFonts w:ascii="Lora" w:hAnsi="Lora"/>
        </w:rPr>
        <w:t>Back at the car John forced himself to count to 30 slowly. He started the car to took an alternate rout to the Japanese restaurant where he could park on a side road. Susan and her friends hadn't left and so he waited.</w:t>
      </w:r>
    </w:p>
    <w:p w14:paraId="5447C230" w14:textId="77777777" w:rsidR="00282790" w:rsidRDefault="00282790"/>
    <w:p w14:paraId="5FF18BDE" w14:textId="77777777" w:rsidR="00282790" w:rsidRDefault="00000000">
      <w:r>
        <w:rPr>
          <w:rFonts w:ascii="Lora" w:hAnsi="Lora"/>
        </w:rPr>
        <w:t>John stood naked in his bedroom after his shower staring at his physique. He was lean. In peak physical fitness. What came next required his compete and utter focus. No distractions.</w:t>
      </w:r>
    </w:p>
    <w:p w14:paraId="508FBB15" w14:textId="77777777" w:rsidR="00282790" w:rsidRDefault="00000000">
      <w:r>
        <w:br/>
      </w:r>
      <w:r>
        <w:br/>
      </w:r>
    </w:p>
    <w:p w14:paraId="35090300" w14:textId="77777777" w:rsidR="00282790" w:rsidRDefault="00000000">
      <w:r>
        <w:t>Monday morning arrived and John made an urgent call to his office, requesting a two-week absence. He concocted a story about a friend of his who had been diagnosed with Stage 4 Cancer and was given a prognosis of only 3-4 months to live. Despite being highly esteemed and skilled at his job, John rarely took time off, and when he did, it was usually for only a few days. His boss tried to haggle it down but reluctantly granted his request for a two week leave of absence.</w:t>
      </w:r>
    </w:p>
    <w:p w14:paraId="35C4DFD5" w14:textId="77777777" w:rsidR="00282790" w:rsidRDefault="00000000">
      <w:r>
        <w:br/>
        <w:t>He took his time. Not thinking about much but going through the routine of starting the day. When everything was done, washed and packed away he sat at his table. He felt unusually calm.</w:t>
      </w:r>
    </w:p>
    <w:p w14:paraId="5CCBB722" w14:textId="77777777" w:rsidR="00282790" w:rsidRDefault="00282790"/>
    <w:p w14:paraId="0E3D7B81" w14:textId="77777777" w:rsidR="00282790" w:rsidRDefault="00000000">
      <w:r>
        <w:br/>
      </w:r>
    </w:p>
    <w:p w14:paraId="67B7C9C5" w14:textId="77777777" w:rsidR="00282790" w:rsidRDefault="00000000">
      <w:r>
        <w:t xml:space="preserve">Slowly he began to formulate a plan. </w:t>
      </w:r>
    </w:p>
    <w:p w14:paraId="10C47677" w14:textId="77777777" w:rsidR="00282790" w:rsidRDefault="00000000">
      <w:r>
        <w:t xml:space="preserve">Today </w:t>
      </w:r>
      <w:r>
        <w:rPr>
          <w:rFonts w:ascii="Lora" w:hAnsi="Lora"/>
        </w:rPr>
        <w:t xml:space="preserve">he intended to gather as much information as possible about Susan. </w:t>
      </w:r>
    </w:p>
    <w:p w14:paraId="5C017C49" w14:textId="77777777" w:rsidR="00282790" w:rsidRDefault="00000000">
      <w:r>
        <w:br/>
        <w:t>John replayed in his mind, the previous night and following Susan home.</w:t>
      </w:r>
    </w:p>
    <w:p w14:paraId="4009DA2E" w14:textId="77777777" w:rsidR="00282790" w:rsidRDefault="00282790"/>
    <w:p w14:paraId="5503F27F" w14:textId="77777777" w:rsidR="00282790" w:rsidRDefault="00282790"/>
    <w:p w14:paraId="137ADF89" w14:textId="77777777" w:rsidR="00282790" w:rsidRDefault="00000000">
      <w:r>
        <w:t xml:space="preserve">Waiting in his car watching the restaurant a random memory of his childhood mother entered his mind. </w:t>
      </w:r>
    </w:p>
    <w:p w14:paraId="6BDE45BC" w14:textId="77777777" w:rsidR="00282790" w:rsidRDefault="00000000">
      <w:r>
        <w:t>His mother was drunk and ranting which was frequent.</w:t>
      </w:r>
    </w:p>
    <w:p w14:paraId="49263BA0" w14:textId="77777777" w:rsidR="00282790" w:rsidRDefault="00000000">
      <w:r>
        <w:t>"I'll always fucking own you boy" his slurred. Her face twisted in a scowl, evident disgust etched in her features. She glared at him, her eyes boring into his with loathing. Her expression was clear, a mixture of repulsion and disdain. Every word that left her mouth was filled with revulsion, causing him to shrink back in fear and shame. Her disgust was palpable, both in her face and in her words.</w:t>
      </w:r>
    </w:p>
    <w:p w14:paraId="5ACA4C8E" w14:textId="77777777" w:rsidR="00282790" w:rsidRDefault="00000000">
      <w:r>
        <w:t xml:space="preserve">"Its my fucking cunt you came out of so I fucking own you". She stumbled, a pungent aroma of licorice wafted through the air. The strong, sweet scent invaded his nostrils, making his head spin. </w:t>
      </w:r>
    </w:p>
    <w:p w14:paraId="1DE7BEDA" w14:textId="77777777" w:rsidR="00282790" w:rsidRDefault="00000000">
      <w:r>
        <w:br/>
      </w:r>
    </w:p>
    <w:p w14:paraId="5E916DD0" w14:textId="77777777" w:rsidR="00282790" w:rsidRDefault="00000000">
      <w:r>
        <w:t xml:space="preserve">The bottle she held was small, almost empty, but the smell lingered, filling the room with its distinct fragrance. He watched as she struggled to keep her balance, her hands tightly gripping the bottle. Despite her unsteady movements, her determination to not drop the precious bottle was evident. </w:t>
      </w:r>
    </w:p>
    <w:p w14:paraId="0C2E9C62" w14:textId="77777777" w:rsidR="00282790" w:rsidRDefault="00000000">
      <w:r>
        <w:br/>
      </w:r>
    </w:p>
    <w:p w14:paraId="73320A94" w14:textId="77777777" w:rsidR="00282790" w:rsidRDefault="00000000">
      <w:r>
        <w:t xml:space="preserve">It was a scent that he once associated with sweetness, but now it was tainted with the bitterness of his mother's cruelty. Every time he caught a whiff, he was transported back to the past, reliving the pain and hurt all over again. </w:t>
      </w:r>
    </w:p>
    <w:p w14:paraId="61CCCBB2" w14:textId="77777777" w:rsidR="00282790" w:rsidRDefault="00000000">
      <w:r>
        <w:t>It served as a reminder that some memories never fade.</w:t>
      </w:r>
    </w:p>
    <w:p w14:paraId="08AF564A" w14:textId="77777777" w:rsidR="00282790" w:rsidRDefault="00000000">
      <w:r>
        <w:br/>
      </w:r>
    </w:p>
    <w:p w14:paraId="498E1A91" w14:textId="77777777" w:rsidR="00282790" w:rsidRDefault="00282790"/>
    <w:p w14:paraId="6B9E03AA" w14:textId="77777777" w:rsidR="00282790" w:rsidRDefault="00000000">
      <w:r>
        <w:t>A half-hour later, a patrol car arrived at the restaurants entrance.A woman at Susan's table stood and departed, her exit punctuated by a burst of unrestrained mirth. As she slid into the patrol car, a gleeful grin illuminated her face, and a triumphant shout echoed back to her companions before she sped away.</w:t>
      </w:r>
    </w:p>
    <w:p w14:paraId="27FF8C8B" w14:textId="77777777" w:rsidR="00282790" w:rsidRDefault="00000000">
      <w:r>
        <w:br/>
      </w:r>
    </w:p>
    <w:p w14:paraId="11BF66AC" w14:textId="77777777" w:rsidR="00282790" w:rsidRDefault="00000000">
      <w:r>
        <w:lastRenderedPageBreak/>
        <w:t>A second patrol car arrived ten minutes later. A woman, unsteady on her feet, rose abruptly from the table, emitting a boisterous, almost hysterical laugh. She lurched toward the vehicle, a flamboyant wave her final farewell before disappearing into the night.</w:t>
      </w:r>
    </w:p>
    <w:p w14:paraId="76D29478" w14:textId="77777777" w:rsidR="00282790" w:rsidRDefault="00000000">
      <w:r>
        <w:br/>
      </w:r>
    </w:p>
    <w:p w14:paraId="0796C472" w14:textId="77777777" w:rsidR="00282790" w:rsidRDefault="00000000">
      <w:r>
        <w:rPr>
          <w:i/>
        </w:rPr>
        <w:t>Only Susan and one other woman remained.</w:t>
      </w:r>
    </w:p>
    <w:p w14:paraId="3DFAFED7" w14:textId="77777777" w:rsidR="00282790" w:rsidRDefault="00000000">
      <w:r>
        <w:br/>
      </w:r>
    </w:p>
    <w:p w14:paraId="610F4523" w14:textId="77777777" w:rsidR="00282790" w:rsidRDefault="00000000">
      <w:r>
        <w:t>A third cruiser arrived. Susan stood slowly as he watched her leaning down to kiss the other woman on the cheek as a farewell.</w:t>
      </w:r>
    </w:p>
    <w:p w14:paraId="21DC310D" w14:textId="77777777" w:rsidR="00282790" w:rsidRDefault="00000000">
      <w:r>
        <w:br/>
      </w:r>
    </w:p>
    <w:p w14:paraId="17527154" w14:textId="77777777" w:rsidR="00282790" w:rsidRDefault="00000000">
      <w:r>
        <w:t xml:space="preserve">John watched the male officer get out of the car and walk around to open the passenger side door as Susan slowly exited the restaurant. John watched as the male officer and Susan smiled to each other affectionately. They were talking before he kissed her, a hand on the side of her belly and helped her into the car. The male officer trotted back to the driver's side and pulled away. John was ready. Pulling out from the curb he followed the police car Susan was in. </w:t>
      </w:r>
    </w:p>
    <w:p w14:paraId="50D2606E" w14:textId="77777777" w:rsidR="00282790" w:rsidRDefault="00000000">
      <w:r>
        <w:br/>
      </w:r>
    </w:p>
    <w:p w14:paraId="31CA4FA7" w14:textId="77777777" w:rsidR="00282790" w:rsidRDefault="00000000">
      <w:r>
        <w:t xml:space="preserve">John was gipping the steering wheel in anger and frustration. </w:t>
      </w:r>
    </w:p>
    <w:p w14:paraId="395E7E87" w14:textId="77777777" w:rsidR="00282790" w:rsidRDefault="00000000">
      <w:r>
        <w:br/>
      </w:r>
    </w:p>
    <w:p w14:paraId="7928D81B" w14:textId="77777777" w:rsidR="00282790" w:rsidRDefault="00000000">
      <w:r>
        <w:t>After about twenty-five minutes the police cruiser turned into a home and parked. John kept driving past, observing the street and house number he knew where to return so he didn't need to stop. John dove another two blocks. Pulled over. waiting fifteen minutes and then drove back pulling over three houses before Susan's. The reflective markings of the police cruise easily shone bright 60 meters up the road. Pulling over and turning off the engine John made sure his interior lights were off and wouldn't come on when he opened his car door.</w:t>
      </w:r>
    </w:p>
    <w:p w14:paraId="2EF7868F" w14:textId="77777777" w:rsidR="00282790" w:rsidRDefault="00000000">
      <w:r>
        <w:br/>
      </w:r>
    </w:p>
    <w:p w14:paraId="68F1F470" w14:textId="77777777" w:rsidR="00282790" w:rsidRDefault="00000000">
      <w:r>
        <w:t xml:space="preserve">This part of Portland was older then most. There was less street lighting with several homes made from older sheeting panels. It mostly consisted of the aged pension population who would be in bed and asleep by 8pm. </w:t>
      </w:r>
    </w:p>
    <w:p w14:paraId="253B5A62" w14:textId="77777777" w:rsidR="00282790" w:rsidRDefault="00000000">
      <w:r>
        <w:lastRenderedPageBreak/>
        <w:br/>
      </w:r>
    </w:p>
    <w:p w14:paraId="71073871" w14:textId="77777777" w:rsidR="00282790" w:rsidRDefault="00000000">
      <w:r>
        <w:t>The street lighting was old and dim. John still remained cautions. The one thing about old people was if they did see anything out of place within their neighborhood, they were much more likely to call the police.</w:t>
      </w:r>
    </w:p>
    <w:p w14:paraId="3D0D34E5" w14:textId="77777777" w:rsidR="00282790" w:rsidRDefault="00000000">
      <w:r>
        <w:br/>
      </w:r>
    </w:p>
    <w:p w14:paraId="3EB31A1F" w14:textId="77777777" w:rsidR="00282790" w:rsidRDefault="00000000">
      <w:r>
        <w:t>Walking towards Susan's house the single light upstairs blinked off and he stopped near a bush. John felt confident he was completely hidden. Checking his watched he saw an hour had passed. No lights turned back on. Stepping out from the bush he continued to walk towards the house. Walking past the police cruiser he saw a red light blinking. Security alarm he thought. He made sure not to touch the car.</w:t>
      </w:r>
    </w:p>
    <w:p w14:paraId="77FDE46F" w14:textId="77777777" w:rsidR="00282790" w:rsidRDefault="00000000">
      <w:r>
        <w:br/>
      </w:r>
    </w:p>
    <w:p w14:paraId="623179F9" w14:textId="77777777" w:rsidR="00282790" w:rsidRDefault="00000000">
      <w:r>
        <w:t>Silently John crept down the side of the house, towards the back door. It was located on a small verandah that looked old. Looking for the beams running under the boards he stepping onto the verandah noting the boards didn't creak. There was no screen door. John hadn't seen anything to suggest they had a dog but he decided to give the slightest tap on the glass and waited. After a few minutes he manipulated the lock. The door swung inwards on well oiled hinges and he stood there. Breathing calmly. listening.</w:t>
      </w:r>
    </w:p>
    <w:p w14:paraId="1F2124D8" w14:textId="77777777" w:rsidR="00282790" w:rsidRDefault="00000000">
      <w:r>
        <w:br/>
      </w:r>
    </w:p>
    <w:p w14:paraId="558F2EB6" w14:textId="77777777" w:rsidR="00282790" w:rsidRDefault="00000000">
      <w:r>
        <w:t>Stepping through the door, for the first time he felt afraid and he paused again. This time he felt vulnerable. Listening he heard no movement to suggest Susan was aware of his presence. She was with protection this time. A cop. One cop meant an entire force of cops. Killing Susan would mean an entire city police force would be hunting him and and night until he was captured, or killed himself. Clearing his thoughts he knew that would have to wait.</w:t>
      </w:r>
    </w:p>
    <w:p w14:paraId="70FFD774" w14:textId="77777777" w:rsidR="00282790" w:rsidRDefault="00000000">
      <w:r>
        <w:br/>
      </w:r>
    </w:p>
    <w:p w14:paraId="21F96717" w14:textId="77777777" w:rsidR="00282790" w:rsidRDefault="00000000">
      <w:r>
        <w:t>John found himself in the kitchen. It was clean. Neat. Like every household, the fridge was the most common place to put information to share, notes, photos of happy moments, and schedules.</w:t>
      </w:r>
    </w:p>
    <w:p w14:paraId="77F4B132" w14:textId="77777777" w:rsidR="00282790" w:rsidRDefault="00000000">
      <w:r>
        <w:br/>
      </w:r>
    </w:p>
    <w:p w14:paraId="013ED530" w14:textId="77777777" w:rsidR="00282790" w:rsidRDefault="00000000">
      <w:r>
        <w:lastRenderedPageBreak/>
        <w:t>There was a monthly whiteboard calendar. In bold red letters was written DUE DATE. It was Friday 14th November today and this was written on Friday November 26th, twelve days from today.</w:t>
      </w:r>
    </w:p>
    <w:p w14:paraId="62853607" w14:textId="77777777" w:rsidR="00282790" w:rsidRDefault="00000000">
      <w:r>
        <w:br/>
      </w:r>
    </w:p>
    <w:p w14:paraId="2B768F19" w14:textId="77777777" w:rsidR="00282790" w:rsidRDefault="00000000">
      <w:r>
        <w:t xml:space="preserve">Without even realizing it John noticed he has taken his knife from his jacket and was holding it to his side. The temptation to just walk up their and end kill them both was overwhelming. But what if he failed. What if the cop was waiting for him upstairs right now. That this was a trap to lure him here. To finally best him at this game of cat and mouse. </w:t>
      </w:r>
    </w:p>
    <w:p w14:paraId="7E5C8E3E" w14:textId="77777777" w:rsidR="00282790" w:rsidRDefault="00000000">
      <w:r>
        <w:br/>
      </w:r>
    </w:p>
    <w:p w14:paraId="3FC9CA66" w14:textId="77777777" w:rsidR="00282790" w:rsidRDefault="00000000">
      <w:r>
        <w:t xml:space="preserve">Somewhere above him she was lying with a vessel of him living, growing inside her and this vessel was due to be born in twelve days. He needed time to think and plan. He needed more information and he knew there was one person who could give him those answers. Jill. </w:t>
      </w:r>
    </w:p>
    <w:p w14:paraId="3B6677DB" w14:textId="77777777" w:rsidR="00282790" w:rsidRDefault="00000000">
      <w:r>
        <w:br/>
      </w:r>
    </w:p>
    <w:p w14:paraId="6510ED5D" w14:textId="77777777" w:rsidR="00282790" w:rsidRDefault="00000000">
      <w:r>
        <w:rPr>
          <w:i/>
        </w:rPr>
        <w:t xml:space="preserve">John took nothing and silently walked out the back door. He didn't close the door. He wanted Susan to know he had been in her home. </w:t>
      </w:r>
    </w:p>
    <w:p w14:paraId="556EFCB3" w14:textId="77777777" w:rsidR="00282790" w:rsidRDefault="00000000">
      <w:r>
        <w:t>Saturday dawned, a hazy 9:30 AM, finding Maxine inert beneath the covers. The previous evening's encounter with Mike replayed in her mind. A week undercover in Portland, and he'd been the closest match yet to their serial killer profile—a disturbingly perfect fit, except for a nagging incongruity. Mike's demeanor had been strangely distracted, his attention wavering, never fully captivated by her. If he was indeed their man, using her as a lure, his obsession should have been absolute, unwavering. Instead, his engagement was a perplexing paradox—simultaneously present and absent.</w:t>
      </w:r>
    </w:p>
    <w:p w14:paraId="1DE138CB" w14:textId="77777777" w:rsidR="00282790" w:rsidRDefault="00000000">
      <w:r>
        <w:br/>
      </w:r>
    </w:p>
    <w:p w14:paraId="644C8E73" w14:textId="77777777" w:rsidR="00282790" w:rsidRDefault="00000000">
      <w:r>
        <w:t>Later that day, she planned to contact Mike, using the phone number he'd generously provided. This time, a coffee rendezvous was her objective—a chance to express her gratitude for a truly enchanting evening and, more importantly, to gain a deeper, more insightful understanding of his character.</w:t>
      </w:r>
    </w:p>
    <w:p w14:paraId="6801AF49" w14:textId="77777777" w:rsidR="00282790" w:rsidRDefault="00000000">
      <w:r>
        <w:br/>
      </w:r>
    </w:p>
    <w:p w14:paraId="23AE77BC" w14:textId="77777777" w:rsidR="00282790" w:rsidRDefault="00000000">
      <w:r>
        <w:t xml:space="preserve">Over the past five days, she'd been subjected to three separate encounters with men. These incidents transpired at the park, the Plaza, and even while she was grocery shopping. Each </w:t>
      </w:r>
      <w:r>
        <w:lastRenderedPageBreak/>
        <w:t>man's advances were clumsy and ill-conceived; the one at the supermarket was particularly memorable, clad in a bizarre ensemble of hoodie, board shorts, and sandals – a far cry from the composite sketch of their suspected serial killer. Only Mike bore any resemblance to the profile.</w:t>
      </w:r>
    </w:p>
    <w:p w14:paraId="77343691" w14:textId="77777777" w:rsidR="00282790" w:rsidRDefault="00000000">
      <w:r>
        <w:br/>
      </w:r>
    </w:p>
    <w:p w14:paraId="291E5FA0" w14:textId="77777777" w:rsidR="00282790" w:rsidRDefault="00000000">
      <w:r>
        <w:t>Though Mike occasionally seemed preoccupied, his impeccable attire and grooming spoke volumes. He projected an air of self-assuredness and command, his demeanor radiating control. His unwavering gaze held yours captive during conversation, fostering a profound sense of being heard; his charm was undeniably captivating.</w:t>
      </w:r>
    </w:p>
    <w:p w14:paraId="0D4735D9" w14:textId="77777777" w:rsidR="00282790" w:rsidRDefault="00000000">
      <w:r>
        <w:br/>
      </w:r>
    </w:p>
    <w:p w14:paraId="7FE98C90" w14:textId="77777777" w:rsidR="00282790" w:rsidRDefault="00000000">
      <w:r>
        <w:rPr>
          <w:rFonts w:ascii="Lora" w:hAnsi="Lora"/>
        </w:rPr>
        <w:t xml:space="preserve">Maxine showered and dressed. It was Monday which meant most shops opened by about 830am. </w:t>
      </w:r>
    </w:p>
    <w:p w14:paraId="3DC25C23" w14:textId="77777777" w:rsidR="00282790" w:rsidRDefault="00000000">
      <w:r>
        <w:br/>
      </w:r>
    </w:p>
    <w:p w14:paraId="64556CE0" w14:textId="77777777" w:rsidR="00282790" w:rsidRDefault="00000000">
      <w:r>
        <w:t>Maxine's destination was the Plaza. She needed a few errands, but her true purpose was to casually stroll past Mike's travel agency, hoping for a fleeting glimpse. A chance encounter, a stolen glance – that was the plan. Should their eyes meet, she'd employ a pretext: a need for toiletries. Feminine hygiene products were a suitably innocuous excuse, unlikely to prompt scrutiny. A subtle smile would play on Maxine's lips and a proposition: coffee in the park. It was a public space, open to view, a location seemingly innocuous, yet strategically chosen for its potential to provide additional surveillance.</w:t>
      </w:r>
    </w:p>
    <w:p w14:paraId="3C3EB620" w14:textId="77777777" w:rsidR="00282790" w:rsidRDefault="00000000">
      <w:r>
        <w:br/>
      </w:r>
    </w:p>
    <w:p w14:paraId="4CDDC0EA" w14:textId="77777777" w:rsidR="00282790" w:rsidRDefault="00000000">
      <w:r>
        <w:t xml:space="preserve">To determine Mike's viability as a potential suspect, or to decisively discard him and proceed with their elaborate deception aimed at ensnaring Portland's true serial killer, a follow up encounter meeting was needed. </w:t>
      </w:r>
    </w:p>
    <w:p w14:paraId="723EC24C" w14:textId="77777777" w:rsidR="00282790" w:rsidRDefault="00000000">
      <w:r>
        <w:br/>
      </w:r>
    </w:p>
    <w:p w14:paraId="6CB0D006" w14:textId="77777777" w:rsidR="00282790" w:rsidRDefault="00000000">
      <w:r>
        <w:t>Maxine checked her watch, aware of a pending call in a few minutes to report in with Detective O'Neil and Professor Hartley to report and additional encounters since Mike.</w:t>
      </w:r>
    </w:p>
    <w:p w14:paraId="56295E1B" w14:textId="77777777" w:rsidR="00282790" w:rsidRDefault="00000000">
      <w:r>
        <w:br/>
      </w:r>
    </w:p>
    <w:p w14:paraId="0C0C0941" w14:textId="77777777" w:rsidR="00282790" w:rsidRDefault="00000000">
      <w:r>
        <w:lastRenderedPageBreak/>
        <w:t xml:space="preserve">As she savored her morning coffee, her phone began ringing. Detective O'Neil's voice, amplified by the speakerphone, cut through the air; Professor Hartley's audible presence could be heard. </w:t>
      </w:r>
    </w:p>
    <w:p w14:paraId="44CBB51D" w14:textId="77777777" w:rsidR="00282790" w:rsidRDefault="00000000">
      <w:r>
        <w:t xml:space="preserve">"Maxine," O'Neil announced, "Professor Hartley is present." </w:t>
      </w:r>
    </w:p>
    <w:p w14:paraId="55F003B5" w14:textId="77777777" w:rsidR="00282790" w:rsidRDefault="00000000">
      <w:r>
        <w:t xml:space="preserve">"Sir, Professor Hartley," Maxine responded, her voice respectful. </w:t>
      </w:r>
    </w:p>
    <w:p w14:paraId="73CB1F5A" w14:textId="77777777" w:rsidR="00282790" w:rsidRDefault="00000000">
      <w:r>
        <w:t xml:space="preserve">O'Neil continued, his tone urgent, "Lets recount from Friday nights encounter to now." Leaning back, Maxine began her narrative, her words painting a vivid picture. </w:t>
      </w:r>
    </w:p>
    <w:p w14:paraId="527EAF6A" w14:textId="77777777" w:rsidR="00282790" w:rsidRDefault="00000000">
      <w:r>
        <w:t xml:space="preserve">"In my assessment," she began, thoughtfully, "Mike embodied nearly every desirable quality I've encountered in the Portland dating scene. He possessed striking good looks, undeniable charm, impeccable grooming, and a disarming warmth and sensitivity. His attentiveness was captivating; his eyes held a genuine warmth that spoke volumes. I'm single, and, frankly," Maxine chuckled nervously, "this man is triggering an overwhelming physical response. My instincts are screaming, 'He's the one! How many children do we envision?'" she added, attempting to regain composure. </w:t>
      </w:r>
    </w:p>
    <w:p w14:paraId="611C48C0" w14:textId="77777777" w:rsidR="00282790" w:rsidRDefault="00000000">
      <w:r>
        <w:t>"However," she continued with newfound determination, "I believe a proactive approach is warranted." Maxine detailed her plan: a casual stroll past Mike's workplace at Plaza's shopping center. Should he be absent, a phone call later that day would follow, extending a simple invitation for coffee in the park as thanks for an enjoyable evening.</w:t>
      </w:r>
    </w:p>
    <w:p w14:paraId="151FE663" w14:textId="77777777" w:rsidR="00282790" w:rsidRDefault="00000000">
      <w:r>
        <w:t>"Thoughts Hartley" O'Neil asked.</w:t>
      </w:r>
    </w:p>
    <w:p w14:paraId="03D62861" w14:textId="77777777" w:rsidR="00282790" w:rsidRDefault="00000000">
      <w:r>
        <w:br/>
        <w:t>"I agree with Maxine's assessment and strategy" Heartly replied.</w:t>
      </w:r>
    </w:p>
    <w:p w14:paraId="49D7BE7F" w14:textId="77777777" w:rsidR="00282790" w:rsidRDefault="00282790"/>
    <w:p w14:paraId="74B3DCE2" w14:textId="77777777" w:rsidR="00282790" w:rsidRDefault="00000000">
      <w:r>
        <w:t>"A follow-up meeting is needed. His exceptionally high score in their initial meeting requires a decisive response; either complete exoneration or a suspect and potential serial killer."</w:t>
      </w:r>
    </w:p>
    <w:p w14:paraId="332DC6A2" w14:textId="77777777" w:rsidR="00282790" w:rsidRDefault="00000000">
      <w:r>
        <w:t xml:space="preserve">O'Neil directed he would dispatch Briggs to assemble two investigative units, one targeting the Plaza, the other the park, for deployment. Undercover operatives would be in position before Maxine's arrival. The time was 09:45. They scheduled Maxine to arrive 11:30am at the Plaza. </w:t>
      </w:r>
    </w:p>
    <w:p w14:paraId="7E2A0A7E" w14:textId="77777777" w:rsidR="00282790" w:rsidRDefault="00000000">
      <w:r>
        <w:t>"Questions?" ask O'Neil. No one spoke.</w:t>
      </w:r>
    </w:p>
    <w:p w14:paraId="2DE17537" w14:textId="77777777" w:rsidR="00282790" w:rsidRDefault="00000000">
      <w:r>
        <w:t xml:space="preserve">"Excellent," he declared, terminating the call. </w:t>
      </w:r>
    </w:p>
    <w:p w14:paraId="3D5A991F" w14:textId="77777777" w:rsidR="00282790" w:rsidRDefault="00000000">
      <w:r>
        <w:t>Maxine, clad in athletic attire, finished her coffee. An hour of rigorous exercise awaited.</w:t>
      </w:r>
    </w:p>
    <w:p w14:paraId="57B10171" w14:textId="77777777" w:rsidR="00282790" w:rsidRDefault="00000000">
      <w:r>
        <w:t>David walked into the kitchen dressed for work when he stopped noticing the back door wide open. His hand instinctively went to the Glock holstered on his right hip. He could still hear the shower running with Susan in there.</w:t>
      </w:r>
    </w:p>
    <w:p w14:paraId="3C913B52" w14:textId="77777777" w:rsidR="00282790" w:rsidRDefault="00000000">
      <w:r>
        <w:rPr>
          <w:rFonts w:ascii="Lora" w:hAnsi="Lora"/>
        </w:rPr>
        <w:lastRenderedPageBreak/>
        <w:t>Checking the lower floor and noticing nothing was missing or misplaced he walked out through the backdoor and scanned the yard. Nothing seemed stolen or broken. He checked the lock and it appeared normal. David decided just to do a quick walk around the entire house and found nothing suspicious.</w:t>
      </w:r>
    </w:p>
    <w:p w14:paraId="2A9D8884" w14:textId="77777777" w:rsidR="00282790" w:rsidRDefault="00000000">
      <w:r>
        <w:rPr>
          <w:rFonts w:ascii="Lora" w:hAnsi="Lora"/>
        </w:rPr>
        <w:t>Walking back inside through the back door Susan was at the fridge.</w:t>
      </w:r>
    </w:p>
    <w:p w14:paraId="788AED9E" w14:textId="77777777" w:rsidR="00282790" w:rsidRDefault="00000000">
      <w:r>
        <w:rPr>
          <w:rFonts w:ascii="Lora" w:hAnsi="Lora"/>
        </w:rPr>
        <w:t>"What ya doing" asked Susan with her head in the fridge.</w:t>
      </w:r>
    </w:p>
    <w:p w14:paraId="04CAB30C" w14:textId="77777777" w:rsidR="00282790" w:rsidRDefault="00000000">
      <w:r>
        <w:rPr>
          <w:rFonts w:ascii="Lora" w:hAnsi="Lora"/>
        </w:rPr>
        <w:t>"The backdoor was wide open when I came down this morning. Did you go outside last night?" asked David.</w:t>
      </w:r>
    </w:p>
    <w:p w14:paraId="6F439585" w14:textId="77777777" w:rsidR="00282790" w:rsidRDefault="00000000">
      <w:r>
        <w:t>"Nope" said Susan</w:t>
      </w:r>
    </w:p>
    <w:p w14:paraId="0ECBF812" w14:textId="77777777" w:rsidR="00282790" w:rsidRDefault="00000000">
      <w:r>
        <w:t>"Well nothing seems stolen or suspicious. I was positive I'd secured the house when we went to bed. Maybe it slipped my mind" said David reaching for his coffee.</w:t>
      </w:r>
    </w:p>
    <w:p w14:paraId="41F87B9E" w14:textId="77777777" w:rsidR="00282790" w:rsidRDefault="00000000">
      <w:r>
        <w:t>"Breakfast?" Susan asked.</w:t>
      </w:r>
    </w:p>
    <w:p w14:paraId="74AB3543" w14:textId="77777777" w:rsidR="00282790" w:rsidRDefault="00000000">
      <w:r>
        <w:t>"Not today honey. Got to get to work a little earlier to finish off some paper work I let slip last night. I'll see you later. I'll finish at three today" said David as he picked up his bag and headed for the front door kissing Susan on the way out.</w:t>
      </w:r>
    </w:p>
    <w:p w14:paraId="67273583" w14:textId="77777777" w:rsidR="00282790" w:rsidRDefault="00000000">
      <w:r>
        <w:br/>
      </w:r>
    </w:p>
    <w:p w14:paraId="663CCB43" w14:textId="77777777" w:rsidR="00282790" w:rsidRDefault="00282790"/>
    <w:p w14:paraId="454EC007" w14:textId="77777777" w:rsidR="00282790" w:rsidRDefault="00000000">
      <w:r>
        <w:t>Lost in thought, Maxine drove toward the Plaza, oblivious to the shadow that had followed her since she left residence.</w:t>
      </w:r>
    </w:p>
    <w:p w14:paraId="79299B97" w14:textId="77777777" w:rsidR="00282790" w:rsidRDefault="00000000">
      <w:r>
        <w:br/>
      </w:r>
    </w:p>
    <w:p w14:paraId="4C42E1E5" w14:textId="77777777" w:rsidR="00282790" w:rsidRDefault="00000000">
      <w:r>
        <w:t>Upon reaching the Plaza, she embarked on a mundane errand: procuring menstrual hygiene products, bread, milk, and apples. These commonplace provisions, nestled within her bag, presented an unremarkable façade to any casual observer.</w:t>
      </w:r>
    </w:p>
    <w:p w14:paraId="3CE0F9B7" w14:textId="77777777" w:rsidR="00282790" w:rsidRDefault="00000000">
      <w:r>
        <w:t>To maintain the façade of a typical civilian, she meticulously navigated the plaza. Her stroll deliberately included browsing women's boutiques, lingering over cosmetics, and showering the adorable puppies and bunnies outside the pet store with affectionate glances. Each seemingly innocuous action was a calculated step in her elaborate disguise, a carefully constructed performance to conceal her true identity as an undercover officer.</w:t>
      </w:r>
    </w:p>
    <w:p w14:paraId="1DD8AE0F" w14:textId="77777777" w:rsidR="00282790" w:rsidRDefault="00000000">
      <w:r>
        <w:t xml:space="preserve">With each glance into a storefront, her gaze meticulously assessed men, evaluating them against her mental checklist of a serial killer's characteristics. A miniature camera, discreetly hidden in her blouse, documented every observation. Wireless communication </w:t>
      </w:r>
      <w:r>
        <w:lastRenderedPageBreak/>
        <w:t>was deemed too conspicuous; the pinhole camera's built-in microphone sufficed, relaying her findings to the undercover detectives—a seemingly ordinary couple strolling nearby.</w:t>
      </w:r>
    </w:p>
    <w:p w14:paraId="1C9A415B" w14:textId="77777777" w:rsidR="00282790" w:rsidRDefault="00000000">
      <w:r>
        <w:br/>
      </w:r>
    </w:p>
    <w:p w14:paraId="64C9F39B" w14:textId="77777777" w:rsidR="00282790" w:rsidRDefault="00000000">
      <w:r>
        <w:t>Maxine cautiously observed the travel agency Mike had claimed as his place of employment. Her gaze remained deliberately averted as she casually approached the travel agency.</w:t>
      </w:r>
    </w:p>
    <w:p w14:paraId="32938050" w14:textId="77777777" w:rsidR="00282790" w:rsidRDefault="00000000">
      <w:r>
        <w:t xml:space="preserve">As she reached the entrance a youthful woman, barely twenty-something, radiating a vibrant smile, advanced with outstretched hand. Maxine mirrored the gesture. </w:t>
      </w:r>
    </w:p>
    <w:p w14:paraId="5FAE5254" w14:textId="77777777" w:rsidR="00282790" w:rsidRDefault="00000000">
      <w:r>
        <w:t>The sales agent's soft, melodious voice greeted her: "Hello, I'm Sarah, and welcome to Portland Travel. How may I assist you today?"</w:t>
      </w:r>
    </w:p>
    <w:p w14:paraId="3D99557B" w14:textId="77777777" w:rsidR="00282790" w:rsidRDefault="00000000">
      <w:r>
        <w:rPr>
          <w:rFonts w:ascii="Lora" w:hAnsi="Lora"/>
        </w:rPr>
        <w:t>"Hello. Jill. Actually I was wondering if Mike was working today. I met him last night at a coffee shop last night and we got to talking. I just wanted to stop by and say thank you" Maxine replied.</w:t>
      </w:r>
    </w:p>
    <w:p w14:paraId="3E7117EA" w14:textId="77777777" w:rsidR="00282790" w:rsidRDefault="00000000">
      <w:r>
        <w:rPr>
          <w:rFonts w:ascii="Lora" w:hAnsi="Lora"/>
        </w:rPr>
        <w:t>Sarah looked confused.</w:t>
      </w:r>
    </w:p>
    <w:p w14:paraId="13AF49BF" w14:textId="77777777" w:rsidR="00282790" w:rsidRDefault="00000000">
      <w:r>
        <w:t>"Mike, you say? I'm afraid no one by that name work here," Sarah stated.</w:t>
      </w:r>
    </w:p>
    <w:p w14:paraId="46ACE0C7" w14:textId="77777777" w:rsidR="00282790" w:rsidRDefault="00000000">
      <w:r>
        <w:t xml:space="preserve">"I've been with the agency for nearly two years. Are you certain he stated Portland Travel?" Maxine offered a nervous chuckle. "Perhaps I misheard his words. The cafe was loud, and he'd just had a rather unfortunate coffee mishap." She said with a touch of humor. </w:t>
      </w:r>
    </w:p>
    <w:p w14:paraId="71381B91" w14:textId="77777777" w:rsidR="00282790" w:rsidRDefault="00000000">
      <w:r>
        <w:t>Sarah's response was a genuine expression of empathy. "I sincerely wish you luck in your search," she said with a warm smile.</w:t>
      </w:r>
    </w:p>
    <w:p w14:paraId="10866B63" w14:textId="77777777" w:rsidR="00282790" w:rsidRDefault="00000000">
      <w:r>
        <w:t xml:space="preserve">Hesitantly, Maxine paused her departure. Her gaze was captured by a photograph – Employee of the Month. Mike. Or rather, *John*. </w:t>
      </w:r>
    </w:p>
    <w:p w14:paraId="0FD2630D" w14:textId="77777777" w:rsidR="00282790" w:rsidRDefault="00000000">
      <w:r>
        <w:t xml:space="preserve">"Who is that?" Maxine inquired, pointing towards the photo. </w:t>
      </w:r>
    </w:p>
    <w:p w14:paraId="152E9209" w14:textId="77777777" w:rsidR="00282790" w:rsidRDefault="00000000">
      <w:r>
        <w:t xml:space="preserve">Sarah responded, a subtle amusement playing on her lips. "That's John. He's on leave for two weeks I believe. He's handsome, impeccably groomed. A true rarity, or as we women folk of the agency like to refer to as "a unicorn"" she chuckled softly." </w:t>
      </w:r>
    </w:p>
    <w:p w14:paraId="36A53278" w14:textId="77777777" w:rsidR="00282790" w:rsidRDefault="00000000">
      <w:r>
        <w:t>Maxine offered a light chuckle and smiled before quietly departing.</w:t>
      </w:r>
    </w:p>
    <w:p w14:paraId="7A8DFF34" w14:textId="77777777" w:rsidR="00282790" w:rsidRDefault="00000000">
      <w:r>
        <w:br/>
      </w:r>
    </w:p>
    <w:p w14:paraId="34847763" w14:textId="77777777" w:rsidR="00282790" w:rsidRDefault="00000000">
      <w:r>
        <w:t xml:space="preserve">Hurrying along the most direct path to her vehicle, Maxine's head bowed, a quiet murmur escaped her lips "I trust you saw the photo and heard that." </w:t>
      </w:r>
    </w:p>
    <w:p w14:paraId="58E4D06E" w14:textId="77777777" w:rsidR="00282790" w:rsidRDefault="00000000">
      <w:r>
        <w:lastRenderedPageBreak/>
        <w:t xml:space="preserve">The revelation hung heavy in the air: "Apparently, Mike's true identity is John, and he's suddenly taken two weeks leave. </w:t>
      </w:r>
    </w:p>
    <w:p w14:paraId="5D1CE007" w14:textId="77777777" w:rsidR="00282790" w:rsidRDefault="00000000">
      <w:r>
        <w:t>Maxine continued to say "I'm returning home. I'll send a text upon arrival and await your call."</w:t>
      </w:r>
    </w:p>
    <w:p w14:paraId="37CB651A" w14:textId="77777777" w:rsidR="00282790" w:rsidRDefault="00000000">
      <w:r>
        <w:br/>
      </w:r>
    </w:p>
    <w:p w14:paraId="10F27A41" w14:textId="77777777" w:rsidR="00282790" w:rsidRDefault="00000000">
      <w:r>
        <w:t>Tailing Jill, John saw her heading to the Plaza. He observed her leisurely drift through the supermarket, a hesitant exploration of various boutiques. John soon noticed a pair—a man and a woman—discreetly pursuing her, their pace deliberately matched to Jill's. They maintained a respectful distance, pausing whenever she paused, their progress precisely synchronized with her own, never overtaking, always waiting patiently for her to resume her journey before continuing their own. The couple rarely spoke to each other but were watchful.</w:t>
      </w:r>
    </w:p>
    <w:p w14:paraId="4148C0FE" w14:textId="77777777" w:rsidR="00282790" w:rsidRDefault="00000000">
      <w:r>
        <w:br/>
      </w:r>
    </w:p>
    <w:p w14:paraId="1F209EA7" w14:textId="77777777" w:rsidR="00282790" w:rsidRDefault="00000000">
      <w:r>
        <w:t>John observed Jill's deliberate progress toward the travel agency.</w:t>
      </w:r>
    </w:p>
    <w:p w14:paraId="41731FFE" w14:textId="77777777" w:rsidR="00282790" w:rsidRDefault="00000000">
      <w:r>
        <w:t>He watched Jill engage with Sarah the sales agent. John knew if she asked for Mike Sarah would tell her he didn't work there. But then he remembered he had a photo of himself at the front of the Travel Agency.</w:t>
      </w:r>
    </w:p>
    <w:p w14:paraId="789F3D5E" w14:textId="77777777" w:rsidR="00282790" w:rsidRDefault="00000000">
      <w:r>
        <w:t xml:space="preserve">Every muscle was tensed. John watched as Jill turned to leave and a flicker of hope sparked before being shattered as Jill stopped. Her arm pointed to a photograph on the wall. It depicted him. </w:t>
      </w:r>
    </w:p>
    <w:p w14:paraId="10024726" w14:textId="77777777" w:rsidR="00282790" w:rsidRDefault="00000000">
      <w:r>
        <w:t>John observed their cheerful exchange before Jill walked away.</w:t>
      </w:r>
    </w:p>
    <w:p w14:paraId="427023FE" w14:textId="77777777" w:rsidR="00282790" w:rsidRDefault="00000000">
      <w:r>
        <w:br/>
      </w:r>
    </w:p>
    <w:p w14:paraId="6321A109" w14:textId="77777777" w:rsidR="00282790" w:rsidRDefault="00000000">
      <w:r>
        <w:rPr>
          <w:rFonts w:ascii="Lora" w:hAnsi="Lora"/>
        </w:rPr>
        <w:t>When Jill walked away for pace and demeanor were different. She walked with purpose. Not stopping and looking any anything but was making her way back the way she had come. Likely heading back to her car. Jill had her head bowed down and he could see her lips moving like she was talking.</w:t>
      </w:r>
    </w:p>
    <w:p w14:paraId="1C2BC757" w14:textId="77777777" w:rsidR="00282790" w:rsidRDefault="00000000">
      <w:r>
        <w:br/>
      </w:r>
    </w:p>
    <w:p w14:paraId="568B0BC0" w14:textId="77777777" w:rsidR="00282790" w:rsidRDefault="00000000">
      <w:r>
        <w:t xml:space="preserve">Standing within the shop's display, John observed her purposeful stride, oblivious to his presence. The couple following her halted, patiently awaiting for Jill to walk past them and then mirrored her trajectory. Soon they were out of sight. </w:t>
      </w:r>
    </w:p>
    <w:p w14:paraId="2F4EB8F7" w14:textId="77777777" w:rsidR="00282790" w:rsidRDefault="00000000">
      <w:r>
        <w:lastRenderedPageBreak/>
        <w:br/>
      </w:r>
    </w:p>
    <w:p w14:paraId="7A1AAB00" w14:textId="77777777" w:rsidR="00282790" w:rsidRDefault="00000000">
      <w:r>
        <w:t xml:space="preserve">"Can I help you" came a query, polite yet intrusive, issued from behind. </w:t>
      </w:r>
    </w:p>
    <w:p w14:paraId="6C1F25F2" w14:textId="77777777" w:rsidR="00282790" w:rsidRDefault="00000000">
      <w:r>
        <w:t>Unheeding, John exited the store taking a different path to Jill.</w:t>
      </w:r>
    </w:p>
    <w:p w14:paraId="01FF9401" w14:textId="77777777" w:rsidR="00282790" w:rsidRDefault="00000000">
      <w:r>
        <w:br/>
      </w:r>
    </w:p>
    <w:p w14:paraId="44DD8ACF" w14:textId="77777777" w:rsidR="00282790" w:rsidRDefault="00000000">
      <w:r>
        <w:t>The course of action he needed to take now was clear. He needed to talk to Jill.</w:t>
      </w:r>
    </w:p>
    <w:p w14:paraId="0222F3A2" w14:textId="77777777" w:rsidR="00282790" w:rsidRDefault="00282790"/>
    <w:p w14:paraId="11E93C76" w14:textId="77777777" w:rsidR="00282790" w:rsidRDefault="00000000">
      <w:r>
        <w:t>Six fruitless days had passed. A suffocating silence hung heavy in the air of the office as O'Neil, Marcus, Briggs, Hartley, and Maxine huddled together. Maxine's grim update—a complete radio silence from Mike, also known as John, since their Friday encounter and his subsequent, enigmatic departure—only deepened the oppressive atmosphere.</w:t>
      </w:r>
    </w:p>
    <w:p w14:paraId="3BC12D99" w14:textId="77777777" w:rsidR="00282790" w:rsidRDefault="00000000">
      <w:r>
        <w:t>He exhibited almost all the hallmarks of their serial killer profile, scoring very high on their psychopath checklist. The ambiguity surrounding John's use of an alias during their coffee shop encounter remained troubling, yet Superintendent Mitchell unequivocally rejected their request for residential surveillance or wiretapping, deeming their justification insufficient.</w:t>
      </w:r>
    </w:p>
    <w:p w14:paraId="7CFF0FEF" w14:textId="77777777" w:rsidR="00282790" w:rsidRDefault="00000000">
      <w:r>
        <w:br/>
      </w:r>
    </w:p>
    <w:p w14:paraId="60133D5B" w14:textId="77777777" w:rsidR="00282790" w:rsidRDefault="00000000">
      <w:r>
        <w:rPr>
          <w:rFonts w:ascii="Lora" w:hAnsi="Lora"/>
        </w:rPr>
        <w:t>In the past 6 days no one came close.</w:t>
      </w:r>
    </w:p>
    <w:p w14:paraId="5D25BDE0" w14:textId="77777777" w:rsidR="00282790" w:rsidRDefault="00000000">
      <w:r>
        <w:br/>
      </w:r>
    </w:p>
    <w:p w14:paraId="0BF210D9" w14:textId="77777777" w:rsidR="00282790" w:rsidRDefault="00000000">
      <w:r>
        <w:t>"I need something. Anything. Any observations. Anything?" O'Neil said with a sense of defeat and frustration. Yet it elicited no response. Eyes remained fixed, transfixed, on the singular image dominating the briefing boards – the stark photograph of John, the only prime suspect in almost two weeks since Maxine hit the streets.</w:t>
      </w:r>
    </w:p>
    <w:p w14:paraId="607CF978" w14:textId="77777777" w:rsidR="00282790" w:rsidRDefault="00000000">
      <w:r>
        <w:br/>
      </w:r>
    </w:p>
    <w:p w14:paraId="357B69FB" w14:textId="77777777" w:rsidR="00282790" w:rsidRDefault="00000000">
      <w:r>
        <w:t>An exhaustive investigation exonerated John on paper. Despite the horrific house fire that tragically claimed the lives of his mother and two other men, he emerged unscathed. Autopsy results revealed high blood alcohol levels in all three victims with a cocktail of other drugs, strongly suggesting a carelessly discarded cigarette ignited the blaze, resulting in their fatal demise. Fortuitously, John was away from the residence when the catastrophe unfolded.</w:t>
      </w:r>
    </w:p>
    <w:p w14:paraId="5A9D7F8C" w14:textId="77777777" w:rsidR="00282790" w:rsidRDefault="00000000">
      <w:r>
        <w:lastRenderedPageBreak/>
        <w:t>From the age of eleven to eighteen, John had been a resident of a devout Christian orphanage. His conduct throughout childhood and adolescence was exemplary; a pristine record, devoid of any legal infractions, from minor traffic violations to serious offenses. His life was characterized by unwavering obedience to the law. Discreet inquiries from undercover officers to people he worked with or might have spoken to him through some social interactions yielded nothing.</w:t>
      </w:r>
    </w:p>
    <w:p w14:paraId="673314FE" w14:textId="77777777" w:rsidR="00282790" w:rsidRDefault="00000000">
      <w:r>
        <w:rPr>
          <w:rFonts w:ascii="Lora" w:hAnsi="Lora"/>
        </w:rPr>
        <w:t>John had no social media platforms. No Facebook, Twitter, Snapchat, TikTok or any online subscriptions.</w:t>
      </w:r>
    </w:p>
    <w:p w14:paraId="2DB94D22" w14:textId="77777777" w:rsidR="00282790" w:rsidRDefault="00000000">
      <w:r>
        <w:br/>
      </w:r>
    </w:p>
    <w:p w14:paraId="38D0EAAB" w14:textId="77777777" w:rsidR="00282790" w:rsidRDefault="00000000">
      <w:r>
        <w:t>Though often solitary, John possessed an undeniable charisma that made everyone feel special, particularly women. He had an innate ability to draw them in, a magnetism fueled by genuine charm, thoughtful attentiveness, and respectful consideration. A keen listener, his striking good looks and athletic physique further enhanced his appeal.</w:t>
      </w:r>
    </w:p>
    <w:p w14:paraId="41C76961" w14:textId="77777777" w:rsidR="00282790" w:rsidRDefault="00000000">
      <w:r>
        <w:t xml:space="preserve">Hartley confessed her bewilderment. </w:t>
      </w:r>
    </w:p>
    <w:p w14:paraId="1A227E1D" w14:textId="77777777" w:rsidR="00282790" w:rsidRDefault="00000000">
      <w:r>
        <w:t>"Maxine's exhaustive search of this town, a sweep calculated to flush out our elusive predator, has yielded nothing. The evidence unequivocally points to only two conclusions," she stated, finger jabbing at the photograph of John. "Either he is the killer and has retreated into the shadows, or our killer is a phantom, residing beyond Portland's limits, utterly oblivious to Maxine's presence. If the latter is true," Hartley concluded gravely, "how long can we sustain this investigation before we're forced to concede defeat?"</w:t>
      </w:r>
    </w:p>
    <w:p w14:paraId="384CEA23" w14:textId="77777777" w:rsidR="00282790" w:rsidRDefault="00000000">
      <w:r>
        <w:t>O'Neil's voice was tight with urgency. "Five days," he stated, his tone emphasizing Mitchell's unwavering deadline. "This temporary staffing arrangement is hemorrhaging departmental funds, and our fruitless efforts span a full week. A significant discovery is needed otherwise, this hastily assembled team disbands, and everyone returns to their respective projects."</w:t>
      </w:r>
    </w:p>
    <w:p w14:paraId="79BF251E" w14:textId="77777777" w:rsidR="00282790" w:rsidRDefault="00000000">
      <w:r>
        <w:rPr>
          <w:rFonts w:ascii="Lora" w:hAnsi="Lora"/>
        </w:rPr>
        <w:t xml:space="preserve">"So unless anyone can add anything new I suggest Maxine gets wired up, everyone pile in he van and you do what you've been doing. </w:t>
      </w:r>
      <w:r>
        <w:t>Henceforth, Maxine's surveillance is solely Briggs' responsibility, until further directives emerge. Dress casually Briggs." Briggs acknowledged the assignment. The meeting adjourned and everyone got up to leave..</w:t>
      </w:r>
    </w:p>
    <w:p w14:paraId="34FFD906" w14:textId="77777777" w:rsidR="00282790" w:rsidRDefault="00000000">
      <w:r>
        <w:br/>
      </w:r>
    </w:p>
    <w:p w14:paraId="56358F06" w14:textId="77777777" w:rsidR="00282790" w:rsidRDefault="00000000">
      <w:r>
        <w:t>In the van's shadowed recesses, Maxine sat in front of Marcus while he worked. He adjusted the microphone and camera with deliberate, lingering touches, his hand brushing her breast with a calculated graze. A blush bloomed on Maxine's cheeks as she flinched, her palm connecting sharply with his. "Cease," she said with a playful smile. Maxine looked over his shoulder to make sure no one was watching.</w:t>
      </w:r>
    </w:p>
    <w:p w14:paraId="5FBCBCD5" w14:textId="77777777" w:rsidR="00282790" w:rsidRDefault="00000000">
      <w:r>
        <w:lastRenderedPageBreak/>
        <w:t xml:space="preserve">"Is our relationship's secrecy crucial?" Marcus inquired, his voice laced with apprehension. Maxine's response was immediate, her tone unwavering. "Absolutely. My professional reputation hangs in the balance. This case is my singular chance to ascend in my career. Apprehending this killer guarantees a promotion, access to almost any position I want. But a single misstep, a blemish on my record – a scandal involving improper conduct while a serial killer remains at large – will irrevocably destroy everything I've worked for. So, while I cherish our intimacy, strict adherence to professionalism during our working hours is paramount. Consider it a pact: professional decorum now, and I promise ample recompense later." </w:t>
      </w:r>
    </w:p>
    <w:p w14:paraId="66A5278B" w14:textId="77777777" w:rsidR="00282790" w:rsidRDefault="00000000">
      <w:r>
        <w:t>Marcus's smile conveyed his understanding, his reply measured and respectful. "Understood. I fully concur."</w:t>
      </w:r>
    </w:p>
    <w:p w14:paraId="68EAFC79" w14:textId="77777777" w:rsidR="00282790" w:rsidRDefault="00000000">
      <w:r>
        <w:rPr>
          <w:rFonts w:ascii="Lora" w:hAnsi="Lora"/>
        </w:rPr>
        <w:t xml:space="preserve"> With that said, Marcus set to the task at hand and the day ahead</w:t>
      </w:r>
    </w:p>
    <w:p w14:paraId="19E4AD43" w14:textId="77777777" w:rsidR="00282790" w:rsidRDefault="00282790"/>
    <w:p w14:paraId="74D7AE1E" w14:textId="77777777" w:rsidR="00282790" w:rsidRDefault="00000000">
      <w:r>
        <w:t>John knew the police were onto him. His apprehension solidified when Mother One, at his place of employment, recognized his photograph and the name she herself had bestowed upon him. Consumed by a desperate urgency, he spent the rest of the day purging his life, reducing everything to ash. Each scalpel, each mask, every gown, blanket – every vestige of his past interactions with his mother – was utterly destroyed. He dismounted the heavy metal table, then embarked on a five-hour, paranoia-fueled exodus from the city, meticulously checking for surveillance before finally submerging it in the silt of a stagnant creek.</w:t>
      </w:r>
    </w:p>
    <w:p w14:paraId="113F9961" w14:textId="77777777" w:rsidR="00282790" w:rsidRDefault="00000000">
      <w:r>
        <w:t>Only his kit bag remained.</w:t>
      </w:r>
    </w:p>
    <w:p w14:paraId="4FEBE80B" w14:textId="77777777" w:rsidR="00282790" w:rsidRDefault="00000000">
      <w:r>
        <w:t xml:space="preserve">Its contents were innocuous: cordage, gripping tools, plastic restraints, a tarp, and a gleaming blade. All brand new and never used. Each item offered no incriminating link to any prior illicit act. </w:t>
      </w:r>
    </w:p>
    <w:p w14:paraId="2831C49D" w14:textId="77777777" w:rsidR="00282790" w:rsidRDefault="00000000">
      <w:r>
        <w:br/>
      </w:r>
    </w:p>
    <w:p w14:paraId="185093FA" w14:textId="77777777" w:rsidR="00282790" w:rsidRDefault="00000000">
      <w:r>
        <w:t>A chilling premonition gripped John. His reflection in the bathroom mirror—a stubbled jaw, bloodshot eyes—mirrored the turmoil within. Sleep remained elusive, haunted by vivid, recurring dreams. Both mother's appeared in his nightmares, with one bearing the unsettling image of his own impending rebirth. The sight of his second mother, her abdomen grotesquely distended, seared itself into his memory. He understood then: his time was rapidly dwindling, measured in mere days, perhaps hours. Failure now meant an immediate, inescapable return to the infernal cycle of rebirth, condemned to relive his torment.</w:t>
      </w:r>
    </w:p>
    <w:p w14:paraId="6649A899" w14:textId="77777777" w:rsidR="00282790" w:rsidRDefault="00000000">
      <w:r>
        <w:br/>
      </w:r>
    </w:p>
    <w:p w14:paraId="32D5DA10" w14:textId="77777777" w:rsidR="00282790" w:rsidRDefault="00000000">
      <w:r>
        <w:rPr>
          <w:rFonts w:ascii="Lora" w:hAnsi="Lora"/>
        </w:rPr>
        <w:lastRenderedPageBreak/>
        <w:t>John needed answers.</w:t>
      </w:r>
    </w:p>
    <w:p w14:paraId="511B618B" w14:textId="77777777" w:rsidR="00282790" w:rsidRDefault="00000000">
      <w:r>
        <w:br/>
      </w:r>
    </w:p>
    <w:p w14:paraId="2279E126" w14:textId="77777777" w:rsidR="00282790" w:rsidRDefault="00000000">
      <w:r>
        <w:t>Naked, John emerged into the shadowy emptiness of the master suite. He retrieved his worn backpack, and donned his only clean shirt and trousers. Five days he'd inhabited the townhouse across from Mother One, a silent, predatory observer. His gaze, a relentless scrutiny, had cataloged her every action, every flicker of movement in the neighboring homes, mapping the occupants within. His luck had held. No unwelcome visitors had disturbed his clandestine vigil. Had anyone arrived, however, a brutal, decisive action would have been unavoidable; a brutal necessity.</w:t>
      </w:r>
    </w:p>
    <w:p w14:paraId="38BF2581" w14:textId="77777777" w:rsidR="00282790" w:rsidRDefault="00000000">
      <w:r>
        <w:br/>
      </w:r>
    </w:p>
    <w:p w14:paraId="180E9045" w14:textId="77777777" w:rsidR="00282790" w:rsidRDefault="00000000">
      <w:r>
        <w:t>His inaugural evening unfolded in quiet observation. Around eight o'clock, a youthful figure materialized. Subsequent investigation would reveal this individual to be Marcus Whitmore—a seasoned criminalist of thirty-six, affiliated with the Portland Police Department's forensic unit.</w:t>
      </w:r>
    </w:p>
    <w:p w14:paraId="01C168B5" w14:textId="77777777" w:rsidR="00282790" w:rsidRDefault="00000000">
      <w:r>
        <w:br/>
      </w:r>
    </w:p>
    <w:p w14:paraId="73DA9FB9" w14:textId="77777777" w:rsidR="00282790" w:rsidRDefault="00000000">
      <w:r>
        <w:t>John, observed the unfolding intimacy between Marcus and Jill.</w:t>
      </w:r>
    </w:p>
    <w:p w14:paraId="252E705A" w14:textId="77777777" w:rsidR="00282790" w:rsidRDefault="00000000">
      <w:r>
        <w:br/>
      </w:r>
    </w:p>
    <w:p w14:paraId="0198E5B8" w14:textId="77777777" w:rsidR="00282790" w:rsidRDefault="00000000">
      <w:r>
        <w:t>John's mind seemed more twisted over the past five days. Consumed by thoughts of murdering his mother and her lover Marcus. He was fixated on the idea of killing them in the most brutal and violent manner, relishing the sounds of their screams as they suffered. He became increasingly obsessed with this dark fantasy, his thoughts growing more and more disturbing with each passing day. The idea of taking their lives in a brutal and savage way consumed him.</w:t>
      </w:r>
    </w:p>
    <w:p w14:paraId="61B18016" w14:textId="77777777" w:rsidR="00282790" w:rsidRDefault="00000000">
      <w:r>
        <w:br/>
      </w:r>
    </w:p>
    <w:p w14:paraId="718BA754" w14:textId="77777777" w:rsidR="00282790" w:rsidRDefault="00000000">
      <w:r>
        <w:rPr>
          <w:rFonts w:ascii="Lora" w:hAnsi="Lora"/>
        </w:rPr>
        <w:t>Tonight however, John stood calmly in the master bedroom, waiting for Marcus to arrive. There routine was the same so far each night. Marcus would arrive and they would embrace as if for the first time in months. They would ascend to the master bedroom directly opposite his line of sight with some measure of clothing already shed.</w:t>
      </w:r>
    </w:p>
    <w:p w14:paraId="159F36EE" w14:textId="77777777" w:rsidR="00282790" w:rsidRDefault="00000000">
      <w:r>
        <w:rPr>
          <w:rFonts w:ascii="Lora" w:hAnsi="Lora"/>
        </w:rPr>
        <w:lastRenderedPageBreak/>
        <w:t>Laughing, grabbing, moaning, they would stumble into the bathroom where they would shower and by John's assumption, have sex in the shower. Marcus always came out first and a few minutes later Jill. They would then turn off the lights and continue their sexual gratification before falling asleep.</w:t>
      </w:r>
    </w:p>
    <w:p w14:paraId="180B1437" w14:textId="77777777" w:rsidR="00282790" w:rsidRDefault="00000000">
      <w:r>
        <w:br/>
      </w:r>
    </w:p>
    <w:p w14:paraId="7C134DF4" w14:textId="77777777" w:rsidR="00282790" w:rsidRDefault="00000000">
      <w:r>
        <w:rPr>
          <w:rFonts w:ascii="Lora" w:hAnsi="Lora"/>
        </w:rPr>
        <w:t>This would change tonight.</w:t>
      </w:r>
    </w:p>
    <w:p w14:paraId="0BA290E4" w14:textId="77777777" w:rsidR="00282790" w:rsidRDefault="00000000">
      <w:r>
        <w:br/>
      </w:r>
    </w:p>
    <w:p w14:paraId="769D290E" w14:textId="77777777" w:rsidR="00282790" w:rsidRDefault="00000000">
      <w:r>
        <w:rPr>
          <w:rFonts w:ascii="Lora" w:hAnsi="Lora"/>
        </w:rPr>
        <w:t>A glint of steel shone from John's hand.</w:t>
      </w:r>
    </w:p>
    <w:p w14:paraId="063D0110" w14:textId="77777777" w:rsidR="00282790" w:rsidRDefault="00000000">
      <w:r>
        <w:t>A self-satisfied grin played on Marcus's lips. He'd been in a state of bliss since hooking up with Maxine after a late night of alcohol and letting off steam. Their usual pubs were naturally off-limits given they were cops and undercover.</w:t>
      </w:r>
    </w:p>
    <w:p w14:paraId="6D5E89C4" w14:textId="77777777" w:rsidR="00282790" w:rsidRDefault="00000000">
      <w:r>
        <w:br/>
        <w:t>However, a couple of discreet establishments just beyond the city limits provided a suitable alternative – dimly lit dives where they could unwind, provided they maintained a strict code of silence about work.</w:t>
      </w:r>
    </w:p>
    <w:p w14:paraId="5ED824EE" w14:textId="77777777" w:rsidR="00282790" w:rsidRDefault="00282790"/>
    <w:p w14:paraId="250D9AB3" w14:textId="77777777" w:rsidR="00282790" w:rsidRDefault="00000000">
      <w:r>
        <w:br/>
        <w:t xml:space="preserve">Marcus pulled up outside Maxine's townhouse. He grabbed flowers and bottle of wine off the front seat. He quickly strode to the front door and rand the bell. Maxine answered and without a word the kissed with urgency. Stumbling in the doorway and kicking the door closed with his foot they made an awkward steps, and stumbled through the kitchen dinning area, throwing the flowers and wine onto a sofa and stumbled up the stairs. They both laughed and John could see, but not hear, them talking. </w:t>
      </w:r>
    </w:p>
    <w:p w14:paraId="15F48F82" w14:textId="77777777" w:rsidR="00282790" w:rsidRDefault="00282790"/>
    <w:p w14:paraId="623236D5" w14:textId="77777777" w:rsidR="00282790" w:rsidRDefault="00000000">
      <w:r>
        <w:br/>
        <w:t>John observed, his respiration measured and deliberate, steeling himself for the impending confrontation.</w:t>
      </w:r>
    </w:p>
    <w:p w14:paraId="3B6E6398" w14:textId="77777777" w:rsidR="00282790" w:rsidRDefault="00282790"/>
    <w:p w14:paraId="14EF8C5F" w14:textId="77777777" w:rsidR="00282790" w:rsidRDefault="00000000">
      <w:r>
        <w:br/>
        <w:t>He remained vigilant. Watching their laughter and unsteady path as they disrobed some more before stepping into the bathroom.</w:t>
      </w:r>
    </w:p>
    <w:p w14:paraId="44E8DD4C" w14:textId="77777777" w:rsidR="00282790" w:rsidRDefault="00282790"/>
    <w:p w14:paraId="347E7CB5" w14:textId="77777777" w:rsidR="00282790" w:rsidRDefault="00000000">
      <w:r>
        <w:lastRenderedPageBreak/>
        <w:br/>
        <w:t>John pivoted, descending the stairs with a practiced ease, then slipped through the rear exit. Utilizing the side gate, he remained cloaked in darkness, meticulously scanning for any presence—a dog walker, a casual passerby—anyone who might witness his actions.</w:t>
      </w:r>
    </w:p>
    <w:p w14:paraId="73830C42" w14:textId="77777777" w:rsidR="00282790" w:rsidRDefault="00282790"/>
    <w:p w14:paraId="057A3E62" w14:textId="77777777" w:rsidR="00282790" w:rsidRDefault="00000000">
      <w:r>
        <w:br/>
        <w:t>He darted across the street, a swift, urgent movement, and slipped through the unlocked side gate with the silence. At the back door, he produced his lock pick.</w:t>
      </w:r>
    </w:p>
    <w:p w14:paraId="3DB7F990" w14:textId="77777777" w:rsidR="00282790" w:rsidRDefault="00282790"/>
    <w:p w14:paraId="55EDD97C" w14:textId="77777777" w:rsidR="00282790" w:rsidRDefault="00000000">
      <w:r>
        <w:t>Opening the door, the aroma of freshly prepared food hung in the air. The TV was on and a muted news report was on. Ascending the stairs with deliberate slowness, he navigated the familiar interior. Each townhouse had an identical floor plan. Each step measured, each movement purposeful. As he passed each light he turned it off.</w:t>
      </w:r>
    </w:p>
    <w:p w14:paraId="20BD5186" w14:textId="77777777" w:rsidR="00282790" w:rsidRDefault="00000000">
      <w:r>
        <w:br/>
        <w:t>From his position just inside the master suite's entrance, a sliver of the ensuite bathroom was visible. The barely-opened door, venting a plume of steam, offered an undeniable auditory clue to the passionate encounter unfolding within.</w:t>
      </w:r>
    </w:p>
    <w:p w14:paraId="19ED559A" w14:textId="77777777" w:rsidR="00282790" w:rsidRDefault="00282790"/>
    <w:p w14:paraId="40F9B935" w14:textId="77777777" w:rsidR="00282790" w:rsidRDefault="00000000">
      <w:r>
        <w:t>He distinctly heard the rhythmic sounds of their coupling amidst the shower's spray. John extinguished the bedroom's illumination, plunging the townhouse into absolute blackness, save for the faint, seductive glow emanating from the bathroom.</w:t>
      </w:r>
    </w:p>
    <w:p w14:paraId="4742EBF0" w14:textId="77777777" w:rsidR="00282790" w:rsidRDefault="00000000">
      <w:r>
        <w:t>Positioning himself strategically to the side, he ensured the outward-swinging door would completely obstruct his presence from the CSI investigator, Marcus, when he emerged. After ten-minutes, a guttural cry pierced the silence – Marcus's unmistakable release. Following this, the muffled sounds of laughter and intimate conversation drifted out.</w:t>
      </w:r>
    </w:p>
    <w:p w14:paraId="6D622D2D" w14:textId="77777777" w:rsidR="00282790" w:rsidRDefault="00000000">
      <w:r>
        <w:rPr>
          <w:rFonts w:ascii="Lora" w:hAnsi="Lora"/>
        </w:rPr>
        <w:t>John could hear the shower door open. He remained focused. Slow measured breathing.</w:t>
      </w:r>
    </w:p>
    <w:p w14:paraId="6A6C1320" w14:textId="77777777" w:rsidR="00282790" w:rsidRDefault="00000000">
      <w:r>
        <w:t>"Marcus," Maxine called. He pivoted, his damp skin gleaming under the dim light. "Can you check on dinner? I turned off everything but can you make sure nothings burned please?" asked Jill.</w:t>
      </w:r>
    </w:p>
    <w:p w14:paraId="4F26B586" w14:textId="77777777" w:rsidR="00282790" w:rsidRDefault="00000000">
      <w:r>
        <w:t>"Sure thing" Marcus responded.</w:t>
      </w:r>
    </w:p>
    <w:p w14:paraId="1B0EBC09" w14:textId="77777777" w:rsidR="00282790" w:rsidRDefault="00000000">
      <w:r>
        <w:t>Maxine's voice drifted from the shower "I'll join you shortly. I really need to wash my hair."</w:t>
      </w:r>
    </w:p>
    <w:p w14:paraId="1F505D65" w14:textId="77777777" w:rsidR="00282790" w:rsidRDefault="00000000">
      <w:r>
        <w:t>Marcus, already exiting, a towel hastily wrapped around his waist and another draped over his head, offered a thoughtful reply.</w:t>
      </w:r>
    </w:p>
    <w:p w14:paraId="691BA10A" w14:textId="77777777" w:rsidR="00282790" w:rsidRDefault="00000000">
      <w:r>
        <w:lastRenderedPageBreak/>
        <w:t>"Tell you what. I'll grab us both dinner and the wine and we can eat in bed." replied Marcus.</w:t>
      </w:r>
    </w:p>
    <w:p w14:paraId="63FDE30F" w14:textId="77777777" w:rsidR="00282790" w:rsidRDefault="00000000">
      <w:r>
        <w:t>"That sounds like the best. I'll be done soon." replied Jill.</w:t>
      </w:r>
    </w:p>
    <w:p w14:paraId="1DFC9BE8" w14:textId="77777777" w:rsidR="00282790" w:rsidRDefault="00000000">
      <w:r>
        <w:br/>
        <w:t>Walking into the bedroom, Marcus didn't register that the whole place was in darkness. Neither did he realize the door was also being closed behind him. After taking a couple of steps he stopped, now realizing how dark it was.</w:t>
      </w:r>
    </w:p>
    <w:p w14:paraId="7EF5C481" w14:textId="77777777" w:rsidR="00282790" w:rsidRDefault="00282790"/>
    <w:p w14:paraId="35809607" w14:textId="77777777" w:rsidR="00282790" w:rsidRDefault="00000000">
      <w:r>
        <w:br/>
      </w:r>
    </w:p>
    <w:p w14:paraId="21086C7A" w14:textId="77777777" w:rsidR="00282790" w:rsidRDefault="00000000">
      <w:r>
        <w:t xml:space="preserve">With a sweep of the blade Marcus felt a chilling pressure against his windpipe—a superficial nick, almost imperceptible—yet, a chilling dampness bloomed across his sternum. Each breath became torment, his gasping lungs denied oxygen. </w:t>
      </w:r>
    </w:p>
    <w:p w14:paraId="5B36474E" w14:textId="77777777" w:rsidR="00282790" w:rsidRDefault="00000000">
      <w:r>
        <w:t>John watched Marcus's vacant gaze, a portrait of utter confusion etched upon his features. He had meticulously avoided the jugular. The deluge of blood would have been a hindrance had he been drenched in it.</w:t>
      </w:r>
    </w:p>
    <w:p w14:paraId="4C5A6403" w14:textId="77777777" w:rsidR="00282790" w:rsidRDefault="00000000">
      <w:r>
        <w:br/>
      </w:r>
    </w:p>
    <w:p w14:paraId="42BB976A" w14:textId="77777777" w:rsidR="00282790" w:rsidRDefault="00000000">
      <w:r>
        <w:t xml:space="preserve">John heaved Marcus forward, sending him reeling towards the king-sized bed. He stumbled, nearly collapsing onto the mattress, but righted himself, spinning wildly. In the shadowy bathroom light, a male form solidified, his eyes slowly focusing on the attacker, the features resolving into a nightmarish vision of brutality. </w:t>
      </w:r>
    </w:p>
    <w:p w14:paraId="31AC8C8F" w14:textId="77777777" w:rsidR="00282790" w:rsidRDefault="00000000">
      <w:r>
        <w:t xml:space="preserve">It was John. The looming figure, a dark shape against the waning daylight, was instantly recognized. A fresh surge of excruciating pain lanced through Marcus's chest as the cold steel was plunged deep and viciously into his chest. The brutal beating's aftershocks resonating with agonizing force. </w:t>
      </w:r>
    </w:p>
    <w:p w14:paraId="439915A0" w14:textId="77777777" w:rsidR="00282790" w:rsidRDefault="00000000">
      <w:r>
        <w:t xml:space="preserve">His breath caught, snatched away by the onslaught of searing agony. </w:t>
      </w:r>
    </w:p>
    <w:p w14:paraId="62DF867F" w14:textId="77777777" w:rsidR="00282790" w:rsidRDefault="00000000">
      <w:r>
        <w:t xml:space="preserve">Marcus's desperate lunge at John was met by an implacable grip, a crushing hold. A savage force erupted from below, shattering his elbow; a jagged fragment of bone tore through his flesh in the suffocating darkness. </w:t>
      </w:r>
    </w:p>
    <w:p w14:paraId="34379B24" w14:textId="77777777" w:rsidR="00282790" w:rsidRDefault="00000000">
      <w:r>
        <w:t>No cry escaped Marcus's ravaged lungs, no scream of terror, no warning for Maxine, blissfully unaware of the ghastly scene unfolding in her room.</w:t>
      </w:r>
    </w:p>
    <w:p w14:paraId="54478839" w14:textId="77777777" w:rsidR="00282790" w:rsidRDefault="00000000">
      <w:r>
        <w:br/>
      </w:r>
    </w:p>
    <w:p w14:paraId="5741CBDF" w14:textId="77777777" w:rsidR="00282790" w:rsidRDefault="00000000">
      <w:r>
        <w:lastRenderedPageBreak/>
        <w:t>A dizzying wave crashed over Marcus, his knees crumpling under the unbearable weight of the attack. The vicious, repeated plunges of the steel became a nightmarish, swirling vortex. A savage shove hurled him backward onto the bed. His final, fragmented thoughts echoed a single, desperate question – a fractured, agonizing mantra of "Why? Why? Why?" – before oblivion engulfed him.</w:t>
      </w:r>
    </w:p>
    <w:p w14:paraId="123709B3" w14:textId="77777777" w:rsidR="00282790" w:rsidRDefault="00000000">
      <w:r>
        <w:br/>
      </w:r>
    </w:p>
    <w:p w14:paraId="647BC9C7" w14:textId="77777777" w:rsidR="00282790" w:rsidRDefault="00000000">
      <w:r>
        <w:t>Breathing heavily, John pulled the blankets high, shrouding Marcus in a suffocating cocoon. He retrieved the discarded towel, and he scrubbed away the blood staining his face and hands, the blade still slick in his grip. He threw towel behind the bathroom door.</w:t>
      </w:r>
    </w:p>
    <w:p w14:paraId="7BF8C882" w14:textId="77777777" w:rsidR="00282790" w:rsidRDefault="00000000">
      <w:r>
        <w:br/>
      </w:r>
    </w:p>
    <w:p w14:paraId="12310EAD" w14:textId="77777777" w:rsidR="00282790" w:rsidRDefault="00000000">
      <w:r>
        <w:t>Four minutes. An eternity compressed, a brutal symphony of action played out in the cramped confines of the room; a mere four minutes since the bathroom door had sealed Marcus's fate.</w:t>
      </w:r>
    </w:p>
    <w:p w14:paraId="7F0CC89A" w14:textId="77777777" w:rsidR="00282790" w:rsidRDefault="00000000">
      <w:r>
        <w:br/>
      </w:r>
    </w:p>
    <w:p w14:paraId="2878C045" w14:textId="77777777" w:rsidR="00282790" w:rsidRDefault="00000000">
      <w:r>
        <w:rPr>
          <w:rFonts w:ascii="Lora" w:hAnsi="Lora"/>
        </w:rPr>
        <w:t>The shower turned off and the door could be herd opening.</w:t>
      </w:r>
    </w:p>
    <w:p w14:paraId="3B74E884" w14:textId="77777777" w:rsidR="00282790" w:rsidRDefault="00000000">
      <w:r>
        <w:rPr>
          <w:rFonts w:ascii="Lora" w:hAnsi="Lora"/>
        </w:rPr>
        <w:t>"Marcus." Yelled out Maxine.</w:t>
      </w:r>
    </w:p>
    <w:p w14:paraId="0F08D471" w14:textId="77777777" w:rsidR="00282790" w:rsidRDefault="00000000">
      <w:r>
        <w:rPr>
          <w:rFonts w:ascii="Lora" w:hAnsi="Lora"/>
        </w:rPr>
        <w:t>"Marcus. Did you check on dinner?" Maxine yelled out again.</w:t>
      </w:r>
    </w:p>
    <w:p w14:paraId="60CAA746" w14:textId="77777777" w:rsidR="00282790" w:rsidRDefault="00000000">
      <w:r>
        <w:rPr>
          <w:rFonts w:ascii="Lora" w:hAnsi="Lora"/>
        </w:rPr>
        <w:t xml:space="preserve">Maxine started humming softly. </w:t>
      </w:r>
    </w:p>
    <w:p w14:paraId="5980196C" w14:textId="77777777" w:rsidR="00282790" w:rsidRDefault="00000000">
      <w:r>
        <w:rPr>
          <w:rFonts w:ascii="Lora" w:hAnsi="Lora"/>
        </w:rPr>
        <w:t>John could hear the sound of clicks, and glass being placed down on the porcelain sink.</w:t>
      </w:r>
    </w:p>
    <w:p w14:paraId="225C1AC7" w14:textId="77777777" w:rsidR="00282790" w:rsidRDefault="00000000">
      <w:r>
        <w:t xml:space="preserve">Composed, John breathed evenly, a sense of calmness settling over him. </w:t>
      </w:r>
    </w:p>
    <w:p w14:paraId="427C1644" w14:textId="77777777" w:rsidR="00282790" w:rsidRDefault="00000000">
      <w:r>
        <w:br/>
      </w:r>
    </w:p>
    <w:p w14:paraId="2D6EFD9B" w14:textId="77777777" w:rsidR="00282790" w:rsidRDefault="00000000">
      <w:r>
        <w:t xml:space="preserve">Jill sounded hesitant. "Marcus?" . The name a fragile thing in the hushed air. </w:t>
      </w:r>
    </w:p>
    <w:p w14:paraId="1603E10D" w14:textId="77777777" w:rsidR="00282790" w:rsidRDefault="00000000">
      <w:r>
        <w:t xml:space="preserve">John remained rooted. </w:t>
      </w:r>
    </w:p>
    <w:p w14:paraId="2DDD7CFA" w14:textId="77777777" w:rsidR="00282790" w:rsidRDefault="00000000">
      <w:r>
        <w:br/>
      </w:r>
    </w:p>
    <w:p w14:paraId="251040B7" w14:textId="77777777" w:rsidR="00282790" w:rsidRDefault="00000000">
      <w:r>
        <w:t xml:space="preserve">John then knew that Jill was aware something was terribly wrong. </w:t>
      </w:r>
    </w:p>
    <w:p w14:paraId="7B8F614D" w14:textId="77777777" w:rsidR="00282790" w:rsidRDefault="00000000">
      <w:r>
        <w:lastRenderedPageBreak/>
        <w:t>John knew she was poised just beyond the threshold. If he pushed the door it wouldn't harm her, the door would close and she could lock it.</w:t>
      </w:r>
    </w:p>
    <w:p w14:paraId="4694C959" w14:textId="77777777" w:rsidR="00282790" w:rsidRDefault="00000000">
      <w:r>
        <w:t>Waiting. Breathing.</w:t>
      </w:r>
    </w:p>
    <w:p w14:paraId="54FD3745" w14:textId="77777777" w:rsidR="00282790" w:rsidRDefault="00000000">
      <w:r>
        <w:t xml:space="preserve">The familiar game of pursuit and evasion had always been a feature of his existence, but this was unlike anything that had gone before. </w:t>
      </w:r>
    </w:p>
    <w:p w14:paraId="113E270A" w14:textId="77777777" w:rsidR="00282790" w:rsidRDefault="00000000">
      <w:r>
        <w:t xml:space="preserve">This time, two figures of maternal authority were involved, one cradling the instrument of his potential rebirth—a vessel to contain his tormented soul. </w:t>
      </w:r>
    </w:p>
    <w:p w14:paraId="186C5D5D" w14:textId="77777777" w:rsidR="00282790" w:rsidRDefault="00000000">
      <w:r>
        <w:t xml:space="preserve">To be reborn, only to be subjected anew to his mother's relentless torment. A horrifying cycle, repeating itself eternally. </w:t>
      </w:r>
    </w:p>
    <w:p w14:paraId="10466B24" w14:textId="77777777" w:rsidR="00282790" w:rsidRDefault="00000000">
      <w:r>
        <w:t>John decided to initiate the confrontation. He knew anticipation was thrumming in his mother’s heart.</w:t>
      </w:r>
    </w:p>
    <w:p w14:paraId="7888F9F3" w14:textId="77777777" w:rsidR="00282790" w:rsidRDefault="00000000">
      <w:r>
        <w:t>Gripping the knife and preparing to step out from behind the door, an unforeseen event happened.</w:t>
      </w:r>
    </w:p>
    <w:p w14:paraId="39E9D01F" w14:textId="77777777" w:rsidR="00282790" w:rsidRDefault="00000000">
      <w:r>
        <w:t>An audible Click.</w:t>
      </w:r>
    </w:p>
    <w:p w14:paraId="59E1FE04" w14:textId="77777777" w:rsidR="00282790" w:rsidRDefault="00000000">
      <w:r>
        <w:t>Then Blackness.</w:t>
      </w:r>
    </w:p>
    <w:p w14:paraId="4DDAC79A" w14:textId="77777777" w:rsidR="00282790" w:rsidRDefault="00000000">
      <w:r>
        <w:br/>
      </w:r>
    </w:p>
    <w:p w14:paraId="5D284B37" w14:textId="77777777" w:rsidR="00282790" w:rsidRDefault="00000000">
      <w:r>
        <w:t>Blindness momentarily claimed John as his pupils struggled to pierce the oppressive gloom. He registered the frantic rush, like a palpable gust of a frightened doe bursting from the doorway and into the bedroom. Instinctively, he slashed a sweeping arc through the inky blackness, his blade seeking the warm weight of flesh, yet finding only empty void.</w:t>
      </w:r>
    </w:p>
    <w:p w14:paraId="6DDA68E0" w14:textId="77777777" w:rsidR="00282790" w:rsidRDefault="00000000">
      <w:r>
        <w:t xml:space="preserve">A forcible thump and things clattering to the carpet. </w:t>
      </w:r>
    </w:p>
    <w:p w14:paraId="6EF648CA" w14:textId="77777777" w:rsidR="00282790" w:rsidRDefault="00000000">
      <w:r>
        <w:t xml:space="preserve">A drawer, violently ripped open and the sounds of a frantic search. </w:t>
      </w:r>
    </w:p>
    <w:p w14:paraId="7953717A" w14:textId="77777777" w:rsidR="00282790" w:rsidRDefault="00000000">
      <w:r>
        <w:br/>
      </w:r>
    </w:p>
    <w:p w14:paraId="11355E84" w14:textId="77777777" w:rsidR="00282790" w:rsidRDefault="00000000">
      <w:r>
        <w:t>John reacted instinctively. He launched himself forward, flattening himself against the floor, praying his mother remained oblivious. The cramped confines of the bedroom meant he was perilously close to her. As he twisted, and propelled himself sideways, he threw his knife in an arc behind him. He needed a distraction.</w:t>
      </w:r>
    </w:p>
    <w:p w14:paraId="4777B7E8" w14:textId="77777777" w:rsidR="00282790" w:rsidRDefault="00000000">
      <w:r>
        <w:br/>
      </w:r>
    </w:p>
    <w:p w14:paraId="56D723D5" w14:textId="77777777" w:rsidR="00282790" w:rsidRDefault="00000000">
      <w:r>
        <w:lastRenderedPageBreak/>
        <w:t xml:space="preserve">A thunderous detonation ripped through the bedroom. Five rapid blasts followed, each a blinding burst, leaving fleeting trails of glowing residue where the bullets had violently departed the weapon. </w:t>
      </w:r>
    </w:p>
    <w:p w14:paraId="16869971" w14:textId="77777777" w:rsidR="00282790" w:rsidRDefault="00000000">
      <w:r>
        <w:br/>
      </w:r>
    </w:p>
    <w:p w14:paraId="44B94F94" w14:textId="77777777" w:rsidR="00282790" w:rsidRDefault="00000000">
      <w:r>
        <w:t>John, jolting upright from his prone position beside her, saw his mother's face hardened. No trace of terror or panic marred her features; her gaze, sharp and unwavering, burned with cold, calculated fury. Her eyes, keenly watchful, held the unwavering promise of death.</w:t>
      </w:r>
    </w:p>
    <w:p w14:paraId="142EBE34" w14:textId="77777777" w:rsidR="00282790" w:rsidRDefault="00000000">
      <w:r>
        <w:br/>
      </w:r>
    </w:p>
    <w:p w14:paraId="604397C5" w14:textId="77777777" w:rsidR="00282790" w:rsidRDefault="00000000">
      <w:r>
        <w:t xml:space="preserve">A flicker of motion to her right registered in Maxine's peripheral vision. </w:t>
      </w:r>
    </w:p>
    <w:p w14:paraId="1C225A54" w14:textId="77777777" w:rsidR="00282790" w:rsidRDefault="00000000">
      <w:r>
        <w:t xml:space="preserve">Before she could fully pivot, a pair of crimson orbs erupted from the darkness, launching themselves at her with ferocious speed. </w:t>
      </w:r>
    </w:p>
    <w:p w14:paraId="6CF0025C" w14:textId="77777777" w:rsidR="00282790" w:rsidRDefault="00000000">
      <w:r>
        <w:t xml:space="preserve">With a primal scream, she squeezed the trigger a sixth time, desperately wrenching the firearm toward the approaching threat. </w:t>
      </w:r>
    </w:p>
    <w:p w14:paraId="4E9765F4" w14:textId="77777777" w:rsidR="00282790" w:rsidRDefault="00000000">
      <w:r>
        <w:t>The impact of John hurled her against the dresser, a bone-jarring collision that sent her sprawling against the wall.</w:t>
      </w:r>
    </w:p>
    <w:p w14:paraId="212F1616" w14:textId="77777777" w:rsidR="00282790" w:rsidRDefault="00000000">
      <w:r>
        <w:t>The gun was wrenched from her hand.</w:t>
      </w:r>
    </w:p>
    <w:p w14:paraId="266F18AB" w14:textId="77777777" w:rsidR="00282790" w:rsidRDefault="00000000">
      <w:r>
        <w:t xml:space="preserve">Instinctively, Maxine's legs shot up, a desperate attempt to dislodge the man pinning her. His iron grip held her fast; she understood instantly that any struggle would be futile unless she acted with blinding speed. </w:t>
      </w:r>
    </w:p>
    <w:p w14:paraId="0F122753" w14:textId="77777777" w:rsidR="00282790" w:rsidRDefault="00000000">
      <w:r>
        <w:br/>
      </w:r>
    </w:p>
    <w:p w14:paraId="467B4E67" w14:textId="77777777" w:rsidR="00282790" w:rsidRDefault="00000000">
      <w:r>
        <w:t>Her hand grasped a discarded can. With a fervent prayer, she depressed the button and mist erupted and smelt of lavender.</w:t>
      </w:r>
    </w:p>
    <w:p w14:paraId="037BA88D" w14:textId="77777777" w:rsidR="00282790" w:rsidRDefault="00000000">
      <w:r>
        <w:t xml:space="preserve">A guttural groan erupted; her grip loosened as the assailant recoiled. She leveraged her legs, forcing her attacker further back. Then, with a desperate lunge, she hurled herself onto the bed, aiming for the far side and the sanctuary of the hallway beyond. </w:t>
      </w:r>
    </w:p>
    <w:p w14:paraId="39FDE89D" w14:textId="77777777" w:rsidR="00282790" w:rsidRDefault="00000000">
      <w:r>
        <w:t xml:space="preserve">Jill collided with a body – Marcus she thought. </w:t>
      </w:r>
    </w:p>
    <w:p w14:paraId="5CD19C23" w14:textId="77777777" w:rsidR="00282790" w:rsidRDefault="00000000">
      <w:r>
        <w:t xml:space="preserve">She recognized by instinct, a clammy, viscous texture of blood. Marcus's blood coating her hand. </w:t>
      </w:r>
    </w:p>
    <w:p w14:paraId="705FC108" w14:textId="77777777" w:rsidR="00282790" w:rsidRDefault="00000000">
      <w:r>
        <w:t xml:space="preserve">The urgency of escape overrode any reaction to the grim discovery. </w:t>
      </w:r>
    </w:p>
    <w:p w14:paraId="247D3357" w14:textId="77777777" w:rsidR="00282790" w:rsidRDefault="00000000">
      <w:r>
        <w:t>Maxine understood failure to act would condemn her to a fate shared with Marcus.</w:t>
      </w:r>
    </w:p>
    <w:p w14:paraId="72274594" w14:textId="77777777" w:rsidR="00282790" w:rsidRDefault="00000000">
      <w:r>
        <w:lastRenderedPageBreak/>
        <w:br/>
        <w:t xml:space="preserve">Maxine climbed off the bed and saw the exit. </w:t>
      </w:r>
    </w:p>
    <w:p w14:paraId="67A528B6" w14:textId="77777777" w:rsidR="00282790" w:rsidRDefault="00000000">
      <w:r>
        <w:t xml:space="preserve">A frantic burst from her bedroom door as she turned to descend the stairs when suddenly her left foot struck an unseen obstacle. </w:t>
      </w:r>
    </w:p>
    <w:p w14:paraId="4617C853" w14:textId="77777777" w:rsidR="00282790" w:rsidRDefault="00000000">
      <w:r>
        <w:t xml:space="preserve">Physics took over. The speed she was fleeing, her foot now pinned behind her with nothing to stop her forward momentum, initiating an unstoppable cascade. </w:t>
      </w:r>
    </w:p>
    <w:p w14:paraId="196CFBCF" w14:textId="77777777" w:rsidR="00282790" w:rsidRDefault="00000000">
      <w:r>
        <w:br/>
      </w:r>
    </w:p>
    <w:p w14:paraId="0504FE02" w14:textId="77777777" w:rsidR="00282790" w:rsidRDefault="00000000">
      <w:r>
        <w:t xml:space="preserve">She plummeted, legs trailing behind, into a terrifying void. Desperately, she launched her arms outward, a futile attempt to arrest her descent. Her left arm grazed a step, then slipped, while her right arm buckled inwards under the brutal impact. A sickening crack announced the shattering of the bone. </w:t>
      </w:r>
    </w:p>
    <w:p w14:paraId="2B9142FB" w14:textId="77777777" w:rsidR="00282790" w:rsidRDefault="00000000">
      <w:r>
        <w:t xml:space="preserve">Her forehead collided violently with a stair, the blow pulverizing her nose. A crimson torrent erupted as Maxine’s consciousness was extinguished by the impact. Unconscious, she remained oblivious to the continuing, bone-jarring slide. The fall concluded with a grotesque finality. </w:t>
      </w:r>
    </w:p>
    <w:p w14:paraId="7EC3701F" w14:textId="77777777" w:rsidR="00282790" w:rsidRDefault="00000000">
      <w:r>
        <w:t>Her thumb splintered, two fingers snapped, her nose smashed and broken and three fractured ribs. Her right foot, twisted at an agonizing ninety-degree angle, finally brought her catastrophic journey to a brutal halt at the bottom of the stairs.</w:t>
      </w:r>
    </w:p>
    <w:p w14:paraId="2AB14668" w14:textId="77777777" w:rsidR="00282790" w:rsidRDefault="00000000">
      <w:r>
        <w:br/>
      </w:r>
    </w:p>
    <w:p w14:paraId="6DE6C20B" w14:textId="77777777" w:rsidR="00282790" w:rsidRDefault="00000000">
      <w:r>
        <w:t xml:space="preserve">John stumbled, his vision blurring as he crossed the threshold at the stairhead. The acrid burn in his eyes slowly faded, revealing the slumped form below. A wave of relief washed over him; his foresight in setting the almost invisible tripwire outside the door – a precaution conceived just yesterday – had proven crucial. The darkness rendered it utterly undetectable. He carefully navigated the obstacle, descending to the lifeless figure. </w:t>
      </w:r>
    </w:p>
    <w:p w14:paraId="48AF1E06" w14:textId="77777777" w:rsidR="00282790" w:rsidRDefault="00000000">
      <w:r>
        <w:br/>
      </w:r>
    </w:p>
    <w:p w14:paraId="011FBA1B" w14:textId="77777777" w:rsidR="00282790" w:rsidRDefault="00000000">
      <w:r>
        <w:t>Hefting his mother's weight onto his shoulder with a grunt of exertion, John exited through the rear door. He traversed the shadowed yard, disappearing behind the privacy fence and heading straight for the vacant townhouse adjacent to the property.</w:t>
      </w:r>
      <w:r>
        <w:rPr>
          <w:rFonts w:ascii="Lora" w:hAnsi="Lora"/>
        </w:rPr>
        <w:t xml:space="preserve"> The rear fence on this property back onto a vacant lot. </w:t>
      </w:r>
    </w:p>
    <w:p w14:paraId="39333CD4" w14:textId="77777777" w:rsidR="00282790" w:rsidRDefault="00000000">
      <w:r>
        <w:rPr>
          <w:rFonts w:ascii="Lora" w:hAnsi="Lora"/>
        </w:rPr>
        <w:t>John had already inspected the Townhouse 3 nights ago. With a little weight he removed 4 fence palings and then remounted them so t only required a small shove should he need to use it as an exit, like tonight.</w:t>
      </w:r>
    </w:p>
    <w:p w14:paraId="7DB1727F" w14:textId="77777777" w:rsidR="00282790" w:rsidRDefault="00000000">
      <w:r>
        <w:lastRenderedPageBreak/>
        <w:br/>
      </w:r>
    </w:p>
    <w:p w14:paraId="1B826381" w14:textId="77777777" w:rsidR="00282790" w:rsidRDefault="00000000">
      <w:r>
        <w:rPr>
          <w:rFonts w:ascii="Lora" w:hAnsi="Lora"/>
        </w:rPr>
        <w:t>John had no doubt someone had seen him exit with his mother slumped over his shoulder. He had no time to disguise the body under a blanket. His mother had fired a handgun six times and it was distinctive and loud.</w:t>
      </w:r>
    </w:p>
    <w:p w14:paraId="74301EF5" w14:textId="77777777" w:rsidR="00282790" w:rsidRDefault="00000000">
      <w:r>
        <w:rPr>
          <w:rFonts w:ascii="Lora" w:hAnsi="Lora"/>
        </w:rPr>
        <w:t>Walking quickly to the car he parked on the other side he could hear the sound a sirens in the distance.</w:t>
      </w:r>
    </w:p>
    <w:p w14:paraId="752087B3" w14:textId="77777777" w:rsidR="00282790" w:rsidRDefault="00000000">
      <w:r>
        <w:rPr>
          <w:rFonts w:ascii="Lora" w:hAnsi="Lora"/>
        </w:rPr>
        <w:t xml:space="preserve">Reaching the car he dumped he unlocked the trunk and removed a black bag before dumping his mother inside and closing the trunk. </w:t>
      </w:r>
    </w:p>
    <w:p w14:paraId="7C02D10A" w14:textId="77777777" w:rsidR="00282790" w:rsidRDefault="00000000">
      <w:r>
        <w:br/>
      </w:r>
    </w:p>
    <w:p w14:paraId="131A65F2" w14:textId="77777777" w:rsidR="00282790" w:rsidRDefault="00000000">
      <w:r>
        <w:rPr>
          <w:rFonts w:ascii="Lora" w:hAnsi="Lora"/>
        </w:rPr>
        <w:t xml:space="preserve">Getting into the car he at for a moment to collect his thoughts. His eyes burned slightly, checking his face in the rearview mirror he had a small gash on his cheek that had been bleeding and run down his face onto his shirt. John had everything he needed. </w:t>
      </w:r>
    </w:p>
    <w:p w14:paraId="76C5AB62" w14:textId="77777777" w:rsidR="00282790" w:rsidRDefault="00000000">
      <w:r>
        <w:br/>
      </w:r>
    </w:p>
    <w:p w14:paraId="184CD0D4" w14:textId="77777777" w:rsidR="00282790" w:rsidRDefault="00000000">
      <w:r>
        <w:rPr>
          <w:rFonts w:ascii="Lora" w:hAnsi="Lora"/>
        </w:rPr>
        <w:t>Starting the car he head for the place no one knew about he had brought under another name and on the outskirts of town.</w:t>
      </w:r>
    </w:p>
    <w:p w14:paraId="55F4232A" w14:textId="77777777" w:rsidR="00282790" w:rsidRDefault="00000000">
      <w:r>
        <w:br/>
      </w:r>
    </w:p>
    <w:p w14:paraId="11F5ED69" w14:textId="77777777" w:rsidR="00282790" w:rsidRDefault="00000000">
      <w:r>
        <w:rPr>
          <w:rFonts w:ascii="Lora" w:hAnsi="Lora"/>
        </w:rPr>
        <w:t>This is where he planned to wake his mother.</w:t>
      </w:r>
    </w:p>
    <w:p w14:paraId="22A17EE2" w14:textId="77777777" w:rsidR="00282790" w:rsidRDefault="00000000">
      <w:r>
        <w:t xml:space="preserve">The ominous theme of Star Wars, the "Imperial March," blared from the bedside table. </w:t>
      </w:r>
    </w:p>
    <w:p w14:paraId="288D5E3F" w14:textId="77777777" w:rsidR="00282790" w:rsidRDefault="00000000">
      <w:r>
        <w:t>"Briggs," a gruff voice rumbled. O'Neil's voice, devoid of inflection, delivered a chilling report: "Marcus is deceased. Maxine is lost. Rendezvous at Maxine's immediately."</w:t>
      </w:r>
    </w:p>
    <w:p w14:paraId="52656EED" w14:textId="77777777" w:rsidR="00282790" w:rsidRDefault="00000000">
      <w:r>
        <w:t>"En route. Six minutes" Briggs responded. He vaulted from the bed, his movements explosive.</w:t>
      </w:r>
    </w:p>
    <w:p w14:paraId="185D6459" w14:textId="77777777" w:rsidR="00282790" w:rsidRDefault="00000000">
      <w:r>
        <w:br/>
      </w:r>
    </w:p>
    <w:p w14:paraId="51DF7389" w14:textId="77777777" w:rsidR="00282790" w:rsidRDefault="00000000">
      <w:r>
        <w:t xml:space="preserve">As Briggs' vehicle arrived at the sprawling estate, a chaotic scene unfolded: a constellation of flashing emergency lights from police cars and ambulances painted the night. A throng of at least a dozen individuals milled about the townhouse entrance, a restless tide ebbing and flowing. Displaying his credentials to the officer guarding the perimeter behind the bright </w:t>
      </w:r>
      <w:r>
        <w:lastRenderedPageBreak/>
        <w:t>yellow and blue police barrier, he proceeded to a waiting van. There, he donned pristine white coveralls, a surgical mask, protective gloves, and shoe coverings before entering the townhouse.</w:t>
      </w:r>
    </w:p>
    <w:p w14:paraId="04603A5F" w14:textId="77777777" w:rsidR="00282790" w:rsidRDefault="00000000">
      <w:r>
        <w:br/>
      </w:r>
    </w:p>
    <w:p w14:paraId="7AABFBB1" w14:textId="77777777" w:rsidR="00282790" w:rsidRDefault="00000000">
      <w:r>
        <w:t xml:space="preserve">Scattered across the floor lay a collection of plastic yellow numerals marking evidence. A forensic specialist meticulously searched for latent fingerprints, the rhythmic dusting a counterpoint to the harsh strobe of a camera's flash. </w:t>
      </w:r>
    </w:p>
    <w:p w14:paraId="32E3A372" w14:textId="77777777" w:rsidR="00282790" w:rsidRDefault="00000000">
      <w:r>
        <w:br/>
      </w:r>
    </w:p>
    <w:p w14:paraId="620226DA" w14:textId="77777777" w:rsidR="00282790" w:rsidRDefault="00000000">
      <w:r>
        <w:t>From the assembled group at the foot of the stairs, a grim truth was evident: a crimson pool, a testament to violence. Several bloody footprints, starkly imprinted on the floor, led towards the back door.</w:t>
      </w:r>
    </w:p>
    <w:p w14:paraId="07995C41" w14:textId="77777777" w:rsidR="00282790" w:rsidRDefault="00000000">
      <w:r>
        <w:br/>
      </w:r>
    </w:p>
    <w:p w14:paraId="2174E209" w14:textId="77777777" w:rsidR="00282790" w:rsidRDefault="00000000">
      <w:r>
        <w:t>With meticulous care, he ascended the stairs, his gaze unwavering, and paused in the doorway. Illuminated within, a camera's flash momentarily blinded him; voices murmured, a cacophony of sound, yet Briggs's attention remained on the bed. The horrifying tableau unfolded before him: Marcus. His eyes, stark and vacant, stared sightlessly upwards. Marcus's body lay amidst a crimson pool that had saturated the mattress. Hideous rents marred his abdomen, chest, and rib cage, a ghastly tapestry of wounds. Blood, a gruesome torrent, cascaded from his mouth, staining his torso. His right arm, grotesquely contorted, clutched a jagged shard of bone, a macabre testament to the violence inflicted.</w:t>
      </w:r>
    </w:p>
    <w:p w14:paraId="1C10447F" w14:textId="77777777" w:rsidR="00282790" w:rsidRDefault="00000000">
      <w:r>
        <w:br/>
      </w:r>
    </w:p>
    <w:p w14:paraId="37206BB8" w14:textId="77777777" w:rsidR="00282790" w:rsidRDefault="00000000">
      <w:r>
        <w:t xml:space="preserve">A gentle murmur, "Briggs," broke the silence. Hartley, her hand resting lightly on his arm, stood beside him, her presence a silent affirmation. "Based on our current understanding," she began, her voice low and grave, "we're virtually certain John Bowen, forty-six-year-old employee of the Plaza's travel agency, is our perpetrator. The investigation is ongoing, but preliminary findings are conclusive. After a thorough search of the neighborhood, officers discovered the adjacent townhouse deserted—a chilling testament to his meticulous planning. Inside, they uncovered discarded clothing, sleeping gear, and food packets, suggesting our suspect had been observing Maxine for five or six days, a period of calculated surveillance. </w:t>
      </w:r>
    </w:p>
    <w:p w14:paraId="71D1326E" w14:textId="77777777" w:rsidR="00282790" w:rsidRDefault="00000000">
      <w:r>
        <w:br/>
      </w:r>
    </w:p>
    <w:p w14:paraId="018895D5" w14:textId="77777777" w:rsidR="00282790" w:rsidRDefault="00000000">
      <w:r>
        <w:lastRenderedPageBreak/>
        <w:t>John had vanished abruptly the day following Maxine's chance encounter with him at the coffee shop last Friday. When Maxine attempted to arrange another meeting with John the next day, he'd inexplicably taken a two week leave of absence, citing a gravely ill friend. However, our investigation reveals a darker truth: he was, in fact, relentlessly tracking Maxine and Marcus from that very townhouse," Hartley declared, her finger pointing to the building with chilling precision.</w:t>
      </w:r>
    </w:p>
    <w:p w14:paraId="6FE8C732" w14:textId="77777777" w:rsidR="00282790" w:rsidRDefault="00000000">
      <w:r>
        <w:br/>
      </w:r>
    </w:p>
    <w:p w14:paraId="502EB98F" w14:textId="77777777" w:rsidR="00282790" w:rsidRDefault="00000000">
      <w:r>
        <w:rPr>
          <w:rFonts w:ascii="Lora" w:hAnsi="Lora"/>
        </w:rPr>
        <w:t>Briggs could see the adjacent townhouse with the lights on and more people wearing the same attire as himself.</w:t>
      </w:r>
    </w:p>
    <w:p w14:paraId="2B9173A6" w14:textId="77777777" w:rsidR="00282790" w:rsidRDefault="00000000">
      <w:r>
        <w:br/>
      </w:r>
    </w:p>
    <w:p w14:paraId="060E72D6" w14:textId="77777777" w:rsidR="00282790" w:rsidRDefault="00000000">
      <w:r>
        <w:t xml:space="preserve">Hartley said "forensic examination indicated John accessed the townhouse through the rear entrance while Marcus and Maxine were bathing, using the cover of darkness to evade detection." </w:t>
      </w:r>
    </w:p>
    <w:p w14:paraId="735832D0" w14:textId="77777777" w:rsidR="00282790" w:rsidRDefault="00000000">
      <w:r>
        <w:t>"His assault was ferocious and immediate; Marcus fell victim first, likely before Maxine even comprehended what was happening. It's a plausible scenario, had they both been aware of the killer, their combined strength might have overwhelmed John. Therefore, it's hypothesized that Maxine remained oblivious in the shower.</w:t>
      </w:r>
    </w:p>
    <w:p w14:paraId="19A242D0" w14:textId="77777777" w:rsidR="00282790" w:rsidRDefault="00000000">
      <w:r>
        <w:br/>
      </w:r>
    </w:p>
    <w:p w14:paraId="00E9D2C0" w14:textId="77777777" w:rsidR="00282790" w:rsidRDefault="00000000">
      <w:r>
        <w:t xml:space="preserve">"Subsequently, Maxine discovered John's presence. In a desperate act of self-defense, she had actually gotten to her service weapon and unleashed a volley of six shots, all wildly inaccurate, suggesting again everything happened in the dark. Maxine has then attempted to escape however John has cunningly placed a tripwire at the top of the staircase that forensics' located and this has sent her crashing down the stairs, leaving her grievously injured. Evidence indicates John then transported Maxine's unconscious form through the back door, traversing the property line to an adjoining residence, and breaching a fence. The trail concludes at the street, marked by a faint bloodstain and the telltale imprint of his footwear, identical to those found inside. Tire tracks at the scene point to a getaway vehicle—presumably parked there in anticipation of this." Hartley finished. </w:t>
      </w:r>
    </w:p>
    <w:p w14:paraId="2546B12C" w14:textId="77777777" w:rsidR="00282790" w:rsidRDefault="00000000">
      <w:r>
        <w:br/>
        <w:t>O'Neil walked over to them both.</w:t>
      </w:r>
    </w:p>
    <w:p w14:paraId="240798EA" w14:textId="77777777" w:rsidR="00282790" w:rsidRDefault="00282790"/>
    <w:p w14:paraId="52820344" w14:textId="77777777" w:rsidR="00282790" w:rsidRDefault="00000000">
      <w:r>
        <w:br/>
      </w:r>
    </w:p>
    <w:p w14:paraId="60C41703" w14:textId="77777777" w:rsidR="00282790" w:rsidRDefault="00000000">
      <w:r>
        <w:lastRenderedPageBreak/>
        <w:t>O'Neil addressed Briggs and Hartley, his voice unwavering. "Superintendent Mitchell demands our presence in his office within half an hour for a comprehensive debriefing. Maxine's survival remains, for now, a tenuous assumption; however, that possibility diminishes exponentially with each passing moment. The window for a successful rescue is rapidly closing if we fail to locate her within the next few hours. Briggs, Hartley," O'Neil's gaze was intense, "I require absolute focus. Whatever personal emotions you're grappling with must be suppressed, is that understood?" Hartley and Briggs responded in unison, their voices subdued, "Sir."</w:t>
      </w:r>
    </w:p>
    <w:p w14:paraId="5DB3C560" w14:textId="77777777" w:rsidR="00282790" w:rsidRDefault="00282790"/>
    <w:p w14:paraId="54A7D44F" w14:textId="77777777" w:rsidR="00282790" w:rsidRDefault="00000000">
      <w:r>
        <w:br/>
      </w:r>
    </w:p>
    <w:p w14:paraId="4588ABC6" w14:textId="77777777" w:rsidR="00282790" w:rsidRDefault="00000000">
      <w:r>
        <w:t xml:space="preserve">Superintendent Mitchell, engaged in a furious call with the New South Wales Police Commissioner, held the rapt attention of O'Neil, Briggs, and Hartley. </w:t>
      </w:r>
    </w:p>
    <w:p w14:paraId="273292F0" w14:textId="77777777" w:rsidR="00282790" w:rsidRDefault="00000000">
      <w:r>
        <w:t xml:space="preserve">The all sat rigid, their silence a stark contrast to the tempestuous dialogue emanating from the receiver. Slamming the phone down with a resounding thud, Mitchell’s gaze locked onto O'Neil. </w:t>
      </w:r>
    </w:p>
    <w:p w14:paraId="5A3BCA04" w14:textId="77777777" w:rsidR="00282790" w:rsidRDefault="00000000">
      <w:r>
        <w:t xml:space="preserve">His voice, sharp and uncompromising, cut through the tense stillness. "The Commissioner's ordered full public disclosure. It's 2030 and he demands every scrap of information on John Bowen plastered across every media outlet – national and local by 2200. We're avoiding the 'serial killer' label for now, but Bowen is officially a prime suspect in the murder of a CSI employee, with potential links to the vanishing of a Portland police officer. His picture will be disseminated everywhere: news broadcasts, websites, social media – TikTok, Snapchat, the whole gamut. However, Marcus and Maxine's identities remain confidential for the time being. Are there any questions?" </w:t>
      </w:r>
    </w:p>
    <w:p w14:paraId="42C1EA92" w14:textId="77777777" w:rsidR="00282790" w:rsidRDefault="00000000">
      <w:r>
        <w:br/>
      </w:r>
    </w:p>
    <w:p w14:paraId="2450CB31" w14:textId="77777777" w:rsidR="00282790" w:rsidRDefault="00000000">
      <w:r>
        <w:t>The room remained silent, the weight of the announcement heavy in the air. Mitchell's gaze narrowed. He addressed O'Neil directly. "O'Neil," he pressed, "What the fuck just happened?."</w:t>
      </w:r>
    </w:p>
    <w:p w14:paraId="4A8FDCB5" w14:textId="77777777" w:rsidR="00282790" w:rsidRDefault="00000000">
      <w:r>
        <w:br/>
        <w:t>O'Neil replayed everything that had happened since Friday 14th. When John Bowen engaged with their under cover operative Maxine.</w:t>
      </w:r>
    </w:p>
    <w:p w14:paraId="0C12F7A7" w14:textId="77777777" w:rsidR="00282790" w:rsidRDefault="00282790"/>
    <w:p w14:paraId="4EB38AB9" w14:textId="77777777" w:rsidR="00282790" w:rsidRDefault="00000000">
      <w:r>
        <w:br/>
      </w:r>
    </w:p>
    <w:p w14:paraId="58DDB8DE" w14:textId="77777777" w:rsidR="00282790" w:rsidRDefault="00000000">
      <w:r>
        <w:lastRenderedPageBreak/>
        <w:t>O'Neil stated, "We requested surveillance on our prime suspect, John, but the request was denied due to a lack of compelling evidence. His record is impeccably clean. He vanished, cleverly concealing himself in the unlikeliest of locations. For five or six days, he remained vigil across from Maxine's home, ensconced in an abandoned dwelling. John's actions have always been executed with chilling precision, each move painstakingly planned. He defies every established profile of a serial killer; he's an enigma. For two decades, since the first murder, we mistakenly believed his success was a matter of chance, that he was a fallible man destined to err. We were profoundly, devastatingly wrong. John transcends our comprehension; he is something beyond our wildest imaginings."</w:t>
      </w:r>
    </w:p>
    <w:p w14:paraId="4D09F86F" w14:textId="77777777" w:rsidR="00282790" w:rsidRDefault="00000000">
      <w:r>
        <w:br/>
        <w:t>Mitchell said "The</w:t>
      </w:r>
    </w:p>
    <w:p w14:paraId="128CA7B9" w14:textId="77777777" w:rsidR="00282790" w:rsidRDefault="00000000">
      <w:r>
        <w:t xml:space="preserve"> situation necessitates the immediate recall of all off-duty personnel. The expansive conference hall will be transformed into a high-volume call center, staffed by fifteen officers working in five-hour rotations around the clock for the next two days. This critical operation demands a comprehensive and sustained response. What are your thoughts with Maxine. It's been almost 3-hrs now?"</w:t>
      </w:r>
    </w:p>
    <w:p w14:paraId="390B1F2D" w14:textId="77777777" w:rsidR="00282790" w:rsidRDefault="00000000">
      <w:r>
        <w:br/>
      </w:r>
    </w:p>
    <w:p w14:paraId="7AB7D94F" w14:textId="77777777" w:rsidR="00282790" w:rsidRDefault="00000000">
      <w:r>
        <w:t>O'Neil's gaze fixed on Hartley. A moment of intense contemplation passed before Hartley delivered her direct assessment: "Considering John's latest victim, Emma, she'll unlikely make it to dawn." The grim finality of her words hung heavy in the air.</w:t>
      </w:r>
    </w:p>
    <w:p w14:paraId="7A18B557" w14:textId="77777777" w:rsidR="00282790" w:rsidRDefault="00000000">
      <w:r>
        <w:br/>
      </w:r>
    </w:p>
    <w:p w14:paraId="20F1BE5F" w14:textId="77777777" w:rsidR="00282790" w:rsidRDefault="00000000">
      <w:r>
        <w:t xml:space="preserve">Mitchell's voice resonated, "We're mobilizing every officer. Every single tip, no matter how outlandish—from a terrified resident convinced the suspect is a birdwatcher in her oak tree to the notion he's lurking in the city's subterranean labyrinth like a ninja turtle—will be meticulously investigated. No lead, however improbable, will be dismissed until a uniformed officer has personally verified its validity or established it's a false trail. You require surveillance? Technological assistance? Consider it done. You have absolute command. You're in charge, O'Neil. Understand?" Mitchell's gaze bore into O'Neil. </w:t>
      </w:r>
    </w:p>
    <w:p w14:paraId="75210E69" w14:textId="77777777" w:rsidR="00282790" w:rsidRDefault="00000000">
      <w:r>
        <w:t>O'Neil's response was curt, "Yes, sir."</w:t>
      </w:r>
    </w:p>
    <w:p w14:paraId="1032D26D" w14:textId="77777777" w:rsidR="00282790" w:rsidRDefault="00000000">
      <w:r>
        <w:t>It was 2200. O'Neil, Hartley and Briggs watched Channel 10 live news report as a picture of John Bowen splashed across the TV. The female news reporter outlining John as a prime suspect in the death of a CSI agent and a missing Portland Police Officer. The reporter urging any person with information about the current whereabouts of John Bowen or any information that may lead to his whereabouts were to contact the Portland Police Hotline number.</w:t>
      </w:r>
    </w:p>
    <w:p w14:paraId="08BF51E1" w14:textId="77777777" w:rsidR="00282790" w:rsidRDefault="00000000">
      <w:r>
        <w:lastRenderedPageBreak/>
        <w:br/>
      </w:r>
    </w:p>
    <w:p w14:paraId="2EB4D3A5" w14:textId="77777777" w:rsidR="00282790" w:rsidRDefault="00000000">
      <w:r>
        <w:rPr>
          <w:rFonts w:ascii="Lora" w:hAnsi="Lora"/>
        </w:rPr>
        <w:t xml:space="preserve">The main conference room had been set up and fifteen officer sat waiting. A few were on calls with about ten or so officer waiting patiently. Within 5 mins of the news report being cast, all fifteen phone lines were jammed with calls. When a call was finished and the information hand written out, this was picked up by another officer and taken to a supervisor. They would then look at where the call originated, mark it on the board and send the call to the nearest police car to follow up. </w:t>
      </w:r>
    </w:p>
    <w:p w14:paraId="6A282F8A" w14:textId="77777777" w:rsidR="00282790" w:rsidRDefault="00000000">
      <w:r>
        <w:br/>
      </w:r>
    </w:p>
    <w:p w14:paraId="22B4AFBB" w14:textId="77777777" w:rsidR="00282790" w:rsidRDefault="00000000">
      <w:r>
        <w:rPr>
          <w:rFonts w:ascii="Lora" w:hAnsi="Lora"/>
        </w:rPr>
        <w:t>Every available officer was either in the office or on the road. Everyone was franticly searching for one of their own. Almost everyone knew the reality in that if Maxine wasn't discovered by sunup, she wouldn't be breathing.</w:t>
      </w:r>
    </w:p>
    <w:p w14:paraId="08C6504F" w14:textId="77777777" w:rsidR="00282790" w:rsidRDefault="00000000">
      <w:r>
        <w:br/>
      </w:r>
    </w:p>
    <w:p w14:paraId="3B03A318" w14:textId="77777777" w:rsidR="00282790" w:rsidRDefault="00000000">
      <w:r>
        <w:rPr>
          <w:rFonts w:ascii="Lora" w:hAnsi="Lora"/>
        </w:rPr>
        <w:t>"Sir" Said Hartley to O'Neil.</w:t>
      </w:r>
    </w:p>
    <w:p w14:paraId="159492A2" w14:textId="77777777" w:rsidR="00282790" w:rsidRDefault="00000000">
      <w:r>
        <w:rPr>
          <w:rFonts w:ascii="Lora" w:hAnsi="Lora"/>
        </w:rPr>
        <w:t>"If it's okay with you I'd like to run a few deep dives of my own in regards to John Bowen. See if I can't find any leads as to where it might go. I know we have a half-a-dozen officer's looking into this as well. I'd like to team up with them?".</w:t>
      </w:r>
    </w:p>
    <w:p w14:paraId="7FCA0C31" w14:textId="77777777" w:rsidR="00282790" w:rsidRDefault="00000000">
      <w:r>
        <w:rPr>
          <w:rFonts w:ascii="Lora" w:hAnsi="Lora"/>
        </w:rPr>
        <w:t>"I want you as lead on the team. Anything, no matter how small you want run down bring it to me and I'll make it a priority." replied O'Neil.</w:t>
      </w:r>
    </w:p>
    <w:p w14:paraId="0542AE9D" w14:textId="77777777" w:rsidR="00282790" w:rsidRDefault="00000000">
      <w:r>
        <w:br/>
      </w:r>
    </w:p>
    <w:p w14:paraId="6A31656B" w14:textId="77777777" w:rsidR="00282790" w:rsidRDefault="00000000">
      <w:r>
        <w:rPr>
          <w:rFonts w:ascii="Lora" w:hAnsi="Lora"/>
        </w:rPr>
        <w:t>Hartley left the officer and Briggs remained standing there.</w:t>
      </w:r>
    </w:p>
    <w:p w14:paraId="040CB668" w14:textId="77777777" w:rsidR="00282790" w:rsidRDefault="00000000">
      <w:r>
        <w:br/>
      </w:r>
    </w:p>
    <w:p w14:paraId="76BE62E8" w14:textId="77777777" w:rsidR="00282790" w:rsidRDefault="00000000">
      <w:r>
        <w:rPr>
          <w:rFonts w:ascii="Lora" w:hAnsi="Lora"/>
        </w:rPr>
        <w:t>"Briggs. There's a team of six SWAT outside prepping. I want you on that team and ready at a moments notice." said O'Neil.</w:t>
      </w:r>
    </w:p>
    <w:p w14:paraId="00E56827" w14:textId="77777777" w:rsidR="00282790" w:rsidRDefault="00000000">
      <w:r>
        <w:rPr>
          <w:rFonts w:ascii="Lora" w:hAnsi="Lora"/>
        </w:rPr>
        <w:t>"Sir" replied Briggs.</w:t>
      </w:r>
    </w:p>
    <w:p w14:paraId="7BD95C08" w14:textId="77777777" w:rsidR="00282790" w:rsidRDefault="00000000">
      <w:r>
        <w:t>Six hours into their patrol, a grim announcement shattered the quiet night for David and Stephen: a CSI agent lay dead, and a fellow officer had vanished. The news sent a wave of disbelief through the ranks, quickly replaced by a grim resolve. With the sun's ascent looming, the chances of finding their colleague alive dwindled to near zero.</w:t>
      </w:r>
    </w:p>
    <w:p w14:paraId="5CACA421" w14:textId="77777777" w:rsidR="00282790" w:rsidRDefault="00000000">
      <w:r>
        <w:lastRenderedPageBreak/>
        <w:br/>
      </w:r>
    </w:p>
    <w:p w14:paraId="662169B7" w14:textId="77777777" w:rsidR="00282790" w:rsidRDefault="00000000">
      <w:r>
        <w:t>At 830 PM, Susan's phone rang – David. A chill prickled her skin; he never contacted her during his work hours. His voice, tight with grim urgency, confirmed her fears. "Susan," he began, "there's been a tragedy. A crime scene investigator is dead, and a police officer has vanished. Details are scarce, but it's serious. A full-scale recall of all officers is underway. They're desperate for extra hands, and Stephon and I have volunteered for overtime. I won't be home until 3 AM, sweetheart. Will that be alright?"</w:t>
      </w:r>
    </w:p>
    <w:p w14:paraId="2AE1889E" w14:textId="77777777" w:rsidR="00282790" w:rsidRDefault="00000000">
      <w:r>
        <w:rPr>
          <w:rFonts w:ascii="Lora" w:hAnsi="Lora"/>
        </w:rPr>
        <w:t>"Oh my god David. Who?" replied Susan shocked.</w:t>
      </w:r>
    </w:p>
    <w:p w14:paraId="2942E7E5" w14:textId="77777777" w:rsidR="00282790" w:rsidRDefault="00000000">
      <w:r>
        <w:t xml:space="preserve">"No information regarding the officer or the incident had been disclosed. A full-scale media blitz is anticipated for the ten o'clock news". </w:t>
      </w:r>
    </w:p>
    <w:p w14:paraId="06C71582" w14:textId="77777777" w:rsidR="00282790" w:rsidRDefault="00000000">
      <w:r>
        <w:t xml:space="preserve">David urgently instructed Susan, "Secure the house immediately. Verify that all doors and windows are firmly fastened. Turn all the lights on inside and out. You know the location of the backup firearm and the safe's combination. I know you hate guns, which is precisely why we've practiced. You're familiar with its feel, weight, and recoil. Remain upstairs. When I'm home, I'll call out loud and clear and wait for you to call out back to me. If you have any unsettling feelings, contact me immediately. If you think someone's in the house call me and call out that you have a gun. Remain upstairs, positioned at the top of the landing, until I answer. Do understand, Susan?" </w:t>
      </w:r>
    </w:p>
    <w:p w14:paraId="1E90E37C" w14:textId="77777777" w:rsidR="00282790" w:rsidRDefault="00000000">
      <w:r>
        <w:t xml:space="preserve">"Yes. I'll secure the house and get the gun out of the safe and stay upstairs" Susan replied, her voice taut. </w:t>
      </w:r>
    </w:p>
    <w:p w14:paraId="3773DBEC" w14:textId="77777777" w:rsidR="00282790" w:rsidRDefault="00000000">
      <w:r>
        <w:t>David, his tone heavy with worry, concluded, "Thank you. I'll be in touch as soon as possible," before disconnecting the call.</w:t>
      </w:r>
    </w:p>
    <w:p w14:paraId="72C8B856" w14:textId="77777777" w:rsidR="00282790" w:rsidRDefault="00000000">
      <w:r>
        <w:t>Stephen watched David hang up the phone.</w:t>
      </w:r>
    </w:p>
    <w:p w14:paraId="19549FA6" w14:textId="77777777" w:rsidR="00282790" w:rsidRDefault="00000000">
      <w:r>
        <w:t>"Lets take a break for 20 and check in with the super to see if we have any new assignments." said Stephen.</w:t>
      </w:r>
    </w:p>
    <w:p w14:paraId="5E7D6610" w14:textId="77777777" w:rsidR="00282790" w:rsidRDefault="00000000">
      <w:r>
        <w:br/>
      </w:r>
    </w:p>
    <w:p w14:paraId="0BC16DF3" w14:textId="77777777" w:rsidR="00282790" w:rsidRDefault="00000000">
      <w:r>
        <w:t>Half an hour passed before David and Stephen embarked on a vigorous pursuit of potential contacts within John Bowen's work. Their urgent investigation aimed to ascertain whether any colleagues had spoken with Bowen since his unexplained leave, or possessed insights into John's places of interest or places he might frequent.</w:t>
      </w:r>
    </w:p>
    <w:p w14:paraId="16A3B99A" w14:textId="77777777" w:rsidR="00282790" w:rsidRDefault="00000000">
      <w:r>
        <w:br/>
      </w:r>
    </w:p>
    <w:p w14:paraId="221416DF" w14:textId="77777777" w:rsidR="00282790" w:rsidRDefault="00000000">
      <w:r>
        <w:lastRenderedPageBreak/>
        <w:t>Hartley's efforts were frenetic, a whirlwind of digital activity. She devoured social media feeds, financial reports, any digital crumb that might offer a clue about John Bowen. Yet, her relentless search yielded only familiar ground; their prior exhaustive investigation had already unearthed every detail. The digital landscape offered no fresh insights, leaving her frustrated and empty-handed.</w:t>
      </w:r>
    </w:p>
    <w:p w14:paraId="77BE3F40" w14:textId="77777777" w:rsidR="00282790" w:rsidRDefault="00000000">
      <w:r>
        <w:br/>
      </w:r>
    </w:p>
    <w:p w14:paraId="588D7D13" w14:textId="77777777" w:rsidR="00282790" w:rsidRDefault="00000000">
      <w:r>
        <w:t>John's solitary nature was well-known. His isolated estate on the town's edge yielded unsettling clues, yet nothing conclusive to definitively label him as Portland's infamous "Jack," the serial killer whose reign of terror had spanned two decades and claimed nine lives—ten, unless Maxine was found before dawn.</w:t>
      </w:r>
    </w:p>
    <w:p w14:paraId="47042170" w14:textId="77777777" w:rsidR="00282790" w:rsidRDefault="00000000">
      <w:r>
        <w:t xml:space="preserve">A youthful policewoman approached Hartley "Ma'am." </w:t>
      </w:r>
    </w:p>
    <w:p w14:paraId="04838FDF" w14:textId="77777777" w:rsidR="00282790" w:rsidRDefault="00000000">
      <w:r>
        <w:t>Hartley's gaze lifted "Yes."</w:t>
      </w:r>
    </w:p>
    <w:p w14:paraId="46330ABE" w14:textId="77777777" w:rsidR="00282790" w:rsidRDefault="00000000">
      <w:r>
        <w:br/>
      </w:r>
    </w:p>
    <w:p w14:paraId="2F3005B9" w14:textId="77777777" w:rsidR="00282790" w:rsidRDefault="00000000">
      <w:r>
        <w:t>"Examining John's financial records, a recurring contribution to his childhood orphanage immediately caught my attention. This consistent generosity, spanning a remarkable 26 years, speaks volumes about the profound impact the orphanage had on him following the tragic loss of his mother and two men in a devastating house fire. He has committed to sending $1,500 disbursements every six months, totaling a significant $78,000 to the orphanage which one would assume is his sense of gratitude and desire to assist other vulnerable children." said the officer.</w:t>
      </w:r>
    </w:p>
    <w:p w14:paraId="605856DB" w14:textId="77777777" w:rsidR="00282790" w:rsidRDefault="00000000">
      <w:r>
        <w:rPr>
          <w:rFonts w:ascii="Lora" w:hAnsi="Lora"/>
        </w:rPr>
        <w:t>"Yes" replied Hartley.</w:t>
      </w:r>
    </w:p>
    <w:p w14:paraId="380908CB" w14:textId="77777777" w:rsidR="00282790" w:rsidRDefault="00000000">
      <w:r>
        <w:br/>
      </w:r>
    </w:p>
    <w:p w14:paraId="4DA3298A" w14:textId="77777777" w:rsidR="00282790" w:rsidRDefault="00000000">
      <w:r>
        <w:rPr>
          <w:rFonts w:ascii="Lora" w:hAnsi="Lora"/>
        </w:rPr>
        <w:t>"We know this information and we contacted the orphanage about the payments. We spoke to a sister Daphne at the time" said Hartley.</w:t>
      </w:r>
    </w:p>
    <w:p w14:paraId="077D6C27" w14:textId="77777777" w:rsidR="00282790" w:rsidRDefault="00000000">
      <w:r>
        <w:br/>
      </w:r>
    </w:p>
    <w:p w14:paraId="71AABF8C" w14:textId="77777777" w:rsidR="00282790" w:rsidRDefault="00000000">
      <w:r>
        <w:t xml:space="preserve">The officer continued "I confirmed the information. Moments ago, I contacted the orphanage directly. However, I spoke with Sister Stevens, a considerably elderly woman—84 years of age—who now manages the night shift. She's a retired teacher, having instructed John during his early years at the institution, when he was eleven, making her approximately 52 at the time. Sister Stevens recounted John's fondness for the groundskeeper residing in a modest cottage on an acre of orphanage property. The orphanage had considered selling this plot after the groundskeeper's passing, due to its </w:t>
      </w:r>
      <w:r>
        <w:lastRenderedPageBreak/>
        <w:t>financial burden. But John intervened, expressing a strong desire to preserve the land. He subsequently established a financial agreement, remitting $1,500 every six months. The orphanage, no longer utilizing the property, simply forwards the funds to the mortgage holder. While the payments resemble charitable contributions, they're actually installments for the dilapidated property. Crucially, I inquired about John's potential use of the land or any return visits to the orphanage. Sister Stevens emphatically confirmed his complete absence; he remains an enigmatic figure, unseen and unheard, yet meticulously upholding his financial commitment."</w:t>
      </w:r>
    </w:p>
    <w:p w14:paraId="3E836495" w14:textId="77777777" w:rsidR="00282790" w:rsidRDefault="00000000">
      <w:r>
        <w:rPr>
          <w:rFonts w:ascii="Lora" w:hAnsi="Lora"/>
        </w:rPr>
        <w:t>Hartley listened intently.</w:t>
      </w:r>
    </w:p>
    <w:p w14:paraId="51B67262" w14:textId="77777777" w:rsidR="00282790" w:rsidRDefault="00000000">
      <w:r>
        <w:rPr>
          <w:rFonts w:ascii="Lora" w:hAnsi="Lora"/>
        </w:rPr>
        <w:t>"Great work constable. Send me everything you have and I'll have someone run it down." replied Hartley.</w:t>
      </w:r>
    </w:p>
    <w:p w14:paraId="5F4EF3AA" w14:textId="77777777" w:rsidR="00282790" w:rsidRDefault="00000000">
      <w:r>
        <w:br/>
      </w:r>
    </w:p>
    <w:p w14:paraId="72E6A755" w14:textId="77777777" w:rsidR="00282790" w:rsidRDefault="00000000">
      <w:r>
        <w:t xml:space="preserve">Hartley's fingers punched Briggs' number; the line connected on the second ring. A curt "Briggs" was the laconic response. </w:t>
      </w:r>
    </w:p>
    <w:p w14:paraId="15AE5B45" w14:textId="77777777" w:rsidR="00282790" w:rsidRDefault="00000000">
      <w:r>
        <w:t xml:space="preserve">"It's Hartley," she responded, her voice tight with urgency. </w:t>
      </w:r>
    </w:p>
    <w:p w14:paraId="5CF0356A" w14:textId="77777777" w:rsidR="00282790" w:rsidRDefault="00000000">
      <w:r>
        <w:t>"An officer unearthed a tenuous clue demanding immediate investigation. It pertains to the orphanage John frequented. Situated twenty-six kilometers north of Portland. This cottage is a significant oversight in our prior background checks on John and his charitable contributions. It appears his donations were specifically earmarked for the upkeep of a secluded two-bedroom cottage on a single acre, ostensibly held in the orphanage's name. The orphanage claims complete silence from John since his departure at eighteen. They've allowed the property to fall into disuse, passively accepting John's funds merely to stave off foreclosure. The cottage's existence is not well known to the newer Sister's of the orphanage. This necessitates your immediate attention, Briggs. Enlist support if necessary."</w:t>
      </w:r>
    </w:p>
    <w:p w14:paraId="063E0B10" w14:textId="77777777" w:rsidR="00282790" w:rsidRDefault="00282790"/>
    <w:p w14:paraId="153B1957" w14:textId="77777777" w:rsidR="00282790" w:rsidRDefault="00000000">
      <w:r>
        <w:t xml:space="preserve">Brigg's replied "We're all spread thin. Several SWAT teams are simultaneously pursuing other avenues of investigation. This is a long-odds gamble; I'll handle it solo. Forward the location. I'll use my personal vehicle as all other's are currently deployed." </w:t>
      </w:r>
    </w:p>
    <w:p w14:paraId="1747DEBF" w14:textId="77777777" w:rsidR="00282790" w:rsidRDefault="00000000">
      <w:r>
        <w:br/>
      </w:r>
    </w:p>
    <w:p w14:paraId="3B390B72" w14:textId="77777777" w:rsidR="00282790" w:rsidRDefault="00000000">
      <w:r>
        <w:t xml:space="preserve">Briggs glanced at his watch. "It's midnight," he stated grimly, "the drive will take about forty minutes. I'll provide an update upon my arrival." </w:t>
      </w:r>
    </w:p>
    <w:p w14:paraId="1678E7E3" w14:textId="77777777" w:rsidR="00282790" w:rsidRDefault="00000000">
      <w:r>
        <w:t xml:space="preserve">Hartley, dispatching the address to his mobile device, responded curtly, "It's en-route. Given the drive and time to clear the property, I'll anticipate an update no later than zero-one thirty sharp." </w:t>
      </w:r>
    </w:p>
    <w:p w14:paraId="3764B047" w14:textId="77777777" w:rsidR="00282790" w:rsidRDefault="00000000">
      <w:r>
        <w:lastRenderedPageBreak/>
        <w:t>The line went dead, leaving Briggs to the daunting task ahead.</w:t>
      </w:r>
    </w:p>
    <w:p w14:paraId="2CCB7234" w14:textId="77777777" w:rsidR="00282790" w:rsidRDefault="00000000">
      <w:r>
        <w:t xml:space="preserve">John stood beside the table where he'd deposited Maxine upon their arrival. Her limbs were cruelly bound. Unconscious, she lay prostrate; her left hand, brutally amputated, lay severed near her. </w:t>
      </w:r>
    </w:p>
    <w:p w14:paraId="13E909A3" w14:textId="77777777" w:rsidR="00282790" w:rsidRDefault="00000000">
      <w:r>
        <w:br/>
      </w:r>
    </w:p>
    <w:p w14:paraId="6E237666" w14:textId="77777777" w:rsidR="00282790" w:rsidRDefault="00000000">
      <w:r>
        <w:t>A chilling, deliberate T-shaped incision marred her chest – a stark vertical gash descending from her sternum to her abdomen, intersected by a brutal horizontal cut beneath her breasts. The screams that had wracked her body had finally silenced her, plunging her into oblivion.</w:t>
      </w:r>
    </w:p>
    <w:p w14:paraId="61820C22" w14:textId="77777777" w:rsidR="00282790" w:rsidRDefault="00000000">
      <w:r>
        <w:br/>
      </w:r>
    </w:p>
    <w:p w14:paraId="55184F8A" w14:textId="77777777" w:rsidR="00282790" w:rsidRDefault="00000000">
      <w:r>
        <w:t>Five agonizing hours bled into one another, a relentless tide of torment. Her consciousness ebbed and flowed, each fleeting return to awareness met with a fresh wave of despairing sobs. The horrifying realization that she still lived – that John's next atrocity loomed, surpassing all that had come before – was a fresh hell with each blink.</w:t>
      </w:r>
    </w:p>
    <w:p w14:paraId="20B03D26" w14:textId="77777777" w:rsidR="00282790" w:rsidRDefault="00000000">
      <w:r>
        <w:br/>
      </w:r>
    </w:p>
    <w:p w14:paraId="24269061" w14:textId="77777777" w:rsidR="00282790" w:rsidRDefault="00000000">
      <w:r>
        <w:t xml:space="preserve">The cottage stood, a ruin ravaged by time and the elements. Decaying timbers groaned under the weight of years; sections of its weathered exterior had crumbled and fallen away. Yet, its interior remained dry. </w:t>
      </w:r>
    </w:p>
    <w:p w14:paraId="767DAE34" w14:textId="77777777" w:rsidR="00282790" w:rsidRDefault="00000000">
      <w:r>
        <w:t>John had visited this dilapidated haven a dozen times over the past twenty-six years. Though the structure was crumbling around him, the sturdy locks he had installed years prior stood defiant, their integrity unbroken.</w:t>
      </w:r>
    </w:p>
    <w:p w14:paraId="4E910058" w14:textId="77777777" w:rsidR="00282790" w:rsidRDefault="00000000">
      <w:r>
        <w:br/>
      </w:r>
    </w:p>
    <w:p w14:paraId="2BC708C3" w14:textId="77777777" w:rsidR="00282790" w:rsidRDefault="00000000">
      <w:r>
        <w:t>Here, in this desolate spot, he'd committed his mother's first post-reincarnation demise. The isolation was absolute; his grim act remained unseen, unheard. At 23 years of age, John was profoundly naive, yet this brutal encounter served as a grim catalyst. It sharpened his instincts, illuminating the arduous path of self-improvement he must traverse if he ever hoped to continue to vanquish his mother and her ongoing attempts of reincarnation to claim him again as her own.</w:t>
      </w:r>
    </w:p>
    <w:p w14:paraId="0DA7DDAF" w14:textId="77777777" w:rsidR="00282790" w:rsidRDefault="00000000">
      <w:r>
        <w:br/>
      </w:r>
    </w:p>
    <w:p w14:paraId="7BF048EE" w14:textId="77777777" w:rsidR="00282790" w:rsidRDefault="00000000">
      <w:r>
        <w:lastRenderedPageBreak/>
        <w:t xml:space="preserve">John had subtly altered the cottage, fortifying it against intrusion. Numerous snares were strategically positioned, a silent warning against unwanted visitors. Reinforced locks, yielding only to brute force, guarded every entrance. Ominous signs, proclaiming the dwelling a perilous hazard, served as a stark deterrent to trespassers. </w:t>
      </w:r>
    </w:p>
    <w:p w14:paraId="4C2AC1CE" w14:textId="77777777" w:rsidR="00282790" w:rsidRDefault="00000000">
      <w:r>
        <w:br/>
      </w:r>
    </w:p>
    <w:p w14:paraId="1F59D2AE" w14:textId="77777777" w:rsidR="00282790" w:rsidRDefault="00000000">
      <w:r>
        <w:t>In the dimly lit dining room, the beam of his battery-powered lantern cast long, unsettling shadows. Clad in a grime-caked, blood spattered painter's overalls, a recent purchase from Bunnings, he was further shielded by heavy-duty gloves and a full-face visor. The visor, however, bore grim testament to his work; he'd had to scrub repeatedly at the gruesome spatter of blood, the residue of his brutal acts of the dismemberment of her hand with a hacksaw.</w:t>
      </w:r>
    </w:p>
    <w:p w14:paraId="53F424B1" w14:textId="77777777" w:rsidR="00282790" w:rsidRDefault="00000000">
      <w:r>
        <w:br/>
      </w:r>
    </w:p>
    <w:p w14:paraId="58307F14" w14:textId="77777777" w:rsidR="00282790" w:rsidRDefault="00000000">
      <w:r>
        <w:t xml:space="preserve">Five agonizing hours had elapsed. Her face was a ravaged landscape, crisscrossed by deep, brutal lacerations. Four toes, severed with the savage precision of hedge shears, lay scattered nearby. Two shinbones, grotesquely adorned with stainless steel nails, bore silent testament to the pneumatic nail gun's merciless efficiency. </w:t>
      </w:r>
    </w:p>
    <w:p w14:paraId="578807DE" w14:textId="77777777" w:rsidR="00282790" w:rsidRDefault="00000000">
      <w:r>
        <w:br/>
      </w:r>
    </w:p>
    <w:p w14:paraId="18A2B52E" w14:textId="77777777" w:rsidR="00282790" w:rsidRDefault="00000000">
      <w:r>
        <w:t>With Maxine unconscious, he wielded the scalpel like a butcher's knife, cruelly peeling back her skin to expose the raw, pulsing flesh of her chest and abdomen. A crimson tide flowed freely, staining the surroundings. John grimly acknowledged the inevitable; the catastrophic blood loss would claim her soon.</w:t>
      </w:r>
    </w:p>
    <w:p w14:paraId="350D5DE8" w14:textId="77777777" w:rsidR="00282790" w:rsidRDefault="00000000">
      <w:r>
        <w:br/>
      </w:r>
    </w:p>
    <w:p w14:paraId="5CD86FF6" w14:textId="77777777" w:rsidR="00282790" w:rsidRDefault="00000000">
      <w:r>
        <w:t xml:space="preserve">John's repeated inquiries about her connection to Susan were met only with his mother's unwavering denials as she lay bound screaming and sobbing on the table, a steadfast refusal that ignited a furious blaze of resentment within him. </w:t>
      </w:r>
    </w:p>
    <w:p w14:paraId="764C12AC" w14:textId="77777777" w:rsidR="00282790" w:rsidRDefault="00000000">
      <w:r>
        <w:t xml:space="preserve">Her adamant protection of her "other self - Susan" only underscored her chilling dedication to reclaiming him, now amplified by her pregnancy. </w:t>
      </w:r>
    </w:p>
    <w:p w14:paraId="5F75364F" w14:textId="77777777" w:rsidR="00282790" w:rsidRDefault="00000000">
      <w:r>
        <w:br/>
      </w:r>
    </w:p>
    <w:p w14:paraId="2EB16F35" w14:textId="77777777" w:rsidR="00282790" w:rsidRDefault="00000000">
      <w:r>
        <w:t xml:space="preserve">This possessive assertion felt like a cruel betrayal. Three hours prior, an alert had flashed across his phone screen. The live newsfeed, a relentless torrent of images, branded him as </w:t>
      </w:r>
      <w:r>
        <w:lastRenderedPageBreak/>
        <w:t xml:space="preserve">the chief suspect in the brutal slaying of a crime scene investigator and the disappearance of Constable Maxine, a Portland Police officer. </w:t>
      </w:r>
    </w:p>
    <w:p w14:paraId="68041D6B" w14:textId="77777777" w:rsidR="00282790" w:rsidRDefault="00000000">
      <w:r>
        <w:br/>
      </w:r>
    </w:p>
    <w:p w14:paraId="00E9718F" w14:textId="77777777" w:rsidR="00282790" w:rsidRDefault="00000000">
      <w:r>
        <w:rPr>
          <w:rFonts w:ascii="Lora" w:hAnsi="Lora"/>
        </w:rPr>
        <w:t xml:space="preserve">John knew he had no choice now. His hand had been forced. Everything seemed to be spiraling out of control but he wasn't going to lose sight of what was at stake. </w:t>
      </w:r>
    </w:p>
    <w:p w14:paraId="16B62CB4" w14:textId="77777777" w:rsidR="00282790" w:rsidRDefault="00000000">
      <w:r>
        <w:br/>
      </w:r>
    </w:p>
    <w:p w14:paraId="65DDC03E" w14:textId="77777777" w:rsidR="00282790" w:rsidRDefault="00000000">
      <w:r>
        <w:rPr>
          <w:rFonts w:ascii="Lora" w:hAnsi="Lora"/>
        </w:rPr>
        <w:t xml:space="preserve">If he didn't take Susan tonight, he wouldn't get another chance. </w:t>
      </w:r>
    </w:p>
    <w:p w14:paraId="0725017A" w14:textId="77777777" w:rsidR="00282790" w:rsidRDefault="00000000">
      <w:r>
        <w:br/>
      </w:r>
    </w:p>
    <w:p w14:paraId="31B6532D" w14:textId="77777777" w:rsidR="00282790" w:rsidRDefault="00000000">
      <w:r>
        <w:t>Apprehension gnawed at him; capture by the authorities meant certain death. Yet, in his demise, his mother would triumph. He'd be reborn, a puppet in Susan's cruel hands, a captive soul bound to her merciless will. Susan's existence had to cease. She needed to die tonight.</w:t>
      </w:r>
    </w:p>
    <w:p w14:paraId="3AA1C57B" w14:textId="77777777" w:rsidR="00282790" w:rsidRDefault="00000000">
      <w:r>
        <w:br/>
      </w:r>
    </w:p>
    <w:p w14:paraId="6B21DB3E" w14:textId="77777777" w:rsidR="00282790" w:rsidRDefault="00000000">
      <w:r>
        <w:t xml:space="preserve">As John prepared to rouse Maxine when a faint motor hum pierced the stillness. Approaching the window, he witnessed approaching headlights cutting through the trees, bearing down on the secluded cottage. </w:t>
      </w:r>
    </w:p>
    <w:p w14:paraId="0CE4D861" w14:textId="77777777" w:rsidR="00282790" w:rsidRDefault="00000000">
      <w:r>
        <w:br/>
      </w:r>
    </w:p>
    <w:p w14:paraId="424DC8A5" w14:textId="77777777" w:rsidR="00282790" w:rsidRDefault="00000000">
      <w:r>
        <w:t>He figured the trail of payments to the orphanage had been unearthed; his refuge discovered. He detected only a single pair of beams, but no urgent strobes of law enforcement that suggested their subtle lack of awareness regarding his presence. With deliberate action, he extinguished the lamp, casting the cottage into an immediate, absolute darkness, a cloak of concealment.</w:t>
      </w:r>
    </w:p>
    <w:p w14:paraId="3D173FC1" w14:textId="77777777" w:rsidR="00282790" w:rsidRDefault="00000000">
      <w:r>
        <w:t xml:space="preserve">A heavy gloom settled over Briggs as he drove, the image of Marcus lifeless on the bed a stark and unforgiving presence in his mind. Maxine's disappearance, a brutal violation, and his own failure to shield them – the weight of his inadequacy pressed down upon him. He'd been naive, profoundly so. </w:t>
      </w:r>
    </w:p>
    <w:p w14:paraId="3FF59279" w14:textId="77777777" w:rsidR="00282790" w:rsidRDefault="00000000">
      <w:r>
        <w:t>They had all tragically misjudged John, dismissing him as a merely fortunate psychopath, never suspecting the chilling brilliance of his intellect.</w:t>
      </w:r>
    </w:p>
    <w:p w14:paraId="4B01111C" w14:textId="77777777" w:rsidR="00282790" w:rsidRDefault="00000000">
      <w:r>
        <w:lastRenderedPageBreak/>
        <w:br/>
      </w:r>
    </w:p>
    <w:p w14:paraId="02FA4142" w14:textId="77777777" w:rsidR="00282790" w:rsidRDefault="00000000">
      <w:r>
        <w:t xml:space="preserve">The cottage, a secluded dwelling several kilometers from the orphanage, lay at the end of a desolate track. A barely discernible dirt path, five hundred meters long, branched off the main road, its route obscured in places by thick, encroaching vegetation. </w:t>
      </w:r>
    </w:p>
    <w:p w14:paraId="55A62B89" w14:textId="77777777" w:rsidR="00282790" w:rsidRDefault="00000000">
      <w:r>
        <w:t xml:space="preserve">The time: 12:45 PM. </w:t>
      </w:r>
    </w:p>
    <w:p w14:paraId="62E10734" w14:textId="77777777" w:rsidR="00282790" w:rsidRDefault="00000000">
      <w:r>
        <w:t>A sudden flicker of light, glimpsed between the dense foliage, jolted Briggs back to the immediate present. Then, as swiftly as it appeared, it vanished. He punched the redial button on his phone. Hartley answered. "Approaching the cottage," Briggs reported, his voice tight with barely suppressed apprehension. "I thought I saw a light but it was likely the headlights reflecting off the cottage. No other vehicle is visible. I'll conduct a preliminary reconnaissance. Expect a call back within twenty minutes."</w:t>
      </w:r>
    </w:p>
    <w:p w14:paraId="6DDE3DF7" w14:textId="77777777" w:rsidR="00282790" w:rsidRDefault="00000000">
      <w:r>
        <w:t>A terse, urgent "Be cautious," was Hartley's only response before the line went dead.</w:t>
      </w:r>
    </w:p>
    <w:p w14:paraId="01FC120A" w14:textId="77777777" w:rsidR="00282790" w:rsidRDefault="00000000">
      <w:r>
        <w:br/>
        <w:t>Briggs pulled up outside. He was wasn't wearing a vest and given the surroundings he didn't feel it was necessary. Shrugging off the thought a light was on to not being focused, and allowing his mind to wander as he drove up.</w:t>
      </w:r>
    </w:p>
    <w:p w14:paraId="3E4CACED" w14:textId="77777777" w:rsidR="00282790" w:rsidRDefault="00282790"/>
    <w:p w14:paraId="1E92C8C8" w14:textId="77777777" w:rsidR="00282790" w:rsidRDefault="00000000">
      <w:r>
        <w:br/>
      </w:r>
    </w:p>
    <w:p w14:paraId="002D727B" w14:textId="77777777" w:rsidR="00282790" w:rsidRDefault="00000000">
      <w:r>
        <w:t>With his police-issue flashlight cutting through the night and his Glock drawn, he surveyed the cottage. The padlock securing the front door was a testament to its lack of human traffic; its grime spoke of years of neglect. The immediate impression was abandonment, a dead end to his investigation. Yet, a thorough external sweep felt prudent.</w:t>
      </w:r>
    </w:p>
    <w:p w14:paraId="6A8D99A5" w14:textId="77777777" w:rsidR="00282790" w:rsidRDefault="00000000">
      <w:r>
        <w:br/>
      </w:r>
    </w:p>
    <w:p w14:paraId="554C3B4A" w14:textId="77777777" w:rsidR="00282790" w:rsidRDefault="00000000">
      <w:r>
        <w:t xml:space="preserve">Ascending the porch, he noted the undisturbed dust. The thick, opaque curtains defied his attempts to pierce the darkness inside with his flashlight. Descending the staircase, Briggs cautiously traced the house's perimeter. His flashlight beam, probing each window, revealed nothing unusual. </w:t>
      </w:r>
    </w:p>
    <w:p w14:paraId="688B60C5" w14:textId="77777777" w:rsidR="00282790" w:rsidRDefault="00000000">
      <w:r>
        <w:t xml:space="preserve">However, at the rear of the dwelling, fresh mud tracks marred the steps ascending to the back entrance, clinging stubbornly to the veranda's weathered wood. </w:t>
      </w:r>
    </w:p>
    <w:p w14:paraId="460C4C11" w14:textId="77777777" w:rsidR="00282790" w:rsidRDefault="00000000">
      <w:r>
        <w:t xml:space="preserve">A thorough sweep of the torch across the overgrown backyard illuminated a vehicle concealed amidst the foliage, approximately twenty meters distant, nestled beside a towering oak. The automobile, though aged, lacked the usual accumulation of fallen leaves, a </w:t>
      </w:r>
      <w:r>
        <w:lastRenderedPageBreak/>
        <w:t>stark indication of its recent arrival. Its positioning suggested a deliberate attempt at concealment.</w:t>
      </w:r>
    </w:p>
    <w:p w14:paraId="60CF1498" w14:textId="77777777" w:rsidR="00282790" w:rsidRDefault="00000000">
      <w:r>
        <w:br/>
      </w:r>
    </w:p>
    <w:p w14:paraId="0356050E" w14:textId="77777777" w:rsidR="00282790" w:rsidRDefault="00000000">
      <w:r>
        <w:t>Before returning to his vehicle to report the incident, Briggs ascended the steps, his movements deliberate, avoiding the muddied foot prints. Peering through the pane, his flashlight beam illuminated a horrifying scene that instantly stilled him.</w:t>
      </w:r>
    </w:p>
    <w:p w14:paraId="160CAAE7" w14:textId="77777777" w:rsidR="00282790" w:rsidRDefault="00000000">
      <w:r>
        <w:br/>
      </w:r>
    </w:p>
    <w:p w14:paraId="7F0517F6" w14:textId="77777777" w:rsidR="00282790" w:rsidRDefault="00000000">
      <w:r>
        <w:t xml:space="preserve">Frozen in place, Briggs' mind grappled with the horrific scene before him. A table lay starkly illuminated, upon which rested a ravaged, crimson-soaked form—a sight his brain violently rejected. As his flashlight swept across the surface, twin glints—eyes—met his gaze. His weapon forgotten, he remained transfixed. Then, impossibly, Maxine's face emerged from a brutality of gouges and blood soaked matted hair in his mind's eye, her lips forming silent words, a ghastly pantomime he couldn't fathom. The horrifying truth, slowly dawning, revealed the brutal violation: her chest cavity, cruelly exposed. Maxine's eyes fluttered shut. </w:t>
      </w:r>
    </w:p>
    <w:p w14:paraId="0175337B" w14:textId="77777777" w:rsidR="00282790" w:rsidRDefault="00000000">
      <w:r>
        <w:br/>
      </w:r>
    </w:p>
    <w:p w14:paraId="08449395" w14:textId="77777777" w:rsidR="00282790" w:rsidRDefault="00000000">
      <w:r>
        <w:t>A sudden movement in the shadows jolted him. Another presence. A ghostly figure, a blur of white, fled through the inside doorway. Instinctively, Briggs reacted, his firearm spitting fire through the shattered windowpane, pursuing who he was certain to be John Bowen.</w:t>
      </w:r>
    </w:p>
    <w:p w14:paraId="49DE80D0" w14:textId="77777777" w:rsidR="00282790" w:rsidRDefault="00000000">
      <w:r>
        <w:br/>
      </w:r>
    </w:p>
    <w:p w14:paraId="78008E0D" w14:textId="77777777" w:rsidR="00282790" w:rsidRDefault="00000000">
      <w:r>
        <w:t xml:space="preserve">Maxine's presence was a stark, urgent signal: he had to neutralize the threat immediately. John's capture, or death, was urgent otherwise, Maxine would perish. Time had become a brutally scarce commodity. </w:t>
      </w:r>
    </w:p>
    <w:p w14:paraId="48569331" w14:textId="77777777" w:rsidR="00282790" w:rsidRDefault="00000000">
      <w:r>
        <w:t xml:space="preserve">Bursting into the kitchen, Briggs roared, "John! This is the law! It's finished! Surrender!" Peering above the counter into the room where John had vanished. </w:t>
      </w:r>
    </w:p>
    <w:p w14:paraId="3C598C0D" w14:textId="77777777" w:rsidR="00282790" w:rsidRDefault="00000000">
      <w:r>
        <w:t xml:space="preserve">Desperation clawed at Briggs as he scanned his environment, the words "John, it's finished!" a choked roar escaping his lips. </w:t>
      </w:r>
    </w:p>
    <w:p w14:paraId="525EB2FA" w14:textId="77777777" w:rsidR="00282790" w:rsidRDefault="00000000">
      <w:r>
        <w:t xml:space="preserve">A nonchalant voice drifted to him, "Briggs, I presume?" </w:t>
      </w:r>
    </w:p>
    <w:p w14:paraId="1604FC03" w14:textId="77777777" w:rsidR="00282790" w:rsidRDefault="00000000">
      <w:r>
        <w:t>The unexpected reply jolted him; a reflexive burst of gunfire erupted, the bullets ripping towards the unseen source of the voice.</w:t>
      </w:r>
    </w:p>
    <w:p w14:paraId="5844B4BD" w14:textId="77777777" w:rsidR="00282790" w:rsidRDefault="00000000">
      <w:r>
        <w:br/>
      </w:r>
    </w:p>
    <w:p w14:paraId="5ED69298" w14:textId="77777777" w:rsidR="00282790" w:rsidRDefault="00000000">
      <w:r>
        <w:lastRenderedPageBreak/>
        <w:t>The room where Maxine lay wounded was empty. Urgency propelled Briggs; he had to reach Maxine, immediately, to gauge the severity of her injuries. He opted carrying her to the vehicle, leaving John behind to secure her survival. Maxine's life hung precariously in the balance, eclipsing all other considerations.</w:t>
      </w:r>
    </w:p>
    <w:p w14:paraId="68C2CC8C" w14:textId="77777777" w:rsidR="00282790" w:rsidRDefault="00000000">
      <w:r>
        <w:br/>
      </w:r>
    </w:p>
    <w:p w14:paraId="142E1651" w14:textId="77777777" w:rsidR="00282790" w:rsidRDefault="00000000">
      <w:r>
        <w:t xml:space="preserve">The beam, cruelly bright, sliced through the darkness, revealing Maxine's horrifically mutilated body. Limbs, severed and strewn, resembled discarded playthings, a macabre tableau. A detached hand, digits splayed in a grotesque parody of life, lay near a foot, its toes twisted at unnatural angles. </w:t>
      </w:r>
    </w:p>
    <w:p w14:paraId="471AD3C7" w14:textId="77777777" w:rsidR="00282790" w:rsidRDefault="00000000">
      <w:r>
        <w:t>"My god" whispered Briggs to himself. Still unable to comprehend the scene before him.</w:t>
      </w:r>
    </w:p>
    <w:p w14:paraId="6B3B5587" w14:textId="77777777" w:rsidR="00282790" w:rsidRDefault="00000000">
      <w:r>
        <w:t>"John!" Briggs voice boomed with grief and vengeful fury, reverberated through the chamber. "You fucking sick bastard. Listen carefully." he paused waiting for any response.</w:t>
      </w:r>
    </w:p>
    <w:p w14:paraId="5E4D0CE2" w14:textId="77777777" w:rsidR="00282790" w:rsidRDefault="00000000">
      <w:r>
        <w:t xml:space="preserve">"I'm taking Maxine, and I'm leaving you to rot here. One single hair, one trace of you, and I swear on my life, I will end you. I'm going now, but remember my words." Only the heavy, suffocating silence responded to his threat. </w:t>
      </w:r>
    </w:p>
    <w:p w14:paraId="4CF42938" w14:textId="77777777" w:rsidR="00282790" w:rsidRDefault="00000000">
      <w:r>
        <w:t>Briggs began a silent countdown, his heart a frantic drum against his ribs, steeling himself for the desperate sprint to reclaim Maxine's desecrated remains.</w:t>
      </w:r>
    </w:p>
    <w:p w14:paraId="4DDE317E" w14:textId="77777777" w:rsidR="00282790" w:rsidRDefault="00000000">
      <w:r>
        <w:rPr>
          <w:rFonts w:ascii="Lora" w:hAnsi="Lora"/>
        </w:rPr>
        <w:t>One...Two...Three.</w:t>
      </w:r>
    </w:p>
    <w:p w14:paraId="601D9B0B" w14:textId="77777777" w:rsidR="00282790" w:rsidRDefault="00000000">
      <w:r>
        <w:t xml:space="preserve">A jarring lurch sent Briggs hurtling across the kitchen threshold. </w:t>
      </w:r>
    </w:p>
    <w:p w14:paraId="6AD1E0E4" w14:textId="77777777" w:rsidR="00282790" w:rsidRDefault="00000000">
      <w:r>
        <w:t>Suddenly, the floorboards, brittle as parchment, betrayed him without warning; his foot plunged downwards with sickening force. A metallic shriek pierced the air – the sound of bone fracturing, a searing agony exploding through his leg as it became trapped. He heard bone crunch and a loud audible snap.</w:t>
      </w:r>
    </w:p>
    <w:p w14:paraId="10AD7A40" w14:textId="77777777" w:rsidR="00282790" w:rsidRDefault="00000000">
      <w:r>
        <w:t>Briggs' scream was a raw, primal expression of unbearable pain.</w:t>
      </w:r>
    </w:p>
    <w:p w14:paraId="6A37A09F" w14:textId="77777777" w:rsidR="00282790" w:rsidRDefault="00000000">
      <w:r>
        <w:t xml:space="preserve">Briggs had dropped his flashlight but he could tell his leg was pinned, cruelly ensnared in a brutal metal trap. A flicker of motion in his peripheral seized Briggs' attention. His weapon roared, a furious eruption of lead aimed at the shadowed recess John had vanished into. </w:t>
      </w:r>
    </w:p>
    <w:p w14:paraId="7319D684" w14:textId="77777777" w:rsidR="00282790" w:rsidRDefault="00000000">
      <w:r>
        <w:t xml:space="preserve">The sound was thunderous. Spent shells echoed hitting the wooden floor boards until click-click-click. </w:t>
      </w:r>
    </w:p>
    <w:p w14:paraId="41476F3A" w14:textId="77777777" w:rsidR="00282790" w:rsidRDefault="00000000">
      <w:r>
        <w:t xml:space="preserve">Briggs ejected the magazine, the spent brass glittering in the dim light, snatched a fresh one from his holster, and slammed it home with practiced, desperate speed. Another devastating volley ripped through the wall, a storm of destruction. </w:t>
      </w:r>
    </w:p>
    <w:p w14:paraId="6C82E5D9" w14:textId="77777777" w:rsidR="00282790" w:rsidRDefault="00000000">
      <w:r>
        <w:t xml:space="preserve">Click-click-click. Eject. Reload. </w:t>
      </w:r>
    </w:p>
    <w:p w14:paraId="74B8B79B" w14:textId="77777777" w:rsidR="00282790" w:rsidRDefault="00000000">
      <w:r>
        <w:lastRenderedPageBreak/>
        <w:t xml:space="preserve">The breath hitched in Briggs's throat as the adrenaline ebb left him exposed to a fresh wave of excruciating pain. A fiery torment consumed his leg, intensifying with brutal clarity. "You son of a bitch, John," he gasped, fighting against the encroaching darkness. </w:t>
      </w:r>
    </w:p>
    <w:p w14:paraId="6D68A639" w14:textId="77777777" w:rsidR="00282790" w:rsidRDefault="00000000">
      <w:r>
        <w:t xml:space="preserve">A low, chilling affirmation drifted from behind. "Yes." </w:t>
      </w:r>
    </w:p>
    <w:p w14:paraId="62BDCEB8" w14:textId="77777777" w:rsidR="00282790" w:rsidRDefault="00000000">
      <w:r>
        <w:t xml:space="preserve">Briggs's eyes flew open. </w:t>
      </w:r>
    </w:p>
    <w:p w14:paraId="26B045FB" w14:textId="77777777" w:rsidR="00282790" w:rsidRDefault="00000000">
      <w:r>
        <w:t>The soft utterance sent a fresh wave of dread through him. Briggs twisted, a white-hot agony lanced up his leg, forcing a strangled cry from his lips. John emerged, hoisting a heavy pickaxe, a lethal instrument poised high above his head. With savage, deliberate strength, he brought it crashing down. The steel bit deep, penetrating John's left eye socket with ferocious impact. The pickaxe punched through skull and brain, shattering bone with merciless finality.</w:t>
      </w:r>
    </w:p>
    <w:p w14:paraId="53797F8E" w14:textId="77777777" w:rsidR="00282790" w:rsidRDefault="00000000">
      <w:r>
        <w:br/>
      </w:r>
    </w:p>
    <w:p w14:paraId="771F4E76" w14:textId="77777777" w:rsidR="00282790" w:rsidRDefault="00000000">
      <w:r>
        <w:t xml:space="preserve">Briggs' body convulsed, a final, shuddering spasm before falling still. </w:t>
      </w:r>
    </w:p>
    <w:p w14:paraId="071209F2" w14:textId="77777777" w:rsidR="00282790" w:rsidRDefault="00000000">
      <w:r>
        <w:t xml:space="preserve">John, without hesitation, crossed over the lifeless form to Maxine, whose own ravaged body lay testament to a brutal end, drained of life's crimson tide. </w:t>
      </w:r>
    </w:p>
    <w:p w14:paraId="5A142CCE" w14:textId="77777777" w:rsidR="00282790" w:rsidRDefault="00000000">
      <w:r>
        <w:t xml:space="preserve">One last macabre task remained. </w:t>
      </w:r>
    </w:p>
    <w:p w14:paraId="5307B4E6" w14:textId="77777777" w:rsidR="00282790" w:rsidRDefault="00000000">
      <w:r>
        <w:t xml:space="preserve">He retrieved the scalpel discarded upon Maxine's gaping chest cavity, its gleaming edge reflecting the dim light. Precision was a luxury he couldn't afford; with brutal efficiency, he hacked and sliced, severing her reproductive organs and tossing them onto the growing pile of dismembered flesh. </w:t>
      </w:r>
    </w:p>
    <w:p w14:paraId="69B3C221" w14:textId="77777777" w:rsidR="00282790" w:rsidRDefault="00000000">
      <w:r>
        <w:t>He then discarded his blood-soaked coveralls.</w:t>
      </w:r>
    </w:p>
    <w:p w14:paraId="302B5F61" w14:textId="77777777" w:rsidR="00282790" w:rsidRDefault="00000000">
      <w:r>
        <w:t>A swift search of Briggs’ corpse yielded his car keys, the cold steel of his Glock pistol, and a fresh ammunition clip.</w:t>
      </w:r>
    </w:p>
    <w:p w14:paraId="0AF6DB97" w14:textId="77777777" w:rsidR="00282790" w:rsidRDefault="00000000">
      <w:r>
        <w:br/>
      </w:r>
    </w:p>
    <w:p w14:paraId="3B52F10B" w14:textId="77777777" w:rsidR="00282790" w:rsidRDefault="00000000">
      <w:r>
        <w:t>As John navigated the rutted dirt driveway back to the main road the clock neared 1:30 AM. Briggs mobile, nestled in its hands-free cradle began ringing. The name Hartley was showing.</w:t>
      </w:r>
    </w:p>
    <w:p w14:paraId="77F60DE2" w14:textId="77777777" w:rsidR="00282790" w:rsidRDefault="00000000">
      <w:r>
        <w:t xml:space="preserve">Grabbing the phone he threw it from the moving vehicle, its piercing ringtone fading into the darkness behind him. </w:t>
      </w:r>
    </w:p>
    <w:p w14:paraId="357F7D9B" w14:textId="77777777" w:rsidR="00282790" w:rsidRDefault="00000000">
      <w:r>
        <w:t xml:space="preserve">Susan. </w:t>
      </w:r>
    </w:p>
    <w:p w14:paraId="7702695D" w14:textId="77777777" w:rsidR="00282790" w:rsidRDefault="00000000">
      <w:r>
        <w:t>His next destination was sealed in his chilling resolve.</w:t>
      </w:r>
    </w:p>
    <w:p w14:paraId="32910E9F" w14:textId="77777777" w:rsidR="00282790" w:rsidRDefault="00000000">
      <w:r>
        <w:lastRenderedPageBreak/>
        <w:br/>
      </w:r>
      <w:r>
        <w:br/>
      </w:r>
    </w:p>
    <w:p w14:paraId="01EAAABB" w14:textId="77777777" w:rsidR="00282790" w:rsidRDefault="00000000">
      <w:r>
        <w:t>John stopped Briggs car three houses down from Susan's. He could see every light bulb at the house illuminated. The time showed 212am on the dashboard</w:t>
      </w:r>
    </w:p>
    <w:p w14:paraId="22A4678E" w14:textId="77777777" w:rsidR="00282790" w:rsidRDefault="00000000">
      <w:r>
        <w:br/>
      </w:r>
    </w:p>
    <w:p w14:paraId="18257F18" w14:textId="77777777" w:rsidR="00282790" w:rsidRDefault="00000000">
      <w:r>
        <w:t>His knuckles whitened, clenching the steering wheel in a furious grip. "She knows I'm coming" he seethed, a chilling premonition seizing him. John had always outsmarted his mother, consistently catching her unprepared, her reincarnation back into this world had always been incomplete. She never had time to remember. But this… this was different. Her pregnancy represented a profound shift in the balance of power, a monumental alteration in their violent dynamic.</w:t>
      </w:r>
    </w:p>
    <w:p w14:paraId="7189714A" w14:textId="77777777" w:rsidR="00282790" w:rsidRDefault="00000000">
      <w:r>
        <w:br/>
      </w:r>
    </w:p>
    <w:p w14:paraId="40CC1F37" w14:textId="77777777" w:rsidR="00282790" w:rsidRDefault="00000000">
      <w:r>
        <w:t xml:space="preserve">He exited the vehicle, his movements fluid and silent, using the concealing cover of the shrubbery. After a period of cautious observation, he surmised that Susan wasn't on the ground floor, but was on the upper level. </w:t>
      </w:r>
    </w:p>
    <w:p w14:paraId="71D65A38" w14:textId="77777777" w:rsidR="00282790" w:rsidRDefault="00000000">
      <w:r>
        <w:t xml:space="preserve">The brightly illuminated house presented a significant obstacle. Even when he gained access to the home, taking the stairwell to the second floor would be suicidal. With a cop as her partner, Susan would undoubtedly be armed. </w:t>
      </w:r>
    </w:p>
    <w:p w14:paraId="474FFCFF" w14:textId="77777777" w:rsidR="00282790" w:rsidRDefault="00000000">
      <w:r>
        <w:t>Lost in grim contemplation, a small, mewling kitten sauntered past. His foot rose, poised to deliver a brutal, lethal blow. Then, a flicker of inspiration ignited in his mind; a different strategy, a new path.</w:t>
      </w:r>
    </w:p>
    <w:p w14:paraId="62A996C8" w14:textId="77777777" w:rsidR="00282790" w:rsidRDefault="00000000">
      <w:r>
        <w:br/>
      </w:r>
    </w:p>
    <w:p w14:paraId="1F0A4FD3" w14:textId="77777777" w:rsidR="00282790" w:rsidRDefault="00000000">
      <w:r>
        <w:t>Moments later, John had picked the lock and stood in the kitchen's doorway, his head tilted and listening. Susan's security remained unchanged since his last visit. The lock offered no resistance. He'd twisted the porch light blub until it turned off to reduce the likelihood of prying eyes next door. The hum of television emanated from upstairs. Mother's home he thought.</w:t>
      </w:r>
    </w:p>
    <w:p w14:paraId="69A50AF8" w14:textId="77777777" w:rsidR="00282790" w:rsidRDefault="00000000">
      <w:r>
        <w:br/>
      </w:r>
    </w:p>
    <w:p w14:paraId="7BA2CA92" w14:textId="77777777" w:rsidR="00282790" w:rsidRDefault="00000000">
      <w:r>
        <w:t xml:space="preserve">One hand clenched the Glock's cold steel, the other cradled a tiny, trembling kitten. John's gaze fell upon a wicker bread basket on the countertop. He gently deposited the feline onto </w:t>
      </w:r>
      <w:r>
        <w:lastRenderedPageBreak/>
        <w:t xml:space="preserve">the kitchen table, then placed the basket upside down over the kitten, creating a makeshift prison. </w:t>
      </w:r>
    </w:p>
    <w:p w14:paraId="2F423442" w14:textId="77777777" w:rsidR="00282790" w:rsidRDefault="00000000">
      <w:r>
        <w:t>The refrigerator's chill air whooshed out as he retrieved a package of thinly sliced deli meat. He then opened and placed the meat onto the counter, beside the captive kitten. He anticipated the frantic paws scrabbling, the desperate meows of distress would draw Susan down from her sanctuary upstairs. The cries would paint a picture of an innocent cat has somehow gotten into the home, mistakenly trapped, to lure Susan downstairs to investigate.</w:t>
      </w:r>
    </w:p>
    <w:p w14:paraId="19DB8D23" w14:textId="77777777" w:rsidR="00282790" w:rsidRDefault="00000000">
      <w:r>
        <w:br/>
      </w:r>
    </w:p>
    <w:p w14:paraId="16C2444B" w14:textId="77777777" w:rsidR="00282790" w:rsidRDefault="00000000">
      <w:r>
        <w:t>Reclining on the bed, Susan's mind wandered, her attention was constantly on the phone resting beside her. Anxiously awaiting David's call.</w:t>
      </w:r>
    </w:p>
    <w:p w14:paraId="35C2BD26" w14:textId="77777777" w:rsidR="00282790" w:rsidRDefault="00000000">
      <w:r>
        <w:t xml:space="preserve">Earlier, the evening news had chilled her to the bone: a murderer stalked Portland, leaving a trail of carnage – one victim dead, and a female officer vanished. But it wasn't the grim details that held Susan captive; it was the photograph of the missing cop. A disturbing resemblance, a spectral twin, stared back from the screen, unsettling her deeply. She wondered if David had seen the uncanny likeness, prompting his unsettling request that she retrieve her firearm. </w:t>
      </w:r>
    </w:p>
    <w:p w14:paraId="0ADF34B9" w14:textId="77777777" w:rsidR="00282790" w:rsidRDefault="00000000">
      <w:r>
        <w:br/>
      </w:r>
    </w:p>
    <w:p w14:paraId="2FF64F7C" w14:textId="77777777" w:rsidR="00282790" w:rsidRDefault="00000000">
      <w:r>
        <w:t xml:space="preserve">Slowly, a persistent, irritating noise drifted into the room. Susan was puzzled as to it originating from downstairs or outside the house. Susan couldn't pinpoint its source. Reaching for the remote to mute the movie. </w:t>
      </w:r>
    </w:p>
    <w:p w14:paraId="17541D51" w14:textId="77777777" w:rsidR="00282790" w:rsidRDefault="00000000">
      <w:r>
        <w:br/>
      </w:r>
    </w:p>
    <w:p w14:paraId="10F57B07" w14:textId="77777777" w:rsidR="00282790" w:rsidRDefault="00000000">
      <w:r>
        <w:t>Intently, she strained her ears, utterly bewildered. It sounded like a cat, no perhaps a kitten. The persistent scratching suggested it might be stuck somewhere. Rising cautiously, wriggling her weight from the bed, she retrieved her phone and the 9mm Smith &amp; Wesson.</w:t>
      </w:r>
    </w:p>
    <w:p w14:paraId="347D83C6" w14:textId="77777777" w:rsidR="00282790" w:rsidRDefault="00000000">
      <w:r>
        <w:br/>
      </w:r>
    </w:p>
    <w:p w14:paraId="4E3520AA" w14:textId="77777777" w:rsidR="00282790" w:rsidRDefault="00000000">
      <w:r>
        <w:rPr>
          <w:rFonts w:ascii="Lora" w:hAnsi="Lora"/>
        </w:rPr>
        <w:t>Susan was completely bewildered how a kitten had gotten inside. She was sure she had locked up the entire house as instructed by David hours ago. Standing at the top of the stairs she was certain now the cat was inside the house somewhere.</w:t>
      </w:r>
    </w:p>
    <w:p w14:paraId="6732FC83" w14:textId="77777777" w:rsidR="00282790" w:rsidRDefault="00000000">
      <w:r>
        <w:rPr>
          <w:rFonts w:ascii="Lora" w:hAnsi="Lora"/>
        </w:rPr>
        <w:t>"Here kitty kitty" she gently called from the top of the stair case.</w:t>
      </w:r>
    </w:p>
    <w:p w14:paraId="2A0E16DE" w14:textId="77777777" w:rsidR="00282790" w:rsidRDefault="00000000">
      <w:r>
        <w:rPr>
          <w:rFonts w:ascii="Lora" w:hAnsi="Lora"/>
        </w:rPr>
        <w:t>Making kissing noises "here kitty kitty. Where are you? How did you get in?"</w:t>
      </w:r>
    </w:p>
    <w:p w14:paraId="798FFDFD" w14:textId="77777777" w:rsidR="00282790" w:rsidRDefault="00000000">
      <w:r>
        <w:rPr>
          <w:rFonts w:ascii="Lora" w:hAnsi="Lora"/>
        </w:rPr>
        <w:lastRenderedPageBreak/>
        <w:t>Susan took each step gently and slowly down the stairs. She had five days until her due date and falling or tripping on these stairs while so heavily pregnant was not an option. It was awkward enough holding the gun and phone while trying to steady her descent.</w:t>
      </w:r>
    </w:p>
    <w:p w14:paraId="240FCDB8" w14:textId="77777777" w:rsidR="00282790" w:rsidRDefault="00000000">
      <w:r>
        <w:rPr>
          <w:rFonts w:ascii="Lora" w:hAnsi="Lora"/>
        </w:rPr>
        <w:t>"Kitty" she called soothingly.</w:t>
      </w:r>
    </w:p>
    <w:p w14:paraId="0D53DA99" w14:textId="77777777" w:rsidR="00282790" w:rsidRDefault="00000000">
      <w:r>
        <w:rPr>
          <w:rFonts w:ascii="Lora" w:hAnsi="Lora"/>
        </w:rPr>
        <w:t>Susan's bare foot touched the ground floor. She could hear the young sound of the kitten more clearly now and it was definitely in the kitchen to her left. All the fear and apprehension had now vanished. Turning the corner into the kitchen she stopped and stare at the quizzical scene in front of her. The kittens little paw was scratching franticly to get sliced meat lying on the table. It was trapped under the bread basket. This whole scene was confusing to her.</w:t>
      </w:r>
    </w:p>
    <w:p w14:paraId="64F5CF62" w14:textId="77777777" w:rsidR="00282790" w:rsidRDefault="00000000">
      <w:r>
        <w:rPr>
          <w:rFonts w:ascii="Lora" w:hAnsi="Lora"/>
        </w:rPr>
        <w:t>"What in the hell" she said completely thrown by what she was seeing.</w:t>
      </w:r>
    </w:p>
    <w:p w14:paraId="4521DE75" w14:textId="77777777" w:rsidR="00282790" w:rsidRDefault="00000000">
      <w:r>
        <w:rPr>
          <w:rFonts w:ascii="Lora" w:hAnsi="Lora"/>
        </w:rPr>
        <w:t>It was then she turned her head and saw the back door was wide open.</w:t>
      </w:r>
    </w:p>
    <w:p w14:paraId="3F601202" w14:textId="77777777" w:rsidR="00282790" w:rsidRDefault="00000000">
      <w:r>
        <w:rPr>
          <w:rFonts w:ascii="Lora" w:hAnsi="Lora"/>
        </w:rPr>
        <w:t>Susan knew without a doubt she had locked the door hours earlier when David had called.</w:t>
      </w:r>
    </w:p>
    <w:p w14:paraId="639FB8F5" w14:textId="77777777" w:rsidR="00282790" w:rsidRDefault="00000000">
      <w:r>
        <w:rPr>
          <w:rFonts w:ascii="Lora" w:hAnsi="Lora"/>
        </w:rPr>
        <w:t>Immediately she raised the gun but it was all for nothing.</w:t>
      </w:r>
    </w:p>
    <w:p w14:paraId="01876DDE" w14:textId="77777777" w:rsidR="00282790" w:rsidRDefault="00000000">
      <w:r>
        <w:rPr>
          <w:rFonts w:ascii="Lora" w:hAnsi="Lora"/>
        </w:rPr>
        <w:t>John had casually walked up behind Susan and with the steel butt of Briggs Glock, he struck her temple and she collapsed unconscious to the floor.</w:t>
      </w:r>
    </w:p>
    <w:p w14:paraId="438E8F7A" w14:textId="77777777" w:rsidR="00282790" w:rsidRDefault="00000000">
      <w:r>
        <w:rPr>
          <w:rFonts w:ascii="Lora" w:hAnsi="Lora"/>
        </w:rPr>
        <w:t>John stood above Susan and the kitten continue its desperate attempt to get to the food. Walking to the table he lifted the basket and the kitten pounced on the meat.</w:t>
      </w:r>
    </w:p>
    <w:p w14:paraId="4F230D24" w14:textId="77777777" w:rsidR="00282790" w:rsidRDefault="00000000">
      <w:r>
        <w:rPr>
          <w:rFonts w:ascii="Lora" w:hAnsi="Lora"/>
        </w:rPr>
        <w:t>"Hello mother" John said as he stared at Susan's unconscious form on the floor.</w:t>
      </w:r>
    </w:p>
    <w:p w14:paraId="0EBC10DF" w14:textId="77777777" w:rsidR="00282790" w:rsidRDefault="00000000">
      <w:r>
        <w:t>It was now 237am.</w:t>
      </w:r>
    </w:p>
    <w:p w14:paraId="5FDFF8FA" w14:textId="77777777" w:rsidR="00282790" w:rsidRDefault="00000000">
      <w:r>
        <w:t>"Hartley" O'Neil called out over the noise in the room.</w:t>
      </w:r>
    </w:p>
    <w:p w14:paraId="2E5F70FA" w14:textId="77777777" w:rsidR="00282790" w:rsidRDefault="00000000">
      <w:r>
        <w:t>Hartley looked over and made eye contact.</w:t>
      </w:r>
    </w:p>
    <w:p w14:paraId="1E7DFEB7" w14:textId="77777777" w:rsidR="00282790" w:rsidRDefault="00000000">
      <w:r>
        <w:t xml:space="preserve">O'Neil inquired, "Any word from Briggs?" </w:t>
      </w:r>
    </w:p>
    <w:p w14:paraId="62A1686D" w14:textId="77777777" w:rsidR="00282790" w:rsidRDefault="00000000">
      <w:r>
        <w:t xml:space="preserve">Hartley responded, her voice laced with growing unease, "Nothing, sir. He contacted me at 12:45 PM, indicating he was proceeding to the residence for a preliminary survey. I've been preoccupied. I assumed the inspection wouldn't take 45 minutes, so attempted to reach him at 1:30am. He didn't answer. I've tried four attempts to contact him via mobile in the last nine minutes with nothing. I've alerted his SWAT unit; they report no contact. They've requested authorization to investigate, and I granted it, if that's okay, sir." </w:t>
      </w:r>
    </w:p>
    <w:p w14:paraId="65301568" w14:textId="77777777" w:rsidR="00282790" w:rsidRDefault="00000000">
      <w:r>
        <w:lastRenderedPageBreak/>
        <w:t>"Yes" O'Neil affirmed, his tone urgent. "What's their ETA?" "Approximately 2:15 AM, sir," Hartley replied</w:t>
      </w:r>
    </w:p>
    <w:p w14:paraId="00B221A2" w14:textId="77777777" w:rsidR="00282790" w:rsidRDefault="00000000">
      <w:r>
        <w:t xml:space="preserve">O'Neil's voice was sharp "I demand an immediate progress report. Find me instantly." </w:t>
      </w:r>
    </w:p>
    <w:p w14:paraId="4CC0F813" w14:textId="77777777" w:rsidR="00282790" w:rsidRDefault="00000000">
      <w:r>
        <w:t>"Yes, sir," Hartley affirmed.</w:t>
      </w:r>
    </w:p>
    <w:p w14:paraId="21F9E1E6" w14:textId="77777777" w:rsidR="00282790" w:rsidRDefault="00000000">
      <w:r>
        <w:br/>
      </w:r>
    </w:p>
    <w:p w14:paraId="0A5BF034" w14:textId="77777777" w:rsidR="00282790" w:rsidRDefault="00000000">
      <w:r>
        <w:t xml:space="preserve">At 1:58 AM, with the SWAT team's imminent arrival still a few minutes away, Hartley opted for a brief respite and a much-needed caffeine fix. </w:t>
      </w:r>
    </w:p>
    <w:p w14:paraId="041A9E7C" w14:textId="77777777" w:rsidR="00282790" w:rsidRDefault="00000000">
      <w:r>
        <w:t xml:space="preserve">She harbored no serious apprehension. Briggs, she was certain, possessed the necessary skills to navigate the situation; his apparent lapse was likely due to a trivial distraction – a dead phone battery, perhaps, or a frustrating lack of cell service. </w:t>
      </w:r>
    </w:p>
    <w:p w14:paraId="0C3EB93E" w14:textId="77777777" w:rsidR="00282790" w:rsidRDefault="00000000">
      <w:r>
        <w:t xml:space="preserve">The break room buzzed with a half-dozen uniformed officers, their weariness etched deeply onto their faces, their expressions grave. Each sought the revitalizing jolt of caffeine before venturing back into the unforgiving night. Between 10:00 PM and 2:00 AM, they had tirelessly responded to a staggering seventy-eight emergency calls, a relentless deluge that showed no signs of abating. </w:t>
      </w:r>
    </w:p>
    <w:p w14:paraId="5D5529DB" w14:textId="77777777" w:rsidR="00282790" w:rsidRDefault="00000000">
      <w:r>
        <w:t>As she stood in line, another pair of officers entered.</w:t>
      </w:r>
    </w:p>
    <w:p w14:paraId="2733A874" w14:textId="77777777" w:rsidR="00282790" w:rsidRDefault="00000000">
      <w:r>
        <w:t xml:space="preserve">"You haven't seen it," the constable inquired, his voice laced with weariness. "When we stopped at the convenience store, their television blared the news; a grainy image of the missing officer filled the screen. And I swear, despite the poor picture quality, it was Susan, mate. A virtual doppelganger," he insisted, his conviction unwavering. </w:t>
      </w:r>
    </w:p>
    <w:p w14:paraId="03D22138" w14:textId="77777777" w:rsidR="00282790" w:rsidRDefault="00000000">
      <w:r>
        <w:t xml:space="preserve">"I'm utterly exhausted, Stephen," the other officer sighed, his tone heavy with fatigue. "We have a grueling hour remaining to complete reports on tonight's relentless caseload. Let me grab a caffeine fix okay?" </w:t>
      </w:r>
    </w:p>
    <w:p w14:paraId="2F5101DD" w14:textId="77777777" w:rsidR="00282790" w:rsidRDefault="00000000">
      <w:r>
        <w:t xml:space="preserve">"Fetch me one too," Stephen responded, already scrolling through his phone. "Locating her shouldn't be difficult." </w:t>
      </w:r>
    </w:p>
    <w:p w14:paraId="51C14EAE" w14:textId="77777777" w:rsidR="00282790" w:rsidRDefault="00000000">
      <w:r>
        <w:t xml:space="preserve">Hartley observed the two constables, her gaze meeting David, whose wife bore a striking resemblance to the missing officer. She offered courteous nod, which he returned with a slight inclination of his head. </w:t>
      </w:r>
    </w:p>
    <w:p w14:paraId="7FF4496A" w14:textId="77777777" w:rsidR="00282790" w:rsidRDefault="00000000">
      <w:r>
        <w:t xml:space="preserve">A gentle elbow nudge interrupted his contemplation. </w:t>
      </w:r>
    </w:p>
    <w:p w14:paraId="59B17067" w14:textId="77777777" w:rsidR="00282790" w:rsidRDefault="00000000">
      <w:r>
        <w:t xml:space="preserve">"David," his colleague urged, "look." </w:t>
      </w:r>
    </w:p>
    <w:p w14:paraId="0731F3DE" w14:textId="77777777" w:rsidR="00282790" w:rsidRDefault="00000000">
      <w:r>
        <w:t xml:space="preserve">David paused, his scrutiny on directed to the phone screen. </w:t>
      </w:r>
    </w:p>
    <w:p w14:paraId="226533F6" w14:textId="77777777" w:rsidR="00282790" w:rsidRDefault="00000000">
      <w:r>
        <w:t xml:space="preserve">He snatched the device, his breath catching in his throat. </w:t>
      </w:r>
    </w:p>
    <w:p w14:paraId="1F873392" w14:textId="77777777" w:rsidR="00282790" w:rsidRDefault="00000000">
      <w:r>
        <w:lastRenderedPageBreak/>
        <w:t>"Holy hell," he breathed, his voice thick with astonishment.</w:t>
      </w:r>
    </w:p>
    <w:p w14:paraId="20D21B4B" w14:textId="77777777" w:rsidR="00282790" w:rsidRDefault="00000000">
      <w:r>
        <w:t>"She looks like Susan. It's just like that day I mentioned – all those women at the station who resembled her, though she lacked blonde hair back then...but now, when she was out and dyed her hair, they look like twins." he exclaimed.</w:t>
      </w:r>
    </w:p>
    <w:p w14:paraId="376DC904" w14:textId="77777777" w:rsidR="00282790" w:rsidRDefault="00000000">
      <w:r>
        <w:br/>
        <w:t>Hartley stopped and listened. She walked over to David and turned him around to look at the phone he was holding and the image of Officer Maxine displayed.</w:t>
      </w:r>
    </w:p>
    <w:p w14:paraId="09C55DD9" w14:textId="77777777" w:rsidR="00282790" w:rsidRDefault="00282790"/>
    <w:p w14:paraId="73ADF491" w14:textId="77777777" w:rsidR="00282790" w:rsidRDefault="00000000">
      <w:r>
        <w:t>"She looks like your wife now." she asked with intense directness.</w:t>
      </w:r>
    </w:p>
    <w:p w14:paraId="738C5B5B" w14:textId="77777777" w:rsidR="00282790" w:rsidRDefault="00000000">
      <w:r>
        <w:t>"Her" said said pointing at the picture.</w:t>
      </w:r>
    </w:p>
    <w:p w14:paraId="6A99957C" w14:textId="77777777" w:rsidR="00282790" w:rsidRDefault="00000000">
      <w:r>
        <w:t>"Umm...yes." David replied cautiously.</w:t>
      </w:r>
    </w:p>
    <w:p w14:paraId="2108B7C0" w14:textId="77777777" w:rsidR="00282790" w:rsidRDefault="00000000">
      <w:r>
        <w:rPr>
          <w:rFonts w:ascii="Lora" w:hAnsi="Lora"/>
        </w:rPr>
        <w:t>"Dr Hartley" she said extending her hand.</w:t>
      </w:r>
    </w:p>
    <w:p w14:paraId="667E0455" w14:textId="77777777" w:rsidR="00282790" w:rsidRDefault="00000000">
      <w:r>
        <w:t>Hartley, issuing a curt "Follow me," vanished down the corridor, in an urgent quest to locate O'Neil.</w:t>
      </w:r>
    </w:p>
    <w:p w14:paraId="0B792AF1" w14:textId="77777777" w:rsidR="00282790" w:rsidRDefault="00000000">
      <w:r>
        <w:t xml:space="preserve">David was bewildered and immediately pursued her. </w:t>
      </w:r>
    </w:p>
    <w:p w14:paraId="42710EE8" w14:textId="77777777" w:rsidR="00282790" w:rsidRDefault="00000000">
      <w:r>
        <w:t xml:space="preserve">Hartley burst into O'Neil's office urgently saying "Sir, you need see this," she demanded, gesturing to David. </w:t>
      </w:r>
    </w:p>
    <w:p w14:paraId="0655AC55" w14:textId="77777777" w:rsidR="00282790" w:rsidRDefault="00000000">
      <w:r>
        <w:t xml:space="preserve">"Show him the photograph of your wife and Officer Maxine." </w:t>
      </w:r>
    </w:p>
    <w:p w14:paraId="1FC0E863" w14:textId="77777777" w:rsidR="00282790" w:rsidRDefault="00000000">
      <w:r>
        <w:t xml:space="preserve">David presented his phone, a snapshot he'd taken three days earlier of Susan, after her night out with other officers' spouses, her hair dramatically bleached blonde. He then presented Stephen's phone, revealing the picture of the missing Officer Maxine. </w:t>
      </w:r>
    </w:p>
    <w:p w14:paraId="469FD796" w14:textId="77777777" w:rsidR="00282790" w:rsidRDefault="00000000">
      <w:r>
        <w:t xml:space="preserve">O'Neil, rising from his chair, scrutinized both phones, his gaze intense. </w:t>
      </w:r>
    </w:p>
    <w:p w14:paraId="7D1E631D" w14:textId="77777777" w:rsidR="00282790" w:rsidRDefault="00000000">
      <w:r>
        <w:t xml:space="preserve">"This...this is your wife?" he asked, his voice grave. </w:t>
      </w:r>
    </w:p>
    <w:p w14:paraId="11CD56A2" w14:textId="77777777" w:rsidR="00282790" w:rsidRDefault="00000000">
      <w:r>
        <w:t xml:space="preserve">David, his unease growing, stammered, "Yes, sir. The likeness is uncanny. I only just now noticed the missing officer's photo in the breakroom." </w:t>
      </w:r>
    </w:p>
    <w:p w14:paraId="0D814B83" w14:textId="77777777" w:rsidR="00282790" w:rsidRDefault="00000000">
      <w:r>
        <w:t xml:space="preserve">O'Neil's stare remained fixed on David. </w:t>
      </w:r>
    </w:p>
    <w:p w14:paraId="343A9F15" w14:textId="77777777" w:rsidR="00282790" w:rsidRDefault="00000000">
      <w:r>
        <w:t>"She's home now," O'Neil asked.</w:t>
      </w:r>
    </w:p>
    <w:p w14:paraId="47F5AED6" w14:textId="77777777" w:rsidR="00282790" w:rsidRDefault="00000000">
      <w:r>
        <w:t>A tremor of apprehension and dread seized David. "Sir, is there…a problem?"</w:t>
      </w:r>
    </w:p>
    <w:p w14:paraId="37412926" w14:textId="77777777" w:rsidR="00282790" w:rsidRDefault="00000000">
      <w:r>
        <w:t>Hartley spoke up "Sir everyone's out. I suggest I take David to his house to meet with his wife and then bring them both back to the station."</w:t>
      </w:r>
    </w:p>
    <w:p w14:paraId="59D475BD" w14:textId="77777777" w:rsidR="00282790" w:rsidRDefault="00000000">
      <w:r>
        <w:rPr>
          <w:rFonts w:ascii="Lora" w:hAnsi="Lora"/>
        </w:rPr>
        <w:lastRenderedPageBreak/>
        <w:t>"Agreed. Go." Replied O'Neil handing the phone's back</w:t>
      </w:r>
    </w:p>
    <w:p w14:paraId="46B5B2D2" w14:textId="77777777" w:rsidR="00282790" w:rsidRDefault="00000000">
      <w:r>
        <w:rPr>
          <w:rFonts w:ascii="Lora" w:hAnsi="Lora"/>
        </w:rPr>
        <w:t>"I'll have the call from SWAT sent to you directly" Said Hartley walking out the door with David in tow.</w:t>
      </w:r>
    </w:p>
    <w:p w14:paraId="4399EFFD" w14:textId="77777777" w:rsidR="00282790" w:rsidRDefault="00000000">
      <w:r>
        <w:br/>
      </w:r>
    </w:p>
    <w:p w14:paraId="0398A49D" w14:textId="77777777" w:rsidR="00282790" w:rsidRDefault="00000000">
      <w:r>
        <w:rPr>
          <w:rFonts w:ascii="Lora" w:hAnsi="Lora"/>
        </w:rPr>
        <w:t>Walking next to Hartley David sense of dread for Susan was becoming overwhelming. Walking down the hall David cleared his throat and said "Dr Hartley, can you tell what's going on?" he asked.</w:t>
      </w:r>
    </w:p>
    <w:p w14:paraId="11EFDD80" w14:textId="77777777" w:rsidR="00282790" w:rsidRDefault="00000000">
      <w:r>
        <w:rPr>
          <w:rFonts w:ascii="Lora" w:hAnsi="Lora"/>
        </w:rPr>
        <w:t>"I completely understand you feel a lot of anxiety, confused, and right now you have a thousand questions but please. Just let me take care of a few things and I'll tell you everything in the car on the way to your wife okay." Hartley said turning and facing David and trying to be as calm as possible.</w:t>
      </w:r>
    </w:p>
    <w:p w14:paraId="3A112F66" w14:textId="77777777" w:rsidR="00282790" w:rsidRDefault="00000000">
      <w:r>
        <w:br/>
      </w:r>
    </w:p>
    <w:p w14:paraId="405422DD" w14:textId="77777777" w:rsidR="00282790" w:rsidRDefault="00000000">
      <w:r>
        <w:rPr>
          <w:rFonts w:ascii="Lora" w:hAnsi="Lora"/>
        </w:rPr>
        <w:t>What could this possible have to do with Susan he thought. After Hartley spoke to a few people about SWAT she was heading to the Police Station's carpark to her car.</w:t>
      </w:r>
    </w:p>
    <w:p w14:paraId="76CA44B6" w14:textId="77777777" w:rsidR="00282790" w:rsidRDefault="00000000">
      <w:r>
        <w:br/>
        <w:t>As soon as they pulled out Hartley began telling David the truth.</w:t>
      </w:r>
    </w:p>
    <w:p w14:paraId="48BADE72" w14:textId="77777777" w:rsidR="00282790" w:rsidRDefault="00282790"/>
    <w:p w14:paraId="43F49DA5" w14:textId="77777777" w:rsidR="00282790" w:rsidRDefault="00000000">
      <w:r>
        <w:t>"David. Portland has harbored a serial killer for past twenty years now. Very few people know this and no one has been able to solve it." A light rain began to fall. Hartley turned on the wipers.</w:t>
      </w:r>
    </w:p>
    <w:p w14:paraId="1A50A1CE" w14:textId="77777777" w:rsidR="00282790" w:rsidRDefault="00000000">
      <w:r>
        <w:t>"This serial killer has claimed nine lives, ten if we don't find Officer Maxine by sunrise." said Hartley, her voice somber at the prospect they wouldn't find her in time.</w:t>
      </w:r>
    </w:p>
    <w:p w14:paraId="225C0DAA" w14:textId="77777777" w:rsidR="00282790" w:rsidRDefault="00000000">
      <w:r>
        <w:t>"What's this got to do with me. With Susan?" pleaded David.</w:t>
      </w:r>
    </w:p>
    <w:p w14:paraId="40850494" w14:textId="77777777" w:rsidR="00282790" w:rsidRDefault="00000000">
      <w:r>
        <w:t>"I'm sure if you put two and two together about the striking resemblance. Officer Maxine who has been under cover in Portland now for almost 2 weeks. The reason she looks, the way she looks is because every victim has been an almost twin replica of each other. This is what our serial killer looks for in his victims for reasons unknown. This makes your wife, a very real target for the serial killer" said Hartley.</w:t>
      </w:r>
    </w:p>
    <w:p w14:paraId="4A0D8917" w14:textId="77777777" w:rsidR="00282790" w:rsidRDefault="00000000">
      <w:r>
        <w:rPr>
          <w:rFonts w:ascii="Lora" w:hAnsi="Lora"/>
        </w:rPr>
        <w:t>"You mean this serial killer could be stalking Susan right now" asked David feeling the gravity of the situation. Grabbing his mobile phone he called Susan in desperation and panic.</w:t>
      </w:r>
    </w:p>
    <w:p w14:paraId="045123B5" w14:textId="77777777" w:rsidR="00282790" w:rsidRDefault="00000000">
      <w:r>
        <w:rPr>
          <w:rFonts w:ascii="Lora" w:hAnsi="Lora"/>
        </w:rPr>
        <w:lastRenderedPageBreak/>
        <w:t>"Come on come on. Pick up honey" he kept repeating. Fear echoing in every word. The phone rang out. David stared at Hartley in fear.</w:t>
      </w:r>
    </w:p>
    <w:p w14:paraId="37D37CE5" w14:textId="77777777" w:rsidR="00282790" w:rsidRDefault="00000000">
      <w:r>
        <w:rPr>
          <w:rFonts w:ascii="Lora" w:hAnsi="Lora"/>
        </w:rPr>
        <w:t>"Does she take her phone to the toilet? She could be asleep and its ok mute David. Just keep trying and don't stop" replied Hartley as she accelerated even more. Fear and dread gnawed at her stomach.</w:t>
      </w:r>
    </w:p>
    <w:p w14:paraId="476B2220" w14:textId="77777777" w:rsidR="00282790" w:rsidRDefault="00000000">
      <w:r>
        <w:rPr>
          <w:rFonts w:ascii="Lora" w:hAnsi="Lora"/>
        </w:rPr>
        <w:t>Hartley's phone rang and she pressed the answer button on her steering wheel.</w:t>
      </w:r>
    </w:p>
    <w:p w14:paraId="740903A8" w14:textId="77777777" w:rsidR="00282790" w:rsidRDefault="00000000">
      <w:r>
        <w:rPr>
          <w:rFonts w:ascii="Lora" w:hAnsi="Lora"/>
        </w:rPr>
        <w:t>"Hartley" she spoke.</w:t>
      </w:r>
    </w:p>
    <w:p w14:paraId="18DE42AA" w14:textId="77777777" w:rsidR="00282790" w:rsidRDefault="00000000">
      <w:r>
        <w:rPr>
          <w:rFonts w:ascii="Lora" w:hAnsi="Lora"/>
        </w:rPr>
        <w:t>"It's O'Neil." His voice was barely a whisper. Hartley heard him clear his throat as he spoke "SWAT just called. They located Briggs and Maxine. Neither of them were alive"</w:t>
      </w:r>
    </w:p>
    <w:p w14:paraId="21B02656" w14:textId="77777777" w:rsidR="00282790" w:rsidRDefault="00000000">
      <w:r>
        <w:rPr>
          <w:rFonts w:ascii="Lora" w:hAnsi="Lora"/>
        </w:rPr>
        <w:t>"oh god" Hartley choked out. Tears began to run down her face.</w:t>
      </w:r>
    </w:p>
    <w:p w14:paraId="7DBB7C04" w14:textId="77777777" w:rsidR="00282790" w:rsidRDefault="00000000">
      <w:r>
        <w:rPr>
          <w:rFonts w:ascii="Lora" w:hAnsi="Lora"/>
        </w:rPr>
        <w:t>"They suspect Briggs found Maxine and it's likely she was still alive at the time which is why Briggs didn't call for assistance. He was likely trying to save her but John got the upper hand. I won't go into detail. You can read the report later. I've sent additional units to your location, David's house. They'll likely take about 20 mins which means you'll get there first. I want you to wait until back-up arrives before entering the house. If David's wife comes out, then that's great but no one enters. Do you understand me Hartley O'Neil said with clear authority and leaving no room for a miss-understanding.</w:t>
      </w:r>
    </w:p>
    <w:p w14:paraId="1C91B04C" w14:textId="77777777" w:rsidR="00282790" w:rsidRDefault="00000000">
      <w:r>
        <w:t>"Yes sir. Understood." replied Hartley and hung up.</w:t>
      </w:r>
    </w:p>
    <w:p w14:paraId="1C251D6B" w14:textId="77777777" w:rsidR="00282790" w:rsidRDefault="00000000">
      <w:r>
        <w:br/>
        <w:t>Three minutes later Hartley pulled up. She had barely turned off the engine before David launched out of the door screaming out "Susan."</w:t>
      </w:r>
    </w:p>
    <w:p w14:paraId="56E64220" w14:textId="77777777" w:rsidR="00282790" w:rsidRDefault="00282790"/>
    <w:p w14:paraId="5A839E90" w14:textId="77777777" w:rsidR="00282790" w:rsidRDefault="00000000">
      <w:r>
        <w:rPr>
          <w:rFonts w:ascii="Lora" w:hAnsi="Lora"/>
        </w:rPr>
        <w:t>"David. Stop David" Hartley called out in a panic getting out her side of the car.</w:t>
      </w:r>
    </w:p>
    <w:p w14:paraId="0666EB75" w14:textId="77777777" w:rsidR="00282790" w:rsidRDefault="00000000">
      <w:r>
        <w:rPr>
          <w:rFonts w:ascii="Lora" w:hAnsi="Lora"/>
        </w:rPr>
        <w:t xml:space="preserve">"There is no fucking way I sitting out here if Susan is in there and there's a fucking maniac on the lose who wants her fucking dead. Do you hear me?" David aggressively spat back of Hartley. </w:t>
      </w:r>
    </w:p>
    <w:p w14:paraId="3563A59F" w14:textId="77777777" w:rsidR="00282790" w:rsidRDefault="00000000">
      <w:r>
        <w:rPr>
          <w:rFonts w:ascii="Lora" w:hAnsi="Lora"/>
        </w:rPr>
        <w:t>Running to the front door and taking out the keys he unlocked the front door bursting inside.</w:t>
      </w:r>
    </w:p>
    <w:p w14:paraId="4AD58E7E" w14:textId="77777777" w:rsidR="00282790" w:rsidRDefault="00000000">
      <w:r>
        <w:rPr>
          <w:rFonts w:ascii="Lora" w:hAnsi="Lora"/>
        </w:rPr>
        <w:t>"Susan" he yelled</w:t>
      </w:r>
    </w:p>
    <w:p w14:paraId="7DC8476B" w14:textId="77777777" w:rsidR="00282790" w:rsidRDefault="00000000">
      <w:r>
        <w:rPr>
          <w:rFonts w:ascii="Lora" w:hAnsi="Lora"/>
        </w:rPr>
        <w:lastRenderedPageBreak/>
        <w:t>"Susan"</w:t>
      </w:r>
    </w:p>
    <w:p w14:paraId="0768D74D" w14:textId="77777777" w:rsidR="00282790" w:rsidRDefault="00000000">
      <w:r>
        <w:rPr>
          <w:rFonts w:ascii="Lora" w:hAnsi="Lora"/>
        </w:rPr>
        <w:t>David took two steps at a time up stairs in absolute terror and panic.</w:t>
      </w:r>
    </w:p>
    <w:p w14:paraId="5C184929" w14:textId="77777777" w:rsidR="00282790" w:rsidRDefault="00000000">
      <w:r>
        <w:rPr>
          <w:rFonts w:ascii="Lora" w:hAnsi="Lora"/>
        </w:rPr>
        <w:t>"Susan" he yelled louder.</w:t>
      </w:r>
    </w:p>
    <w:p w14:paraId="2ABB9FD5" w14:textId="77777777" w:rsidR="00282790" w:rsidRDefault="00000000">
      <w:r>
        <w:rPr>
          <w:rFonts w:ascii="Lora" w:hAnsi="Lora"/>
        </w:rPr>
        <w:t>David ran down the stairs and saw Hartley standing there.</w:t>
      </w:r>
    </w:p>
    <w:p w14:paraId="7AEF8478" w14:textId="77777777" w:rsidR="00282790" w:rsidRDefault="00000000">
      <w:r>
        <w:rPr>
          <w:rFonts w:ascii="Lora" w:hAnsi="Lora"/>
        </w:rPr>
        <w:t>On the floor was a small smear of blood along with her mobile phone and 9mm Smith and Weston. A small kitten was sitting on the table next to and over turned bread basket and pieces of deli meat.</w:t>
      </w:r>
    </w:p>
    <w:p w14:paraId="51B9E47B" w14:textId="77777777" w:rsidR="00282790" w:rsidRDefault="00000000">
      <w:r>
        <w:rPr>
          <w:rFonts w:ascii="Lora" w:hAnsi="Lora"/>
        </w:rPr>
        <w:t>"What does this mean?" asked David</w:t>
      </w:r>
    </w:p>
    <w:p w14:paraId="637F2A4F" w14:textId="77777777" w:rsidR="00282790" w:rsidRDefault="00000000">
      <w:r>
        <w:rPr>
          <w:rFonts w:ascii="Lora" w:hAnsi="Lora"/>
        </w:rPr>
        <w:t>He scream "Hartley. What the fuck does this mean?" grabbing her arm and shaking her.</w:t>
      </w:r>
    </w:p>
    <w:p w14:paraId="2086FA8F" w14:textId="77777777" w:rsidR="00282790" w:rsidRDefault="00000000">
      <w:r>
        <w:rPr>
          <w:rFonts w:ascii="Lora" w:hAnsi="Lora"/>
        </w:rPr>
        <w:t>Hartley focused and looked at David.</w:t>
      </w:r>
    </w:p>
    <w:p w14:paraId="7546FBF7" w14:textId="77777777" w:rsidR="00282790" w:rsidRDefault="00000000">
      <w:r>
        <w:rPr>
          <w:rFonts w:ascii="Lora" w:hAnsi="Lora"/>
        </w:rPr>
        <w:t>"I...I...I don't know. I think John has her?" Hartley's head was swimming. She couldn't comprehend how everything had gone wrong.</w:t>
      </w:r>
    </w:p>
    <w:p w14:paraId="3F3D1F87" w14:textId="77777777" w:rsidR="00282790" w:rsidRDefault="00000000">
      <w:r>
        <w:rPr>
          <w:rFonts w:ascii="Lora" w:hAnsi="Lora"/>
        </w:rPr>
        <w:t>Marcus, Maxine, Briggs. Gone.</w:t>
      </w:r>
    </w:p>
    <w:p w14:paraId="26EF4DFE" w14:textId="77777777" w:rsidR="00282790" w:rsidRDefault="00000000">
      <w:r>
        <w:rPr>
          <w:rFonts w:ascii="Lora" w:hAnsi="Lora"/>
        </w:rPr>
        <w:t>Then by some sadistic twist of fate. David's wife who was due to give birth in five days had been stalked and taken by this killer. This ghost of a killer that seemed an impossible force to stopped. To be captured. Who had out witted everyone for twenty years.</w:t>
      </w:r>
    </w:p>
    <w:p w14:paraId="458FDBD8" w14:textId="77777777" w:rsidR="00282790" w:rsidRDefault="00000000">
      <w:r>
        <w:rPr>
          <w:rFonts w:ascii="Lora" w:hAnsi="Lora"/>
        </w:rPr>
        <w:t>"Hartley" David yelled, yanking Hartley back to the present again.</w:t>
      </w:r>
    </w:p>
    <w:p w14:paraId="3AF1CDC1" w14:textId="77777777" w:rsidR="00282790" w:rsidRDefault="00000000">
      <w:r>
        <w:rPr>
          <w:rFonts w:ascii="Lora" w:hAnsi="Lora"/>
        </w:rPr>
        <w:t>"Why Susan? What does she mean to him? Where would he take if he didn't want to just kill her when he had her in the house? Hartley think? Fucking get a grip and think?" David was panic stricken and yelling at Hartley.</w:t>
      </w:r>
    </w:p>
    <w:p w14:paraId="696F283F" w14:textId="77777777" w:rsidR="00282790" w:rsidRDefault="00000000">
      <w:r>
        <w:rPr>
          <w:rFonts w:ascii="Lora" w:hAnsi="Lora"/>
        </w:rPr>
        <w:t>Her mind was just a swirling vortex of information as she struggled to put the thoughts together in her mind "The victims. Their all the same. They all have some meaning. Someone he knew. Someone who hurt him. He's tortured and compelled to kill them. Each kill he's removed their entire reproductive organs."</w:t>
      </w:r>
    </w:p>
    <w:p w14:paraId="6867EF7F" w14:textId="77777777" w:rsidR="00282790" w:rsidRDefault="00000000">
      <w:r>
        <w:rPr>
          <w:rFonts w:ascii="Lora" w:hAnsi="Lora"/>
        </w:rPr>
        <w:t>"Oh mu fucking god?" was a whisper that escaped David's lips. Shear terror over what this killer might do to Susan and their unborn child.</w:t>
      </w:r>
    </w:p>
    <w:p w14:paraId="765BC994" w14:textId="77777777" w:rsidR="00282790" w:rsidRDefault="00000000">
      <w:r>
        <w:rPr>
          <w:rFonts w:ascii="Lora" w:hAnsi="Lora"/>
        </w:rPr>
        <w:t>"Hartley please...I'm begging you please?" Tears began streaming down his cheeks.</w:t>
      </w:r>
    </w:p>
    <w:p w14:paraId="3A5128EE" w14:textId="77777777" w:rsidR="00282790" w:rsidRDefault="00000000">
      <w:r>
        <w:rPr>
          <w:rFonts w:ascii="Lora" w:hAnsi="Lora"/>
        </w:rPr>
        <w:lastRenderedPageBreak/>
        <w:t>"How do we find Susan and my baby?" asked David feeling reality around him shatter into a thousand pieces.</w:t>
      </w:r>
    </w:p>
    <w:p w14:paraId="569BF72B" w14:textId="77777777" w:rsidR="00282790" w:rsidRDefault="00000000">
      <w:r>
        <w:t xml:space="preserve">"um...um...Susan's pregnant. She's the first with child. All other victims had never had a child. This makes Susan different. John can't go home. He knows we know. He's killed three police officers so he knows he has the entire Portland department searching for him and every road, dirt road and bike track has been sealed off by police making t impossible to leave. So where would he take Susan knowing he can't leave?" Hartley was pacing. Frantic. </w:t>
      </w:r>
    </w:p>
    <w:p w14:paraId="38661C1D" w14:textId="77777777" w:rsidR="00282790" w:rsidRDefault="00000000">
      <w:r>
        <w:rPr>
          <w:rFonts w:ascii="Lora" w:hAnsi="Lora"/>
        </w:rPr>
        <w:t>"Hartley!" David pleaded</w:t>
      </w:r>
    </w:p>
    <w:p w14:paraId="4051692A" w14:textId="77777777" w:rsidR="00282790" w:rsidRDefault="00000000">
      <w:r>
        <w:rPr>
          <w:rFonts w:ascii="Lora" w:hAnsi="Lora"/>
        </w:rPr>
        <w:t>"I"M FUCKING TRYING! Please just let me think!" Hartley screamed out.</w:t>
      </w:r>
    </w:p>
    <w:p w14:paraId="0E3C47ED" w14:textId="77777777" w:rsidR="00282790" w:rsidRDefault="00000000">
      <w:r>
        <w:rPr>
          <w:rFonts w:ascii="Lora" w:hAnsi="Lora"/>
        </w:rPr>
        <w:t>"Where would he take Susan. Someone with child. A woman who has a significant psychological connection with John. What would he do with her? Where haven't we looked?"</w:t>
      </w:r>
    </w:p>
    <w:p w14:paraId="39A01681" w14:textId="77777777" w:rsidR="00282790" w:rsidRDefault="00000000">
      <w:r>
        <w:rPr>
          <w:rFonts w:ascii="Lora" w:hAnsi="Lora"/>
        </w:rPr>
        <w:t>She stopped mid stride.</w:t>
      </w:r>
    </w:p>
    <w:p w14:paraId="4D8C30AC" w14:textId="77777777" w:rsidR="00282790" w:rsidRDefault="00000000">
      <w:r>
        <w:rPr>
          <w:rFonts w:ascii="Lora" w:hAnsi="Lora"/>
        </w:rPr>
        <w:t>"Move!" was all she said as she ran for the front door to the car, David two steps behind.</w:t>
      </w:r>
    </w:p>
    <w:p w14:paraId="16342036" w14:textId="77777777" w:rsidR="00282790" w:rsidRDefault="00000000">
      <w:r>
        <w:t xml:space="preserve">The rain poured down, drenching John and Susan as he carefully placed her unconscious pregnant body on a mattress in his mother's bedroom. The house was now a scene of destruction and chaos. The front door hung off its hinges, the kitchen was a burnt-out mess, and the walls were charred with a gaping hole. Broken boards and exposed beams littered the floor, while the front of the house was a ghostly, charred shell with a collapsed roof. </w:t>
      </w:r>
    </w:p>
    <w:p w14:paraId="68C47668" w14:textId="77777777" w:rsidR="00282790" w:rsidRDefault="00000000">
      <w:r>
        <w:t xml:space="preserve">The rain added to the gloom, making the scene even more desolate. The charred walls and missing parts of the house were a stark reminder of the tragedy that had taken place. </w:t>
      </w:r>
    </w:p>
    <w:p w14:paraId="53FF55DD" w14:textId="77777777" w:rsidR="00282790" w:rsidRDefault="00000000">
      <w:r>
        <w:t>The weight pressed John to his knee's.</w:t>
      </w:r>
    </w:p>
    <w:p w14:paraId="058DD036" w14:textId="77777777" w:rsidR="00282790" w:rsidRDefault="00000000">
      <w:r>
        <w:t xml:space="preserve">John's trembling hands reached out to touch the charred walls, his fingers tracing the familiar cracks and crevices. They brought back memories of a childhood filled with pain and suffering. </w:t>
      </w:r>
    </w:p>
    <w:p w14:paraId="2C7961B0" w14:textId="77777777" w:rsidR="00282790" w:rsidRDefault="00000000">
      <w:r>
        <w:t>The coarse, unforgiving surface of the walls mirrored the cruel pronouncements that had scarred his childhood, each syllable a poisoned dart launched by his mother's insatiable cravings. John's eyelids fell, and the crushing weight of his burden to never become his mother's play-thing settled upon him anew—the crushing legacy of his mother's transgressions, her deceitfulness, her devastating decisions that haunted John to this very day.</w:t>
      </w:r>
    </w:p>
    <w:p w14:paraId="47A56E03" w14:textId="77777777" w:rsidR="00282790" w:rsidRDefault="00000000">
      <w:r>
        <w:t xml:space="preserve">The home may be gone, but the scars on John's heart remained, a constant reminder of the price he had paid for his mother's addiction. The pain and suffering endured at the hands of </w:t>
      </w:r>
      <w:r>
        <w:lastRenderedPageBreak/>
        <w:t xml:space="preserve">many sadistic men behind closed walls. The screams he emitted only to be met with the increased sounds of blaring music to drown him out. </w:t>
      </w:r>
    </w:p>
    <w:p w14:paraId="307A3119" w14:textId="77777777" w:rsidR="00282790" w:rsidRDefault="00000000">
      <w:r>
        <w:br/>
      </w:r>
    </w:p>
    <w:p w14:paraId="5ABA54E9" w14:textId="77777777" w:rsidR="00282790" w:rsidRDefault="00000000">
      <w:r>
        <w:t xml:space="preserve">The crushing weight of his own damnation pressed down, a physical burden that squeezed the air from his lungs, a black hole sucking the light from his eyes. The taste of ash and despair coated his tongue, a bitter testament to the years of torment. John’s knuckles, bone-white against the bruised purple of his clenched fists, cracked as he hauled himself to his feet. A tremor ran through him, not of fear, but of incandescent rage, a furnace stoked by decades of betrayal and self-loathing. </w:t>
      </w:r>
    </w:p>
    <w:p w14:paraId="39585DC4" w14:textId="77777777" w:rsidR="00282790" w:rsidRDefault="00000000">
      <w:r>
        <w:br/>
      </w:r>
    </w:p>
    <w:p w14:paraId="0E11E9FE" w14:textId="77777777" w:rsidR="00282790" w:rsidRDefault="00000000">
      <w:r>
        <w:t>His cry was not merely a scream, it was a seismic rupture, a guttural roar that ripped through the very fabric of the silence, shattering the stillness with the raw agony of a soul laid bare. "YOU SHALL NOT HAVE ME!" he bellowed, the words spitting from his lips like venom, each syllable a testament to his defiant, broken will. His eyes, twin pools of molten defiance, blazed with the fierce, desperate light of a man refusing to surrender to the abyss that clawed at his sanity.</w:t>
      </w:r>
    </w:p>
    <w:p w14:paraId="604A7B2E" w14:textId="77777777" w:rsidR="00282790" w:rsidRDefault="00000000">
      <w:r>
        <w:br/>
      </w:r>
    </w:p>
    <w:p w14:paraId="24647F9C" w14:textId="77777777" w:rsidR="00282790" w:rsidRDefault="00000000">
      <w:r>
        <w:rPr>
          <w:rFonts w:ascii="Lora" w:hAnsi="Lora"/>
        </w:rPr>
        <w:t>Susan moaned and stirred. Looking down at her he took a weathered black book from his back pocket and searched for the paragraph he needed to say. This was going to change everything. After tonight she would never return. He would be spared and when his death finally came, he knew his soul would be free from his mother.</w:t>
      </w:r>
    </w:p>
    <w:p w14:paraId="3E804CBA" w14:textId="77777777" w:rsidR="00282790" w:rsidRDefault="00000000">
      <w:r>
        <w:br/>
      </w:r>
    </w:p>
    <w:p w14:paraId="5B0C593B" w14:textId="77777777" w:rsidR="00282790" w:rsidRDefault="00000000">
      <w:r>
        <w:t>Invoking the formidable might of Saint Cyprian and the thirteen infernal spirits sworn to his shadow, I demand retribution against my nemesis, my own mother. She sought my annihilation, yet I have risen triumphant. Driven by the sacrifice of the black goat, I beseech you: banish her from my life, plunge her into despair, and let her wander lost and desolate. May her suffering be protracted and agonizing. This decree, sealed in the blood of the infernal sacrifice, is irrevocable and immutable; none shall undo it.</w:t>
      </w:r>
    </w:p>
    <w:p w14:paraId="03C8083A" w14:textId="77777777" w:rsidR="00282790" w:rsidRDefault="00000000">
      <w:r>
        <w:br/>
      </w:r>
    </w:p>
    <w:p w14:paraId="2BF039BE" w14:textId="77777777" w:rsidR="00282790" w:rsidRDefault="00000000">
      <w:r>
        <w:lastRenderedPageBreak/>
        <w:t xml:space="preserve">John's hand, clutching the gleaming blade, felt strangely purified by the insistent drumming of rain on his head. HIs mother, her unforgiving torment will soon have her lifeblood ebbing away, and would trouble him no longer. Her unborn child, his vessel to be reincarnate, the source of his terror, would be severed from the protection of her womb and annihilated. </w:t>
      </w:r>
    </w:p>
    <w:p w14:paraId="39E3E8FE" w14:textId="77777777" w:rsidR="00282790" w:rsidRDefault="00000000">
      <w:r>
        <w:t>A chilling sense of liberation washed over him.</w:t>
      </w:r>
    </w:p>
    <w:p w14:paraId="776E303C" w14:textId="77777777" w:rsidR="00282790" w:rsidRDefault="00000000">
      <w:r>
        <w:t>"SUSAN!", pierced the night's stillness from beyond the walls, a terror-filled cry.</w:t>
      </w:r>
    </w:p>
    <w:p w14:paraId="593D7770" w14:textId="77777777" w:rsidR="00282790" w:rsidRDefault="00000000">
      <w:r>
        <w:br/>
      </w:r>
      <w:r>
        <w:br/>
      </w:r>
    </w:p>
    <w:p w14:paraId="261BF774" w14:textId="77777777" w:rsidR="00282790" w:rsidRDefault="00000000">
      <w:r>
        <w:t xml:space="preserve">Rain lashed against the windshield as Hartley gripped the wheel, her features drawn tight with a grim determination born of fear and anticipation. The destination gnawed at her, a dreadful uncertainty clinging to the miles blurring past. </w:t>
      </w:r>
    </w:p>
    <w:p w14:paraId="19F0E8F9" w14:textId="77777777" w:rsidR="00282790" w:rsidRDefault="00000000">
      <w:r>
        <w:t>David, reeling from the cataclysmic events of the past hour, his spirit fractured, his voice barely a whisper, asked, "Hartley, where are we going, where's Susan?" One moment he'd been a participant in a Portland police rescue, the next, desperately battling to preserve Susan's life against the same merciless assailant.</w:t>
      </w:r>
    </w:p>
    <w:p w14:paraId="4A26450A" w14:textId="77777777" w:rsidR="00282790" w:rsidRDefault="00000000">
      <w:r>
        <w:rPr>
          <w:rFonts w:ascii="Lora" w:hAnsi="Lora"/>
        </w:rPr>
        <w:t>"John's home. Not where he lives now, but where his mother died in a fire, with two other males, when John was eleven years of age."</w:t>
      </w:r>
    </w:p>
    <w:p w14:paraId="39336D65" w14:textId="77777777" w:rsidR="00282790" w:rsidRDefault="00000000">
      <w:r>
        <w:rPr>
          <w:rFonts w:ascii="Lora" w:hAnsi="Lora"/>
        </w:rPr>
        <w:t>"There has never been any photos of John's mother. They moved frequently from the records and other records show reports of abuse being raised from Child Care, Kindergarten, and Primary School but nothing was ever proven because the mother would pack up and leave. Everything the family owned was destroyed in the fire. Our search showed no other woman in John's life having ever resembled someone he has known. No social media, interviews or media search. So that leaves only one female person in John's life that compels him to kill and kill again. Someone we have no record of." stated Hartley.</w:t>
      </w:r>
    </w:p>
    <w:p w14:paraId="04F89097" w14:textId="77777777" w:rsidR="00282790" w:rsidRDefault="00000000">
      <w:r>
        <w:rPr>
          <w:rFonts w:ascii="Lora" w:hAnsi="Lora"/>
        </w:rPr>
        <w:t>"His mother?" said David.</w:t>
      </w:r>
    </w:p>
    <w:p w14:paraId="4ECF9C9D" w14:textId="77777777" w:rsidR="00282790" w:rsidRDefault="00000000">
      <w:r>
        <w:rPr>
          <w:rFonts w:ascii="Lora" w:hAnsi="Lora"/>
        </w:rPr>
        <w:t>"Yes. His mother. And that leaves only one place of significance that he would go to given he has no where else. The home she died in. They lived in the old section of Portland before the Council decided to change how Portland was going to be extended. Plans for the shopping malls, plaza, and other outlets were replaced and what you see now is thirty years of developmental planning and re-zoning. John's old home was never demolished. " explained Hartley.</w:t>
      </w:r>
    </w:p>
    <w:p w14:paraId="0DB80FE0" w14:textId="77777777" w:rsidR="00282790" w:rsidRDefault="00000000">
      <w:r>
        <w:rPr>
          <w:rFonts w:ascii="Lora" w:hAnsi="Lora"/>
        </w:rPr>
        <w:t>"And that's where your taking us now?" asked David.</w:t>
      </w:r>
    </w:p>
    <w:p w14:paraId="6945B9DF" w14:textId="77777777" w:rsidR="00282790" w:rsidRDefault="00000000">
      <w:r>
        <w:rPr>
          <w:rFonts w:ascii="Lora" w:hAnsi="Lora"/>
        </w:rPr>
        <w:lastRenderedPageBreak/>
        <w:t>"Yes. We're about 10 minutes out. I'm going to call O'Neil.</w:t>
      </w:r>
    </w:p>
    <w:p w14:paraId="32F89460" w14:textId="77777777" w:rsidR="00282790" w:rsidRDefault="00000000">
      <w:r>
        <w:rPr>
          <w:rFonts w:ascii="Lora" w:hAnsi="Lora"/>
        </w:rPr>
        <w:t>David stared out the window at the rain as they sped to an unused part of Portland. His mind was numb. His body was filled with desperation and fear.</w:t>
      </w:r>
    </w:p>
    <w:p w14:paraId="05610417" w14:textId="77777777" w:rsidR="00282790" w:rsidRDefault="00000000">
      <w:r>
        <w:rPr>
          <w:rFonts w:ascii="Lora" w:hAnsi="Lora"/>
        </w:rPr>
        <w:t>Hartley was on the call with O'Neil but he didn't really hear what they were saying before she hung up.</w:t>
      </w:r>
    </w:p>
    <w:p w14:paraId="75E69854" w14:textId="77777777" w:rsidR="00282790" w:rsidRDefault="00000000">
      <w:r>
        <w:rPr>
          <w:rFonts w:ascii="Lora" w:hAnsi="Lora"/>
        </w:rPr>
        <w:t>"O'Neil said he's sending two additional units our way but they're not going to reach us for another fifteen minutes.</w:t>
      </w:r>
    </w:p>
    <w:p w14:paraId="2A6ED4A4" w14:textId="77777777" w:rsidR="00282790" w:rsidRDefault="00000000">
      <w:r>
        <w:rPr>
          <w:rFonts w:ascii="Lora" w:hAnsi="Lora"/>
        </w:rPr>
        <w:t>Two minutes later they arrived and a car was parked outside the home. It looked out of place.</w:t>
      </w:r>
    </w:p>
    <w:p w14:paraId="78E05072" w14:textId="77777777" w:rsidR="00282790" w:rsidRDefault="00000000">
      <w:r>
        <w:rPr>
          <w:rFonts w:ascii="Lora" w:hAnsi="Lora"/>
        </w:rPr>
        <w:t>"That's Briggs's car" Hartley said softly turning off the headlights.</w:t>
      </w:r>
    </w:p>
    <w:p w14:paraId="507B2072" w14:textId="77777777" w:rsidR="00282790" w:rsidRDefault="00000000">
      <w:r>
        <w:rPr>
          <w:rFonts w:ascii="Lora" w:hAnsi="Lora"/>
        </w:rPr>
        <w:t>"Who's Brigg's" asked David</w:t>
      </w:r>
    </w:p>
    <w:p w14:paraId="1E989925" w14:textId="77777777" w:rsidR="00282790" w:rsidRDefault="00000000">
      <w:r>
        <w:rPr>
          <w:rFonts w:ascii="Lora" w:hAnsi="Lora"/>
        </w:rPr>
        <w:t>"He was killed earlier tonight. SWAT found him and the office Maxine deceased at another property John's associated with" replied Hartley.</w:t>
      </w:r>
    </w:p>
    <w:p w14:paraId="5F37F136" w14:textId="77777777" w:rsidR="00282790" w:rsidRDefault="00000000">
      <w:r>
        <w:rPr>
          <w:rFonts w:ascii="Lora" w:hAnsi="Lora"/>
        </w:rPr>
        <w:t>David opened the car door, unholstered his gun and took the safety off. David had no intentions of asking questions. He was going to shoot first and worry about the implications later. Susan was all the mattered.</w:t>
      </w:r>
    </w:p>
    <w:p w14:paraId="002D9D7B" w14:textId="77777777" w:rsidR="00282790" w:rsidRDefault="00000000">
      <w:r>
        <w:t>Hartley jumped out. She had been carrying a gun holstered to her hip since leaving the Police Station. Otherwise she never carried a gun.</w:t>
      </w:r>
    </w:p>
    <w:p w14:paraId="70FF2AA2" w14:textId="77777777" w:rsidR="00282790" w:rsidRDefault="00000000">
      <w:r>
        <w:t>"Do you have a light" David asked.</w:t>
      </w:r>
    </w:p>
    <w:p w14:paraId="0813767A" w14:textId="77777777" w:rsidR="00282790" w:rsidRDefault="00000000">
      <w:r>
        <w:t>Hartley turned the one located under the handgun. It was bright with a narrow beam, mostly illuminating what was in the guns sight.</w:t>
      </w:r>
    </w:p>
    <w:p w14:paraId="6DB4DE4A" w14:textId="77777777" w:rsidR="00282790" w:rsidRDefault="00000000">
      <w:r>
        <w:t>"I'm taking the front. You take the rear" replied David.</w:t>
      </w:r>
    </w:p>
    <w:p w14:paraId="4EC0B105" w14:textId="77777777" w:rsidR="00282790" w:rsidRDefault="00000000">
      <w:r>
        <w:rPr>
          <w:rFonts w:ascii="Lora" w:hAnsi="Lora"/>
        </w:rPr>
        <w:t xml:space="preserve">They were both drenched. The rain was coming harder now. With a cry of desperation David screamed out..."SUSAN!" </w:t>
      </w:r>
    </w:p>
    <w:p w14:paraId="5153FBA2" w14:textId="77777777" w:rsidR="00282790" w:rsidRDefault="00000000">
      <w:r>
        <w:t xml:space="preserve">John looked up and towards the front of the house where he heard Susan's name being called out. He dropped the knife taking out Susan's handgun. John didn't have a light but he knew the house. He just needed to be careful where he stepped. </w:t>
      </w:r>
    </w:p>
    <w:p w14:paraId="1DE9687F" w14:textId="77777777" w:rsidR="00282790" w:rsidRDefault="00000000">
      <w:r>
        <w:t>Taking a few steps to the bedroom wall, most of the boards had been damaged and fallen away over the years so he quietly slide out the side of the wall and jumped to the ground outside in the rain. From the heavy rain hitting the remain tin roof</w:t>
      </w:r>
      <w:r>
        <w:rPr>
          <w:rFonts w:ascii="Lora" w:hAnsi="Lora"/>
        </w:rPr>
        <w:t xml:space="preserve"> it was very noisy so John knew he was unlikely heard leaving the home.</w:t>
      </w:r>
    </w:p>
    <w:p w14:paraId="1E5A802B" w14:textId="77777777" w:rsidR="00282790" w:rsidRDefault="00000000">
      <w:r>
        <w:rPr>
          <w:rFonts w:ascii="Lora" w:hAnsi="Lora"/>
        </w:rPr>
        <w:lastRenderedPageBreak/>
        <w:t>The house had been raised about half-a meter from the ground so he was able to crouch and look under the house. From there he saw a light beam moving to the back of the house. But another then came another cry for Susan. From the front of the house so John knew there were two.</w:t>
      </w:r>
    </w:p>
    <w:p w14:paraId="10F3B5A9" w14:textId="77777777" w:rsidR="00282790" w:rsidRDefault="00000000">
      <w:r>
        <w:t>Hartley crept to the back of the house, shining the light on the ground to prevent her from tripping of debris that had been left lying around of the years.</w:t>
      </w:r>
      <w:r>
        <w:rPr>
          <w:rFonts w:ascii="Lora" w:hAnsi="Lora"/>
        </w:rPr>
        <w:t xml:space="preserve"> In the dark, with heavy rain, it would easy to sprain an ankle or break a bone in a fall. But more importantly. John was here. A serial killer with a pregnant woman. She couldn't afford to make a mistake or she to would become another victim of John's killing spree over the past 24-hrs.</w:t>
      </w:r>
    </w:p>
    <w:p w14:paraId="708CC52C" w14:textId="77777777" w:rsidR="00282790" w:rsidRDefault="00000000">
      <w:r>
        <w:t>Coming to the corner of the house she peer around the corner. Shining the light. Nothing. Stepping out from the corner she looked up and saw the back of the house was intact. There were no scorch or burn marks by the fire but every window had the glass broken and jiggered in the frames. Climbing the steps to the back of the house she stood before the threshold. Breathing heavily and fear gripping her from what lay inside.</w:t>
      </w:r>
    </w:p>
    <w:p w14:paraId="63750C56" w14:textId="77777777" w:rsidR="00282790" w:rsidRDefault="00000000">
      <w:r>
        <w:br/>
      </w:r>
    </w:p>
    <w:p w14:paraId="1C673A0D" w14:textId="77777777" w:rsidR="00282790" w:rsidRDefault="00000000">
      <w:r>
        <w:t>David had no light to go by.</w:t>
      </w:r>
      <w:r>
        <w:rPr>
          <w:rFonts w:ascii="Lora" w:hAnsi="Lora"/>
        </w:rPr>
        <w:t xml:space="preserve"> using his boot to feel the way, kicking boards, glass and wooden timber out of the way for a more secure footing. He crept through the front door and stopped. Listening.</w:t>
      </w:r>
    </w:p>
    <w:p w14:paraId="3F2AD366" w14:textId="77777777" w:rsidR="00282790" w:rsidRDefault="00000000">
      <w:r>
        <w:rPr>
          <w:rFonts w:ascii="Lora" w:hAnsi="Lora"/>
        </w:rPr>
        <w:t>David knew he needed to let his eyes adjust as much as possible. If he couldn't see then this John person also couldn't see and the rain made it very difficult to hear anything.</w:t>
      </w:r>
    </w:p>
    <w:p w14:paraId="68FCBF40" w14:textId="77777777" w:rsidR="00282790" w:rsidRDefault="00000000">
      <w:r>
        <w:rPr>
          <w:rFonts w:ascii="Lora" w:hAnsi="Lora"/>
        </w:rPr>
        <w:t>What David thought to be the back of the house there was the faintest of light.</w:t>
      </w:r>
    </w:p>
    <w:p w14:paraId="4341FA3A" w14:textId="77777777" w:rsidR="00282790" w:rsidRDefault="00000000">
      <w:r>
        <w:rPr>
          <w:rFonts w:ascii="Lora" w:hAnsi="Lora"/>
        </w:rPr>
        <w:t>Hartley he thought. She should turn it off he thought but then, if he didn't know where she was he was likely to shoot her, or Susan, instead of John.</w:t>
      </w:r>
    </w:p>
    <w:p w14:paraId="55296633" w14:textId="77777777" w:rsidR="00282790" w:rsidRDefault="00000000">
      <w:r>
        <w:rPr>
          <w:rFonts w:ascii="Lora" w:hAnsi="Lora"/>
        </w:rPr>
        <w:t>Hartley stepped through the door way into a small hallway turning to the right. In front appeared to be the laundry. Shining the light up the hall it appeared to enter the kitchen which meant to the left would be the dining room, loungeroom and bedrooms somewhere. In the light Hartley could see the destruction caused by the fire. Gaping holes appeared in the floor with a black abyss beneath. The rain made it difficult to see clearly. The pounding on the room matched her heat beat and fear.</w:t>
      </w:r>
    </w:p>
    <w:p w14:paraId="30429848" w14:textId="77777777" w:rsidR="00282790" w:rsidRDefault="00000000">
      <w:r>
        <w:br/>
      </w:r>
    </w:p>
    <w:p w14:paraId="05D8CF43" w14:textId="77777777" w:rsidR="00282790" w:rsidRDefault="00000000">
      <w:r>
        <w:rPr>
          <w:rFonts w:ascii="Lora" w:hAnsi="Lora"/>
        </w:rPr>
        <w:lastRenderedPageBreak/>
        <w:t>Taking careful steps she entered the kitchen. She had no way of hearing John enter the same door as she did but she felt the searing hot pain in her shoulder where the bullet struck spinning her around. Instinctively Hartley pulled the trigger of her own gun in pure fear. John was stating there in the hall she had just entered. His face a mask of stone as two orbs stared back at her.</w:t>
      </w:r>
    </w:p>
    <w:p w14:paraId="6993ED4B" w14:textId="77777777" w:rsidR="00282790" w:rsidRDefault="00000000">
      <w:r>
        <w:rPr>
          <w:rFonts w:ascii="Lora" w:hAnsi="Lora"/>
        </w:rPr>
        <w:t>John threw himself to the side of the wall and sending three more rounds towards Hartley. One found it's mark in her left side and the other two missed.</w:t>
      </w:r>
    </w:p>
    <w:p w14:paraId="6B0339AC" w14:textId="77777777" w:rsidR="00282790" w:rsidRDefault="00000000">
      <w:r>
        <w:rPr>
          <w:rFonts w:ascii="Lora" w:hAnsi="Lora"/>
        </w:rPr>
        <w:t xml:space="preserve">Hartley tried to aim through the paid and continued to fire. </w:t>
      </w:r>
    </w:p>
    <w:p w14:paraId="75C87D1B" w14:textId="77777777" w:rsidR="00282790" w:rsidRDefault="00000000">
      <w:r>
        <w:rPr>
          <w:rFonts w:ascii="Lora" w:hAnsi="Lora"/>
        </w:rPr>
        <w:t>John unleased another two rounds. One found its mark shattering her tibia and the other missed.</w:t>
      </w:r>
    </w:p>
    <w:p w14:paraId="27747E4E" w14:textId="77777777" w:rsidR="00282790" w:rsidRDefault="00000000">
      <w:r>
        <w:br/>
      </w:r>
    </w:p>
    <w:p w14:paraId="3B1E35CD" w14:textId="77777777" w:rsidR="00282790" w:rsidRDefault="00000000">
      <w:r>
        <w:rPr>
          <w:rFonts w:ascii="Lora" w:hAnsi="Lora"/>
        </w:rPr>
        <w:t>Hartley collapsed to the floor in shock and pain. Losing grip of her gun.</w:t>
      </w:r>
    </w:p>
    <w:p w14:paraId="1102CD8C" w14:textId="77777777" w:rsidR="00282790" w:rsidRDefault="00000000">
      <w:r>
        <w:rPr>
          <w:rFonts w:ascii="Lora" w:hAnsi="Lora"/>
        </w:rPr>
        <w:t>In complete shock, the light lite up David standing in the loungeroom. Staring into his eyes. Choking on blood she gurgled</w:t>
      </w:r>
    </w:p>
    <w:p w14:paraId="33941FB2" w14:textId="77777777" w:rsidR="00282790" w:rsidRDefault="00000000">
      <w:r>
        <w:br/>
      </w:r>
    </w:p>
    <w:p w14:paraId="5490AD1B" w14:textId="77777777" w:rsidR="00282790" w:rsidRDefault="00000000">
      <w:r>
        <w:rPr>
          <w:rFonts w:ascii="Lora" w:hAnsi="Lora"/>
        </w:rPr>
        <w:t>David could see the light strobe of Hartley's gun was getting stronger. He was about to call out to let her when the sudden sound of the gun rocked him. A flash of the bullets trail he was familiar with at the gun range lite up behind Hartley as he watched her being propelled around taking a hit to the shoulder.</w:t>
      </w:r>
    </w:p>
    <w:p w14:paraId="4D4DBC8D" w14:textId="77777777" w:rsidR="00282790" w:rsidRDefault="00000000">
      <w:r>
        <w:rPr>
          <w:rFonts w:ascii="Lora" w:hAnsi="Lora"/>
        </w:rPr>
        <w:t>Hartley continued to fire at John behind her and he watched her take a hit on her left side and leg before collapsing and losing the grip of her gun.</w:t>
      </w:r>
    </w:p>
    <w:p w14:paraId="3A473B99" w14:textId="77777777" w:rsidR="00282790" w:rsidRDefault="00000000">
      <w:r>
        <w:rPr>
          <w:rFonts w:ascii="Lora" w:hAnsi="Lora"/>
        </w:rPr>
        <w:t xml:space="preserve">David stood momentarily frozen before aiming at the wall he though John to be standing and pulled the trigger on his gun rapidly. A molten trail of led slammed into the wall, dancing further and further down. </w:t>
      </w:r>
    </w:p>
    <w:p w14:paraId="59C63645" w14:textId="77777777" w:rsidR="00282790" w:rsidRDefault="00000000">
      <w:r>
        <w:rPr>
          <w:rFonts w:ascii="Lora" w:hAnsi="Lora"/>
        </w:rPr>
        <w:t xml:space="preserve">David leaned as far as he could around the corner unleashing another volley of shots. </w:t>
      </w:r>
    </w:p>
    <w:p w14:paraId="241CDF2B" w14:textId="77777777" w:rsidR="00282790" w:rsidRDefault="00000000">
      <w:r>
        <w:rPr>
          <w:rFonts w:ascii="Lora" w:hAnsi="Lora"/>
        </w:rPr>
        <w:t>Click. Click. Click. Eject. Slide another magazine from his clip belt into the holster and he fired another four shots.</w:t>
      </w:r>
    </w:p>
    <w:p w14:paraId="02AA2FE5" w14:textId="77777777" w:rsidR="00282790" w:rsidRDefault="00000000">
      <w:r>
        <w:br/>
      </w:r>
    </w:p>
    <w:p w14:paraId="55FC0B4E" w14:textId="77777777" w:rsidR="00282790" w:rsidRDefault="00000000">
      <w:r>
        <w:rPr>
          <w:rFonts w:ascii="Lora" w:hAnsi="Lora"/>
        </w:rPr>
        <w:lastRenderedPageBreak/>
        <w:t>The short hall was empty. Only darkness emitted from the laundry and outside the kitchen door.</w:t>
      </w:r>
    </w:p>
    <w:p w14:paraId="414A8222" w14:textId="77777777" w:rsidR="00282790" w:rsidRDefault="00000000">
      <w:r>
        <w:rPr>
          <w:rFonts w:ascii="Lora" w:hAnsi="Lora"/>
        </w:rPr>
        <w:t>Turning he walked to Hartley and knelt down checking and find a weak pulse.</w:t>
      </w:r>
    </w:p>
    <w:p w14:paraId="626F382D" w14:textId="77777777" w:rsidR="00282790" w:rsidRDefault="00000000">
      <w:r>
        <w:rPr>
          <w:rFonts w:ascii="Lora" w:hAnsi="Lora"/>
        </w:rPr>
        <w:t>Thump. Thump. Thump.</w:t>
      </w:r>
    </w:p>
    <w:p w14:paraId="5FCB10C7" w14:textId="77777777" w:rsidR="00282790" w:rsidRDefault="00000000">
      <w:r>
        <w:rPr>
          <w:rFonts w:ascii="Lora" w:hAnsi="Lora"/>
        </w:rPr>
        <w:t>He suddenly heard the heavy stride of John behind him.</w:t>
      </w:r>
    </w:p>
    <w:p w14:paraId="0C4F9ADB" w14:textId="77777777" w:rsidR="00282790" w:rsidRDefault="00000000">
      <w:r>
        <w:rPr>
          <w:rFonts w:ascii="Lora" w:hAnsi="Lora"/>
        </w:rPr>
        <w:t>Standing and bringing around his gun a he ducked as John threw his hand gun at him and then grabbed the gun in David's hand.</w:t>
      </w:r>
    </w:p>
    <w:p w14:paraId="64F480FF" w14:textId="77777777" w:rsidR="00282790" w:rsidRDefault="00000000">
      <w:r>
        <w:rPr>
          <w:rFonts w:ascii="Lora" w:hAnsi="Lora"/>
        </w:rPr>
        <w:t>John slammed his head into David's.</w:t>
      </w:r>
    </w:p>
    <w:p w14:paraId="1305B4BE" w14:textId="77777777" w:rsidR="00282790" w:rsidRDefault="00000000">
      <w:r>
        <w:rPr>
          <w:rFonts w:ascii="Lora" w:hAnsi="Lora"/>
        </w:rPr>
        <w:t>David instantly knew John was much more superior in strength.</w:t>
      </w:r>
    </w:p>
    <w:p w14:paraId="5CF3AB66" w14:textId="77777777" w:rsidR="00282790" w:rsidRDefault="00000000">
      <w:r>
        <w:rPr>
          <w:rFonts w:ascii="Lora" w:hAnsi="Lora"/>
        </w:rPr>
        <w:t>David struggling to keep a grip on his gun. His body was furiously assaulted again being struck in the face and body.</w:t>
      </w:r>
    </w:p>
    <w:p w14:paraId="0B0341BF" w14:textId="77777777" w:rsidR="00282790" w:rsidRDefault="00000000">
      <w:r>
        <w:br/>
      </w:r>
    </w:p>
    <w:p w14:paraId="16FE0020" w14:textId="77777777" w:rsidR="00282790" w:rsidRDefault="00000000">
      <w:r>
        <w:rPr>
          <w:rFonts w:ascii="Lora" w:hAnsi="Lora"/>
        </w:rPr>
        <w:t>They both stumbled backwards into the loungeroom.</w:t>
      </w:r>
    </w:p>
    <w:p w14:paraId="295786E5" w14:textId="77777777" w:rsidR="00282790" w:rsidRDefault="00000000">
      <w:r>
        <w:t>John finally lost his grip on the gun hearing it land somewhere on the floor</w:t>
      </w:r>
    </w:p>
    <w:p w14:paraId="1DDECCAB" w14:textId="77777777" w:rsidR="00282790" w:rsidRDefault="00000000">
      <w:r>
        <w:rPr>
          <w:rFonts w:ascii="Lora" w:hAnsi="Lora"/>
        </w:rPr>
        <w:t>David fought to not lose consciousness. Black dots swarm in front of his face.</w:t>
      </w:r>
    </w:p>
    <w:p w14:paraId="075E8EEC" w14:textId="77777777" w:rsidR="00282790" w:rsidRDefault="00000000">
      <w:r>
        <w:rPr>
          <w:rFonts w:ascii="Lora" w:hAnsi="Lora"/>
        </w:rPr>
        <w:t xml:space="preserve">"You can't protect her anymore" a voice came from John. It sounded casual. There was no anger. No rage. </w:t>
      </w:r>
    </w:p>
    <w:p w14:paraId="519D9C32" w14:textId="77777777" w:rsidR="00282790" w:rsidRDefault="00000000">
      <w:r>
        <w:rPr>
          <w:rFonts w:ascii="Lora" w:hAnsi="Lora"/>
        </w:rPr>
        <w:t>David wasn't even to sure he had heard it over the rain.</w:t>
      </w:r>
    </w:p>
    <w:p w14:paraId="267E074D" w14:textId="77777777" w:rsidR="00282790" w:rsidRDefault="00000000">
      <w:r>
        <w:rPr>
          <w:rFonts w:ascii="Lora" w:hAnsi="Lora"/>
        </w:rPr>
        <w:t xml:space="preserve">"Tonight will be the last time she comes back. Its the last time she can try to reclaim me as her own. </w:t>
      </w:r>
    </w:p>
    <w:p w14:paraId="4BEAE658" w14:textId="77777777" w:rsidR="00282790" w:rsidRDefault="00000000">
      <w:r>
        <w:rPr>
          <w:rFonts w:ascii="Lora" w:hAnsi="Lora"/>
        </w:rPr>
        <w:t xml:space="preserve">"David" </w:t>
      </w:r>
    </w:p>
    <w:p w14:paraId="0D93A1DA" w14:textId="77777777" w:rsidR="00282790" w:rsidRDefault="00000000">
      <w:r>
        <w:rPr>
          <w:rFonts w:ascii="Lora" w:hAnsi="Lora"/>
        </w:rPr>
        <w:t>They both froze to his name being called.</w:t>
      </w:r>
    </w:p>
    <w:p w14:paraId="73B4E08A" w14:textId="77777777" w:rsidR="00282790" w:rsidRDefault="00000000">
      <w:r>
        <w:rPr>
          <w:rFonts w:ascii="Lora" w:hAnsi="Lora"/>
        </w:rPr>
        <w:t xml:space="preserve">I cant move. I think my water broke...David!" The panic and fear in her voice broke him. </w:t>
      </w:r>
    </w:p>
    <w:p w14:paraId="7D16FEBF" w14:textId="77777777" w:rsidR="00282790" w:rsidRDefault="00000000">
      <w:r>
        <w:rPr>
          <w:rFonts w:ascii="Lora" w:hAnsi="Lora"/>
        </w:rPr>
        <w:t>David felt an raw untapped rage being expelled by every fiber of his being. Screaming he head butted John squarely in the nose. David instantly saw darkness bt he swung his fist with everything he had and flet it connect squarely to John's face. Again. Again. Again.</w:t>
      </w:r>
    </w:p>
    <w:p w14:paraId="7637E5E3" w14:textId="77777777" w:rsidR="00282790" w:rsidRDefault="00000000">
      <w:r>
        <w:rPr>
          <w:rFonts w:ascii="Lora" w:hAnsi="Lora"/>
        </w:rPr>
        <w:lastRenderedPageBreak/>
        <w:t>John stumbled. Shocked registered on his face. His body hit the wall sending him sprawling to the floor.</w:t>
      </w:r>
    </w:p>
    <w:p w14:paraId="597B2315" w14:textId="77777777" w:rsidR="00282790" w:rsidRDefault="00000000">
      <w:r>
        <w:rPr>
          <w:rFonts w:ascii="Lora" w:hAnsi="Lora"/>
        </w:rPr>
        <w:t>"Susan. Susan I'm hear.. I'm coming. Just stay still okay. Police are on the way."</w:t>
      </w:r>
    </w:p>
    <w:p w14:paraId="63FDD2F0" w14:textId="77777777" w:rsidR="00282790" w:rsidRDefault="00000000">
      <w:r>
        <w:rPr>
          <w:rFonts w:ascii="Lora" w:hAnsi="Lora"/>
        </w:rPr>
        <w:t xml:space="preserve">David was still reeling from his assault on John. </w:t>
      </w:r>
    </w:p>
    <w:p w14:paraId="1B923A20" w14:textId="77777777" w:rsidR="00282790" w:rsidRDefault="00000000">
      <w:r>
        <w:rPr>
          <w:rFonts w:ascii="Lora" w:hAnsi="Lora"/>
        </w:rPr>
        <w:t>Turning around, ringing in his ears he stumbled towards the sound of Susan's painful cries.</w:t>
      </w:r>
    </w:p>
    <w:p w14:paraId="53CC978B" w14:textId="77777777" w:rsidR="00282790" w:rsidRDefault="00000000">
      <w:r>
        <w:t>'AArrrgghh" He knew instinctively it was the sound of Susan getting ready to push their unborn into the world.</w:t>
      </w:r>
    </w:p>
    <w:p w14:paraId="6ADE98FE" w14:textId="77777777" w:rsidR="00282790" w:rsidRDefault="00000000">
      <w:r>
        <w:t>"Susan. Susan. Try to relax. Just breath honey. The polic..."</w:t>
      </w:r>
    </w:p>
    <w:p w14:paraId="78A03EE2" w14:textId="77777777" w:rsidR="00282790" w:rsidRDefault="00000000">
      <w:r>
        <w:br/>
        <w:t>The shard of a wooden stake was driving into David's calf to the bone. The searing pain instantly crippled him that he fell to one knee and grabbed the wall to support him from falling over.</w:t>
      </w:r>
    </w:p>
    <w:p w14:paraId="3699529F" w14:textId="77777777" w:rsidR="00282790" w:rsidRDefault="00282790"/>
    <w:p w14:paraId="3303749B" w14:textId="77777777" w:rsidR="00282790" w:rsidRDefault="00000000">
      <w:r>
        <w:t>John silently stood. He stayed there for a few second to orientate himself.</w:t>
      </w:r>
    </w:p>
    <w:p w14:paraId="269D25CB" w14:textId="77777777" w:rsidR="00282790" w:rsidRDefault="00000000">
      <w:r>
        <w:t>"No. You can't save her. You can't save either of them" said John. He even chuckled to himself a little.</w:t>
      </w:r>
    </w:p>
    <w:p w14:paraId="75BF9B29" w14:textId="77777777" w:rsidR="00282790" w:rsidRDefault="00000000">
      <w:r>
        <w:t>"You almost won. But I'm not coming back. I'm not going to be hers or your play thing" said John. Each word becoming strained and resentful "I WONT COME BACK EVER!!!" John screamed out the last few words in rage. Smalling the wooden stake into Johns Back all the way to his hand.</w:t>
      </w:r>
    </w:p>
    <w:p w14:paraId="52B0597F" w14:textId="77777777" w:rsidR="00282790" w:rsidRDefault="00000000">
      <w:r>
        <w:t>John convulsed. Arching his back. Sucking in air. John ripped it out. He swung the stake high and plunged it back down through John's collar bone hitting his lung. The air collapse within him and a barley audible cry of pain escaped his lips.</w:t>
      </w:r>
    </w:p>
    <w:p w14:paraId="526642AA" w14:textId="77777777" w:rsidR="00282790" w:rsidRDefault="00000000">
      <w:r>
        <w:t xml:space="preserve">John left the stake in him. David fell to his knees and fell forward onto his face. </w:t>
      </w:r>
    </w:p>
    <w:p w14:paraId="38185251" w14:textId="77777777" w:rsidR="00282790" w:rsidRDefault="00000000">
      <w:r>
        <w:t>David was in deep shock. He could see John casually step over him and head to the bedroom. With the light from Hartley's gun. He saw Susan for the first time.</w:t>
      </w:r>
    </w:p>
    <w:p w14:paraId="181AD01C" w14:textId="77777777" w:rsidR="00282790" w:rsidRDefault="00282790"/>
    <w:p w14:paraId="57AE7E1D" w14:textId="77777777" w:rsidR="00282790" w:rsidRDefault="00000000">
      <w:r>
        <w:t>Susan was grabbing to stomach. Her legs were drawn and her face a mask of pain as she continued to groan "AAAaaarrrrgghhh!" she cried, falling back exhausted</w:t>
      </w:r>
      <w:r>
        <w:rPr>
          <w:rFonts w:ascii="Lora" w:hAnsi="Lora"/>
        </w:rPr>
        <w:t xml:space="preserve"> and sobbing.</w:t>
      </w:r>
    </w:p>
    <w:p w14:paraId="5C29045C" w14:textId="77777777" w:rsidR="00282790" w:rsidRDefault="00000000">
      <w:r>
        <w:br/>
      </w:r>
    </w:p>
    <w:p w14:paraId="2C9937DB" w14:textId="77777777" w:rsidR="00282790" w:rsidRDefault="00000000">
      <w:r>
        <w:rPr>
          <w:rFonts w:ascii="Lora" w:hAnsi="Lora"/>
        </w:rPr>
        <w:lastRenderedPageBreak/>
        <w:t>Susan saw John walking towards her.</w:t>
      </w:r>
    </w:p>
    <w:p w14:paraId="0D009EC2" w14:textId="77777777" w:rsidR="00282790" w:rsidRDefault="00000000">
      <w:r>
        <w:rPr>
          <w:rFonts w:ascii="Lora" w:hAnsi="Lora"/>
        </w:rPr>
        <w:t>"What's happening" she sobbed.</w:t>
      </w:r>
    </w:p>
    <w:p w14:paraId="6BD735EA" w14:textId="77777777" w:rsidR="00282790" w:rsidRDefault="00000000">
      <w:r>
        <w:rPr>
          <w:rFonts w:ascii="Lora" w:hAnsi="Lora"/>
        </w:rPr>
        <w:t>Where am I. Why am I hear" tears flowing.</w:t>
      </w:r>
    </w:p>
    <w:p w14:paraId="3A3C501D" w14:textId="77777777" w:rsidR="00282790" w:rsidRDefault="00000000">
      <w:r>
        <w:rPr>
          <w:rFonts w:ascii="Lora" w:hAnsi="Lora"/>
        </w:rPr>
        <w:t>John paused placing his hand on her belly.</w:t>
      </w:r>
    </w:p>
    <w:p w14:paraId="36DA36FC" w14:textId="77777777" w:rsidR="00282790" w:rsidRDefault="00000000">
      <w:r>
        <w:rPr>
          <w:rFonts w:ascii="Lora" w:hAnsi="Lora"/>
        </w:rPr>
        <w:t>"Sshhhh mother. This will be the last time".</w:t>
      </w:r>
    </w:p>
    <w:p w14:paraId="6C7C4234" w14:textId="77777777" w:rsidR="00282790" w:rsidRDefault="00282790"/>
    <w:p w14:paraId="7604AADD" w14:textId="77777777" w:rsidR="00282790" w:rsidRDefault="00000000">
      <w:r>
        <w:rPr>
          <w:rFonts w:ascii="Lora" w:hAnsi="Lora"/>
        </w:rPr>
        <w:t>John bent down to retrieve the knife he had dropped earlier.</w:t>
      </w:r>
    </w:p>
    <w:p w14:paraId="2C1BE8BB" w14:textId="77777777" w:rsidR="00282790" w:rsidRDefault="00000000">
      <w:r>
        <w:rPr>
          <w:rFonts w:ascii="Lora" w:hAnsi="Lora"/>
        </w:rPr>
        <w:t>Standing up, he watched as Susan was hit with another urge to expel his vessel from her body.</w:t>
      </w:r>
    </w:p>
    <w:p w14:paraId="45BC1EEE" w14:textId="77777777" w:rsidR="00282790" w:rsidRDefault="00000000">
      <w:r>
        <w:rPr>
          <w:rFonts w:ascii="Lora" w:hAnsi="Lora"/>
        </w:rPr>
        <w:t>Susan felt the head crowning out of her. She knew she had one last big push and it would all be over. She would be with her child and David</w:t>
      </w:r>
    </w:p>
    <w:p w14:paraId="5CFB77DC" w14:textId="77777777" w:rsidR="00282790" w:rsidRDefault="00000000">
      <w:r>
        <w:br/>
      </w:r>
    </w:p>
    <w:p w14:paraId="3632263D" w14:textId="77777777" w:rsidR="00282790" w:rsidRDefault="00000000">
      <w:r>
        <w:rPr>
          <w:rFonts w:ascii="Lora" w:hAnsi="Lora"/>
        </w:rPr>
        <w:t>John raised the knife high watching.</w:t>
      </w:r>
    </w:p>
    <w:p w14:paraId="3CF1BA8B" w14:textId="77777777" w:rsidR="00282790" w:rsidRDefault="00000000">
      <w:r>
        <w:rPr>
          <w:rFonts w:ascii="Lora" w:hAnsi="Lora"/>
        </w:rPr>
        <w:t>Susan strained and pushed with everything she had. She felt a sense ethereal. As if floating above herself. There was no pain. No fear. It was beyond any feeling she had felt. She could feel the baby sliding out of her.</w:t>
      </w:r>
    </w:p>
    <w:p w14:paraId="208E2BCF" w14:textId="77777777" w:rsidR="00282790" w:rsidRDefault="00000000">
      <w:r>
        <w:rPr>
          <w:rFonts w:ascii="Lora" w:hAnsi="Lora"/>
        </w:rPr>
        <w:t>John plunged the knife down when his right</w:t>
      </w:r>
      <w:r>
        <w:t xml:space="preserve"> knee exploded. The bone and joint was pulverized by the bullet slamming through and out the other side. </w:t>
      </w:r>
    </w:p>
    <w:p w14:paraId="0933585A" w14:textId="77777777" w:rsidR="00282790" w:rsidRDefault="00000000">
      <w:r>
        <w:t>He collapsed</w:t>
      </w:r>
      <w:r>
        <w:rPr>
          <w:rFonts w:ascii="Lora" w:hAnsi="Lora"/>
        </w:rPr>
        <w:t xml:space="preserve"> forward slamming the knife down into Susan's heart.</w:t>
      </w:r>
    </w:p>
    <w:p w14:paraId="11D1385C" w14:textId="77777777" w:rsidR="00282790" w:rsidRDefault="00000000">
      <w:r>
        <w:rPr>
          <w:rFonts w:ascii="Lora" w:hAnsi="Lora"/>
        </w:rPr>
        <w:t xml:space="preserve">Susan's eye's went wide with shocked. </w:t>
      </w:r>
    </w:p>
    <w:p w14:paraId="226BD5B9" w14:textId="77777777" w:rsidR="00282790" w:rsidRDefault="00000000">
      <w:r>
        <w:rPr>
          <w:rFonts w:ascii="Lora" w:hAnsi="Lora"/>
        </w:rPr>
        <w:t>Time slowed.</w:t>
      </w:r>
    </w:p>
    <w:p w14:paraId="1DF2EBCE" w14:textId="77777777" w:rsidR="00282790" w:rsidRDefault="00000000">
      <w:r>
        <w:rPr>
          <w:rFonts w:ascii="Lora" w:hAnsi="Lora"/>
        </w:rPr>
        <w:t xml:space="preserve">She felt this man lying on her. His knife in her chest. Her heart stopping mid-stride in a beat. The baby no longer felt inside her. </w:t>
      </w:r>
    </w:p>
    <w:p w14:paraId="0B4D1043" w14:textId="77777777" w:rsidR="00282790" w:rsidRDefault="00000000">
      <w:r>
        <w:rPr>
          <w:rFonts w:ascii="Lora" w:hAnsi="Lora"/>
        </w:rPr>
        <w:t>Susan's last breath escaped her lips. Silence followed.</w:t>
      </w:r>
    </w:p>
    <w:p w14:paraId="26758653" w14:textId="77777777" w:rsidR="00282790" w:rsidRDefault="00000000">
      <w:r>
        <w:rPr>
          <w:rFonts w:ascii="Lora" w:hAnsi="Lora"/>
        </w:rPr>
        <w:t>David screamed "NNNOOOOOO!"</w:t>
      </w:r>
    </w:p>
    <w:p w14:paraId="05AEE989" w14:textId="77777777" w:rsidR="00282790" w:rsidRDefault="00000000">
      <w:r>
        <w:rPr>
          <w:rFonts w:ascii="Lora" w:hAnsi="Lora"/>
        </w:rPr>
        <w:lastRenderedPageBreak/>
        <w:t xml:space="preserve">When David had fallen has hand hit the cold steel of his gun. He had no time seeing John standing before Susan with the knife ready to be plunged into her belly he simply pulled the trigger. </w:t>
      </w:r>
    </w:p>
    <w:p w14:paraId="2241D5E8" w14:textId="77777777" w:rsidR="00282790" w:rsidRDefault="00000000">
      <w:r>
        <w:rPr>
          <w:rFonts w:ascii="Lora" w:hAnsi="Lora"/>
        </w:rPr>
        <w:t xml:space="preserve">But then he fell plunging the knife in Susan's chest. </w:t>
      </w:r>
    </w:p>
    <w:p w14:paraId="52B7F468" w14:textId="77777777" w:rsidR="00282790" w:rsidRDefault="00000000">
      <w:r>
        <w:rPr>
          <w:rFonts w:ascii="Lora" w:hAnsi="Lora"/>
        </w:rPr>
        <w:t>John staggered up, holding onto the bed Susan lay on. He looked down and saw she was dead. His mother was finally dead. All that was left was the child. His vessel that needed to be destroyed. Looking at Susan's belly he could tell the child had been born but no sound was coming from the baby.</w:t>
      </w:r>
    </w:p>
    <w:p w14:paraId="76280C6D" w14:textId="77777777" w:rsidR="00282790" w:rsidRDefault="00000000">
      <w:r>
        <w:rPr>
          <w:rFonts w:ascii="Lora" w:hAnsi="Lora"/>
        </w:rPr>
        <w:t xml:space="preserve">Listening he heard distant sounds of police fast approaching. </w:t>
      </w:r>
    </w:p>
    <w:p w14:paraId="797198D8" w14:textId="77777777" w:rsidR="00282790" w:rsidRDefault="00000000">
      <w:r>
        <w:rPr>
          <w:rFonts w:ascii="Lora" w:hAnsi="Lora"/>
        </w:rPr>
        <w:t>John stumbled to the end of the bed. The baby wasn't moving. It wasn't making any noise.</w:t>
      </w:r>
    </w:p>
    <w:p w14:paraId="1601A25D" w14:textId="77777777" w:rsidR="00282790" w:rsidRDefault="00000000">
      <w:r>
        <w:rPr>
          <w:rFonts w:ascii="Lora" w:hAnsi="Lora"/>
        </w:rPr>
        <w:t>John wondered if he had won. He needed to be sure. Holding the knife he lunged down bearing the knife onto the lifeless vessel.</w:t>
      </w:r>
    </w:p>
    <w:p w14:paraId="57BE820E" w14:textId="77777777" w:rsidR="00282790" w:rsidRDefault="00000000">
      <w:r>
        <w:rPr>
          <w:rFonts w:ascii="Lora" w:hAnsi="Lora"/>
        </w:rPr>
        <w:t xml:space="preserve">A clear boom of thunder. A trail of molten gun powder erupted from David's hand gun. A trail of hot led found the center of John's forehead. The exit would shattered his skull sending bone fragments, blood and brain matter onto the back wall and ceiling. </w:t>
      </w:r>
    </w:p>
    <w:p w14:paraId="42903CBC" w14:textId="77777777" w:rsidR="00282790" w:rsidRDefault="00000000">
      <w:r>
        <w:rPr>
          <w:rFonts w:ascii="Lora" w:hAnsi="Lora"/>
        </w:rPr>
        <w:t xml:space="preserve">John had no idea he was even dead before his body landed on the bed covering the baby. </w:t>
      </w:r>
    </w:p>
    <w:p w14:paraId="3276D67C" w14:textId="77777777" w:rsidR="00282790" w:rsidRDefault="00000000">
      <w:r>
        <w:rPr>
          <w:rFonts w:ascii="Lora" w:hAnsi="Lora"/>
        </w:rPr>
        <w:t>As his last breath escaped, his last beat thumped the baby's eyes flashed open. Deep black orbs and let out a loud crying shrill for the first time.</w:t>
      </w:r>
    </w:p>
    <w:p w14:paraId="140F12E4" w14:textId="77777777" w:rsidR="00282790" w:rsidRDefault="00000000">
      <w:r>
        <w:rPr>
          <w:rFonts w:ascii="Lora" w:hAnsi="Lora"/>
        </w:rPr>
        <w:t>David heard the cry and closed his eyes, allowing his own tears to run.</w:t>
      </w:r>
    </w:p>
    <w:p w14:paraId="21545F04" w14:textId="77777777" w:rsidR="00282790" w:rsidRDefault="00000000">
      <w:r>
        <w:rPr>
          <w:rFonts w:ascii="Lora" w:hAnsi="Lora"/>
        </w:rPr>
        <w:t>There were flashing lights everywhere. The sound of men rushing in yelling "Police" "Police"</w:t>
      </w:r>
    </w:p>
    <w:p w14:paraId="3CCDDA0B" w14:textId="77777777" w:rsidR="00282790" w:rsidRDefault="00000000">
      <w:r>
        <w:rPr>
          <w:rFonts w:ascii="Lora" w:hAnsi="Lora"/>
        </w:rPr>
        <w:t xml:space="preserve">David's eyes closed as he descended into oblivion. </w:t>
      </w:r>
    </w:p>
    <w:p w14:paraId="4032BDAD" w14:textId="77777777" w:rsidR="00282790" w:rsidRDefault="00000000">
      <w:r>
        <w:t>9 Years later</w:t>
      </w:r>
      <w:r>
        <w:rPr>
          <w:rFonts w:ascii="Lora" w:hAnsi="Lora"/>
        </w:rPr>
        <w:t>.</w:t>
      </w:r>
    </w:p>
    <w:p w14:paraId="75A35BFA" w14:textId="77777777" w:rsidR="00282790" w:rsidRDefault="00000000">
      <w:r>
        <w:br/>
      </w:r>
    </w:p>
    <w:p w14:paraId="170C86A0" w14:textId="77777777" w:rsidR="00282790" w:rsidRDefault="00000000">
      <w:r>
        <w:rPr>
          <w:rFonts w:ascii="Lora" w:hAnsi="Lora"/>
        </w:rPr>
        <w:t>Children ran in every direction laughing and squealing. All in a sugar rush.</w:t>
      </w:r>
    </w:p>
    <w:p w14:paraId="569564E4" w14:textId="77777777" w:rsidR="00282790" w:rsidRDefault="00000000">
      <w:r>
        <w:rPr>
          <w:rFonts w:ascii="Lora" w:hAnsi="Lora"/>
        </w:rPr>
        <w:t>Parents milled around calling out for them to slow down, be carefully or stop doing that.</w:t>
      </w:r>
    </w:p>
    <w:p w14:paraId="3C4C6495" w14:textId="77777777" w:rsidR="00282790" w:rsidRDefault="00000000">
      <w:r>
        <w:rPr>
          <w:rFonts w:ascii="Lora" w:hAnsi="Lora"/>
        </w:rPr>
        <w:lastRenderedPageBreak/>
        <w:t>"Okay kids it's time. Everyone inside and gather around the table. Come on everyone, that's parents to. I'm not doing this on my own with a room full of sugar addicted kids"</w:t>
      </w:r>
    </w:p>
    <w:p w14:paraId="59BB753B" w14:textId="77777777" w:rsidR="00282790" w:rsidRDefault="00000000">
      <w:r>
        <w:rPr>
          <w:rFonts w:ascii="Lora" w:hAnsi="Lora"/>
        </w:rPr>
        <w:t>Everyone was standing around the table with one special girl in the center of it all.</w:t>
      </w:r>
    </w:p>
    <w:p w14:paraId="078D2EC1" w14:textId="77777777" w:rsidR="00282790" w:rsidRDefault="00000000">
      <w:r>
        <w:rPr>
          <w:rFonts w:ascii="Lora" w:hAnsi="Lora"/>
        </w:rPr>
        <w:t>"Ready everyone...okay. One. Two. Three. Happy Birthday to you. Happy Birthday to you. Happy Birthday dear Kayla. Happy Birthday to you." sang David walking into the room carrying a special order blue scale mermaid cake.</w:t>
      </w:r>
    </w:p>
    <w:p w14:paraId="4E475F2E" w14:textId="77777777" w:rsidR="00282790" w:rsidRDefault="00000000">
      <w:r>
        <w:rPr>
          <w:rFonts w:ascii="Lora" w:hAnsi="Lora"/>
        </w:rPr>
        <w:t>The kids all singing crazy loud and laughing the whole time.</w:t>
      </w:r>
    </w:p>
    <w:p w14:paraId="231B42FA" w14:textId="77777777" w:rsidR="00282790" w:rsidRDefault="00000000">
      <w:r>
        <w:rPr>
          <w:rFonts w:ascii="Lora" w:hAnsi="Lora"/>
        </w:rPr>
        <w:t>"Hip Hip" David cried</w:t>
      </w:r>
    </w:p>
    <w:p w14:paraId="67E52D6F" w14:textId="77777777" w:rsidR="00282790" w:rsidRDefault="00000000">
      <w:r>
        <w:rPr>
          <w:rFonts w:ascii="Lora" w:hAnsi="Lora"/>
        </w:rPr>
        <w:t>"Hooray" sang out everyone</w:t>
      </w:r>
    </w:p>
    <w:p w14:paraId="5E0CF980" w14:textId="77777777" w:rsidR="00282790" w:rsidRDefault="00000000">
      <w:r>
        <w:br/>
      </w:r>
    </w:p>
    <w:p w14:paraId="32CC9F35" w14:textId="77777777" w:rsidR="00282790" w:rsidRDefault="00000000">
      <w:r>
        <w:rPr>
          <w:rFonts w:ascii="Lora" w:hAnsi="Lora"/>
        </w:rPr>
        <w:t>Kayla was beaming with joy. She felt like a princess at this moment. She loved her dad so much and her step-mom Debra. Kayla had been told her real mummy was in heaven but her dad never told her why. But right now it was okay. She was safe. Loved. So happy she didn't think her heart and tummy could hold much more.</w:t>
      </w:r>
    </w:p>
    <w:p w14:paraId="6F0489D2" w14:textId="77777777" w:rsidR="00282790" w:rsidRDefault="00000000">
      <w:r>
        <w:rPr>
          <w:rFonts w:ascii="Lora" w:hAnsi="Lora"/>
        </w:rPr>
        <w:t>"Blow out the candle and make a wish sweetheart" her father said.</w:t>
      </w:r>
    </w:p>
    <w:p w14:paraId="1C2827C4" w14:textId="77777777" w:rsidR="00282790" w:rsidRDefault="00000000">
      <w:r>
        <w:rPr>
          <w:rFonts w:ascii="Lora" w:hAnsi="Lora"/>
        </w:rPr>
        <w:t>Kayla blew out the candles in one go and everyone roared and cheered making her giggle more.</w:t>
      </w:r>
    </w:p>
    <w:p w14:paraId="4B8A4206" w14:textId="77777777" w:rsidR="00282790" w:rsidRDefault="00000000">
      <w:r>
        <w:br/>
      </w:r>
    </w:p>
    <w:p w14:paraId="1213C663" w14:textId="77777777" w:rsidR="00282790" w:rsidRDefault="00000000">
      <w:r>
        <w:rPr>
          <w:rFonts w:ascii="Lora" w:hAnsi="Lora"/>
        </w:rPr>
        <w:t>All the parents were taking picture's on their phones or making videos. Debra was calling out to Kayla to constantly look at her and smile, taking a ton of photos on her phone.</w:t>
      </w:r>
    </w:p>
    <w:p w14:paraId="1BAE6E27" w14:textId="77777777" w:rsidR="00282790" w:rsidRDefault="00000000">
      <w:r>
        <w:br/>
      </w:r>
    </w:p>
    <w:p w14:paraId="0DC48BC3" w14:textId="77777777" w:rsidR="00282790" w:rsidRDefault="00000000">
      <w:r>
        <w:rPr>
          <w:rFonts w:ascii="Lora" w:hAnsi="Lora"/>
        </w:rPr>
        <w:t>Kayla looked around. Looking for someone special.</w:t>
      </w:r>
    </w:p>
    <w:p w14:paraId="48327727" w14:textId="77777777" w:rsidR="00282790" w:rsidRDefault="00000000">
      <w:r>
        <w:br/>
      </w:r>
    </w:p>
    <w:p w14:paraId="5311FFAA" w14:textId="77777777" w:rsidR="00282790" w:rsidRDefault="00000000">
      <w:r>
        <w:rPr>
          <w:rFonts w:ascii="Lora" w:hAnsi="Lora"/>
        </w:rPr>
        <w:t>He stood in back. Next to the glass sliding door. His back to everyone. No one seemed to notice or care.</w:t>
      </w:r>
    </w:p>
    <w:p w14:paraId="7489F732" w14:textId="77777777" w:rsidR="00282790" w:rsidRDefault="00000000">
      <w:r>
        <w:lastRenderedPageBreak/>
        <w:br/>
      </w:r>
    </w:p>
    <w:p w14:paraId="6BDD1C38" w14:textId="77777777" w:rsidR="00282790" w:rsidRDefault="00000000">
      <w:r>
        <w:rPr>
          <w:rFonts w:ascii="Lora" w:hAnsi="Lora"/>
        </w:rPr>
        <w:t>Slowly he turned around and smiled at Kayla. Kayla beamed and smiled back.</w:t>
      </w:r>
    </w:p>
    <w:p w14:paraId="1C906F48" w14:textId="77777777" w:rsidR="00282790" w:rsidRDefault="00000000">
      <w:r>
        <w:br/>
      </w:r>
    </w:p>
    <w:p w14:paraId="6C09D606" w14:textId="77777777" w:rsidR="00282790" w:rsidRDefault="00000000">
      <w:r>
        <w:rPr>
          <w:rFonts w:ascii="Lora" w:hAnsi="Lora"/>
        </w:rPr>
        <w:t>"Happy Birthday Kayla" smiled John.</w:t>
      </w:r>
    </w:p>
    <w:p w14:paraId="50649F36" w14:textId="77777777" w:rsidR="00282790" w:rsidRDefault="00000000">
      <w:r>
        <w:br/>
      </w:r>
      <w:r>
        <w:br/>
      </w:r>
    </w:p>
    <w:p w14:paraId="3F3CBE59" w14:textId="77777777" w:rsidR="00282790" w:rsidRDefault="00000000">
      <w:r>
        <w:rPr>
          <w:rFonts w:ascii="Lora" w:hAnsi="Lora"/>
        </w:rPr>
        <w:t xml:space="preserve">THE END. </w:t>
      </w:r>
    </w:p>
    <w:p w14:paraId="185F2D1C" w14:textId="77777777" w:rsidR="00282790" w:rsidRDefault="00000000">
      <w:r>
        <w:t>Haunted by a horrifying past, John is relentlessly plagued by the specter of his mother. Nine lifetimes, nine brutal murders – a cycle of violence born from the unspeakable cruelty of his childhood. She, a monstrous figure, preyed upon him, fueling her depraved habits with his very being. Her venomous words, branding him as hers forever, etched themselves into his soul.</w:t>
      </w:r>
    </w:p>
    <w:p w14:paraId="1652374F" w14:textId="77777777" w:rsidR="00282790" w:rsidRDefault="00000000">
      <w:r>
        <w:br/>
        <w:t>At eleven, in a desperate act of defiance, he set their house ablaze, a fiery tomb engulfing her and two others. Orphaned, he discovered the chilling concept of reincarnation, a curse that seemingly offered no escape. He believes he has evaded her, but fear claws at him – a premonition of her return, a chilling prophecy of his rebirth within her, condemned to relive his torment.</w:t>
      </w:r>
    </w:p>
    <w:p w14:paraId="6B2084A6" w14:textId="77777777" w:rsidR="00282790" w:rsidRDefault="00282790"/>
    <w:p w14:paraId="598DC1EC" w14:textId="77777777" w:rsidR="00282790" w:rsidRDefault="00000000">
      <w:r>
        <w:br/>
        <w:t>Decades later, consumed by dread, John stands poised to strike again. But this time, his target is not just his tormentor, but two lives intertwined – a pregnant woman, a vessel for his horrific rebirth. Susan, eight months pregnant with her first child, sought a fresh start, a tranquil haven in Portland with her husband.</w:t>
      </w:r>
    </w:p>
    <w:p w14:paraId="2E55710C" w14:textId="77777777" w:rsidR="00282790" w:rsidRDefault="00282790"/>
    <w:p w14:paraId="1EDEABEF" w14:textId="77777777" w:rsidR="00282790" w:rsidRDefault="00000000">
      <w:r>
        <w:br/>
        <w:t>However, her idyllic dream is on a collision course with John’s relentless pursuit, his desperate race to extinguish her and himself, before his soul can find another hellish prison within her womb.</w:t>
      </w:r>
    </w:p>
    <w:p w14:paraId="5F76A9BE" w14:textId="77777777" w:rsidR="00282790" w:rsidRDefault="00282790"/>
    <w:p w14:paraId="665AC785" w14:textId="77777777" w:rsidR="00282790" w:rsidRDefault="00000000">
      <w:r>
        <w:lastRenderedPageBreak/>
        <w:br/>
      </w:r>
      <w:r>
        <w:br/>
      </w:r>
    </w:p>
    <w:p w14:paraId="43A52FEE" w14:textId="77777777" w:rsidR="00282790" w:rsidRDefault="00282790"/>
    <w:p w14:paraId="332C858B" w14:textId="77777777" w:rsidR="00282790" w:rsidRDefault="00000000">
      <w:r>
        <w:rPr>
          <w:noProof/>
        </w:rPr>
        <w:drawing>
          <wp:inline distT="0" distB="0" distL="0" distR="0" wp14:anchorId="6F11180C" wp14:editId="7DD46D1B">
            <wp:extent cx="1270000" cy="127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
                    <a:stretch>
                      <a:fillRect/>
                    </a:stretch>
                  </pic:blipFill>
                  <pic:spPr>
                    <a:xfrm>
                      <a:off x="0" y="0"/>
                      <a:ext cx="1270000" cy="1270000"/>
                    </a:xfrm>
                    <a:prstGeom prst="rect">
                      <a:avLst/>
                    </a:prstGeom>
                  </pic:spPr>
                </pic:pic>
              </a:graphicData>
            </a:graphic>
          </wp:inline>
        </w:drawing>
      </w:r>
    </w:p>
    <w:p w14:paraId="4E0BF54B" w14:textId="77777777" w:rsidR="00282790" w:rsidRDefault="00000000">
      <w:r>
        <w:br/>
      </w:r>
    </w:p>
    <w:p w14:paraId="3BCE293F" w14:textId="77777777" w:rsidR="00282790" w:rsidRDefault="00000000">
      <w:r>
        <w:rPr>
          <w:noProof/>
        </w:rPr>
        <w:drawing>
          <wp:inline distT="0" distB="0" distL="0" distR="0" wp14:anchorId="596AA29D" wp14:editId="6AED39F9">
            <wp:extent cx="1290320" cy="17813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
                    <a:stretch>
                      <a:fillRect/>
                    </a:stretch>
                  </pic:blipFill>
                  <pic:spPr>
                    <a:xfrm>
                      <a:off x="0" y="0"/>
                      <a:ext cx="1290320" cy="1781318"/>
                    </a:xfrm>
                    <a:prstGeom prst="rect">
                      <a:avLst/>
                    </a:prstGeom>
                  </pic:spPr>
                </pic:pic>
              </a:graphicData>
            </a:graphic>
          </wp:inline>
        </w:drawing>
      </w:r>
    </w:p>
    <w:sectPr w:rsidR="0028279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ora">
    <w:charset w:val="00"/>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1814480">
    <w:abstractNumId w:val="8"/>
  </w:num>
  <w:num w:numId="2" w16cid:durableId="1450778770">
    <w:abstractNumId w:val="6"/>
  </w:num>
  <w:num w:numId="3" w16cid:durableId="1867401187">
    <w:abstractNumId w:val="5"/>
  </w:num>
  <w:num w:numId="4" w16cid:durableId="1997604502">
    <w:abstractNumId w:val="4"/>
  </w:num>
  <w:num w:numId="5" w16cid:durableId="1082221416">
    <w:abstractNumId w:val="7"/>
  </w:num>
  <w:num w:numId="6" w16cid:durableId="1494251612">
    <w:abstractNumId w:val="3"/>
  </w:num>
  <w:num w:numId="7" w16cid:durableId="1096515310">
    <w:abstractNumId w:val="2"/>
  </w:num>
  <w:num w:numId="8" w16cid:durableId="1267691417">
    <w:abstractNumId w:val="1"/>
  </w:num>
  <w:num w:numId="9" w16cid:durableId="28576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4DC4"/>
    <w:rsid w:val="0015074B"/>
    <w:rsid w:val="00282790"/>
    <w:rsid w:val="0029639D"/>
    <w:rsid w:val="00326F90"/>
    <w:rsid w:val="004D7F4A"/>
    <w:rsid w:val="007273FB"/>
    <w:rsid w:val="0098005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B43AED"/>
  <w14:defaultImageDpi w14:val="300"/>
  <w15:docId w15:val="{6568FC8E-04A0-4515-B4CC-8274D00D9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144</Pages>
  <Words>45994</Words>
  <Characters>225732</Characters>
  <Application>Microsoft Office Word</Application>
  <DocSecurity>0</DocSecurity>
  <Lines>4846</Lines>
  <Paragraphs>1304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271595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Chilly</dc:creator>
  <cp:keywords/>
  <dc:description>generated by python-docx</dc:description>
  <cp:lastModifiedBy>Lance Chilly</cp:lastModifiedBy>
  <cp:revision>4</cp:revision>
  <dcterms:created xsi:type="dcterms:W3CDTF">2025-10-15T20:04:00Z</dcterms:created>
  <dcterms:modified xsi:type="dcterms:W3CDTF">2025-10-15T20:17:00Z</dcterms:modified>
  <cp:category/>
</cp:coreProperties>
</file>