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BFC7E" w14:textId="77777777" w:rsidR="00F95956" w:rsidRDefault="001C0BB5">
      <w:pPr>
        <w:spacing w:after="240"/>
      </w:pPr>
      <w:r>
        <w:t>Buried in the Shadows</w:t>
      </w:r>
    </w:p>
    <w:p w14:paraId="0E9262D1" w14:textId="77777777" w:rsidR="00F95956" w:rsidRDefault="001C0BB5">
      <w:pPr>
        <w:spacing w:after="240"/>
      </w:pPr>
      <w:r>
        <w:t>Jessie Martin</w:t>
      </w:r>
    </w:p>
    <w:p w14:paraId="20E594EA" w14:textId="77777777" w:rsidR="00F95956" w:rsidRDefault="001C0BB5">
      <w:pPr>
        <w:spacing w:after="240"/>
      </w:pPr>
      <w:r>
        <w:br/>
      </w:r>
    </w:p>
    <w:p w14:paraId="228E9633" w14:textId="77777777" w:rsidR="00F95956" w:rsidRDefault="001C0BB5">
      <w:pPr>
        <w:spacing w:after="240"/>
      </w:pPr>
      <w:r>
        <w:t>To the stories that once lived in silence, and the voices I finally claimed as my own.</w:t>
      </w:r>
    </w:p>
    <w:p w14:paraId="475AF439" w14:textId="77777777" w:rsidR="00F95956" w:rsidRDefault="001C0BB5">
      <w:pPr>
        <w:spacing w:after="240"/>
      </w:pPr>
      <w:r>
        <w:br/>
      </w:r>
    </w:p>
    <w:p w14:paraId="07581B22" w14:textId="77777777" w:rsidR="00F95956" w:rsidRDefault="001C0BB5">
      <w:pPr>
        <w:spacing w:after="240"/>
      </w:pPr>
      <w:r>
        <w:t>Coming Soon: Bloodlines Reclaimed</w:t>
      </w:r>
    </w:p>
    <w:p w14:paraId="5A159475" w14:textId="77777777" w:rsidR="00F95956" w:rsidRDefault="001C0BB5">
      <w:pPr>
        <w:spacing w:after="240"/>
      </w:pPr>
      <w:r>
        <w:br/>
      </w:r>
    </w:p>
    <w:p w14:paraId="08ED33AF" w14:textId="77777777" w:rsidR="00F95956" w:rsidRDefault="001C0BB5">
      <w:pPr>
        <w:spacing w:after="240"/>
      </w:pPr>
      <w:r>
        <w:t>About the Author</w:t>
      </w:r>
    </w:p>
    <w:p w14:paraId="0EE478A0" w14:textId="77777777" w:rsidR="00F95956" w:rsidRDefault="001C0BB5">
      <w:pPr>
        <w:spacing w:after="240"/>
      </w:pPr>
      <w:r>
        <w:t>Jessie Martin is a dark fantasy author who believes the best stories are born in silence and forged in fire. Buried in the Shadows is a story of loss, legacy, and reclaiming your voice — a journey shaped by memory, magic, and the kind of heroines who refuse to be forgotten. When she’s not conjuring haunted forests or unraveling ancient bloodlines, she’s sipping strong coffee, sketching phoenixes, and crafting worlds filled with both monsters and the women strong enough to face them.</w:t>
      </w:r>
    </w:p>
    <w:p w14:paraId="11F405B8" w14:textId="77777777" w:rsidR="00396F2A" w:rsidRDefault="00396F2A">
      <w:pPr>
        <w:spacing w:after="240"/>
      </w:pPr>
    </w:p>
    <w:p w14:paraId="6D0BA61B" w14:textId="77777777" w:rsidR="00396F2A" w:rsidRDefault="00396F2A">
      <w:pPr>
        <w:spacing w:after="240"/>
      </w:pPr>
    </w:p>
    <w:p w14:paraId="09A5D7AC" w14:textId="77777777" w:rsidR="00396F2A" w:rsidRDefault="00396F2A">
      <w:pPr>
        <w:spacing w:after="240"/>
      </w:pPr>
    </w:p>
    <w:p w14:paraId="6DF44081" w14:textId="77777777" w:rsidR="00F95956" w:rsidRDefault="001C0BB5">
      <w:pPr>
        <w:spacing w:after="240"/>
      </w:pPr>
      <w:r>
        <w:t>Prologue: The Beginning</w:t>
      </w:r>
    </w:p>
    <w:p w14:paraId="4E5B7F69" w14:textId="77777777" w:rsidR="00F95956" w:rsidRDefault="001C0BB5">
      <w:pPr>
        <w:spacing w:after="240"/>
      </w:pPr>
      <w:r>
        <w:t>Somewhere in the Austrian Alps</w:t>
      </w:r>
    </w:p>
    <w:p w14:paraId="2733C460" w14:textId="77777777" w:rsidR="00F95956" w:rsidRDefault="001C0BB5">
      <w:pPr>
        <w:spacing w:after="240"/>
      </w:pPr>
      <w:r>
        <w:t>The freezing wind howled through the trees like a warning, as if the forest itself knew what stalked behind the snow. Tatiana Dragomirova pressed a trembling hand to her swollen belly, wishing her love, Solin—the father of her child—was there as she began whispering a calming spell through chattering teeth. She had no more time. The child was coming—and so was death.</w:t>
      </w:r>
    </w:p>
    <w:p w14:paraId="08015991" w14:textId="77777777" w:rsidR="00F95956" w:rsidRDefault="001C0BB5">
      <w:pPr>
        <w:spacing w:after="240"/>
      </w:pPr>
      <w:r>
        <w:t>She collapsed to her knees, cloaked in shadows, breath steaming in the moonlight. Blood dripped onto the snow beneath her, each drop bright and accusing. She could feel the ancient tether inside her beginning to sever—the moment of birth drawing near.</w:t>
      </w:r>
    </w:p>
    <w:p w14:paraId="36D5B61D" w14:textId="77777777" w:rsidR="00F95956" w:rsidRDefault="001C0BB5">
      <w:pPr>
        <w:spacing w:after="240"/>
      </w:pPr>
      <w:r>
        <w:lastRenderedPageBreak/>
        <w:t>“Not here. Please, not here,” she whispered.</w:t>
      </w:r>
    </w:p>
    <w:p w14:paraId="3FB85758" w14:textId="77777777" w:rsidR="00F95956" w:rsidRDefault="001C0BB5">
      <w:pPr>
        <w:spacing w:after="240"/>
      </w:pPr>
      <w:r>
        <w:t>But the forest gave no mercy.</w:t>
      </w:r>
      <w:r>
        <w:br/>
        <w:t>And neither did Varek Velarov.</w:t>
      </w:r>
    </w:p>
    <w:p w14:paraId="1DFB9886" w14:textId="77777777" w:rsidR="00F95956" w:rsidRDefault="001C0BB5">
      <w:pPr>
        <w:spacing w:after="240"/>
      </w:pPr>
      <w:r>
        <w:t>The sound of footsteps—slow, purposeful—broke through the blizzard. His aura came first: a cold, suffocating darkness that pressed on her lungs. She had felt it before. The night he slaughtered her siblings. The night he erased the Dragomirov name from the ancient rolls. The night he vowed to end her bloodline forever.</w:t>
      </w:r>
    </w:p>
    <w:p w14:paraId="58170014" w14:textId="77777777" w:rsidR="00F95956" w:rsidRDefault="001C0BB5">
      <w:pPr>
        <w:spacing w:after="240"/>
      </w:pPr>
      <w:r>
        <w:t>Now he was close.</w:t>
      </w:r>
    </w:p>
    <w:p w14:paraId="056AF056" w14:textId="77777777" w:rsidR="00F95956" w:rsidRDefault="001C0BB5">
      <w:pPr>
        <w:spacing w:after="240"/>
      </w:pPr>
      <w:r>
        <w:t>She gritted her teeth and forced herself upright, staggering toward the half-hidden cave where she had prepared a birth ward weeks earlier. Her vision blurred with pain as another contraction overtook her. She collapsed inside the warded entrance, placed her hands against the rune-etched stone, and whispered:</w:t>
      </w:r>
    </w:p>
    <w:p w14:paraId="7292CA63" w14:textId="77777777" w:rsidR="00F95956" w:rsidRDefault="001C0BB5">
      <w:pPr>
        <w:spacing w:after="240"/>
      </w:pPr>
      <w:r>
        <w:t>“Protect the child. Take everything else.”</w:t>
      </w:r>
    </w:p>
    <w:p w14:paraId="046B2C2F" w14:textId="77777777" w:rsidR="00F95956" w:rsidRDefault="001C0BB5">
      <w:pPr>
        <w:spacing w:after="240"/>
      </w:pPr>
      <w:r>
        <w:t>Light flared beneath her palms. The cave came alive with old magic.</w:t>
      </w:r>
    </w:p>
    <w:p w14:paraId="1E8AB010" w14:textId="77777777" w:rsidR="00F95956" w:rsidRDefault="001C0BB5">
      <w:pPr>
        <w:spacing w:after="240"/>
      </w:pPr>
      <w:r>
        <w:t>The birth was fast. Violent. Not because of the pain, but because of the desperation. Every second, she feared she would hear his voice in the snow. Every cry from the infant could give her away.</w:t>
      </w:r>
    </w:p>
    <w:p w14:paraId="49911700" w14:textId="77777777" w:rsidR="00F95956" w:rsidRDefault="001C0BB5">
      <w:pPr>
        <w:spacing w:after="240"/>
      </w:pPr>
      <w:r>
        <w:t>And then, as the magic surged and her strength faded, a wail filled the cave.</w:t>
      </w:r>
      <w:r>
        <w:br/>
        <w:t>A girl.</w:t>
      </w:r>
      <w:r>
        <w:br/>
        <w:t>Small. Fierce. Bright-eyed.</w:t>
      </w:r>
    </w:p>
    <w:p w14:paraId="5E2C35E3" w14:textId="77777777" w:rsidR="00F95956" w:rsidRDefault="001C0BB5">
      <w:pPr>
        <w:spacing w:after="240"/>
      </w:pPr>
      <w:r>
        <w:t>Her daughter.</w:t>
      </w:r>
      <w:r>
        <w:br/>
        <w:t>Her last chance.</w:t>
      </w:r>
    </w:p>
    <w:p w14:paraId="611C2BF7" w14:textId="77777777" w:rsidR="00F95956" w:rsidRDefault="001C0BB5">
      <w:pPr>
        <w:spacing w:after="240"/>
      </w:pPr>
      <w:r>
        <w:t>“Alizon,” she whispered, cradling the child to her chest. “You are everything.”</w:t>
      </w:r>
    </w:p>
    <w:p w14:paraId="10CF8F28" w14:textId="77777777" w:rsidR="00F95956" w:rsidRDefault="001C0BB5">
      <w:pPr>
        <w:spacing w:after="240"/>
      </w:pPr>
      <w:r>
        <w:t>Tears slid down her cheeks, but there was no time to grieve. No time to celebrate. She wrapped the infant in warm cloth, pressed a kiss on her dark hair, and whispered the first of many lies.</w:t>
      </w:r>
    </w:p>
    <w:p w14:paraId="05B39EA4" w14:textId="77777777" w:rsidR="00F95956" w:rsidRDefault="001C0BB5">
      <w:pPr>
        <w:spacing w:after="240"/>
      </w:pPr>
      <w:r>
        <w:t>🖤 Years Later — Somewhere in the Black Forest</w:t>
      </w:r>
    </w:p>
    <w:p w14:paraId="56D9BA64" w14:textId="77777777" w:rsidR="00F95956" w:rsidRDefault="001C0BB5">
      <w:pPr>
        <w:spacing w:after="240"/>
      </w:pPr>
      <w:r>
        <w:t>“Who am I?” the child asked.</w:t>
      </w:r>
      <w:r>
        <w:br/>
        <w:t>She was ten now—clever, fast, and stubborn as fire.</w:t>
      </w:r>
    </w:p>
    <w:p w14:paraId="79D06CBC" w14:textId="77777777" w:rsidR="00F95956" w:rsidRDefault="001C0BB5">
      <w:pPr>
        <w:spacing w:after="240"/>
      </w:pPr>
      <w:r>
        <w:lastRenderedPageBreak/>
        <w:t>Tatiana smiled sadly. “You are Alizon Kirov. Your parents were killed in a rogue vampire raid when you were just a baby. I… was your mother’s friend. I promised to protect you.”</w:t>
      </w:r>
    </w:p>
    <w:p w14:paraId="4BE86367" w14:textId="77777777" w:rsidR="00F95956" w:rsidRDefault="001C0BB5">
      <w:pPr>
        <w:spacing w:after="240"/>
      </w:pPr>
      <w:r>
        <w:t>Alizon frowned. “Why don’t I remember them?”</w:t>
      </w:r>
    </w:p>
    <w:p w14:paraId="2D3A510B" w14:textId="77777777" w:rsidR="00F95956" w:rsidRDefault="001C0BB5">
      <w:pPr>
        <w:spacing w:after="240"/>
      </w:pPr>
      <w:r>
        <w:t>Tatiana knelt and brushed the girl’s cheek. “Because I had to erase those memories to keep you safe. Even a scrap of your true bloodline could be used against you.”</w:t>
      </w:r>
    </w:p>
    <w:p w14:paraId="3143D8AE" w14:textId="77777777" w:rsidR="00F95956" w:rsidRDefault="001C0BB5">
      <w:pPr>
        <w:spacing w:after="240"/>
      </w:pPr>
      <w:r>
        <w:t>Alizon tilted her head. “What were they like?”</w:t>
      </w:r>
    </w:p>
    <w:p w14:paraId="12DC6235" w14:textId="77777777" w:rsidR="00F95956" w:rsidRDefault="001C0BB5">
      <w:pPr>
        <w:spacing w:after="240"/>
      </w:pPr>
      <w:r>
        <w:t>Tatiana swallowed hard. “Brave. And kind. And very proud of you.”</w:t>
      </w:r>
    </w:p>
    <w:p w14:paraId="2BB03A4F" w14:textId="77777777" w:rsidR="00F95956" w:rsidRDefault="001C0BB5">
      <w:pPr>
        <w:spacing w:after="240"/>
      </w:pPr>
      <w:r>
        <w:t>And it was true.</w:t>
      </w:r>
      <w:r>
        <w:br/>
        <w:t>Just not in the way Alizon believed.</w:t>
      </w:r>
    </w:p>
    <w:p w14:paraId="22B9C53D" w14:textId="77777777" w:rsidR="00F95956" w:rsidRDefault="001C0BB5">
      <w:pPr>
        <w:spacing w:after="240"/>
      </w:pPr>
      <w:r>
        <w:t>⚔️ Tatiana’s Final Stand — Romania, 15 Years Ago</w:t>
      </w:r>
    </w:p>
    <w:p w14:paraId="4BD07526" w14:textId="77777777" w:rsidR="00F95956" w:rsidRDefault="001C0BB5">
      <w:pPr>
        <w:spacing w:after="240"/>
      </w:pPr>
      <w:r>
        <w:t>The sky bled red over the ruins of an abandoned church—their final safehouse.</w:t>
      </w:r>
    </w:p>
    <w:p w14:paraId="172B114B" w14:textId="77777777" w:rsidR="00F95956" w:rsidRDefault="001C0BB5">
      <w:pPr>
        <w:spacing w:after="240"/>
      </w:pPr>
      <w:r>
        <w:t>Alizon was asleep below, locked in a protection ward that Tatiana had prepared at great cost.</w:t>
      </w:r>
      <w:r>
        <w:br/>
        <w:t>She knew Varek was coming.</w:t>
      </w:r>
      <w:r>
        <w:br/>
        <w:t>She had summoned him.</w:t>
      </w:r>
    </w:p>
    <w:p w14:paraId="6A431F98" w14:textId="77777777" w:rsidR="00F95956" w:rsidRDefault="001C0BB5">
      <w:pPr>
        <w:spacing w:after="240"/>
      </w:pPr>
      <w:r>
        <w:t>She stood in the nave, weapons drawn, magic burning in her veins like acid. Her limbs shook—not with fear, but with the weight of what she was about to do.</w:t>
      </w:r>
    </w:p>
    <w:p w14:paraId="2C1FF0A6" w14:textId="77777777" w:rsidR="00F95956" w:rsidRDefault="001C0BB5">
      <w:pPr>
        <w:spacing w:after="240"/>
      </w:pPr>
      <w:r>
        <w:t>He arrived as expected, cloaked in black and arrogance.</w:t>
      </w:r>
    </w:p>
    <w:p w14:paraId="605FCF65" w14:textId="77777777" w:rsidR="00F95956" w:rsidRDefault="001C0BB5">
      <w:pPr>
        <w:spacing w:after="240"/>
      </w:pPr>
      <w:r>
        <w:t>“Still playing the mother?” he sneered. “You should have handed the child over. I could have made it quick.”</w:t>
      </w:r>
    </w:p>
    <w:p w14:paraId="56A42D48" w14:textId="77777777" w:rsidR="00F95956" w:rsidRDefault="001C0BB5">
      <w:pPr>
        <w:spacing w:after="240"/>
      </w:pPr>
      <w:r>
        <w:t>“She’s not for you,” Tatiana spat. “She is the last of a bloodline you’ll never understand.”</w:t>
      </w:r>
    </w:p>
    <w:p w14:paraId="736A09F4" w14:textId="77777777" w:rsidR="00F95956" w:rsidRDefault="001C0BB5">
      <w:pPr>
        <w:spacing w:after="240"/>
      </w:pPr>
      <w:r>
        <w:t>Varek smirked. “Oh, I understand perfectly. Which is why she must die screaming.”</w:t>
      </w:r>
    </w:p>
    <w:p w14:paraId="460CDDEF" w14:textId="77777777" w:rsidR="00F95956" w:rsidRDefault="001C0BB5">
      <w:pPr>
        <w:spacing w:after="240"/>
      </w:pPr>
      <w:r>
        <w:t>Their fight cracked the earth.</w:t>
      </w:r>
    </w:p>
    <w:p w14:paraId="76AB033F" w14:textId="77777777" w:rsidR="00F95956" w:rsidRDefault="001C0BB5">
      <w:pPr>
        <w:spacing w:after="240"/>
      </w:pPr>
      <w:r>
        <w:t>Blades clashed. Magic tore stone from mortar. Blood sprayed the altar. Tatiana fought like no mother had fought before—because she knew there was no after. This was the end of the line.</w:t>
      </w:r>
    </w:p>
    <w:p w14:paraId="19A87788" w14:textId="77777777" w:rsidR="00F95956" w:rsidRDefault="001C0BB5">
      <w:pPr>
        <w:spacing w:after="240"/>
      </w:pPr>
      <w:r>
        <w:t>Finally, as she fell to her knees, blood pooling beneath her, she whispered her final spell.</w:t>
      </w:r>
    </w:p>
    <w:p w14:paraId="6EFE68C1" w14:textId="77777777" w:rsidR="00F95956" w:rsidRDefault="001C0BB5">
      <w:pPr>
        <w:spacing w:after="240"/>
      </w:pPr>
      <w:r>
        <w:t>“Forget. All of it.”</w:t>
      </w:r>
    </w:p>
    <w:p w14:paraId="3105B7D7" w14:textId="77777777" w:rsidR="00F95956" w:rsidRDefault="001C0BB5">
      <w:pPr>
        <w:spacing w:after="240"/>
      </w:pPr>
      <w:r>
        <w:lastRenderedPageBreak/>
        <w:t>The magic flared like sun fire.</w:t>
      </w:r>
    </w:p>
    <w:p w14:paraId="436A732B" w14:textId="77777777" w:rsidR="00F95956" w:rsidRDefault="001C0BB5">
      <w:pPr>
        <w:spacing w:after="240"/>
      </w:pPr>
      <w:r>
        <w:t>Down below, Alizon’s eyes fluttered. She forgot her mother’s voice. Her real name. The truth of her birth. All of it, buried under a web of protective memory wards.</w:t>
      </w:r>
    </w:p>
    <w:p w14:paraId="65D11E12" w14:textId="77777777" w:rsidR="00F95956" w:rsidRDefault="001C0BB5">
      <w:pPr>
        <w:spacing w:after="240"/>
      </w:pPr>
      <w:r>
        <w:t>Tatiana’s last thought was not of vengeance, but of peace.</w:t>
      </w:r>
      <w:r>
        <w:br/>
        <w:t>That Alizon might live long enough to discover who she truly was… in her own time.</w:t>
      </w:r>
    </w:p>
    <w:p w14:paraId="227B967F" w14:textId="77777777" w:rsidR="00F95956" w:rsidRDefault="001C0BB5">
      <w:pPr>
        <w:spacing w:after="240"/>
      </w:pPr>
      <w:r>
        <w:t>Chapter 1 – Alizon</w:t>
      </w:r>
    </w:p>
    <w:p w14:paraId="7A494692" w14:textId="77777777" w:rsidR="00F95956" w:rsidRDefault="001C0BB5">
      <w:pPr>
        <w:spacing w:after="240"/>
      </w:pPr>
      <w:r>
        <w:t>The early evening sun streamed through the antique windows of Rafe’s apartment, bathing the bedroom in a warm glow as Alizon unpacked the last of her clothes. She had never believed she would feel safe anywhere—let alone in the arms of a man she trusted.</w:t>
      </w:r>
    </w:p>
    <w:p w14:paraId="68255755" w14:textId="77777777" w:rsidR="00F95956" w:rsidRDefault="001C0BB5">
      <w:pPr>
        <w:spacing w:after="240"/>
      </w:pPr>
      <w:r>
        <w:t>She had trained for years not to depend on anyone. But with Rafe, it had been different. Too fast. Too deep. Like a rip current she hadn’t seen coming. He told her he loved her. He asked her to move in.</w:t>
      </w:r>
    </w:p>
    <w:p w14:paraId="7B94414D" w14:textId="77777777" w:rsidR="00F95956" w:rsidRDefault="001C0BB5">
      <w:pPr>
        <w:spacing w:after="240"/>
      </w:pPr>
      <w:r>
        <w:t>Now here she was, hanging a simple black dress in the wardrobe beside his tailored suits. Her fingers brushed over the fabric, trying to imagine a future that felt, for once, like more than survival.</w:t>
      </w:r>
    </w:p>
    <w:p w14:paraId="019A169F" w14:textId="77777777" w:rsidR="00F95956" w:rsidRDefault="001C0BB5">
      <w:pPr>
        <w:spacing w:after="240"/>
      </w:pPr>
      <w:r>
        <w:t>A flicker. Like heat lightning behind her eyes.</w:t>
      </w:r>
    </w:p>
    <w:p w14:paraId="0F6277C1" w14:textId="77777777" w:rsidR="00F95956" w:rsidRDefault="001C0BB5">
      <w:pPr>
        <w:spacing w:after="240"/>
      </w:pPr>
      <w:r>
        <w:t>She staggered slightly, gripping the wardrobe door as a memory surged from nowhere—</w:t>
      </w:r>
    </w:p>
    <w:p w14:paraId="4F98DE1C" w14:textId="77777777" w:rsidR="00F95956" w:rsidRDefault="001C0BB5">
      <w:pPr>
        <w:spacing w:after="240"/>
      </w:pPr>
      <w:r>
        <w:t>🌕 Memory – The Blood Moon Ritual</w:t>
      </w:r>
    </w:p>
    <w:p w14:paraId="368DC9F4" w14:textId="77777777" w:rsidR="00F95956" w:rsidRDefault="001C0BB5">
      <w:pPr>
        <w:spacing w:after="240"/>
      </w:pPr>
      <w:r>
        <w:t>She is small. Barefoot. The night air is cold against her skin.</w:t>
      </w:r>
    </w:p>
    <w:p w14:paraId="7889557A" w14:textId="77777777" w:rsidR="00F95956" w:rsidRDefault="001C0BB5">
      <w:pPr>
        <w:spacing w:after="240"/>
      </w:pPr>
      <w:r>
        <w:t>She stands within a circle of stone, firelight flickering in her wide eyes. Above, the moon is red. Heavy. Watching.</w:t>
      </w:r>
    </w:p>
    <w:p w14:paraId="47A1203B" w14:textId="77777777" w:rsidR="00F95956" w:rsidRDefault="001C0BB5">
      <w:pPr>
        <w:spacing w:after="240"/>
      </w:pPr>
      <w:r>
        <w:t>Voices chant around her—feminine, ancient. A language she does not understand, but her bones seem to know.</w:t>
      </w:r>
    </w:p>
    <w:p w14:paraId="0B5E5B77" w14:textId="77777777" w:rsidR="00F95956" w:rsidRDefault="001C0BB5">
      <w:pPr>
        <w:spacing w:after="240"/>
      </w:pPr>
      <w:r>
        <w:t>Someone—hooded, faceless—places a rune-carved stone into her palm.</w:t>
      </w:r>
    </w:p>
    <w:p w14:paraId="3DE7AA83" w14:textId="77777777" w:rsidR="00F95956" w:rsidRDefault="001C0BB5">
      <w:pPr>
        <w:spacing w:after="240"/>
      </w:pPr>
      <w:r>
        <w:t>“You must focus,” the voice says gently. “Call the flame.”</w:t>
      </w:r>
    </w:p>
    <w:p w14:paraId="7B854BF6" w14:textId="77777777" w:rsidR="00F95956" w:rsidRDefault="001C0BB5">
      <w:pPr>
        <w:spacing w:after="240"/>
      </w:pPr>
      <w:r>
        <w:t>She hesitates, then closes her eyes. Words rise from somewhere deep—older than language.</w:t>
      </w:r>
    </w:p>
    <w:p w14:paraId="43C01D8B" w14:textId="77777777" w:rsidR="00F95956" w:rsidRDefault="001C0BB5">
      <w:pPr>
        <w:spacing w:after="240"/>
      </w:pPr>
      <w:r>
        <w:t>The fire in the circle explodes upward in a violet column.</w:t>
      </w:r>
    </w:p>
    <w:p w14:paraId="3C3A3D08" w14:textId="77777777" w:rsidR="00F95956" w:rsidRDefault="001C0BB5">
      <w:pPr>
        <w:spacing w:after="240"/>
      </w:pPr>
      <w:r>
        <w:t>Gasps. A scream. A woman falls back.</w:t>
      </w:r>
    </w:p>
    <w:p w14:paraId="21442616" w14:textId="77777777" w:rsidR="00F95956" w:rsidRDefault="001C0BB5">
      <w:pPr>
        <w:spacing w:after="240"/>
      </w:pPr>
      <w:r>
        <w:lastRenderedPageBreak/>
        <w:t>“She carries too much.”</w:t>
      </w:r>
      <w:r>
        <w:br/>
        <w:t>“It’s awakening too soon.”</w:t>
      </w:r>
      <w:r>
        <w:br/>
        <w:t>“She doesn’t even know her name.”</w:t>
      </w:r>
    </w:p>
    <w:p w14:paraId="4E75ED16" w14:textId="77777777" w:rsidR="00F95956" w:rsidRDefault="001C0BB5">
      <w:pPr>
        <w:spacing w:after="240"/>
      </w:pPr>
      <w:r>
        <w:t>The fire flickers. For one moment, it takes the shape of a dragon curling around a crescent moon.</w:t>
      </w:r>
    </w:p>
    <w:p w14:paraId="1D154FB1" w14:textId="77777777" w:rsidR="00F95956" w:rsidRDefault="001C0BB5">
      <w:pPr>
        <w:spacing w:after="240"/>
      </w:pPr>
      <w:r>
        <w:t>And then—</w:t>
      </w:r>
    </w:p>
    <w:p w14:paraId="559F05F4" w14:textId="77777777" w:rsidR="00F95956" w:rsidRDefault="001C0BB5">
      <w:pPr>
        <w:spacing w:after="240"/>
      </w:pPr>
      <w:r>
        <w:t>Reality</w:t>
      </w:r>
    </w:p>
    <w:p w14:paraId="50B43483" w14:textId="77777777" w:rsidR="00F95956" w:rsidRDefault="001C0BB5">
      <w:pPr>
        <w:spacing w:after="240"/>
      </w:pPr>
      <w:r>
        <w:t>Alizon blinked, gasping.</w:t>
      </w:r>
    </w:p>
    <w:p w14:paraId="2C4F5B62" w14:textId="77777777" w:rsidR="00F95956" w:rsidRDefault="001C0BB5">
      <w:pPr>
        <w:spacing w:after="240"/>
      </w:pPr>
      <w:r>
        <w:t>The wardrobe door slammed shut from the momentum of her grip.</w:t>
      </w:r>
    </w:p>
    <w:p w14:paraId="7B71979D" w14:textId="77777777" w:rsidR="00F95956" w:rsidRDefault="001C0BB5">
      <w:pPr>
        <w:spacing w:after="240"/>
      </w:pPr>
      <w:r>
        <w:t>Her heart thundered.</w:t>
      </w:r>
    </w:p>
    <w:p w14:paraId="4FD25A25" w14:textId="77777777" w:rsidR="00F95956" w:rsidRDefault="001C0BB5">
      <w:pPr>
        <w:spacing w:after="240"/>
      </w:pPr>
      <w:r>
        <w:t>What—what was that?</w:t>
      </w:r>
    </w:p>
    <w:p w14:paraId="53D91DE0" w14:textId="77777777" w:rsidR="00F95956" w:rsidRDefault="001C0BB5">
      <w:pPr>
        <w:spacing w:after="240"/>
      </w:pPr>
      <w:r>
        <w:t>A dream? A spell backlash? No. That had been real.</w:t>
      </w:r>
    </w:p>
    <w:p w14:paraId="4B5BEB72" w14:textId="77777777" w:rsidR="00F95956" w:rsidRDefault="001C0BB5">
      <w:pPr>
        <w:spacing w:after="240"/>
      </w:pPr>
      <w:r>
        <w:t>A memory.</w:t>
      </w:r>
    </w:p>
    <w:p w14:paraId="206462C9" w14:textId="77777777" w:rsidR="00F95956" w:rsidRDefault="001C0BB5">
      <w:pPr>
        <w:spacing w:after="240"/>
      </w:pPr>
      <w:r>
        <w:t>She had no time to process it.</w:t>
      </w:r>
    </w:p>
    <w:p w14:paraId="462E81DA" w14:textId="77777777" w:rsidR="00F95956" w:rsidRDefault="001C0BB5">
      <w:pPr>
        <w:spacing w:after="240"/>
      </w:pPr>
      <w:r>
        <w:t>The sound of voices drifted in from the hall—light laughter, then Rafe’s voice.</w:t>
      </w:r>
    </w:p>
    <w:p w14:paraId="013850F4" w14:textId="77777777" w:rsidR="00F95956" w:rsidRDefault="001C0BB5">
      <w:pPr>
        <w:spacing w:after="240"/>
      </w:pPr>
      <w:r>
        <w:t>She hesitated.</w:t>
      </w:r>
    </w:p>
    <w:p w14:paraId="6886626D" w14:textId="77777777" w:rsidR="00F95956" w:rsidRDefault="001C0BB5">
      <w:pPr>
        <w:spacing w:after="240"/>
      </w:pPr>
      <w:r>
        <w:t>Then the other voice came, honey-sweet and dripping with familiarity. A woman.</w:t>
      </w:r>
    </w:p>
    <w:p w14:paraId="067ADBE0" w14:textId="77777777" w:rsidR="00F95956" w:rsidRDefault="001C0BB5">
      <w:pPr>
        <w:spacing w:after="240"/>
      </w:pPr>
      <w:r>
        <w:t>Alizon’s heart dropped.</w:t>
      </w:r>
    </w:p>
    <w:p w14:paraId="3251CB03" w14:textId="77777777" w:rsidR="00F95956" w:rsidRDefault="001C0BB5">
      <w:pPr>
        <w:spacing w:after="240"/>
      </w:pPr>
      <w:r>
        <w:t>She stepped quietly toward the door, her senses prickling with old instincts. Peering around the frame, she saw them—Rafe, standing in the entryway, with a stunning blonde woman wrapped around him. The woman’s lips pressed against his neck, and then his mouth. She kissed him with ownership.</w:t>
      </w:r>
    </w:p>
    <w:p w14:paraId="06E5F322" w14:textId="77777777" w:rsidR="00F95956" w:rsidRDefault="001C0BB5">
      <w:pPr>
        <w:spacing w:after="240"/>
      </w:pPr>
      <w:r>
        <w:t>Alizon’s breath caught.</w:t>
      </w:r>
    </w:p>
    <w:p w14:paraId="3EAD05F1" w14:textId="77777777" w:rsidR="00F95956" w:rsidRDefault="001C0BB5">
      <w:pPr>
        <w:spacing w:after="240"/>
      </w:pPr>
      <w:r>
        <w:t>"I can’t wait for the wedding," the woman said softly, caressing his chest. "Your mother will be so pleased."</w:t>
      </w:r>
    </w:p>
    <w:p w14:paraId="0EC9B6EF" w14:textId="77777777" w:rsidR="00F95956" w:rsidRDefault="001C0BB5">
      <w:pPr>
        <w:spacing w:after="240"/>
      </w:pPr>
      <w:r>
        <w:t>Then the door opened behind them. And time stopped.</w:t>
      </w:r>
    </w:p>
    <w:p w14:paraId="6B7BB421" w14:textId="77777777" w:rsidR="00F95956" w:rsidRDefault="001C0BB5">
      <w:pPr>
        <w:spacing w:after="240"/>
      </w:pPr>
      <w:r>
        <w:t>Varek Velarov entered the room.</w:t>
      </w:r>
    </w:p>
    <w:p w14:paraId="03BA56DE" w14:textId="77777777" w:rsidR="00F95956" w:rsidRDefault="001C0BB5">
      <w:pPr>
        <w:spacing w:after="240"/>
      </w:pPr>
      <w:r>
        <w:lastRenderedPageBreak/>
        <w:t>His presence sucked the air out of the hall. Tall, regal, and ancient, with eyes that glinted like obsidians. His aura twisted the shadows, an oppressive cold bleeding into the warmth of the manor.</w:t>
      </w:r>
    </w:p>
    <w:p w14:paraId="1EA34650" w14:textId="77777777" w:rsidR="00F95956" w:rsidRDefault="001C0BB5">
      <w:pPr>
        <w:spacing w:after="240"/>
      </w:pPr>
      <w:r>
        <w:t>Her enemy. The butcher of her bloodline. The one who murdered Tatiana.</w:t>
      </w:r>
    </w:p>
    <w:p w14:paraId="78CD1F5C" w14:textId="77777777" w:rsidR="00F95956" w:rsidRDefault="001C0BB5">
      <w:pPr>
        <w:spacing w:after="240"/>
      </w:pPr>
      <w:r>
        <w:t>He walked in like he owned the place, kissed the woman’s cheek, and turned to Rafe with a smile.</w:t>
      </w:r>
    </w:p>
    <w:p w14:paraId="70390461" w14:textId="77777777" w:rsidR="00F95956" w:rsidRDefault="001C0BB5">
      <w:pPr>
        <w:spacing w:after="240"/>
      </w:pPr>
      <w:r>
        <w:t>"My future son-in-law," he said, extending his hand.</w:t>
      </w:r>
    </w:p>
    <w:p w14:paraId="5669F619" w14:textId="77777777" w:rsidR="00F95956" w:rsidRDefault="001C0BB5">
      <w:pPr>
        <w:spacing w:after="240"/>
      </w:pPr>
      <w:r>
        <w:t>Alizon’s entire body turned to ice.</w:t>
      </w:r>
    </w:p>
    <w:p w14:paraId="3A12F679" w14:textId="77777777" w:rsidR="00F95956" w:rsidRDefault="001C0BB5">
      <w:pPr>
        <w:spacing w:after="240"/>
      </w:pPr>
      <w:r>
        <w:t>Rafe smiled. Shook his hand.</w:t>
      </w:r>
    </w:p>
    <w:p w14:paraId="04864E30" w14:textId="77777777" w:rsidR="00F95956" w:rsidRDefault="001C0BB5">
      <w:pPr>
        <w:spacing w:after="240"/>
      </w:pPr>
      <w:r>
        <w:t>And at that moment, Alizon understood everything. The betrayal. The danger. The trap.</w:t>
      </w:r>
    </w:p>
    <w:p w14:paraId="2F722CD4" w14:textId="77777777" w:rsidR="00F95956" w:rsidRDefault="001C0BB5">
      <w:pPr>
        <w:spacing w:after="240"/>
      </w:pPr>
      <w:r>
        <w:t>She did not wait to see more.</w:t>
      </w:r>
    </w:p>
    <w:p w14:paraId="4A2E8CFE" w14:textId="77777777" w:rsidR="00F95956" w:rsidRDefault="001C0BB5">
      <w:pPr>
        <w:spacing w:after="240"/>
      </w:pPr>
      <w:r>
        <w:t>She stepped silently back into the bedroom, closing the wardrobe with a soft click. Her hands shook as she grabbed the duffel by the bed, yanking open the drawer where she had stashed her emergency documents. Fake ID. Cash. Burn phone. All she had left of her escape plans.</w:t>
      </w:r>
    </w:p>
    <w:p w14:paraId="76E3CD27" w14:textId="77777777" w:rsidR="00F95956" w:rsidRDefault="001C0BB5">
      <w:pPr>
        <w:spacing w:after="240"/>
      </w:pPr>
      <w:r>
        <w:t>She moved to the window. The manor was high, but she had climbed higher. She slipped over the sill like a shadow and dropped silently into the hedges below.</w:t>
      </w:r>
    </w:p>
    <w:p w14:paraId="1C424C0E" w14:textId="77777777" w:rsidR="00F95956" w:rsidRDefault="001C0BB5">
      <w:pPr>
        <w:spacing w:after="240"/>
      </w:pPr>
      <w:r>
        <w:t>She did not look back.</w:t>
      </w:r>
    </w:p>
    <w:p w14:paraId="366C645E" w14:textId="77777777" w:rsidR="00F95956" w:rsidRDefault="001C0BB5">
      <w:pPr>
        <w:spacing w:after="240"/>
      </w:pPr>
      <w:r>
        <w:t>✈️ Later That Night – Somewhere Over the Atlantic</w:t>
      </w:r>
    </w:p>
    <w:p w14:paraId="77533539" w14:textId="77777777" w:rsidR="00F95956" w:rsidRDefault="001C0BB5">
      <w:pPr>
        <w:spacing w:after="240"/>
      </w:pPr>
      <w:r>
        <w:t>Alizon sat by the airplane window, hoodie pulled up, face glamoured by a low-level concealment spell. Her pulse finally slowed, but the weight in her chest had settled into something colder.</w:t>
      </w:r>
    </w:p>
    <w:p w14:paraId="4E2DCC0F" w14:textId="77777777" w:rsidR="00F95956" w:rsidRDefault="001C0BB5">
      <w:pPr>
        <w:spacing w:after="240"/>
      </w:pPr>
      <w:r>
        <w:t>Resolve.</w:t>
      </w:r>
    </w:p>
    <w:p w14:paraId="4DFA3B22" w14:textId="77777777" w:rsidR="00F95956" w:rsidRDefault="001C0BB5">
      <w:pPr>
        <w:spacing w:after="240"/>
      </w:pPr>
      <w:r>
        <w:t>She was no longer Alizon Roman.</w:t>
      </w:r>
      <w:r>
        <w:br/>
        <w:t>Or even Alizon Kirov.</w:t>
      </w:r>
      <w:r>
        <w:br/>
        <w:t>Her name was buried in the shadows.</w:t>
      </w:r>
      <w:r>
        <w:br/>
        <w:t>And the world had forgotten her.</w:t>
      </w:r>
    </w:p>
    <w:p w14:paraId="13BB5F78" w14:textId="77777777" w:rsidR="00F95956" w:rsidRDefault="001C0BB5">
      <w:pPr>
        <w:spacing w:after="240"/>
      </w:pPr>
      <w:r>
        <w:t>Just the way it had been told to.</w:t>
      </w:r>
    </w:p>
    <w:p w14:paraId="164A4973" w14:textId="77777777" w:rsidR="00F95956" w:rsidRDefault="001C0BB5">
      <w:pPr>
        <w:spacing w:after="240"/>
      </w:pPr>
      <w:r>
        <w:t>📓 Journaling Scene</w:t>
      </w:r>
    </w:p>
    <w:p w14:paraId="3AF085DD" w14:textId="77777777" w:rsidR="00F95956" w:rsidRDefault="001C0BB5">
      <w:pPr>
        <w:spacing w:after="240"/>
      </w:pPr>
      <w:r>
        <w:lastRenderedPageBreak/>
        <w:t>She pulled a small leather-bound book from the bottom of her bag. Most of the pages were filled with mission notes, loose sketches of runes, and dead-end sigil research.</w:t>
      </w:r>
    </w:p>
    <w:p w14:paraId="384C34E5" w14:textId="77777777" w:rsidR="00F95956" w:rsidRDefault="001C0BB5">
      <w:pPr>
        <w:spacing w:after="240"/>
      </w:pPr>
      <w:r>
        <w:t>But now she turned to a blank page.</w:t>
      </w:r>
    </w:p>
    <w:p w14:paraId="5E960537" w14:textId="77777777" w:rsidR="00F95956" w:rsidRDefault="001C0BB5">
      <w:pPr>
        <w:spacing w:after="240"/>
      </w:pPr>
      <w:r>
        <w:t>ENTRY – UNKNOWN MEMORY, BLOOD MOON</w:t>
      </w:r>
    </w:p>
    <w:p w14:paraId="3C52E885" w14:textId="77777777" w:rsidR="00F95956" w:rsidRDefault="001C0BB5">
      <w:pPr>
        <w:spacing w:after="240"/>
      </w:pPr>
      <w:r>
        <w:t>I saw myself. A child. In a ritual circle under a red moon.</w:t>
      </w:r>
      <w:r>
        <w:br/>
        <w:t>I felt the magic—my magic. I didn’t just call fire—I commanded it.</w:t>
      </w:r>
      <w:r>
        <w:br/>
        <w:t>Someone said I was awakening too soon.</w:t>
      </w:r>
      <w:r>
        <w:br/>
        <w:t>Someone said I didn’t even know my name.</w:t>
      </w:r>
    </w:p>
    <w:p w14:paraId="53AF127A" w14:textId="77777777" w:rsidR="00F95956" w:rsidRDefault="001C0BB5">
      <w:pPr>
        <w:spacing w:after="240"/>
      </w:pPr>
      <w:r>
        <w:t>What name did they mean?</w:t>
      </w:r>
    </w:p>
    <w:p w14:paraId="7E64BC31" w14:textId="77777777" w:rsidR="00F95956" w:rsidRDefault="001C0BB5">
      <w:pPr>
        <w:spacing w:after="240"/>
      </w:pPr>
      <w:r>
        <w:t>She stared at the words.</w:t>
      </w:r>
    </w:p>
    <w:p w14:paraId="799496E3" w14:textId="77777777" w:rsidR="00F95956" w:rsidRDefault="001C0BB5">
      <w:pPr>
        <w:spacing w:after="240"/>
      </w:pPr>
      <w:r>
        <w:t>Tatiana had always told her she was adopted. That her parents were victims. That her magic was inherited, but weak.</w:t>
      </w:r>
    </w:p>
    <w:p w14:paraId="546D82AB" w14:textId="77777777" w:rsidR="00F95956" w:rsidRDefault="001C0BB5">
      <w:pPr>
        <w:spacing w:after="240"/>
      </w:pPr>
      <w:r>
        <w:t>Lies.</w:t>
      </w:r>
    </w:p>
    <w:p w14:paraId="083AABDF" w14:textId="77777777" w:rsidR="00F95956" w:rsidRDefault="001C0BB5">
      <w:pPr>
        <w:spacing w:after="240"/>
      </w:pPr>
      <w:r>
        <w:t>More memories would come.</w:t>
      </w:r>
      <w:r>
        <w:br/>
        <w:t>She could feel it.</w:t>
      </w:r>
      <w:r>
        <w:br/>
        <w:t>And when they did, she’d be ready.</w:t>
      </w:r>
    </w:p>
    <w:p w14:paraId="4DE04401" w14:textId="77777777" w:rsidR="00F95956" w:rsidRDefault="001C0BB5">
      <w:pPr>
        <w:spacing w:after="240"/>
      </w:pPr>
      <w:r>
        <w:t>She turned the page and drew the flame she’d seen.</w:t>
      </w:r>
      <w:r>
        <w:br/>
        <w:t>A dragon.</w:t>
      </w:r>
      <w:r>
        <w:br/>
        <w:t>Wrapped around a crescent moon.</w:t>
      </w:r>
    </w:p>
    <w:p w14:paraId="2F9DCAD5" w14:textId="77777777" w:rsidR="00F95956" w:rsidRDefault="001C0BB5">
      <w:pPr>
        <w:spacing w:after="240"/>
      </w:pPr>
      <w:r>
        <w:t>And in her bones, something ancient stirred.</w:t>
      </w:r>
    </w:p>
    <w:p w14:paraId="537B1981" w14:textId="77777777" w:rsidR="00F95956" w:rsidRDefault="001C0BB5">
      <w:pPr>
        <w:spacing w:after="240"/>
      </w:pPr>
      <w:r>
        <w:t>Chapter 2 – Arrival</w:t>
      </w:r>
    </w:p>
    <w:p w14:paraId="348E58AF" w14:textId="77777777" w:rsidR="00F95956" w:rsidRDefault="001C0BB5">
      <w:pPr>
        <w:spacing w:after="240"/>
      </w:pPr>
      <w:r>
        <w:t>New York City – Present Day</w:t>
      </w:r>
      <w:r>
        <w:br/>
        <w:t>Rain streaked the blacked-out windows of the limousine as it wound through the alleys of Brooklyn, far from the glitter of the skyline. Alizon sat in silence, hoodie pulled low, glamour spell laced just under her skin. Her face looked… different. Less angular. Paler. Her eyes were an ordinary brown instead of violet flame.</w:t>
      </w:r>
    </w:p>
    <w:p w14:paraId="53ECFDDA" w14:textId="77777777" w:rsidR="00F95956" w:rsidRDefault="001C0BB5">
      <w:pPr>
        <w:spacing w:after="240"/>
      </w:pPr>
      <w:r>
        <w:t>She watched the city blur past, her fingers tracing silent sigils against the glass.</w:t>
      </w:r>
    </w:p>
    <w:p w14:paraId="45D36A96" w14:textId="77777777" w:rsidR="00F95956" w:rsidRDefault="001C0BB5">
      <w:pPr>
        <w:spacing w:after="240"/>
      </w:pPr>
      <w:r>
        <w:t>No one would know her here. No one should.</w:t>
      </w:r>
    </w:p>
    <w:p w14:paraId="5AACE6E4" w14:textId="77777777" w:rsidR="00F95956" w:rsidRDefault="001C0BB5">
      <w:pPr>
        <w:spacing w:after="240"/>
      </w:pPr>
      <w:r>
        <w:t>The car slowed. The driver—silent since pickup—glanced at her once in the mirror. His eyes reflected gold. Not human.</w:t>
      </w:r>
    </w:p>
    <w:p w14:paraId="36228FF8" w14:textId="77777777" w:rsidR="00F95956" w:rsidRDefault="001C0BB5">
      <w:pPr>
        <w:spacing w:after="240"/>
      </w:pPr>
      <w:r>
        <w:lastRenderedPageBreak/>
        <w:t>They turned down a dead-end street lined with boarded buildings. At the end stood a crumbling Victorian wreck, its roof caved in and one window flickering like a dying pulse.</w:t>
      </w:r>
    </w:p>
    <w:p w14:paraId="66FA0072" w14:textId="77777777" w:rsidR="00F95956" w:rsidRDefault="001C0BB5">
      <w:pPr>
        <w:spacing w:after="240"/>
      </w:pPr>
      <w:r>
        <w:t>This is it?</w:t>
      </w:r>
    </w:p>
    <w:p w14:paraId="1FF01013" w14:textId="77777777" w:rsidR="00F95956" w:rsidRDefault="001C0BB5">
      <w:pPr>
        <w:spacing w:after="240"/>
      </w:pPr>
      <w:r>
        <w:t>The limo door opened.</w:t>
      </w:r>
    </w:p>
    <w:p w14:paraId="57A569A4" w14:textId="77777777" w:rsidR="00F95956" w:rsidRDefault="001C0BB5">
      <w:pPr>
        <w:spacing w:after="240"/>
      </w:pPr>
      <w:r>
        <w:t>She stepped out, duffel in hand. Wind whipped her hair sideways as she looked up at the ruin. Vines strangled the iron gate. Graffiti covered the wood-paneled door.</w:t>
      </w:r>
    </w:p>
    <w:p w14:paraId="7FD29004" w14:textId="77777777" w:rsidR="00F95956" w:rsidRDefault="001C0BB5">
      <w:pPr>
        <w:spacing w:after="240"/>
      </w:pPr>
      <w:r>
        <w:t>A sanctuary for monsters.</w:t>
      </w:r>
    </w:p>
    <w:p w14:paraId="4BEBE8AE" w14:textId="77777777" w:rsidR="00F95956" w:rsidRDefault="001C0BB5">
      <w:pPr>
        <w:spacing w:after="240"/>
      </w:pPr>
      <w:r>
        <w:t>She walked forward.</w:t>
      </w:r>
    </w:p>
    <w:p w14:paraId="344A4589" w14:textId="77777777" w:rsidR="00F95956" w:rsidRDefault="001C0BB5">
      <w:pPr>
        <w:spacing w:after="240"/>
      </w:pPr>
      <w:r>
        <w:t>As her boots crossed the rusted threshold, the runes etched into the door flared softly—pale violet, almost recognizing her.</w:t>
      </w:r>
    </w:p>
    <w:p w14:paraId="205A68F2" w14:textId="77777777" w:rsidR="00F95956" w:rsidRDefault="001C0BB5">
      <w:pPr>
        <w:spacing w:after="240"/>
      </w:pPr>
      <w:r>
        <w:t>Then the world rippled.</w:t>
      </w:r>
    </w:p>
    <w:p w14:paraId="4778CD07" w14:textId="77777777" w:rsidR="00F95956" w:rsidRDefault="001C0BB5">
      <w:pPr>
        <w:spacing w:after="240"/>
      </w:pPr>
      <w:r>
        <w:t>Like a curtain drawn back from a stage, the ruined house peeled away, revealing the true structure behind the glamour.</w:t>
      </w:r>
    </w:p>
    <w:p w14:paraId="005E5978" w14:textId="77777777" w:rsidR="00F95956" w:rsidRDefault="001C0BB5">
      <w:pPr>
        <w:spacing w:after="240"/>
      </w:pPr>
      <w:r>
        <w:t>🕯️ The Sanctum</w:t>
      </w:r>
    </w:p>
    <w:p w14:paraId="3E9AEE7E" w14:textId="77777777" w:rsidR="00F95956" w:rsidRDefault="001C0BB5">
      <w:pPr>
        <w:spacing w:after="240"/>
      </w:pPr>
      <w:r>
        <w:t>Marble pillars. Floating chandeliers. Staircases that bent in ways geometry couldn't explain.</w:t>
      </w:r>
    </w:p>
    <w:p w14:paraId="58BC1D75" w14:textId="77777777" w:rsidR="00F95956" w:rsidRDefault="001C0BB5">
      <w:pPr>
        <w:spacing w:after="240"/>
      </w:pPr>
      <w:r>
        <w:t>The burned-out windows were now tall stained glass mosaics, each depicting battle scenes from supernatural history—hunters, witches, vampires, dragons. One caught her eye: a dark-haired woman conjuring flame while holding a child. She looked away quickly.</w:t>
      </w:r>
    </w:p>
    <w:p w14:paraId="43C2F6E2" w14:textId="77777777" w:rsidR="00F95956" w:rsidRDefault="001C0BB5">
      <w:pPr>
        <w:spacing w:after="240"/>
      </w:pPr>
      <w:r>
        <w:t>Guards in matte black uniforms patrolled the perimeter—some were human, some were not. Runes lit up as she passed, scanning her aura, and dimmed without challenge.</w:t>
      </w:r>
    </w:p>
    <w:p w14:paraId="29860CBA" w14:textId="77777777" w:rsidR="00F95956" w:rsidRDefault="001C0BB5">
      <w:pPr>
        <w:spacing w:after="240"/>
      </w:pPr>
      <w:r>
        <w:t>She walked deeper into the manor. Behind her, the glamour sealed.</w:t>
      </w:r>
    </w:p>
    <w:p w14:paraId="16A30022" w14:textId="77777777" w:rsidR="00F95956" w:rsidRDefault="001C0BB5">
      <w:pPr>
        <w:spacing w:after="240"/>
      </w:pPr>
      <w:r>
        <w:t>No turning back.</w:t>
      </w:r>
    </w:p>
    <w:p w14:paraId="0648D38C" w14:textId="77777777" w:rsidR="00F95956" w:rsidRDefault="001C0BB5">
      <w:pPr>
        <w:spacing w:after="240"/>
      </w:pPr>
      <w:r>
        <w:t>🕯️ The Arrival Hall</w:t>
      </w:r>
    </w:p>
    <w:p w14:paraId="32E8685E" w14:textId="77777777" w:rsidR="00F95956" w:rsidRDefault="001C0BB5">
      <w:pPr>
        <w:spacing w:after="240"/>
      </w:pPr>
      <w:r>
        <w:t>The main foyer was bustling. Agents moved like whispers—efficient, armed, magical. But a hush fell over the space when a tall man descended the marble staircase.</w:t>
      </w:r>
    </w:p>
    <w:p w14:paraId="18F8B511" w14:textId="77777777" w:rsidR="00F95956" w:rsidRDefault="001C0BB5">
      <w:pPr>
        <w:spacing w:after="240"/>
      </w:pPr>
      <w:r>
        <w:t>He wore dark robes over tactical armor, a staff slung casually over one shoulder, his long coat trailing behind him like shadows stitched in cloth.</w:t>
      </w:r>
    </w:p>
    <w:p w14:paraId="18471BA1" w14:textId="77777777" w:rsidR="00F95956" w:rsidRDefault="001C0BB5">
      <w:pPr>
        <w:spacing w:after="240"/>
      </w:pPr>
      <w:r>
        <w:lastRenderedPageBreak/>
        <w:t>Alizon’s breath caught.</w:t>
      </w:r>
    </w:p>
    <w:p w14:paraId="7AFBA9C7" w14:textId="77777777" w:rsidR="00F95956" w:rsidRDefault="001C0BB5">
      <w:pPr>
        <w:spacing w:after="240"/>
      </w:pPr>
      <w:r>
        <w:t>She knew that face. From a photo. A letter. A whispered memory buried too deep to surface.</w:t>
      </w:r>
    </w:p>
    <w:p w14:paraId="23AD43A3" w14:textId="77777777" w:rsidR="00F95956" w:rsidRDefault="001C0BB5">
      <w:pPr>
        <w:spacing w:after="240"/>
      </w:pPr>
      <w:r>
        <w:t>Solin.</w:t>
      </w:r>
    </w:p>
    <w:p w14:paraId="49087FEF" w14:textId="77777777" w:rsidR="00F95956" w:rsidRDefault="001C0BB5">
      <w:pPr>
        <w:spacing w:after="240"/>
      </w:pPr>
      <w:r>
        <w:t>The warlock.</w:t>
      </w:r>
      <w:r>
        <w:br/>
        <w:t>Her father.</w:t>
      </w:r>
      <w:r>
        <w:br/>
        <w:t>Unknowing.</w:t>
      </w:r>
    </w:p>
    <w:p w14:paraId="6620C4BF" w14:textId="77777777" w:rsidR="00F95956" w:rsidRDefault="001C0BB5">
      <w:pPr>
        <w:spacing w:after="240"/>
      </w:pPr>
      <w:r>
        <w:t>He looked at her with calm professionalism—but something in his eyes flickered. A pang. A question.</w:t>
      </w:r>
    </w:p>
    <w:p w14:paraId="1228B3D3" w14:textId="77777777" w:rsidR="00F95956" w:rsidRDefault="001C0BB5">
      <w:pPr>
        <w:spacing w:after="240"/>
      </w:pPr>
      <w:r>
        <w:t>Do you know me?</w:t>
      </w:r>
    </w:p>
    <w:p w14:paraId="3E87505D" w14:textId="77777777" w:rsidR="00F95956" w:rsidRDefault="001C0BB5">
      <w:pPr>
        <w:spacing w:after="240"/>
      </w:pPr>
      <w:r>
        <w:t>He held out a hand. “Welcome to the taskforce.”</w:t>
      </w:r>
    </w:p>
    <w:p w14:paraId="6822C7CA" w14:textId="77777777" w:rsidR="00F95956" w:rsidRDefault="001C0BB5">
      <w:pPr>
        <w:spacing w:after="240"/>
      </w:pPr>
      <w:r>
        <w:t>His voice was smooth, worn by grief but steady. The voice of a man who had lost everything… and survived by sheer force of will.</w:t>
      </w:r>
    </w:p>
    <w:p w14:paraId="19577F94" w14:textId="77777777" w:rsidR="00F95956" w:rsidRDefault="001C0BB5">
      <w:pPr>
        <w:spacing w:after="240"/>
      </w:pPr>
      <w:r>
        <w:t>“I’m Solin. I oversee this region’s orientation and magical compliance.”</w:t>
      </w:r>
    </w:p>
    <w:p w14:paraId="4CC61985" w14:textId="77777777" w:rsidR="00F95956" w:rsidRDefault="001C0BB5">
      <w:pPr>
        <w:spacing w:after="240"/>
      </w:pPr>
      <w:r>
        <w:t>She kept her voice low. Altered. “Name’s Rhea.”</w:t>
      </w:r>
    </w:p>
    <w:p w14:paraId="66CDEB77" w14:textId="77777777" w:rsidR="00F95956" w:rsidRDefault="001C0BB5">
      <w:pPr>
        <w:spacing w:after="240"/>
      </w:pPr>
      <w:r>
        <w:t>One of her coded names. One of many.</w:t>
      </w:r>
    </w:p>
    <w:p w14:paraId="04CF2081" w14:textId="77777777" w:rsidR="00F95956" w:rsidRDefault="001C0BB5">
      <w:pPr>
        <w:spacing w:after="240"/>
      </w:pPr>
      <w:r>
        <w:t>He tilted his head. “That’s not your real name.”</w:t>
      </w:r>
    </w:p>
    <w:p w14:paraId="191EBA66" w14:textId="77777777" w:rsidR="00F95956" w:rsidRDefault="001C0BB5">
      <w:pPr>
        <w:spacing w:after="240"/>
      </w:pPr>
      <w:r>
        <w:t>“No,” she said evenly, “but it’ll do for now.”</w:t>
      </w:r>
    </w:p>
    <w:p w14:paraId="4AE1A41C" w14:textId="77777777" w:rsidR="00F95956" w:rsidRDefault="001C0BB5">
      <w:pPr>
        <w:spacing w:after="240"/>
      </w:pPr>
      <w:r>
        <w:t>A ghost of a smile crossed his face.</w:t>
      </w:r>
    </w:p>
    <w:p w14:paraId="4D61A3D5" w14:textId="77777777" w:rsidR="00F95956" w:rsidRDefault="001C0BB5">
      <w:pPr>
        <w:spacing w:after="240"/>
      </w:pPr>
      <w:r>
        <w:t>“Fine,” he said. “Rhea, then. Let’s get you processed.”</w:t>
      </w:r>
    </w:p>
    <w:p w14:paraId="35D6FE2B" w14:textId="77777777" w:rsidR="00F95956" w:rsidRDefault="001C0BB5">
      <w:pPr>
        <w:spacing w:after="240"/>
      </w:pPr>
      <w:r>
        <w:t>But his eyes lingered a moment longer than necessary.</w:t>
      </w:r>
    </w:p>
    <w:p w14:paraId="13E17EA8" w14:textId="77777777" w:rsidR="00F95956" w:rsidRDefault="001C0BB5">
      <w:pPr>
        <w:spacing w:after="240"/>
      </w:pPr>
      <w:r>
        <w:t>There’s something about you.</w:t>
      </w:r>
    </w:p>
    <w:p w14:paraId="4CC4AE00" w14:textId="77777777" w:rsidR="00F95956" w:rsidRDefault="001C0BB5">
      <w:pPr>
        <w:spacing w:after="240"/>
      </w:pPr>
      <w:r>
        <w:t>🔮 Somewhere Deeper – Solin (Internal Beat)</w:t>
      </w:r>
    </w:p>
    <w:p w14:paraId="30540DF8" w14:textId="77777777" w:rsidR="00F95956" w:rsidRDefault="001C0BB5">
      <w:pPr>
        <w:spacing w:after="240"/>
      </w:pPr>
      <w:r>
        <w:t>He turned from her, leading her down the corridor—but something gnawed at his chest. Something achingly familiar.</w:t>
      </w:r>
    </w:p>
    <w:p w14:paraId="23A8A003" w14:textId="77777777" w:rsidR="00F95956" w:rsidRDefault="001C0BB5">
      <w:pPr>
        <w:spacing w:after="240"/>
      </w:pPr>
      <w:r>
        <w:lastRenderedPageBreak/>
        <w:t>Her aura didn’t match anything he’d seen before. It shimmered strangely, like it was fighting to conceal what lay beneath.</w:t>
      </w:r>
    </w:p>
    <w:p w14:paraId="170F606B" w14:textId="77777777" w:rsidR="00F95956" w:rsidRDefault="001C0BB5">
      <w:pPr>
        <w:spacing w:after="240"/>
      </w:pPr>
      <w:r>
        <w:t>And her eyes… the wrong color, but…</w:t>
      </w:r>
    </w:p>
    <w:p w14:paraId="43F2ADBB" w14:textId="77777777" w:rsidR="00F95956" w:rsidRDefault="001C0BB5">
      <w:pPr>
        <w:spacing w:after="240"/>
      </w:pPr>
      <w:r>
        <w:t>No. It couldn’t be.He blinked. Shook it off. The past was buried.</w:t>
      </w:r>
    </w:p>
    <w:p w14:paraId="4FFFB600" w14:textId="77777777" w:rsidR="00F95956" w:rsidRDefault="001C0BB5">
      <w:pPr>
        <w:spacing w:after="240"/>
      </w:pPr>
      <w:r>
        <w:t>As Alizon followed Solin through the spiraling halls of the hidden sanctum, her fingers brushed the walls etched in ancient Dragomirov runes. Her blood hummed, remembering things her mind still could not.</w:t>
      </w:r>
    </w:p>
    <w:p w14:paraId="1FF5FA64" w14:textId="77777777" w:rsidR="00F95956" w:rsidRDefault="001C0BB5">
      <w:pPr>
        <w:spacing w:after="240"/>
      </w:pPr>
      <w:r>
        <w:t>"I’m here," she thought.</w:t>
      </w:r>
      <w:r>
        <w:br/>
        <w:t>"But how long until someone sees me for who I am?"</w:t>
      </w:r>
    </w:p>
    <w:p w14:paraId="3A938062" w14:textId="77777777" w:rsidR="00F95956" w:rsidRDefault="001C0BB5">
      <w:pPr>
        <w:spacing w:after="240"/>
      </w:pPr>
      <w:r>
        <w:t>Chapter 3 — Fire in the Blood</w:t>
      </w:r>
    </w:p>
    <w:p w14:paraId="47B0EFF7" w14:textId="77777777" w:rsidR="00F95956" w:rsidRDefault="001C0BB5">
      <w:pPr>
        <w:spacing w:after="240"/>
      </w:pPr>
      <w:r>
        <w:t>South Brooklyn Freight Yards — Midnight</w:t>
      </w:r>
    </w:p>
    <w:p w14:paraId="69F2B1B1" w14:textId="77777777" w:rsidR="00F95956" w:rsidRDefault="001C0BB5">
      <w:pPr>
        <w:spacing w:after="240"/>
      </w:pPr>
      <w:r>
        <w:t>Rain came down in needles, turning the cracked asphalt into a skin of black glass. The freight yard sprawled out in deadlines and hunched shadows: derelict boxcars, rusted gantries, a warehouse whose windows were lidded with grime. Alizon—hood up, glamour humming just beneath her skin—stood with a fourtask force unit behind a stack of cargo pallets. The saltmetal air tasted like old blood.</w:t>
      </w:r>
    </w:p>
    <w:p w14:paraId="1E97C0C6" w14:textId="77777777" w:rsidR="00F95956" w:rsidRDefault="001C0BB5">
      <w:pPr>
        <w:spacing w:after="240"/>
      </w:pPr>
      <w:r>
        <w:t>“Standard nest sweep,” said the team lead in her earpiece. “We’re in. Rhea, you’re rear guard tonight. Stay on my six.”</w:t>
      </w:r>
    </w:p>
    <w:p w14:paraId="3ECB2DDE" w14:textId="77777777" w:rsidR="00F95956" w:rsidRDefault="001C0BB5">
      <w:pPr>
        <w:spacing w:after="240"/>
      </w:pPr>
      <w:r>
        <w:t>Rhea. The name slid off her like rainwater. She rolled her shoulders, flexed her fingers around the hilt of her ashwood blade. The blade’s guard was etched with a sigil that always made her heart stutter: a dragon coiled around a crescent moon. She had drawn it on an airplane seatback just hours ago without knowing why.</w:t>
      </w:r>
    </w:p>
    <w:p w14:paraId="13AB717F" w14:textId="77777777" w:rsidR="00F95956" w:rsidRDefault="001C0BB5">
      <w:pPr>
        <w:spacing w:after="240"/>
      </w:pPr>
      <w:r>
        <w:t>The door to the warehouse peeled open with a wet groan. Cold air spilled out, and along it drifted the telltale rotsweet scent of the newly turned.</w:t>
      </w:r>
    </w:p>
    <w:p w14:paraId="332DD26E" w14:textId="77777777" w:rsidR="00F95956" w:rsidRDefault="001C0BB5">
      <w:pPr>
        <w:spacing w:after="240"/>
      </w:pPr>
      <w:r>
        <w:t>They moved.</w:t>
      </w:r>
    </w:p>
    <w:p w14:paraId="7FEE8FC3" w14:textId="77777777" w:rsidR="00F95956" w:rsidRDefault="001C0BB5">
      <w:pPr>
        <w:spacing w:after="240"/>
      </w:pPr>
      <w:r>
        <w:t>Boots whispering, breath steady, they ghosted through a factory floor still cluttered with the bones of industry: belts, pulleys, a forest of silent machines. The dark felt dense, like cloth hung over the world. Somewhere deeper, voices hissed fighting, feeding, the scrape of feral hunger.</w:t>
      </w:r>
    </w:p>
    <w:p w14:paraId="7E0E28D1" w14:textId="77777777" w:rsidR="00F95956" w:rsidRDefault="001C0BB5">
      <w:pPr>
        <w:spacing w:after="240"/>
      </w:pPr>
      <w:r>
        <w:t>“Two on the mezzanine,” someone murmured. “Three by the conveyor. One… no, two… moving near the boiler.”</w:t>
      </w:r>
    </w:p>
    <w:p w14:paraId="0040D93C" w14:textId="77777777" w:rsidR="00F95956" w:rsidRDefault="001C0BB5">
      <w:pPr>
        <w:spacing w:after="240"/>
      </w:pPr>
      <w:r>
        <w:lastRenderedPageBreak/>
        <w:t>Alizon exhaled, letting the glamour dampen her aura to a thin, human flicker. Her senses spread out anyway. Sound sharpened. Air patterns mapped themselves across her skin. A vibration through the girders—footsteps she couldn’t see.</w:t>
      </w:r>
    </w:p>
    <w:p w14:paraId="52DA7749" w14:textId="77777777" w:rsidR="00F95956" w:rsidRDefault="001C0BB5">
      <w:pPr>
        <w:spacing w:after="240"/>
      </w:pPr>
      <w:r>
        <w:t>They hit the conveyor first. Fast. Clean. Stakes, silvered wire, a flare of runes across the floor that froze one fledgling long enough for a clean decapitation. It should have been easy.</w:t>
      </w:r>
    </w:p>
    <w:p w14:paraId="221F16F8" w14:textId="77777777" w:rsidR="00F95956" w:rsidRDefault="001C0BB5">
      <w:pPr>
        <w:spacing w:after="240"/>
      </w:pPr>
      <w:r>
        <w:t>Except the runes weren’t theirs.</w:t>
      </w:r>
    </w:p>
    <w:p w14:paraId="1DC0FC17" w14:textId="77777777" w:rsidR="00F95956" w:rsidRDefault="001C0BB5">
      <w:pPr>
        <w:spacing w:after="240"/>
      </w:pPr>
      <w:r>
        <w:t>They were old. Faint. Burned into the concrete beneath layers of oil and dust. As Alizon stepped across them, they glowed—violet—once, like an eyelid opening.</w:t>
      </w:r>
    </w:p>
    <w:p w14:paraId="0F93C996" w14:textId="77777777" w:rsidR="00F95956" w:rsidRDefault="001C0BB5">
      <w:pPr>
        <w:spacing w:after="240"/>
      </w:pPr>
      <w:r>
        <w:t>The world tilted.</w:t>
      </w:r>
    </w:p>
    <w:p w14:paraId="33A9410E" w14:textId="77777777" w:rsidR="00F95956" w:rsidRDefault="001C0BB5">
      <w:pPr>
        <w:spacing w:after="240"/>
      </w:pPr>
      <w:r>
        <w:t>A knifebright pain split the back of her skull.</w:t>
      </w:r>
    </w:p>
    <w:p w14:paraId="7F318D73" w14:textId="77777777" w:rsidR="00F95956" w:rsidRDefault="001C0BB5">
      <w:pPr>
        <w:spacing w:after="240"/>
      </w:pPr>
      <w:r>
        <w:t>And then—</w:t>
      </w:r>
    </w:p>
    <w:p w14:paraId="2B0C6D0A" w14:textId="77777777" w:rsidR="00F95956" w:rsidRDefault="001C0BB5">
      <w:pPr>
        <w:spacing w:after="240"/>
      </w:pPr>
      <w:r>
        <w:t>Memory Flash — The Forbidden Room</w:t>
      </w:r>
    </w:p>
    <w:p w14:paraId="16BFE0A4" w14:textId="77777777" w:rsidR="00F95956" w:rsidRDefault="001C0BB5">
      <w:pPr>
        <w:spacing w:after="240"/>
      </w:pPr>
      <w:r>
        <w:t>She is smaller. Ten, maybe. Bare feet slapping cold stone. She’s running through a corridor cut into rock, the walls slick with age. She slips through a narrow door hidden behind hanging furs and finds a circle of runes carved into the floor, arranged around a low table covered in wax and ash.</w:t>
      </w:r>
    </w:p>
    <w:p w14:paraId="5A19BC68" w14:textId="77777777" w:rsidR="00F95956" w:rsidRDefault="001C0BB5">
      <w:pPr>
        <w:spacing w:after="240"/>
      </w:pPr>
      <w:r>
        <w:t>She knows this place. She is not supposed to be here.</w:t>
      </w:r>
    </w:p>
    <w:p w14:paraId="285DD0E7" w14:textId="77777777" w:rsidR="00F95956" w:rsidRDefault="001C0BB5">
      <w:pPr>
        <w:spacing w:after="240"/>
      </w:pPr>
      <w:r>
        <w:t>Her hands touch the carved lines. They hum under her fingers, a purr in the bones. The lines of the circle flare violet—then red—and the air around her shivers, like breath drawn before a scream.</w:t>
      </w:r>
    </w:p>
    <w:p w14:paraId="3223EFB5" w14:textId="77777777" w:rsidR="00F95956" w:rsidRDefault="001C0BB5">
      <w:pPr>
        <w:spacing w:after="240"/>
      </w:pPr>
      <w:r>
        <w:t>A name forms on her tongue—not Alizon. A different name. A truer one. She opens her mouth to speak it—</w:t>
      </w:r>
    </w:p>
    <w:p w14:paraId="27AFB8AA" w14:textId="77777777" w:rsidR="00F95956" w:rsidRDefault="001C0BB5">
      <w:pPr>
        <w:spacing w:after="240"/>
      </w:pPr>
      <w:r>
        <w:t>A hand seizes her shoulder. A woman’s voice, urgent, shaking.</w:t>
      </w:r>
      <w:r>
        <w:br/>
        <w:t>“Stop. Not yet, little flame. If you call it now, it will see you.”</w:t>
      </w:r>
    </w:p>
    <w:p w14:paraId="1B4C174B" w14:textId="77777777" w:rsidR="00F95956" w:rsidRDefault="001C0BB5">
      <w:pPr>
        <w:spacing w:after="240"/>
      </w:pPr>
      <w:r>
        <w:t>The circle’s light collapses. The room smells like lightning. And somewhere beyond the wall, something ancient turns its face toward her.</w:t>
      </w:r>
    </w:p>
    <w:p w14:paraId="5126614D" w14:textId="77777777" w:rsidR="00F95956" w:rsidRDefault="001C0BB5">
      <w:pPr>
        <w:spacing w:after="240"/>
      </w:pPr>
      <w:r>
        <w:t>“Rhea!” The team lead’s snarl punched through the memory. “On your left!”</w:t>
      </w:r>
    </w:p>
    <w:p w14:paraId="486FA4A2" w14:textId="77777777" w:rsidR="00F95956" w:rsidRDefault="001C0BB5">
      <w:pPr>
        <w:spacing w:after="240"/>
      </w:pPr>
      <w:r>
        <w:t xml:space="preserve">Alizon jerked sideways on instinct. A vampire slashed through the space where her throat had been. She rolled, came up inside his reach, and drove her blade under his rib cage, carving a crescent arc across the sternum to the heart. Ash. Another shape lunged. She </w:t>
      </w:r>
      <w:r>
        <w:lastRenderedPageBreak/>
        <w:t>ducked, pivoted, felt her strength surge—too much—and the ashwood caught a girder, sparking violet as if the metal itself knew her.</w:t>
      </w:r>
    </w:p>
    <w:p w14:paraId="7E0BB6A3" w14:textId="77777777" w:rsidR="00F95956" w:rsidRDefault="001C0BB5">
      <w:pPr>
        <w:spacing w:after="240"/>
      </w:pPr>
      <w:r>
        <w:t>Too bright. Too loud. The old circle underfoot pulsed again—answering her.</w:t>
      </w:r>
    </w:p>
    <w:p w14:paraId="226A789D" w14:textId="77777777" w:rsidR="00F95956" w:rsidRDefault="001C0BB5">
      <w:pPr>
        <w:spacing w:after="240"/>
      </w:pPr>
      <w:r>
        <w:t>Another painwhite blank. Another slip.</w:t>
      </w:r>
    </w:p>
    <w:p w14:paraId="69A1DA00" w14:textId="77777777" w:rsidR="00F95956" w:rsidRDefault="001C0BB5">
      <w:pPr>
        <w:spacing w:after="240"/>
      </w:pPr>
      <w:r>
        <w:t>Memory Flash — The Woman at the Barrier</w:t>
      </w:r>
    </w:p>
    <w:p w14:paraId="01353055" w14:textId="77777777" w:rsidR="00F95956" w:rsidRDefault="001C0BB5">
      <w:pPr>
        <w:spacing w:after="240"/>
      </w:pPr>
      <w:r>
        <w:t>The forest is dark, wet with fog. She is little again, standing at the lip of a warded clearing. The ward is a veil of light, thin as spun glass, humming in her teeth.</w:t>
      </w:r>
    </w:p>
    <w:p w14:paraId="708BE9CB" w14:textId="77777777" w:rsidR="00F95956" w:rsidRDefault="001C0BB5">
      <w:pPr>
        <w:spacing w:after="240"/>
      </w:pPr>
      <w:r>
        <w:t>Beyond it stands a woman with long dark hair and eyes like night water. The woman lifts a hand—not threatening, just aching with longing.</w:t>
      </w:r>
    </w:p>
    <w:p w14:paraId="42950470" w14:textId="77777777" w:rsidR="00F95956" w:rsidRDefault="001C0BB5">
      <w:pPr>
        <w:spacing w:after="240"/>
      </w:pPr>
      <w:r>
        <w:t>“Please,” the girl whispers. “Who are you?”</w:t>
      </w:r>
    </w:p>
    <w:p w14:paraId="69D80D15" w14:textId="77777777" w:rsidR="00F95956" w:rsidRDefault="001C0BB5">
      <w:pPr>
        <w:spacing w:after="240"/>
      </w:pPr>
      <w:r>
        <w:t>The woman’s voice breaks. “I am sorry,” she says. “Forgive me, little flame.”</w:t>
      </w:r>
    </w:p>
    <w:p w14:paraId="207ADB03" w14:textId="77777777" w:rsidR="00F95956" w:rsidRDefault="001C0BB5">
      <w:pPr>
        <w:spacing w:after="240"/>
      </w:pPr>
      <w:r>
        <w:t>The girl steps forward, reaching—</w:t>
      </w:r>
    </w:p>
    <w:p w14:paraId="2430C9A6" w14:textId="77777777" w:rsidR="00F95956" w:rsidRDefault="001C0BB5">
      <w:pPr>
        <w:spacing w:after="240"/>
      </w:pPr>
      <w:r>
        <w:t>The ward snaps. Pain forks up her arm. She stumbles backward, tasting iron and salt. When she looks up, the woman is gone. Only mist, and trees, and the throb of a heart she can’t name.</w:t>
      </w:r>
    </w:p>
    <w:p w14:paraId="7EB4AAAF" w14:textId="77777777" w:rsidR="00F95956" w:rsidRDefault="001C0BB5">
      <w:pPr>
        <w:spacing w:after="240"/>
      </w:pPr>
      <w:r>
        <w:t>“Rhea!” A shout. Closer. Panicked. “We’re blown—fall back!”</w:t>
      </w:r>
    </w:p>
    <w:p w14:paraId="7405036B" w14:textId="77777777" w:rsidR="00F95956" w:rsidRDefault="001C0BB5">
      <w:pPr>
        <w:spacing w:after="240"/>
      </w:pPr>
      <w:r>
        <w:t>The mezzanine erupted. Feral bodies poured over the railing like a flood. The team compressed, forming a rotating wedge. Alizon tried to slot in, but the floor runes flared a third time, harder, and the memory tore through her like a spear. She stumbled—just a step, just enough—and a fledgling’s claws raked her side, hot and cold at once.</w:t>
      </w:r>
    </w:p>
    <w:p w14:paraId="7F6105D8" w14:textId="77777777" w:rsidR="00F95956" w:rsidRDefault="001C0BB5">
      <w:pPr>
        <w:spacing w:after="240"/>
      </w:pPr>
      <w:r>
        <w:t>She dropped to a knee. Blood slicked her fingers. The glamour around her face juddered like a bad signal, showing a flicker of violet where brown should be.</w:t>
      </w:r>
    </w:p>
    <w:p w14:paraId="482A37EA" w14:textId="77777777" w:rsidR="00F95956" w:rsidRDefault="001C0BB5">
      <w:pPr>
        <w:spacing w:after="240"/>
      </w:pPr>
      <w:r>
        <w:t>Hands seized her under the arms, dragging her back into formation. “Move!”</w:t>
      </w:r>
    </w:p>
    <w:p w14:paraId="16AFDD02" w14:textId="77777777" w:rsidR="00F95956" w:rsidRDefault="001C0BB5">
      <w:pPr>
        <w:spacing w:after="240"/>
      </w:pPr>
      <w:r>
        <w:t>They crashed through the boiler corridor, bodies slamming through rust and steam. A barred door gave under a blast sigil, and they spilled into rain and night. Sirens—in the distance? No, not police. Wards. Home calling.</w:t>
      </w:r>
    </w:p>
    <w:p w14:paraId="73BE56C3" w14:textId="77777777" w:rsidR="00F95956" w:rsidRDefault="001C0BB5">
      <w:pPr>
        <w:spacing w:after="240"/>
      </w:pPr>
      <w:r>
        <w:t>Alizon’s vision tunneled. Her breath came thin, and the world’s edges fuzzed white.</w:t>
      </w:r>
    </w:p>
    <w:p w14:paraId="68136A27" w14:textId="77777777" w:rsidR="00F95956" w:rsidRDefault="001C0BB5">
      <w:pPr>
        <w:spacing w:after="240"/>
      </w:pPr>
      <w:r>
        <w:t>Somewhere far away, a man turned his head as if someone had whispered his name.</w:t>
      </w:r>
    </w:p>
    <w:p w14:paraId="4BDC48FD" w14:textId="77777777" w:rsidR="00F95956" w:rsidRDefault="001C0BB5">
      <w:pPr>
        <w:spacing w:after="240"/>
      </w:pPr>
      <w:r>
        <w:lastRenderedPageBreak/>
        <w:t>The Vision — Solin</w:t>
      </w:r>
    </w:p>
    <w:p w14:paraId="5CE8DE30" w14:textId="77777777" w:rsidR="00F95956" w:rsidRDefault="001C0BB5">
      <w:pPr>
        <w:spacing w:after="240"/>
      </w:pPr>
      <w:r>
        <w:t>The Sanctum — War Room</w:t>
      </w:r>
    </w:p>
    <w:p w14:paraId="6CA0ADD4" w14:textId="77777777" w:rsidR="00F95956" w:rsidRDefault="001C0BB5">
      <w:pPr>
        <w:spacing w:after="240"/>
      </w:pPr>
      <w:r>
        <w:t>Solin stood alone in the war room, maps and scrying bowls laid out like a surgeon’s instruments. The storm hammered the stained glass, carving blue veins down the walls. He’d been reading a scratch of field text that wouldn’t stop rearranging itself when the air changed pressure dropping, warmth crawling up the base of his skull like a forgotten fever.</w:t>
      </w:r>
    </w:p>
    <w:p w14:paraId="6B398869" w14:textId="77777777" w:rsidR="00F95956" w:rsidRDefault="001C0BB5">
      <w:pPr>
        <w:spacing w:after="240"/>
      </w:pPr>
      <w:r>
        <w:t>A sound. Not a sound. A presence.</w:t>
      </w:r>
    </w:p>
    <w:p w14:paraId="193321A7" w14:textId="77777777" w:rsidR="00F95956" w:rsidRDefault="001C0BB5">
      <w:pPr>
        <w:spacing w:after="240"/>
      </w:pPr>
      <w:r>
        <w:t>He looked up, and the room was no longer empty.</w:t>
      </w:r>
    </w:p>
    <w:p w14:paraId="599EC0BC" w14:textId="77777777" w:rsidR="00F95956" w:rsidRDefault="001C0BB5">
      <w:pPr>
        <w:spacing w:after="240"/>
      </w:pPr>
      <w:r>
        <w:t>She stood at the far end of the long table Tatiana Dragomirova as he had seen her last: hair unbound, eyes dark, a scar like a moonsliver at the corner of her mouth. But she was made of light and memory, the edges of her flickering like candleflame.</w:t>
      </w:r>
    </w:p>
    <w:p w14:paraId="3A54C78F" w14:textId="77777777" w:rsidR="00F95956" w:rsidRDefault="001C0BB5">
      <w:pPr>
        <w:spacing w:after="240"/>
      </w:pPr>
      <w:r>
        <w:t>His pulse misfired. He forgot how to breathe.</w:t>
      </w:r>
    </w:p>
    <w:p w14:paraId="61789BEE" w14:textId="77777777" w:rsidR="00F95956" w:rsidRDefault="001C0BB5">
      <w:pPr>
        <w:spacing w:after="240"/>
      </w:pPr>
      <w:r>
        <w:t>“Solin,” she said.</w:t>
      </w:r>
    </w:p>
    <w:p w14:paraId="6B02D146" w14:textId="77777777" w:rsidR="00F95956" w:rsidRDefault="001C0BB5">
      <w:pPr>
        <w:spacing w:after="240"/>
      </w:pPr>
      <w:r>
        <w:t>Her voice was the same. Tired. Tender. Iron under silk.</w:t>
      </w:r>
    </w:p>
    <w:p w14:paraId="66236622" w14:textId="77777777" w:rsidR="00F95956" w:rsidRDefault="001C0BB5">
      <w:pPr>
        <w:spacing w:after="240"/>
      </w:pPr>
      <w:r>
        <w:t>“This isn’t possible,” he said, which was foolish—he had built a life on the impossible. “Tatiana—”</w:t>
      </w:r>
    </w:p>
    <w:p w14:paraId="7712225B" w14:textId="77777777" w:rsidR="00F95956" w:rsidRDefault="001C0BB5">
      <w:pPr>
        <w:spacing w:after="240"/>
      </w:pPr>
      <w:r>
        <w:t>“No time.” Her eyes cut toward the wall, toward the east, toward rain. “She’s in the field. The wards are cracking. If you don’t send for her now, you will lose her.”</w:t>
      </w:r>
    </w:p>
    <w:p w14:paraId="0DBCEE81" w14:textId="77777777" w:rsidR="00F95956" w:rsidRDefault="001C0BB5">
      <w:pPr>
        <w:spacing w:after="240"/>
      </w:pPr>
      <w:r>
        <w:t>“Who?” he asked, though he already knew. The answer rose up in him like a tide.</w:t>
      </w:r>
    </w:p>
    <w:p w14:paraId="24167EA4" w14:textId="77777777" w:rsidR="00F95956" w:rsidRDefault="001C0BB5">
      <w:pPr>
        <w:spacing w:after="240"/>
      </w:pPr>
      <w:r>
        <w:t>Tatiana’s mouth trembled. “Our daughter.”</w:t>
      </w:r>
    </w:p>
    <w:p w14:paraId="0E0520C3" w14:textId="77777777" w:rsidR="00F95956" w:rsidRDefault="001C0BB5">
      <w:pPr>
        <w:spacing w:after="240"/>
      </w:pPr>
      <w:r>
        <w:t>The word struck him like a hammer swung inside his chest. He reached for the table to steady himself; his hand shook.</w:t>
      </w:r>
    </w:p>
    <w:p w14:paraId="75C6A1BE" w14:textId="77777777" w:rsidR="00F95956" w:rsidRDefault="001C0BB5">
      <w:pPr>
        <w:spacing w:after="240"/>
      </w:pPr>
      <w:r>
        <w:t>“She doesn’t know,” Tatiana whispered. “Not yet. You must keep her alive long enough to remember.”</w:t>
      </w:r>
    </w:p>
    <w:p w14:paraId="6037EC1C" w14:textId="77777777" w:rsidR="00F95956" w:rsidRDefault="001C0BB5">
      <w:pPr>
        <w:spacing w:after="240"/>
      </w:pPr>
      <w:r>
        <w:t>The room pulsed once, the way a heart does before it stops.</w:t>
      </w:r>
    </w:p>
    <w:p w14:paraId="5C69D233" w14:textId="77777777" w:rsidR="00F95956" w:rsidRDefault="001C0BB5">
      <w:pPr>
        <w:spacing w:after="240"/>
      </w:pPr>
      <w:r>
        <w:t>“Please,” Tatiana said. The light of her flickered; he could see the wall through her now. “Solin… protect her.”</w:t>
      </w:r>
    </w:p>
    <w:p w14:paraId="62B1DB2C" w14:textId="77777777" w:rsidR="00F95956" w:rsidRDefault="001C0BB5">
      <w:pPr>
        <w:spacing w:after="240"/>
      </w:pPr>
      <w:r>
        <w:t>Then she was gone—ripped out of the world as if a hook had caught her and yanked.</w:t>
      </w:r>
    </w:p>
    <w:p w14:paraId="5C320F5C" w14:textId="77777777" w:rsidR="00F95956" w:rsidRDefault="001C0BB5">
      <w:pPr>
        <w:spacing w:after="240"/>
      </w:pPr>
      <w:r>
        <w:lastRenderedPageBreak/>
        <w:t>Solin stood in the ringing quiet, the war room breathing. He didn’t realize he had moved until he found himself at the door, already shouting orders.</w:t>
      </w:r>
    </w:p>
    <w:p w14:paraId="0784173D" w14:textId="77777777" w:rsidR="00F95956" w:rsidRDefault="001C0BB5">
      <w:pPr>
        <w:spacing w:after="240"/>
      </w:pPr>
      <w:r>
        <w:t>“Med team to the freight yards now. Pull the field unit home. Lock the east gate. And find—” His voice broke, just once. He cleared it. “Find the agent under the alias Rhea. Bring her straight to me.”</w:t>
      </w:r>
    </w:p>
    <w:p w14:paraId="717C3854" w14:textId="77777777" w:rsidR="00F95956" w:rsidRDefault="001C0BB5">
      <w:pPr>
        <w:spacing w:after="240"/>
      </w:pPr>
      <w:r>
        <w:t>Return</w:t>
      </w:r>
    </w:p>
    <w:p w14:paraId="4589DF0F" w14:textId="77777777" w:rsidR="00F95956" w:rsidRDefault="001C0BB5">
      <w:pPr>
        <w:spacing w:after="240"/>
      </w:pPr>
      <w:r>
        <w:t>The world swam. Rain, sirens, the rattle of a med rig. Alizon blinked and was back under the sanctum’s chandeliers, the light too bright, the air too clean. Hands pressed to her side; warm magic poured into the wound, knitting; someone’s voice counted her breaths.</w:t>
      </w:r>
    </w:p>
    <w:p w14:paraId="553F15B2" w14:textId="77777777" w:rsidR="00F95956" w:rsidRDefault="001C0BB5">
      <w:pPr>
        <w:spacing w:after="240"/>
      </w:pPr>
      <w:r>
        <w:t>“Easy,” a medic said. “You’re fine. It’s shallow. Scalp wound’ll look worse than it is.”</w:t>
      </w:r>
    </w:p>
    <w:p w14:paraId="70301FEF" w14:textId="77777777" w:rsidR="00F95956" w:rsidRDefault="001C0BB5">
      <w:pPr>
        <w:spacing w:after="240"/>
      </w:pPr>
      <w:r>
        <w:t>“My side,” Alizon rasped.</w:t>
      </w:r>
    </w:p>
    <w:p w14:paraId="0145FE9A" w14:textId="77777777" w:rsidR="00F95956" w:rsidRDefault="001C0BB5">
      <w:pPr>
        <w:spacing w:after="240"/>
      </w:pPr>
      <w:r>
        <w:t>“Six stitches,” the medic said. “You got lucky.”</w:t>
      </w:r>
    </w:p>
    <w:p w14:paraId="75450746" w14:textId="77777777" w:rsidR="00F95956" w:rsidRDefault="001C0BB5">
      <w:pPr>
        <w:spacing w:after="240"/>
      </w:pPr>
      <w:r>
        <w:t>She didn’t feel lucky. She felt emptied out, like someone had reached inside and drawn a thread taut enough to sing.</w:t>
      </w:r>
    </w:p>
    <w:p w14:paraId="74350482" w14:textId="77777777" w:rsidR="00F95956" w:rsidRDefault="001C0BB5">
      <w:pPr>
        <w:spacing w:after="240"/>
      </w:pPr>
      <w:r>
        <w:t>They released her after an hour with orders to rest. She wasn’t good at orders. The moment the med ward’s curtains sighed closed behind her, she slid down a quieter corridor, following a pull she couldn’t have explained if someone put a blade to her throat.</w:t>
      </w:r>
    </w:p>
    <w:p w14:paraId="30FAF32D" w14:textId="77777777" w:rsidR="00F95956" w:rsidRDefault="001C0BB5">
      <w:pPr>
        <w:spacing w:after="240"/>
      </w:pPr>
      <w:r>
        <w:t>The portrait gallery was deserted at this hour. Oil faces watched in silence—the founders, the fallen, the vanished. Alizon moved past them as if following a scent only she could smell. She stopped in front of a painting she had avoided earlier: a darkhaired woman standing in forest shadow, a sigil halfhidden in the paint at her wrist.</w:t>
      </w:r>
    </w:p>
    <w:p w14:paraId="264FDA3E" w14:textId="77777777" w:rsidR="00F95956" w:rsidRDefault="001C0BB5">
      <w:pPr>
        <w:spacing w:after="240"/>
      </w:pPr>
      <w:r>
        <w:t>The hairs rose on Alizon’s arms.</w:t>
      </w:r>
    </w:p>
    <w:p w14:paraId="60744EA5" w14:textId="77777777" w:rsidR="00F95956" w:rsidRDefault="001C0BB5">
      <w:pPr>
        <w:spacing w:after="240"/>
      </w:pPr>
      <w:r>
        <w:t>She pressed her fingers to the frame. Something clicked—soft as a breath—and the painting swung outward a fraction of an inch.</w:t>
      </w:r>
    </w:p>
    <w:p w14:paraId="68F9ECC6" w14:textId="77777777" w:rsidR="00F95956" w:rsidRDefault="001C0BB5">
      <w:pPr>
        <w:spacing w:after="240"/>
      </w:pPr>
      <w:r>
        <w:t>A secret hinge.</w:t>
      </w:r>
    </w:p>
    <w:p w14:paraId="56FD6A27" w14:textId="77777777" w:rsidR="00F95956" w:rsidRDefault="001C0BB5">
      <w:pPr>
        <w:spacing w:after="240"/>
      </w:pPr>
      <w:r>
        <w:t>She glanced back down the corridor. Empty.</w:t>
      </w:r>
    </w:p>
    <w:p w14:paraId="52DE4E88" w14:textId="77777777" w:rsidR="00F95956" w:rsidRDefault="001C0BB5">
      <w:pPr>
        <w:spacing w:after="240"/>
      </w:pPr>
      <w:r>
        <w:t>She pulled the frame open. Behind it, the wall didn’t continue. There was a slice of space: a narrow, dustslept room lit by a single rune that flared in her presence like a startled eye.</w:t>
      </w:r>
    </w:p>
    <w:p w14:paraId="3577949E" w14:textId="77777777" w:rsidR="00F95956" w:rsidRDefault="001C0BB5">
      <w:pPr>
        <w:spacing w:after="240"/>
      </w:pPr>
      <w:r>
        <w:t>She stepped inside.</w:t>
      </w:r>
    </w:p>
    <w:p w14:paraId="478D49BD" w14:textId="77777777" w:rsidR="00F95956" w:rsidRDefault="001C0BB5">
      <w:pPr>
        <w:spacing w:after="240"/>
      </w:pPr>
      <w:r>
        <w:lastRenderedPageBreak/>
        <w:t>The room smelled like beeswax and iron. A child’s cot leaned under the slanted ceiling. A shelf held a stack of chalksmudged slate, a chipped cup, three pebbles arranged in a crescent. On the small desk lay a leatherbound book, the cover worn in the precise places small hands wear things down.</w:t>
      </w:r>
    </w:p>
    <w:p w14:paraId="1252B76C" w14:textId="77777777" w:rsidR="00F95956" w:rsidRDefault="001C0BB5">
      <w:pPr>
        <w:spacing w:after="240"/>
      </w:pPr>
      <w:r>
        <w:t>Alizon reached for it with the caution of someone disarming a relic.</w:t>
      </w:r>
    </w:p>
    <w:p w14:paraId="0A5362F5" w14:textId="77777777" w:rsidR="00F95956" w:rsidRDefault="001C0BB5">
      <w:pPr>
        <w:spacing w:after="240"/>
      </w:pPr>
      <w:r>
        <w:t>Her fingers found the tie. She loosened it. The book fell open to a page scabbed with ink and ash. The handwriting was neat but impatient. Familiar in a way that hurt.</w:t>
      </w:r>
    </w:p>
    <w:p w14:paraId="3C0817BD" w14:textId="77777777" w:rsidR="00F95956" w:rsidRDefault="001C0BB5">
      <w:pPr>
        <w:spacing w:after="240"/>
      </w:pPr>
      <w:r>
        <w:t>ALIZON — AGE 10</w:t>
      </w:r>
      <w:r>
        <w:br/>
        <w:t>— Today I made the fire the wrong color and they told me not to do it again, but I did it again to see if it would listen to me twice.</w:t>
      </w:r>
      <w:r>
        <w:br/>
        <w:t>— I had a dream about a woman with hair like mine. The ward pushed me away. I don’t think she is a dream.</w:t>
      </w:r>
      <w:r>
        <w:br/>
        <w:t>— They won’t tell me my other name. I know I have one. When I remember it, the room goes louder. I think the room is alive.</w:t>
      </w:r>
    </w:p>
    <w:p w14:paraId="1D83731F" w14:textId="77777777" w:rsidR="00F95956" w:rsidRDefault="001C0BB5">
      <w:pPr>
        <w:spacing w:after="240"/>
      </w:pPr>
      <w:r>
        <w:t>Her throat closed. She flipped faster, the leather whispering under her hands.</w:t>
      </w:r>
    </w:p>
    <w:p w14:paraId="56E42E59" w14:textId="77777777" w:rsidR="00F95956" w:rsidRDefault="001C0BB5">
      <w:pPr>
        <w:spacing w:after="240"/>
      </w:pPr>
      <w:r>
        <w:t>ALIZON — AGE 11</w:t>
      </w:r>
      <w:r>
        <w:br/>
        <w:t>— The symbol keeps finding me. I draw it and then I see it where it wasn’t before.</w:t>
      </w:r>
      <w:r>
        <w:br/>
        <w:t>A drawing below the line, careful and exact: a dragon coiled around a crescent moon.</w:t>
      </w:r>
    </w:p>
    <w:p w14:paraId="0AD2EE1E" w14:textId="77777777" w:rsidR="00F95956" w:rsidRDefault="001C0BB5">
      <w:pPr>
        <w:spacing w:after="240"/>
      </w:pPr>
      <w:r>
        <w:t>She ran her thumb over the ink. The lines tingled against her skin like a rune that still remembered how to hum.</w:t>
      </w:r>
    </w:p>
    <w:p w14:paraId="5905A9F2" w14:textId="77777777" w:rsidR="00F95956" w:rsidRDefault="001C0BB5">
      <w:pPr>
        <w:spacing w:after="240"/>
      </w:pPr>
      <w:r>
        <w:t>Her vision blurred. She didn’t realize she was crying until a tear hit the page and spread the ink outward like a blooming bruise.</w:t>
      </w:r>
    </w:p>
    <w:p w14:paraId="495599D5" w14:textId="77777777" w:rsidR="00F95956" w:rsidRDefault="001C0BB5">
      <w:pPr>
        <w:spacing w:after="240"/>
      </w:pPr>
      <w:r>
        <w:t>Footsteps sounded in the corridor outside. Light, then heavier, a stride with authority.</w:t>
      </w:r>
    </w:p>
    <w:p w14:paraId="73FB4FF3" w14:textId="77777777" w:rsidR="00F95956" w:rsidRDefault="001C0BB5">
      <w:pPr>
        <w:spacing w:after="240"/>
      </w:pPr>
      <w:r>
        <w:t>Alizon shut the book, slid it into her jacket, and pulled the portrait back into place just as the footsteps stopped at the threshold of the gallery.</w:t>
      </w:r>
    </w:p>
    <w:p w14:paraId="0B3719BD" w14:textId="77777777" w:rsidR="00F95956" w:rsidRDefault="001C0BB5">
      <w:pPr>
        <w:spacing w:after="240"/>
      </w:pPr>
      <w:r>
        <w:t>“Should you be up?”</w:t>
      </w:r>
    </w:p>
    <w:p w14:paraId="5BE30FE5" w14:textId="77777777" w:rsidR="00F95956" w:rsidRDefault="001C0BB5">
      <w:pPr>
        <w:spacing w:after="240"/>
      </w:pPr>
      <w:r>
        <w:t>The voice was deep. Roughened with disuse. Alizon turned.</w:t>
      </w:r>
    </w:p>
    <w:p w14:paraId="30E5B2C9" w14:textId="77777777" w:rsidR="00F95956" w:rsidRDefault="001C0BB5">
      <w:pPr>
        <w:spacing w:after="240"/>
      </w:pPr>
      <w:r>
        <w:t>A man leaned in the doorway, rain still in his hair, the line of his shoulders casual only because he had practiced it. He was tall, broadshouldered, dressed in black tactical cloth that didn’t quite blunt the animal grace beneath. His eyes were a startling gold, catching light that wasn’t there.</w:t>
      </w:r>
    </w:p>
    <w:p w14:paraId="7708A6C0" w14:textId="77777777" w:rsidR="00F95956" w:rsidRDefault="001C0BB5">
      <w:pPr>
        <w:spacing w:after="240"/>
      </w:pPr>
      <w:r>
        <w:lastRenderedPageBreak/>
        <w:t>He looked at her, and something in the room changed, like a pressure drop before a storm.</w:t>
      </w:r>
    </w:p>
    <w:p w14:paraId="21F21CDF" w14:textId="77777777" w:rsidR="00F95956" w:rsidRDefault="001C0BB5">
      <w:pPr>
        <w:spacing w:after="240"/>
      </w:pPr>
      <w:r>
        <w:t>“I’m fine,” she said, too quickly.</w:t>
      </w:r>
    </w:p>
    <w:p w14:paraId="604A5A12" w14:textId="77777777" w:rsidR="00F95956" w:rsidRDefault="001C0BB5">
      <w:pPr>
        <w:spacing w:after="240"/>
      </w:pPr>
      <w:r>
        <w:t>He studied her for a heartbeat longer than strictly polite—as if listening to something under her words. Not the sound of her voice, but the truth of it.</w:t>
      </w:r>
    </w:p>
    <w:p w14:paraId="1F6E542F" w14:textId="77777777" w:rsidR="00F95956" w:rsidRDefault="001C0BB5">
      <w:pPr>
        <w:spacing w:after="240"/>
      </w:pPr>
      <w:r>
        <w:t>“Rowan Hale,” he said at last, as if introducing a verdict. “Security. We haven’t met.”</w:t>
      </w:r>
    </w:p>
    <w:p w14:paraId="66A05B46" w14:textId="77777777" w:rsidR="00F95956" w:rsidRDefault="001C0BB5">
      <w:pPr>
        <w:spacing w:after="240"/>
      </w:pPr>
      <w:r>
        <w:t>“Rhea,” she said.</w:t>
      </w:r>
    </w:p>
    <w:p w14:paraId="30DA8238" w14:textId="77777777" w:rsidR="00F95956" w:rsidRDefault="001C0BB5">
      <w:pPr>
        <w:spacing w:after="240"/>
      </w:pPr>
      <w:r>
        <w:t>A corner of his mouth quirked. “No, you’re not.”</w:t>
      </w:r>
    </w:p>
    <w:p w14:paraId="49C26680" w14:textId="77777777" w:rsidR="00F95956" w:rsidRDefault="001C0BB5">
      <w:pPr>
        <w:spacing w:after="240"/>
      </w:pPr>
      <w:r>
        <w:t>She stiffened. His nostrils flared, almost imperceptibly. A muscle in his jaw tensed as if bracing for impact.</w:t>
      </w:r>
    </w:p>
    <w:p w14:paraId="41E31344" w14:textId="77777777" w:rsidR="00F95956" w:rsidRDefault="001C0BB5">
      <w:pPr>
        <w:spacing w:after="240"/>
      </w:pPr>
      <w:r>
        <w:t>He took one measured step closer, hands open at his sides, voice low and steady. “Don’t run.”</w:t>
      </w:r>
    </w:p>
    <w:p w14:paraId="3F66FE94" w14:textId="77777777" w:rsidR="00F95956" w:rsidRDefault="001C0BB5">
      <w:pPr>
        <w:spacing w:after="240"/>
      </w:pPr>
      <w:r>
        <w:t>She didn’t. She couldn’t have, even if she wanted to. Something old and tidal lifted in her chest and rolled toward him, and in his face she watched it hit like recognition and terror, both.</w:t>
      </w:r>
    </w:p>
    <w:p w14:paraId="6D415CAA" w14:textId="77777777" w:rsidR="00F95956" w:rsidRDefault="001C0BB5">
      <w:pPr>
        <w:spacing w:after="240"/>
      </w:pPr>
      <w:r>
        <w:t>Rowan swallowed, the tendons in his throat shifting. When he spoke again, the iron in the voice was gone; something raw had taken its place.</w:t>
      </w:r>
    </w:p>
    <w:p w14:paraId="7F8CCAFB" w14:textId="77777777" w:rsidR="00F95956" w:rsidRDefault="001C0BB5">
      <w:pPr>
        <w:spacing w:after="240"/>
      </w:pPr>
      <w:r>
        <w:t>“I know this will sound insane,” he said, “and you can throw me through that window afterward if you want. But I need you to hear me.”</w:t>
      </w:r>
    </w:p>
    <w:p w14:paraId="57540EAC" w14:textId="77777777" w:rsidR="00F95956" w:rsidRDefault="001C0BB5">
      <w:pPr>
        <w:spacing w:after="240"/>
      </w:pPr>
      <w:r>
        <w:t>Silence hummed. The chandeliers flickered once, as if the sanctum itself leaned in.</w:t>
      </w:r>
    </w:p>
    <w:p w14:paraId="4EC3B054" w14:textId="77777777" w:rsidR="00F95956" w:rsidRDefault="001C0BB5">
      <w:pPr>
        <w:spacing w:after="240"/>
      </w:pPr>
      <w:r>
        <w:t>“I’ve been looking for the scent that found me three winters ago,” Rowan said quietly. “Through a ruin in Bavaria, a monastery in Lviv, a dock in Reykjavík. It kept vanishing on me, like a door slamming in my face. Tonight it hit me like a hammer when they brought you in.”</w:t>
      </w:r>
    </w:p>
    <w:p w14:paraId="44506A2C" w14:textId="77777777" w:rsidR="00F95956" w:rsidRDefault="001C0BB5">
      <w:pPr>
        <w:spacing w:after="240"/>
      </w:pPr>
      <w:r>
        <w:t>He took a slow breath, as if steadying against a wind only he could feel.</w:t>
      </w:r>
    </w:p>
    <w:p w14:paraId="5C05E3CA" w14:textId="77777777" w:rsidR="00F95956" w:rsidRDefault="001C0BB5">
      <w:pPr>
        <w:spacing w:after="240"/>
      </w:pPr>
      <w:r>
        <w:t>“You are my mate.”</w:t>
      </w:r>
    </w:p>
    <w:p w14:paraId="690092FF" w14:textId="77777777" w:rsidR="00F95956" w:rsidRDefault="001C0BB5">
      <w:pPr>
        <w:spacing w:after="240"/>
      </w:pPr>
      <w:r>
        <w:t>The words hung in the air, heavy as a vow.</w:t>
      </w:r>
    </w:p>
    <w:p w14:paraId="56143FF0" w14:textId="77777777" w:rsidR="00F95956" w:rsidRDefault="001C0BB5">
      <w:pPr>
        <w:spacing w:after="240"/>
      </w:pPr>
      <w:r>
        <w:t>Alizon’s pulse stumbled. The diary in her jacket felt suddenly hot against her ribs, as if the ink inside had remembered a promise she didn’t know she’d made.</w:t>
      </w:r>
    </w:p>
    <w:p w14:paraId="61E5CB54" w14:textId="77777777" w:rsidR="00F95956" w:rsidRDefault="001C0BB5">
      <w:pPr>
        <w:spacing w:after="240"/>
      </w:pPr>
      <w:r>
        <w:lastRenderedPageBreak/>
        <w:t>“That’s not possible,” she said. It came out a whisper.</w:t>
      </w:r>
    </w:p>
    <w:p w14:paraId="47B639FF" w14:textId="77777777" w:rsidR="00F95956" w:rsidRDefault="001C0BB5">
      <w:pPr>
        <w:spacing w:after="240"/>
      </w:pPr>
      <w:r>
        <w:t>Rowan’s smile was grief and wonder in equal measure. “I agree,” he said. “And yet.”</w:t>
      </w:r>
    </w:p>
    <w:p w14:paraId="34DBB55E" w14:textId="77777777" w:rsidR="00F95956" w:rsidRDefault="001C0BB5">
      <w:pPr>
        <w:spacing w:after="240"/>
      </w:pPr>
      <w:r>
        <w:t>They stood there, the distance between them the width of a lifetime.</w:t>
      </w:r>
    </w:p>
    <w:p w14:paraId="6BC9A6CB" w14:textId="77777777" w:rsidR="00F95956" w:rsidRDefault="001C0BB5">
      <w:pPr>
        <w:spacing w:after="240"/>
      </w:pPr>
      <w:r>
        <w:t>Somewhere deeper in the sanctum, bells began to toll—low, deliberate. Not an alarm. A summons.</w:t>
      </w:r>
    </w:p>
    <w:p w14:paraId="3210BD2C" w14:textId="77777777" w:rsidR="00F95956" w:rsidRDefault="001C0BB5">
      <w:pPr>
        <w:spacing w:after="240"/>
      </w:pPr>
      <w:r>
        <w:t>Solin.</w:t>
      </w:r>
    </w:p>
    <w:p w14:paraId="47360B8A" w14:textId="77777777" w:rsidR="00F95956" w:rsidRDefault="001C0BB5">
      <w:pPr>
        <w:spacing w:after="240"/>
      </w:pPr>
      <w:r>
        <w:t>Alizon dragged in a breath, forced the geometry of the world back into its proper shape, and stepped sideways out of the pull of Rowan’s gaze. “I have to go.”</w:t>
      </w:r>
    </w:p>
    <w:p w14:paraId="7F657CB4" w14:textId="77777777" w:rsidR="00F95956" w:rsidRDefault="001C0BB5">
      <w:pPr>
        <w:spacing w:after="240"/>
      </w:pPr>
      <w:r>
        <w:t>“I’ll walk you,” he said.</w:t>
      </w:r>
    </w:p>
    <w:p w14:paraId="736E01D8" w14:textId="77777777" w:rsidR="00F95956" w:rsidRDefault="001C0BB5">
      <w:pPr>
        <w:spacing w:after="240"/>
      </w:pPr>
      <w:r>
        <w:t>She shook her head. “Don’t.”</w:t>
      </w:r>
    </w:p>
    <w:p w14:paraId="5E49B06E" w14:textId="77777777" w:rsidR="00F95956" w:rsidRDefault="001C0BB5">
      <w:pPr>
        <w:spacing w:after="240"/>
      </w:pPr>
      <w:r>
        <w:t>For a heartbeat he didn’t move. Then he inclined his head—an old soldier’s acceptance of an unwinnable skirmish—and let her pass.</w:t>
      </w:r>
    </w:p>
    <w:p w14:paraId="4C025AA1" w14:textId="77777777" w:rsidR="00F95956" w:rsidRDefault="001C0BB5">
      <w:pPr>
        <w:spacing w:after="240"/>
      </w:pPr>
      <w:r>
        <w:t>As she moved away, the diary burned against her like a brand. In the corner of her vision, she swore the painted woman in the forest watched her go—head tilted, eyes gleaming with a light that had no business belonging to paint.</w:t>
      </w:r>
    </w:p>
    <w:p w14:paraId="115BB732" w14:textId="77777777" w:rsidR="00F95956" w:rsidRDefault="001C0BB5">
      <w:pPr>
        <w:spacing w:after="240"/>
      </w:pPr>
      <w:r>
        <w:t>Down the corridor, the summons bells spoke again. Alizon walked toward them, toward a man who had just heard a ghost ask him to save a daughter he didn’t know he had.</w:t>
      </w:r>
    </w:p>
    <w:p w14:paraId="068FB170" w14:textId="77777777" w:rsidR="00F95956" w:rsidRDefault="001C0BB5">
      <w:pPr>
        <w:spacing w:after="240"/>
      </w:pPr>
      <w:r>
        <w:t>And somewhere out in the city, under rain and rust, a vampire with obsidian eyes smiled, because the one thing he needed most in the world had just lit herself like a lantern.</w:t>
      </w:r>
    </w:p>
    <w:p w14:paraId="5196D8F9" w14:textId="77777777" w:rsidR="00F95956" w:rsidRDefault="001C0BB5">
      <w:pPr>
        <w:spacing w:after="240"/>
      </w:pPr>
      <w:r>
        <w:t>The wards were cracking.</w:t>
      </w:r>
      <w:r>
        <w:br/>
        <w:t>The past was waking.</w:t>
      </w:r>
      <w:r>
        <w:br/>
        <w:t>And the shadows were no longer content to keep their dead.</w:t>
      </w:r>
    </w:p>
    <w:p w14:paraId="230EA6A5" w14:textId="77777777" w:rsidR="00F95956" w:rsidRDefault="001C0BB5">
      <w:pPr>
        <w:spacing w:after="240"/>
      </w:pPr>
      <w:r>
        <w:t>He looked over his shoulder then, and the careful distance in his eyes buckled. Only a fraction. Only enough for her to see the storm he was trying to chain.</w:t>
      </w:r>
    </w:p>
    <w:p w14:paraId="041BC7C9" w14:textId="77777777" w:rsidR="00F95956" w:rsidRDefault="001C0BB5">
      <w:pPr>
        <w:spacing w:after="240"/>
      </w:pPr>
      <w:r>
        <w:t>“You were injured,” he said</w:t>
      </w:r>
    </w:p>
    <w:p w14:paraId="38CC1434" w14:textId="77777777" w:rsidR="00F95956" w:rsidRDefault="001C0BB5">
      <w:pPr>
        <w:spacing w:after="240"/>
      </w:pPr>
      <w:r>
        <w:t>“I’m standing,”. She kept her tone flat. “Pulling me from the field this quickly is a mistake..”</w:t>
      </w:r>
    </w:p>
    <w:p w14:paraId="082FF2D9" w14:textId="77777777" w:rsidR="00F95956" w:rsidRDefault="001C0BB5">
      <w:pPr>
        <w:spacing w:after="240"/>
      </w:pPr>
      <w:r>
        <w:t>“Is it.” He faced her fully, studying the glamour that softened her features. “Something in that warehouse reacted to you.”</w:t>
      </w:r>
    </w:p>
    <w:p w14:paraId="32842E26" w14:textId="77777777" w:rsidR="00F95956" w:rsidRDefault="001C0BB5">
      <w:pPr>
        <w:spacing w:after="240"/>
      </w:pPr>
      <w:r>
        <w:lastRenderedPageBreak/>
        <w:t>She said nothing.</w:t>
      </w:r>
    </w:p>
    <w:p w14:paraId="13EB2DF1" w14:textId="77777777" w:rsidR="00F95956" w:rsidRDefault="001C0BB5">
      <w:pPr>
        <w:spacing w:after="240"/>
      </w:pPr>
      <w:r>
        <w:t>“Something old,” he continued. “It lit when you stepped across it. As if it recognized your blood.”</w:t>
      </w:r>
    </w:p>
    <w:p w14:paraId="404E2AA0" w14:textId="77777777" w:rsidR="00F95956" w:rsidRDefault="001C0BB5">
      <w:pPr>
        <w:spacing w:after="240"/>
      </w:pPr>
      <w:r>
        <w:t>Her jaw tightened. “With respect, sir, my blood is none of your business.”</w:t>
      </w:r>
    </w:p>
    <w:p w14:paraId="11C61F2F" w14:textId="77777777" w:rsidR="00F95956" w:rsidRDefault="001C0BB5">
      <w:pPr>
        <w:spacing w:after="240"/>
      </w:pPr>
      <w:r>
        <w:t>A muscle feathered in his cheek. “Everything that keeps my agents alive is my business.”</w:t>
      </w:r>
    </w:p>
    <w:p w14:paraId="78A7067E" w14:textId="77777777" w:rsidR="00F95956" w:rsidRDefault="001C0BB5">
      <w:pPr>
        <w:spacing w:after="240"/>
      </w:pPr>
      <w:r>
        <w:t>They stared at each other, a hairline crack of pain running between them like frozen lightning. Solin swallowed whatever he was about to say and—gently—gestured to a chair.</w:t>
      </w:r>
    </w:p>
    <w:p w14:paraId="3AB1075C" w14:textId="77777777" w:rsidR="00F95956" w:rsidRDefault="001C0BB5">
      <w:pPr>
        <w:spacing w:after="240"/>
      </w:pPr>
      <w:r>
        <w:t>“Sit,” he said. “Please.”</w:t>
      </w:r>
    </w:p>
    <w:p w14:paraId="34742A5E" w14:textId="77777777" w:rsidR="00F95956" w:rsidRDefault="001C0BB5">
      <w:pPr>
        <w:spacing w:after="240"/>
      </w:pPr>
      <w:r>
        <w:t>It was the please that did it. She didn’t sit. She drifted, instead, toward the hearth. A low wardline stitched the stones; as she crossed it, the air thrummed under her skin.</w:t>
      </w:r>
    </w:p>
    <w:p w14:paraId="678A18BC" w14:textId="77777777" w:rsidR="00F95956" w:rsidRDefault="001C0BB5">
      <w:pPr>
        <w:spacing w:after="240"/>
      </w:pPr>
      <w:r>
        <w:t>“Your aura is… layered,” he said. “As if someone braided a lie through it.”</w:t>
      </w:r>
    </w:p>
    <w:p w14:paraId="37E3D42A" w14:textId="77777777" w:rsidR="00F95956" w:rsidRDefault="001C0BB5">
      <w:pPr>
        <w:spacing w:after="240"/>
      </w:pPr>
      <w:r>
        <w:t>Her throat worked. “Maybe I prefer lies.”</w:t>
      </w:r>
    </w:p>
    <w:p w14:paraId="3A4F305E" w14:textId="77777777" w:rsidR="00F95956" w:rsidRDefault="001C0BB5">
      <w:pPr>
        <w:spacing w:after="240"/>
      </w:pPr>
      <w:r>
        <w:t>“And maybe,” he said softly, “you were forced to.”</w:t>
      </w:r>
    </w:p>
    <w:p w14:paraId="0AFF4936" w14:textId="77777777" w:rsidR="00F95956" w:rsidRDefault="001C0BB5">
      <w:pPr>
        <w:spacing w:after="240"/>
      </w:pPr>
      <w:r>
        <w:t>The silence was a living thing between them. The rain pressed its forehead to the glass.</w:t>
      </w:r>
    </w:p>
    <w:p w14:paraId="7EA865E5" w14:textId="77777777" w:rsidR="00F95956" w:rsidRDefault="001C0BB5">
      <w:pPr>
        <w:spacing w:after="240"/>
      </w:pPr>
      <w:r>
        <w:t>A knock at the door. Solin didn’t invite it. It opened anyway.</w:t>
      </w:r>
    </w:p>
    <w:p w14:paraId="1D59F4C2" w14:textId="77777777" w:rsidR="00F95956" w:rsidRDefault="001C0BB5">
      <w:pPr>
        <w:spacing w:after="240"/>
      </w:pPr>
      <w:r>
        <w:t>Rowan Hale stepped in—damp, dark, all edges softened by the glow from the hearth. He paused, eyes cutting from Solin to Alizon, as if he’d walked into a room charged with lightning.</w:t>
      </w:r>
    </w:p>
    <w:p w14:paraId="1F0F85FA" w14:textId="77777777" w:rsidR="00F95956" w:rsidRDefault="001C0BB5">
      <w:pPr>
        <w:spacing w:after="240"/>
      </w:pPr>
      <w:r>
        <w:t>“This is a bad time,” Rowan said, not meaning a word of it.</w:t>
      </w:r>
    </w:p>
    <w:p w14:paraId="319396F2" w14:textId="77777777" w:rsidR="00F95956" w:rsidRDefault="001C0BB5">
      <w:pPr>
        <w:spacing w:after="240"/>
      </w:pPr>
      <w:r>
        <w:t>“It is,” Solin said.</w:t>
      </w:r>
    </w:p>
    <w:p w14:paraId="06129490" w14:textId="77777777" w:rsidR="00F95956" w:rsidRDefault="001C0BB5">
      <w:pPr>
        <w:spacing w:after="240"/>
      </w:pPr>
      <w:r>
        <w:t>“I came anyway.”</w:t>
      </w:r>
    </w:p>
    <w:p w14:paraId="11DA1934" w14:textId="77777777" w:rsidR="00F95956" w:rsidRDefault="001C0BB5">
      <w:pPr>
        <w:spacing w:after="240"/>
      </w:pPr>
      <w:r>
        <w:t>Alizon set her shoulders. “You shouldn’t be here.”</w:t>
      </w:r>
    </w:p>
    <w:p w14:paraId="77059EE7" w14:textId="77777777" w:rsidR="00F95956" w:rsidRDefault="001C0BB5">
      <w:pPr>
        <w:spacing w:after="240"/>
      </w:pPr>
      <w:r>
        <w:t>Rowan’s gaze barely grazed Solin. “Won’t take long.” He took a step toward her and stopped, as if he’d hit an invisible line. His voice lowered, roughened. “You’re bleeding.”</w:t>
      </w:r>
    </w:p>
    <w:p w14:paraId="2DADFAE8" w14:textId="77777777" w:rsidR="00F95956" w:rsidRDefault="001C0BB5">
      <w:pPr>
        <w:spacing w:after="240"/>
      </w:pPr>
      <w:r>
        <w:t>“I’m fine.”</w:t>
      </w:r>
    </w:p>
    <w:p w14:paraId="067F5AD8" w14:textId="77777777" w:rsidR="00F95956" w:rsidRDefault="001C0BB5">
      <w:pPr>
        <w:spacing w:after="240"/>
      </w:pPr>
      <w:r>
        <w:t>“You smell like iron.”</w:t>
      </w:r>
    </w:p>
    <w:p w14:paraId="5ECCCBA9" w14:textId="77777777" w:rsidR="00F95956" w:rsidRDefault="001C0BB5">
      <w:pPr>
        <w:spacing w:after="240"/>
      </w:pPr>
      <w:r>
        <w:lastRenderedPageBreak/>
        <w:t>Her control faltered. A tremor ran through her hands. She hid it by curling her fingers against her palms. The diary, tucked beneath her jacket, pressed heat into her ribs.</w:t>
      </w:r>
    </w:p>
    <w:p w14:paraId="71ADFF43" w14:textId="77777777" w:rsidR="00F95956" w:rsidRDefault="001C0BB5">
      <w:pPr>
        <w:spacing w:after="240"/>
      </w:pPr>
      <w:r>
        <w:t>Solin’s eyes flickered to the movement. “Agent Rhea,” he said carefully, “something is breaking in you. I need to know what.”</w:t>
      </w:r>
    </w:p>
    <w:p w14:paraId="3B26AA9F" w14:textId="77777777" w:rsidR="00F95956" w:rsidRDefault="001C0BB5">
      <w:pPr>
        <w:spacing w:after="240"/>
      </w:pPr>
      <w:r>
        <w:t>She was about to lie. She could feel the shape of it forming, easy as breath. But the wardline humming under the hearth stones swelled, a chord sliding up her spine, and the room tilted—</w:t>
      </w:r>
    </w:p>
    <w:p w14:paraId="556C6436" w14:textId="77777777" w:rsidR="00F95956" w:rsidRDefault="001C0BB5">
      <w:pPr>
        <w:spacing w:after="240"/>
      </w:pPr>
      <w:r>
        <w:t>—and the shadows lengthened—</w:t>
      </w:r>
    </w:p>
    <w:p w14:paraId="3A4D4C46" w14:textId="77777777" w:rsidR="00F95956" w:rsidRDefault="001C0BB5">
      <w:pPr>
        <w:spacing w:after="240"/>
      </w:pPr>
      <w:r>
        <w:t>—and the air tasted like cold pine and old ash—</w:t>
      </w:r>
    </w:p>
    <w:p w14:paraId="4273FF68" w14:textId="77777777" w:rsidR="00F95956" w:rsidRDefault="001C0BB5">
      <w:pPr>
        <w:spacing w:after="240"/>
      </w:pPr>
      <w:r>
        <w:t>—and the memory came for her like a wave.</w:t>
      </w:r>
    </w:p>
    <w:p w14:paraId="771A1AC9" w14:textId="77777777" w:rsidR="00F95956" w:rsidRDefault="001C0BB5">
      <w:pPr>
        <w:spacing w:after="240"/>
      </w:pPr>
      <w:r>
        <w:t>Flashback — The Fire and the Fang</w:t>
      </w:r>
    </w:p>
    <w:p w14:paraId="3F828156" w14:textId="77777777" w:rsidR="00F95956" w:rsidRDefault="001C0BB5">
      <w:pPr>
        <w:spacing w:after="240"/>
      </w:pPr>
      <w:r>
        <w:t>Black Forest — Years Ago</w:t>
      </w:r>
    </w:p>
    <w:p w14:paraId="0CA8A4E0" w14:textId="77777777" w:rsidR="00F95956" w:rsidRDefault="001C0BB5">
      <w:pPr>
        <w:spacing w:after="240"/>
      </w:pPr>
      <w:r>
        <w:t>They had stolen the morning from their keepers. Two children in boots too big and courage too sharp, slipping past a sleeping ward and into a clearing stitched with frost.</w:t>
      </w:r>
    </w:p>
    <w:p w14:paraId="3CC9D6AE" w14:textId="77777777" w:rsidR="00F95956" w:rsidRDefault="001C0BB5">
      <w:pPr>
        <w:spacing w:after="240"/>
      </w:pPr>
      <w:r>
        <w:t>“Again,” Rowan said, grinning, breath white. He was taller by a head, dark hair wild, gold eyes bright with a kind of joy that made Alizon braver than she had any right to be.</w:t>
      </w:r>
    </w:p>
    <w:p w14:paraId="263D989F" w14:textId="77777777" w:rsidR="00F95956" w:rsidRDefault="001C0BB5">
      <w:pPr>
        <w:spacing w:after="240"/>
      </w:pPr>
      <w:r>
        <w:t>She laced her fingers, whispered the shape of a spark, and a thread of flame twined between her palms. It should have been small. It should have behaved.</w:t>
      </w:r>
    </w:p>
    <w:p w14:paraId="2414C336" w14:textId="77777777" w:rsidR="00F95956" w:rsidRDefault="001C0BB5">
      <w:pPr>
        <w:spacing w:after="240"/>
      </w:pPr>
      <w:r>
        <w:t>It curled upward, violet at the core.</w:t>
      </w:r>
    </w:p>
    <w:p w14:paraId="4B91B1FA" w14:textId="77777777" w:rsidR="00F95956" w:rsidRDefault="001C0BB5">
      <w:pPr>
        <w:spacing w:after="240"/>
      </w:pPr>
      <w:r>
        <w:t>Rowan’s eyebrows shot up. “Showoff.”</w:t>
      </w:r>
    </w:p>
    <w:p w14:paraId="2F65A8FA" w14:textId="77777777" w:rsidR="00F95956" w:rsidRDefault="001C0BB5">
      <w:pPr>
        <w:spacing w:after="240"/>
      </w:pPr>
      <w:r>
        <w:t>She laughed quick, breathless which shattered when a voice snapped like ice behind her.</w:t>
      </w:r>
    </w:p>
    <w:p w14:paraId="6A103A89" w14:textId="77777777" w:rsidR="00F95956" w:rsidRDefault="001C0BB5">
      <w:pPr>
        <w:spacing w:after="240"/>
      </w:pPr>
      <w:r>
        <w:t>“Halfbloods shouldn’t play at power.”</w:t>
      </w:r>
    </w:p>
    <w:p w14:paraId="0BA2910F" w14:textId="77777777" w:rsidR="00F95956" w:rsidRDefault="001C0BB5">
      <w:pPr>
        <w:spacing w:after="240"/>
      </w:pPr>
      <w:r>
        <w:t>A young coven witch leaned against a birch, mouth tilted into a pretty, mean thing. Her eyes slid over Rowan with rank dismissal and settled on Alizon like a pin.</w:t>
      </w:r>
    </w:p>
    <w:p w14:paraId="76A3A684" w14:textId="77777777" w:rsidR="00F95956" w:rsidRDefault="001C0BB5">
      <w:pPr>
        <w:spacing w:after="240"/>
      </w:pPr>
      <w:r>
        <w:t>“Stop,” Rowan said, the word a rumble, the boywolf in him bristling.</w:t>
      </w:r>
    </w:p>
    <w:p w14:paraId="7F380D63" w14:textId="77777777" w:rsidR="00F95956" w:rsidRDefault="001C0BB5">
      <w:pPr>
        <w:spacing w:after="240"/>
      </w:pPr>
      <w:r>
        <w:t>The witch smirked. “Oh, of course. I forgot. The dog guards the mistake.”</w:t>
      </w:r>
    </w:p>
    <w:p w14:paraId="24667D7C" w14:textId="77777777" w:rsidR="00F95956" w:rsidRDefault="001C0BB5">
      <w:pPr>
        <w:spacing w:after="240"/>
      </w:pPr>
      <w:r>
        <w:t>The flame snapped.</w:t>
      </w:r>
    </w:p>
    <w:p w14:paraId="0AE8D4E4" w14:textId="77777777" w:rsidR="00F95956" w:rsidRDefault="001C0BB5">
      <w:pPr>
        <w:spacing w:after="240"/>
      </w:pPr>
      <w:r>
        <w:lastRenderedPageBreak/>
        <w:t>Alizon didn’t mean to call more. It answered anyway—surging, violet flaring to white. The clearing bowed under the sudden heat. The witch flinched and hissed a ward into being</w:t>
      </w:r>
    </w:p>
    <w:p w14:paraId="213BF650" w14:textId="77777777" w:rsidR="00F95956" w:rsidRDefault="001C0BB5">
      <w:pPr>
        <w:spacing w:after="240"/>
      </w:pPr>
      <w:r>
        <w:t>and Rowan moved.</w:t>
      </w:r>
    </w:p>
    <w:p w14:paraId="1465197B" w14:textId="77777777" w:rsidR="00F95956" w:rsidRDefault="001C0BB5">
      <w:pPr>
        <w:spacing w:after="240"/>
      </w:pPr>
      <w:r>
        <w:t>He stepped between Alizon and the target without thinking, hands up, human body braced against magic, as if he could hold back a storm.</w:t>
      </w:r>
    </w:p>
    <w:p w14:paraId="058F42ED" w14:textId="77777777" w:rsidR="00F95956" w:rsidRDefault="001C0BB5">
      <w:pPr>
        <w:spacing w:after="240"/>
      </w:pPr>
      <w:r>
        <w:t>The blast took him square in the chest.</w:t>
      </w:r>
    </w:p>
    <w:p w14:paraId="64073D43" w14:textId="77777777" w:rsidR="00F95956" w:rsidRDefault="001C0BB5">
      <w:pPr>
        <w:spacing w:after="240"/>
      </w:pPr>
      <w:r>
        <w:t>He dropped to his knees with a sound that still lived, years later, in the darkest corner of Alizon’s marrow. The fire died as quickly as it had bloomed, leaving a scorched crescent over his heart and the smell of burned pine resin in the air.</w:t>
      </w:r>
    </w:p>
    <w:p w14:paraId="04C611E7" w14:textId="77777777" w:rsidR="00F95956" w:rsidRDefault="001C0BB5">
      <w:pPr>
        <w:spacing w:after="240"/>
      </w:pPr>
      <w:r>
        <w:t>“Rowan?” Alizon crawled to him on her hands. “Rowan—Rowan—please—”</w:t>
      </w:r>
    </w:p>
    <w:p w14:paraId="3DA9873C" w14:textId="77777777" w:rsidR="00F95956" w:rsidRDefault="001C0BB5">
      <w:pPr>
        <w:spacing w:after="240"/>
      </w:pPr>
      <w:r>
        <w:t>He grabbed her wrist. His palm was hot. His eyes were bright with pain and something that wasn’t pain at all.</w:t>
      </w:r>
    </w:p>
    <w:p w14:paraId="2BB5EB1B" w14:textId="77777777" w:rsidR="00F95956" w:rsidRDefault="001C0BB5">
      <w:pPr>
        <w:spacing w:after="240"/>
      </w:pPr>
      <w:r>
        <w:t>“You’re not a mistake,” he said. “You’re my flame.”</w:t>
      </w:r>
    </w:p>
    <w:p w14:paraId="7D092A45" w14:textId="77777777" w:rsidR="00F95956" w:rsidRDefault="001C0BB5">
      <w:pPr>
        <w:spacing w:after="240"/>
      </w:pPr>
      <w:r>
        <w:t>She broke. He pulled her knuckles to his mouth and breathed against them like a promise.</w:t>
      </w:r>
    </w:p>
    <w:p w14:paraId="63A7937F" w14:textId="77777777" w:rsidR="00F95956" w:rsidRDefault="001C0BB5">
      <w:pPr>
        <w:spacing w:after="240"/>
      </w:pPr>
      <w:r>
        <w:t>The coven came running. Hands dragged them apart. Words—erasure, necessity, protection—rattled like chains. Alizon reached for Rowan, and the world folded over her like a veil.</w:t>
      </w:r>
    </w:p>
    <w:p w14:paraId="2ED267D9" w14:textId="77777777" w:rsidR="00F95956" w:rsidRDefault="001C0BB5">
      <w:pPr>
        <w:spacing w:after="240"/>
      </w:pPr>
      <w:r>
        <w:t>Darkness. Silence. A door locking.</w:t>
      </w:r>
    </w:p>
    <w:p w14:paraId="58E6BB35" w14:textId="77777777" w:rsidR="00F95956" w:rsidRDefault="001C0BB5">
      <w:pPr>
        <w:spacing w:after="240"/>
      </w:pPr>
      <w:r>
        <w:t>Forget.</w:t>
      </w:r>
    </w:p>
    <w:p w14:paraId="26A8D61E" w14:textId="77777777" w:rsidR="00F95956" w:rsidRDefault="001C0BB5">
      <w:pPr>
        <w:spacing w:after="240"/>
      </w:pPr>
      <w:r>
        <w:t>Present</w:t>
      </w:r>
    </w:p>
    <w:p w14:paraId="362B0C06" w14:textId="77777777" w:rsidR="00F95956" w:rsidRDefault="001C0BB5">
      <w:pPr>
        <w:spacing w:after="240"/>
      </w:pPr>
      <w:r>
        <w:t>Alizon staggered. Rowan reached for her instinctively; Solin was faster. He caught her elbows and poured a cool wash of grounding magic through his hands. His eyes were not steady now. Not careful. Not anything but horrified with understanding.</w:t>
      </w:r>
    </w:p>
    <w:p w14:paraId="2C7914D4" w14:textId="77777777" w:rsidR="00F95956" w:rsidRDefault="001C0BB5">
      <w:pPr>
        <w:spacing w:after="240"/>
      </w:pPr>
      <w:r>
        <w:t>“What did you see?” he asked. The question broke on the edge of something like prayer.</w:t>
      </w:r>
    </w:p>
    <w:p w14:paraId="3C20C9E7" w14:textId="77777777" w:rsidR="00F95956" w:rsidRDefault="001C0BB5">
      <w:pPr>
        <w:spacing w:after="240"/>
      </w:pPr>
      <w:r>
        <w:t>She shook her head, trembling. “A forest. A boy. Fire. Me.” Her voice scraped. “They took it. They took him.”</w:t>
      </w:r>
    </w:p>
    <w:p w14:paraId="50EE884C" w14:textId="77777777" w:rsidR="00F95956" w:rsidRDefault="001C0BB5">
      <w:pPr>
        <w:spacing w:after="240"/>
      </w:pPr>
      <w:r>
        <w:t>Rowan’s hand hovered an inch from her shoulder, held by a discipline he might not be able to bear for long. His voice was low. “I know that clearing.”</w:t>
      </w:r>
    </w:p>
    <w:p w14:paraId="69EF9C3B" w14:textId="77777777" w:rsidR="00F95956" w:rsidRDefault="001C0BB5">
      <w:pPr>
        <w:spacing w:after="240"/>
      </w:pPr>
      <w:r>
        <w:lastRenderedPageBreak/>
        <w:t>Alizon lifted her head. Their eyes met, and the room fell away, leaving a straight line of memory between them.</w:t>
      </w:r>
    </w:p>
    <w:p w14:paraId="28496E5C" w14:textId="77777777" w:rsidR="00F95956" w:rsidRDefault="001C0BB5">
      <w:pPr>
        <w:spacing w:after="240"/>
      </w:pPr>
      <w:r>
        <w:t>“I burned you,” she whispered.</w:t>
      </w:r>
    </w:p>
    <w:p w14:paraId="241B7A9E" w14:textId="77777777" w:rsidR="00F95956" w:rsidRDefault="001C0BB5">
      <w:pPr>
        <w:spacing w:after="240"/>
      </w:pPr>
      <w:r>
        <w:t>He swallowed. “You saved me first.”</w:t>
      </w:r>
    </w:p>
    <w:p w14:paraId="4D3BC5E8" w14:textId="77777777" w:rsidR="00F95956" w:rsidRDefault="001C0BB5">
      <w:pPr>
        <w:spacing w:after="240"/>
      </w:pPr>
      <w:r>
        <w:t>The air changed. Solin felt it—like the moment before thunder. He straightened, staff finding his palm as if of its own will.</w:t>
      </w:r>
    </w:p>
    <w:p w14:paraId="09242C34" w14:textId="77777777" w:rsidR="00F95956" w:rsidRDefault="001C0BB5">
      <w:pPr>
        <w:spacing w:after="240"/>
      </w:pPr>
      <w:r>
        <w:t>“Enough,” he said—not unkindly. “Both of you. Sit.”</w:t>
      </w:r>
    </w:p>
    <w:p w14:paraId="4BC06EFA" w14:textId="77777777" w:rsidR="00F95956" w:rsidRDefault="001C0BB5">
      <w:pPr>
        <w:spacing w:after="240"/>
      </w:pPr>
      <w:r>
        <w:t>Neither moved.</w:t>
      </w:r>
    </w:p>
    <w:p w14:paraId="306E4D7B" w14:textId="77777777" w:rsidR="00F95956" w:rsidRDefault="001C0BB5">
      <w:pPr>
        <w:spacing w:after="240"/>
      </w:pPr>
      <w:r>
        <w:t>“Then listen,” Solin said, voice threading iron through grief. “A woman I loved stood in this room an hour ago. She asked me to protect you.” He faced Alizon fully, and the name rose in his mouth like a tide he could no longer hold back. “Tatiana.”</w:t>
      </w:r>
    </w:p>
    <w:p w14:paraId="129F274D" w14:textId="77777777" w:rsidR="00F95956" w:rsidRDefault="001C0BB5">
      <w:pPr>
        <w:spacing w:after="240"/>
      </w:pPr>
      <w:r>
        <w:t>Alizon went very still.</w:t>
      </w:r>
    </w:p>
    <w:p w14:paraId="7EB3709D" w14:textId="77777777" w:rsidR="00F95956" w:rsidRDefault="001C0BB5">
      <w:pPr>
        <w:spacing w:after="240"/>
      </w:pPr>
      <w:r>
        <w:t>“Who?” she said, a whisper-shred.</w:t>
      </w:r>
    </w:p>
    <w:p w14:paraId="44F4275A" w14:textId="77777777" w:rsidR="00F95956" w:rsidRDefault="001C0BB5">
      <w:pPr>
        <w:spacing w:after="240"/>
      </w:pPr>
      <w:r>
        <w:t>“Your mother.”</w:t>
      </w:r>
    </w:p>
    <w:p w14:paraId="65968C52" w14:textId="77777777" w:rsidR="00F95956" w:rsidRDefault="001C0BB5">
      <w:pPr>
        <w:spacing w:after="240"/>
      </w:pPr>
      <w:r>
        <w:t>The word hit her like a blade under the ribs. The glamour over her eyes shivered, and for a heartbeat they glowed, the barest ghost of violet through brown.</w:t>
      </w:r>
    </w:p>
    <w:p w14:paraId="5B9223D1" w14:textId="77777777" w:rsidR="00F95956" w:rsidRDefault="001C0BB5">
      <w:pPr>
        <w:spacing w:after="240"/>
      </w:pPr>
      <w:r>
        <w:t>Rowan closed his eyes as if a puzzle he had been losing sleep to for years had just turned its last piece.</w:t>
      </w:r>
    </w:p>
    <w:p w14:paraId="1074F6B3" w14:textId="77777777" w:rsidR="00F95956" w:rsidRDefault="001C0BB5">
      <w:pPr>
        <w:spacing w:after="240"/>
      </w:pPr>
      <w:r>
        <w:t>Solin’s voice softened, wrecked. “She said the wards are cracking. That if I don’t keep you alive long enough to remember, the world will lose more than you.”</w:t>
      </w:r>
    </w:p>
    <w:p w14:paraId="7228E879" w14:textId="77777777" w:rsidR="00F95956" w:rsidRDefault="001C0BB5">
      <w:pPr>
        <w:spacing w:after="240"/>
      </w:pPr>
      <w:r>
        <w:t>Alizon’s mouth opened and closed. She took a step backward, into shadow, into a corner of her own chest where everything had been stored under lock and spell.</w:t>
      </w:r>
    </w:p>
    <w:p w14:paraId="266B53AF" w14:textId="77777777" w:rsidR="00F95956" w:rsidRDefault="001C0BB5">
      <w:pPr>
        <w:spacing w:after="240"/>
      </w:pPr>
      <w:r>
        <w:t>“Don’t,” she said, to all of it at once. “Don’t look at me like that. Don’t—call me that. I’m not—”</w:t>
      </w:r>
    </w:p>
    <w:p w14:paraId="7E761F70" w14:textId="77777777" w:rsidR="00F95956" w:rsidRDefault="001C0BB5">
      <w:pPr>
        <w:spacing w:after="240"/>
      </w:pPr>
      <w:r>
        <w:t>The diary burned against her side.</w:t>
      </w:r>
    </w:p>
    <w:p w14:paraId="14A0F4BD" w14:textId="77777777" w:rsidR="00F95956" w:rsidRDefault="001C0BB5">
      <w:pPr>
        <w:spacing w:after="240"/>
      </w:pPr>
      <w:r>
        <w:t>A bell tolled somewhere deep in the sanctum—one, two, three—each tone ringing a little truer than the last, as if sounding out a name.</w:t>
      </w:r>
    </w:p>
    <w:p w14:paraId="7DD9C39C" w14:textId="77777777" w:rsidR="00F95956" w:rsidRDefault="001C0BB5">
      <w:pPr>
        <w:spacing w:after="240"/>
      </w:pPr>
      <w:r>
        <w:lastRenderedPageBreak/>
        <w:t>Solin inhaled on a ragged thread. “You are not alone, little flame,” he said, the endearment stumbling out uninvited from a lifetime ago.</w:t>
      </w:r>
    </w:p>
    <w:p w14:paraId="2632266B" w14:textId="77777777" w:rsidR="00F95956" w:rsidRDefault="001C0BB5">
      <w:pPr>
        <w:spacing w:after="240"/>
      </w:pPr>
      <w:r>
        <w:t>Her eyes flashed. “Don’t call me that.”</w:t>
      </w:r>
    </w:p>
    <w:p w14:paraId="6CF89C54" w14:textId="77777777" w:rsidR="00F95956" w:rsidRDefault="001C0BB5">
      <w:pPr>
        <w:spacing w:after="240"/>
      </w:pPr>
      <w:r>
        <w:t>“Then give me another name,” he said, quiet and desperate. “Give me yours.”</w:t>
      </w:r>
    </w:p>
    <w:p w14:paraId="18922AF8" w14:textId="77777777" w:rsidR="00F95956" w:rsidRDefault="001C0BB5">
      <w:pPr>
        <w:spacing w:after="240"/>
      </w:pPr>
      <w:r>
        <w:t>She stared at him, breath shaking. A name rose like a tide under her tongue, struck the shore of the spell that had sealed it, and washed back bloody.</w:t>
      </w:r>
    </w:p>
    <w:p w14:paraId="3A8727AA" w14:textId="77777777" w:rsidR="00F95956" w:rsidRDefault="001C0BB5">
      <w:pPr>
        <w:spacing w:after="240"/>
      </w:pPr>
      <w:r>
        <w:t>Her knees buckled. Solin and Rowan moved in the same instant; magic steadied her from one side, heat from the other. For a heartbeat, the three of them balanced like a constellation that had been separated too long.</w:t>
      </w:r>
    </w:p>
    <w:p w14:paraId="6E0967BE" w14:textId="77777777" w:rsidR="00F95956" w:rsidRDefault="001C0BB5">
      <w:pPr>
        <w:spacing w:after="240"/>
      </w:pPr>
      <w:r>
        <w:t>Alizon pushed free. “I need air.”</w:t>
      </w:r>
    </w:p>
    <w:p w14:paraId="79DDCCB2" w14:textId="77777777" w:rsidR="00F95956" w:rsidRDefault="001C0BB5">
      <w:pPr>
        <w:spacing w:after="240"/>
      </w:pPr>
      <w:r>
        <w:t>She fled before either of them could stop her. Solin let her go. Rowan didn’t. He followed her into the corridor and the rainleaking stair, distance measured in breaths he didn’t dare shorten.</w:t>
      </w:r>
    </w:p>
    <w:p w14:paraId="4D02BF6D" w14:textId="77777777" w:rsidR="00F95956" w:rsidRDefault="001C0BB5">
      <w:pPr>
        <w:spacing w:after="240"/>
      </w:pPr>
      <w:r>
        <w:t>Behind them, Solin leaned on the edge of the desk, eyes closed. When he opened them, they were full of a purpose that had nearly drowned in grief.</w:t>
      </w:r>
    </w:p>
    <w:p w14:paraId="7D768EB0" w14:textId="77777777" w:rsidR="00F95956" w:rsidRDefault="001C0BB5">
      <w:pPr>
        <w:spacing w:after="240"/>
      </w:pPr>
      <w:r>
        <w:t>“Find the Vault,” he told the empty room. “Find the truth.”</w:t>
      </w:r>
    </w:p>
    <w:p w14:paraId="484CEAD3" w14:textId="77777777" w:rsidR="00F95956" w:rsidRDefault="001C0BB5">
      <w:pPr>
        <w:spacing w:after="240"/>
      </w:pPr>
      <w:r>
        <w:t>The wards shivered. Somewhere below the foundations, a door that had been sealed for generations unlatched with a tired sigh.</w:t>
      </w:r>
    </w:p>
    <w:p w14:paraId="49D98847" w14:textId="77777777" w:rsidR="00F95956" w:rsidRDefault="001C0BB5">
      <w:pPr>
        <w:spacing w:after="240"/>
      </w:pPr>
      <w:r>
        <w:t>Rowan POV Interlude — The Scar That Wouldn’t Heal</w:t>
      </w:r>
    </w:p>
    <w:p w14:paraId="394DEDA6" w14:textId="77777777" w:rsidR="00F95956" w:rsidRDefault="001C0BB5">
      <w:pPr>
        <w:spacing w:after="240"/>
      </w:pPr>
      <w:r>
        <w:t>His room was spare: a bed, a trunk, a window that watched the rain fog the river. Rowan sat shirtless on the edge of the mattress, fingers splayed over the mark he never showed anyone.</w:t>
      </w:r>
    </w:p>
    <w:p w14:paraId="7DA2DBAF" w14:textId="77777777" w:rsidR="00F95956" w:rsidRDefault="001C0BB5">
      <w:pPr>
        <w:spacing w:after="240"/>
      </w:pPr>
      <w:r>
        <w:t>It lay over his heart like a moon bitten out of the night—pale, crescent, wrong. Wolves healed clean. They didn’t scar. Not like this.</w:t>
      </w:r>
    </w:p>
    <w:p w14:paraId="6BD2B55E" w14:textId="77777777" w:rsidR="00F95956" w:rsidRDefault="001C0BB5">
      <w:pPr>
        <w:spacing w:after="240"/>
      </w:pPr>
      <w:r>
        <w:t>He’d told no one the truth: that sometimes, on certain winter nights, the mark warmed as if a hand pressed there from the other side of the world. That when he ran hard enough under a blood moon, wind ripping his lungs, he could almost hear a girl laughing in the trees before the sound turned to a sob.</w:t>
      </w:r>
    </w:p>
    <w:p w14:paraId="0D84CD77" w14:textId="77777777" w:rsidR="00F95956" w:rsidRDefault="001C0BB5">
      <w:pPr>
        <w:spacing w:after="240"/>
      </w:pPr>
      <w:r>
        <w:t>He’d chased that ghost across continents. A scent that wasn’t a scent. A memory that refused to anchor. The jealous certainty that something existed for him, specific and inevitable, when all he could put his hands on was air.</w:t>
      </w:r>
    </w:p>
    <w:p w14:paraId="3ACAFA84" w14:textId="77777777" w:rsidR="00F95956" w:rsidRDefault="001C0BB5">
      <w:pPr>
        <w:spacing w:after="240"/>
      </w:pPr>
      <w:r>
        <w:lastRenderedPageBreak/>
        <w:t>And then they carried her past him on a med gurney, rain in her hair, iron in the room.</w:t>
      </w:r>
    </w:p>
    <w:p w14:paraId="17F95AD8" w14:textId="77777777" w:rsidR="00F95956" w:rsidRDefault="001C0BB5">
      <w:pPr>
        <w:spacing w:after="240"/>
      </w:pPr>
      <w:r>
        <w:t>He’d known. The way wolves knew storms.</w:t>
      </w:r>
    </w:p>
    <w:p w14:paraId="541ECF7C" w14:textId="77777777" w:rsidR="00F95956" w:rsidRDefault="001C0BB5">
      <w:pPr>
        <w:spacing w:after="240"/>
      </w:pPr>
      <w:r>
        <w:t>He dropped his hand from the scar and scrubbed it over his jaw instead, grounding the heat. In the glass he caught his own reflection: a man built for damage, eyes too gold in low light, mouth set like a man bracing for a wave.</w:t>
      </w:r>
    </w:p>
    <w:p w14:paraId="3D0A98AC" w14:textId="77777777" w:rsidR="00F95956" w:rsidRDefault="001C0BB5">
      <w:pPr>
        <w:spacing w:after="240"/>
      </w:pPr>
      <w:r>
        <w:t>Mate, he’d said.</w:t>
      </w:r>
    </w:p>
    <w:p w14:paraId="5A8FC30B" w14:textId="77777777" w:rsidR="00F95956" w:rsidRDefault="001C0BB5">
      <w:pPr>
        <w:spacing w:after="240"/>
      </w:pPr>
      <w:r>
        <w:t>She had flinched, but not from him—from the truth cracking open inside her.</w:t>
      </w:r>
    </w:p>
    <w:p w14:paraId="583A5E8D" w14:textId="77777777" w:rsidR="00F95956" w:rsidRDefault="001C0BB5">
      <w:pPr>
        <w:spacing w:after="240"/>
      </w:pPr>
      <w:r>
        <w:t>He stood, pulled on a shirt, and tied back his hair with a strip of leather worn smooth by old hunts. His mother would have called him a fool. His father would have handed him a blade and said, Then make your foolishness a vow.</w:t>
      </w:r>
    </w:p>
    <w:p w14:paraId="524A3418" w14:textId="77777777" w:rsidR="00F95956" w:rsidRDefault="001C0BB5">
      <w:pPr>
        <w:spacing w:after="240"/>
      </w:pPr>
      <w:r>
        <w:t>He went to do both.</w:t>
      </w:r>
    </w:p>
    <w:p w14:paraId="03BD53A4" w14:textId="77777777" w:rsidR="00F95956" w:rsidRDefault="001C0BB5">
      <w:pPr>
        <w:spacing w:after="240"/>
      </w:pPr>
      <w:r>
        <w:t>The Dragomirov Prophecy — She Who Remembers Fire</w:t>
      </w:r>
    </w:p>
    <w:p w14:paraId="113E62AB" w14:textId="77777777" w:rsidR="00F95956" w:rsidRDefault="001C0BB5">
      <w:pPr>
        <w:spacing w:after="240"/>
      </w:pPr>
      <w:r>
        <w:t>The Vaults Beneath the Sanctum</w:t>
      </w:r>
    </w:p>
    <w:p w14:paraId="215BF46B" w14:textId="77777777" w:rsidR="00F95956" w:rsidRDefault="001C0BB5">
      <w:pPr>
        <w:spacing w:after="240"/>
      </w:pPr>
      <w:r>
        <w:t>The stairwell was older than the house above it. Water had grooved its stones. The wards here weren’t the ordered scripts of the taskforce; they were kin to mountain and lightning, runes that had taken root and become part of the rock.</w:t>
      </w:r>
    </w:p>
    <w:p w14:paraId="5FBC6C7C" w14:textId="77777777" w:rsidR="00F95956" w:rsidRDefault="001C0BB5">
      <w:pPr>
        <w:spacing w:after="240"/>
      </w:pPr>
      <w:r>
        <w:t>Solin held a light in his palm and breathed the old countersign. Locks unhooked themselves with little sounds, like bones cracking gently back into place.</w:t>
      </w:r>
    </w:p>
    <w:p w14:paraId="5A9AB30D" w14:textId="77777777" w:rsidR="00F95956" w:rsidRDefault="001C0BB5">
      <w:pPr>
        <w:spacing w:after="240"/>
      </w:pPr>
      <w:r>
        <w:t>The innermost door opened. The chamber beyond was small, domed, echoing. In its center stood a plinth carved with a crest he didn’t recognize until he did: a dragon coiled around a crescent moon.</w:t>
      </w:r>
    </w:p>
    <w:p w14:paraId="7BD3EA09" w14:textId="77777777" w:rsidR="00F95956" w:rsidRDefault="001C0BB5">
      <w:pPr>
        <w:spacing w:after="240"/>
      </w:pPr>
      <w:r>
        <w:t>“Ex Tenebris, Veritas,” Solin read, mouth dry. “From the shadows, truth.”</w:t>
      </w:r>
    </w:p>
    <w:p w14:paraId="0BC66631" w14:textId="77777777" w:rsidR="00F95956" w:rsidRDefault="001C0BB5">
      <w:pPr>
        <w:spacing w:after="240"/>
      </w:pPr>
      <w:r>
        <w:t>A crystal lay on the plinth, cloudy with age. He touched it, and it woke—a wash of memory rising in it like dawn through fog. A woman’s face formed in the light—a younger Tatiana, eyes bright with a hope he hadn’t yet had the chance to disappoint.</w:t>
      </w:r>
    </w:p>
    <w:p w14:paraId="554B1049" w14:textId="77777777" w:rsidR="00F95956" w:rsidRDefault="001C0BB5">
      <w:pPr>
        <w:spacing w:after="240"/>
      </w:pPr>
      <w:r>
        <w:t>“If you’re seeing this,” her voice said, “what I feared has come to pass.”</w:t>
      </w:r>
    </w:p>
    <w:p w14:paraId="3BBC99FC" w14:textId="77777777" w:rsidR="00F95956" w:rsidRDefault="001C0BB5">
      <w:pPr>
        <w:spacing w:after="240"/>
      </w:pPr>
      <w:r>
        <w:t>Solin went very still.</w:t>
      </w:r>
    </w:p>
    <w:p w14:paraId="4D6C2DBD" w14:textId="77777777" w:rsidR="00F95956" w:rsidRDefault="001C0BB5">
      <w:pPr>
        <w:spacing w:after="240"/>
      </w:pPr>
      <w:r>
        <w:lastRenderedPageBreak/>
        <w:t>“The Dragomirov line was never only blood,” Tatiana continued. “It was a binding. A promise. We kept a ward over a door the world forgot it built—because the world forgets what it cannot bear to look at.”</w:t>
      </w:r>
    </w:p>
    <w:p w14:paraId="4A2399A8" w14:textId="77777777" w:rsidR="00F95956" w:rsidRDefault="001C0BB5">
      <w:pPr>
        <w:spacing w:after="240"/>
      </w:pPr>
      <w:r>
        <w:t>The crystal flickered. Runes along the walls flared and dimmed, breathing with her words.</w:t>
      </w:r>
    </w:p>
    <w:p w14:paraId="52CA8E62" w14:textId="77777777" w:rsidR="00F95956" w:rsidRDefault="001C0BB5">
      <w:pPr>
        <w:spacing w:after="240"/>
      </w:pPr>
      <w:r>
        <w:t>“A child will be born under red moon and snow. She will not know her name. Her fire will burn violet when it refuses to obey. She will be hunted by a man who has emptied himself to fill with what hunts us all.”</w:t>
      </w:r>
    </w:p>
    <w:p w14:paraId="3FC522F6" w14:textId="77777777" w:rsidR="00F95956" w:rsidRDefault="001C0BB5">
      <w:pPr>
        <w:spacing w:after="240"/>
      </w:pPr>
      <w:r>
        <w:t>Varek, Solin thought, and tasted iron.</w:t>
      </w:r>
    </w:p>
    <w:p w14:paraId="08DB1DA6" w14:textId="77777777" w:rsidR="00F95956" w:rsidRDefault="001C0BB5">
      <w:pPr>
        <w:spacing w:after="240"/>
      </w:pPr>
      <w:r>
        <w:t>“The wolf will find her first,” Tatiana said, softening. “He will be marked by her, and he will carry a scar no healing mends. When she remembers him, the line will wake.”</w:t>
      </w:r>
    </w:p>
    <w:p w14:paraId="590D1A75" w14:textId="77777777" w:rsidR="00F95956" w:rsidRDefault="001C0BB5">
      <w:pPr>
        <w:spacing w:after="240"/>
      </w:pPr>
      <w:r>
        <w:t>Solin’s throat closed.</w:t>
      </w:r>
    </w:p>
    <w:p w14:paraId="66BCDA56" w14:textId="77777777" w:rsidR="00F95956" w:rsidRDefault="001C0BB5">
      <w:pPr>
        <w:spacing w:after="240"/>
      </w:pPr>
      <w:r>
        <w:t>“If she remembers in time,” Tatiana said, voice tightening on the hinge of fate, “she will choose. To burn the door closed and salt the earth—or to open it and call what sleeps by its true name, binding it to serve what it was made to unmake.”</w:t>
      </w:r>
    </w:p>
    <w:p w14:paraId="7610FB4B" w14:textId="77777777" w:rsidR="00F95956" w:rsidRDefault="001C0BB5">
      <w:pPr>
        <w:spacing w:after="240"/>
      </w:pPr>
      <w:r>
        <w:t>The light faltered. Tatiana’s gaze lifted, as if she could see past the centuries to the man in the room.</w:t>
      </w:r>
    </w:p>
    <w:p w14:paraId="04855539" w14:textId="77777777" w:rsidR="00F95956" w:rsidRDefault="001C0BB5">
      <w:pPr>
        <w:spacing w:after="240"/>
      </w:pPr>
      <w:r>
        <w:t>“Solin,” she whispered, No illusion now. Only plea. “If you did not die, if the world was kind enough to break us separately—find her. Keep her breathing long enough to decide. I don’t care if she hates me forever. I don’t care if she never learns to forgive you. Just—don’t let my daughter be a grave for the world.”</w:t>
      </w:r>
    </w:p>
    <w:p w14:paraId="0A23319E" w14:textId="77777777" w:rsidR="00F95956" w:rsidRDefault="001C0BB5">
      <w:pPr>
        <w:spacing w:after="240"/>
      </w:pPr>
      <w:r>
        <w:t>The crystal went dark.</w:t>
      </w:r>
    </w:p>
    <w:p w14:paraId="03333FF0" w14:textId="77777777" w:rsidR="00F95956" w:rsidRDefault="001C0BB5">
      <w:pPr>
        <w:spacing w:after="240"/>
      </w:pPr>
      <w:r>
        <w:t>Solin stood there with his heart in his hands, and for the first time in years the weight of his grief shifted. It didn’t lighten. It moved into a shape he could carry toward something that still needed him.</w:t>
      </w:r>
    </w:p>
    <w:p w14:paraId="60287CE1" w14:textId="77777777" w:rsidR="00F95956" w:rsidRDefault="001C0BB5">
      <w:pPr>
        <w:spacing w:after="240"/>
      </w:pPr>
      <w:r>
        <w:t>“Tatiana,” he said into the hush. Not prayer. Not curse. A vow.</w:t>
      </w:r>
    </w:p>
    <w:p w14:paraId="0C4BA168" w14:textId="77777777" w:rsidR="00F95956" w:rsidRDefault="001C0BB5">
      <w:pPr>
        <w:spacing w:after="240"/>
      </w:pPr>
      <w:r>
        <w:t>He closed the vault and went to find the living proof that fate could be bent by those who loved harder than it.</w:t>
      </w:r>
    </w:p>
    <w:p w14:paraId="4C7BB8D8" w14:textId="77777777" w:rsidR="00F95956" w:rsidRDefault="001C0BB5">
      <w:pPr>
        <w:spacing w:after="240"/>
      </w:pPr>
      <w:r>
        <w:t>Chapter 5 — The Weight of a Name</w:t>
      </w:r>
    </w:p>
    <w:p w14:paraId="416F1ACC" w14:textId="77777777" w:rsidR="00F95956" w:rsidRDefault="001C0BB5">
      <w:pPr>
        <w:spacing w:after="240"/>
      </w:pPr>
      <w:r>
        <w:t>The Sanctum — North Wing, After Midnight</w:t>
      </w:r>
    </w:p>
    <w:p w14:paraId="5E63E644" w14:textId="77777777" w:rsidR="00F95956" w:rsidRDefault="001C0BB5">
      <w:pPr>
        <w:spacing w:after="240"/>
      </w:pPr>
      <w:r>
        <w:lastRenderedPageBreak/>
        <w:t>The gallery slept. Oil eyes closed. Marble feet stilled. Alizon moved like a rumor down a side corridor and slipped into the narrow space behind the portrait—the secret room that smelled faintly of resin, dust, and childhood.</w:t>
      </w:r>
    </w:p>
    <w:p w14:paraId="39859698" w14:textId="77777777" w:rsidR="00F95956" w:rsidRDefault="001C0BB5">
      <w:pPr>
        <w:spacing w:after="240"/>
      </w:pPr>
      <w:r>
        <w:t>She sealed the hinge and sat on the little cot with the diary in her lap. The room felt smaller than before, or she felt larger, fitted into a body too full of echoes. She loosened the leather tie and let the book fall open where it wanted.</w:t>
      </w:r>
    </w:p>
    <w:p w14:paraId="54EF2188" w14:textId="77777777" w:rsidR="00F95956" w:rsidRDefault="001C0BB5">
      <w:pPr>
        <w:spacing w:after="240"/>
      </w:pPr>
      <w:r>
        <w:t>ALIZON — AGE 11</w:t>
      </w:r>
      <w:r>
        <w:br/>
        <w:t>— I think magic has a heartbeat. I can hear it when I’m quiet enough.</w:t>
      </w:r>
      <w:r>
        <w:br/>
        <w:t>— Rowan says I walk like I’m listening for something no one else can hear.</w:t>
      </w:r>
      <w:r>
        <w:br/>
        <w:t>— Maybe I am.</w:t>
      </w:r>
    </w:p>
    <w:p w14:paraId="74E62FDA" w14:textId="77777777" w:rsidR="00F95956" w:rsidRDefault="001C0BB5">
      <w:pPr>
        <w:spacing w:after="240"/>
      </w:pPr>
      <w:r>
        <w:t>She turned pages as if they were fragile wings. The child’s voice was all through it—brisk, stubborn, precise. Little diagrams of rune-circles and wardlines annotated with arrows and questions no one had answered.</w:t>
      </w:r>
    </w:p>
    <w:p w14:paraId="3DC6A90B" w14:textId="77777777" w:rsidR="00F95956" w:rsidRDefault="001C0BB5">
      <w:pPr>
        <w:spacing w:after="240"/>
      </w:pPr>
      <w:r>
        <w:t>A sheet of paper slipped out and fluttered to the floor. Alizon picked it up.</w:t>
      </w:r>
    </w:p>
    <w:p w14:paraId="094FE5BD" w14:textId="77777777" w:rsidR="00F95956" w:rsidRDefault="001C0BB5">
      <w:pPr>
        <w:spacing w:after="240"/>
      </w:pPr>
      <w:r>
        <w:t>It was a drawing. Her drawing. A careful charcoal of a boy leaning back on his hands, grinning like he’d just stolen the sun and dared it to complain. His hair was too long. His eyes were bright—even in a sketch. On his chest, just visible where the collar loosened, a crescent mark shaded dark.</w:t>
      </w:r>
    </w:p>
    <w:p w14:paraId="592D35DC" w14:textId="77777777" w:rsidR="00F95956" w:rsidRDefault="001C0BB5">
      <w:pPr>
        <w:spacing w:after="240"/>
      </w:pPr>
      <w:r>
        <w:t>She touched the mark. Heat climbed into her face, uninvited and old. It was not the heat of shame. It was recognition.</w:t>
      </w:r>
    </w:p>
    <w:p w14:paraId="36782D96" w14:textId="77777777" w:rsidR="00F95956" w:rsidRDefault="001C0BB5">
      <w:pPr>
        <w:spacing w:after="240"/>
      </w:pPr>
      <w:r>
        <w:t>Alizon set the drawing aside and turned to the back of the diary. The last pages weren’t filled with notes. They were full of a single symbol traced again and again until the paper had thinned with the pressure:</w:t>
      </w:r>
    </w:p>
    <w:p w14:paraId="3B79A637" w14:textId="77777777" w:rsidR="00F95956" w:rsidRDefault="001C0BB5">
      <w:pPr>
        <w:spacing w:after="240"/>
      </w:pPr>
      <w:r>
        <w:t>A dragon coiled around a crescent moon.</w:t>
      </w:r>
    </w:p>
    <w:p w14:paraId="44EA53D6" w14:textId="77777777" w:rsidR="00F95956" w:rsidRDefault="001C0BB5">
      <w:pPr>
        <w:spacing w:after="240"/>
      </w:pPr>
      <w:r>
        <w:t>Her breath caught in her throat. She pressed the diary closed and held it to her sternum, as if two thin boards and a cord could keep her from spilling open. The room hummed. Not with wards—but with that other thing, the pulse under spells, the rhythm that had run through her since the Alps and the coven and the Black Forest.</w:t>
      </w:r>
    </w:p>
    <w:p w14:paraId="6C9F19FF" w14:textId="77777777" w:rsidR="00F95956" w:rsidRDefault="001C0BB5">
      <w:pPr>
        <w:spacing w:after="240"/>
      </w:pPr>
      <w:r>
        <w:t>A name rose behind her teeth like a wave rearing up toward the shore.</w:t>
      </w:r>
    </w:p>
    <w:p w14:paraId="2EB54300" w14:textId="77777777" w:rsidR="00F95956" w:rsidRDefault="001C0BB5">
      <w:pPr>
        <w:spacing w:after="240"/>
      </w:pPr>
      <w:r>
        <w:t>It struck the spell that bound it.</w:t>
      </w:r>
    </w:p>
    <w:p w14:paraId="7AD8181C" w14:textId="77777777" w:rsidR="00F95956" w:rsidRDefault="001C0BB5">
      <w:pPr>
        <w:spacing w:after="240"/>
      </w:pPr>
      <w:r>
        <w:t>Pain bloomed sharp, clean, instructive. The kind that teaches you where the cage is.</w:t>
      </w:r>
    </w:p>
    <w:p w14:paraId="4F21E474" w14:textId="77777777" w:rsidR="00F95956" w:rsidRDefault="001C0BB5">
      <w:pPr>
        <w:spacing w:after="240"/>
      </w:pPr>
      <w:r>
        <w:lastRenderedPageBreak/>
        <w:t>She opened her eyes to keep from saying a sound she wasn’t allowed to know was a name. The walls steadied. The little cot creaked as if it remembered the weight of a smaller grief and made room for this larger one.</w:t>
      </w:r>
    </w:p>
    <w:p w14:paraId="624620C3" w14:textId="77777777" w:rsidR="00F95956" w:rsidRDefault="001C0BB5">
      <w:pPr>
        <w:spacing w:after="240"/>
      </w:pPr>
      <w:r>
        <w:t>She wiped her cheek with the heel of her hand without looking at her fingers afterward. She was not crying. She refused the word for it.</w:t>
      </w:r>
    </w:p>
    <w:p w14:paraId="3763C4E3" w14:textId="77777777" w:rsidR="00F95956" w:rsidRDefault="001C0BB5">
      <w:pPr>
        <w:spacing w:after="240"/>
      </w:pPr>
      <w:r>
        <w:t>Something scraped softly at the baseboard.</w:t>
      </w:r>
    </w:p>
    <w:p w14:paraId="09850F76" w14:textId="77777777" w:rsidR="00F95956" w:rsidRDefault="001C0BB5">
      <w:pPr>
        <w:spacing w:after="240"/>
      </w:pPr>
      <w:r>
        <w:t>Alizon went still, listening. Not a rat. Not the building. A soft, deliberate drag—as if someone had rested their shoulder on the other side of the wall.</w:t>
      </w:r>
    </w:p>
    <w:p w14:paraId="50AED0EC" w14:textId="77777777" w:rsidR="00F95956" w:rsidRDefault="001C0BB5">
      <w:pPr>
        <w:spacing w:after="240"/>
      </w:pPr>
      <w:r>
        <w:t>“Don’t bolt,” a voice said quietly. “It’s me.”</w:t>
      </w:r>
    </w:p>
    <w:p w14:paraId="5D91CA45" w14:textId="77777777" w:rsidR="00F95956" w:rsidRDefault="001C0BB5">
      <w:pPr>
        <w:spacing w:after="240"/>
      </w:pPr>
      <w:r>
        <w:t>She closed the diary and slid it under the pillow. The hinge turned with a whisper. Rowan stood between the portrait and darkness, one shoulder against the stone, hands empty.</w:t>
      </w:r>
    </w:p>
    <w:p w14:paraId="3D099F6B" w14:textId="77777777" w:rsidR="00F95956" w:rsidRDefault="001C0BB5">
      <w:pPr>
        <w:spacing w:after="240"/>
      </w:pPr>
      <w:r>
        <w:t>“I told you not to follow me,” she said.</w:t>
      </w:r>
    </w:p>
    <w:p w14:paraId="3535AA5B" w14:textId="77777777" w:rsidR="00F95956" w:rsidRDefault="001C0BB5">
      <w:pPr>
        <w:spacing w:after="240"/>
      </w:pPr>
      <w:r>
        <w:t>“I didn’t,” he said. “I lost you.” His mouth tipped, not quite a smile. “Then I stood very still, and you found me.”</w:t>
      </w:r>
    </w:p>
    <w:p w14:paraId="66D540C5" w14:textId="77777777" w:rsidR="00F95956" w:rsidRDefault="001C0BB5">
      <w:pPr>
        <w:spacing w:after="240"/>
      </w:pPr>
      <w:r>
        <w:t>The way he said it made the tiny hair along her wrists lift, as if memory had a scent and he knew how to breathe it. She hated that it felt like safety. She hated it less than she thought she would.</w:t>
      </w:r>
    </w:p>
    <w:p w14:paraId="1E22ABFF" w14:textId="77777777" w:rsidR="00F95956" w:rsidRDefault="001C0BB5">
      <w:pPr>
        <w:spacing w:after="240"/>
      </w:pPr>
      <w:r>
        <w:t>“You should sleep,” she said.</w:t>
      </w:r>
    </w:p>
    <w:p w14:paraId="332D14BA" w14:textId="77777777" w:rsidR="00F95956" w:rsidRDefault="001C0BB5">
      <w:pPr>
        <w:spacing w:after="240"/>
      </w:pPr>
      <w:r>
        <w:t>“I don’t sleep when my ribs remember fire,” he said dryly. “And they remember it now.”</w:t>
      </w:r>
    </w:p>
    <w:p w14:paraId="6380FB29" w14:textId="77777777" w:rsidR="00F95956" w:rsidRDefault="001C0BB5">
      <w:pPr>
        <w:spacing w:after="240"/>
      </w:pPr>
      <w:r>
        <w:t>She glanced at his chest. He didn’t look away. The air between them took on weight and temperature.</w:t>
      </w:r>
    </w:p>
    <w:p w14:paraId="66303AB2" w14:textId="77777777" w:rsidR="00F95956" w:rsidRDefault="001C0BB5">
      <w:pPr>
        <w:spacing w:after="240"/>
      </w:pPr>
      <w:r>
        <w:t>“I didn’t mean to,” she said. It came out too soft. She tried again. “I didn’t mean to hurt you.”</w:t>
      </w:r>
    </w:p>
    <w:p w14:paraId="6348A098" w14:textId="77777777" w:rsidR="00F95956" w:rsidRDefault="001C0BB5">
      <w:pPr>
        <w:spacing w:after="240"/>
      </w:pPr>
      <w:r>
        <w:t>“You didn’t,” he said. “Someone else did. You just burned in a straight line between them.”</w:t>
      </w:r>
    </w:p>
    <w:p w14:paraId="7445D091" w14:textId="77777777" w:rsidR="00F95956" w:rsidRDefault="001C0BB5">
      <w:pPr>
        <w:spacing w:after="240"/>
      </w:pPr>
      <w:r>
        <w:t>Alizon didn’t have a reply to that. She set her knuckles on the little desk to keep her hands from doing anything foolish—like reaching. The diary under the pillow thudded once, like a second heart.</w:t>
      </w:r>
    </w:p>
    <w:p w14:paraId="355F335A" w14:textId="77777777" w:rsidR="00F95956" w:rsidRDefault="001C0BB5">
      <w:pPr>
        <w:spacing w:after="240"/>
      </w:pPr>
      <w:r>
        <w:t>Rowan tipped his head toward the hidden door. “What is this place?”</w:t>
      </w:r>
    </w:p>
    <w:p w14:paraId="2041D418" w14:textId="77777777" w:rsidR="00F95956" w:rsidRDefault="001C0BB5">
      <w:pPr>
        <w:spacing w:after="240"/>
      </w:pPr>
      <w:r>
        <w:t>“A room I used to fit in,” she said.</w:t>
      </w:r>
    </w:p>
    <w:p w14:paraId="187272BD" w14:textId="77777777" w:rsidR="00F95956" w:rsidRDefault="001C0BB5">
      <w:pPr>
        <w:spacing w:after="240"/>
      </w:pPr>
      <w:r>
        <w:lastRenderedPageBreak/>
        <w:t>He took that in, along with the bed, the cup, the pebbles in a crescent on the shelf. He didn’t comment. He didn’t have to.</w:t>
      </w:r>
    </w:p>
    <w:p w14:paraId="79A88437" w14:textId="77777777" w:rsidR="00F95956" w:rsidRDefault="001C0BB5">
      <w:pPr>
        <w:spacing w:after="240"/>
      </w:pPr>
      <w:r>
        <w:t>“Solin will come for you at dawn,” he said finally.</w:t>
      </w:r>
    </w:p>
    <w:p w14:paraId="50E51DBA" w14:textId="77777777" w:rsidR="00F95956" w:rsidRDefault="001C0BB5">
      <w:pPr>
        <w:spacing w:after="240"/>
      </w:pPr>
      <w:r>
        <w:t>“Solin,” she echoed, the name tasting like iron filings and honey. “You know him well?”</w:t>
      </w:r>
    </w:p>
    <w:p w14:paraId="00B24A35" w14:textId="77777777" w:rsidR="00F95956" w:rsidRDefault="001C0BB5">
      <w:pPr>
        <w:spacing w:after="240"/>
      </w:pPr>
      <w:r>
        <w:t>“Only by the damage he’s survived and what it didn’t manage to take,” Rowan said. “I can smell both.”</w:t>
      </w:r>
    </w:p>
    <w:p w14:paraId="52D57A5E" w14:textId="77777777" w:rsidR="00F95956" w:rsidRDefault="001C0BB5">
      <w:pPr>
        <w:spacing w:after="240"/>
      </w:pPr>
      <w:r>
        <w:t>Alizon’s mouth tilted before she reined it in. “Wolves,” she said, almost fond and wholly exasperated, “are insufferable.”</w:t>
      </w:r>
    </w:p>
    <w:p w14:paraId="62C43AF2" w14:textId="77777777" w:rsidR="00F95956" w:rsidRDefault="001C0BB5">
      <w:pPr>
        <w:spacing w:after="240"/>
      </w:pPr>
      <w:r>
        <w:t>“We are,” he agreed. “When we are right.”</w:t>
      </w:r>
    </w:p>
    <w:p w14:paraId="1D163035" w14:textId="77777777" w:rsidR="00F95956" w:rsidRDefault="001C0BB5">
      <w:pPr>
        <w:spacing w:after="240"/>
      </w:pPr>
      <w:r>
        <w:t>She should have told him to leave. She didn’t. The room’s old hum settled into a quieter rhythm, as if even the stones had unclenched. He didn’t step closer. He didn’t have to. His presence filled the doorway like a threshold being guarded.</w:t>
      </w:r>
    </w:p>
    <w:p w14:paraId="77441002" w14:textId="77777777" w:rsidR="00F95956" w:rsidRDefault="001C0BB5">
      <w:pPr>
        <w:spacing w:after="240"/>
      </w:pPr>
      <w:r>
        <w:t>“Tell me something that is true,” she said, before she could second-guess the request. “About me. That you know.”</w:t>
      </w:r>
    </w:p>
    <w:p w14:paraId="092703C2" w14:textId="77777777" w:rsidR="00F95956" w:rsidRDefault="001C0BB5">
      <w:pPr>
        <w:spacing w:after="240"/>
      </w:pPr>
      <w:r>
        <w:t>Rowan considered. His eyes, gold even in low light, were steady. “You don’t like leaving food unfinished,” he said. “You stack wood with the bark side out. You hum when you’re reading, but only when your lips are closed. You hate apologies unless they are for something that can be repaired, and then you accept them like a job being assigned.” He took a slow breath. “You sleep curled, like a comma. As if you’re making room for a word you won’t say.”</w:t>
      </w:r>
    </w:p>
    <w:p w14:paraId="38C7D3A9" w14:textId="77777777" w:rsidR="00F95956" w:rsidRDefault="001C0BB5">
      <w:pPr>
        <w:spacing w:after="240"/>
      </w:pPr>
      <w:r>
        <w:t>Alizon swallowed. “How—”</w:t>
      </w:r>
    </w:p>
    <w:p w14:paraId="650FDE59" w14:textId="77777777" w:rsidR="00F95956" w:rsidRDefault="001C0BB5">
      <w:pPr>
        <w:spacing w:after="240"/>
      </w:pPr>
      <w:r>
        <w:t>“I have dreamed you,” he said simply. “For years.”</w:t>
      </w:r>
    </w:p>
    <w:p w14:paraId="2CD1E203" w14:textId="77777777" w:rsidR="00F95956" w:rsidRDefault="001C0BB5">
      <w:pPr>
        <w:spacing w:after="240"/>
      </w:pPr>
      <w:r>
        <w:t>“That isn’t how dreams work.”</w:t>
      </w:r>
    </w:p>
    <w:p w14:paraId="0AD8533A" w14:textId="77777777" w:rsidR="00F95956" w:rsidRDefault="001C0BB5">
      <w:pPr>
        <w:spacing w:after="240"/>
      </w:pPr>
      <w:r>
        <w:t>“No,” he said. “It’s how mates work.”</w:t>
      </w:r>
    </w:p>
    <w:p w14:paraId="27FD8C26" w14:textId="77777777" w:rsidR="00F95956" w:rsidRDefault="001C0BB5">
      <w:pPr>
        <w:spacing w:after="240"/>
      </w:pPr>
      <w:r>
        <w:t>She turned her face away—not because she refused the word, but because something in her refused to let it land without tearing something else.</w:t>
      </w:r>
    </w:p>
    <w:p w14:paraId="44F64A7F" w14:textId="77777777" w:rsidR="00F95956" w:rsidRDefault="001C0BB5">
      <w:pPr>
        <w:spacing w:after="240"/>
      </w:pPr>
      <w:r>
        <w:t>“Go,” she said, calm again. “Please.”</w:t>
      </w:r>
    </w:p>
    <w:p w14:paraId="3794C8EC" w14:textId="77777777" w:rsidR="00F95956" w:rsidRDefault="001C0BB5">
      <w:pPr>
        <w:spacing w:after="240"/>
      </w:pPr>
      <w:r>
        <w:t>He nodded—but didn’t move right away. “If you can’t say your name,” he said, “say mine. Once.”</w:t>
      </w:r>
    </w:p>
    <w:p w14:paraId="61ECD6F4" w14:textId="77777777" w:rsidR="00F95956" w:rsidRDefault="001C0BB5">
      <w:pPr>
        <w:spacing w:after="240"/>
      </w:pPr>
      <w:r>
        <w:lastRenderedPageBreak/>
        <w:t>She didn’t look at him. “Rowan.”</w:t>
      </w:r>
    </w:p>
    <w:p w14:paraId="55FF4AF2" w14:textId="77777777" w:rsidR="00F95956" w:rsidRDefault="001C0BB5">
      <w:pPr>
        <w:spacing w:after="240"/>
      </w:pPr>
      <w:r>
        <w:t>He went on that, as if she had given him a rope in a storm. The portrait settled into place again. The room exhaled. Alizon lay on the small cot with her forearm over her eyes and the diary warm against her ribs, and when she finally slept, it was with a sentence unwritten just behind her teeth.</w:t>
      </w:r>
    </w:p>
    <w:p w14:paraId="3DEB0CDE" w14:textId="77777777" w:rsidR="00F95956" w:rsidRDefault="001C0BB5">
      <w:pPr>
        <w:spacing w:after="240"/>
      </w:pPr>
      <w:r>
        <w:t>The Father Who Went to the Door</w:t>
      </w:r>
    </w:p>
    <w:p w14:paraId="7D596A26" w14:textId="77777777" w:rsidR="00F95956" w:rsidRDefault="001C0BB5">
      <w:pPr>
        <w:spacing w:after="240"/>
      </w:pPr>
      <w:r>
        <w:t>The Vault Stairs — Pre-Dawn</w:t>
      </w:r>
    </w:p>
    <w:p w14:paraId="6A4A3B46" w14:textId="77777777" w:rsidR="00F95956" w:rsidRDefault="001C0BB5">
      <w:pPr>
        <w:spacing w:after="240"/>
      </w:pPr>
      <w:r>
        <w:t>Solin climbed from the deep place with light under his skin. He had done grief in all its schools; he had graduated. Purpose was to be a quieter teacher. He wore it better.</w:t>
      </w:r>
    </w:p>
    <w:p w14:paraId="3CD0D5DB" w14:textId="77777777" w:rsidR="00F95956" w:rsidRDefault="001C0BB5">
      <w:pPr>
        <w:spacing w:after="240"/>
      </w:pPr>
      <w:r>
        <w:t>He crossed the war room without looking at the maps. The future wasn’t on them anymore.</w:t>
      </w:r>
    </w:p>
    <w:p w14:paraId="32A8FBD7" w14:textId="77777777" w:rsidR="00F95956" w:rsidRDefault="001C0BB5">
      <w:pPr>
        <w:spacing w:after="240"/>
      </w:pPr>
      <w:r>
        <w:t>Two guards straightened at the corridor. He waved them down. The halls were hushed in that hour when a house decides whether to keep sleeping or remember that it is a machine.</w:t>
      </w:r>
    </w:p>
    <w:p w14:paraId="17D2334F" w14:textId="77777777" w:rsidR="00F95956" w:rsidRDefault="001C0BB5">
      <w:pPr>
        <w:spacing w:after="240"/>
      </w:pPr>
      <w:r>
        <w:t>He stopped at a narrow door in the east gallery. It had not been opened in years that mattered. He breathed on the face of the lock and murmured a countersign only two people had known.</w:t>
      </w:r>
    </w:p>
    <w:p w14:paraId="76072D1F" w14:textId="77777777" w:rsidR="00F95956" w:rsidRDefault="001C0BB5">
      <w:pPr>
        <w:spacing w:after="240"/>
      </w:pPr>
      <w:r>
        <w:t>The lock sighed. The door opened.</w:t>
      </w:r>
    </w:p>
    <w:p w14:paraId="0C5AECC9" w14:textId="77777777" w:rsidR="00F95956" w:rsidRDefault="001C0BB5">
      <w:pPr>
        <w:spacing w:after="240"/>
      </w:pPr>
      <w:r>
        <w:t>Inside lay a room built for a child who had learned too early that childhood was a room she would not be allowed to keep, training rods hung neat on pegs; chalk sigils scrawled at knee height; a red scarf looped on a hook, washed thin by too much sun.</w:t>
      </w:r>
    </w:p>
    <w:p w14:paraId="173A8B80" w14:textId="77777777" w:rsidR="00F95956" w:rsidRDefault="001C0BB5">
      <w:pPr>
        <w:spacing w:after="240"/>
      </w:pPr>
      <w:r>
        <w:t>Solin touched nothing. He stood in the doorway and let remembering be a weather that moved through him and then on.</w:t>
      </w:r>
    </w:p>
    <w:p w14:paraId="3C0674FB" w14:textId="77777777" w:rsidR="00F95956" w:rsidRDefault="001C0BB5">
      <w:pPr>
        <w:spacing w:after="240"/>
      </w:pPr>
      <w:r>
        <w:t>On the far wall hung a small, framed card, yellowed at the edges. He angled the light.</w:t>
      </w:r>
    </w:p>
    <w:p w14:paraId="5EC2A5F6" w14:textId="77777777" w:rsidR="00F95956" w:rsidRDefault="001C0BB5">
      <w:pPr>
        <w:spacing w:after="240"/>
      </w:pPr>
      <w:r>
        <w:t>Ex Tenebris, Veritas.</w:t>
      </w:r>
      <w:r>
        <w:br/>
        <w:t>His mouth tilted. “She had your motto before I did,” he said into the quiet.</w:t>
      </w:r>
    </w:p>
    <w:p w14:paraId="6C65B3F8" w14:textId="77777777" w:rsidR="00F95956" w:rsidRDefault="001C0BB5">
      <w:pPr>
        <w:spacing w:after="240"/>
      </w:pPr>
      <w:r>
        <w:t>When he closed the door, he did it gently. When he turned away, his eyes were wet. When he lifted his chin, they were not.</w:t>
      </w:r>
    </w:p>
    <w:p w14:paraId="14B616A0" w14:textId="77777777" w:rsidR="00F95956" w:rsidRDefault="001C0BB5">
      <w:pPr>
        <w:spacing w:after="240"/>
      </w:pPr>
      <w:r>
        <w:t>He had work.</w:t>
      </w:r>
    </w:p>
    <w:p w14:paraId="288EB066" w14:textId="77777777" w:rsidR="00F95956" w:rsidRDefault="001C0BB5">
      <w:pPr>
        <w:spacing w:after="240"/>
      </w:pPr>
      <w:r>
        <w:t xml:space="preserve">He sent orders through the house like fresh veins opening: the east watch doubled; the archive attuned to Dragomirov scripts; the ward-net retuned to protect her without revealing </w:t>
      </w:r>
      <w:r>
        <w:lastRenderedPageBreak/>
        <w:t>why. He summoned the two agents he trusted least to betray him and gave them tasks that would give them the chance to try. He would know them by how they did it.</w:t>
      </w:r>
    </w:p>
    <w:p w14:paraId="0511FC58" w14:textId="77777777" w:rsidR="00F95956" w:rsidRDefault="001C0BB5">
      <w:pPr>
        <w:spacing w:after="240"/>
      </w:pPr>
      <w:r>
        <w:t>At the very end, he drafted a message in his own hand and sealed it under the rune for mercy.</w:t>
      </w:r>
    </w:p>
    <w:p w14:paraId="1E0A73CB" w14:textId="77777777" w:rsidR="00F95956" w:rsidRDefault="001C0BB5">
      <w:pPr>
        <w:spacing w:after="240"/>
      </w:pPr>
      <w:r>
        <w:t>To the one who was taught not to say her name:</w:t>
      </w:r>
      <w:r>
        <w:br/>
        <w:t>You are not a weapon. You are not a mistake.</w:t>
      </w:r>
      <w:r>
        <w:br/>
        <w:t>You are a choice. You will make it in your time.</w:t>
      </w:r>
      <w:r>
        <w:br/>
        <w:t>Until then, breathe.</w:t>
      </w:r>
      <w:r>
        <w:br/>
        <w:t>— S.</w:t>
      </w:r>
    </w:p>
    <w:p w14:paraId="1208F297" w14:textId="77777777" w:rsidR="00F95956" w:rsidRDefault="001C0BB5">
      <w:pPr>
        <w:spacing w:after="240"/>
      </w:pPr>
      <w:r>
        <w:t>He did not send it. He folded the page and slipped it into the inner pocket of his coat. Some words should cross a room before they crossed a house.</w:t>
      </w:r>
    </w:p>
    <w:p w14:paraId="7C4F3509" w14:textId="77777777" w:rsidR="00F95956" w:rsidRDefault="001C0BB5">
      <w:pPr>
        <w:spacing w:after="240"/>
      </w:pPr>
      <w:r>
        <w:t>The Man Who Emptied Himself</w:t>
      </w:r>
    </w:p>
    <w:p w14:paraId="05B2A497" w14:textId="77777777" w:rsidR="00F95956" w:rsidRDefault="001C0BB5">
      <w:pPr>
        <w:spacing w:after="240"/>
      </w:pPr>
      <w:r>
        <w:t>Somewhere Under the City</w:t>
      </w:r>
    </w:p>
    <w:p w14:paraId="3160F452" w14:textId="77777777" w:rsidR="00F95956" w:rsidRDefault="001C0BB5">
      <w:pPr>
        <w:spacing w:after="240"/>
      </w:pPr>
      <w:r>
        <w:t>He had not always preferred tunnels. Once he had liked balconies. Faces upturned. Applause like small coins raining on his tongue.</w:t>
      </w:r>
    </w:p>
    <w:p w14:paraId="6F89C1DB" w14:textId="77777777" w:rsidR="00F95956" w:rsidRDefault="001C0BB5">
      <w:pPr>
        <w:spacing w:after="240"/>
      </w:pPr>
      <w:r>
        <w:t>Varek Velarov walked through the old passage with a lantern that did not burn anything the surface would recognize as fuel. The light painted his cheekbones in long planes. He was not handsome, but beauty looked at him when it could not bear to look at anything else.</w:t>
      </w:r>
    </w:p>
    <w:p w14:paraId="12DEE71F" w14:textId="77777777" w:rsidR="00F95956" w:rsidRDefault="001C0BB5">
      <w:pPr>
        <w:spacing w:after="240"/>
      </w:pPr>
      <w:r>
        <w:t>He paused at a wall where roots had laced the stone. The lantern thinned, its filament narrowing to a thought. He set the light in a niche and pressed his palm to the moss. The growth shrank back as if remembering a boot.</w:t>
      </w:r>
    </w:p>
    <w:p w14:paraId="0C554DC8" w14:textId="77777777" w:rsidR="00F95956" w:rsidRDefault="001C0BB5">
      <w:pPr>
        <w:spacing w:after="240"/>
      </w:pPr>
      <w:r>
        <w:t>“Wake,” he said.</w:t>
      </w:r>
    </w:p>
    <w:p w14:paraId="3F95AA01" w14:textId="77777777" w:rsidR="00F95956" w:rsidRDefault="001C0BB5">
      <w:pPr>
        <w:spacing w:after="240"/>
      </w:pPr>
      <w:r>
        <w:t>The wall opened on hinges grown out of geology. In the chamber beyond, things that had waited without clocks flinched when measured by attention.</w:t>
      </w:r>
    </w:p>
    <w:p w14:paraId="6BA7B29D" w14:textId="77777777" w:rsidR="00F95956" w:rsidRDefault="001C0BB5">
      <w:pPr>
        <w:spacing w:after="240"/>
      </w:pPr>
      <w:r>
        <w:t>Two figures rose from the far bench and bowed without lowering their eyes. They were pretty in a way that had learned what it cost to be.</w:t>
      </w:r>
    </w:p>
    <w:p w14:paraId="1B7C3177" w14:textId="77777777" w:rsidR="00F95956" w:rsidRDefault="001C0BB5">
      <w:pPr>
        <w:spacing w:after="240"/>
      </w:pPr>
      <w:r>
        <w:t>“The nest failed,” one said.</w:t>
      </w:r>
    </w:p>
    <w:p w14:paraId="06826299" w14:textId="77777777" w:rsidR="00F95956" w:rsidRDefault="001C0BB5">
      <w:pPr>
        <w:spacing w:after="240"/>
      </w:pPr>
      <w:r>
        <w:t>“The nest succeeded,” Varek corrected mildly. “It dragged a net across a current. Now we know the current is there.”</w:t>
      </w:r>
    </w:p>
    <w:p w14:paraId="530D3C2E" w14:textId="77777777" w:rsidR="00F95956" w:rsidRDefault="001C0BB5">
      <w:pPr>
        <w:spacing w:after="240"/>
      </w:pPr>
      <w:r>
        <w:lastRenderedPageBreak/>
        <w:t>He drew a glyph in the damp air with the lantern’s tail and watched it pulse once and collapse. “The last Dragomirov flickers like a moth against glass,” he said, almost fond. “And the house that keeps her thinks it learned caution.”</w:t>
      </w:r>
    </w:p>
    <w:p w14:paraId="3DCA9E2E" w14:textId="77777777" w:rsidR="00F95956" w:rsidRDefault="001C0BB5">
      <w:pPr>
        <w:spacing w:after="240"/>
      </w:pPr>
      <w:r>
        <w:t>He stepped closer; the two took care not to step back.</w:t>
      </w:r>
    </w:p>
    <w:p w14:paraId="21233303" w14:textId="77777777" w:rsidR="00F95956" w:rsidRDefault="001C0BB5">
      <w:pPr>
        <w:spacing w:after="240"/>
      </w:pPr>
      <w:r>
        <w:t>“I want eyes in the sanctum that do not see what the sanctum thinks eyes see,” he said. “I want ears in the walls that listen to the vibrations in wood instead of the language on tongues. And I want the wolf measured. He thinks he is a blade. Show him he is a sheath.”</w:t>
      </w:r>
    </w:p>
    <w:p w14:paraId="5E68CDEF" w14:textId="77777777" w:rsidR="00F95956" w:rsidRDefault="001C0BB5">
      <w:pPr>
        <w:spacing w:after="240"/>
      </w:pPr>
      <w:r>
        <w:t>The pretty one swallowed. “How do we reach them?”</w:t>
      </w:r>
    </w:p>
    <w:p w14:paraId="75B12D7A" w14:textId="77777777" w:rsidR="00F95956" w:rsidRDefault="001C0BB5">
      <w:pPr>
        <w:spacing w:after="240"/>
      </w:pPr>
      <w:r>
        <w:t>Varek turned the lantern just so. The flame shivered. Somewhere in the city, a rat on a sill froze; a bird turned its head; a line in the ward-net sang off-key for the length of a blink.</w:t>
      </w:r>
    </w:p>
    <w:p w14:paraId="292A917D" w14:textId="77777777" w:rsidR="00F95956" w:rsidRDefault="001C0BB5">
      <w:pPr>
        <w:spacing w:after="240"/>
      </w:pPr>
      <w:r>
        <w:t>“We are already in the house,” he said. “We have been for years.”</w:t>
      </w:r>
    </w:p>
    <w:p w14:paraId="611C3F1A" w14:textId="77777777" w:rsidR="00F95956" w:rsidRDefault="001C0BB5">
      <w:pPr>
        <w:spacing w:after="240"/>
      </w:pPr>
      <w:r>
        <w:t>He lifted the lantern and blew it out. The dark did not return. It bent deferentially, like a court.</w:t>
      </w:r>
    </w:p>
    <w:p w14:paraId="13ADA85B" w14:textId="77777777" w:rsidR="00F95956" w:rsidRDefault="001C0BB5">
      <w:pPr>
        <w:spacing w:after="240"/>
      </w:pPr>
      <w:r>
        <w:t>The Name That Would Not Be Kept Down</w:t>
      </w:r>
    </w:p>
    <w:p w14:paraId="082071B8" w14:textId="77777777" w:rsidR="00F95956" w:rsidRDefault="001C0BB5">
      <w:pPr>
        <w:spacing w:after="240"/>
      </w:pPr>
      <w:r>
        <w:t>The Secret Room — Dawn</w:t>
      </w:r>
    </w:p>
    <w:p w14:paraId="5FB75E55" w14:textId="77777777" w:rsidR="00F95956" w:rsidRDefault="001C0BB5">
      <w:pPr>
        <w:spacing w:after="240"/>
      </w:pPr>
      <w:r>
        <w:t>Alizon dreamed she was in a forest made of paper. Every tree was a page with her handwriting on it. When the wind moved, sentences rubbed one another and made fire. She walked through it without burning until she came to a clearing cut into white.</w:t>
      </w:r>
    </w:p>
    <w:p w14:paraId="18AACF74" w14:textId="77777777" w:rsidR="00F95956" w:rsidRDefault="001C0BB5">
      <w:pPr>
        <w:spacing w:after="240"/>
      </w:pPr>
      <w:r>
        <w:t>A woman stood there with long dark hair and eyes the color of promises kept too late. She lifted a hand and palm outward in the old greeting.</w:t>
      </w:r>
    </w:p>
    <w:p w14:paraId="6BE5502F" w14:textId="77777777" w:rsidR="00F95956" w:rsidRDefault="001C0BB5">
      <w:pPr>
        <w:spacing w:after="240"/>
      </w:pPr>
      <w:r>
        <w:t>Alizon didn’t step forward. She was very tired of stepping and being thrown back.</w:t>
      </w:r>
    </w:p>
    <w:p w14:paraId="5741FA02" w14:textId="77777777" w:rsidR="00F95956" w:rsidRDefault="001C0BB5">
      <w:pPr>
        <w:spacing w:after="240"/>
      </w:pPr>
      <w:r>
        <w:t>“Are you really there?” she asked.</w:t>
      </w:r>
    </w:p>
    <w:p w14:paraId="1920FDF7" w14:textId="77777777" w:rsidR="00F95956" w:rsidRDefault="001C0BB5">
      <w:pPr>
        <w:spacing w:after="240"/>
      </w:pPr>
      <w:r>
        <w:t>“I am where you're staying alive put me,” the woman said. Her mouth tried to shape a smile and did not know how anymore. “I am what is left after the parts that could die did that for you.”</w:t>
      </w:r>
    </w:p>
    <w:p w14:paraId="21BB9B0A" w14:textId="77777777" w:rsidR="00F95956" w:rsidRDefault="001C0BB5">
      <w:pPr>
        <w:spacing w:after="240"/>
      </w:pPr>
      <w:r>
        <w:t>Alizon’s throat ached. “Say it,” she said. She didn’t know what she meant until she said it. “Say my name.”</w:t>
      </w:r>
    </w:p>
    <w:p w14:paraId="35378BDA" w14:textId="77777777" w:rsidR="00F95956" w:rsidRDefault="001C0BB5">
      <w:pPr>
        <w:spacing w:after="240"/>
      </w:pPr>
      <w:r>
        <w:t>The woman’s eyes flooded. She stepped half a pace closer, careful not to disturb the edge of the clearing. When she spoke, the sound did not cross air. It crossed the bone.</w:t>
      </w:r>
    </w:p>
    <w:p w14:paraId="2EFCED08" w14:textId="77777777" w:rsidR="00F95956" w:rsidRDefault="001C0BB5">
      <w:pPr>
        <w:spacing w:after="240"/>
      </w:pPr>
      <w:r>
        <w:lastRenderedPageBreak/>
        <w:t>“Alizon Dragomirova.”</w:t>
      </w:r>
    </w:p>
    <w:p w14:paraId="381E26A5" w14:textId="77777777" w:rsidR="00F95956" w:rsidRDefault="001C0BB5">
      <w:pPr>
        <w:spacing w:after="240"/>
      </w:pPr>
      <w:r>
        <w:t>The paper forest took a breath.</w:t>
      </w:r>
    </w:p>
    <w:p w14:paraId="77BD6081" w14:textId="77777777" w:rsidR="00F95956" w:rsidRDefault="001C0BB5">
      <w:pPr>
        <w:spacing w:after="240"/>
      </w:pPr>
      <w:r>
        <w:t>The spell that held the name inside her cracked—not a shatter, not freedom—but a hairline fissure like the first warm day. Pain and relief braided through her like strands under a loom.</w:t>
      </w:r>
    </w:p>
    <w:p w14:paraId="372C2987" w14:textId="77777777" w:rsidR="00F95956" w:rsidRDefault="001C0BB5">
      <w:pPr>
        <w:spacing w:after="240"/>
      </w:pPr>
      <w:r>
        <w:t>She woke with both hands fisted in the blanket and the taste of ink and winter on her tongue. Her mouth formed the first half of the second name and stopped, not because she couldn’t say it, but because she wasn’t ready for what saying it would require of her.</w:t>
      </w:r>
    </w:p>
    <w:p w14:paraId="3441F2D7" w14:textId="77777777" w:rsidR="00F95956" w:rsidRDefault="001C0BB5">
      <w:pPr>
        <w:spacing w:after="240"/>
      </w:pPr>
      <w:r>
        <w:t>The portrait’s hinge whispered. She did not reach for a blade. The step in the doorway was measured; the presence carried magic like someone who had learned to set it down before entering a room with a sleeping child.</w:t>
      </w:r>
    </w:p>
    <w:p w14:paraId="610DF0EE" w14:textId="77777777" w:rsidR="00F95956" w:rsidRDefault="001C0BB5">
      <w:pPr>
        <w:spacing w:after="240"/>
      </w:pPr>
      <w:r>
        <w:t>“Dawn,” Solin said softly.</w:t>
      </w:r>
    </w:p>
    <w:p w14:paraId="6EE0B798" w14:textId="77777777" w:rsidR="00F95956" w:rsidRDefault="001C0BB5">
      <w:pPr>
        <w:spacing w:after="240"/>
      </w:pPr>
      <w:r>
        <w:t>Alizon sat up. The diary slid into her lap. She smoothed its edge as if it were a crease in a map.</w:t>
      </w:r>
    </w:p>
    <w:p w14:paraId="3DF039F4" w14:textId="77777777" w:rsidR="00F95956" w:rsidRDefault="001C0BB5">
      <w:pPr>
        <w:spacing w:after="240"/>
      </w:pPr>
      <w:r>
        <w:t>“I found the vault,” he said. “I found… what she left.”</w:t>
      </w:r>
    </w:p>
    <w:p w14:paraId="43EC29AC" w14:textId="77777777" w:rsidR="00F95956" w:rsidRDefault="001C0BB5">
      <w:pPr>
        <w:spacing w:after="240"/>
      </w:pPr>
      <w:r>
        <w:t>Alizon lifted her chin. “Then you know.”</w:t>
      </w:r>
    </w:p>
    <w:p w14:paraId="560771C4" w14:textId="77777777" w:rsidR="00F95956" w:rsidRDefault="001C0BB5">
      <w:pPr>
        <w:spacing w:after="240"/>
      </w:pPr>
      <w:r>
        <w:t>“I know what must be protected,” he said. “I do not know who you will choose to be.”</w:t>
      </w:r>
    </w:p>
    <w:p w14:paraId="76A45493" w14:textId="77777777" w:rsidR="00F95956" w:rsidRDefault="001C0BB5">
      <w:pPr>
        <w:spacing w:after="240"/>
      </w:pPr>
      <w:r>
        <w:t>They looked at each other across the space where a lifetime should have been.</w:t>
      </w:r>
    </w:p>
    <w:p w14:paraId="194D8C95" w14:textId="77777777" w:rsidR="00F95956" w:rsidRDefault="001C0BB5">
      <w:pPr>
        <w:spacing w:after="240"/>
      </w:pPr>
      <w:r>
        <w:t>“Walk with me,” he said. “No orders. No titles. Just two people between a house and a day.”</w:t>
      </w:r>
    </w:p>
    <w:p w14:paraId="4F16E94C" w14:textId="77777777" w:rsidR="00F95956" w:rsidRDefault="001C0BB5">
      <w:pPr>
        <w:spacing w:after="240"/>
      </w:pPr>
      <w:r>
        <w:t>Something in her wanted to say no on principle. Something older told that something to be quiet. She tucked the diary under her arm and stood.</w:t>
      </w:r>
    </w:p>
    <w:p w14:paraId="3D00F927" w14:textId="77777777" w:rsidR="00F95956" w:rsidRDefault="001C0BB5">
      <w:pPr>
        <w:spacing w:after="240"/>
      </w:pPr>
      <w:r>
        <w:t>As she passed him in the doorway, Solin did a thing that most men did not remember to do. He took one step back, making space for her to choose the threshold.</w:t>
      </w:r>
    </w:p>
    <w:p w14:paraId="69632043" w14:textId="77777777" w:rsidR="00F95956" w:rsidRDefault="001C0BB5">
      <w:pPr>
        <w:spacing w:after="240"/>
      </w:pPr>
      <w:r>
        <w:t>They moved down the corridor into a light that had forgot itself for a few hours and was relearning the trick.</w:t>
      </w:r>
    </w:p>
    <w:p w14:paraId="1AD9950A" w14:textId="77777777" w:rsidR="00F95956" w:rsidRDefault="001C0BB5">
      <w:pPr>
        <w:spacing w:after="240"/>
      </w:pPr>
      <w:r>
        <w:t>Halfway to the war room, Rowan fell in with them without asking and without words, like a point on a line that remembered geometry. He didn’t walk too close. He didn’t look too long. He was simply there, and the house’s old hinges stopped squeaking.</w:t>
      </w:r>
    </w:p>
    <w:p w14:paraId="28376D49" w14:textId="77777777" w:rsidR="00F95956" w:rsidRDefault="001C0BB5">
      <w:pPr>
        <w:spacing w:after="240"/>
      </w:pPr>
      <w:r>
        <w:lastRenderedPageBreak/>
        <w:t>Alizon did not take his hand. She did not need to. Her palm hummed where it would fit, as if pressure could travel in absentia. The diary warmed under her elbow. Between one breath and the next, a decision sprouted like a seed split by thaw.</w:t>
      </w:r>
    </w:p>
    <w:p w14:paraId="71685C63" w14:textId="77777777" w:rsidR="00F95956" w:rsidRDefault="001C0BB5">
      <w:pPr>
        <w:spacing w:after="240"/>
      </w:pPr>
      <w:r>
        <w:t>She would not outrun this.</w:t>
      </w:r>
    </w:p>
    <w:p w14:paraId="4BAD3E1F" w14:textId="77777777" w:rsidR="00F95956" w:rsidRDefault="001C0BB5">
      <w:pPr>
        <w:spacing w:after="240"/>
      </w:pPr>
      <w:r>
        <w:t>She would not be hunted only.</w:t>
      </w:r>
    </w:p>
    <w:p w14:paraId="5035045A" w14:textId="77777777" w:rsidR="00F95956" w:rsidRDefault="001C0BB5">
      <w:pPr>
        <w:spacing w:after="240"/>
      </w:pPr>
      <w:r>
        <w:t>She would choose, when it was time.</w:t>
      </w:r>
    </w:p>
    <w:p w14:paraId="1CF4C96A" w14:textId="77777777" w:rsidR="00F95956" w:rsidRDefault="001C0BB5">
      <w:pPr>
        <w:spacing w:after="240"/>
      </w:pPr>
      <w:r>
        <w:t>She would say her name out loud where even the wards could hear it.</w:t>
      </w:r>
    </w:p>
    <w:p w14:paraId="75DF9D61" w14:textId="77777777" w:rsidR="00F95956" w:rsidRDefault="001C0BB5">
      <w:pPr>
        <w:spacing w:after="240"/>
      </w:pPr>
      <w:r>
        <w:t>Just not today.</w:t>
      </w:r>
    </w:p>
    <w:p w14:paraId="1EA58315" w14:textId="77777777" w:rsidR="00F95956" w:rsidRDefault="001C0BB5">
      <w:pPr>
        <w:spacing w:after="240"/>
      </w:pPr>
      <w:r>
        <w:t>They turned a corner, and the house whispered to itself like a congregation when the doors opened. Somewhere below, a lantern that had not burned in years lit of its own accord. Somewhere above, a painting blinked and changed the direction its eyes watched.</w:t>
      </w:r>
    </w:p>
    <w:p w14:paraId="4EA28562" w14:textId="77777777" w:rsidR="00F95956" w:rsidRDefault="001C0BB5">
      <w:pPr>
        <w:spacing w:after="240"/>
      </w:pPr>
      <w:r>
        <w:t>And far away under the city, a man who had loved balconies lifted his head and smiled at a ceiling he’d never visit.</w:t>
      </w:r>
    </w:p>
    <w:p w14:paraId="4BE3E8C0" w14:textId="77777777" w:rsidR="00F95956" w:rsidRDefault="001C0BB5">
      <w:pPr>
        <w:spacing w:after="240"/>
      </w:pPr>
      <w:r>
        <w:t>The day opened. The shadows kept their counsel. And three people walked into a future that did not intend to stay buried.</w:t>
      </w:r>
    </w:p>
    <w:p w14:paraId="0164FA07" w14:textId="77777777" w:rsidR="00F95956" w:rsidRDefault="001C0BB5">
      <w:pPr>
        <w:spacing w:after="240"/>
      </w:pPr>
      <w:r>
        <w:t>Chapter 6 — The Sanctum Stirs</w:t>
      </w:r>
    </w:p>
    <w:p w14:paraId="19D87DB7" w14:textId="77777777" w:rsidR="00F95956" w:rsidRDefault="001C0BB5">
      <w:pPr>
        <w:spacing w:after="240"/>
      </w:pPr>
      <w:r>
        <w:t>The Sanctum – Late Morning</w:t>
      </w:r>
    </w:p>
    <w:p w14:paraId="215B9E8A" w14:textId="77777777" w:rsidR="00F95956" w:rsidRDefault="001C0BB5">
      <w:pPr>
        <w:spacing w:after="240"/>
      </w:pPr>
      <w:r>
        <w:t>The wards had been humming since dawn.</w:t>
      </w:r>
    </w:p>
    <w:p w14:paraId="52DDD6EE" w14:textId="77777777" w:rsidR="00F95956" w:rsidRDefault="001C0BB5">
      <w:pPr>
        <w:spacing w:after="240"/>
      </w:pPr>
      <w:r>
        <w:t>Not alarm-humming. Not threat-humming.</w:t>
      </w:r>
      <w:r>
        <w:br/>
        <w:t>This was different—like the house was… listening.</w:t>
      </w:r>
    </w:p>
    <w:p w14:paraId="238B52E6" w14:textId="77777777" w:rsidR="00F95956" w:rsidRDefault="001C0BB5">
      <w:pPr>
        <w:spacing w:after="240"/>
      </w:pPr>
      <w:r>
        <w:t>Alizon felt it in the floorboards, in the way sconces flickered when she passed, in how the hall mirrors shimmered for a half-second too long before reflecting her glamour properly.</w:t>
      </w:r>
    </w:p>
    <w:p w14:paraId="32F8090A" w14:textId="77777777" w:rsidR="00F95956" w:rsidRDefault="001C0BB5">
      <w:pPr>
        <w:spacing w:after="240"/>
      </w:pPr>
      <w:r>
        <w:t>She walked through the inner corridors like a secret the sanctum was trying to remember.</w:t>
      </w:r>
    </w:p>
    <w:p w14:paraId="707F830C" w14:textId="77777777" w:rsidR="00F95956" w:rsidRDefault="001C0BB5">
      <w:pPr>
        <w:spacing w:after="240"/>
      </w:pPr>
      <w:r>
        <w:t>Solin noticed. Of course he did.</w:t>
      </w:r>
    </w:p>
    <w:p w14:paraId="66D348F6" w14:textId="77777777" w:rsidR="00F95956" w:rsidRDefault="001C0BB5">
      <w:pPr>
        <w:spacing w:after="240"/>
      </w:pPr>
      <w:r>
        <w:t>He watched from the second-floor balcony as she passed below, diary tucked beneath her arm, Rowan at her shoulder like a shadow with golden eyes. Solin’s fingers tapped the rail absently, then stilled.</w:t>
      </w:r>
    </w:p>
    <w:p w14:paraId="52A2EAE5" w14:textId="77777777" w:rsidR="00F95956" w:rsidRDefault="001C0BB5">
      <w:pPr>
        <w:spacing w:after="240"/>
      </w:pPr>
      <w:r>
        <w:lastRenderedPageBreak/>
        <w:t>Something had shifted.</w:t>
      </w:r>
      <w:r>
        <w:br/>
        <w:t>She was changing.</w:t>
      </w:r>
      <w:r>
        <w:br/>
        <w:t>Or the wards were.</w:t>
      </w:r>
    </w:p>
    <w:p w14:paraId="4F1A31C0" w14:textId="77777777" w:rsidR="00F95956" w:rsidRDefault="001C0BB5">
      <w:pPr>
        <w:spacing w:after="240"/>
      </w:pPr>
      <w:r>
        <w:t>And neither option was safe.</w:t>
      </w:r>
    </w:p>
    <w:p w14:paraId="3AF3756E" w14:textId="77777777" w:rsidR="00F95956" w:rsidRDefault="001C0BB5">
      <w:pPr>
        <w:spacing w:after="240"/>
      </w:pPr>
      <w:r>
        <w:t>🗡️ The Assignment</w:t>
      </w:r>
    </w:p>
    <w:p w14:paraId="28ECDF45" w14:textId="77777777" w:rsidR="00F95956" w:rsidRDefault="001C0BB5">
      <w:pPr>
        <w:spacing w:after="240"/>
      </w:pPr>
      <w:r>
        <w:t>A slim envelope waited for her at breakfast, with no wax seal, no signature.</w:t>
      </w:r>
    </w:p>
    <w:p w14:paraId="223E1988" w14:textId="77777777" w:rsidR="00F95956" w:rsidRDefault="001C0BB5">
      <w:pPr>
        <w:spacing w:after="240"/>
      </w:pPr>
      <w:r>
        <w:t>The contents were clear:</w:t>
      </w:r>
      <w:r>
        <w:br/>
        <w:t>A minor scouting op. Broken wards. A flicker of blood magic on the Upper West Side.</w:t>
      </w:r>
      <w:r>
        <w:br/>
        <w:t>Team of three. She’d be paired with Rowan as guard, and a younger tech-mage named Lio as backup.</w:t>
      </w:r>
    </w:p>
    <w:p w14:paraId="43664A7A" w14:textId="77777777" w:rsidR="00F95956" w:rsidRDefault="001C0BB5">
      <w:pPr>
        <w:spacing w:after="240"/>
      </w:pPr>
      <w:r>
        <w:t>Standard stuff.</w:t>
      </w:r>
    </w:p>
    <w:p w14:paraId="4643FC84" w14:textId="77777777" w:rsidR="00F95956" w:rsidRDefault="001C0BB5">
      <w:pPr>
        <w:spacing w:after="240"/>
      </w:pPr>
      <w:r>
        <w:t>But her hands shook slightly as she folded the paper. She blamed it on a lack of sleep.</w:t>
      </w:r>
    </w:p>
    <w:p w14:paraId="393B37C2" w14:textId="77777777" w:rsidR="00F95956" w:rsidRDefault="001C0BB5">
      <w:pPr>
        <w:spacing w:after="240"/>
      </w:pPr>
      <w:r>
        <w:t>The City, Later</w:t>
      </w:r>
    </w:p>
    <w:p w14:paraId="2FD6E538" w14:textId="77777777" w:rsidR="00F95956" w:rsidRDefault="001C0BB5">
      <w:pPr>
        <w:spacing w:after="240"/>
      </w:pPr>
      <w:r>
        <w:t>Rain followed them like a memory.</w:t>
      </w:r>
    </w:p>
    <w:p w14:paraId="622463B8" w14:textId="77777777" w:rsidR="00F95956" w:rsidRDefault="001C0BB5">
      <w:pPr>
        <w:spacing w:after="240"/>
      </w:pPr>
      <w:r>
        <w:t>They moved across rooftops, soaked in mist and ward residue, sigils cracking underfoot like wet glass. Rowan led in silence, his coat plastered to his back, gold eyes narrowed. He didn’t speak unless he had to.</w:t>
      </w:r>
    </w:p>
    <w:p w14:paraId="29126389" w14:textId="77777777" w:rsidR="00F95956" w:rsidRDefault="001C0BB5">
      <w:pPr>
        <w:spacing w:after="240"/>
      </w:pPr>
      <w:r>
        <w:t>Alizon felt it building in him—the tension. The scent of lightning before it strikes.</w:t>
      </w:r>
    </w:p>
    <w:p w14:paraId="41814281" w14:textId="77777777" w:rsidR="00F95956" w:rsidRDefault="001C0BB5">
      <w:pPr>
        <w:spacing w:after="240"/>
      </w:pPr>
      <w:r>
        <w:t>They reached the break site; a crumbling brownstone laced in broken wards and scratched runes that looked almost gnawed.</w:t>
      </w:r>
    </w:p>
    <w:p w14:paraId="16E1307F" w14:textId="77777777" w:rsidR="00F95956" w:rsidRDefault="001C0BB5">
      <w:pPr>
        <w:spacing w:after="240"/>
      </w:pPr>
      <w:r>
        <w:t>She paused near a stairwell leading into the basement. The iron rail was cold under her palm. Rowan crouched by a busted glyph to inspect it.</w:t>
      </w:r>
    </w:p>
    <w:p w14:paraId="580E459D" w14:textId="77777777" w:rsidR="00F95956" w:rsidRDefault="001C0BB5">
      <w:pPr>
        <w:spacing w:after="240"/>
      </w:pPr>
      <w:r>
        <w:t>And then the rain hit a certain pitch—soft, rhythmic, tapping the copper edge of the railing like fingers.</w:t>
      </w:r>
    </w:p>
    <w:p w14:paraId="36916AD5" w14:textId="77777777" w:rsidR="00F95956" w:rsidRDefault="001C0BB5">
      <w:pPr>
        <w:spacing w:after="240"/>
      </w:pPr>
      <w:r>
        <w:t>And everything slipped sideways.</w:t>
      </w:r>
    </w:p>
    <w:p w14:paraId="03BC3C35" w14:textId="77777777" w:rsidR="00F95956" w:rsidRDefault="001C0BB5">
      <w:pPr>
        <w:spacing w:after="240"/>
      </w:pPr>
      <w:r>
        <w:t>Flashback: When Rain Meant Nothing Was Wrong</w:t>
      </w:r>
    </w:p>
    <w:p w14:paraId="675E7406" w14:textId="77777777" w:rsidR="00F95956" w:rsidRDefault="001C0BB5">
      <w:pPr>
        <w:spacing w:after="240"/>
      </w:pPr>
      <w:r>
        <w:t>They were in his apartment in Edinburgh, barefoot on cold floors, her oversized hoodie brushing her knees. Rafe stood at the counter, half-dressed, half-asleep, boiling water for tea and humming under his breath.</w:t>
      </w:r>
    </w:p>
    <w:p w14:paraId="2D9601EB" w14:textId="77777777" w:rsidR="00F95956" w:rsidRDefault="001C0BB5">
      <w:pPr>
        <w:spacing w:after="240"/>
      </w:pPr>
      <w:r>
        <w:lastRenderedPageBreak/>
        <w:t>The window rattled with light rain.</w:t>
      </w:r>
      <w:r>
        <w:br/>
        <w:t>He didn’t care.</w:t>
      </w:r>
      <w:r>
        <w:br/>
        <w:t>She didn’t either.</w:t>
      </w:r>
    </w:p>
    <w:p w14:paraId="6ED451E2" w14:textId="77777777" w:rsidR="00F95956" w:rsidRDefault="001C0BB5">
      <w:pPr>
        <w:spacing w:after="240"/>
      </w:pPr>
      <w:r>
        <w:t>Alizon leaned her hip against the counter, eyes barely open.</w:t>
      </w:r>
    </w:p>
    <w:p w14:paraId="6256502C" w14:textId="77777777" w:rsidR="00F95956" w:rsidRDefault="001C0BB5">
      <w:pPr>
        <w:spacing w:after="240"/>
      </w:pPr>
      <w:r>
        <w:t>Rafe turned, smirked. “You’re up before noon. Should I check the sky for omens?”</w:t>
      </w:r>
    </w:p>
    <w:p w14:paraId="244E989B" w14:textId="77777777" w:rsidR="00F95956" w:rsidRDefault="001C0BB5">
      <w:pPr>
        <w:spacing w:after="240"/>
      </w:pPr>
      <w:r>
        <w:t>She made a face. “If you brew that sleepytime blend again, I swear—”</w:t>
      </w:r>
    </w:p>
    <w:p w14:paraId="76412602" w14:textId="77777777" w:rsidR="00F95956" w:rsidRDefault="001C0BB5">
      <w:pPr>
        <w:spacing w:after="240"/>
      </w:pPr>
      <w:r>
        <w:t>He held up his hands. “I’m making the tea. The good one.”</w:t>
      </w:r>
    </w:p>
    <w:p w14:paraId="3C5C014E" w14:textId="77777777" w:rsidR="00F95956" w:rsidRDefault="001C0BB5">
      <w:pPr>
        <w:spacing w:after="240"/>
      </w:pPr>
      <w:r>
        <w:t>She stepped closer, nose twitching at the smell. “With the cinnamon?”</w:t>
      </w:r>
    </w:p>
    <w:p w14:paraId="30AADA70" w14:textId="77777777" w:rsidR="00F95956" w:rsidRDefault="001C0BB5">
      <w:pPr>
        <w:spacing w:after="240"/>
      </w:pPr>
      <w:r>
        <w:t>“The cinnamon,” he confirmed, reaching into the cabinet and pulling out her favorite mug—black with a little silver crescent chipped on the rim. “And the honey. Because I’m thoughtful.”</w:t>
      </w:r>
    </w:p>
    <w:p w14:paraId="258AD102" w14:textId="77777777" w:rsidR="00F95956" w:rsidRDefault="001C0BB5">
      <w:pPr>
        <w:spacing w:after="240"/>
      </w:pPr>
      <w:r>
        <w:t>“Mmhm,” she said, voice still thick with sleep.</w:t>
      </w:r>
    </w:p>
    <w:p w14:paraId="5980F6CB" w14:textId="77777777" w:rsidR="00F95956" w:rsidRDefault="001C0BB5">
      <w:pPr>
        <w:spacing w:after="240"/>
      </w:pPr>
      <w:r>
        <w:t>He handed her the mug and leaned in. “I like the mornings better when I wake up and you’re already there.”</w:t>
      </w:r>
    </w:p>
    <w:p w14:paraId="4388A502" w14:textId="77777777" w:rsidR="00F95956" w:rsidRDefault="001C0BB5">
      <w:pPr>
        <w:spacing w:after="240"/>
      </w:pPr>
      <w:r>
        <w:t>She blinked, surprised by the softness of the admission.</w:t>
      </w:r>
      <w:r>
        <w:br/>
        <w:t>He didn’t often say things like that.</w:t>
      </w:r>
    </w:p>
    <w:p w14:paraId="6C2F20B4" w14:textId="77777777" w:rsidR="00F95956" w:rsidRDefault="001C0BB5">
      <w:pPr>
        <w:spacing w:after="240"/>
      </w:pPr>
      <w:r>
        <w:t>“You’re getting sentimental,” she teased.</w:t>
      </w:r>
    </w:p>
    <w:p w14:paraId="67069791" w14:textId="77777777" w:rsidR="00F95956" w:rsidRDefault="001C0BB5">
      <w:pPr>
        <w:spacing w:after="240"/>
      </w:pPr>
      <w:r>
        <w:t>He kissed her temple. “Only for you.”</w:t>
      </w:r>
    </w:p>
    <w:p w14:paraId="02F19163" w14:textId="77777777" w:rsidR="00F95956" w:rsidRDefault="001C0BB5">
      <w:pPr>
        <w:spacing w:after="240"/>
      </w:pPr>
      <w:r>
        <w:t>She smiled into the steam.</w:t>
      </w:r>
    </w:p>
    <w:p w14:paraId="0863322C" w14:textId="77777777" w:rsidR="00F95956" w:rsidRDefault="001C0BB5">
      <w:pPr>
        <w:spacing w:after="240"/>
      </w:pPr>
      <w:r>
        <w:t>Present</w:t>
      </w:r>
    </w:p>
    <w:p w14:paraId="60888618" w14:textId="77777777" w:rsidR="00F95956" w:rsidRDefault="001C0BB5">
      <w:pPr>
        <w:spacing w:after="240"/>
      </w:pPr>
      <w:r>
        <w:t>“Rhea.”</w:t>
      </w:r>
    </w:p>
    <w:p w14:paraId="708D3BD2" w14:textId="77777777" w:rsidR="00F95956" w:rsidRDefault="001C0BB5">
      <w:pPr>
        <w:spacing w:after="240"/>
      </w:pPr>
      <w:r>
        <w:t>Rowan’s voice. Clipped. Sharp. Pulling her back.</w:t>
      </w:r>
    </w:p>
    <w:p w14:paraId="753CD488" w14:textId="77777777" w:rsidR="00F95956" w:rsidRDefault="001C0BB5">
      <w:pPr>
        <w:spacing w:after="240"/>
      </w:pPr>
      <w:r>
        <w:t>Alizon blinked. Her hand was still on the railing. The rain still whispered on the metal like a memory trying to crawl inside her chest.</w:t>
      </w:r>
    </w:p>
    <w:p w14:paraId="39B25F51" w14:textId="77777777" w:rsidR="00F95956" w:rsidRDefault="001C0BB5">
      <w:pPr>
        <w:spacing w:after="240"/>
      </w:pPr>
      <w:r>
        <w:t>She pulled her hand back like it burned. “Sorry. Thought I saw never mind.”</w:t>
      </w:r>
    </w:p>
    <w:p w14:paraId="0AFF6E49" w14:textId="77777777" w:rsidR="00F95956" w:rsidRDefault="001C0BB5">
      <w:pPr>
        <w:spacing w:after="240"/>
      </w:pPr>
      <w:r>
        <w:t>He stood. His jaw was tight. “You shouldn’t let your mind drift out here.”</w:t>
      </w:r>
    </w:p>
    <w:p w14:paraId="0436A16B" w14:textId="77777777" w:rsidR="00F95956" w:rsidRDefault="001C0BB5">
      <w:pPr>
        <w:spacing w:after="240"/>
      </w:pPr>
      <w:r>
        <w:t>She bristled. “I’m fine.”</w:t>
      </w:r>
    </w:p>
    <w:p w14:paraId="3EDB3081" w14:textId="77777777" w:rsidR="00F95956" w:rsidRDefault="001C0BB5">
      <w:pPr>
        <w:spacing w:after="240"/>
      </w:pPr>
      <w:r>
        <w:lastRenderedPageBreak/>
        <w:t>“You weren’t.”</w:t>
      </w:r>
    </w:p>
    <w:p w14:paraId="79E0AC43" w14:textId="77777777" w:rsidR="00F95956" w:rsidRDefault="001C0BB5">
      <w:pPr>
        <w:spacing w:after="240"/>
      </w:pPr>
      <w:r>
        <w:t>“I am now.”</w:t>
      </w:r>
    </w:p>
    <w:p w14:paraId="3B3D79A8" w14:textId="77777777" w:rsidR="00F95956" w:rsidRDefault="001C0BB5">
      <w:pPr>
        <w:spacing w:after="240"/>
      </w:pPr>
      <w:r>
        <w:t>He stared at her a beat too long. “Tell me what you saw.”</w:t>
      </w:r>
    </w:p>
    <w:p w14:paraId="4070EA7D" w14:textId="77777777" w:rsidR="00F95956" w:rsidRDefault="001C0BB5">
      <w:pPr>
        <w:spacing w:after="240"/>
      </w:pPr>
      <w:r>
        <w:t>She looked away. “Nothing.”</w:t>
      </w:r>
    </w:p>
    <w:p w14:paraId="46E089B0" w14:textId="77777777" w:rsidR="00F95956" w:rsidRDefault="001C0BB5">
      <w:pPr>
        <w:spacing w:after="240"/>
      </w:pPr>
      <w:r>
        <w:t>He didn’t argue. He just stood closer. Quiet. Solid.</w:t>
      </w:r>
    </w:p>
    <w:p w14:paraId="2F0EFB55" w14:textId="77777777" w:rsidR="00F95956" w:rsidRDefault="001C0BB5">
      <w:pPr>
        <w:spacing w:after="240"/>
      </w:pPr>
      <w:r>
        <w:t>She hated it because it helped.</w:t>
      </w:r>
    </w:p>
    <w:p w14:paraId="6CCCAFE9" w14:textId="77777777" w:rsidR="00F95956" w:rsidRDefault="001C0BB5">
      <w:pPr>
        <w:spacing w:after="240"/>
      </w:pPr>
      <w:r>
        <w:t>🗂️ Meanwhile — Solin’s Office</w:t>
      </w:r>
    </w:p>
    <w:p w14:paraId="03857B27" w14:textId="77777777" w:rsidR="00F95956" w:rsidRDefault="001C0BB5">
      <w:pPr>
        <w:spacing w:after="240"/>
      </w:pPr>
      <w:r>
        <w:t>A courier from the Northern European division had left a coded package.</w:t>
      </w:r>
    </w:p>
    <w:p w14:paraId="32D2443C" w14:textId="77777777" w:rsidR="00F95956" w:rsidRDefault="001C0BB5">
      <w:pPr>
        <w:spacing w:after="240"/>
      </w:pPr>
      <w:r>
        <w:t>Solin sliced it open and unrolled the parchment. Inside: a series of names and symbols, etched in fading ink. A list of operatives once presumed lost.</w:t>
      </w:r>
    </w:p>
    <w:p w14:paraId="47908D0F" w14:textId="77777777" w:rsidR="00F95956" w:rsidRDefault="001C0BB5">
      <w:pPr>
        <w:spacing w:after="240"/>
      </w:pPr>
      <w:r>
        <w:t>One name glowed faintly in violet:</w:t>
      </w:r>
    </w:p>
    <w:p w14:paraId="0F805B6F" w14:textId="77777777" w:rsidR="00F95956" w:rsidRDefault="001C0BB5">
      <w:pPr>
        <w:spacing w:after="240"/>
      </w:pPr>
      <w:r>
        <w:t>Prince of Knives</w:t>
      </w:r>
      <w:r>
        <w:br/>
        <w:t>Alias: Rafe Gedeon</w:t>
      </w:r>
      <w:r>
        <w:br/>
        <w:t>Affiliated Party: Lilith Velarov</w:t>
      </w:r>
      <w:r>
        <w:br/>
        <w:t>Location: Unknown</w:t>
      </w:r>
      <w:r>
        <w:br/>
        <w:t>Status: Active—Shadowbound</w:t>
      </w:r>
    </w:p>
    <w:p w14:paraId="4A4062C7" w14:textId="77777777" w:rsidR="00F95956" w:rsidRDefault="001C0BB5">
      <w:pPr>
        <w:spacing w:after="240"/>
      </w:pPr>
      <w:r>
        <w:t>Solin’s stomach turned to stone.</w:t>
      </w:r>
    </w:p>
    <w:p w14:paraId="231A41A3" w14:textId="77777777" w:rsidR="00F95956" w:rsidRDefault="001C0BB5">
      <w:pPr>
        <w:spacing w:after="240"/>
      </w:pPr>
      <w:r>
        <w:t>“He’s alive,” he whispered.</w:t>
      </w:r>
    </w:p>
    <w:p w14:paraId="4154DFC8" w14:textId="77777777" w:rsidR="00F95956" w:rsidRDefault="001C0BB5">
      <w:pPr>
        <w:spacing w:after="240"/>
      </w:pPr>
      <w:r>
        <w:t>And Lilith had him.</w:t>
      </w:r>
    </w:p>
    <w:p w14:paraId="7019E620" w14:textId="77777777" w:rsidR="00F95956" w:rsidRDefault="001C0BB5">
      <w:pPr>
        <w:spacing w:after="240"/>
      </w:pPr>
      <w:r>
        <w:t>He exhaled, slow.</w:t>
      </w:r>
      <w:r>
        <w:br/>
        <w:t>And began writing his next order:</w:t>
      </w:r>
    </w:p>
    <w:p w14:paraId="2C9E5E1A" w14:textId="77777777" w:rsidR="00F95956" w:rsidRDefault="001C0BB5">
      <w:pPr>
        <w:spacing w:after="240"/>
      </w:pPr>
      <w:r>
        <w:t>All field operatives must report sightings of Lilith Velarov or her consort immediately. Priority Alpha. No exceptions.</w:t>
      </w:r>
    </w:p>
    <w:p w14:paraId="528CC451" w14:textId="77777777" w:rsidR="00F95956" w:rsidRDefault="001C0BB5">
      <w:pPr>
        <w:spacing w:after="240"/>
      </w:pPr>
      <w:r>
        <w:t>He paused before signing it.</w:t>
      </w:r>
    </w:p>
    <w:p w14:paraId="7D542C17" w14:textId="77777777" w:rsidR="00F95956" w:rsidRDefault="001C0BB5">
      <w:pPr>
        <w:spacing w:after="240"/>
      </w:pPr>
      <w:r>
        <w:t>His pen hovered above the ink.</w:t>
      </w:r>
    </w:p>
    <w:p w14:paraId="212C784D" w14:textId="77777777" w:rsidR="00F95956" w:rsidRDefault="001C0BB5">
      <w:pPr>
        <w:spacing w:after="240"/>
      </w:pPr>
      <w:r>
        <w:t>Then, below the signature, he added three words:</w:t>
      </w:r>
    </w:p>
    <w:p w14:paraId="420FE4E2" w14:textId="77777777" w:rsidR="00F95956" w:rsidRDefault="001C0BB5">
      <w:pPr>
        <w:spacing w:after="240"/>
      </w:pPr>
      <w:r>
        <w:lastRenderedPageBreak/>
        <w:t>Protect the flame.</w:t>
      </w:r>
    </w:p>
    <w:p w14:paraId="76CC93CE" w14:textId="77777777" w:rsidR="00F95956" w:rsidRDefault="001C0BB5">
      <w:pPr>
        <w:spacing w:after="240"/>
      </w:pPr>
      <w:r>
        <w:t>Final Scene — Rooftop, After</w:t>
      </w:r>
    </w:p>
    <w:p w14:paraId="214F40A5" w14:textId="77777777" w:rsidR="00F95956" w:rsidRDefault="001C0BB5">
      <w:pPr>
        <w:spacing w:after="240"/>
      </w:pPr>
      <w:r>
        <w:t>Back at the sanctum, Alizon stood outside the upper hall windows, half-soaked in drizzle, looking over the city.</w:t>
      </w:r>
    </w:p>
    <w:p w14:paraId="786FC8B0" w14:textId="77777777" w:rsidR="00F95956" w:rsidRDefault="001C0BB5">
      <w:pPr>
        <w:spacing w:after="240"/>
      </w:pPr>
      <w:r>
        <w:t>Rowan joined her without words.</w:t>
      </w:r>
    </w:p>
    <w:p w14:paraId="73730477" w14:textId="77777777" w:rsidR="00F95956" w:rsidRDefault="001C0BB5">
      <w:pPr>
        <w:spacing w:after="240"/>
      </w:pPr>
      <w:r>
        <w:t>For a while, they just listened to the rain.</w:t>
      </w:r>
    </w:p>
    <w:p w14:paraId="1E7F453D" w14:textId="77777777" w:rsidR="00F95956" w:rsidRDefault="001C0BB5">
      <w:pPr>
        <w:spacing w:after="240"/>
      </w:pPr>
      <w:r>
        <w:t>Finally, she asked, “Do you ever feel like something’s about to come back, but you’re not sure if it’s a ghost or a bullet?”</w:t>
      </w:r>
    </w:p>
    <w:p w14:paraId="13900051" w14:textId="77777777" w:rsidR="00F95956" w:rsidRDefault="001C0BB5">
      <w:pPr>
        <w:spacing w:after="240"/>
      </w:pPr>
      <w:r>
        <w:t>Rowan didn’t blink. “Yes.”</w:t>
      </w:r>
    </w:p>
    <w:p w14:paraId="1668DE06" w14:textId="77777777" w:rsidR="00F95956" w:rsidRDefault="001C0BB5">
      <w:pPr>
        <w:spacing w:after="240"/>
      </w:pPr>
      <w:r>
        <w:t>“Which one would you rather it be?”</w:t>
      </w:r>
    </w:p>
    <w:p w14:paraId="501A414E" w14:textId="77777777" w:rsidR="00F95956" w:rsidRDefault="001C0BB5">
      <w:pPr>
        <w:spacing w:after="240"/>
      </w:pPr>
      <w:r>
        <w:t>“I’d rather be standing between it and you,” he said.</w:t>
      </w:r>
    </w:p>
    <w:p w14:paraId="1A481EDC" w14:textId="77777777" w:rsidR="00F95956" w:rsidRDefault="001C0BB5">
      <w:pPr>
        <w:spacing w:after="240"/>
      </w:pPr>
      <w:r>
        <w:t>She looked at him then—and for a moment, she wanted to lean in. To let her head rest against something solid.</w:t>
      </w:r>
    </w:p>
    <w:p w14:paraId="5BD4A960" w14:textId="77777777" w:rsidR="00F95956" w:rsidRDefault="001C0BB5">
      <w:pPr>
        <w:spacing w:after="240"/>
      </w:pPr>
      <w:r>
        <w:t>But the ghost of a tea-scented memory still curled in her throat.</w:t>
      </w:r>
    </w:p>
    <w:p w14:paraId="08729E59" w14:textId="77777777" w:rsidR="00F95956" w:rsidRDefault="001C0BB5">
      <w:pPr>
        <w:spacing w:after="240"/>
      </w:pPr>
      <w:r>
        <w:t>So she said nothing.</w:t>
      </w:r>
    </w:p>
    <w:p w14:paraId="303160F9" w14:textId="77777777" w:rsidR="00F95956" w:rsidRDefault="001C0BB5">
      <w:pPr>
        <w:spacing w:after="240"/>
      </w:pPr>
      <w:r>
        <w:t>And the rain fell like it used to.</w:t>
      </w:r>
    </w:p>
    <w:p w14:paraId="7162037A" w14:textId="77777777" w:rsidR="00F95956" w:rsidRDefault="001C0BB5">
      <w:pPr>
        <w:spacing w:after="240"/>
      </w:pPr>
      <w:r>
        <w:t>Chapter 7 – Echoes in the Field — where the past returns, love fractures, and Rowan’s control begins to slip.</w:t>
      </w:r>
    </w:p>
    <w:p w14:paraId="582C430C" w14:textId="77777777" w:rsidR="00F95956" w:rsidRDefault="001C0BB5">
      <w:pPr>
        <w:spacing w:after="240"/>
      </w:pPr>
      <w:r>
        <w:t>Chapter 7 — Echoes in the Field</w:t>
      </w:r>
    </w:p>
    <w:p w14:paraId="35151A92" w14:textId="77777777" w:rsidR="00F95956" w:rsidRDefault="001C0BB5">
      <w:pPr>
        <w:spacing w:after="240"/>
      </w:pPr>
      <w:r>
        <w:t>Taskforce Perimeter — Night</w:t>
      </w:r>
    </w:p>
    <w:p w14:paraId="05A92C82" w14:textId="77777777" w:rsidR="00F95956" w:rsidRDefault="001C0BB5">
      <w:pPr>
        <w:spacing w:after="240"/>
      </w:pPr>
      <w:r>
        <w:t>The veil between worlds thinned with fog.</w:t>
      </w:r>
    </w:p>
    <w:p w14:paraId="461D260F" w14:textId="77777777" w:rsidR="00F95956" w:rsidRDefault="001C0BB5">
      <w:pPr>
        <w:spacing w:after="240"/>
      </w:pPr>
      <w:r>
        <w:t>Alizon stood at the boundary wall; one hand pressed to the sigil stone that opened the outer sanctum. Her breath clouded the air. Behind her, Rowan’s steps were silent, but she felt him there—always just close enough to catch her, never close enough to hold.</w:t>
      </w:r>
    </w:p>
    <w:p w14:paraId="6749D514" w14:textId="77777777" w:rsidR="00F95956" w:rsidRDefault="001C0BB5">
      <w:pPr>
        <w:spacing w:after="240"/>
      </w:pPr>
      <w:r>
        <w:t>“Orders are simple,” he said. “Check the site. Recover any residue. No engagement.”</w:t>
      </w:r>
    </w:p>
    <w:p w14:paraId="168052FC" w14:textId="77777777" w:rsidR="00F95956" w:rsidRDefault="001C0BB5">
      <w:pPr>
        <w:spacing w:after="240"/>
      </w:pPr>
      <w:r>
        <w:t>“Unless engaged first,” she replied, her voice clipped.</w:t>
      </w:r>
    </w:p>
    <w:p w14:paraId="53FC448B" w14:textId="77777777" w:rsidR="00F95956" w:rsidRDefault="001C0BB5">
      <w:pPr>
        <w:spacing w:after="240"/>
      </w:pPr>
      <w:r>
        <w:lastRenderedPageBreak/>
        <w:t>He looked at her sideways. “You’ve been sharp all day.”</w:t>
      </w:r>
    </w:p>
    <w:p w14:paraId="0FDE6EC7" w14:textId="77777777" w:rsidR="00F95956" w:rsidRDefault="001C0BB5">
      <w:pPr>
        <w:spacing w:after="240"/>
      </w:pPr>
      <w:r>
        <w:t>“I’ve been awake all day.”</w:t>
      </w:r>
    </w:p>
    <w:p w14:paraId="634C7972" w14:textId="77777777" w:rsidR="00F95956" w:rsidRDefault="001C0BB5">
      <w:pPr>
        <w:spacing w:after="240"/>
      </w:pPr>
      <w:r>
        <w:t>She didn’t mention the dream. The one where she stood in a warm kitchen and turned around—and Rafe smiled at her like nothing had ever broken.</w:t>
      </w:r>
    </w:p>
    <w:p w14:paraId="07DBEA40" w14:textId="77777777" w:rsidR="00F95956" w:rsidRDefault="001C0BB5">
      <w:pPr>
        <w:spacing w:after="240"/>
      </w:pPr>
      <w:r>
        <w:t>She didn’t tell Rowan how real it felt.</w:t>
      </w:r>
    </w:p>
    <w:p w14:paraId="1AB658F1" w14:textId="77777777" w:rsidR="00F95956" w:rsidRDefault="001C0BB5">
      <w:pPr>
        <w:spacing w:after="240"/>
      </w:pPr>
      <w:r>
        <w:t>She didn’t tell herself either.</w:t>
      </w:r>
    </w:p>
    <w:p w14:paraId="607ED829" w14:textId="77777777" w:rsidR="00F95956" w:rsidRDefault="001C0BB5">
      <w:pPr>
        <w:spacing w:after="240"/>
      </w:pPr>
      <w:r>
        <w:t>Harlem — 2:14 a.m.</w:t>
      </w:r>
    </w:p>
    <w:p w14:paraId="7D378916" w14:textId="77777777" w:rsidR="00F95956" w:rsidRDefault="001C0BB5">
      <w:pPr>
        <w:spacing w:after="240"/>
      </w:pPr>
      <w:r>
        <w:t>The church had burned six days ago.</w:t>
      </w:r>
    </w:p>
    <w:p w14:paraId="56931C48" w14:textId="77777777" w:rsidR="00F95956" w:rsidRDefault="001C0BB5">
      <w:pPr>
        <w:spacing w:after="240"/>
      </w:pPr>
      <w:r>
        <w:t>No one remembered the fire. No one remembered the congregation.</w:t>
      </w:r>
      <w:r>
        <w:br/>
        <w:t>No one remembered what lived beneath the altar.</w:t>
      </w:r>
    </w:p>
    <w:p w14:paraId="64B0E9C5" w14:textId="77777777" w:rsidR="00F95956" w:rsidRDefault="001C0BB5">
      <w:pPr>
        <w:spacing w:after="240"/>
      </w:pPr>
      <w:r>
        <w:t>The bell tower was now a blackened spire against the night sky, its silhouette broken, cross half-melted. Ash caked the walls like old regret. Alizon crouched beside the remnants of a protective ward—singed, ruptured, ripped from the inside.</w:t>
      </w:r>
    </w:p>
    <w:p w14:paraId="72050ED1" w14:textId="77777777" w:rsidR="00F95956" w:rsidRDefault="001C0BB5">
      <w:pPr>
        <w:spacing w:after="240"/>
      </w:pPr>
      <w:r>
        <w:t>“Something broke free,” she murmured.</w:t>
      </w:r>
    </w:p>
    <w:p w14:paraId="4716697A" w14:textId="77777777" w:rsidR="00F95956" w:rsidRDefault="001C0BB5">
      <w:pPr>
        <w:spacing w:after="240"/>
      </w:pPr>
      <w:r>
        <w:t>Rowan’s golden eyes scanned the perimeter. “Or something was pulled out.”</w:t>
      </w:r>
    </w:p>
    <w:p w14:paraId="41D94968" w14:textId="77777777" w:rsidR="00F95956" w:rsidRDefault="001C0BB5">
      <w:pPr>
        <w:spacing w:after="240"/>
      </w:pPr>
      <w:r>
        <w:t>They descended into the hollow nave, careful not to disturb the still-settling air. Below the altar, a hidden trapdoor creaked open beneath Rowan’s hand.</w:t>
      </w:r>
    </w:p>
    <w:p w14:paraId="47E1FDB0" w14:textId="77777777" w:rsidR="00F95956" w:rsidRDefault="001C0BB5">
      <w:pPr>
        <w:spacing w:after="240"/>
      </w:pPr>
      <w:r>
        <w:t>The chamber beneath was untouched by fire.</w:t>
      </w:r>
    </w:p>
    <w:p w14:paraId="43CE19C9" w14:textId="77777777" w:rsidR="00F95956" w:rsidRDefault="001C0BB5">
      <w:pPr>
        <w:spacing w:after="240"/>
      </w:pPr>
      <w:r>
        <w:t>And it was not empty.</w:t>
      </w:r>
    </w:p>
    <w:p w14:paraId="54C00D7C" w14:textId="77777777" w:rsidR="00F95956" w:rsidRDefault="001C0BB5">
      <w:pPr>
        <w:spacing w:after="240"/>
      </w:pPr>
      <w:r>
        <w:t>📜 The Discovery</w:t>
      </w:r>
    </w:p>
    <w:p w14:paraId="66D2233D" w14:textId="77777777" w:rsidR="00F95956" w:rsidRDefault="001C0BB5">
      <w:pPr>
        <w:spacing w:after="240"/>
      </w:pPr>
      <w:r>
        <w:t>The room smelled like damp parchment and petrichor. Sigils on the stone glowed faintly violet as Alizon entered. They pulsed once—then again. Recognizing her.</w:t>
      </w:r>
    </w:p>
    <w:p w14:paraId="269EC928" w14:textId="77777777" w:rsidR="00F95956" w:rsidRDefault="001C0BB5">
      <w:pPr>
        <w:spacing w:after="240"/>
      </w:pPr>
      <w:r>
        <w:t>That’s when she saw it.</w:t>
      </w:r>
    </w:p>
    <w:p w14:paraId="3497CFE2" w14:textId="77777777" w:rsidR="00F95956" w:rsidRDefault="001C0BB5">
      <w:pPr>
        <w:spacing w:after="240"/>
      </w:pPr>
      <w:r>
        <w:t>On the pedestal in the center of the room, placed with reverence or ritual, lay a single object:</w:t>
      </w:r>
    </w:p>
    <w:p w14:paraId="3F0EEE76" w14:textId="77777777" w:rsidR="00F95956" w:rsidRDefault="001C0BB5">
      <w:pPr>
        <w:spacing w:after="240"/>
      </w:pPr>
      <w:r>
        <w:t>A silver pendant shaped like a dagger hilt—small, elegant, curved to fit a hand that once belonged to her.</w:t>
      </w:r>
    </w:p>
    <w:p w14:paraId="3ADF0B25" w14:textId="77777777" w:rsidR="00F95956" w:rsidRDefault="001C0BB5">
      <w:pPr>
        <w:spacing w:after="240"/>
      </w:pPr>
      <w:r>
        <w:lastRenderedPageBreak/>
        <w:t>Her breath vanished.</w:t>
      </w:r>
    </w:p>
    <w:p w14:paraId="19BB61F6" w14:textId="77777777" w:rsidR="00F95956" w:rsidRDefault="001C0BB5">
      <w:pPr>
        <w:spacing w:after="240"/>
      </w:pPr>
      <w:r>
        <w:t>It was hers.</w:t>
      </w:r>
    </w:p>
    <w:p w14:paraId="44A9D3D6" w14:textId="77777777" w:rsidR="00F95956" w:rsidRDefault="001C0BB5">
      <w:pPr>
        <w:spacing w:after="240"/>
      </w:pPr>
      <w:r>
        <w:t>But it had been missing since the day she fled Scotland.</w:t>
      </w:r>
    </w:p>
    <w:p w14:paraId="42309ECB" w14:textId="77777777" w:rsidR="00F95956" w:rsidRDefault="001C0BB5">
      <w:pPr>
        <w:spacing w:after="240"/>
      </w:pPr>
      <w:r>
        <w:t>Rowan saw her freeze. “What is it?”</w:t>
      </w:r>
    </w:p>
    <w:p w14:paraId="5E48BAB8" w14:textId="77777777" w:rsidR="00F95956" w:rsidRDefault="001C0BB5">
      <w:pPr>
        <w:spacing w:after="240"/>
      </w:pPr>
      <w:r>
        <w:t>She didn’t answer.</w:t>
      </w:r>
    </w:p>
    <w:p w14:paraId="2730110B" w14:textId="77777777" w:rsidR="00F95956" w:rsidRDefault="001C0BB5">
      <w:pPr>
        <w:spacing w:after="240"/>
      </w:pPr>
      <w:r>
        <w:t>She stepped forward, reached out—and the moment her fingers brushed the chain, the room shattered.</w:t>
      </w:r>
    </w:p>
    <w:p w14:paraId="7A0A918F" w14:textId="77777777" w:rsidR="00F95956" w:rsidRDefault="001C0BB5">
      <w:pPr>
        <w:spacing w:after="240"/>
      </w:pPr>
      <w:r>
        <w:t>🌧️ Flashback: The Storm and the Scar</w:t>
      </w:r>
    </w:p>
    <w:p w14:paraId="027F0E7E" w14:textId="77777777" w:rsidR="00F95956" w:rsidRDefault="001C0BB5">
      <w:pPr>
        <w:spacing w:after="240"/>
      </w:pPr>
      <w:r>
        <w:t>Scotland — a year ago</w:t>
      </w:r>
    </w:p>
    <w:p w14:paraId="5F5BAED8" w14:textId="77777777" w:rsidR="00F95956" w:rsidRDefault="001C0BB5">
      <w:pPr>
        <w:spacing w:after="240"/>
      </w:pPr>
      <w:r>
        <w:t>Thunder rolled above the manor. Rafe stood shirtless at the open window, drenched to the skin, rain sluicing down his spine. Alizon leaned against the frame inside, watching him.</w:t>
      </w:r>
    </w:p>
    <w:p w14:paraId="5B4F81B7" w14:textId="77777777" w:rsidR="00F95956" w:rsidRDefault="001C0BB5">
      <w:pPr>
        <w:spacing w:after="240"/>
      </w:pPr>
      <w:r>
        <w:t>“You’re going to catch something,” she said softly.</w:t>
      </w:r>
    </w:p>
    <w:p w14:paraId="143033E2" w14:textId="77777777" w:rsidR="00F95956" w:rsidRDefault="001C0BB5">
      <w:pPr>
        <w:spacing w:after="240"/>
      </w:pPr>
      <w:r>
        <w:t>He looked back at her with that crooked grin. “I already did.”</w:t>
      </w:r>
    </w:p>
    <w:p w14:paraId="184315E2" w14:textId="77777777" w:rsidR="00F95956" w:rsidRDefault="001C0BB5">
      <w:pPr>
        <w:spacing w:after="240"/>
      </w:pPr>
      <w:r>
        <w:t>She rolled her eyes. “That was terrible.”</w:t>
      </w:r>
    </w:p>
    <w:p w14:paraId="60AB3C17" w14:textId="77777777" w:rsidR="00F95956" w:rsidRDefault="001C0BB5">
      <w:pPr>
        <w:spacing w:after="240"/>
      </w:pPr>
      <w:r>
        <w:t>He turned, stepped inside, took her face in his wet hands and kissed her like the storm was inside him.</w:t>
      </w:r>
    </w:p>
    <w:p w14:paraId="242D3904" w14:textId="77777777" w:rsidR="00F95956" w:rsidRDefault="001C0BB5">
      <w:pPr>
        <w:spacing w:after="240"/>
      </w:pPr>
      <w:r>
        <w:t>She kissed him back—until she felt it.</w:t>
      </w:r>
    </w:p>
    <w:p w14:paraId="75F10F30" w14:textId="77777777" w:rsidR="00F95956" w:rsidRDefault="001C0BB5">
      <w:pPr>
        <w:spacing w:after="240"/>
      </w:pPr>
      <w:r>
        <w:t>The pendant at her neck.</w:t>
      </w:r>
    </w:p>
    <w:p w14:paraId="3BE0A23E" w14:textId="77777777" w:rsidR="00F95956" w:rsidRDefault="001C0BB5">
      <w:pPr>
        <w:spacing w:after="240"/>
      </w:pPr>
      <w:r>
        <w:t>He reached up and removed it.</w:t>
      </w:r>
    </w:p>
    <w:p w14:paraId="33BCFD77" w14:textId="77777777" w:rsidR="00F95956" w:rsidRDefault="001C0BB5">
      <w:pPr>
        <w:spacing w:after="240"/>
      </w:pPr>
      <w:r>
        <w:t>“What are you doing?”</w:t>
      </w:r>
    </w:p>
    <w:p w14:paraId="74548902" w14:textId="77777777" w:rsidR="00F95956" w:rsidRDefault="001C0BB5">
      <w:pPr>
        <w:spacing w:after="240"/>
      </w:pPr>
      <w:r>
        <w:t>“I want to see you without any armor.”</w:t>
      </w:r>
    </w:p>
    <w:p w14:paraId="6A18F634" w14:textId="77777777" w:rsidR="00F95956" w:rsidRDefault="001C0BB5">
      <w:pPr>
        <w:spacing w:after="240"/>
      </w:pPr>
      <w:r>
        <w:t>“You mean this?” she asked, startled.</w:t>
      </w:r>
    </w:p>
    <w:p w14:paraId="5AAA190F" w14:textId="77777777" w:rsidR="00F95956" w:rsidRDefault="001C0BB5">
      <w:pPr>
        <w:spacing w:after="240"/>
      </w:pPr>
      <w:r>
        <w:t>He wrapped it around his fingers. “You don’t need it with me.”</w:t>
      </w:r>
    </w:p>
    <w:p w14:paraId="4A902B11" w14:textId="77777777" w:rsidR="00F95956" w:rsidRDefault="001C0BB5">
      <w:pPr>
        <w:spacing w:after="240"/>
      </w:pPr>
      <w:r>
        <w:t>He kissed her again, deeper this time.</w:t>
      </w:r>
    </w:p>
    <w:p w14:paraId="17D1041E" w14:textId="77777777" w:rsidR="00F95956" w:rsidRDefault="001C0BB5">
      <w:pPr>
        <w:spacing w:after="240"/>
      </w:pPr>
      <w:r>
        <w:t>Present</w:t>
      </w:r>
    </w:p>
    <w:p w14:paraId="4897BDAD" w14:textId="77777777" w:rsidR="00F95956" w:rsidRDefault="001C0BB5">
      <w:pPr>
        <w:spacing w:after="240"/>
      </w:pPr>
      <w:r>
        <w:lastRenderedPageBreak/>
        <w:t>Alizon’s breath returned like a punch to the lungs. The chamber spun. Her knees buckled</w:t>
      </w:r>
    </w:p>
    <w:p w14:paraId="00547A55" w14:textId="77777777" w:rsidR="00F95956" w:rsidRDefault="001C0BB5">
      <w:pPr>
        <w:spacing w:after="240"/>
      </w:pPr>
      <w:r>
        <w:t>Rowan caught her. Hard hands, soft voice. “What did you see?”</w:t>
      </w:r>
    </w:p>
    <w:p w14:paraId="43E5B23F" w14:textId="77777777" w:rsidR="00F95956" w:rsidRDefault="001C0BB5">
      <w:pPr>
        <w:spacing w:after="240"/>
      </w:pPr>
      <w:r>
        <w:t>She didn’t answer.</w:t>
      </w:r>
    </w:p>
    <w:p w14:paraId="5DF3EA89" w14:textId="77777777" w:rsidR="00F95956" w:rsidRDefault="001C0BB5">
      <w:pPr>
        <w:spacing w:after="240"/>
      </w:pPr>
      <w:r>
        <w:t>Her fingers curled around the pendant. It was real.</w:t>
      </w:r>
      <w:r>
        <w:br/>
        <w:t>It was here.</w:t>
      </w:r>
    </w:p>
    <w:p w14:paraId="71797537" w14:textId="77777777" w:rsidR="00F95956" w:rsidRDefault="001C0BB5">
      <w:pPr>
        <w:spacing w:after="240"/>
      </w:pPr>
      <w:r>
        <w:t>And if it was here, so was he.</w:t>
      </w:r>
    </w:p>
    <w:p w14:paraId="5B92AAF3" w14:textId="77777777" w:rsidR="00F95956" w:rsidRDefault="001C0BB5">
      <w:pPr>
        <w:spacing w:after="240"/>
      </w:pPr>
      <w:r>
        <w:t>Rafe.</w:t>
      </w:r>
    </w:p>
    <w:p w14:paraId="24B522BE" w14:textId="77777777" w:rsidR="00F95956" w:rsidRDefault="001C0BB5">
      <w:pPr>
        <w:spacing w:after="240"/>
      </w:pPr>
      <w:r>
        <w:t>🐺 Rowan’s Unraveling</w:t>
      </w:r>
    </w:p>
    <w:p w14:paraId="54028D2B" w14:textId="77777777" w:rsidR="00F95956" w:rsidRDefault="001C0BB5">
      <w:pPr>
        <w:spacing w:after="240"/>
      </w:pPr>
      <w:r>
        <w:t>Back above ground, the ash still hung in the air.</w:t>
      </w:r>
    </w:p>
    <w:p w14:paraId="00EE82AA" w14:textId="77777777" w:rsidR="00F95956" w:rsidRDefault="001C0BB5">
      <w:pPr>
        <w:spacing w:after="240"/>
      </w:pPr>
      <w:r>
        <w:t>Alizon stood at the edge of the nave, staring out at the shattered cross, pendant clutched tight enough to dig into her palm.</w:t>
      </w:r>
    </w:p>
    <w:p w14:paraId="591777A4" w14:textId="77777777" w:rsidR="00F95956" w:rsidRDefault="001C0BB5">
      <w:pPr>
        <w:spacing w:after="240"/>
      </w:pPr>
      <w:r>
        <w:t>Rowan paced beside the ruined pews, jaw clenched, muscles coiled like he was one wrong breath away from a shift.</w:t>
      </w:r>
    </w:p>
    <w:p w14:paraId="7455BE25" w14:textId="77777777" w:rsidR="00F95956" w:rsidRDefault="001C0BB5">
      <w:pPr>
        <w:spacing w:after="240"/>
      </w:pPr>
      <w:r>
        <w:t>He finally spoke. “That belonged to him.”</w:t>
      </w:r>
    </w:p>
    <w:p w14:paraId="186C8881" w14:textId="77777777" w:rsidR="00F95956" w:rsidRDefault="001C0BB5">
      <w:pPr>
        <w:spacing w:after="240"/>
      </w:pPr>
      <w:r>
        <w:t>Her silence was answer enough.</w:t>
      </w:r>
    </w:p>
    <w:p w14:paraId="16BD8878" w14:textId="77777777" w:rsidR="00F95956" w:rsidRDefault="001C0BB5">
      <w:pPr>
        <w:spacing w:after="240"/>
      </w:pPr>
      <w:r>
        <w:t>His voice dropped an octave. “You still feel something for him.”</w:t>
      </w:r>
    </w:p>
    <w:p w14:paraId="002921A3" w14:textId="77777777" w:rsidR="00F95956" w:rsidRDefault="001C0BB5">
      <w:pPr>
        <w:spacing w:after="240"/>
      </w:pPr>
      <w:r>
        <w:t>“I don’t know what I feel,” she snapped.</w:t>
      </w:r>
    </w:p>
    <w:p w14:paraId="44FC2CFA" w14:textId="77777777" w:rsidR="00F95956" w:rsidRDefault="001C0BB5">
      <w:pPr>
        <w:spacing w:after="240"/>
      </w:pPr>
      <w:r>
        <w:t>“Then tell me what you want.”</w:t>
      </w:r>
    </w:p>
    <w:p w14:paraId="19564698" w14:textId="77777777" w:rsidR="00F95956" w:rsidRDefault="001C0BB5">
      <w:pPr>
        <w:spacing w:after="240"/>
      </w:pPr>
      <w:r>
        <w:t>“I want to understand—why this is here. Why do I still remember his mouth on my neck? Why can’t I shake the sound of his voice even when I’m lying awake trying to forget!”</w:t>
      </w:r>
    </w:p>
    <w:p w14:paraId="1DDEF9EE" w14:textId="77777777" w:rsidR="00F95956" w:rsidRDefault="001C0BB5">
      <w:pPr>
        <w:spacing w:after="240"/>
      </w:pPr>
      <w:r>
        <w:t>Rowan turned. “Because your heart doesn’t have good timing.”</w:t>
      </w:r>
    </w:p>
    <w:p w14:paraId="0E26E898" w14:textId="77777777" w:rsidR="00F95956" w:rsidRDefault="001C0BB5">
      <w:pPr>
        <w:spacing w:after="240"/>
      </w:pPr>
      <w:r>
        <w:t>“And yours does?”</w:t>
      </w:r>
    </w:p>
    <w:p w14:paraId="05B5CD7D" w14:textId="77777777" w:rsidR="00F95956" w:rsidRDefault="001C0BB5">
      <w:pPr>
        <w:spacing w:after="240"/>
      </w:pPr>
      <w:r>
        <w:t>“No,” he growled. “Mine was already his when you walked back into this world.”</w:t>
      </w:r>
    </w:p>
    <w:p w14:paraId="2A98E5B7" w14:textId="77777777" w:rsidR="00F95956" w:rsidRDefault="001C0BB5">
      <w:pPr>
        <w:spacing w:after="240"/>
      </w:pPr>
      <w:r>
        <w:t>Alizon went still.</w:t>
      </w:r>
    </w:p>
    <w:p w14:paraId="46B164E3" w14:textId="77777777" w:rsidR="00F95956" w:rsidRDefault="001C0BB5">
      <w:pPr>
        <w:spacing w:after="240"/>
      </w:pPr>
      <w:r>
        <w:t>Rowan saw the tear forming in her armor and immediately regretted the heat in his voice. But it was too late.</w:t>
      </w:r>
    </w:p>
    <w:p w14:paraId="1E783647" w14:textId="77777777" w:rsidR="00F95956" w:rsidRDefault="001C0BB5">
      <w:pPr>
        <w:spacing w:after="240"/>
      </w:pPr>
      <w:r>
        <w:lastRenderedPageBreak/>
        <w:t>She turned away from him, every line of her body sharp.</w:t>
      </w:r>
    </w:p>
    <w:p w14:paraId="04C70528" w14:textId="77777777" w:rsidR="00F95956" w:rsidRDefault="001C0BB5">
      <w:pPr>
        <w:spacing w:after="240"/>
      </w:pPr>
      <w:r>
        <w:t>“I need to think,” she said.</w:t>
      </w:r>
    </w:p>
    <w:p w14:paraId="621D8E52" w14:textId="77777777" w:rsidR="00F95956" w:rsidRDefault="001C0BB5">
      <w:pPr>
        <w:spacing w:after="240"/>
      </w:pPr>
      <w:r>
        <w:t>He didn’t stop her.</w:t>
      </w:r>
    </w:p>
    <w:p w14:paraId="22E9C1DF" w14:textId="77777777" w:rsidR="00F95956" w:rsidRDefault="001C0BB5">
      <w:pPr>
        <w:spacing w:after="240"/>
      </w:pPr>
      <w:r>
        <w:t>Not this time.</w:t>
      </w:r>
    </w:p>
    <w:p w14:paraId="7CBF58EE" w14:textId="77777777" w:rsidR="00F95956" w:rsidRDefault="001C0BB5">
      <w:pPr>
        <w:spacing w:after="240"/>
      </w:pPr>
      <w:r>
        <w:t>Elsewhere — A Smile in the Smoke</w:t>
      </w:r>
    </w:p>
    <w:p w14:paraId="53C3A942" w14:textId="77777777" w:rsidR="00F95956" w:rsidRDefault="001C0BB5">
      <w:pPr>
        <w:spacing w:after="240"/>
      </w:pPr>
      <w:r>
        <w:t>Varek read the report with a hand draped lazily over Lilith’s shoulder.</w:t>
      </w:r>
    </w:p>
    <w:p w14:paraId="14411A20" w14:textId="77777777" w:rsidR="00F95956" w:rsidRDefault="001C0BB5">
      <w:pPr>
        <w:spacing w:after="240"/>
      </w:pPr>
      <w:r>
        <w:t>She wore a crimson robe tonight, barefoot in front of the fireplace, sipping bloodroot wine like a duchess who’d executed all her rivals.</w:t>
      </w:r>
    </w:p>
    <w:p w14:paraId="20940C9A" w14:textId="77777777" w:rsidR="00F95956" w:rsidRDefault="001C0BB5">
      <w:pPr>
        <w:spacing w:after="240"/>
      </w:pPr>
      <w:r>
        <w:t>“She found it,” she said.</w:t>
      </w:r>
    </w:p>
    <w:p w14:paraId="6AB434A7" w14:textId="77777777" w:rsidR="00F95956" w:rsidRDefault="001C0BB5">
      <w:pPr>
        <w:spacing w:after="240"/>
      </w:pPr>
      <w:r>
        <w:t>“I know,” Varek replied.</w:t>
      </w:r>
    </w:p>
    <w:p w14:paraId="1E54DA2A" w14:textId="77777777" w:rsidR="00F95956" w:rsidRDefault="001C0BB5">
      <w:pPr>
        <w:spacing w:after="240"/>
      </w:pPr>
      <w:r>
        <w:t>“She remembers him.”</w:t>
      </w:r>
    </w:p>
    <w:p w14:paraId="38423B86" w14:textId="77777777" w:rsidR="00F95956" w:rsidRDefault="001C0BB5">
      <w:pPr>
        <w:spacing w:after="240"/>
      </w:pPr>
      <w:r>
        <w:t>“She thinks she does.”</w:t>
      </w:r>
    </w:p>
    <w:p w14:paraId="5FF25B58" w14:textId="77777777" w:rsidR="00F95956" w:rsidRDefault="001C0BB5">
      <w:pPr>
        <w:spacing w:after="240"/>
      </w:pPr>
      <w:r>
        <w:t>Lilith smirked. “You’re enjoying this.”</w:t>
      </w:r>
    </w:p>
    <w:p w14:paraId="6FA72CBC" w14:textId="77777777" w:rsidR="00F95956" w:rsidRDefault="001C0BB5">
      <w:pPr>
        <w:spacing w:after="240"/>
      </w:pPr>
      <w:r>
        <w:t>Varek sipped his own glass, eyes dark with old hunger. “Let the past chase her. Let it kiss her neck and whisper promises. It will be all the more delicious when the dagger finds her back again.”</w:t>
      </w:r>
    </w:p>
    <w:p w14:paraId="7B6C2C78" w14:textId="77777777" w:rsidR="00F95956" w:rsidRDefault="001C0BB5">
      <w:pPr>
        <w:spacing w:after="240"/>
      </w:pPr>
      <w:r>
        <w:t>Final Scene — Sanctum Rooftop, Hours Later</w:t>
      </w:r>
    </w:p>
    <w:p w14:paraId="7FF2E150" w14:textId="77777777" w:rsidR="00F95956" w:rsidRDefault="001C0BB5">
      <w:pPr>
        <w:spacing w:after="240"/>
      </w:pPr>
      <w:r>
        <w:t>Alizon stood on the rooftop, pendant hanging from her fingers.</w:t>
      </w:r>
    </w:p>
    <w:p w14:paraId="23BAC5A8" w14:textId="77777777" w:rsidR="00F95956" w:rsidRDefault="001C0BB5">
      <w:pPr>
        <w:spacing w:after="240"/>
      </w:pPr>
      <w:r>
        <w:t>She’d washed it. Cleaned the chain. Inspected the clasp.</w:t>
      </w:r>
    </w:p>
    <w:p w14:paraId="4F3D80CB" w14:textId="77777777" w:rsidR="00F95956" w:rsidRDefault="001C0BB5">
      <w:pPr>
        <w:spacing w:after="240"/>
      </w:pPr>
      <w:r>
        <w:t>But no amount of cleansing could erase the truth:</w:t>
      </w:r>
    </w:p>
    <w:p w14:paraId="0582BF85" w14:textId="77777777" w:rsidR="00F95956" w:rsidRDefault="001C0BB5">
      <w:pPr>
        <w:spacing w:after="240"/>
      </w:pPr>
      <w:r>
        <w:t>He had given it to her. Then taken it. Then discarded it in a sealed chamber guarded by ancient runes.</w:t>
      </w:r>
    </w:p>
    <w:p w14:paraId="03FA07A5" w14:textId="77777777" w:rsidR="00F95956" w:rsidRDefault="001C0BB5">
      <w:pPr>
        <w:spacing w:after="240"/>
      </w:pPr>
      <w:r>
        <w:t>And she wanted—needed—to know why.</w:t>
      </w:r>
    </w:p>
    <w:p w14:paraId="2A03EC81" w14:textId="77777777" w:rsidR="00F95956" w:rsidRDefault="001C0BB5">
      <w:pPr>
        <w:spacing w:after="240"/>
      </w:pPr>
      <w:r>
        <w:t>Rowan didn’t join her.</w:t>
      </w:r>
    </w:p>
    <w:p w14:paraId="7394E71A" w14:textId="77777777" w:rsidR="00F95956" w:rsidRDefault="001C0BB5">
      <w:pPr>
        <w:spacing w:after="240"/>
      </w:pPr>
      <w:r>
        <w:t>For once, he gave her space.</w:t>
      </w:r>
    </w:p>
    <w:p w14:paraId="3272D345" w14:textId="77777777" w:rsidR="00F95956" w:rsidRDefault="001C0BB5">
      <w:pPr>
        <w:spacing w:after="240"/>
      </w:pPr>
      <w:r>
        <w:lastRenderedPageBreak/>
        <w:t>But the mark on his chest ached. The one she gave him long ago.</w:t>
      </w:r>
    </w:p>
    <w:p w14:paraId="7A1FDD99" w14:textId="77777777" w:rsidR="00F95956" w:rsidRDefault="001C0BB5">
      <w:pPr>
        <w:spacing w:after="240"/>
      </w:pPr>
      <w:r>
        <w:t>Below them, Solin read the report. The pendant. The chamber. The ward reaction.</w:t>
      </w:r>
    </w:p>
    <w:p w14:paraId="33852720" w14:textId="77777777" w:rsidR="00F95956" w:rsidRDefault="001C0BB5">
      <w:pPr>
        <w:spacing w:after="240"/>
      </w:pPr>
      <w:r>
        <w:t>And he wrote one line at the bottom of the page:</w:t>
      </w:r>
    </w:p>
    <w:p w14:paraId="163AC9E0" w14:textId="77777777" w:rsidR="00F95956" w:rsidRDefault="001C0BB5">
      <w:pPr>
        <w:spacing w:after="240"/>
      </w:pPr>
      <w:r>
        <w:t>He is back.</w:t>
      </w:r>
    </w:p>
    <w:p w14:paraId="685F4248" w14:textId="77777777" w:rsidR="00F95956" w:rsidRDefault="001C0BB5">
      <w:pPr>
        <w:spacing w:after="240"/>
      </w:pPr>
      <w:r>
        <w:t>Chapter 8 — The Return of the Ghost</w:t>
      </w:r>
    </w:p>
    <w:p w14:paraId="297EAEEE" w14:textId="77777777" w:rsidR="00F95956" w:rsidRDefault="001C0BB5">
      <w:pPr>
        <w:spacing w:after="240"/>
      </w:pPr>
      <w:r>
        <w:t>The Sanctum — Grand Hall</w:t>
      </w:r>
    </w:p>
    <w:p w14:paraId="7C09B414" w14:textId="77777777" w:rsidR="00F95956" w:rsidRDefault="001C0BB5">
      <w:pPr>
        <w:spacing w:after="240"/>
      </w:pPr>
      <w:r>
        <w:t>The liaison notice had arrived at dawn, wrapped in formal sigils and polite lies. By noon, the sanctum was polished into a version of itself that cared what outsiders thought. Chandeliers straightened. Wardlines brightened. Portraits pretended not to listen.</w:t>
      </w:r>
    </w:p>
    <w:p w14:paraId="1B4E5862" w14:textId="77777777" w:rsidR="00F95956" w:rsidRDefault="001C0BB5">
      <w:pPr>
        <w:spacing w:after="240"/>
      </w:pPr>
      <w:r>
        <w:t>Alizon stood near the marble balustrade with Rowan and two other agents as the doors opened.</w:t>
      </w:r>
    </w:p>
    <w:p w14:paraId="27A1577C" w14:textId="77777777" w:rsidR="00F95956" w:rsidRDefault="001C0BB5">
      <w:pPr>
        <w:spacing w:after="240"/>
      </w:pPr>
      <w:r>
        <w:t>Lilith entered first.</w:t>
      </w:r>
    </w:p>
    <w:p w14:paraId="73A5E624" w14:textId="77777777" w:rsidR="00F95956" w:rsidRDefault="001C0BB5">
      <w:pPr>
        <w:spacing w:after="240"/>
      </w:pPr>
      <w:r>
        <w:t>She wore diplomatic black edged in blood-wine velvet, a smile like a confession offered in the wrong church, and the kind of grace that made rooms feel moth-eaten. The wards along the arch hissed imperceptibly as she passed.</w:t>
      </w:r>
    </w:p>
    <w:p w14:paraId="3E7AF8D3" w14:textId="77777777" w:rsidR="00F95956" w:rsidRDefault="001C0BB5">
      <w:pPr>
        <w:spacing w:after="240"/>
      </w:pPr>
      <w:r>
        <w:t>“Director Solin,” she said, voice warm enough to be weaponized. “A pleasure.”</w:t>
      </w:r>
    </w:p>
    <w:p w14:paraId="0EA89956" w14:textId="77777777" w:rsidR="00F95956" w:rsidRDefault="001C0BB5">
      <w:pPr>
        <w:spacing w:after="240"/>
      </w:pPr>
      <w:r>
        <w:t>A man stepped in behind her. Tall. Lean. Perfectly dressed in the kind of charcoal that swallowed light. His hair was shorter. His eyes colder. His mouth the same.</w:t>
      </w:r>
    </w:p>
    <w:p w14:paraId="750F342F" w14:textId="77777777" w:rsidR="00F95956" w:rsidRDefault="001C0BB5">
      <w:pPr>
        <w:spacing w:after="240"/>
      </w:pPr>
      <w:r>
        <w:t>“Gideon R. Vale,” he said, extending a gloved hand.</w:t>
      </w:r>
    </w:p>
    <w:p w14:paraId="6351D4E6" w14:textId="77777777" w:rsidR="00F95956" w:rsidRDefault="001C0BB5">
      <w:pPr>
        <w:spacing w:after="240"/>
      </w:pPr>
      <w:r>
        <w:t>Solin’s gaze flicked to the leather, to the ring finger bare of jewelry and heavy with history. “Welcome,” he said evenly, shaking once.</w:t>
      </w:r>
    </w:p>
    <w:p w14:paraId="55617610" w14:textId="77777777" w:rsidR="00F95956" w:rsidRDefault="001C0BB5">
      <w:pPr>
        <w:spacing w:after="240"/>
      </w:pPr>
      <w:r>
        <w:t>Alizon didn’t feel her fingers until Rowan’s knuckles brushed the back of her hand—just enough pressure to remind her she had a body.</w:t>
      </w:r>
    </w:p>
    <w:p w14:paraId="16FB1CFB" w14:textId="77777777" w:rsidR="00F95956" w:rsidRDefault="001C0BB5">
      <w:pPr>
        <w:spacing w:after="240"/>
      </w:pPr>
      <w:r>
        <w:t>Rafe’s—Gideon’s—attention slid across the gathered like a searchlight. When it found her, it stuttered.</w:t>
      </w:r>
    </w:p>
    <w:p w14:paraId="3A938281" w14:textId="77777777" w:rsidR="00F95956" w:rsidRDefault="001C0BB5">
      <w:pPr>
        <w:spacing w:after="240"/>
      </w:pPr>
      <w:r>
        <w:t>Not recognition. A gravitational error.</w:t>
      </w:r>
      <w:r>
        <w:br/>
        <w:t>A muscle in his jaw ticked. He looked away too late.</w:t>
      </w:r>
    </w:p>
    <w:p w14:paraId="480266FB" w14:textId="77777777" w:rsidR="00F95956" w:rsidRDefault="001C0BB5">
      <w:pPr>
        <w:spacing w:after="240"/>
      </w:pPr>
      <w:r>
        <w:t>Lilith noticed. Of course she did.</w:t>
      </w:r>
    </w:p>
    <w:p w14:paraId="1F35760A" w14:textId="77777777" w:rsidR="00F95956" w:rsidRDefault="001C0BB5">
      <w:pPr>
        <w:spacing w:after="240"/>
      </w:pPr>
      <w:r>
        <w:lastRenderedPageBreak/>
        <w:t>“How quaint,” she said to no one, smiling at everyone. “The sanctum still keeps its ceilings high enough for gods.”</w:t>
      </w:r>
    </w:p>
    <w:p w14:paraId="60FE22B7" w14:textId="77777777" w:rsidR="00F95956" w:rsidRDefault="001C0BB5">
      <w:pPr>
        <w:spacing w:after="240"/>
      </w:pPr>
      <w:r>
        <w:t>“We learned our lesson about crowding,” Solin replied without smiling. “This way.”</w:t>
      </w:r>
    </w:p>
    <w:p w14:paraId="1086B275" w14:textId="77777777" w:rsidR="00F95956" w:rsidRDefault="001C0BB5">
      <w:pPr>
        <w:spacing w:after="240"/>
      </w:pPr>
      <w:r>
        <w:t>They moved—Lilith a step ahead, Gideon a half-step behind, as if pulled on a silk tether.</w:t>
      </w:r>
    </w:p>
    <w:p w14:paraId="1A78DC2B" w14:textId="77777777" w:rsidR="00F95956" w:rsidRDefault="001C0BB5">
      <w:pPr>
        <w:spacing w:after="240"/>
      </w:pPr>
      <w:r>
        <w:t>As they passed, Rowan said under his breath, “Ghosts. Always late to their own funerals.”</w:t>
      </w:r>
    </w:p>
    <w:p w14:paraId="29A310CC" w14:textId="77777777" w:rsidR="00F95956" w:rsidRDefault="001C0BB5">
      <w:pPr>
        <w:spacing w:after="240"/>
      </w:pPr>
      <w:r>
        <w:t>“Be kind,” Alizon murmured. “We haven’t buried him yet.”</w:t>
      </w:r>
    </w:p>
    <w:p w14:paraId="6FC83E45" w14:textId="77777777" w:rsidR="00F95956" w:rsidRDefault="001C0BB5">
      <w:pPr>
        <w:spacing w:after="240"/>
      </w:pPr>
      <w:r>
        <w:t>Rowan’s mouth tipped. “I’m patient.”</w:t>
      </w:r>
    </w:p>
    <w:p w14:paraId="7009C6F0" w14:textId="77777777" w:rsidR="00F95956" w:rsidRDefault="001C0BB5">
      <w:pPr>
        <w:spacing w:after="240"/>
      </w:pPr>
      <w:r>
        <w:t>“You’re not,” she said.</w:t>
      </w:r>
    </w:p>
    <w:p w14:paraId="4221D85A" w14:textId="77777777" w:rsidR="00F95956" w:rsidRDefault="001C0BB5">
      <w:pPr>
        <w:spacing w:after="240"/>
      </w:pPr>
      <w:r>
        <w:t>“For you,” he conceded, “I practice.”</w:t>
      </w:r>
    </w:p>
    <w:p w14:paraId="2775D594" w14:textId="77777777" w:rsidR="00F95956" w:rsidRDefault="001C0BB5">
      <w:pPr>
        <w:spacing w:after="240"/>
      </w:pPr>
      <w:r>
        <w:t>The Briefing Room</w:t>
      </w:r>
    </w:p>
    <w:p w14:paraId="6E8F6348" w14:textId="77777777" w:rsidR="00F95956" w:rsidRDefault="001C0BB5">
      <w:pPr>
        <w:spacing w:after="240"/>
      </w:pPr>
      <w:r>
        <w:t>Maps unfurled. Wards hummed. Names were read like charges.</w:t>
      </w:r>
    </w:p>
    <w:p w14:paraId="0DE0BD2A" w14:textId="77777777" w:rsidR="00F95956" w:rsidRDefault="001C0BB5">
      <w:pPr>
        <w:spacing w:after="240"/>
      </w:pPr>
      <w:r>
        <w:t>Lilith updated the room with exquisite economy: uprisings in Prague and Cádiz, a blood-knot broken in Vienna, whispers that Varek had retuned something old beneath the cities to listen for a specific frequency of power.</w:t>
      </w:r>
    </w:p>
    <w:p w14:paraId="01C5BF6A" w14:textId="77777777" w:rsidR="00F95956" w:rsidRDefault="001C0BB5">
      <w:pPr>
        <w:spacing w:after="240"/>
      </w:pPr>
      <w:r>
        <w:t>Solin didn’t look at Alizon when she felt the whole room lean toward her like a field to the sun.</w:t>
      </w:r>
    </w:p>
    <w:p w14:paraId="1A4D001B" w14:textId="77777777" w:rsidR="00F95956" w:rsidRDefault="001C0BB5">
      <w:pPr>
        <w:spacing w:after="240"/>
      </w:pPr>
      <w:r>
        <w:t>Gideon—Rafe—said little. When he did, his voice was a measured blade: “Varek isn’t consolidating. He’s thinning. He wants you to chase.”</w:t>
      </w:r>
    </w:p>
    <w:p w14:paraId="1709C0F0" w14:textId="77777777" w:rsidR="00F95956" w:rsidRDefault="001C0BB5">
      <w:pPr>
        <w:spacing w:after="240"/>
      </w:pPr>
      <w:r>
        <w:t>“Why?” Rowan asked, tone without deference.</w:t>
      </w:r>
    </w:p>
    <w:p w14:paraId="6C3B7959" w14:textId="77777777" w:rsidR="00F95956" w:rsidRDefault="001C0BB5">
      <w:pPr>
        <w:spacing w:after="240"/>
      </w:pPr>
      <w:r>
        <w:t>Gideon’s mouth curved. “Leverage works best when you don’t know which way the fulcrum is pointed.”</w:t>
      </w:r>
    </w:p>
    <w:p w14:paraId="40AB3415" w14:textId="77777777" w:rsidR="00F95956" w:rsidRDefault="001C0BB5">
      <w:pPr>
        <w:spacing w:after="240"/>
      </w:pPr>
      <w:r>
        <w:t>Lilith’s glance was a leash. “Gideon, darling.”</w:t>
      </w:r>
    </w:p>
    <w:p w14:paraId="02F9E113" w14:textId="77777777" w:rsidR="00F95956" w:rsidRDefault="001C0BB5">
      <w:pPr>
        <w:spacing w:after="240"/>
      </w:pPr>
      <w:r>
        <w:t>He inclined his head. “Merely noting the math.”</w:t>
      </w:r>
    </w:p>
    <w:p w14:paraId="473C4867" w14:textId="77777777" w:rsidR="00F95956" w:rsidRDefault="001C0BB5">
      <w:pPr>
        <w:spacing w:after="240"/>
      </w:pPr>
      <w:r>
        <w:t>Alizon kept her face composed, her glamour a steady veil. Still, when he looked at her again quick, involuntary, her breath faltered. The pendant in her pocket felt like a live coal.</w:t>
      </w:r>
    </w:p>
    <w:p w14:paraId="6EB28197" w14:textId="77777777" w:rsidR="00F95956" w:rsidRDefault="001C0BB5">
      <w:pPr>
        <w:spacing w:after="240"/>
      </w:pPr>
      <w:r>
        <w:t>She anchored herself by count and cadence.</w:t>
      </w:r>
      <w:r>
        <w:br/>
        <w:t>Four corners of the map.</w:t>
      </w:r>
      <w:r>
        <w:br/>
      </w:r>
      <w:r>
        <w:lastRenderedPageBreak/>
        <w:t>Three rings on Lilith’s hand.</w:t>
      </w:r>
      <w:r>
        <w:br/>
        <w:t>Two beats of Rafe’s pulse at his throat.</w:t>
      </w:r>
      <w:r>
        <w:br/>
        <w:t>One name she would not say.</w:t>
      </w:r>
    </w:p>
    <w:p w14:paraId="51227D75" w14:textId="77777777" w:rsidR="00F95956" w:rsidRDefault="001C0BB5">
      <w:pPr>
        <w:spacing w:after="240"/>
      </w:pPr>
      <w:r>
        <w:t>Flashback: The Doorway Kiss</w:t>
      </w:r>
    </w:p>
    <w:p w14:paraId="3333D83B" w14:textId="77777777" w:rsidR="00F95956" w:rsidRDefault="001C0BB5">
      <w:pPr>
        <w:spacing w:after="240"/>
      </w:pPr>
      <w:r>
        <w:t>Edinburgh. Late. Streetlight honeying the stairwell. Keys in his hand, laughter in hers.</w:t>
      </w:r>
    </w:p>
    <w:p w14:paraId="66FB2A65" w14:textId="77777777" w:rsidR="00F95956" w:rsidRDefault="001C0BB5">
      <w:pPr>
        <w:spacing w:after="240"/>
      </w:pPr>
      <w:r>
        <w:t>Rafe paused at the threshold, rain beading on his lashes. “One more,” he said, voice low.</w:t>
      </w:r>
    </w:p>
    <w:p w14:paraId="4C965229" w14:textId="77777777" w:rsidR="00F95956" w:rsidRDefault="001C0BB5">
      <w:pPr>
        <w:spacing w:after="240"/>
      </w:pPr>
      <w:r>
        <w:t>“You said that two ‘one mores’ ago,” she whispered, smiling despite herself.</w:t>
      </w:r>
    </w:p>
    <w:p w14:paraId="3DDAD732" w14:textId="77777777" w:rsidR="00F95956" w:rsidRDefault="001C0BB5">
      <w:pPr>
        <w:spacing w:after="240"/>
      </w:pPr>
      <w:r>
        <w:t>“Math never was my gift.” He leaned in, mouth near her ear. “But I’m very good with promises.”</w:t>
      </w:r>
    </w:p>
    <w:p w14:paraId="0F7E6D03" w14:textId="77777777" w:rsidR="00F95956" w:rsidRDefault="001C0BB5">
      <w:pPr>
        <w:spacing w:after="240"/>
      </w:pPr>
      <w:r>
        <w:t>“What kind?” she teased, breath catching.</w:t>
      </w:r>
    </w:p>
    <w:p w14:paraId="0028C963" w14:textId="77777777" w:rsidR="00F95956" w:rsidRDefault="001C0BB5">
      <w:pPr>
        <w:spacing w:after="240"/>
      </w:pPr>
      <w:r>
        <w:t>“The kind I can keep,” he murmured, and kissed her—slow, deliberate, like a vow he meant to make a religion.</w:t>
      </w:r>
    </w:p>
    <w:p w14:paraId="37C27E68" w14:textId="77777777" w:rsidR="00F95956" w:rsidRDefault="001C0BB5">
      <w:pPr>
        <w:spacing w:after="240"/>
      </w:pPr>
      <w:r>
        <w:t>Inside the flat, unseen, a single drawer sat slightly ajar. Silver glinted. A pendant was missing from the hook where she kept it.</w:t>
      </w:r>
    </w:p>
    <w:p w14:paraId="3B783267" w14:textId="77777777" w:rsidR="00F95956" w:rsidRDefault="001C0BB5">
      <w:pPr>
        <w:spacing w:after="240"/>
      </w:pPr>
      <w:r>
        <w:t>Present: A Name Without a Face</w:t>
      </w:r>
    </w:p>
    <w:p w14:paraId="0D325A62" w14:textId="77777777" w:rsidR="00F95956" w:rsidRDefault="001C0BB5">
      <w:pPr>
        <w:spacing w:after="240"/>
      </w:pPr>
      <w:r>
        <w:t>The briefing adjourned. People exhaled in tidy lines. Paper rustled like dry rain.</w:t>
      </w:r>
    </w:p>
    <w:p w14:paraId="5FC22795" w14:textId="77777777" w:rsidR="00F95956" w:rsidRDefault="001C0BB5">
      <w:pPr>
        <w:spacing w:after="240"/>
      </w:pPr>
      <w:r>
        <w:t>Lilith drifted toward a stained-glass window, admiring herself in martyr light. Gideon fielded a question about supply lines without glancing at the sheet. He didn’t have to; he had always memorized the page and the hand that wrote it.</w:t>
      </w:r>
    </w:p>
    <w:p w14:paraId="367571FF" w14:textId="77777777" w:rsidR="00F95956" w:rsidRDefault="001C0BB5">
      <w:pPr>
        <w:spacing w:after="240"/>
      </w:pPr>
      <w:r>
        <w:t>As he turned from the table, his shoulder brushed Alizon’s. Not carelessness. A magnetic accident.</w:t>
      </w:r>
    </w:p>
    <w:p w14:paraId="52A30892" w14:textId="77777777" w:rsidR="00F95956" w:rsidRDefault="001C0BB5">
      <w:pPr>
        <w:spacing w:after="240"/>
      </w:pPr>
      <w:r>
        <w:t>“Apologies,” he said.</w:t>
      </w:r>
    </w:p>
    <w:p w14:paraId="538CA713" w14:textId="77777777" w:rsidR="00F95956" w:rsidRDefault="001C0BB5">
      <w:pPr>
        <w:spacing w:after="240"/>
      </w:pPr>
      <w:r>
        <w:t>His eyes caught hers. Brown met brown. The world narrowed to the exact space between them.</w:t>
      </w:r>
    </w:p>
    <w:p w14:paraId="55F25C2B" w14:textId="77777777" w:rsidR="00F95956" w:rsidRDefault="001C0BB5">
      <w:pPr>
        <w:spacing w:after="240"/>
      </w:pPr>
      <w:r>
        <w:t>“It’s nothing,” she said.</w:t>
      </w:r>
    </w:p>
    <w:p w14:paraId="4DC6B669" w14:textId="77777777" w:rsidR="00F95956" w:rsidRDefault="001C0BB5">
      <w:pPr>
        <w:spacing w:after="240"/>
      </w:pPr>
      <w:r>
        <w:t>“Still,” he replied softly, something like amusement hitching at the corner of his mouth, “I don’t like leaving debts.”</w:t>
      </w:r>
    </w:p>
    <w:p w14:paraId="5B50BD59" w14:textId="77777777" w:rsidR="00F95956" w:rsidRDefault="001C0BB5">
      <w:pPr>
        <w:spacing w:after="240"/>
      </w:pPr>
      <w:r>
        <w:lastRenderedPageBreak/>
        <w:t>She went cold. The words were an echo from a kitchen a lifetime ago—steeped tea, rain on glass, his mouth at her temple:</w:t>
      </w:r>
    </w:p>
    <w:p w14:paraId="437CEC0E" w14:textId="77777777" w:rsidR="00F95956" w:rsidRDefault="001C0BB5">
      <w:pPr>
        <w:spacing w:after="240"/>
      </w:pPr>
      <w:r>
        <w:t>I don’t like leaving debts, love. I’ll make it up to you in the morning.</w:t>
      </w:r>
    </w:p>
    <w:p w14:paraId="2A789E11" w14:textId="77777777" w:rsidR="00F95956" w:rsidRDefault="001C0BB5">
      <w:pPr>
        <w:spacing w:after="240"/>
      </w:pPr>
      <w:r>
        <w:t>Rowan stepped between them so smoothly it looked like choreography. “You’re in my space,” he told Gideon pleasantly.</w:t>
      </w:r>
    </w:p>
    <w:p w14:paraId="7054C8DD" w14:textId="77777777" w:rsidR="00F95956" w:rsidRDefault="001C0BB5">
      <w:pPr>
        <w:spacing w:after="240"/>
      </w:pPr>
      <w:r>
        <w:t>Gideon’s smile sharpened. “And you’re in my light.”</w:t>
      </w:r>
    </w:p>
    <w:p w14:paraId="7FAACC8E" w14:textId="77777777" w:rsidR="00F95956" w:rsidRDefault="001C0BB5">
      <w:pPr>
        <w:spacing w:after="240"/>
      </w:pPr>
      <w:r>
        <w:t>“Then stand somewhere else,” Rowan said.</w:t>
      </w:r>
    </w:p>
    <w:p w14:paraId="5676509B" w14:textId="77777777" w:rsidR="00F95956" w:rsidRDefault="001C0BB5">
      <w:pPr>
        <w:spacing w:after="240"/>
      </w:pPr>
      <w:r>
        <w:t>Lilith laughed, delighted. “Men.”</w:t>
      </w:r>
    </w:p>
    <w:p w14:paraId="13FF2F3D" w14:textId="77777777" w:rsidR="00F95956" w:rsidRDefault="001C0BB5">
      <w:pPr>
        <w:spacing w:after="240"/>
      </w:pPr>
      <w:r>
        <w:t>Alizon breathed again.</w:t>
      </w:r>
    </w:p>
    <w:p w14:paraId="3FC40456" w14:textId="77777777" w:rsidR="00F95956" w:rsidRDefault="001C0BB5">
      <w:pPr>
        <w:spacing w:after="240"/>
      </w:pPr>
      <w:r>
        <w:t>Corridor: Knives Behind Doors</w:t>
      </w:r>
    </w:p>
    <w:p w14:paraId="5DE73487" w14:textId="77777777" w:rsidR="00F95956" w:rsidRDefault="001C0BB5">
      <w:pPr>
        <w:spacing w:after="240"/>
      </w:pPr>
      <w:r>
        <w:t>Solin’s hand closed over Rowan’s forearm as the room emptied.</w:t>
      </w:r>
    </w:p>
    <w:p w14:paraId="09D6FE5B" w14:textId="77777777" w:rsidR="00F95956" w:rsidRDefault="001C0BB5">
      <w:pPr>
        <w:spacing w:after="240"/>
      </w:pPr>
      <w:r>
        <w:t>“Walk,” he said.</w:t>
      </w:r>
    </w:p>
    <w:p w14:paraId="17E89E56" w14:textId="77777777" w:rsidR="00F95956" w:rsidRDefault="001C0BB5">
      <w:pPr>
        <w:spacing w:after="240"/>
      </w:pPr>
      <w:r>
        <w:t>They moved through a narrow corridor lined with old maps and older oaths. Solin waited until the door seals sighed.</w:t>
      </w:r>
    </w:p>
    <w:p w14:paraId="520F0256" w14:textId="77777777" w:rsidR="00F95956" w:rsidRDefault="001C0BB5">
      <w:pPr>
        <w:spacing w:after="240"/>
      </w:pPr>
      <w:r>
        <w:t>“That’s him,” Rowan said flatly.</w:t>
      </w:r>
    </w:p>
    <w:p w14:paraId="24D986D1" w14:textId="77777777" w:rsidR="00F95956" w:rsidRDefault="001C0BB5">
      <w:pPr>
        <w:spacing w:after="240"/>
      </w:pPr>
      <w:r>
        <w:t>“Yes.”</w:t>
      </w:r>
    </w:p>
    <w:p w14:paraId="4815D724" w14:textId="77777777" w:rsidR="00F95956" w:rsidRDefault="001C0BB5">
      <w:pPr>
        <w:spacing w:after="240"/>
      </w:pPr>
      <w:r>
        <w:t>“Alive.”</w:t>
      </w:r>
    </w:p>
    <w:p w14:paraId="08EB6A68" w14:textId="77777777" w:rsidR="00F95956" w:rsidRDefault="001C0BB5">
      <w:pPr>
        <w:spacing w:after="240"/>
      </w:pPr>
      <w:r>
        <w:t>“For now.”</w:t>
      </w:r>
    </w:p>
    <w:p w14:paraId="4A5DC197" w14:textId="77777777" w:rsidR="00F95956" w:rsidRDefault="001C0BB5">
      <w:pPr>
        <w:spacing w:after="240"/>
      </w:pPr>
      <w:r>
        <w:t>Rowan’s hands fisted and released. “Do we tell her?”</w:t>
      </w:r>
    </w:p>
    <w:p w14:paraId="09D8A556" w14:textId="77777777" w:rsidR="00F95956" w:rsidRDefault="001C0BB5">
      <w:pPr>
        <w:spacing w:after="240"/>
      </w:pPr>
      <w:r>
        <w:t>Solin’s answer was immediate. “We don’t lie to her.”</w:t>
      </w:r>
    </w:p>
    <w:p w14:paraId="574B81CC" w14:textId="77777777" w:rsidR="00F95956" w:rsidRDefault="001C0BB5">
      <w:pPr>
        <w:spacing w:after="240"/>
      </w:pPr>
      <w:r>
        <w:t>“That’s not what I asked.”</w:t>
      </w:r>
    </w:p>
    <w:p w14:paraId="06BF59BC" w14:textId="77777777" w:rsidR="00F95956" w:rsidRDefault="001C0BB5">
      <w:pPr>
        <w:spacing w:after="240"/>
      </w:pPr>
      <w:r>
        <w:t>Solin’s gaze drifted toward the far wall where the wards ran like veins. “If I name him too soon, I don’t give her a choice. She deserves one.”</w:t>
      </w:r>
    </w:p>
    <w:p w14:paraId="75E246FA" w14:textId="77777777" w:rsidR="00F95956" w:rsidRDefault="001C0BB5">
      <w:pPr>
        <w:spacing w:after="240"/>
      </w:pPr>
      <w:r>
        <w:t>Rowan’s jaw worked. “He’ll try to take it from her.”</w:t>
      </w:r>
    </w:p>
    <w:p w14:paraId="04C9E22E" w14:textId="77777777" w:rsidR="00F95956" w:rsidRDefault="001C0BB5">
      <w:pPr>
        <w:spacing w:after="240"/>
      </w:pPr>
      <w:r>
        <w:t>“I know,” Solin said, voice low. “Which is why you’ll be the one at her shoulder when he does.”</w:t>
      </w:r>
    </w:p>
    <w:p w14:paraId="4FF6ADD7" w14:textId="77777777" w:rsidR="00F95956" w:rsidRDefault="001C0BB5">
      <w:pPr>
        <w:spacing w:after="240"/>
      </w:pPr>
      <w:r>
        <w:lastRenderedPageBreak/>
        <w:t>Rowan exhaled through his teeth. “I’m not leaving her.”</w:t>
      </w:r>
    </w:p>
    <w:p w14:paraId="4577F49C" w14:textId="77777777" w:rsidR="00F95956" w:rsidRDefault="001C0BB5">
      <w:pPr>
        <w:spacing w:after="240"/>
      </w:pPr>
      <w:r>
        <w:t>“I didn’t ask you to.”</w:t>
      </w:r>
    </w:p>
    <w:p w14:paraId="25EFE6E8" w14:textId="77777777" w:rsidR="00F95956" w:rsidRDefault="001C0BB5">
      <w:pPr>
        <w:spacing w:after="240"/>
      </w:pPr>
      <w:r>
        <w:t>Something like understanding—like fathers and wolves making an old truce—passed between them.</w:t>
      </w:r>
    </w:p>
    <w:p w14:paraId="7F7A0AC6" w14:textId="77777777" w:rsidR="00F95956" w:rsidRDefault="001C0BB5">
      <w:pPr>
        <w:spacing w:after="240"/>
      </w:pPr>
      <w:r>
        <w:t>“Rowan,” Solin added, softer, “the prophecy says the wolf guards her flame.”</w:t>
      </w:r>
    </w:p>
    <w:p w14:paraId="07FC4C7D" w14:textId="77777777" w:rsidR="00F95956" w:rsidRDefault="001C0BB5">
      <w:pPr>
        <w:spacing w:after="240"/>
      </w:pPr>
      <w:r>
        <w:t>Rowan’s mouth tilted, humor without light. “I don’t need a prophecy to tell me what I already am.”</w:t>
      </w:r>
    </w:p>
    <w:p w14:paraId="750F02F1" w14:textId="77777777" w:rsidR="00F95956" w:rsidRDefault="001C0BB5">
      <w:pPr>
        <w:spacing w:after="240"/>
      </w:pPr>
      <w:r>
        <w:t>Balcony: Lilith’s Silk and Steel</w:t>
      </w:r>
    </w:p>
    <w:p w14:paraId="5BF0C5D8" w14:textId="77777777" w:rsidR="00F95956" w:rsidRDefault="001C0BB5">
      <w:pPr>
        <w:spacing w:after="240"/>
      </w:pPr>
      <w:r>
        <w:t>Lilith leaned on the stone rail as if balconies were altars built for her alone. The city spread below like a jeweled pelt.</w:t>
      </w:r>
    </w:p>
    <w:p w14:paraId="3EE2D7B2" w14:textId="77777777" w:rsidR="00F95956" w:rsidRDefault="001C0BB5">
      <w:pPr>
        <w:spacing w:after="240"/>
      </w:pPr>
      <w:r>
        <w:t>“Pretty house,” she said without turning. “Pretty secrets.”</w:t>
      </w:r>
    </w:p>
    <w:p w14:paraId="1F79948B" w14:textId="77777777" w:rsidR="00F95956" w:rsidRDefault="001C0BB5">
      <w:pPr>
        <w:spacing w:after="240"/>
      </w:pPr>
      <w:r>
        <w:t>Gideon stood just inside the doorway, shadowed. “You’re bored.”</w:t>
      </w:r>
    </w:p>
    <w:p w14:paraId="164459E9" w14:textId="77777777" w:rsidR="00F95956" w:rsidRDefault="001C0BB5">
      <w:pPr>
        <w:spacing w:after="240"/>
      </w:pPr>
      <w:r>
        <w:t>“I’m patient.” She looked back, lashes low. “Are you?”</w:t>
      </w:r>
    </w:p>
    <w:p w14:paraId="573A0913" w14:textId="77777777" w:rsidR="00F95956" w:rsidRDefault="001C0BB5">
      <w:pPr>
        <w:spacing w:after="240"/>
      </w:pPr>
      <w:r>
        <w:t>He said nothing.</w:t>
      </w:r>
    </w:p>
    <w:p w14:paraId="687AF80A" w14:textId="77777777" w:rsidR="00F95956" w:rsidRDefault="001C0BB5">
      <w:pPr>
        <w:spacing w:after="240"/>
      </w:pPr>
      <w:r>
        <w:t>“You stared at the brown-eyed one,” Lilith continued. “The little shadow in the corner.”</w:t>
      </w:r>
    </w:p>
    <w:p w14:paraId="508A852D" w14:textId="77777777" w:rsidR="00F95956" w:rsidRDefault="001C0BB5">
      <w:pPr>
        <w:spacing w:after="240"/>
      </w:pPr>
      <w:r>
        <w:t>Gideon’s face didn’t move. “I noticed a great many things.”</w:t>
      </w:r>
    </w:p>
    <w:p w14:paraId="6D23FE9D" w14:textId="77777777" w:rsidR="00F95956" w:rsidRDefault="001C0BB5">
      <w:pPr>
        <w:spacing w:after="240"/>
      </w:pPr>
      <w:r>
        <w:t>“Mm.” She smiled. “Try not to notice that one so loudly.”</w:t>
      </w:r>
    </w:p>
    <w:p w14:paraId="18EBC320" w14:textId="77777777" w:rsidR="00F95956" w:rsidRDefault="001C0BB5">
      <w:pPr>
        <w:spacing w:after="240"/>
      </w:pPr>
      <w:r>
        <w:t>“Why?”</w:t>
      </w:r>
    </w:p>
    <w:p w14:paraId="27A9604B" w14:textId="77777777" w:rsidR="00F95956" w:rsidRDefault="001C0BB5">
      <w:pPr>
        <w:spacing w:after="240"/>
      </w:pPr>
      <w:r>
        <w:t>“Because she doesn’t belong to you,” Lilith said, voice softening to velvet that concealed wire. “She belongs to a story that ends with her bones.”</w:t>
      </w:r>
    </w:p>
    <w:p w14:paraId="27DFE388" w14:textId="77777777" w:rsidR="00F95956" w:rsidRDefault="001C0BB5">
      <w:pPr>
        <w:spacing w:after="240"/>
      </w:pPr>
      <w:r>
        <w:t>Gideon’s pulse beat once, hard in his throat.</w:t>
      </w:r>
    </w:p>
    <w:p w14:paraId="53289A6B" w14:textId="77777777" w:rsidR="00F95956" w:rsidRDefault="001C0BB5">
      <w:pPr>
        <w:spacing w:after="240"/>
      </w:pPr>
      <w:r>
        <w:t>Lilith touched his cheek with the back of her fingers, affectionate as a woman petting a favorite knife. “Don’t sulk,” she murmured. “You’ll have your prize soon.”</w:t>
      </w:r>
    </w:p>
    <w:p w14:paraId="57B8D5AF" w14:textId="77777777" w:rsidR="00F95956" w:rsidRDefault="001C0BB5">
      <w:pPr>
        <w:spacing w:after="240"/>
      </w:pPr>
      <w:r>
        <w:t>When she walked away, the air felt thinner.</w:t>
      </w:r>
    </w:p>
    <w:p w14:paraId="68EA7A1B" w14:textId="77777777" w:rsidR="00F95956" w:rsidRDefault="001C0BB5">
      <w:pPr>
        <w:spacing w:after="240"/>
      </w:pPr>
      <w:r>
        <w:t>Gideon didn’t follow. He looked out at the city until the lights blurred, as if distance could redact memory.</w:t>
      </w:r>
    </w:p>
    <w:p w14:paraId="065B4E5B" w14:textId="77777777" w:rsidR="00F95956" w:rsidRDefault="001C0BB5">
      <w:pPr>
        <w:spacing w:after="240"/>
      </w:pPr>
      <w:r>
        <w:lastRenderedPageBreak/>
        <w:t>In the glass, a reflection hovered behind him—his own face, and a second ghost layered over it: a woman with long dark hair, laughing in a kitchen that smelled like cinnamon.</w:t>
      </w:r>
    </w:p>
    <w:p w14:paraId="77D9A5CA" w14:textId="77777777" w:rsidR="00F95956" w:rsidRDefault="001C0BB5">
      <w:pPr>
        <w:spacing w:after="240"/>
      </w:pPr>
      <w:r>
        <w:t>He blinked and the room was empty.</w:t>
      </w:r>
    </w:p>
    <w:p w14:paraId="73BA2114" w14:textId="77777777" w:rsidR="00F95956" w:rsidRDefault="001C0BB5">
      <w:pPr>
        <w:spacing w:after="240"/>
      </w:pPr>
      <w:r>
        <w:t>Night Walk: Pendants and Promises</w:t>
      </w:r>
    </w:p>
    <w:p w14:paraId="4693EF48" w14:textId="77777777" w:rsidR="00F95956" w:rsidRDefault="001C0BB5">
      <w:pPr>
        <w:spacing w:after="240"/>
      </w:pPr>
      <w:r>
        <w:t>Alizon moved alone through the east gallery, pendant in her palm. The chain whispered across her skin like a question.</w:t>
      </w:r>
    </w:p>
    <w:p w14:paraId="344F701A" w14:textId="77777777" w:rsidR="00F95956" w:rsidRDefault="001C0BB5">
      <w:pPr>
        <w:spacing w:after="240"/>
      </w:pPr>
      <w:r>
        <w:t>Footsteps sounded behind her—Rowan’s. She recognized the rhythm now: wolf trying to be floorboard.</w:t>
      </w:r>
    </w:p>
    <w:p w14:paraId="668C7234" w14:textId="77777777" w:rsidR="00F95956" w:rsidRDefault="001C0BB5">
      <w:pPr>
        <w:spacing w:after="240"/>
      </w:pPr>
      <w:r>
        <w:t>“I’m fine,” she said without turning.</w:t>
      </w:r>
    </w:p>
    <w:p w14:paraId="35063026" w14:textId="77777777" w:rsidR="00F95956" w:rsidRDefault="001C0BB5">
      <w:pPr>
        <w:spacing w:after="240"/>
      </w:pPr>
      <w:r>
        <w:t>“I know,” he said. “I still came.”</w:t>
      </w:r>
    </w:p>
    <w:p w14:paraId="4971F3ED" w14:textId="77777777" w:rsidR="00F95956" w:rsidRDefault="001C0BB5">
      <w:pPr>
        <w:spacing w:after="240"/>
      </w:pPr>
      <w:r>
        <w:t>She stopped. “Solin told you.”</w:t>
      </w:r>
    </w:p>
    <w:p w14:paraId="33A7A7EF" w14:textId="77777777" w:rsidR="00F95956" w:rsidRDefault="001C0BB5">
      <w:pPr>
        <w:spacing w:after="240"/>
      </w:pPr>
      <w:r>
        <w:t>“Yes.”</w:t>
      </w:r>
    </w:p>
    <w:p w14:paraId="41E257B0" w14:textId="77777777" w:rsidR="00F95956" w:rsidRDefault="001C0BB5">
      <w:pPr>
        <w:spacing w:after="240"/>
      </w:pPr>
      <w:r>
        <w:t>“What else?”</w:t>
      </w:r>
    </w:p>
    <w:p w14:paraId="234AC8F1" w14:textId="77777777" w:rsidR="00F95956" w:rsidRDefault="001C0BB5">
      <w:pPr>
        <w:spacing w:after="240"/>
      </w:pPr>
      <w:r>
        <w:t>He hesitated. “That your choice should be yours.”</w:t>
      </w:r>
    </w:p>
    <w:p w14:paraId="070B7C67" w14:textId="77777777" w:rsidR="00F95956" w:rsidRDefault="001C0BB5">
      <w:pPr>
        <w:spacing w:after="240"/>
      </w:pPr>
      <w:r>
        <w:t>She faced him. The pendant glinted between them like an old sin.</w:t>
      </w:r>
    </w:p>
    <w:p w14:paraId="5EB02D65" w14:textId="77777777" w:rsidR="00F95956" w:rsidRDefault="001C0BB5">
      <w:pPr>
        <w:spacing w:after="240"/>
      </w:pPr>
      <w:r>
        <w:t>“And if my choice is to know?” she asked. “To remember everything, even if it hurts?”</w:t>
      </w:r>
    </w:p>
    <w:p w14:paraId="27CA5B74" w14:textId="77777777" w:rsidR="00F95956" w:rsidRDefault="001C0BB5">
      <w:pPr>
        <w:spacing w:after="240"/>
      </w:pPr>
      <w:r>
        <w:t>Rowan didn’t look at the pendant. He looked at her. “Then I’ll stand there while it breaks you,” he said simply. “And I’ll help you put it back together when you’re done.”</w:t>
      </w:r>
    </w:p>
    <w:p w14:paraId="192329DD" w14:textId="77777777" w:rsidR="00F95956" w:rsidRDefault="001C0BB5">
      <w:pPr>
        <w:spacing w:after="240"/>
      </w:pPr>
      <w:r>
        <w:t>Her throat tightened. She nodded once, sharp.</w:t>
      </w:r>
    </w:p>
    <w:p w14:paraId="7509CA04" w14:textId="77777777" w:rsidR="00F95956" w:rsidRDefault="001C0BB5">
      <w:pPr>
        <w:spacing w:after="240"/>
      </w:pPr>
      <w:r>
        <w:t>“Good,” she said. “Then watch.”</w:t>
      </w:r>
    </w:p>
    <w:p w14:paraId="1397E747" w14:textId="77777777" w:rsidR="00F95956" w:rsidRDefault="001C0BB5">
      <w:pPr>
        <w:spacing w:after="240"/>
      </w:pPr>
      <w:r>
        <w:t>She closed her fist around the pendant until the edges bit. Heat rose, not from metal but from memory, from the way the sanctum had started to hum for her, not around her. She pressed the pendant to the rune carved at the base of a column.</w:t>
      </w:r>
    </w:p>
    <w:p w14:paraId="459050F4" w14:textId="77777777" w:rsidR="00F95956" w:rsidRDefault="001C0BB5">
      <w:pPr>
        <w:spacing w:after="240"/>
      </w:pPr>
      <w:r>
        <w:t>The ward flared violet.</w:t>
      </w:r>
    </w:p>
    <w:p w14:paraId="4C7E8964" w14:textId="77777777" w:rsidR="00F95956" w:rsidRDefault="001C0BB5">
      <w:pPr>
        <w:spacing w:after="240"/>
      </w:pPr>
      <w:r>
        <w:t>A door no one had noticed opened a hand’s width in the wall—just enough to exhale a breath that smelled like salt, pine, and the inside of a drawer where someone once hid silver.</w:t>
      </w:r>
    </w:p>
    <w:p w14:paraId="2D69989F" w14:textId="77777777" w:rsidR="00F95956" w:rsidRDefault="001C0BB5">
      <w:pPr>
        <w:spacing w:after="240"/>
      </w:pPr>
      <w:r>
        <w:t>Rowan swore softly. “What did you—”</w:t>
      </w:r>
    </w:p>
    <w:p w14:paraId="4710D6B1" w14:textId="77777777" w:rsidR="00F95956" w:rsidRDefault="001C0BB5">
      <w:pPr>
        <w:spacing w:after="240"/>
      </w:pPr>
      <w:r>
        <w:lastRenderedPageBreak/>
        <w:t>Alizon didn’t answer. She was already seeing something else.</w:t>
      </w:r>
    </w:p>
    <w:p w14:paraId="6C09105A" w14:textId="77777777" w:rsidR="00F95956" w:rsidRDefault="001C0BB5">
      <w:pPr>
        <w:spacing w:after="240"/>
      </w:pPr>
      <w:r>
        <w:t>Flashback: The First Lie</w:t>
      </w:r>
    </w:p>
    <w:p w14:paraId="32C5348C" w14:textId="77777777" w:rsidR="00F95956" w:rsidRDefault="001C0BB5">
      <w:pPr>
        <w:spacing w:after="240"/>
      </w:pPr>
      <w:r>
        <w:t>A quiet room. Night outside the windows. Rafe threading the chain of her pendant through his fingers with a gambler’s smile.</w:t>
      </w:r>
    </w:p>
    <w:p w14:paraId="527DAF68" w14:textId="77777777" w:rsidR="00F95956" w:rsidRDefault="001C0BB5">
      <w:pPr>
        <w:spacing w:after="240"/>
      </w:pPr>
      <w:r>
        <w:t>“Trust me,” he said.</w:t>
      </w:r>
    </w:p>
    <w:p w14:paraId="3ABF0CBC" w14:textId="77777777" w:rsidR="00F95956" w:rsidRDefault="001C0BB5">
      <w:pPr>
        <w:spacing w:after="240"/>
      </w:pPr>
      <w:r>
        <w:t>“I do.”</w:t>
      </w:r>
    </w:p>
    <w:p w14:paraId="4E586DF9" w14:textId="77777777" w:rsidR="00F95956" w:rsidRDefault="001C0BB5">
      <w:pPr>
        <w:spacing w:after="240"/>
      </w:pPr>
      <w:r>
        <w:t>“Keep doing that.”</w:t>
      </w:r>
    </w:p>
    <w:p w14:paraId="317FD5F4" w14:textId="77777777" w:rsidR="00F95956" w:rsidRDefault="001C0BB5">
      <w:pPr>
        <w:spacing w:after="240"/>
      </w:pPr>
      <w:r>
        <w:t>He kissed her. When she opened her eyes, the pendant was gone.</w:t>
      </w:r>
    </w:p>
    <w:p w14:paraId="103FCC15" w14:textId="77777777" w:rsidR="00F95956" w:rsidRDefault="001C0BB5">
      <w:pPr>
        <w:spacing w:after="240"/>
      </w:pPr>
      <w:r>
        <w:t>“Where”</w:t>
      </w:r>
    </w:p>
    <w:p w14:paraId="7A84FE51" w14:textId="77777777" w:rsidR="00F95956" w:rsidRDefault="001C0BB5">
      <w:pPr>
        <w:spacing w:after="240"/>
      </w:pPr>
      <w:r>
        <w:t>“I’ll give it back in the morning,” he said, the words a purr. “Scout’s honor.”</w:t>
      </w:r>
    </w:p>
    <w:p w14:paraId="5B1D6E92" w14:textId="77777777" w:rsidR="00F95956" w:rsidRDefault="001C0BB5">
      <w:pPr>
        <w:spacing w:after="240"/>
      </w:pPr>
      <w:r>
        <w:t>“You were never a scout.”</w:t>
      </w:r>
    </w:p>
    <w:p w14:paraId="1327CEB4" w14:textId="77777777" w:rsidR="00F95956" w:rsidRDefault="001C0BB5">
      <w:pPr>
        <w:spacing w:after="240"/>
      </w:pPr>
      <w:r>
        <w:t>“Then thief’s,” he murmured, brushing her hair back. “Those vows are older.”</w:t>
      </w:r>
    </w:p>
    <w:p w14:paraId="793185EF" w14:textId="77777777" w:rsidR="00F95956" w:rsidRDefault="001C0BB5">
      <w:pPr>
        <w:spacing w:after="240"/>
      </w:pPr>
      <w:r>
        <w:t>He watched her fall asleep.</w:t>
      </w:r>
    </w:p>
    <w:p w14:paraId="7BEC2B04" w14:textId="77777777" w:rsidR="00F95956" w:rsidRDefault="001C0BB5">
      <w:pPr>
        <w:spacing w:after="240"/>
      </w:pPr>
      <w:r>
        <w:t>He did not sleep.</w:t>
      </w:r>
    </w:p>
    <w:p w14:paraId="2E3B28C6" w14:textId="77777777" w:rsidR="00F95956" w:rsidRDefault="001C0BB5">
      <w:pPr>
        <w:spacing w:after="240"/>
      </w:pPr>
      <w:r>
        <w:t>He wrote a note she would never read and burned it in the sink.</w:t>
      </w:r>
    </w:p>
    <w:p w14:paraId="2E97F232" w14:textId="77777777" w:rsidR="00F95956" w:rsidRDefault="001C0BB5">
      <w:pPr>
        <w:spacing w:after="240"/>
      </w:pPr>
      <w:r>
        <w:t>Coda: The Borrowed Name</w:t>
      </w:r>
    </w:p>
    <w:p w14:paraId="16333FD5" w14:textId="77777777" w:rsidR="00F95956" w:rsidRDefault="001C0BB5">
      <w:pPr>
        <w:spacing w:after="240"/>
      </w:pPr>
      <w:r>
        <w:t>The liaison team peeled off and headed to the guest quarters. The sanctum quieted the way houses do when outsiders sleep under their roofs—curious, irritated, pretending not to be either.</w:t>
      </w:r>
    </w:p>
    <w:p w14:paraId="472495C9" w14:textId="77777777" w:rsidR="00F95956" w:rsidRDefault="001C0BB5">
      <w:pPr>
        <w:spacing w:after="240"/>
      </w:pPr>
      <w:r>
        <w:t>Gideon stood alone in the dark of his room, palms braced on the sink, water running cold. He stared at his reflection until it blurred, and another face came into focus over it. Not his. Hers. The one he couldn’t place. The one that haunted the edges of his assignments like secondhand perfume.</w:t>
      </w:r>
    </w:p>
    <w:p w14:paraId="61931DD4" w14:textId="77777777" w:rsidR="00F95956" w:rsidRDefault="001C0BB5">
      <w:pPr>
        <w:spacing w:after="240"/>
      </w:pPr>
      <w:r>
        <w:t>He turned off the tap. In the mirror, the room behind him sharpened. The door was closed. The lights were out. The city waited.</w:t>
      </w:r>
    </w:p>
    <w:p w14:paraId="63EC37BD" w14:textId="77777777" w:rsidR="00F95956" w:rsidRDefault="001C0BB5">
      <w:pPr>
        <w:spacing w:after="240"/>
      </w:pPr>
      <w:r>
        <w:t>He whispered his own name to steady himself.</w:t>
      </w:r>
    </w:p>
    <w:p w14:paraId="782332CF" w14:textId="77777777" w:rsidR="00F95956" w:rsidRDefault="001C0BB5">
      <w:pPr>
        <w:spacing w:after="240"/>
      </w:pPr>
      <w:r>
        <w:t>“Rafe.”</w:t>
      </w:r>
    </w:p>
    <w:p w14:paraId="796137A4" w14:textId="77777777" w:rsidR="00F95956" w:rsidRDefault="001C0BB5">
      <w:pPr>
        <w:spacing w:after="240"/>
      </w:pPr>
      <w:r>
        <w:lastRenderedPageBreak/>
        <w:t>The room did not argue.</w:t>
      </w:r>
    </w:p>
    <w:p w14:paraId="21A085F1" w14:textId="77777777" w:rsidR="00F95956" w:rsidRDefault="001C0BB5">
      <w:pPr>
        <w:spacing w:after="240"/>
      </w:pPr>
      <w:r>
        <w:t>He scrubbed a hand over his mouth and laughed once, humorless. “Gideon Vale,” he told the dark. “Behave.”</w:t>
      </w:r>
    </w:p>
    <w:p w14:paraId="263F2FAA" w14:textId="77777777" w:rsidR="00F95956" w:rsidRDefault="001C0BB5">
      <w:pPr>
        <w:spacing w:after="240"/>
      </w:pPr>
      <w:r>
        <w:t>In the hall outside, Lilith paused with her ear to the wood and smiled.</w:t>
      </w:r>
    </w:p>
    <w:p w14:paraId="611460AD" w14:textId="77777777" w:rsidR="00F95956" w:rsidRDefault="001C0BB5">
      <w:pPr>
        <w:spacing w:after="240"/>
      </w:pPr>
      <w:r>
        <w:t>Last Beat: A Line Only She Would Know</w:t>
      </w:r>
    </w:p>
    <w:p w14:paraId="65CDB778" w14:textId="77777777" w:rsidR="00F95956" w:rsidRDefault="001C0BB5">
      <w:pPr>
        <w:spacing w:after="240"/>
      </w:pPr>
      <w:r>
        <w:t>Alizon turned a corner too sharply and nearly collided with him, chest to chest. He steadied her with a hand that didn’t linger but wanted to.</w:t>
      </w:r>
    </w:p>
    <w:p w14:paraId="200462A5" w14:textId="77777777" w:rsidR="00F95956" w:rsidRDefault="001C0BB5">
      <w:pPr>
        <w:spacing w:after="240"/>
      </w:pPr>
      <w:r>
        <w:t>“Apologies,” he said again, softer this time.</w:t>
      </w:r>
    </w:p>
    <w:p w14:paraId="63490491" w14:textId="77777777" w:rsidR="00F95956" w:rsidRDefault="001C0BB5">
      <w:pPr>
        <w:spacing w:after="240"/>
      </w:pPr>
      <w:r>
        <w:t>She stepped back. “You should watch where you’re going.”</w:t>
      </w:r>
    </w:p>
    <w:p w14:paraId="03412A76" w14:textId="77777777" w:rsidR="00F95956" w:rsidRDefault="001C0BB5">
      <w:pPr>
        <w:spacing w:after="240"/>
      </w:pPr>
      <w:r>
        <w:t>“So should you,” he said, the smile wounding. “You’d hate to owe me twice.”</w:t>
      </w:r>
    </w:p>
    <w:p w14:paraId="7606A70A" w14:textId="77777777" w:rsidR="00F95956" w:rsidRDefault="001C0BB5">
      <w:pPr>
        <w:spacing w:after="240"/>
      </w:pPr>
      <w:r>
        <w:t>Her breath stopped. The pendant in her pocket might as well have been a knife.</w:t>
      </w:r>
    </w:p>
    <w:p w14:paraId="784310FC" w14:textId="77777777" w:rsidR="00F95956" w:rsidRDefault="001C0BB5">
      <w:pPr>
        <w:spacing w:after="240"/>
      </w:pPr>
      <w:r>
        <w:t>He didn’t know her.</w:t>
      </w:r>
    </w:p>
    <w:p w14:paraId="3FEF891C" w14:textId="77777777" w:rsidR="00F95956" w:rsidRDefault="001C0BB5">
      <w:pPr>
        <w:spacing w:after="240"/>
      </w:pPr>
      <w:r>
        <w:t>But he remembered her wrong.</w:t>
      </w:r>
    </w:p>
    <w:p w14:paraId="636BD0DC" w14:textId="77777777" w:rsidR="00F95956" w:rsidRDefault="001C0BB5">
      <w:pPr>
        <w:spacing w:after="240"/>
      </w:pPr>
      <w:r>
        <w:t>She let him pass, waited until the echo of his step was gone, and pressed her palm hard against the place over her heart where a crescent scar lived in someone else’s skin.</w:t>
      </w:r>
    </w:p>
    <w:p w14:paraId="3A387205" w14:textId="77777777" w:rsidR="00F95956" w:rsidRDefault="001C0BB5">
      <w:pPr>
        <w:spacing w:after="240"/>
      </w:pPr>
      <w:r>
        <w:t>“Soon,” she whispered to the house. “Open or burn… soon.”</w:t>
      </w:r>
    </w:p>
    <w:p w14:paraId="227B0B73" w14:textId="77777777" w:rsidR="00F95956" w:rsidRDefault="001C0BB5">
      <w:pPr>
        <w:spacing w:after="240"/>
      </w:pPr>
      <w:r>
        <w:t>The sanctum’s wards thrummed once in answer—violet, bright, alive.</w:t>
      </w:r>
    </w:p>
    <w:p w14:paraId="65730840" w14:textId="77777777" w:rsidR="00F95956" w:rsidRDefault="001C0BB5">
      <w:pPr>
        <w:spacing w:after="240"/>
      </w:pPr>
      <w:r>
        <w:t>And far below the city, Varek lifted his head and smiled, old hunger moving like a tide</w:t>
      </w:r>
    </w:p>
    <w:p w14:paraId="0910786A" w14:textId="77777777" w:rsidR="00F95956" w:rsidRDefault="001C0BB5">
      <w:pPr>
        <w:spacing w:after="240"/>
      </w:pPr>
      <w:r>
        <w:t>Chapter 9 — Ashes of the Lie</w:t>
      </w:r>
    </w:p>
    <w:p w14:paraId="57E822F8" w14:textId="77777777" w:rsidR="00F95956" w:rsidRDefault="001C0BB5">
      <w:pPr>
        <w:spacing w:after="240"/>
      </w:pPr>
      <w:r>
        <w:t>The Sanctum – Two Days Later</w:t>
      </w:r>
    </w:p>
    <w:p w14:paraId="7F92613A" w14:textId="77777777" w:rsidR="00F95956" w:rsidRDefault="001C0BB5">
      <w:pPr>
        <w:spacing w:after="240"/>
      </w:pPr>
      <w:r>
        <w:t>The halls hadn’t stopped humming since Lilith arrived.</w:t>
      </w:r>
    </w:p>
    <w:p w14:paraId="2DA8E5CF" w14:textId="77777777" w:rsidR="00F95956" w:rsidRDefault="001C0BB5">
      <w:pPr>
        <w:spacing w:after="240"/>
      </w:pPr>
      <w:r>
        <w:t>Alizon could feel it in her bones like a tuning fork pressed to the inside of her ribs. The wards didn’t trust the visitors. Neither did Rowan. Neither did Solin.</w:t>
      </w:r>
    </w:p>
    <w:p w14:paraId="4384F3DE" w14:textId="77777777" w:rsidR="00F95956" w:rsidRDefault="001C0BB5">
      <w:pPr>
        <w:spacing w:after="240"/>
      </w:pPr>
      <w:r>
        <w:t>And now, neither did she.</w:t>
      </w:r>
    </w:p>
    <w:p w14:paraId="5E8C51EE" w14:textId="77777777" w:rsidR="00F95956" w:rsidRDefault="001C0BB5">
      <w:pPr>
        <w:spacing w:after="240"/>
      </w:pPr>
      <w:r>
        <w:t>Not since Gideon—Rafe—had whispered that line.</w:t>
      </w:r>
    </w:p>
    <w:p w14:paraId="482FFFD6" w14:textId="77777777" w:rsidR="00F95956" w:rsidRDefault="001C0BB5">
      <w:pPr>
        <w:spacing w:after="240"/>
      </w:pPr>
      <w:r>
        <w:lastRenderedPageBreak/>
        <w:t>“You’d hate to owe me twice.”</w:t>
      </w:r>
    </w:p>
    <w:p w14:paraId="74768F8D" w14:textId="77777777" w:rsidR="00F95956" w:rsidRDefault="001C0BB5">
      <w:pPr>
        <w:spacing w:after="240"/>
      </w:pPr>
      <w:r>
        <w:t>A nothing phrase. An echo. A casual flirtation.</w:t>
      </w:r>
    </w:p>
    <w:p w14:paraId="036E1A20" w14:textId="77777777" w:rsidR="00F95956" w:rsidRDefault="001C0BB5">
      <w:pPr>
        <w:spacing w:after="240"/>
      </w:pPr>
      <w:r>
        <w:t>Unless you’d heard it whispered against your throat in the dark…</w:t>
      </w:r>
      <w:r>
        <w:br/>
        <w:t>And again, just before he planned to hand you over.</w:t>
      </w:r>
    </w:p>
    <w:p w14:paraId="31ECE184" w14:textId="77777777" w:rsidR="00F95956" w:rsidRDefault="001C0BB5">
      <w:pPr>
        <w:spacing w:after="240"/>
      </w:pPr>
      <w:r>
        <w:t>Memory Break</w:t>
      </w:r>
    </w:p>
    <w:p w14:paraId="67945F04" w14:textId="77777777" w:rsidR="00F95956" w:rsidRDefault="001C0BB5">
      <w:pPr>
        <w:spacing w:after="240"/>
      </w:pPr>
      <w:r>
        <w:t>It hit her while she was walking the south corridor. No warning. No trigger she could name.</w:t>
      </w:r>
    </w:p>
    <w:p w14:paraId="420E0308" w14:textId="77777777" w:rsidR="00F95956" w:rsidRDefault="001C0BB5">
      <w:pPr>
        <w:spacing w:after="240"/>
      </w:pPr>
      <w:r>
        <w:t>The memory simply rose—like a tide finally allowed to flood.</w:t>
      </w:r>
    </w:p>
    <w:p w14:paraId="2E9716EF" w14:textId="77777777" w:rsidR="00F95956" w:rsidRDefault="001C0BB5">
      <w:pPr>
        <w:spacing w:after="240"/>
      </w:pPr>
      <w:r>
        <w:t>🔥 Flashback: The Real Betrayal</w:t>
      </w:r>
    </w:p>
    <w:p w14:paraId="75579E2C" w14:textId="77777777" w:rsidR="00F95956" w:rsidRDefault="001C0BB5">
      <w:pPr>
        <w:spacing w:after="240"/>
      </w:pPr>
      <w:r>
        <w:t>Scotland. That night.</w:t>
      </w:r>
    </w:p>
    <w:p w14:paraId="3D5BE589" w14:textId="77777777" w:rsidR="00F95956" w:rsidRDefault="001C0BB5">
      <w:pPr>
        <w:spacing w:after="240"/>
      </w:pPr>
      <w:r>
        <w:t>She had stepped into the hallway barefoot, smiling. She wore his shirt. He was down the hall, speaking quietly.</w:t>
      </w:r>
    </w:p>
    <w:p w14:paraId="098193D0" w14:textId="77777777" w:rsidR="00F95956" w:rsidRDefault="001C0BB5">
      <w:pPr>
        <w:spacing w:after="240"/>
      </w:pPr>
      <w:r>
        <w:t>She hadn’t meant to eavesdrop.</w:t>
      </w:r>
      <w:r>
        <w:br/>
        <w:t>But then she heard Varek’s name.</w:t>
      </w:r>
    </w:p>
    <w:p w14:paraId="4B103A46" w14:textId="77777777" w:rsidR="00F95956" w:rsidRDefault="001C0BB5">
      <w:pPr>
        <w:spacing w:after="240"/>
      </w:pPr>
      <w:r>
        <w:t>“The glamour’s still holding,” Rafe was saying, low and efficient.</w:t>
      </w:r>
      <w:r>
        <w:br/>
        <w:t>“She suspects nothing. She trusts me.”</w:t>
      </w:r>
    </w:p>
    <w:p w14:paraId="4898739C" w14:textId="77777777" w:rsidR="00F95956" w:rsidRDefault="001C0BB5">
      <w:pPr>
        <w:spacing w:after="240"/>
      </w:pPr>
      <w:r>
        <w:t>Alizon’s stomach dropped.</w:t>
      </w:r>
    </w:p>
    <w:p w14:paraId="1B97FBE5" w14:textId="77777777" w:rsidR="00F95956" w:rsidRDefault="001C0BB5">
      <w:pPr>
        <w:spacing w:after="240"/>
      </w:pPr>
      <w:r>
        <w:t>“You’ll have her?” he asked.</w:t>
      </w:r>
    </w:p>
    <w:p w14:paraId="30A739F6" w14:textId="77777777" w:rsidR="00F95956" w:rsidRDefault="001C0BB5">
      <w:pPr>
        <w:spacing w:after="240"/>
      </w:pPr>
      <w:r>
        <w:t>A second voice—Lilith’s—dripping silk:</w:t>
      </w:r>
    </w:p>
    <w:p w14:paraId="1A676DEF" w14:textId="77777777" w:rsidR="00F95956" w:rsidRDefault="001C0BB5">
      <w:pPr>
        <w:spacing w:after="240"/>
      </w:pPr>
      <w:r>
        <w:t>“He will. By morning. All we need is her blood.”</w:t>
      </w:r>
    </w:p>
    <w:p w14:paraId="0CF11BF4" w14:textId="77777777" w:rsidR="00F95956" w:rsidRDefault="001C0BB5">
      <w:pPr>
        <w:spacing w:after="240"/>
      </w:pPr>
      <w:r>
        <w:t>And then the third voice.</w:t>
      </w:r>
      <w:r>
        <w:br/>
        <w:t>Varek.</w:t>
      </w:r>
      <w:r>
        <w:br/>
        <w:t>Deep. Cold.</w:t>
      </w:r>
    </w:p>
    <w:p w14:paraId="18CA26FA" w14:textId="77777777" w:rsidR="00F95956" w:rsidRDefault="001C0BB5">
      <w:pPr>
        <w:spacing w:after="240"/>
      </w:pPr>
      <w:r>
        <w:t>“Ensure she is delivered, or I take you instead.”</w:t>
      </w:r>
    </w:p>
    <w:p w14:paraId="1E45F54D" w14:textId="77777777" w:rsidR="00F95956" w:rsidRDefault="001C0BB5">
      <w:pPr>
        <w:spacing w:after="240"/>
      </w:pPr>
      <w:r>
        <w:t>Rafe laughed—a brittle, empty sound.</w:t>
      </w:r>
    </w:p>
    <w:p w14:paraId="7CE05273" w14:textId="77777777" w:rsidR="00F95956" w:rsidRDefault="001C0BB5">
      <w:pPr>
        <w:spacing w:after="240"/>
      </w:pPr>
      <w:r>
        <w:t>“Oh, I wouldn’t miss it. I’ve earned what’s coming.”</w:t>
      </w:r>
    </w:p>
    <w:p w14:paraId="44C810EB" w14:textId="77777777" w:rsidR="00F95956" w:rsidRDefault="001C0BB5">
      <w:pPr>
        <w:spacing w:after="240"/>
      </w:pPr>
      <w:r>
        <w:t>Silence.</w:t>
      </w:r>
    </w:p>
    <w:p w14:paraId="4A3DED0C" w14:textId="77777777" w:rsidR="00F95956" w:rsidRDefault="001C0BB5">
      <w:pPr>
        <w:spacing w:after="240"/>
      </w:pPr>
      <w:r>
        <w:lastRenderedPageBreak/>
        <w:t>“She’s just a girl,” he said then, quieter.</w:t>
      </w:r>
    </w:p>
    <w:p w14:paraId="44BBD1DB" w14:textId="77777777" w:rsidR="00F95956" w:rsidRDefault="001C0BB5">
      <w:pPr>
        <w:spacing w:after="240"/>
      </w:pPr>
      <w:r>
        <w:t>“No,” Lilith replied. “She’s the last Dragomirov.”</w:t>
      </w:r>
    </w:p>
    <w:p w14:paraId="746E98FF" w14:textId="77777777" w:rsidR="00F95956" w:rsidRDefault="001C0BB5">
      <w:pPr>
        <w:spacing w:after="240"/>
      </w:pPr>
      <w:r>
        <w:t>Alizon stumbled back—hand over her mouth, blood roaring in her ears.</w:t>
      </w:r>
    </w:p>
    <w:p w14:paraId="51F051B1" w14:textId="77777777" w:rsidR="00F95956" w:rsidRDefault="001C0BB5">
      <w:pPr>
        <w:spacing w:after="240"/>
      </w:pPr>
      <w:r>
        <w:t>She didn’t wait for more.</w:t>
      </w:r>
      <w:r>
        <w:br/>
        <w:t>She ran.</w:t>
      </w:r>
    </w:p>
    <w:p w14:paraId="0B7AD23D" w14:textId="77777777" w:rsidR="00F95956" w:rsidRDefault="001C0BB5">
      <w:pPr>
        <w:spacing w:after="240"/>
      </w:pPr>
      <w:r>
        <w:t>Present</w:t>
      </w:r>
    </w:p>
    <w:p w14:paraId="01E026F6" w14:textId="77777777" w:rsidR="00F95956" w:rsidRDefault="001C0BB5">
      <w:pPr>
        <w:spacing w:after="240"/>
      </w:pPr>
      <w:r>
        <w:t>The memory slammed into her like fire in her lungs.</w:t>
      </w:r>
    </w:p>
    <w:p w14:paraId="0F4352B5" w14:textId="77777777" w:rsidR="00F95956" w:rsidRDefault="001C0BB5">
      <w:pPr>
        <w:spacing w:after="240"/>
      </w:pPr>
      <w:r>
        <w:t>Alizon dropped to her knees in the corridor, gasping. The pendant burned against her skin. Her magic flared—violet and violent, cracking the runes around her. Walls trembled.</w:t>
      </w:r>
    </w:p>
    <w:p w14:paraId="24C8AB19" w14:textId="77777777" w:rsidR="00F95956" w:rsidRDefault="001C0BB5">
      <w:pPr>
        <w:spacing w:after="240"/>
      </w:pPr>
      <w:r>
        <w:t>Rowan appeared first. He was always the first.</w:t>
      </w:r>
    </w:p>
    <w:p w14:paraId="4158912F" w14:textId="77777777" w:rsidR="00F95956" w:rsidRDefault="001C0BB5">
      <w:pPr>
        <w:spacing w:after="240"/>
      </w:pPr>
      <w:r>
        <w:t>He dropped beside her without hesitation, grabbing her arms. “What happened?!”</w:t>
      </w:r>
    </w:p>
    <w:p w14:paraId="7DC68D44" w14:textId="77777777" w:rsidR="00F95956" w:rsidRDefault="001C0BB5">
      <w:pPr>
        <w:spacing w:after="240"/>
      </w:pPr>
      <w:r>
        <w:t>She choked on the words. “He—Rafe—he knew. He knew. That night. He planned it. He was going to—”</w:t>
      </w:r>
    </w:p>
    <w:p w14:paraId="452657B3" w14:textId="77777777" w:rsidR="00F95956" w:rsidRDefault="001C0BB5">
      <w:pPr>
        <w:spacing w:after="240"/>
      </w:pPr>
      <w:r>
        <w:t>She couldn’t say it. But her magic did.</w:t>
      </w:r>
    </w:p>
    <w:p w14:paraId="6AFF3A61" w14:textId="77777777" w:rsidR="00F95956" w:rsidRDefault="001C0BB5">
      <w:pPr>
        <w:spacing w:after="240"/>
      </w:pPr>
      <w:r>
        <w:t>A shockwave pulsed out of her. The nearest wall cracked. Light bled through the seams.</w:t>
      </w:r>
    </w:p>
    <w:p w14:paraId="5C6F7899" w14:textId="77777777" w:rsidR="00F95956" w:rsidRDefault="001C0BB5">
      <w:pPr>
        <w:spacing w:after="240"/>
      </w:pPr>
      <w:r>
        <w:t>Rowan wrapped his arms around her from behind, holding her against him as she shook.</w:t>
      </w:r>
    </w:p>
    <w:p w14:paraId="3B726C02" w14:textId="77777777" w:rsidR="00F95956" w:rsidRDefault="001C0BB5">
      <w:pPr>
        <w:spacing w:after="240"/>
      </w:pPr>
      <w:r>
        <w:t>“He said I was just a girl,” she whispered.</w:t>
      </w:r>
    </w:p>
    <w:p w14:paraId="2FA66E2E" w14:textId="77777777" w:rsidR="00F95956" w:rsidRDefault="001C0BB5">
      <w:pPr>
        <w:spacing w:after="240"/>
      </w:pPr>
      <w:r>
        <w:t>Rowan’s voice was iron wrapped in silk. “You’re not. You never were.”</w:t>
      </w:r>
    </w:p>
    <w:p w14:paraId="1EDDB24E" w14:textId="77777777" w:rsidR="00F95956" w:rsidRDefault="001C0BB5">
      <w:pPr>
        <w:spacing w:after="240"/>
      </w:pPr>
      <w:r>
        <w:t>🐺 Rowan’s Stand</w:t>
      </w:r>
    </w:p>
    <w:p w14:paraId="3A0E1AC6" w14:textId="77777777" w:rsidR="00F95956" w:rsidRDefault="001C0BB5">
      <w:pPr>
        <w:spacing w:after="240"/>
      </w:pPr>
      <w:r>
        <w:t>“I loved him,” she said, voice raw. “I would’ve given him everything.”</w:t>
      </w:r>
    </w:p>
    <w:p w14:paraId="4A25FFDC" w14:textId="77777777" w:rsidR="00F95956" w:rsidRDefault="001C0BB5">
      <w:pPr>
        <w:spacing w:after="240"/>
      </w:pPr>
      <w:r>
        <w:t>“You did,” Rowan said quietly. “And he used it.”</w:t>
      </w:r>
    </w:p>
    <w:p w14:paraId="2ED58446" w14:textId="77777777" w:rsidR="00F95956" w:rsidRDefault="001C0BB5">
      <w:pPr>
        <w:spacing w:after="240"/>
      </w:pPr>
      <w:r>
        <w:t>Her fists clenched against her knees. “I should’ve burned that flat to the ground.”</w:t>
      </w:r>
    </w:p>
    <w:p w14:paraId="504033BE" w14:textId="77777777" w:rsidR="00F95956" w:rsidRDefault="001C0BB5">
      <w:pPr>
        <w:spacing w:after="240"/>
      </w:pPr>
      <w:r>
        <w:t>“You did,” he said again. “Just a little late.”</w:t>
      </w:r>
    </w:p>
    <w:p w14:paraId="4A0DD059" w14:textId="77777777" w:rsidR="00F95956" w:rsidRDefault="001C0BB5">
      <w:pPr>
        <w:spacing w:after="240"/>
      </w:pPr>
      <w:r>
        <w:t>She looked back at him, broken wide open.</w:t>
      </w:r>
    </w:p>
    <w:p w14:paraId="0EFEB562" w14:textId="77777777" w:rsidR="00F95956" w:rsidRDefault="001C0BB5">
      <w:pPr>
        <w:spacing w:after="240"/>
      </w:pPr>
      <w:r>
        <w:t>“I don’t know who I am without hating him.”</w:t>
      </w:r>
    </w:p>
    <w:p w14:paraId="5C813C47" w14:textId="77777777" w:rsidR="00F95956" w:rsidRDefault="001C0BB5">
      <w:pPr>
        <w:spacing w:after="240"/>
      </w:pPr>
      <w:r>
        <w:lastRenderedPageBreak/>
        <w:t>“You don’t have to know yet,” he said. “You just have to breathe.”</w:t>
      </w:r>
    </w:p>
    <w:p w14:paraId="64F25B2A" w14:textId="77777777" w:rsidR="00F95956" w:rsidRDefault="001C0BB5">
      <w:pPr>
        <w:spacing w:after="240"/>
      </w:pPr>
      <w:r>
        <w:t>He held her until the shaking stopped.</w:t>
      </w:r>
    </w:p>
    <w:p w14:paraId="40A03F43" w14:textId="77777777" w:rsidR="00F95956" w:rsidRDefault="001C0BB5">
      <w:pPr>
        <w:spacing w:after="240"/>
      </w:pPr>
      <w:r>
        <w:t>🗡️ Solin – The Commander’s Choice</w:t>
      </w:r>
    </w:p>
    <w:p w14:paraId="5EA7C17C" w14:textId="77777777" w:rsidR="00F95956" w:rsidRDefault="001C0BB5">
      <w:pPr>
        <w:spacing w:after="240"/>
      </w:pPr>
      <w:r>
        <w:t>That night, Solin stood alone in the armory chamber—lights low, scrolls unrolled on the war table.</w:t>
      </w:r>
    </w:p>
    <w:p w14:paraId="64B68B36" w14:textId="77777777" w:rsidR="00F95956" w:rsidRDefault="001C0BB5">
      <w:pPr>
        <w:spacing w:after="240"/>
      </w:pPr>
      <w:r>
        <w:t>His hand hovered over a name on the list.</w:t>
      </w:r>
    </w:p>
    <w:p w14:paraId="4A07764D" w14:textId="77777777" w:rsidR="00F95956" w:rsidRDefault="001C0BB5">
      <w:pPr>
        <w:spacing w:after="240"/>
      </w:pPr>
      <w:r>
        <w:t>Rafe Gedeon.</w:t>
      </w:r>
      <w:r>
        <w:br/>
        <w:t>Status: Shadowbound.</w:t>
      </w:r>
      <w:r>
        <w:br/>
        <w:t>Current Alias: Gideon Vale.</w:t>
      </w:r>
      <w:r>
        <w:br/>
        <w:t>Affiliation: Lilith Velarov.</w:t>
      </w:r>
      <w:r>
        <w:br/>
        <w:t>Threat Level: High.</w:t>
      </w:r>
    </w:p>
    <w:p w14:paraId="1B524017" w14:textId="77777777" w:rsidR="00F95956" w:rsidRDefault="001C0BB5">
      <w:pPr>
        <w:spacing w:after="240"/>
      </w:pPr>
      <w:r>
        <w:t>Solin’s fingers closed into a fist.</w:t>
      </w:r>
    </w:p>
    <w:p w14:paraId="3D717D36" w14:textId="77777777" w:rsidR="00F95956" w:rsidRDefault="001C0BB5">
      <w:pPr>
        <w:spacing w:after="240"/>
      </w:pPr>
      <w:r>
        <w:t>He opened a drawer and removed a slim black case—sealed with the mark of the Silent Court. Kill orders. Contingency spells.</w:t>
      </w:r>
    </w:p>
    <w:p w14:paraId="45DD45B3" w14:textId="77777777" w:rsidR="00F95956" w:rsidRDefault="001C0BB5">
      <w:pPr>
        <w:spacing w:after="240"/>
      </w:pPr>
      <w:r>
        <w:t>He didn’t activate it.</w:t>
      </w:r>
    </w:p>
    <w:p w14:paraId="54C7D000" w14:textId="77777777" w:rsidR="00F95956" w:rsidRDefault="001C0BB5">
      <w:pPr>
        <w:spacing w:after="240"/>
      </w:pPr>
      <w:r>
        <w:t>Not yet.</w:t>
      </w:r>
    </w:p>
    <w:p w14:paraId="10836007" w14:textId="77777777" w:rsidR="00F95956" w:rsidRDefault="001C0BB5">
      <w:pPr>
        <w:spacing w:after="240"/>
      </w:pPr>
      <w:r>
        <w:t>But he set it on the desk.</w:t>
      </w:r>
    </w:p>
    <w:p w14:paraId="1B079FB9" w14:textId="77777777" w:rsidR="00F95956" w:rsidRDefault="001C0BB5">
      <w:pPr>
        <w:spacing w:after="240"/>
      </w:pPr>
      <w:r>
        <w:t>Just… in reach.</w:t>
      </w:r>
    </w:p>
    <w:p w14:paraId="0E873202" w14:textId="77777777" w:rsidR="00F95956" w:rsidRDefault="001C0BB5">
      <w:pPr>
        <w:spacing w:after="240"/>
      </w:pPr>
      <w:r>
        <w:t>Final Scene – The Balcony, Alone</w:t>
      </w:r>
    </w:p>
    <w:p w14:paraId="73963A3C" w14:textId="77777777" w:rsidR="00F95956" w:rsidRDefault="001C0BB5">
      <w:pPr>
        <w:spacing w:after="240"/>
      </w:pPr>
      <w:r>
        <w:t>Alizon stood under the stars, the sky bleeding silver above the sanctum.</w:t>
      </w:r>
    </w:p>
    <w:p w14:paraId="654502E3" w14:textId="77777777" w:rsidR="00F95956" w:rsidRDefault="001C0BB5">
      <w:pPr>
        <w:spacing w:after="240"/>
      </w:pPr>
      <w:r>
        <w:t>She could still feel his voice in her ear. Still taste the lie.</w:t>
      </w:r>
    </w:p>
    <w:p w14:paraId="238C984E" w14:textId="77777777" w:rsidR="00F95956" w:rsidRDefault="001C0BB5">
      <w:pPr>
        <w:spacing w:after="240"/>
      </w:pPr>
      <w:r>
        <w:t>But she also remembered Rowan’s arms around her, anchoring her to the present. To truth.</w:t>
      </w:r>
    </w:p>
    <w:p w14:paraId="63BBBA02" w14:textId="77777777" w:rsidR="00F95956" w:rsidRDefault="001C0BB5">
      <w:pPr>
        <w:spacing w:after="240"/>
      </w:pPr>
      <w:r>
        <w:t>She didn’t forgive. She didn’t forget.</w:t>
      </w:r>
    </w:p>
    <w:p w14:paraId="33DBB81E" w14:textId="77777777" w:rsidR="00F95956" w:rsidRDefault="001C0BB5">
      <w:pPr>
        <w:spacing w:after="240"/>
      </w:pPr>
      <w:r>
        <w:t>But she had survived.</w:t>
      </w:r>
    </w:p>
    <w:p w14:paraId="0F332520" w14:textId="77777777" w:rsidR="00F95956" w:rsidRDefault="001C0BB5">
      <w:pPr>
        <w:spacing w:after="240"/>
      </w:pPr>
      <w:r>
        <w:t>And in the distance, the wind whispered through the trees:</w:t>
      </w:r>
    </w:p>
    <w:p w14:paraId="38240861" w14:textId="77777777" w:rsidR="00F95956" w:rsidRDefault="001C0BB5">
      <w:pPr>
        <w:spacing w:after="240"/>
      </w:pPr>
      <w:r>
        <w:t>You are not the lie they told. You are the fire they feared.</w:t>
      </w:r>
    </w:p>
    <w:p w14:paraId="59623D37" w14:textId="77777777" w:rsidR="00F95956" w:rsidRDefault="001C0BB5">
      <w:pPr>
        <w:spacing w:after="240"/>
      </w:pPr>
      <w:r>
        <w:lastRenderedPageBreak/>
        <w:t>She turned back toward the sanctum, eyes glowing faintly violet.</w:t>
      </w:r>
    </w:p>
    <w:p w14:paraId="28D347DD" w14:textId="77777777" w:rsidR="00F95956" w:rsidRDefault="001C0BB5">
      <w:pPr>
        <w:spacing w:after="240"/>
      </w:pPr>
      <w:r>
        <w:t>Let him come.</w:t>
      </w:r>
    </w:p>
    <w:p w14:paraId="4C78BDCE" w14:textId="77777777" w:rsidR="00F95956" w:rsidRDefault="001C0BB5">
      <w:pPr>
        <w:spacing w:after="240"/>
      </w:pPr>
      <w:r>
        <w:t>This time, she would burn first.</w:t>
      </w:r>
    </w:p>
    <w:p w14:paraId="4F165D7A" w14:textId="77777777" w:rsidR="00F95956" w:rsidRDefault="001C0BB5">
      <w:pPr>
        <w:spacing w:after="240"/>
      </w:pPr>
      <w:r>
        <w:t>Chapter 10 — Burn What Remains</w:t>
      </w:r>
    </w:p>
    <w:p w14:paraId="280D02C3" w14:textId="77777777" w:rsidR="00F95956" w:rsidRDefault="001C0BB5">
      <w:pPr>
        <w:spacing w:after="240"/>
      </w:pPr>
      <w:r>
        <w:t>Taskforce Command – Pre-Dawn</w:t>
      </w:r>
    </w:p>
    <w:p w14:paraId="162FCCD5" w14:textId="77777777" w:rsidR="00F95956" w:rsidRDefault="001C0BB5">
      <w:pPr>
        <w:spacing w:after="240"/>
      </w:pPr>
      <w:r>
        <w:t>The call came in coded, urgent, and incomplete.</w:t>
      </w:r>
    </w:p>
    <w:p w14:paraId="42D1C0A0" w14:textId="77777777" w:rsidR="00F95956" w:rsidRDefault="001C0BB5">
      <w:pPr>
        <w:spacing w:after="240"/>
      </w:pPr>
      <w:r>
        <w:t>A magical breach in Sector D—an abandoned train terminal on the city’s edge.</w:t>
      </w:r>
      <w:r>
        <w:br/>
        <w:t>No source. No signature. No survivors reported.</w:t>
      </w:r>
    </w:p>
    <w:p w14:paraId="03D78B47" w14:textId="77777777" w:rsidR="00F95956" w:rsidRDefault="001C0BB5">
      <w:pPr>
        <w:spacing w:after="240"/>
      </w:pPr>
      <w:r>
        <w:t>Solin tapped the message twice with his fingers, then looked up at Alizon.</w:t>
      </w:r>
    </w:p>
    <w:p w14:paraId="7F06CB67" w14:textId="77777777" w:rsidR="00F95956" w:rsidRDefault="001C0BB5">
      <w:pPr>
        <w:spacing w:after="240"/>
      </w:pPr>
      <w:r>
        <w:t>“You’ll lead,” he said. “Rowan at your side. Rafe and Lilith are going with you.”</w:t>
      </w:r>
    </w:p>
    <w:p w14:paraId="42B6197E" w14:textId="77777777" w:rsidR="00F95956" w:rsidRDefault="001C0BB5">
      <w:pPr>
        <w:spacing w:after="240"/>
      </w:pPr>
      <w:r>
        <w:t>Her jaw locked. “Understood.”</w:t>
      </w:r>
    </w:p>
    <w:p w14:paraId="5EFCBFFA" w14:textId="77777777" w:rsidR="00F95956" w:rsidRDefault="001C0BB5">
      <w:pPr>
        <w:spacing w:after="240"/>
      </w:pPr>
      <w:r>
        <w:t>She didn’t glance at Rowan.</w:t>
      </w:r>
      <w:r>
        <w:br/>
        <w:t>She didn’t glance at Rafe.</w:t>
      </w:r>
    </w:p>
    <w:p w14:paraId="215DC56B" w14:textId="77777777" w:rsidR="00F95956" w:rsidRDefault="001C0BB5">
      <w:pPr>
        <w:spacing w:after="240"/>
      </w:pPr>
      <w:r>
        <w:t>But she felt them both.</w:t>
      </w:r>
      <w:r>
        <w:br/>
        <w:t>One warm. One cold.</w:t>
      </w:r>
    </w:p>
    <w:p w14:paraId="256B6D6B" w14:textId="77777777" w:rsidR="00F95956" w:rsidRDefault="001C0BB5">
      <w:pPr>
        <w:spacing w:after="240"/>
      </w:pPr>
      <w:r>
        <w:t>⚔️ Mission Deployment – 4:21 AM</w:t>
      </w:r>
    </w:p>
    <w:p w14:paraId="255169A8" w14:textId="77777777" w:rsidR="00F95956" w:rsidRDefault="001C0BB5">
      <w:pPr>
        <w:spacing w:after="240"/>
      </w:pPr>
      <w:r>
        <w:t>They dropped through the skylight—silent, practiced, weapons ready.</w:t>
      </w:r>
    </w:p>
    <w:p w14:paraId="3F4F05F5" w14:textId="77777777" w:rsidR="00F95956" w:rsidRDefault="001C0BB5">
      <w:pPr>
        <w:spacing w:after="240"/>
      </w:pPr>
      <w:r>
        <w:t>The station below was cloaked in shadow, lit only by the flickering remnants of blown-out arcane lights. Sigils burned along the floor in crumbling circles. A trail of blood led to the tracks.</w:t>
      </w:r>
    </w:p>
    <w:p w14:paraId="55A45D1F" w14:textId="77777777" w:rsidR="00F95956" w:rsidRDefault="001C0BB5">
      <w:pPr>
        <w:spacing w:after="240"/>
      </w:pPr>
      <w:r>
        <w:t>“Split,” Alizon ordered. “Rowan, with me.”</w:t>
      </w:r>
    </w:p>
    <w:p w14:paraId="1D95554A" w14:textId="77777777" w:rsidR="00F95956" w:rsidRDefault="001C0BB5">
      <w:pPr>
        <w:spacing w:after="240"/>
      </w:pPr>
      <w:r>
        <w:t>Rafe’s voice came smooth. “We’re not in formation yet—”</w:t>
      </w:r>
    </w:p>
    <w:p w14:paraId="04F5C85C" w14:textId="77777777" w:rsidR="00F95956" w:rsidRDefault="001C0BB5">
      <w:pPr>
        <w:spacing w:after="240"/>
      </w:pPr>
      <w:r>
        <w:t>“You weren’t invited to lead,” she snapped.</w:t>
      </w:r>
    </w:p>
    <w:p w14:paraId="6414280B" w14:textId="77777777" w:rsidR="00F95956" w:rsidRDefault="001C0BB5">
      <w:pPr>
        <w:spacing w:after="240"/>
      </w:pPr>
      <w:r>
        <w:t>He smirked but said nothing, following Lilith as they moved toward the south tunnel.</w:t>
      </w:r>
    </w:p>
    <w:p w14:paraId="745117CB" w14:textId="77777777" w:rsidR="00F95956" w:rsidRDefault="001C0BB5">
      <w:pPr>
        <w:spacing w:after="240"/>
      </w:pPr>
      <w:r>
        <w:t>Rowan stepped beside her, scent of pine and ozone grounding her. “I’ve got your back.”</w:t>
      </w:r>
    </w:p>
    <w:p w14:paraId="660AB2DE" w14:textId="77777777" w:rsidR="00F95956" w:rsidRDefault="001C0BB5">
      <w:pPr>
        <w:spacing w:after="240"/>
      </w:pPr>
      <w:r>
        <w:t>“I know,” she whispered.</w:t>
      </w:r>
    </w:p>
    <w:p w14:paraId="437CCCAF" w14:textId="77777777" w:rsidR="00F95956" w:rsidRDefault="001C0BB5">
      <w:pPr>
        <w:spacing w:after="240"/>
      </w:pPr>
      <w:r>
        <w:lastRenderedPageBreak/>
        <w:t>💥 The Ambush</w:t>
      </w:r>
    </w:p>
    <w:p w14:paraId="25C52DD7" w14:textId="77777777" w:rsidR="00F95956" w:rsidRDefault="001C0BB5">
      <w:pPr>
        <w:spacing w:after="240"/>
      </w:pPr>
      <w:r>
        <w:t>It came without warning.</w:t>
      </w:r>
    </w:p>
    <w:p w14:paraId="187C69E6" w14:textId="77777777" w:rsidR="00F95956" w:rsidRDefault="001C0BB5">
      <w:pPr>
        <w:spacing w:after="240"/>
      </w:pPr>
      <w:r>
        <w:t>Wards triggered. Runes flashed.</w:t>
      </w:r>
      <w:r>
        <w:br/>
        <w:t>A blast of dark energy split the station in half—stone and magic raining down like shrapnel.</w:t>
      </w:r>
    </w:p>
    <w:p w14:paraId="77F75965" w14:textId="77777777" w:rsidR="00F95956" w:rsidRDefault="001C0BB5">
      <w:pPr>
        <w:spacing w:after="240"/>
      </w:pPr>
      <w:r>
        <w:t>“DOWN!” Rowan shouted, dragging her behind a column.</w:t>
      </w:r>
    </w:p>
    <w:p w14:paraId="672D6469" w14:textId="77777777" w:rsidR="00F95956" w:rsidRDefault="001C0BB5">
      <w:pPr>
        <w:spacing w:after="240"/>
      </w:pPr>
      <w:r>
        <w:t>From the smoke, three figures emerged—Unseelie warriors cloaked in bone-white armor, eyes glazed over with dark enchantment.</w:t>
      </w:r>
    </w:p>
    <w:p w14:paraId="5371FF90" w14:textId="77777777" w:rsidR="00F95956" w:rsidRDefault="001C0BB5">
      <w:pPr>
        <w:spacing w:after="240"/>
      </w:pPr>
      <w:r>
        <w:t>Alizon surged forward, magic already burning violet in her veins.</w:t>
      </w:r>
    </w:p>
    <w:p w14:paraId="576614F9" w14:textId="77777777" w:rsidR="00F95956" w:rsidRDefault="001C0BB5">
      <w:pPr>
        <w:spacing w:after="240"/>
      </w:pPr>
      <w:r>
        <w:t>“Cover me,” she said.</w:t>
      </w:r>
    </w:p>
    <w:p w14:paraId="023F7040" w14:textId="77777777" w:rsidR="00F95956" w:rsidRDefault="001C0BB5">
      <w:pPr>
        <w:spacing w:after="240"/>
      </w:pPr>
      <w:r>
        <w:t>Rowan moved in tandem, axe swinging in a protective arc.</w:t>
      </w:r>
    </w:p>
    <w:p w14:paraId="56C1E7EB" w14:textId="77777777" w:rsidR="00F95956" w:rsidRDefault="001C0BB5">
      <w:pPr>
        <w:spacing w:after="240"/>
      </w:pPr>
      <w:r>
        <w:t>One warrior lunged, Alizon met him with a blast to the chest that sent him flying.</w:t>
      </w:r>
    </w:p>
    <w:p w14:paraId="67EB03B4" w14:textId="77777777" w:rsidR="00F95956" w:rsidRDefault="001C0BB5">
      <w:pPr>
        <w:spacing w:after="240"/>
      </w:pPr>
      <w:r>
        <w:t>Another raised a dark blade, Rowan shattered it mid-swing.</w:t>
      </w:r>
    </w:p>
    <w:p w14:paraId="3DF9FF5C" w14:textId="77777777" w:rsidR="00F95956" w:rsidRDefault="001C0BB5">
      <w:pPr>
        <w:spacing w:after="240"/>
      </w:pPr>
      <w:r>
        <w:t>A third advanced on her blind side—before she could turn, Rafe appeared, blade flashing, slashing across the enemy’s neck.</w:t>
      </w:r>
    </w:p>
    <w:p w14:paraId="3AC646A3" w14:textId="77777777" w:rsidR="00F95956" w:rsidRDefault="001C0BB5">
      <w:pPr>
        <w:spacing w:after="240"/>
      </w:pPr>
      <w:r>
        <w:t>For a heartbeat, their eyes met.</w:t>
      </w:r>
    </w:p>
    <w:p w14:paraId="6390A95D" w14:textId="77777777" w:rsidR="00F95956" w:rsidRDefault="001C0BB5">
      <w:pPr>
        <w:spacing w:after="240"/>
      </w:pPr>
      <w:r>
        <w:t>And something flickered in his.</w:t>
      </w:r>
    </w:p>
    <w:p w14:paraId="3FBE3FEF" w14:textId="77777777" w:rsidR="00F95956" w:rsidRDefault="001C0BB5">
      <w:pPr>
        <w:spacing w:after="240"/>
      </w:pPr>
      <w:r>
        <w:t>Recognition?</w:t>
      </w:r>
    </w:p>
    <w:p w14:paraId="00A783ED" w14:textId="77777777" w:rsidR="00F95956" w:rsidRDefault="001C0BB5">
      <w:pPr>
        <w:spacing w:after="240"/>
      </w:pPr>
      <w:r>
        <w:t>“You’re faster than you used to be,” he said low.</w:t>
      </w:r>
    </w:p>
    <w:p w14:paraId="357CD53E" w14:textId="77777777" w:rsidR="00F95956" w:rsidRDefault="001C0BB5">
      <w:pPr>
        <w:spacing w:after="240"/>
      </w:pPr>
      <w:r>
        <w:t>“You don’t know me,” she growled.</w:t>
      </w:r>
    </w:p>
    <w:p w14:paraId="110D8392" w14:textId="77777777" w:rsidR="00F95956" w:rsidRDefault="001C0BB5">
      <w:pPr>
        <w:spacing w:after="240"/>
      </w:pPr>
      <w:r>
        <w:t>But his gaze lingered.</w:t>
      </w:r>
    </w:p>
    <w:p w14:paraId="4E7D2106" w14:textId="77777777" w:rsidR="00F95956" w:rsidRDefault="001C0BB5">
      <w:pPr>
        <w:spacing w:after="240"/>
      </w:pPr>
      <w:r>
        <w:t>“Don’t I?”</w:t>
      </w:r>
    </w:p>
    <w:p w14:paraId="3168CABB" w14:textId="77777777" w:rsidR="00F95956" w:rsidRDefault="001C0BB5">
      <w:pPr>
        <w:spacing w:after="240"/>
      </w:pPr>
      <w:r>
        <w:t>💔 Aftermath</w:t>
      </w:r>
    </w:p>
    <w:p w14:paraId="1C3642D3" w14:textId="77777777" w:rsidR="00F95956" w:rsidRDefault="001C0BB5">
      <w:pPr>
        <w:spacing w:after="240"/>
      </w:pPr>
      <w:r>
        <w:t>Blood steamed on the floor. The bodies were melting into ash.</w:t>
      </w:r>
    </w:p>
    <w:p w14:paraId="68AE58CA" w14:textId="77777777" w:rsidR="00F95956" w:rsidRDefault="001C0BB5">
      <w:pPr>
        <w:spacing w:after="240"/>
      </w:pPr>
      <w:r>
        <w:t>Lilith wiped her blade calmly, lips curved like secrets. “Sloppy enchantments. But well placed.”</w:t>
      </w:r>
    </w:p>
    <w:p w14:paraId="039129CF" w14:textId="77777777" w:rsidR="00F95956" w:rsidRDefault="001C0BB5">
      <w:pPr>
        <w:spacing w:after="240"/>
      </w:pPr>
      <w:r>
        <w:lastRenderedPageBreak/>
        <w:t>Rafe kept staring at Alizon.</w:t>
      </w:r>
    </w:p>
    <w:p w14:paraId="72FD974E" w14:textId="77777777" w:rsidR="00F95956" w:rsidRDefault="001C0BB5">
      <w:pPr>
        <w:spacing w:after="240"/>
      </w:pPr>
      <w:r>
        <w:t>Rowan stepped between them.</w:t>
      </w:r>
    </w:p>
    <w:p w14:paraId="05A27284" w14:textId="77777777" w:rsidR="00F95956" w:rsidRDefault="001C0BB5">
      <w:pPr>
        <w:spacing w:after="240"/>
      </w:pPr>
      <w:r>
        <w:t>“Eyes off,” he said coldly.</w:t>
      </w:r>
    </w:p>
    <w:p w14:paraId="440FEA13" w14:textId="77777777" w:rsidR="00F95956" w:rsidRDefault="001C0BB5">
      <w:pPr>
        <w:spacing w:after="240"/>
      </w:pPr>
      <w:r>
        <w:t>Rafe smiled, slow and wrong. “Do I know you, little wolf?”</w:t>
      </w:r>
    </w:p>
    <w:p w14:paraId="3193B69E" w14:textId="77777777" w:rsidR="00F95956" w:rsidRDefault="001C0BB5">
      <w:pPr>
        <w:spacing w:after="240"/>
      </w:pPr>
      <w:r>
        <w:t>“You will,” Rowan said. “Just before the end.”</w:t>
      </w:r>
    </w:p>
    <w:p w14:paraId="0AD18B77" w14:textId="77777777" w:rsidR="00F95956" w:rsidRDefault="001C0BB5">
      <w:pPr>
        <w:spacing w:after="240"/>
      </w:pPr>
      <w:r>
        <w:t>Lilith laughed softly. “Boys.”</w:t>
      </w:r>
    </w:p>
    <w:p w14:paraId="23E01352" w14:textId="77777777" w:rsidR="00F95956" w:rsidRDefault="001C0BB5">
      <w:pPr>
        <w:spacing w:after="240"/>
      </w:pPr>
      <w:r>
        <w:t>🐺 Rowan’s Choice</w:t>
      </w:r>
    </w:p>
    <w:p w14:paraId="66520861" w14:textId="77777777" w:rsidR="00F95956" w:rsidRDefault="001C0BB5">
      <w:pPr>
        <w:spacing w:after="240"/>
      </w:pPr>
      <w:r>
        <w:t>Back at the sanctum, Alizon sat on the ledge of the east balcony, boots muddy, shaking slightly.</w:t>
      </w:r>
    </w:p>
    <w:p w14:paraId="74185809" w14:textId="77777777" w:rsidR="00F95956" w:rsidRDefault="001C0BB5">
      <w:pPr>
        <w:spacing w:after="240"/>
      </w:pPr>
      <w:r>
        <w:t>Rowan found her without needing to look.</w:t>
      </w:r>
    </w:p>
    <w:p w14:paraId="64F65990" w14:textId="77777777" w:rsidR="00F95956" w:rsidRDefault="001C0BB5">
      <w:pPr>
        <w:spacing w:after="240"/>
      </w:pPr>
      <w:r>
        <w:t>“You burned hot,” he said.</w:t>
      </w:r>
    </w:p>
    <w:p w14:paraId="59D6D2BC" w14:textId="77777777" w:rsidR="00F95956" w:rsidRDefault="001C0BB5">
      <w:pPr>
        <w:spacing w:after="240"/>
      </w:pPr>
      <w:r>
        <w:t>She nodded.</w:t>
      </w:r>
    </w:p>
    <w:p w14:paraId="215F65F1" w14:textId="77777777" w:rsidR="00F95956" w:rsidRDefault="001C0BB5">
      <w:pPr>
        <w:spacing w:after="240"/>
      </w:pPr>
      <w:r>
        <w:t>“You’re unraveling.”</w:t>
      </w:r>
    </w:p>
    <w:p w14:paraId="63D69AC0" w14:textId="77777777" w:rsidR="00F95956" w:rsidRDefault="001C0BB5">
      <w:pPr>
        <w:spacing w:after="240"/>
      </w:pPr>
      <w:r>
        <w:t>“I know.”</w:t>
      </w:r>
    </w:p>
    <w:p w14:paraId="3AFBAD8A" w14:textId="77777777" w:rsidR="00F95956" w:rsidRDefault="001C0BB5">
      <w:pPr>
        <w:spacing w:after="240"/>
      </w:pPr>
      <w:r>
        <w:t>“You could lose control.”</w:t>
      </w:r>
    </w:p>
    <w:p w14:paraId="643D4F49" w14:textId="77777777" w:rsidR="00F95956" w:rsidRDefault="001C0BB5">
      <w:pPr>
        <w:spacing w:after="240"/>
      </w:pPr>
      <w:r>
        <w:t>“I know.”</w:t>
      </w:r>
    </w:p>
    <w:p w14:paraId="1F17A0A7" w14:textId="77777777" w:rsidR="00F95956" w:rsidRDefault="001C0BB5">
      <w:pPr>
        <w:spacing w:after="240"/>
      </w:pPr>
      <w:r>
        <w:t>He stepped closer. “And I’ll still choose you. Every time.”</w:t>
      </w:r>
    </w:p>
    <w:p w14:paraId="687AE72E" w14:textId="77777777" w:rsidR="00F95956" w:rsidRDefault="001C0BB5">
      <w:pPr>
        <w:spacing w:after="240"/>
      </w:pPr>
      <w:r>
        <w:t>She looked at him finally. “Even if I’m not her anymore? Even if I break what’s left?”</w:t>
      </w:r>
    </w:p>
    <w:p w14:paraId="4E03B89C" w14:textId="77777777" w:rsidR="00F95956" w:rsidRDefault="001C0BB5">
      <w:pPr>
        <w:spacing w:after="240"/>
      </w:pPr>
      <w:r>
        <w:t>Rowan’s voice didn’t waver. “Then I’ll help you pick up the pieces.”</w:t>
      </w:r>
    </w:p>
    <w:p w14:paraId="7FCE1DE5" w14:textId="77777777" w:rsidR="00F95956" w:rsidRDefault="001C0BB5">
      <w:pPr>
        <w:spacing w:after="240"/>
      </w:pPr>
      <w:r>
        <w:t>🌙 A Whisper from the Gate</w:t>
      </w:r>
    </w:p>
    <w:p w14:paraId="215DE99B" w14:textId="77777777" w:rsidR="00F95956" w:rsidRDefault="001C0BB5">
      <w:pPr>
        <w:spacing w:after="240"/>
      </w:pPr>
      <w:r>
        <w:t>In Solin’s private war room, a quiet alert flickered to life.</w:t>
      </w:r>
    </w:p>
    <w:p w14:paraId="2AD7AC43" w14:textId="77777777" w:rsidR="00F95956" w:rsidRDefault="001C0BB5">
      <w:pPr>
        <w:spacing w:after="240"/>
      </w:pPr>
      <w:r>
        <w:t>[Arrival Incoming]</w:t>
      </w:r>
      <w:r>
        <w:br/>
        <w:t>Designate Class: ⚠️ Hybrid Bloodline</w:t>
      </w:r>
      <w:r>
        <w:br/>
        <w:t>Escorts: 🔐 Seelie royal heirs</w:t>
      </w:r>
      <w:r>
        <w:br/>
        <w:t>Identities: Withheld</w:t>
      </w:r>
      <w:r>
        <w:br/>
      </w:r>
      <w:r>
        <w:lastRenderedPageBreak/>
        <w:t>Clearance Requested: Tier Omega</w:t>
      </w:r>
      <w:r>
        <w:br/>
        <w:t>Status: High Priority – Prophetic Risk Level: Red</w:t>
      </w:r>
    </w:p>
    <w:p w14:paraId="2EF84EB9" w14:textId="77777777" w:rsidR="00F95956" w:rsidRDefault="001C0BB5">
      <w:pPr>
        <w:spacing w:after="240"/>
      </w:pPr>
      <w:r>
        <w:t>Solin stared at the signature rune embedded in the last line.</w:t>
      </w:r>
    </w:p>
    <w:p w14:paraId="06F0D485" w14:textId="77777777" w:rsidR="00F95956" w:rsidRDefault="001C0BB5">
      <w:pPr>
        <w:spacing w:after="240"/>
      </w:pPr>
      <w:r>
        <w:t>A witch.</w:t>
      </w:r>
      <w:r>
        <w:br/>
        <w:t>And someone carrying the blood of kings.</w:t>
      </w:r>
    </w:p>
    <w:p w14:paraId="6015A677" w14:textId="77777777" w:rsidR="00F95956" w:rsidRDefault="001C0BB5">
      <w:pPr>
        <w:spacing w:after="240"/>
      </w:pPr>
      <w:r>
        <w:t>“They’re coming,” he whispered.</w:t>
      </w:r>
    </w:p>
    <w:p w14:paraId="39A00D41" w14:textId="77777777" w:rsidR="00F95956" w:rsidRDefault="001C0BB5">
      <w:pPr>
        <w:spacing w:after="240"/>
      </w:pPr>
      <w:r>
        <w:t>“Let them in.”</w:t>
      </w:r>
    </w:p>
    <w:p w14:paraId="4C295147" w14:textId="77777777" w:rsidR="00F95956" w:rsidRDefault="001C0BB5">
      <w:pPr>
        <w:spacing w:after="240"/>
      </w:pPr>
      <w:r>
        <w:t>Top of Form</w:t>
      </w:r>
    </w:p>
    <w:p w14:paraId="681FE263" w14:textId="77777777" w:rsidR="00F95956" w:rsidRDefault="001C0BB5">
      <w:pPr>
        <w:spacing w:after="240"/>
      </w:pPr>
      <w:r>
        <w:t>Buried in the Shadows</w:t>
      </w:r>
    </w:p>
    <w:p w14:paraId="2A3CE8C0" w14:textId="77777777" w:rsidR="00F95956" w:rsidRDefault="001C0BB5">
      <w:pPr>
        <w:spacing w:after="240"/>
      </w:pPr>
      <w:r>
        <w:t>Chapter 13 – The Last Threshold</w:t>
      </w:r>
    </w:p>
    <w:p w14:paraId="7DB9E018" w14:textId="77777777" w:rsidR="00F95956" w:rsidRDefault="001C0BB5">
      <w:pPr>
        <w:spacing w:after="240"/>
      </w:pPr>
      <w:r>
        <w:t>Underground Cathedral – Varek’s Stronghold</w:t>
      </w:r>
    </w:p>
    <w:p w14:paraId="5ED6EA75" w14:textId="77777777" w:rsidR="00F95956" w:rsidRDefault="001C0BB5">
      <w:pPr>
        <w:spacing w:after="240"/>
      </w:pPr>
      <w:r>
        <w:t>The stone bled.</w:t>
      </w:r>
    </w:p>
    <w:p w14:paraId="75ED8083" w14:textId="77777777" w:rsidR="00F95956" w:rsidRDefault="001C0BB5">
      <w:pPr>
        <w:spacing w:after="240"/>
      </w:pPr>
      <w:r>
        <w:t>Alizon could feel it the moment she stepped into the ruin, an ancient cathedral buried beneath the bones of the city, its walls carved in old tongues, the sigils pulsing like open wounds. The air was thick with rot and silence.</w:t>
      </w:r>
    </w:p>
    <w:p w14:paraId="33682504" w14:textId="77777777" w:rsidR="00F95956" w:rsidRDefault="001C0BB5">
      <w:pPr>
        <w:spacing w:after="240"/>
      </w:pPr>
      <w:r>
        <w:t>The taskforce moved like shadows behind her.</w:t>
      </w:r>
    </w:p>
    <w:p w14:paraId="3D60D502" w14:textId="77777777" w:rsidR="00F95956" w:rsidRDefault="001C0BB5">
      <w:pPr>
        <w:spacing w:after="240"/>
      </w:pPr>
      <w:r>
        <w:t>Rowan at her side.</w:t>
      </w:r>
      <w:r>
        <w:br/>
        <w:t>Rafe—silent, unreadable.</w:t>
      </w:r>
      <w:r>
        <w:br/>
        <w:t>Lilith—smiling far too calmly.</w:t>
      </w:r>
    </w:p>
    <w:p w14:paraId="46D87D4D" w14:textId="77777777" w:rsidR="00F95956" w:rsidRDefault="001C0BB5">
      <w:pPr>
        <w:spacing w:after="240"/>
      </w:pPr>
      <w:r>
        <w:t>And just behind them, Natasha. No longer a mystery. A witch whose magic hummed in the bones of the floor.</w:t>
      </w:r>
    </w:p>
    <w:p w14:paraId="7A4BC910" w14:textId="77777777" w:rsidR="00F95956" w:rsidRDefault="001C0BB5">
      <w:pPr>
        <w:spacing w:after="240"/>
      </w:pPr>
      <w:r>
        <w:t>They had come for one thing.</w:t>
      </w:r>
    </w:p>
    <w:p w14:paraId="486D5FB3" w14:textId="77777777" w:rsidR="00F95956" w:rsidRDefault="001C0BB5">
      <w:pPr>
        <w:spacing w:after="240"/>
      </w:pPr>
      <w:r>
        <w:t>To end Varek Velarov.</w:t>
      </w:r>
    </w:p>
    <w:p w14:paraId="26FD3DA8" w14:textId="77777777" w:rsidR="00F95956" w:rsidRDefault="001C0BB5">
      <w:pPr>
        <w:spacing w:after="240"/>
      </w:pPr>
      <w:r>
        <w:t>The cathedral groaned around them as if it, too, remembered blood.</w:t>
      </w:r>
    </w:p>
    <w:p w14:paraId="5C331186" w14:textId="77777777" w:rsidR="00F95956" w:rsidRDefault="001C0BB5">
      <w:pPr>
        <w:spacing w:after="240"/>
      </w:pPr>
      <w:r>
        <w:t>Alizon whispered, “He’s here.”</w:t>
      </w:r>
    </w:p>
    <w:p w14:paraId="2E342410" w14:textId="77777777" w:rsidR="00F95956" w:rsidRDefault="001C0BB5">
      <w:pPr>
        <w:spacing w:after="240"/>
      </w:pPr>
      <w:r>
        <w:t>The doors ahead opened with a groan not caused by man.</w:t>
      </w:r>
    </w:p>
    <w:p w14:paraId="2158403F" w14:textId="77777777" w:rsidR="00F95956" w:rsidRDefault="001C0BB5">
      <w:pPr>
        <w:spacing w:after="240"/>
      </w:pPr>
      <w:r>
        <w:lastRenderedPageBreak/>
        <w:t>And Varek stepped forward from the darkness, tall and pale, draped in ritual black. His eyes burned obsidian. His smile was famine.</w:t>
      </w:r>
    </w:p>
    <w:p w14:paraId="51A580D6" w14:textId="77777777" w:rsidR="00F95956" w:rsidRDefault="001C0BB5">
      <w:pPr>
        <w:spacing w:after="240"/>
      </w:pPr>
      <w:r>
        <w:t>“I’ve been expecting you,” he said.</w:t>
      </w:r>
    </w:p>
    <w:p w14:paraId="554C6450" w14:textId="77777777" w:rsidR="00F95956" w:rsidRDefault="001C0BB5">
      <w:pPr>
        <w:spacing w:after="240"/>
      </w:pPr>
      <w:r>
        <w:t>The Betrayal</w:t>
      </w:r>
    </w:p>
    <w:p w14:paraId="6EB13158" w14:textId="77777777" w:rsidR="00F95956" w:rsidRDefault="001C0BB5">
      <w:pPr>
        <w:spacing w:after="240"/>
      </w:pPr>
      <w:r>
        <w:t>“Let’s end this,” Rowan growled, stepping forward.</w:t>
      </w:r>
    </w:p>
    <w:p w14:paraId="1EBEE678" w14:textId="77777777" w:rsidR="00F95956" w:rsidRDefault="001C0BB5">
      <w:pPr>
        <w:spacing w:after="240"/>
      </w:pPr>
      <w:r>
        <w:t>But Lilith’s laugh was soft. Almost pitying.</w:t>
      </w:r>
    </w:p>
    <w:p w14:paraId="1C9C59D8" w14:textId="77777777" w:rsidR="00F95956" w:rsidRDefault="001C0BB5">
      <w:pPr>
        <w:spacing w:after="240"/>
      </w:pPr>
      <w:r>
        <w:t>“Oh, sweet wolf,” she cooed. “You still think this was about you?”</w:t>
      </w:r>
    </w:p>
    <w:p w14:paraId="352F7B8D" w14:textId="77777777" w:rsidR="00F95956" w:rsidRDefault="001C0BB5">
      <w:pPr>
        <w:spacing w:after="240"/>
      </w:pPr>
      <w:r>
        <w:t>And then she turned.</w:t>
      </w:r>
    </w:p>
    <w:p w14:paraId="79A3A005" w14:textId="77777777" w:rsidR="00F95956" w:rsidRDefault="001C0BB5">
      <w:pPr>
        <w:spacing w:after="240"/>
      </w:pPr>
      <w:r>
        <w:t>One flick of her hand—magic twisted outward like a serpent—and Rowan was flung back, crashing into a column.</w:t>
      </w:r>
    </w:p>
    <w:p w14:paraId="153ECAD1" w14:textId="77777777" w:rsidR="00F95956" w:rsidRDefault="001C0BB5">
      <w:pPr>
        <w:spacing w:after="240"/>
      </w:pPr>
      <w:r>
        <w:t>Lilith’s eyes glowed with red fire. “It was always about her.”</w:t>
      </w:r>
    </w:p>
    <w:p w14:paraId="24F77617" w14:textId="77777777" w:rsidR="00F95956" w:rsidRDefault="001C0BB5">
      <w:pPr>
        <w:spacing w:after="240"/>
      </w:pPr>
      <w:r>
        <w:t>She raised her other hand toward Alizon. “And delivering the last Dragomirov to the altar.”</w:t>
      </w:r>
    </w:p>
    <w:p w14:paraId="447A12BE" w14:textId="77777777" w:rsidR="00F95956" w:rsidRDefault="001C0BB5">
      <w:pPr>
        <w:spacing w:after="240"/>
      </w:pPr>
      <w:r>
        <w:t>Alizon’s magic surged. “Try me.”</w:t>
      </w:r>
    </w:p>
    <w:p w14:paraId="1A2DDA51" w14:textId="77777777" w:rsidR="00F95956" w:rsidRDefault="001C0BB5">
      <w:pPr>
        <w:spacing w:after="240"/>
      </w:pPr>
      <w:r>
        <w:t>The Battle</w:t>
      </w:r>
    </w:p>
    <w:p w14:paraId="6C1D205A" w14:textId="77777777" w:rsidR="00F95956" w:rsidRDefault="001C0BB5">
      <w:pPr>
        <w:spacing w:after="240"/>
      </w:pPr>
      <w:r>
        <w:t>The air exploded.</w:t>
      </w:r>
    </w:p>
    <w:p w14:paraId="346F0F1D" w14:textId="77777777" w:rsidR="00F95956" w:rsidRDefault="001C0BB5">
      <w:pPr>
        <w:spacing w:after="240"/>
      </w:pPr>
      <w:r>
        <w:t>Alizon launched herself at Lilith, runes igniting around her as violet flame surged through her veins. Lilith answered with searing fire, their spells colliding in mid-air like clashing stars.</w:t>
      </w:r>
    </w:p>
    <w:p w14:paraId="23A38D19" w14:textId="77777777" w:rsidR="00F95956" w:rsidRDefault="001C0BB5">
      <w:pPr>
        <w:spacing w:after="240"/>
      </w:pPr>
      <w:r>
        <w:t>Rowan recovered, his axe already singing as he engaged two of Varek’s summoned knights.</w:t>
      </w:r>
    </w:p>
    <w:p w14:paraId="5468CF73" w14:textId="77777777" w:rsidR="00F95956" w:rsidRDefault="001C0BB5">
      <w:pPr>
        <w:spacing w:after="240"/>
      </w:pPr>
      <w:r>
        <w:t>And Natasha—eyes lit with ancestral fire—began drawing a circle in the blood-slicked floor, chanting in the old language.</w:t>
      </w:r>
    </w:p>
    <w:p w14:paraId="53EB40AC" w14:textId="77777777" w:rsidR="00F95956" w:rsidRDefault="001C0BB5">
      <w:pPr>
        <w:spacing w:after="240"/>
      </w:pPr>
      <w:r>
        <w:t>Rafe stood still.</w:t>
      </w:r>
    </w:p>
    <w:p w14:paraId="031CF4C8" w14:textId="77777777" w:rsidR="00F95956" w:rsidRDefault="001C0BB5">
      <w:pPr>
        <w:spacing w:after="240"/>
      </w:pPr>
      <w:r>
        <w:t>Watching.</w:t>
      </w:r>
    </w:p>
    <w:p w14:paraId="08E75E86" w14:textId="77777777" w:rsidR="00F95956" w:rsidRDefault="001C0BB5">
      <w:pPr>
        <w:spacing w:after="240"/>
      </w:pPr>
      <w:r>
        <w:t>His hand hovered at the hilt of his blade. He looked at Lilith. Then Alizon. His face cracked not with fear, but something older.</w:t>
      </w:r>
    </w:p>
    <w:p w14:paraId="2F21E132" w14:textId="77777777" w:rsidR="00F95956" w:rsidRDefault="001C0BB5">
      <w:pPr>
        <w:spacing w:after="240"/>
      </w:pPr>
      <w:r>
        <w:t>Regret.</w:t>
      </w:r>
    </w:p>
    <w:p w14:paraId="41C91392" w14:textId="77777777" w:rsidR="00F95956" w:rsidRDefault="001C0BB5">
      <w:pPr>
        <w:spacing w:after="240"/>
      </w:pPr>
      <w:r>
        <w:t>The Turn</w:t>
      </w:r>
    </w:p>
    <w:p w14:paraId="5A009F84" w14:textId="77777777" w:rsidR="00F95956" w:rsidRDefault="001C0BB5">
      <w:pPr>
        <w:spacing w:after="240"/>
      </w:pPr>
      <w:r>
        <w:lastRenderedPageBreak/>
        <w:t>Lilith struck low aiming for Alizon’s side with a hidden blade of shadow.</w:t>
      </w:r>
    </w:p>
    <w:p w14:paraId="64F47A72" w14:textId="77777777" w:rsidR="00F95956" w:rsidRDefault="001C0BB5">
      <w:pPr>
        <w:spacing w:after="240"/>
      </w:pPr>
      <w:r>
        <w:t>But she never made it.</w:t>
      </w:r>
    </w:p>
    <w:p w14:paraId="120A4C0C" w14:textId="77777777" w:rsidR="00F95956" w:rsidRDefault="001C0BB5">
      <w:pPr>
        <w:spacing w:after="240"/>
      </w:pPr>
      <w:r>
        <w:t>Rafe moved.</w:t>
      </w:r>
    </w:p>
    <w:p w14:paraId="301419AA" w14:textId="77777777" w:rsidR="00F95956" w:rsidRDefault="001C0BB5">
      <w:pPr>
        <w:spacing w:after="240"/>
      </w:pPr>
      <w:r>
        <w:t>Fast. Brutal. Efficient.</w:t>
      </w:r>
    </w:p>
    <w:p w14:paraId="0E29562B" w14:textId="77777777" w:rsidR="00F95956" w:rsidRDefault="001C0BB5">
      <w:pPr>
        <w:spacing w:after="240"/>
      </w:pPr>
      <w:r>
        <w:t>His sword slashed upward, catching Lilith across the arm. She screamed more in rage than pain.</w:t>
      </w:r>
    </w:p>
    <w:p w14:paraId="62DB6711" w14:textId="77777777" w:rsidR="00F95956" w:rsidRDefault="001C0BB5">
      <w:pPr>
        <w:spacing w:after="240"/>
      </w:pPr>
      <w:r>
        <w:t>“You traitorous wretch!” she shrieked.</w:t>
      </w:r>
    </w:p>
    <w:p w14:paraId="160DE0E7" w14:textId="77777777" w:rsidR="00F95956" w:rsidRDefault="001C0BB5">
      <w:pPr>
        <w:spacing w:after="240"/>
      </w:pPr>
      <w:r>
        <w:t>Rafe didn’t flinch. “I made the mistake of loving you once.”</w:t>
      </w:r>
    </w:p>
    <w:p w14:paraId="2D79BCB6" w14:textId="77777777" w:rsidR="00F95956" w:rsidRDefault="001C0BB5">
      <w:pPr>
        <w:spacing w:after="240"/>
      </w:pPr>
      <w:r>
        <w:t>He turned to Alizon, his eyes finally truly seeing her. “And I destroyed what I should have protected.”</w:t>
      </w:r>
    </w:p>
    <w:p w14:paraId="32494DD6" w14:textId="77777777" w:rsidR="00F95956" w:rsidRDefault="001C0BB5">
      <w:pPr>
        <w:spacing w:after="240"/>
      </w:pPr>
      <w:r>
        <w:t>The Collapse</w:t>
      </w:r>
    </w:p>
    <w:p w14:paraId="413BDBAA" w14:textId="77777777" w:rsidR="00F95956" w:rsidRDefault="001C0BB5">
      <w:pPr>
        <w:spacing w:after="240"/>
      </w:pPr>
      <w:r>
        <w:t>Varek roared. The entire cathedral shook.</w:t>
      </w:r>
    </w:p>
    <w:p w14:paraId="3066E931" w14:textId="77777777" w:rsidR="00F95956" w:rsidRDefault="001C0BB5">
      <w:pPr>
        <w:spacing w:after="240"/>
      </w:pPr>
      <w:r>
        <w:t>Darkness poured from his skin like smoke. The shadows peeled back from his face—revealing something ancient and skeletal beneath. His body was splitting. Tearing.</w:t>
      </w:r>
    </w:p>
    <w:p w14:paraId="770CCDDF" w14:textId="77777777" w:rsidR="00F95956" w:rsidRDefault="001C0BB5">
      <w:pPr>
        <w:spacing w:after="240"/>
      </w:pPr>
      <w:r>
        <w:t>Natasha shouted from the spell circle, “NOW!”</w:t>
      </w:r>
    </w:p>
    <w:p w14:paraId="4142D262" w14:textId="77777777" w:rsidR="00F95956" w:rsidRDefault="001C0BB5">
      <w:pPr>
        <w:spacing w:after="240"/>
      </w:pPr>
      <w:r>
        <w:t>Rowan rushed to Alizon’s side, blood on his hands, breath heaving.</w:t>
      </w:r>
    </w:p>
    <w:p w14:paraId="3B8DC282" w14:textId="77777777" w:rsidR="00F95956" w:rsidRDefault="001C0BB5">
      <w:pPr>
        <w:spacing w:after="240"/>
      </w:pPr>
      <w:r>
        <w:t>Rafe stumbled toward them, wounds already blooming across his chest.</w:t>
      </w:r>
    </w:p>
    <w:p w14:paraId="486BC4F3" w14:textId="77777777" w:rsidR="00F95956" w:rsidRDefault="001C0BB5">
      <w:pPr>
        <w:spacing w:after="240"/>
      </w:pPr>
      <w:r>
        <w:t>Varek raised a hand dark magic surging toward Alizon.</w:t>
      </w:r>
    </w:p>
    <w:p w14:paraId="696F824E" w14:textId="77777777" w:rsidR="00F95956" w:rsidRDefault="001C0BB5">
      <w:pPr>
        <w:spacing w:after="240"/>
      </w:pPr>
      <w:r>
        <w:t>And Rafe, —stepped in front of it.</w:t>
      </w:r>
    </w:p>
    <w:p w14:paraId="75E6D6FB" w14:textId="77777777" w:rsidR="00F95956" w:rsidRDefault="001C0BB5">
      <w:pPr>
        <w:spacing w:after="240"/>
      </w:pPr>
      <w:r>
        <w:t>The blast hit him like a tidal wave.</w:t>
      </w:r>
    </w:p>
    <w:p w14:paraId="33D2438F" w14:textId="77777777" w:rsidR="00F95956" w:rsidRDefault="001C0BB5">
      <w:pPr>
        <w:spacing w:after="240"/>
      </w:pPr>
      <w:r>
        <w:t>He dropped to his knees.</w:t>
      </w:r>
    </w:p>
    <w:p w14:paraId="24769FD7" w14:textId="77777777" w:rsidR="00F95956" w:rsidRDefault="001C0BB5">
      <w:pPr>
        <w:spacing w:after="240"/>
      </w:pPr>
      <w:r>
        <w:t>Alizon screamed.</w:t>
      </w:r>
    </w:p>
    <w:p w14:paraId="75DEBB3E" w14:textId="77777777" w:rsidR="00F95956" w:rsidRDefault="001C0BB5">
      <w:pPr>
        <w:spacing w:after="240"/>
      </w:pPr>
      <w:r>
        <w:t>Chapter 14 – Ashes and Fire</w:t>
      </w:r>
    </w:p>
    <w:p w14:paraId="7CC225F1" w14:textId="77777777" w:rsidR="00F95956" w:rsidRDefault="001C0BB5">
      <w:pPr>
        <w:spacing w:after="240"/>
      </w:pPr>
      <w:r>
        <w:t>Rafe bled in her arms.</w:t>
      </w:r>
    </w:p>
    <w:p w14:paraId="3F368876" w14:textId="77777777" w:rsidR="00F95956" w:rsidRDefault="001C0BB5">
      <w:pPr>
        <w:spacing w:after="240"/>
      </w:pPr>
      <w:r>
        <w:t>“Why?” she whispered.</w:t>
      </w:r>
    </w:p>
    <w:p w14:paraId="2A1DDEBA" w14:textId="77777777" w:rsidR="00F95956" w:rsidRDefault="001C0BB5">
      <w:pPr>
        <w:spacing w:after="240"/>
      </w:pPr>
      <w:r>
        <w:lastRenderedPageBreak/>
        <w:t>He smiled, blood on his lips. “Because you were real. And I was... tired of ghosts.”</w:t>
      </w:r>
    </w:p>
    <w:p w14:paraId="56F64076" w14:textId="77777777" w:rsidR="00F95956" w:rsidRDefault="001C0BB5">
      <w:pPr>
        <w:spacing w:after="240"/>
      </w:pPr>
      <w:r>
        <w:t>He reached up—hand trembling—and tucked a strand of hair behind her ear.</w:t>
      </w:r>
    </w:p>
    <w:p w14:paraId="4013E63A" w14:textId="77777777" w:rsidR="00F95956" w:rsidRDefault="001C0BB5">
      <w:pPr>
        <w:spacing w:after="240"/>
      </w:pPr>
      <w:r>
        <w:t>“I remember you now,” he whispered.</w:t>
      </w:r>
    </w:p>
    <w:p w14:paraId="56742678" w14:textId="77777777" w:rsidR="00F95956" w:rsidRDefault="001C0BB5">
      <w:pPr>
        <w:spacing w:after="240"/>
      </w:pPr>
      <w:r>
        <w:t>And then he stilled.</w:t>
      </w:r>
    </w:p>
    <w:p w14:paraId="40F4BCE9" w14:textId="77777777" w:rsidR="00F95956" w:rsidRDefault="001C0BB5">
      <w:pPr>
        <w:spacing w:after="240"/>
      </w:pPr>
      <w:r>
        <w:t>The Sealing</w:t>
      </w:r>
    </w:p>
    <w:p w14:paraId="07FFFF07" w14:textId="77777777" w:rsidR="00F95956" w:rsidRDefault="001C0BB5">
      <w:pPr>
        <w:spacing w:after="240"/>
      </w:pPr>
      <w:r>
        <w:t>Alizon rose.</w:t>
      </w:r>
    </w:p>
    <w:p w14:paraId="02E774DB" w14:textId="77777777" w:rsidR="00F95956" w:rsidRDefault="001C0BB5">
      <w:pPr>
        <w:spacing w:after="240"/>
      </w:pPr>
      <w:r>
        <w:t>Not crying.</w:t>
      </w:r>
      <w:r>
        <w:br/>
        <w:t>Not screaming.</w:t>
      </w:r>
    </w:p>
    <w:p w14:paraId="047AA9B6" w14:textId="77777777" w:rsidR="00F95956" w:rsidRDefault="001C0BB5">
      <w:pPr>
        <w:spacing w:after="240"/>
      </w:pPr>
      <w:r>
        <w:t>Glowing.</w:t>
      </w:r>
    </w:p>
    <w:p w14:paraId="70CD6EC7" w14:textId="77777777" w:rsidR="00F95956" w:rsidRDefault="001C0BB5">
      <w:pPr>
        <w:spacing w:after="240"/>
      </w:pPr>
      <w:r>
        <w:t>Her eyes shone violet as she stepped into the circle Natasha had carved. Rowan followed. Their hands met Alizon’s in one, Natasha’s in the other.</w:t>
      </w:r>
    </w:p>
    <w:p w14:paraId="141FB9F4" w14:textId="77777777" w:rsidR="00F95956" w:rsidRDefault="001C0BB5">
      <w:pPr>
        <w:spacing w:after="240"/>
      </w:pPr>
      <w:r>
        <w:t>And together, they cast the binding.</w:t>
      </w:r>
    </w:p>
    <w:p w14:paraId="202D7EF7" w14:textId="77777777" w:rsidR="00F95956" w:rsidRDefault="001C0BB5">
      <w:pPr>
        <w:spacing w:after="240"/>
      </w:pPr>
      <w:r>
        <w:t>The runes ignited.</w:t>
      </w:r>
    </w:p>
    <w:p w14:paraId="0C6C7B7D" w14:textId="77777777" w:rsidR="00F95956" w:rsidRDefault="001C0BB5">
      <w:pPr>
        <w:spacing w:after="240"/>
      </w:pPr>
      <w:r>
        <w:t>Varek screamed.</w:t>
      </w:r>
    </w:p>
    <w:p w14:paraId="38CA0EE7" w14:textId="77777777" w:rsidR="00F95956" w:rsidRDefault="001C0BB5">
      <w:pPr>
        <w:spacing w:after="240"/>
      </w:pPr>
      <w:r>
        <w:t>His body burst into violet flame—consumed from the inside out as the three of them channeled ancestral power, bloodlines burning in harmony.</w:t>
      </w:r>
    </w:p>
    <w:p w14:paraId="3AAA7901" w14:textId="77777777" w:rsidR="00F95956" w:rsidRDefault="001C0BB5">
      <w:pPr>
        <w:spacing w:after="240"/>
      </w:pPr>
      <w:r>
        <w:t>Stone cracked. Magic thundered.</w:t>
      </w:r>
      <w:r>
        <w:br/>
        <w:t>The cathedral began to fall.</w:t>
      </w:r>
    </w:p>
    <w:p w14:paraId="38F0E0F9" w14:textId="77777777" w:rsidR="00F95956" w:rsidRDefault="001C0BB5">
      <w:pPr>
        <w:spacing w:after="240"/>
      </w:pPr>
      <w:r>
        <w:t>The Escape</w:t>
      </w:r>
    </w:p>
    <w:p w14:paraId="0BF3807C" w14:textId="77777777" w:rsidR="00F95956" w:rsidRDefault="001C0BB5">
      <w:pPr>
        <w:spacing w:after="240"/>
      </w:pPr>
      <w:r>
        <w:t>Rowan pulled Alizon from the collapsing chamber, Natasha close behind.</w:t>
      </w:r>
    </w:p>
    <w:p w14:paraId="1794C83A" w14:textId="77777777" w:rsidR="00F95956" w:rsidRDefault="001C0BB5">
      <w:pPr>
        <w:spacing w:after="240"/>
      </w:pPr>
      <w:r>
        <w:t>The sealing had worked.</w:t>
      </w:r>
      <w:r>
        <w:br/>
        <w:t>Varek’s body was ash.</w:t>
      </w:r>
    </w:p>
    <w:p w14:paraId="41D20EDE" w14:textId="77777777" w:rsidR="00F95956" w:rsidRDefault="001C0BB5">
      <w:pPr>
        <w:spacing w:after="240"/>
      </w:pPr>
      <w:r>
        <w:t>But in the final moment…</w:t>
      </w:r>
    </w:p>
    <w:p w14:paraId="32914486" w14:textId="77777777" w:rsidR="00F95956" w:rsidRDefault="001C0BB5">
      <w:pPr>
        <w:spacing w:after="240"/>
      </w:pPr>
      <w:r>
        <w:t>A shadow—thin, serpentine—slipped through a crack in the warded stone.</w:t>
      </w:r>
    </w:p>
    <w:p w14:paraId="09FE9569" w14:textId="77777777" w:rsidR="00F95956" w:rsidRDefault="001C0BB5">
      <w:pPr>
        <w:spacing w:after="240"/>
      </w:pPr>
      <w:r>
        <w:t>It disappeared into the void.</w:t>
      </w:r>
    </w:p>
    <w:p w14:paraId="06B690A0" w14:textId="77777777" w:rsidR="00F95956" w:rsidRDefault="001C0BB5">
      <w:pPr>
        <w:spacing w:after="240"/>
      </w:pPr>
      <w:r>
        <w:t>And no one saw it escape.</w:t>
      </w:r>
    </w:p>
    <w:p w14:paraId="24D6F56F" w14:textId="77777777" w:rsidR="00F95956" w:rsidRDefault="001C0BB5">
      <w:pPr>
        <w:spacing w:after="240"/>
      </w:pPr>
      <w:r>
        <w:lastRenderedPageBreak/>
        <w:t>Lilith’s Fate</w:t>
      </w:r>
    </w:p>
    <w:p w14:paraId="65927CB6" w14:textId="77777777" w:rsidR="00F95956" w:rsidRDefault="001C0BB5">
      <w:pPr>
        <w:spacing w:after="240"/>
      </w:pPr>
      <w:r>
        <w:t>She crawled from the rubble, arm mangled, her face streaked with soot and blood.</w:t>
      </w:r>
    </w:p>
    <w:p w14:paraId="3FC746B5" w14:textId="77777777" w:rsidR="00F95956" w:rsidRDefault="001C0BB5">
      <w:pPr>
        <w:spacing w:after="240"/>
      </w:pPr>
      <w:r>
        <w:t>She watched the sky split above her, watched Alizon vanish into the rising dawn, and screamed.</w:t>
      </w:r>
    </w:p>
    <w:p w14:paraId="5AF05981" w14:textId="77777777" w:rsidR="00F95956" w:rsidRDefault="001C0BB5">
      <w:pPr>
        <w:spacing w:after="240"/>
      </w:pPr>
      <w:r>
        <w:t>“I will find you,” she rasped.</w:t>
      </w:r>
    </w:p>
    <w:p w14:paraId="51A69C34" w14:textId="77777777" w:rsidR="00F95956" w:rsidRDefault="001C0BB5">
      <w:pPr>
        <w:spacing w:after="240"/>
      </w:pPr>
      <w:r>
        <w:t>“Even if I have to burn the stars.”</w:t>
      </w:r>
    </w:p>
    <w:p w14:paraId="7FC357C5" w14:textId="77777777" w:rsidR="00F95956" w:rsidRDefault="001C0BB5">
      <w:pPr>
        <w:spacing w:after="240"/>
      </w:pPr>
      <w:r>
        <w:t>Then she vanished into the shadows, her magic warped and hungry.</w:t>
      </w:r>
    </w:p>
    <w:p w14:paraId="040B1B74" w14:textId="77777777" w:rsidR="00F95956" w:rsidRDefault="001C0BB5">
      <w:pPr>
        <w:spacing w:after="240"/>
      </w:pPr>
      <w:r>
        <w:t>Final Lines — Buried in the Shadows</w:t>
      </w:r>
    </w:p>
    <w:p w14:paraId="3928E06C" w14:textId="77777777" w:rsidR="00F95956" w:rsidRDefault="001C0BB5">
      <w:pPr>
        <w:spacing w:after="240"/>
      </w:pPr>
      <w:r>
        <w:t>Far beneath the world, in a place without light,</w:t>
      </w:r>
      <w:r>
        <w:br/>
        <w:t>a chained prince stirred.</w:t>
      </w:r>
    </w:p>
    <w:p w14:paraId="70365A4F" w14:textId="77777777" w:rsidR="00F95956" w:rsidRDefault="001C0BB5">
      <w:pPr>
        <w:spacing w:after="240"/>
      </w:pPr>
      <w:r>
        <w:t>His breath was shallow. His chains were cold.</w:t>
      </w:r>
    </w:p>
    <w:p w14:paraId="7033890C" w14:textId="77777777" w:rsidR="00F95956" w:rsidRDefault="001C0BB5">
      <w:pPr>
        <w:spacing w:after="240"/>
      </w:pPr>
      <w:r>
        <w:t>And from the dark—</w:t>
      </w:r>
    </w:p>
    <w:p w14:paraId="041D9769" w14:textId="77777777" w:rsidR="00F95956" w:rsidRDefault="001C0BB5">
      <w:pPr>
        <w:spacing w:after="240"/>
      </w:pPr>
      <w:r>
        <w:t>A voice like ash whispered:</w:t>
      </w:r>
    </w:p>
    <w:p w14:paraId="7E4648F8" w14:textId="77777777" w:rsidR="00F95956" w:rsidRDefault="001C0BB5">
      <w:pPr>
        <w:spacing w:after="240"/>
      </w:pPr>
      <w:r>
        <w:t>“She burned me once.</w:t>
      </w:r>
      <w:r>
        <w:br/>
        <w:t>Her name was Alizon.</w:t>
      </w:r>
      <w:r>
        <w:br/>
        <w:t>Would you like a chance to burn her back?”</w:t>
      </w:r>
    </w:p>
    <w:p w14:paraId="696A4A47" w14:textId="77777777" w:rsidR="00F95956" w:rsidRDefault="001C0BB5">
      <w:pPr>
        <w:spacing w:after="240"/>
      </w:pPr>
      <w:r>
        <w:t>The prince did not answer.</w:t>
      </w:r>
    </w:p>
    <w:p w14:paraId="2DB06D1F" w14:textId="77777777" w:rsidR="00F95956" w:rsidRDefault="001C0BB5">
      <w:pPr>
        <w:spacing w:after="240"/>
      </w:pPr>
      <w:r>
        <w:t>But he dreamed of fire.</w:t>
      </w:r>
    </w:p>
    <w:p w14:paraId="6457043E" w14:textId="77777777" w:rsidR="00F95956" w:rsidRDefault="001C0BB5">
      <w:pPr>
        <w:spacing w:after="240"/>
      </w:pPr>
      <w:r>
        <w:t>Prologue</w:t>
      </w:r>
    </w:p>
    <w:p w14:paraId="794AB163" w14:textId="77777777" w:rsidR="00F95956" w:rsidRDefault="001C0BB5">
      <w:pPr>
        <w:spacing w:after="240"/>
      </w:pPr>
      <w:r>
        <w:t>Bloodlines Reclaimed</w:t>
      </w:r>
    </w:p>
    <w:p w14:paraId="41840E43" w14:textId="77777777" w:rsidR="00F95956" w:rsidRDefault="001C0BB5">
      <w:pPr>
        <w:spacing w:after="240"/>
      </w:pPr>
      <w:r>
        <w:t>Prologue — The Day the Light Died</w:t>
      </w:r>
    </w:p>
    <w:p w14:paraId="0223FE61" w14:textId="77777777" w:rsidR="00F95956" w:rsidRDefault="001C0BB5">
      <w:pPr>
        <w:spacing w:after="240"/>
      </w:pPr>
      <w:r>
        <w:t>The first time Luca Everen kissed Natasha, it was in the half-shadow of her potion shop, her laugh still caught in her throat, her fingers tangled in his shirt like a secret. It was the kind of kiss that wrote itself into bone.</w:t>
      </w:r>
    </w:p>
    <w:p w14:paraId="39E28124" w14:textId="77777777" w:rsidR="00F95956" w:rsidRDefault="001C0BB5">
      <w:pPr>
        <w:spacing w:after="240"/>
      </w:pPr>
      <w:r>
        <w:t>The last time he kissed her, she was half-asleep and smiling, curled against his chest in the light of their future.</w:t>
      </w:r>
    </w:p>
    <w:p w14:paraId="41811ADF" w14:textId="77777777" w:rsidR="00F95956" w:rsidRDefault="001C0BB5">
      <w:pPr>
        <w:spacing w:after="240"/>
      </w:pPr>
      <w:r>
        <w:t>“Forever,” she whispered.</w:t>
      </w:r>
    </w:p>
    <w:p w14:paraId="10F0B0DC" w14:textId="77777777" w:rsidR="00F95956" w:rsidRDefault="001C0BB5">
      <w:pPr>
        <w:spacing w:after="240"/>
      </w:pPr>
      <w:r>
        <w:lastRenderedPageBreak/>
        <w:t>“Always,” he promised.</w:t>
      </w:r>
    </w:p>
    <w:p w14:paraId="7CBDA536" w14:textId="77777777" w:rsidR="00F95956" w:rsidRDefault="001C0BB5">
      <w:pPr>
        <w:spacing w:after="240"/>
      </w:pPr>
      <w:r>
        <w:t>She didn’t know that promise would become a curse.</w:t>
      </w:r>
    </w:p>
    <w:p w14:paraId="1277F8CA" w14:textId="77777777" w:rsidR="00F95956" w:rsidRDefault="001C0BB5">
      <w:pPr>
        <w:spacing w:after="240"/>
      </w:pPr>
      <w:r>
        <w:t>Morning of the Wedding</w:t>
      </w:r>
    </w:p>
    <w:p w14:paraId="1F900DB7" w14:textId="77777777" w:rsidR="00F95956" w:rsidRDefault="001C0BB5">
      <w:pPr>
        <w:spacing w:after="240"/>
      </w:pPr>
      <w:r>
        <w:t>Sunlight filtered through the window like honey. The scent of rosewater and spell-steeped herbs hung in the air. Luca blinked against the warmth, reaching for the space where Natasha had been. Empty.</w:t>
      </w:r>
    </w:p>
    <w:p w14:paraId="746ADF06" w14:textId="77777777" w:rsidR="00F95956" w:rsidRDefault="001C0BB5">
      <w:pPr>
        <w:spacing w:after="240"/>
      </w:pPr>
      <w:r>
        <w:t>He sat up, heart pounding. The clock on the wall blinked red.</w:t>
      </w:r>
    </w:p>
    <w:p w14:paraId="42FAD633" w14:textId="77777777" w:rsidR="00F95956" w:rsidRDefault="001C0BB5">
      <w:pPr>
        <w:spacing w:after="240"/>
      </w:pPr>
      <w:r>
        <w:t>Forty minutes until the ceremony.</w:t>
      </w:r>
    </w:p>
    <w:p w14:paraId="2BF84775" w14:textId="77777777" w:rsidR="00F95956" w:rsidRDefault="001C0BB5">
      <w:pPr>
        <w:spacing w:after="240"/>
      </w:pPr>
      <w:r>
        <w:t>“Shit,” he muttered, dragging on his clothes. “Shit, shit—”</w:t>
      </w:r>
    </w:p>
    <w:p w14:paraId="6EDA20AD" w14:textId="77777777" w:rsidR="00F95956" w:rsidRDefault="001C0BB5">
      <w:pPr>
        <w:spacing w:after="240"/>
      </w:pPr>
      <w:r>
        <w:t>He barely paused to scribble a note—You looked too beautiful to wake—before kissing the curve of her cheek and slipping out the back.</w:t>
      </w:r>
    </w:p>
    <w:p w14:paraId="4124907F" w14:textId="77777777" w:rsidR="00F95956" w:rsidRDefault="001C0BB5">
      <w:pPr>
        <w:spacing w:after="240"/>
      </w:pPr>
      <w:r>
        <w:t>His Flat — 27 Minutes Later</w:t>
      </w:r>
    </w:p>
    <w:p w14:paraId="32C83786" w14:textId="77777777" w:rsidR="00F95956" w:rsidRDefault="001C0BB5">
      <w:pPr>
        <w:spacing w:after="240"/>
      </w:pPr>
      <w:r>
        <w:t>Steam clouded the mirror. His mind raced—tie, jacket, vows.</w:t>
      </w:r>
    </w:p>
    <w:p w14:paraId="4606CBEC" w14:textId="77777777" w:rsidR="00F95956" w:rsidRDefault="001C0BB5">
      <w:pPr>
        <w:spacing w:after="240"/>
      </w:pPr>
      <w:r>
        <w:t>He stepped out of the shower, water dripping from his shoulders. That’s when he heard the knock.</w:t>
      </w:r>
    </w:p>
    <w:p w14:paraId="0DC9F813" w14:textId="77777777" w:rsidR="00F95956" w:rsidRDefault="001C0BB5">
      <w:pPr>
        <w:spacing w:after="240"/>
      </w:pPr>
      <w:r>
        <w:t>Three gentle raps.</w:t>
      </w:r>
    </w:p>
    <w:p w14:paraId="183EB47E" w14:textId="77777777" w:rsidR="00F95956" w:rsidRDefault="001C0BB5">
      <w:pPr>
        <w:spacing w:after="240"/>
      </w:pPr>
      <w:r>
        <w:t>He smiled. “About time,” he called out, wrapping a towel around his waist. “I thought you’d show up late to mess with me.”</w:t>
      </w:r>
    </w:p>
    <w:p w14:paraId="389EF31B" w14:textId="77777777" w:rsidR="00F95956" w:rsidRDefault="001C0BB5">
      <w:pPr>
        <w:spacing w:after="240"/>
      </w:pPr>
      <w:r>
        <w:t>No answer.</w:t>
      </w:r>
    </w:p>
    <w:p w14:paraId="44E12887" w14:textId="77777777" w:rsidR="00F95956" w:rsidRDefault="001C0BB5">
      <w:pPr>
        <w:spacing w:after="240"/>
      </w:pPr>
      <w:r>
        <w:t>He opened the door.</w:t>
      </w:r>
    </w:p>
    <w:p w14:paraId="0CDC9518" w14:textId="77777777" w:rsidR="00F95956" w:rsidRDefault="001C0BB5">
      <w:pPr>
        <w:spacing w:after="240"/>
      </w:pPr>
      <w:r>
        <w:t>Two men stood there—faceless behind featureless bone-white masks. Their robes bore a faint shimmer of Unseelie embroidery. The sigils on their gloves were veiled in blood magic.</w:t>
      </w:r>
    </w:p>
    <w:p w14:paraId="0550693A" w14:textId="77777777" w:rsidR="00F95956" w:rsidRDefault="001C0BB5">
      <w:pPr>
        <w:spacing w:after="240"/>
      </w:pPr>
      <w:r>
        <w:t>Luca barely registered the syringe before it plunged into his neck.</w:t>
      </w:r>
    </w:p>
    <w:p w14:paraId="78E18FB0" w14:textId="77777777" w:rsidR="00F95956" w:rsidRDefault="001C0BB5">
      <w:pPr>
        <w:spacing w:after="240"/>
      </w:pPr>
      <w:r>
        <w:t>His knees buckled.</w:t>
      </w:r>
    </w:p>
    <w:p w14:paraId="005246EE" w14:textId="77777777" w:rsidR="00F95956" w:rsidRDefault="001C0BB5">
      <w:pPr>
        <w:spacing w:after="240"/>
      </w:pPr>
      <w:r>
        <w:t>The world slowed.</w:t>
      </w:r>
    </w:p>
    <w:p w14:paraId="6F77D2D4" w14:textId="77777777" w:rsidR="00F95956" w:rsidRDefault="001C0BB5">
      <w:pPr>
        <w:spacing w:after="240"/>
      </w:pPr>
      <w:r>
        <w:t>His body locked. His limbs went numb. But his mind—his mind was still awake.</w:t>
      </w:r>
    </w:p>
    <w:p w14:paraId="62DFFBF6" w14:textId="77777777" w:rsidR="00F95956" w:rsidRDefault="001C0BB5">
      <w:pPr>
        <w:spacing w:after="240"/>
      </w:pPr>
      <w:r>
        <w:lastRenderedPageBreak/>
        <w:t>No. No, no—what is this—what is this—</w:t>
      </w:r>
    </w:p>
    <w:p w14:paraId="45D1F8A3" w14:textId="77777777" w:rsidR="00F95956" w:rsidRDefault="001C0BB5">
      <w:pPr>
        <w:spacing w:after="240"/>
      </w:pPr>
      <w:r>
        <w:t>They caught him as he fell.</w:t>
      </w:r>
    </w:p>
    <w:p w14:paraId="233C711D" w14:textId="77777777" w:rsidR="00F95956" w:rsidRDefault="001C0BB5">
      <w:pPr>
        <w:spacing w:after="240"/>
      </w:pPr>
      <w:r>
        <w:t>In Transit</w:t>
      </w:r>
    </w:p>
    <w:p w14:paraId="60CC2E97" w14:textId="77777777" w:rsidR="00F95956" w:rsidRDefault="001C0BB5">
      <w:pPr>
        <w:spacing w:after="240"/>
      </w:pPr>
      <w:r>
        <w:t>The zipper pulled shut over his face.</w:t>
      </w:r>
    </w:p>
    <w:p w14:paraId="14243485" w14:textId="77777777" w:rsidR="00F95956" w:rsidRDefault="001C0BB5">
      <w:pPr>
        <w:spacing w:after="240"/>
      </w:pPr>
      <w:r>
        <w:t>Darkness.</w:t>
      </w:r>
    </w:p>
    <w:p w14:paraId="4BFF87BD" w14:textId="77777777" w:rsidR="00F95956" w:rsidRDefault="001C0BB5">
      <w:pPr>
        <w:spacing w:after="240"/>
      </w:pPr>
      <w:r>
        <w:t>But not unconsciousness.</w:t>
      </w:r>
    </w:p>
    <w:p w14:paraId="25074B0F" w14:textId="77777777" w:rsidR="00F95956" w:rsidRDefault="001C0BB5">
      <w:pPr>
        <w:spacing w:after="240"/>
      </w:pPr>
      <w:r>
        <w:t>They moved him—calm, methodical, professional. There was a faint sound of beeping. A medic’s voice murmuring fake vitals.</w:t>
      </w:r>
    </w:p>
    <w:p w14:paraId="23D7396B" w14:textId="77777777" w:rsidR="00F95956" w:rsidRDefault="001C0BB5">
      <w:pPr>
        <w:spacing w:after="240"/>
      </w:pPr>
      <w:r>
        <w:t>“Tonic’s holding. He’s paralyzed. Not dead.”</w:t>
      </w:r>
    </w:p>
    <w:p w14:paraId="12C295D7" w14:textId="77777777" w:rsidR="00F95956" w:rsidRDefault="001C0BB5">
      <w:pPr>
        <w:spacing w:after="240"/>
      </w:pPr>
      <w:r>
        <w:t>“Coroner illusion’s solid,” said another. “Keep his aura low.”</w:t>
      </w:r>
    </w:p>
    <w:p w14:paraId="4DFB1606" w14:textId="77777777" w:rsidR="00F95956" w:rsidRDefault="001C0BB5">
      <w:pPr>
        <w:spacing w:after="240"/>
      </w:pPr>
      <w:r>
        <w:t>They wheeled him through a crowd.</w:t>
      </w:r>
    </w:p>
    <w:p w14:paraId="3488B182" w14:textId="77777777" w:rsidR="00F95956" w:rsidRDefault="001C0BB5">
      <w:pPr>
        <w:spacing w:after="240"/>
      </w:pPr>
      <w:r>
        <w:t>No one stopped them.</w:t>
      </w:r>
    </w:p>
    <w:p w14:paraId="7B0E8D15" w14:textId="77777777" w:rsidR="00F95956" w:rsidRDefault="001C0BB5">
      <w:pPr>
        <w:spacing w:after="240"/>
      </w:pPr>
      <w:r>
        <w:t>His chest screamed to rise. His soul begged to move. But his body obeyed the spell.</w:t>
      </w:r>
    </w:p>
    <w:p w14:paraId="78475C0E" w14:textId="77777777" w:rsidR="00F95956" w:rsidRDefault="001C0BB5">
      <w:pPr>
        <w:spacing w:after="240"/>
      </w:pPr>
      <w:r>
        <w:t>Deep Woods — Unknown Location</w:t>
      </w:r>
    </w:p>
    <w:p w14:paraId="64A387FC" w14:textId="77777777" w:rsidR="00F95956" w:rsidRDefault="001C0BB5">
      <w:pPr>
        <w:spacing w:after="240"/>
      </w:pPr>
      <w:r>
        <w:t>The sound of tires on gravel.</w:t>
      </w:r>
    </w:p>
    <w:p w14:paraId="70A4B4F9" w14:textId="77777777" w:rsidR="00F95956" w:rsidRDefault="001C0BB5">
      <w:pPr>
        <w:spacing w:after="240"/>
      </w:pPr>
      <w:r>
        <w:t>A trunk opening.</w:t>
      </w:r>
    </w:p>
    <w:p w14:paraId="79BF99E8" w14:textId="77777777" w:rsidR="00F95956" w:rsidRDefault="001C0BB5">
      <w:pPr>
        <w:spacing w:after="240"/>
      </w:pPr>
      <w:r>
        <w:t>A metallic creak.</w:t>
      </w:r>
    </w:p>
    <w:p w14:paraId="46805763" w14:textId="77777777" w:rsidR="00F95956" w:rsidRDefault="001C0BB5">
      <w:pPr>
        <w:spacing w:after="240"/>
      </w:pPr>
      <w:r>
        <w:t>And then…</w:t>
      </w:r>
    </w:p>
    <w:p w14:paraId="44A53F6A" w14:textId="77777777" w:rsidR="00F95956" w:rsidRDefault="001C0BB5">
      <w:pPr>
        <w:spacing w:after="240"/>
      </w:pPr>
      <w:r>
        <w:t>Wood.</w:t>
      </w:r>
    </w:p>
    <w:p w14:paraId="127EA62B" w14:textId="77777777" w:rsidR="00F95956" w:rsidRDefault="001C0BB5">
      <w:pPr>
        <w:spacing w:after="240"/>
      </w:pPr>
      <w:r>
        <w:t>Cool, smooth.</w:t>
      </w:r>
    </w:p>
    <w:p w14:paraId="1FB97F3D" w14:textId="77777777" w:rsidR="00F95956" w:rsidRDefault="001C0BB5">
      <w:pPr>
        <w:spacing w:after="240"/>
      </w:pPr>
      <w:r>
        <w:t>The clink of nails.</w:t>
      </w:r>
    </w:p>
    <w:p w14:paraId="2A5302CE" w14:textId="77777777" w:rsidR="00F95956" w:rsidRDefault="001C0BB5">
      <w:pPr>
        <w:spacing w:after="240"/>
      </w:pPr>
      <w:r>
        <w:t>The heavy weight of dirt.</w:t>
      </w:r>
    </w:p>
    <w:p w14:paraId="4D9F62CA" w14:textId="77777777" w:rsidR="00F95956" w:rsidRDefault="001C0BB5">
      <w:pPr>
        <w:spacing w:after="240"/>
      </w:pPr>
      <w:r>
        <w:t>No. Please. Natasha—</w:t>
      </w:r>
    </w:p>
    <w:p w14:paraId="769DC3EF" w14:textId="77777777" w:rsidR="00F95956" w:rsidRDefault="001C0BB5">
      <w:pPr>
        <w:spacing w:after="240"/>
      </w:pPr>
      <w:r>
        <w:t>They buried him.</w:t>
      </w:r>
    </w:p>
    <w:p w14:paraId="1D729EE3" w14:textId="77777777" w:rsidR="00F95956" w:rsidRDefault="001C0BB5">
      <w:pPr>
        <w:spacing w:after="240"/>
      </w:pPr>
      <w:r>
        <w:lastRenderedPageBreak/>
        <w:t>Alive.</w:t>
      </w:r>
    </w:p>
    <w:p w14:paraId="51463611" w14:textId="77777777" w:rsidR="00F95956" w:rsidRDefault="001C0BB5">
      <w:pPr>
        <w:spacing w:after="240"/>
      </w:pPr>
      <w:r>
        <w:t>Somewhere Else — Later</w:t>
      </w:r>
    </w:p>
    <w:p w14:paraId="0D950E95" w14:textId="77777777" w:rsidR="00F95956" w:rsidRDefault="001C0BB5">
      <w:pPr>
        <w:spacing w:after="240"/>
      </w:pPr>
      <w:r>
        <w:t>He didn’t know how long it had been. Time had no meaning in the dark. Only silence. Stillness. The pounding of his own heart like a war drum in a sealed tomb.</w:t>
      </w:r>
    </w:p>
    <w:p w14:paraId="2A5D2CE4" w14:textId="77777777" w:rsidR="00F95956" w:rsidRDefault="001C0BB5">
      <w:pPr>
        <w:spacing w:after="240"/>
      </w:pPr>
      <w:r>
        <w:t>And then…</w:t>
      </w:r>
    </w:p>
    <w:p w14:paraId="538FFA99" w14:textId="77777777" w:rsidR="00F95956" w:rsidRDefault="001C0BB5">
      <w:pPr>
        <w:spacing w:after="240"/>
      </w:pPr>
      <w:r>
        <w:t>A shift.</w:t>
      </w:r>
    </w:p>
    <w:p w14:paraId="558D9C44" w14:textId="77777777" w:rsidR="00F95956" w:rsidRDefault="001C0BB5">
      <w:pPr>
        <w:spacing w:after="240"/>
      </w:pPr>
      <w:r>
        <w:t>Something old.</w:t>
      </w:r>
    </w:p>
    <w:p w14:paraId="34B0D0FE" w14:textId="77777777" w:rsidR="00F95956" w:rsidRDefault="001C0BB5">
      <w:pPr>
        <w:spacing w:after="240"/>
      </w:pPr>
      <w:r>
        <w:t>Something watching.</w:t>
      </w:r>
    </w:p>
    <w:p w14:paraId="7E4E7683" w14:textId="77777777" w:rsidR="00F95956" w:rsidRDefault="001C0BB5">
      <w:pPr>
        <w:spacing w:after="240"/>
      </w:pPr>
      <w:r>
        <w:t>A whisper slid through the cracks like smoke:</w:t>
      </w:r>
    </w:p>
    <w:p w14:paraId="2325826B" w14:textId="77777777" w:rsidR="00F95956" w:rsidRDefault="001C0BB5">
      <w:pPr>
        <w:spacing w:after="240"/>
      </w:pPr>
      <w:r>
        <w:t>“I knew another who burned like you…”</w:t>
      </w:r>
    </w:p>
    <w:p w14:paraId="7108FC0A" w14:textId="77777777" w:rsidR="00F95956" w:rsidRDefault="001C0BB5">
      <w:pPr>
        <w:spacing w:after="240"/>
      </w:pPr>
      <w:r>
        <w:t>“Her name was Alizon.”</w:t>
      </w:r>
    </w:p>
    <w:p w14:paraId="00B9FC2E" w14:textId="77777777" w:rsidR="00F95956" w:rsidRDefault="001C0BB5">
      <w:pPr>
        <w:spacing w:after="240"/>
      </w:pPr>
      <w:r>
        <w:t>Luca’s breath caught, though he couldn’t speak.</w:t>
      </w:r>
    </w:p>
    <w:p w14:paraId="7A0C1D97" w14:textId="77777777" w:rsidR="00F95956" w:rsidRDefault="001C0BB5">
      <w:pPr>
        <w:spacing w:after="240"/>
      </w:pPr>
      <w:r>
        <w:t>“You don’t remember yet, do you?”</w:t>
      </w:r>
      <w:r>
        <w:br/>
        <w:t>“That’s good. That’s safer.”</w:t>
      </w:r>
    </w:p>
    <w:p w14:paraId="3DD8227E" w14:textId="77777777" w:rsidR="00F95956" w:rsidRDefault="001C0BB5">
      <w:pPr>
        <w:spacing w:after="240"/>
      </w:pPr>
      <w:r>
        <w:t>The whisper curled around him like rot.</w:t>
      </w:r>
    </w:p>
    <w:p w14:paraId="27B00BB9" w14:textId="77777777" w:rsidR="00F95956" w:rsidRDefault="001C0BB5">
      <w:pPr>
        <w:spacing w:after="240"/>
      </w:pPr>
      <w:r>
        <w:t>“But she remembers.”</w:t>
      </w:r>
      <w:r>
        <w:br/>
        <w:t>“They both do.”</w:t>
      </w:r>
      <w:r>
        <w:br/>
        <w:t>“And one day… so will you.”</w:t>
      </w:r>
    </w:p>
    <w:p w14:paraId="27BE8AC8" w14:textId="77777777" w:rsidR="00F95956" w:rsidRDefault="001C0BB5">
      <w:pPr>
        <w:spacing w:after="240"/>
      </w:pPr>
      <w:r>
        <w:t>And in the silence of the earth,</w:t>
      </w:r>
      <w:r>
        <w:br/>
        <w:t>with chains of magic buried in his skin,</w:t>
      </w:r>
      <w:r>
        <w:br/>
        <w:t>Prince Luca Everen dreamed of red hair and rain.</w:t>
      </w:r>
    </w:p>
    <w:p w14:paraId="53DED493" w14:textId="77777777" w:rsidR="00F95956" w:rsidRDefault="001C0BB5">
      <w:pPr>
        <w:spacing w:after="240"/>
      </w:pPr>
      <w:r>
        <w:t>He didn’t know her name.</w:t>
      </w:r>
    </w:p>
    <w:p w14:paraId="268DF4E7" w14:textId="77777777" w:rsidR="00F95956" w:rsidRDefault="001C0BB5">
      <w:pPr>
        <w:spacing w:after="240"/>
      </w:pPr>
      <w:r>
        <w:t>But he remembered her light.</w:t>
      </w:r>
    </w:p>
    <w:sectPr w:rsidR="00F9595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3994500">
    <w:abstractNumId w:val="8"/>
  </w:num>
  <w:num w:numId="2" w16cid:durableId="146867012">
    <w:abstractNumId w:val="6"/>
  </w:num>
  <w:num w:numId="3" w16cid:durableId="1452628685">
    <w:abstractNumId w:val="5"/>
  </w:num>
  <w:num w:numId="4" w16cid:durableId="469176187">
    <w:abstractNumId w:val="4"/>
  </w:num>
  <w:num w:numId="5" w16cid:durableId="1569805198">
    <w:abstractNumId w:val="7"/>
  </w:num>
  <w:num w:numId="6" w16cid:durableId="2104452214">
    <w:abstractNumId w:val="3"/>
  </w:num>
  <w:num w:numId="7" w16cid:durableId="948201342">
    <w:abstractNumId w:val="2"/>
  </w:num>
  <w:num w:numId="8" w16cid:durableId="207884611">
    <w:abstractNumId w:val="1"/>
  </w:num>
  <w:num w:numId="9" w16cid:durableId="1739741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368A"/>
    <w:rsid w:val="001864EC"/>
    <w:rsid w:val="001C0BB5"/>
    <w:rsid w:val="0029639D"/>
    <w:rsid w:val="00326F90"/>
    <w:rsid w:val="00396F2A"/>
    <w:rsid w:val="0073755A"/>
    <w:rsid w:val="00845B9F"/>
    <w:rsid w:val="00860D41"/>
    <w:rsid w:val="00AA1D8D"/>
    <w:rsid w:val="00B47730"/>
    <w:rsid w:val="00CB0664"/>
    <w:rsid w:val="00F959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783C70"/>
  <w14:defaultImageDpi w14:val="300"/>
  <w15:docId w15:val="{97DF3A2C-47BE-4FB0-B495-B04B8F5C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Garamond" w:hAnsi="Garamond"/>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16183</Words>
  <Characters>75564</Characters>
  <Application>Microsoft Office Word</Application>
  <DocSecurity>0</DocSecurity>
  <Lines>1688</Lines>
  <Paragraphs>1121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90531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Patricia Henson</cp:lastModifiedBy>
  <cp:revision>2</cp:revision>
  <dcterms:created xsi:type="dcterms:W3CDTF">2025-10-11T14:14:00Z</dcterms:created>
  <dcterms:modified xsi:type="dcterms:W3CDTF">2025-10-11T14:14:00Z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fb04a3ae-3d22-4a0a-be58-d98e0a39c829</vt:lpwstr>
  </property>
</Properties>
</file>