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I Wasn't Done Yet</w:t>
      </w:r>
    </w:p>
    <w:p>
      <w:pPr>
        <w:pStyle w:val="Heading1"/>
      </w:pPr>
      <w:r>
        <w:t>A Story of Awakening, Survival, and Manifesting a Life Beyond Cancer</w:t>
      </w:r>
    </w:p>
    <w:p>
      <w:r>
        <w:t>By Cassandra Bretscher</w:t>
      </w:r>
    </w:p>
    <w:p>
      <w:pPr>
        <w:pStyle w:val="Heading1"/>
      </w:pPr>
      <w:r>
        <w:t>Chapter One: Eleven Eleven</w:t>
      </w:r>
    </w:p>
    <w:p>
      <w:pPr>
        <w:pStyle w:val="Heading2"/>
      </w:pPr>
      <w:r>
        <w:t>The Story</w:t>
      </w:r>
    </w:p>
    <w:p>
      <w:r>
        <w:t>They say numbers have meanings. I didn't know that back then. But now? Now I know exactly what 11/11 means. Awakening. Transformation. A doorway.</w:t>
        <w:br/>
        <w:t>And that was the day everything changed.</w:t>
        <w:br/>
        <w:t>November 11, 2020. That was the day I was diagnosed with stage four esophageal cancer. A date that will forever be tattooed on my soul.</w:t>
        <w:br/>
        <w:t>It had been coming for a while, but I had been in complete denial. I'd lost 20 pounds and couldn't swallow anything—not even water or smoothies. But I still didn't think it could be cancer. That was the last thing I thought. I told myself it was stress. Maybe reflux. I looked thin, and people—even my own family—were telling me how great I looked. "You look amazing!" "Wish I could drop weight like that." Meanwhile, I was dying.</w:t>
        <w:br/>
        <w:t>They scheduled me for an endoscopy, one of those procedures where they use a camera to look down your throat. I remember waking up from it groggy, foggy, and sick—but clear enough to hear the doctor say: "No wonder you can't swallow. You've got a giant tumor in your throat." She said it like she was talking about the weather. Like it was just another Wednesday for her. But it wasn't just another Wednesday for me. It was the day my whole life cracked open.</w:t>
        <w:br/>
        <w:t>I asked her, "Is it benign?" And she just looked at me and said flatly, "I don't think so." There was no comfort. No softness. It was like every doctor I met during this experience was on the spectrum, like they couldn't connect with the fact that this was my life, not just a diagnosis. I felt like they saw me as a case, not a person.</w:t>
        <w:br/>
        <w:t>From that moment, everything became a blur. The tests. The scans. The appointments. Suddenly, I had a whole team of doctors. And then came the infamous Zoom call.</w:t>
        <w:br/>
        <w:t>They told me to bring my family. I gathered around my computer with my mom and my stepdad. My biological father wasn't there that day, but my stepdad was. He was quiet, but I'll never forget the look on his face.</w:t>
        <w:br/>
        <w:t>When the oncologist got on the call, the first thing she did was dismiss the radiologist and surgeon. She said, "You don't need to be here." And the moment they logged off, she dropped the bomb:</w:t>
        <w:br/>
        <w:t>"You have stage four cancer." "You're not a candidate for radiation or surgery."</w:t>
        <w:br/>
        <w:t>I felt the air leave the room. I felt my soul leave my body.</w:t>
        <w:br/>
        <w:t>And I remember my stepdad, quietly, painfully, just saying: "Oh... this is bad."</w:t>
        <w:br/>
        <w:t>I don't remember much after that call. Not clearly.</w:t>
        <w:br/>
        <w:t>Everything blurred. Like I wasn't in my body anymore. Like I was watching my life happen from outside of it. I could hear voices. I could see people moving. But I wasn't there.</w:t>
        <w:br/>
        <w:t>I fell into a depression so deep I couldn't feel anything except the weight of doom. And what hurt the most—more than the cancer, more than the fear—was that the doctors gave me absolutely no hope.</w:t>
        <w:br/>
        <w:t>No "we'll try everything." No "you're strong, we'll fight this." Just... paperwork. And silence. And suggestions to call a social worker because I was a single mom.</w:t>
        <w:br/>
        <w:t>That was the first thing they said. Not "let's fight this." Not "you're going to need support." They told me to get my affairs in order. Make a will. Prepare for the end.</w:t>
        <w:br/>
        <w:t>Like my life was already over. Like my daughter didn't matter. Like my soul had nothing to say about it.</w:t>
        <w:br/>
        <w:t>But I wasn't done yet.</w:t>
        <w:br/>
        <w:t>I was mad. I was devastated. But something in me—something small, something quiet—was still alive.</w:t>
        <w:br/>
        <w:t>And when I broke the news to my daughter... God, that was one of the hardest things I've ever done.</w:t>
        <w:br/>
        <w:t>She was still young. Still figuring out who she was. Still needing her mom.</w:t>
        <w:br/>
        <w:t>And I looked her in the eyes and said something I didn't even know I believed yet, but I felt it rising from deep within me:</w:t>
        <w:br/>
        <w:t>"I'm not going anywhere. I'm going to fight. And I'm going to live."</w:t>
        <w:br/>
        <w:t>And I meant it.</w:t>
        <w:br/>
        <w:t>Even though everyone around me looked at me like I was delusional. Even though they whispered behind my back. Even though they started grieving me like I was already gone.</w:t>
        <w:br/>
        <w:t>I believed it. With my heart. With my soul. With my entire being.</w:t>
        <w:br/>
        <w:t>But what hurt the most... was seeing the fear in my daughter's eyes, and knowing that no one around her was giving her hope either.</w:t>
        <w:br/>
        <w:t>Not my mother. Not my friends. No one was saying, "She's strong. She's going to make it."</w:t>
        <w:br/>
        <w:t>And that broke something in me.</w:t>
        <w:br/>
        <w:t>Because if they couldn't believe in me for me... couldn't they at least believe in me for her?</w:t>
        <w:br/>
        <w:t>That night, after everyone left, I sat alone in my room. Surrounded by papers, prescriptions, appointment cards—the debris of a life that had just been shattered.</w:t>
        <w:br/>
        <w:t>And I made a decision. Not one that came from logic or planning. Not a checklist kind of decision.</w:t>
        <w:br/>
        <w:t>It came from my soul.</w:t>
        <w:br/>
        <w:t>I was going to heal.</w:t>
        <w:br/>
        <w:t>I didn't know how. I didn't have a plan. I just knew that cancer wasn't going to be my ending. Because my soul wasn't done yet.</w:t>
        <w:br/>
        <w:t>And that's when I started remembering the books I used to read. The ones about manifestation. The Secret. Self-help podcasts. All the times I had visualized jobs, money, homes, love—and watched those things come true.</w:t>
        <w:br/>
        <w:t>But I had never used those tools for health. I'd never thought to.</w:t>
        <w:br/>
        <w:t>Until now.</w:t>
        <w:br/>
        <w:t>Why not try? Why not believe that if I could manifest money... I could manifest healing?</w:t>
        <w:br/>
        <w:t>I started watching the Heal documentary. I pulled out every old book and course I could remember. I studied people who had healed themselves. Not because I didn't respect medicine—but because medicine had already given up on me.</w:t>
        <w:br/>
        <w:t>And I decided: If I was going to live, I was going to do it on my terms. With love. With spirit. With God.</w:t>
        <w:br/>
        <w:t>I stopped saying "I have cancer." I started saying "I am healed." I stopped giving it power. Stopped talking about it. Stopped letting it own me.</w:t>
        <w:br/>
        <w:t>I treated it like a speck of dust—so small it didn't deserve my energy.</w:t>
        <w:br/>
        <w:t>And everyone thought I had lost my mind. Family. Friends. Even strangers online.</w:t>
        <w:br/>
        <w:t>But I didn't care.</w:t>
        <w:br/>
        <w:t>I wasn't crazy. I was manifesting. I was creating my miracle.</w:t>
        <w:br/>
        <w:t>And then—right when I made that decision—something divine happened.</w:t>
        <w:br/>
        <w:t>My friend's nephew, Jasaan, showed up. Out of the blue.</w:t>
        <w:br/>
        <w:t>He was only 27. I'd never spent much time with him before.</w:t>
        <w:br/>
        <w:t>But he walked in like a messenger—and he brought books.</w:t>
        <w:br/>
        <w:t>Eight of them. All about natural healing.</w:t>
        <w:br/>
        <w:t>He had gone on Amazon and searched. He'd read reviews. And he picked out some of the most powerful tools that would guide me through the next phase of my healing journey.</w:t>
        <w:br/>
        <w:t>Books like Chris Beat Cancer. Radical Remission. And so many others.</w:t>
        <w:br/>
        <w:t>We used to joke and call him "Jasaan Get Yo Book On." Because he really came through. He brought knowledge. He brought presence. He brought a light I didn't even know I needed.</w:t>
        <w:br/>
        <w:t>And looking back now, I know he was an angel.</w:t>
        <w:br/>
        <w:t>A reminder that when you say yes to your healing, the universe responds.</w:t>
        <w:br/>
        <w:t>Even through people you least expect.</w:t>
        <w:br/>
        <w:t>Even through a 27-year-old with a good heart and a backpack full of miracles.</w:t>
        <w:br/>
        <w:t>And that's how my journey really began.</w:t>
      </w:r>
    </w:p>
    <w:p>
      <w:pPr>
        <w:pStyle w:val="Heading2"/>
      </w:pPr>
      <w:r>
        <w:t>The Lesson: Reclaiming Your Power When Given a Death Sentence</w:t>
      </w:r>
    </w:p>
    <w:p>
      <w:r>
        <w:t>When the doctors told me I had stage four cancer—terminal, inoperable, incurable—they weren't just giving me a medical diagnosis. They were handing me a death sentence. And in that moment, I had a choice.</w:t>
        <w:br/>
        <w:t>I could accept their timeline. Their statistics. Their belief that my body was beyond repair.</w:t>
        <w:br/>
        <w:t>Or I could choose something else entirely.</w:t>
        <w:br/>
        <w:t>Here's what I learned that changed everything: Doctors aren't God.</w:t>
        <w:br/>
        <w:t>They are brilliant. They are trained. They have knowledge and skill and experience. But they do not hold the final authority over your life. Your body is not a machine that can be diagnosed and written off like a broken appliance. Your body is alive. Your spirit is powerful. And you—yes, YOU—have more say in your healing than any test result, any statistic, any prognosis.</w:t>
        <w:br/>
        <w:t>The moment I decided I was going to heal, everything shifted. Not in the external world—the diagnosis was still there, the tumor was still there, the odds were still stacked against me. But internally? I became sovereign. I stopped being a victim and became a creator.</w:t>
      </w:r>
    </w:p>
    <w:p>
      <w:pPr>
        <w:pStyle w:val="Heading3"/>
      </w:pPr>
      <w:r>
        <w:t>The Power of Language</w:t>
      </w:r>
    </w:p>
    <w:p>
      <w:r>
        <w:t>One of the first things I did was change my language. I stopped saying 'I have cancer.' Those three words carry so much weight, so much identity, so much power. Every time you say them, you're reinforcing the reality of illness in your body and your consciousness.</w:t>
        <w:br/>
        <w:t>Instead, I started saying: 'I am healed.' Not 'I will be healed.' Not 'I hope to heal.' Present tense. As if it was already done.</w:t>
        <w:br/>
        <w:t>This isn't denial. This is creation. When you speak in the present tense, you signal to your subconscious mind, your cells, your spirit, and the Universe that this is your truth. You're not waiting for healing—you're embodying it right now.</w:t>
      </w:r>
    </w:p>
    <w:p>
      <w:pPr>
        <w:pStyle w:val="Heading3"/>
      </w:pPr>
      <w:r>
        <w:t>The Manifestation Mindset</w:t>
      </w:r>
    </w:p>
    <w:p>
      <w:r>
        <w:t>For years before my diagnosis, I had manifested jobs, homes, relationships, opportunities. I knew the formula:</w:t>
        <w:br/>
        <w:t>• Get clear on what you want</w:t>
        <w:br/>
        <w:t>• Visualize it as already done</w:t>
        <w:br/>
        <w:t>• Feel the emotions of having it</w:t>
        <w:br/>
        <w:t>• Take aligned action</w:t>
        <w:br/>
        <w:t>• Let go of the 'how'</w:t>
        <w:br/>
        <w:t>But I had never applied this to my health. Why? Because I didn't think it worked that way. I thought health was different—that it was purely physical, medical, scientific.</w:t>
        <w:br/>
        <w:t>I was wrong.</w:t>
        <w:br/>
        <w:t>Your body responds to your beliefs. Your cells listen to your thoughts. Your immune system is influenced by your emotions. When you believe you're dying, your body begins to shut down. When you believe you're healed, your body activates its natural healing intelligence.</w:t>
        <w:br/>
        <w:t>This isn't pseudoscience—it's epigenetics, psychoneuroimmunology, and quantum biology. But more importantly, it's spiritual truth.</w:t>
      </w:r>
    </w:p>
    <w:p>
      <w:pPr>
        <w:pStyle w:val="Heading3"/>
      </w:pPr>
      <w:r>
        <w:t>What Happens When You Say Yes to Healing</w:t>
      </w:r>
    </w:p>
    <w:p>
      <w:r>
        <w:t>The moment I committed to my healing—not as a hope, but as a decision—the Universe responded.</w:t>
        <w:br/>
        <w:t>Jasaan showed up with books. Big Mike and his mom Anne appeared with Reiki. A psychic in Port Townsend told me I was in my Jupiter year. A curandera in Argentina performed a ceremony for me without ever meeting me.</w:t>
        <w:br/>
        <w:t>Angels, messengers, synchronicities—they all began to appear.</w:t>
        <w:br/>
        <w:t>Because when you align with life, life aligns with you.</w:t>
        <w:br/>
        <w:t>But here's the hard truth: You have to go first. You have to believe before you see the evidence. You have to claim your healing before the tumor shrinks, before the tests come back clear, before anyone else believes you.</w:t>
        <w:br/>
        <w:t>That's faith. That's manifestation. That's power.</w:t>
      </w:r>
    </w:p>
    <w:p>
      <w:pPr>
        <w:pStyle w:val="Heading2"/>
      </w:pPr>
      <w:r>
        <w:t>The Practice: The Daily Healing Ritual</w:t>
      </w:r>
    </w:p>
    <w:p>
      <w:r>
        <w:t>This is the practice I used every single day during my healing journey. It's simple, but it's powerful. Consistency is everything.</w:t>
      </w:r>
    </w:p>
    <w:p>
      <w:pPr>
        <w:pStyle w:val="Heading3"/>
      </w:pPr>
      <w:r>
        <w:t>Morning Ritual (10-15 minutes)</w:t>
      </w:r>
    </w:p>
    <w:p>
      <w:r>
        <w:t>1. Affirmations (5 minutes)</w:t>
        <w:br/>
        <w:t>Stand in front of a mirror, look yourself in the eyes, and say these affirmations out loud. Feel them in your body. Let them sink into your bones.</w:t>
        <w:br/>
        <w:t>• I am healed.</w:t>
        <w:br/>
        <w:t>• My body knows how to heal itself.</w:t>
        <w:br/>
        <w:t>• Every cell in my body is vibrating with health and vitality.</w:t>
        <w:br/>
        <w:t>• I trust my body's wisdom.</w:t>
        <w:br/>
        <w:t>• I am surrounded by love, light, and divine support.</w:t>
        <w:br/>
        <w:t>• My healing is inevitable.</w:t>
        <w:br/>
        <w:t>• I am grateful for my strong, healthy body.</w:t>
        <w:br/>
        <w:t>Create your own affirmations that feel true and powerful for you. Speak them with conviction.</w:t>
      </w:r>
    </w:p>
    <w:p>
      <w:r>
        <w:t>2. Visualization (5-10 minutes)</w:t>
        <w:br/>
        <w:t>Sit or lie down in a quiet space. Close your eyes. Take three deep breaths.</w:t>
        <w:br/>
        <w:t>Now visualize your body in perfect health. See yourself vibrant, strong, radiant. See your cells glowing with light. See your immune system working powerfully on your behalf. See the illness shrinking, dissolving, leaving your body.</w:t>
        <w:br/>
        <w:t>Feel what it feels like to be completely healed. Feel the gratitude. Feel the joy. Feel the freedom.</w:t>
        <w:br/>
        <w:t>Don't rush this. Let yourself really feel it.</w:t>
      </w:r>
    </w:p>
    <w:p>
      <w:r>
        <w:t>3. Gratitude (2 minutes)</w:t>
        <w:br/>
        <w:t>Before you open your eyes, place your hand on your heart and say:</w:t>
        <w:br/>
        <w:t>'Thank you, body, for healing. Thank you, Spirit, for supporting me. Thank you, Universe, for this miracle. It is done.'</w:t>
      </w:r>
    </w:p>
    <w:p>
      <w:pPr>
        <w:pStyle w:val="Heading3"/>
      </w:pPr>
      <w:r>
        <w:t>Throughout the Day</w:t>
      </w:r>
    </w:p>
    <w:p>
      <w:r>
        <w:t>• Every time you catch yourself thinking or speaking about illness, pause and reframe it.</w:t>
        <w:br/>
        <w:t>• Replace 'I have cancer' with 'I am healing.'</w:t>
        <w:br/>
        <w:t>• Replace 'I'm sick' with 'I'm getting stronger every day.'</w:t>
        <w:br/>
        <w:t>• Replace 'I'm scared' with 'I trust my body and my spirit.'</w:t>
      </w:r>
    </w:p>
    <w:p>
      <w:pPr>
        <w:pStyle w:val="Heading3"/>
      </w:pPr>
      <w:r>
        <w:t>Evening Practice (5 minutes)</w:t>
      </w:r>
    </w:p>
    <w:p>
      <w:r>
        <w:t>Before bed, write down three things your body did well today. Even if it's small.</w:t>
        <w:br/>
        <w:t>Examples:</w:t>
        <w:br/>
        <w:t>• My body digested food.</w:t>
        <w:br/>
        <w:t>• I walked to the mailbox.</w:t>
        <w:br/>
        <w:t>• I felt a moment of peace.</w:t>
        <w:br/>
        <w:t>This trains your mind to focus on what's working, not what's broken.</w:t>
      </w:r>
    </w:p>
    <w:p>
      <w:pPr>
        <w:pStyle w:val="Heading2"/>
      </w:pPr>
      <w:r>
        <w:t>Journal Prompts</w:t>
      </w:r>
    </w:p>
    <w:p>
      <w:r>
        <w:t>1. What 'death sentence' have I been given in my life? (This could be medical, but it could also be emotional, financial, relational—any area where you've been told 'this is impossible' or 'it's too late.')</w:t>
      </w:r>
    </w:p>
    <w:p>
      <w:r>
        <w:t>2. Who gets to decide my future—me or someone else? What would change if I chose to believe I have the final say?</w:t>
      </w:r>
    </w:p>
    <w:p>
      <w:r>
        <w:t>3. What would I do, think, or feel differently if I truly believed healing was inevitable?</w:t>
      </w:r>
    </w:p>
    <w:p>
      <w:r>
        <w:t>4. Where in my life have I already manifested something 'impossible'? How did I do it? What did that feel like?</w:t>
      </w:r>
    </w:p>
    <w:p>
      <w:r>
        <w:t>5. If my body could speak to me right now, what would it say?</w:t>
      </w:r>
    </w:p>
    <w:p>
      <w:r>
        <w:t>6. What am I ready to stop saying about myself, my body, or my life?</w:t>
      </w:r>
    </w:p>
    <w:p>
      <w:r>
        <w:t>7. What new truth am I ready to claim?</w:t>
      </w:r>
    </w:p>
    <w:p>
      <w:pPr>
        <w:pStyle w:val="Heading2"/>
      </w:pPr>
      <w:r>
        <w:t>Closing Reflection</w:t>
      </w:r>
    </w:p>
    <w:p>
      <w:r>
        <w:t>The day I was diagnosed with stage four cancer, I was given an expiration date. The doctors, the statistics, the system—they all said the same thing: You're going to die.</w:t>
        <w:br/>
        <w:t>But my soul said something different.</w:t>
        <w:br/>
        <w:t>My soul said: You weren't done yet.</w:t>
        <w:br/>
        <w:t>And in that moment, I had to choose. Would I believe them? Or would I believe me?</w:t>
        <w:br/>
        <w:t>I chose me.</w:t>
        <w:br/>
        <w:t>And that choice—that one decision to reclaim my power, to speak life over my body, to treat my healing as inevitable—that choice changed everything.</w:t>
        <w:br/>
        <w:t>You have that same choice.</w:t>
        <w:br/>
        <w:t>No matter what diagnosis you've been given. No matter what anyone has told you is impossible. No matter how bleak things look.</w:t>
        <w:br/>
        <w:t>You get to decide.</w:t>
        <w:br/>
        <w:t>Your soul knows the truth. Listen to it.</w:t>
      </w:r>
    </w:p>
    <w:p>
      <w:pPr>
        <w:pStyle w:val="Heading2"/>
      </w:pPr>
      <w:r>
        <w:t>Affirmation to Carry Forward:</w:t>
      </w:r>
    </w:p>
    <w:p>
      <w:r>
        <w:t>I am not defined by any diagnosis, prognosis, or limitation. I am a sovereign being with the power to heal, transform, and create miracles. My body is wise. My spirit is strong. And I wasn't done yet.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