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Two: The Break in Reality</w:t>
      </w:r>
    </w:p>
    <w:p>
      <w:pPr>
        <w:pStyle w:val="Heading2"/>
      </w:pPr>
      <w:r>
        <w:t>The Story</w:t>
      </w:r>
    </w:p>
    <w:p>
      <w:r>
        <w:t>Once I decided I was going to heal, something strange started happening.</w:t>
      </w:r>
    </w:p>
    <w:p>
      <w:r>
        <w:t>The world around me stopped making sense.</w:t>
      </w:r>
    </w:p>
    <w:p>
      <w:r>
        <w:t>It’s like the moment I said “I’m not dying,” everyone else doubled down on the idea that I was.</w:t>
      </w:r>
    </w:p>
    <w:p>
      <w:r>
        <w:t>Doctors. Family. Friends.</w:t>
      </w:r>
    </w:p>
    <w:p>
      <w:r>
        <w:t>They didn’t hear my declaration as strength. They saw it as delusion.</w:t>
      </w:r>
    </w:p>
    <w:p>
      <w:r>
        <w:t>And suddenly, everything felt… unreal. Like I had stepped out of the movie they were all still watching.</w:t>
      </w:r>
    </w:p>
    <w:p>
      <w:r>
        <w:t>I’d be sitting in doctor’s offices while they talked about me like I was already gone. I’d hear words like palliative care and social work and quality of life. They spoke with flat voices, using phrases like “the goal now is comfort.”</w:t>
      </w:r>
    </w:p>
    <w:p>
      <w:r>
        <w:t>No. My goal was healing.</w:t>
      </w:r>
    </w:p>
    <w:p>
      <w:r>
        <w:t>But they weren’t listening.</w:t>
      </w:r>
    </w:p>
    <w:p>
      <w:r>
        <w:t>My own family—people I loved—started treating me like I was fragile. Like I couldn’t make sound decisions. Like choosing not to panic meant I wasn’t accepting “reality.”</w:t>
      </w:r>
    </w:p>
    <w:p>
      <w:r>
        <w:t>But I was accepting reality.</w:t>
      </w:r>
    </w:p>
    <w:p>
      <w:r>
        <w:t>Just not theirs.</w:t>
      </w:r>
    </w:p>
    <w:p>
      <w:r>
        <w:t>At first, I thought I was just seeing things differently because I was in shock. But it wasn’t that.</w:t>
      </w:r>
    </w:p>
    <w:p>
      <w:r>
        <w:t>It was clarity.</w:t>
      </w:r>
    </w:p>
    <w:p>
      <w:r>
        <w:t>Something was shifting inside of me. Something deep. Something ancient. Something that said: “This isn’t just about cancer. This is about waking up.”</w:t>
      </w:r>
    </w:p>
    <w:p>
      <w:r>
        <w:t>And the more I trusted that voice, the more reality started to… separate.</w:t>
      </w:r>
    </w:p>
    <w:p>
      <w:r>
        <w:t>I’d watch people go about their day like nothing was happening. Scrolling. Gossiping. Drinking. Obsessed with news cycles and reality shows.</w:t>
      </w:r>
    </w:p>
    <w:p>
      <w:r>
        <w:t>Meanwhile, I was having conversations with God. Feeling energy ripple through my body. Hearing things in dreams. Getting messages in silence.</w:t>
      </w:r>
    </w:p>
    <w:p>
      <w:r>
        <w:t>And it felt like no one around me could see it.</w:t>
      </w:r>
    </w:p>
    <w:p>
      <w:r>
        <w:t>I had one foot in this world, and one foot in something beyond.</w:t>
      </w:r>
    </w:p>
    <w:p>
      <w:r>
        <w:t>People were telling me I was crazy. But honestly? The world around me felt like the crazy one.</w:t>
      </w:r>
    </w:p>
    <w:p>
      <w:r>
        <w:t>Because I couldn’t go back to the illusion. To the grind. To the fear. To pretending everything was normal while I was witnessing literal miracles start to unfold inside me.</w:t>
      </w:r>
    </w:p>
    <w:p>
      <w:r>
        <w:t>That was the break. Not in my mind—in the old reality.</w:t>
      </w:r>
    </w:p>
    <w:p>
      <w:r>
        <w:t>And once it cracked open, I couldn’t unsee it.</w:t>
      </w:r>
    </w:p>
    <w:p>
      <w:r>
        <w:t>-----</w:t>
      </w:r>
    </w:p>
    <w:p>
      <w:r>
        <w:t>By the time they diagnosed me on November 11th, I was already dying.</w:t>
      </w:r>
    </w:p>
    <w:p>
      <w:r>
        <w:t>I weighed 100 pounds soaking wet. I’m not a tall woman, and at that weight, I looked skeletal. My face was sunken. My bones jutted out through my skin. I was too weak to walk. Too weak to eat. I hadn’t swallowed food—not even water or smoothies—in weeks.</w:t>
      </w:r>
    </w:p>
    <w:p>
      <w:r>
        <w:t>I was bedbound.</w:t>
      </w:r>
    </w:p>
    <w:p>
      <w:r>
        <w:t>When I needed to use the bathroom, I had to crawl. Literally crawl across the floor of my own home because I didn’t have the strength to stand.</w:t>
      </w:r>
    </w:p>
    <w:p>
      <w:r>
        <w:t>Taking a bath was torture. My body was so frail that I’d get sores just from lying in the water.</w:t>
      </w:r>
    </w:p>
    <w:p>
      <w:r>
        <w:t>The palliative care team told me I could die at any time. Not in a month. Not in weeks. Any. Time.</w:t>
      </w:r>
    </w:p>
    <w:p>
      <w:r>
        <w:t>I was on the verge of death.</w:t>
      </w:r>
    </w:p>
    <w:p>
      <w:r>
        <w:t>And yet, somewhere deep inside me, I knew I wasn’t done yet.</w:t>
      </w:r>
    </w:p>
    <w:p>
      <w:r>
        <w:t>After my diagnosis, there was this awful waiting period. The doctors had to get approval from insurance companies. They were trying to get me into experimental trials and immunotherapy studies. It was all bureaucracy and red tape and paperwork while my life hung in the balance.</w:t>
      </w:r>
    </w:p>
    <w:p>
      <w:r>
        <w:t>I felt like a case number. Like they were shuffling papers while I was dying.</w:t>
      </w:r>
    </w:p>
    <w:p>
      <w:r>
        <w:t>So I didn’t wait for them.</w:t>
      </w:r>
    </w:p>
    <w:p>
      <w:r>
        <w:t>One name kept dropping into my consciousness: Mike.</w:t>
      </w:r>
    </w:p>
    <w:p>
      <w:r>
        <w:t>Big Mike.</w:t>
      </w:r>
    </w:p>
    <w:p>
      <w:r>
        <w:t>We’d been friends since we were young, but we hadn’t spoken in over ten years. He’d been in a relationship with a woman who didn’t allow him to have female friends. She controlled who he could talk to, who he could see. And I was angry about that. I would never let a man—not even my daughter’s father—tell me who I could be friends with. So when Mike chose that relationship over our friendship, I was hurt. I was mad.</w:t>
      </w:r>
    </w:p>
    <w:p>
      <w:r>
        <w:t>But when I got diagnosed, his name wouldn’t leave my mind.</w:t>
      </w:r>
    </w:p>
    <w:p>
      <w:r>
        <w:t>I knew Mike had studied Reiki. I knew his mother, Anne, was a Reiki master. And I needed someone who believed in energy. Someone who understood that healing wasn’t just physical.</w:t>
      </w:r>
    </w:p>
    <w:p>
      <w:r>
        <w:t>I was too sick to reach out myself. I could barely lift my phone. So I asked our mutual friend, Jennifer, to contact him for me.</w:t>
      </w:r>
    </w:p>
    <w:p>
      <w:r>
        <w:t>Mike showed up right away.</w:t>
      </w:r>
    </w:p>
    <w:p>
      <w:r>
        <w:t>His girlfriend allowed it because she thought I was going to die. I looked so terrible—so skeletal, so close to death—that she wasn’t threatened by me anymore.</w:t>
      </w:r>
    </w:p>
    <w:p>
      <w:r>
        <w:t>It’s horrifying when you think about it. But I didn’t care. I just needed help.</w:t>
      </w:r>
    </w:p>
    <w:p>
      <w:r>
        <w:t>-----</w:t>
      </w:r>
    </w:p>
    <w:p>
      <w:r>
        <w:t>I first learned about Reiki when I was 19 years old.</w:t>
      </w:r>
    </w:p>
    <w:p>
      <w:r>
        <w:t>Mike and I were living together as roommates back then, and one day I had terrible period cramps. I was curled up in pain, and Mike said, “Oh, I can help you with that.”</w:t>
      </w:r>
    </w:p>
    <w:p>
      <w:r>
        <w:t>I was disgusted. “You’re not going to help me with my period cramps!” I thought he’d lost his mind.</w:t>
      </w:r>
    </w:p>
    <w:p>
      <w:r>
        <w:t>But something made me let him try.</w:t>
      </w:r>
    </w:p>
    <w:p>
      <w:r>
        <w:t>He placed his hands on my lower abdomen, and within minutes, I felt this warmth—this energy—move through my body. The cramps disappeared. Just… gone.</w:t>
      </w:r>
    </w:p>
    <w:p>
      <w:r>
        <w:t>I didn’t understand it. I didn’t have language for it. But I felt it.</w:t>
      </w:r>
    </w:p>
    <w:p>
      <w:r>
        <w:t>That was my introduction to Reiki. That was the moment I learned that energy was real.</w:t>
      </w:r>
    </w:p>
    <w:p>
      <w:r>
        <w:t>And then I completely forgot about it.</w:t>
      </w:r>
    </w:p>
    <w:p>
      <w:r>
        <w:t>For twenty years, that experience sat somewhere in the back of my mind, filed away as a strange memory I couldn’t quite explain.</w:t>
      </w:r>
    </w:p>
    <w:p>
      <w:r>
        <w:t>Until I got cancer.</w:t>
      </w:r>
    </w:p>
    <w:p>
      <w:r>
        <w:t>And suddenly, Mike’s name was in my head again. Not because I consciously remembered the period cramps. But because my soul remembered.</w:t>
      </w:r>
    </w:p>
    <w:p>
      <w:r>
        <w:t>-----</w:t>
      </w:r>
    </w:p>
    <w:p>
      <w:r>
        <w:t>Mike told me that his mother, Anne, lived in Port Townsend, Washington—about two and a half hours north of Seattle. He said that’s where they needed to do the Reiki attunement. That’s where it had to happen.</w:t>
      </w:r>
    </w:p>
    <w:p>
      <w:r>
        <w:t>I didn’t fully understand what an attunement was. I thought I was just going to get Reiki healing. I didn’t realize they were going to give me the ability to channel Reiki energy myself.</w:t>
      </w:r>
    </w:p>
    <w:p>
      <w:r>
        <w:t>But I said yes anyway.</w:t>
      </w:r>
    </w:p>
    <w:p>
      <w:r>
        <w:t>Even though I was dying. Even though the trip would be agony. Even though I could barely move.</w:t>
      </w:r>
    </w:p>
    <w:p>
      <w:r>
        <w:t>I knew I had to go.</w:t>
      </w:r>
    </w:p>
    <w:p>
      <w:r>
        <w:t>Jennifer drove me. The trip wasn’t fun. I couldn’t sit up. I couldn’t talk much. Every bump in the road felt like it was rattling my bones apart. But I made it.</w:t>
      </w:r>
    </w:p>
    <w:p>
      <w:r>
        <w:t>Anne’s house was an old 1900s farmhouse that her late husband’s family had owned for over a hundred years. She’d raised eight or nine children there as a single mother. The house sat near the ocean, and you could hear the waves in the distance and the wind chimes singing softly from the big front porch.</w:t>
      </w:r>
    </w:p>
    <w:p>
      <w:r>
        <w:t>Inside, there were crystals everywhere. On windowsills. On shelves. Huge chunks of amethyst and quartz. The energy in that house felt different—calm, sacred, alive.</w:t>
      </w:r>
    </w:p>
    <w:p>
      <w:r>
        <w:t>I was too weak to enjoy any of it, though. They had to help me inside. I could barely walk.</w:t>
      </w:r>
    </w:p>
    <w:p>
      <w:r>
        <w:t>Anne was quiet but kind. She didn’t say much, but her presence was solid. Grounded. She was ready to work. Mike was more nervous. I could feel his fear.</w:t>
      </w:r>
    </w:p>
    <w:p>
      <w:r>
        <w:t>They also had a massive German Shepherd named Sasha. She was gentle and warm, and when I laid down, she stayed right beside me. I remember curling up near her just to feel the comfort of her presence.</w:t>
      </w:r>
    </w:p>
    <w:p>
      <w:r>
        <w:t>-----</w:t>
      </w:r>
    </w:p>
    <w:p>
      <w:r>
        <w:t>We did the Reiki attunement that night in the living room.</w:t>
      </w:r>
    </w:p>
    <w:p>
      <w:r>
        <w:t>The furniture was all older wood, warm and worn. They set up a massage table for me in the center of the room, and I climbed onto it with their help.</w:t>
      </w:r>
    </w:p>
    <w:p>
      <w:r>
        <w:t>Jennifer was there too. She’s over six feet tall, just like Mike and Anne. The three of them standing around me, I called them my “friendly giants.” These three tall, loving people surrounding me, ready to channel healing into my broken body.</w:t>
      </w:r>
    </w:p>
    <w:p>
      <w:r>
        <w:t>It happened to be a full moon that night. Mike took a picture.</w:t>
      </w:r>
    </w:p>
    <w:p>
      <w:r>
        <w:t>They placed crystal wands all over my body. Clear quartz. Amethyst. Huge, heavy stones. I could feel the weight of them on my skin, on my chest, my stomach, my legs. They told me what each placement was for, but honestly, I was so sick and so overwhelmed that I just surrendered.</w:t>
      </w:r>
    </w:p>
    <w:p>
      <w:r>
        <w:t>Sasha laid on the floor beside the table, and I could reach down and touch her soft fur.</w:t>
      </w:r>
    </w:p>
    <w:p>
      <w:r>
        <w:t>The wind chimes outside sang in the breeze.</w:t>
      </w:r>
    </w:p>
    <w:p>
      <w:r>
        <w:t>And then they began.</w:t>
      </w:r>
    </w:p>
    <w:p>
      <w:r>
        <w:t>Anne, Mike, and Jennifer placed their hands on me. I closed my eyes and tried to breathe.</w:t>
      </w:r>
    </w:p>
    <w:p>
      <w:r>
        <w:t>And that’s when I felt it.</w:t>
      </w:r>
    </w:p>
    <w:p>
      <w:r>
        <w:t>This… tingling. This warmth. This energy moving through my body like a river of light.</w:t>
      </w:r>
    </w:p>
    <w:p>
      <w:r>
        <w:t>My stomach started to bubble and bounce like something alive was waking up inside me. It felt like the energy was bouncing off the walls of my insides, ricocheting through me, activating something that had been asleep.</w:t>
      </w:r>
    </w:p>
    <w:p>
      <w:r>
        <w:t>I’d never felt anything like it.</w:t>
      </w:r>
    </w:p>
    <w:p>
      <w:r>
        <w:t>And then Mike said something that changed everything.</w:t>
      </w:r>
    </w:p>
    <w:p>
      <w:r>
        <w:t>“I feel something different,” he said quietly. His voice was shaking. “Your energy… it’s not the same.”</w:t>
      </w:r>
    </w:p>
    <w:p>
      <w:r>
        <w:t>I opened my eyes and looked at him. He looked scared.</w:t>
      </w:r>
    </w:p>
    <w:p>
      <w:r>
        <w:t>“What do you mean?” I asked.</w:t>
      </w:r>
    </w:p>
    <w:p>
      <w:r>
        <w:t>“My uncle,” he said. “He was a Reiki master. He had cancer. He thought he could heal himself with Reiki. And he died.”</w:t>
      </w:r>
    </w:p>
    <w:p>
      <w:r>
        <w:t>Mike’s voice cracked. “He died about ten years ago. And when I did Reiki on him, his energy felt… heavy. Dark. Like it was shutting down.”</w:t>
      </w:r>
    </w:p>
    <w:p>
      <w:r>
        <w:t>He paused, his hands still on my body.</w:t>
      </w:r>
    </w:p>
    <w:p>
      <w:r>
        <w:t>“But yours… yours feels different. I don’t know what it is. But it’s not the same. And I’m scared.”</w:t>
      </w:r>
    </w:p>
    <w:p>
      <w:r>
        <w:t>I could see the fear in his eyes. I could feel it in the room. Anne and Jennifer were silent, but I knew they felt it too.</w:t>
      </w:r>
    </w:p>
    <w:p>
      <w:r>
        <w:t>They were terrified. Terrified that I was going to die on that table. Terrified that they were going to lose me the way they’d lost Mike’s uncle.</w:t>
      </w:r>
    </w:p>
    <w:p>
      <w:r>
        <w:t>But I looked Mike right in the eyes and said, “Don’t be scared. I’m not going anywhere. I’m going to heal.”</w:t>
      </w:r>
    </w:p>
    <w:p>
      <w:r>
        <w:t>And I meant it.</w:t>
      </w:r>
    </w:p>
    <w:p>
      <w:r>
        <w:t>I knew it. Unequivocally. With every fiber of my being.</w:t>
      </w:r>
    </w:p>
    <w:p>
      <w:r>
        <w:t>I didn’t understand why other people couldn’t see what I could see so clearly. But Mike feeling that different energy—that was confirmation. He felt it too, even if he didn’t understand it.</w:t>
      </w:r>
    </w:p>
    <w:p>
      <w:r>
        <w:t>-----</w:t>
      </w:r>
    </w:p>
    <w:p>
      <w:r>
        <w:t>After the ceremony, they taught me the Reiki symbols. They showed me how to place my hands on my own body. They told me I needed to do Reiki on myself every single day.</w:t>
      </w:r>
    </w:p>
    <w:p>
      <w:r>
        <w:t>And I did.</w:t>
      </w:r>
    </w:p>
    <w:p>
      <w:r>
        <w:t>Every day, lying in my bed—because I was still bedbound—I would place my hands on my body and channel that energy. I’d visualize light pouring through me. I’d feel that same tingling, that same aliveness.</w:t>
      </w:r>
    </w:p>
    <w:p>
      <w:r>
        <w:t>And I could feel it working.</w:t>
      </w:r>
    </w:p>
    <w:p>
      <w:r>
        <w:t>The energy felt so strong. Like it was bouncing off the walls of my insides, moving through me, cleaning me out, waking my cells up.</w:t>
      </w:r>
    </w:p>
    <w:p>
      <w:r>
        <w:t>I couldn’t walk. I couldn’t eat. I could barely function.</w:t>
      </w:r>
    </w:p>
    <w:p>
      <w:r>
        <w:t>But I could do Reiki. And I did it every single day.</w:t>
      </w:r>
    </w:p>
    <w:p>
      <w:r>
        <w:t>-----</w:t>
      </w:r>
    </w:p>
    <w:p>
      <w:r>
        <w:t>The next morning, even though I was still incredibly weak, something inside me nudged me to get out of bed and go somewhere. I didn’t know where. I just knew I had to go.</w:t>
      </w:r>
    </w:p>
    <w:p>
      <w:r>
        <w:t>Jennifer drove me into the quaint downtown area of Port Townsend, and as we passed through the streets, a little crystal shop caught my eye. The window glimmered with stones and soft light, and a handwritten sign read: “Moonrise Crystals.”</w:t>
      </w:r>
    </w:p>
    <w:p>
      <w:r>
        <w:t>I asked her to pull over.</w:t>
      </w:r>
    </w:p>
    <w:p>
      <w:r>
        <w:t>Inside, the shop was peaceful. It smelled of sage and sandalwood, and I wandered slowly through displays of sparkling amethyst and rose quartz, running my fingers gently over everything.</w:t>
      </w:r>
    </w:p>
    <w:p>
      <w:r>
        <w:t>Then I saw it.</w:t>
      </w:r>
    </w:p>
    <w:p>
      <w:r>
        <w:t>A tiny rose quartz angel, carved with soft wings and a gentle face. I picked it up, and the moment it touched my skin, I felt something shift inside. A softness. A message.</w:t>
      </w:r>
    </w:p>
    <w:p>
      <w:r>
        <w:t>I didn’t know why I needed that angel—but I did. I bought it and tucked it into my pocket.</w:t>
      </w:r>
    </w:p>
    <w:p>
      <w:r>
        <w:t>Only later would I understand that that was the beginning of my connection to angel energy. Now, I keep angel figurines all over my home. They watch over me. They’re part of my journey.</w:t>
      </w:r>
    </w:p>
    <w:p>
      <w:r>
        <w:t>As I turned to leave, another sign caught my eye.</w:t>
      </w:r>
    </w:p>
    <w:p>
      <w:r>
        <w:t>“Psychic Readings Upstairs—Walk-ins Welcome.”</w:t>
      </w:r>
    </w:p>
    <w:p>
      <w:r>
        <w:t>I hesitated. I could barely walk. The stairs looked like a mountain. But something in my soul said: Go.</w:t>
      </w:r>
    </w:p>
    <w:p>
      <w:r>
        <w:t>I climbed slowly, gripping the railing. I was trembling by the time I got to the top, but I made it.</w:t>
      </w:r>
    </w:p>
    <w:p>
      <w:r>
        <w:t>There, in a quiet attic room, sat a warm woman with a soft smile and silver-streaked hair.</w:t>
      </w:r>
    </w:p>
    <w:p>
      <w:r>
        <w:t>Her name was Denise Clair.</w:t>
      </w:r>
    </w:p>
    <w:p>
      <w:r>
        <w:t>She looked at me with kind eyes and asked what brought me in. I told her, without any pretense, “I was just diagnosed with stage four esophageal cancer.”</w:t>
      </w:r>
    </w:p>
    <w:p>
      <w:r>
        <w:t>She blinked. For a moment, she looked scared to even read for me.</w:t>
      </w:r>
    </w:p>
    <w:p>
      <w:r>
        <w:t>But she didn’t flinch. She shuffled her tarot cards and laid them out carefully. She explained that she was a psychic and astrologer, and she used the cards as tools to receive guidance.</w:t>
      </w:r>
    </w:p>
    <w:p>
      <w:r>
        <w:t>I didn’t understand tarot, but her face began to light up.</w:t>
      </w:r>
    </w:p>
    <w:p>
      <w:r>
        <w:t>“You’re in the Year of Jupiter,” she said. “This is the year of gifts, luck, and expansion. Spirit is telling me you’re going to be just fine.”</w:t>
      </w:r>
    </w:p>
    <w:p>
      <w:r>
        <w:t>I blinked back tears.</w:t>
      </w:r>
    </w:p>
    <w:p>
      <w:r>
        <w:t>She said, “You’re surrounded by love. Surrounded by angels.”</w:t>
      </w:r>
    </w:p>
    <w:p>
      <w:r>
        <w:t>And I believed her.</w:t>
      </w:r>
    </w:p>
    <w:p>
      <w:r>
        <w:t>It was the first time I really felt hope.</w:t>
      </w:r>
    </w:p>
    <w:p>
      <w:r>
        <w:t>Not just a maybe.</w:t>
      </w:r>
    </w:p>
    <w:p>
      <w:r>
        <w:t>But a knowing.</w:t>
      </w:r>
    </w:p>
    <w:p>
      <w:r>
        <w:t>-----</w:t>
      </w:r>
    </w:p>
    <w:p>
      <w:r>
        <w:t>By the time I left Port Townsend, something had shifted.</w:t>
      </w:r>
    </w:p>
    <w:p>
      <w:r>
        <w:t>I didn’t look any different. I was still skeletal. Still weak. Still dying in everyone else’s eyes.</w:t>
      </w:r>
    </w:p>
    <w:p>
      <w:r>
        <w:t>But I knew.</w:t>
      </w:r>
    </w:p>
    <w:p>
      <w:r>
        <w:t>I wasn’t done yet.</w:t>
      </w:r>
    </w:p>
    <w:p>
      <w:r>
        <w:t>-----</w:t>
      </w:r>
    </w:p>
    <w:p>
      <w:r>
        <w:t>In December, the doctors put an esophageal stent in my throat. They said it would help me eat—that it would hold my esophagus open so food could pass through.</w:t>
      </w:r>
    </w:p>
    <w:p>
      <w:r>
        <w:t>I was hospitalized for the procedure.</w:t>
      </w:r>
    </w:p>
    <w:p>
      <w:r>
        <w:t>And that’s when something extraordinary happened.</w:t>
      </w:r>
    </w:p>
    <w:p>
      <w:r>
        <w:t>I had what I can only describe as a near-death experience.</w:t>
      </w:r>
    </w:p>
    <w:p>
      <w:r>
        <w:t>I thought I was hallucinating. I mean, I hadn’t eaten in 45 days. Forty-five days. My body was shutting down. My mind was foggy. So when I felt myself leave my body, when I saw light and felt the presence of spirits, when I went somewhere that felt like heaven—I told myself it was just my brain misfiring.</w:t>
      </w:r>
    </w:p>
    <w:p>
      <w:r>
        <w:t>But it wasn’t.</w:t>
      </w:r>
    </w:p>
    <w:p>
      <w:r>
        <w:t>It was real.</w:t>
      </w:r>
    </w:p>
    <w:p>
      <w:r>
        <w:t>And I’ll tell you more about that experience in later chapters, because it deserves its own space. But what I need you to know right now is this:</w:t>
      </w:r>
    </w:p>
    <w:p>
      <w:r>
        <w:t>That near-death experience coincided with my tumor disappearing.</w:t>
      </w:r>
    </w:p>
    <w:p>
      <w:r>
        <w:t>The stent worked—kind of. I started eating right away. I thought it was because the stent was holding my throat open.</w:t>
      </w:r>
    </w:p>
    <w:p>
      <w:r>
        <w:t>But later, I realized: the tumor was gone.</w:t>
      </w:r>
    </w:p>
    <w:p>
      <w:r>
        <w:t>That’s why I could eat. That’s why the stent worked.</w:t>
      </w:r>
    </w:p>
    <w:p>
      <w:r>
        <w:t>The tumor had disappeared.</w:t>
      </w:r>
    </w:p>
    <w:p>
      <w:r>
        <w:t>And because there was nothing left to anchor it, the stent fell. It dropped right into my stomach—a foreign object with nowhere to hold on.</w:t>
      </w:r>
    </w:p>
    <w:p>
      <w:r>
        <w:t>That made me violently sick.</w:t>
      </w:r>
    </w:p>
    <w:p>
      <w:r>
        <w:t>It was New Year’s Eve, 2020. I ended up in the emergency room in the middle of chaos. Gunshot wounds. COVID patients. People dying. It was hell.</w:t>
      </w:r>
    </w:p>
    <w:p>
      <w:r>
        <w:t>And that’s when they told me.</w:t>
      </w:r>
    </w:p>
    <w:p>
      <w:r>
        <w:t>The tumor in my esophagus was gone.</w:t>
      </w:r>
    </w:p>
    <w:p>
      <w:r>
        <w:t>Six weeks. From November 11th to late December.</w:t>
      </w:r>
    </w:p>
    <w:p>
      <w:r>
        <w:t>Gone.</w:t>
      </w:r>
    </w:p>
    <w:p>
      <w:r>
        <w:t>The doctors were baffled. They didn’t have an explanation. They said I still had stage four cancer because of the metastasis—the cancer had spread to my lymph nodes. But the primary tumor? The one that was supposed to kill me?</w:t>
      </w:r>
    </w:p>
    <w:p>
      <w:r>
        <w:t>Gone.</w:t>
      </w:r>
    </w:p>
    <w:p>
      <w:r>
        <w:t>-----</w:t>
      </w:r>
    </w:p>
    <w:p>
      <w:r>
        <w:t>And then, the Holy Ghost came.</w:t>
      </w:r>
    </w:p>
    <w:p>
      <w:r>
        <w:t>I don’t know how else to describe it.</w:t>
      </w:r>
    </w:p>
    <w:p>
      <w:r>
        <w:t>For three weeks straight, I was woken up every single morning at exactly 3 AM.</w:t>
      </w:r>
    </w:p>
    <w:p>
      <w:r>
        <w:t>Not by an alarm. Not by my body.</w:t>
      </w:r>
    </w:p>
    <w:p>
      <w:r>
        <w:t>By the Holy Ghost.</w:t>
      </w:r>
    </w:p>
    <w:p>
      <w:r>
        <w:t>I would feel this presence—this energy—fill the room, fill my body, and I would wake up completely alert. Energized. Alive.</w:t>
      </w:r>
    </w:p>
    <w:p>
      <w:r>
        <w:t>And I would hop out of bed.</w:t>
      </w:r>
    </w:p>
    <w:p>
      <w:r>
        <w:t>Me. The woman who had been bedbound. The woman who couldn’t walk to the bathroom. The woman who was 100 pounds and dying.</w:t>
      </w:r>
    </w:p>
    <w:p>
      <w:r>
        <w:t>I would hop out of bed like I was twenty years old.</w:t>
      </w:r>
    </w:p>
    <w:p>
      <w:r>
        <w:t>And I would dance.</w:t>
      </w:r>
    </w:p>
    <w:p>
      <w:r>
        <w:t>I didn’t put on music. I didn’t need to. The energy itself was the music. I would dance around my room, arms in the air, tears streaming down my face, feeling the presence of God move through me.</w:t>
      </w:r>
    </w:p>
    <w:p>
      <w:r>
        <w:t>It felt like the Holy Spirit was dancing with me. Through me.</w:t>
      </w:r>
    </w:p>
    <w:p>
      <w:r>
        <w:t>I knew what it was. I called it the Holy Ghost because that’s the only language I had for it. I didn’t understand how someone who had been bedbound could suddenly pop up out of bed and start dancing with God’s energy.</w:t>
      </w:r>
    </w:p>
    <w:p>
      <w:r>
        <w:t>But I didn’t question it. I just received it.</w:t>
      </w:r>
    </w:p>
    <w:p>
      <w:r>
        <w:t>Every morning. 3 AM. For three weeks.</w:t>
      </w:r>
    </w:p>
    <w:p>
      <w:r>
        <w:t>And then, after three weeks, it stopped.</w:t>
      </w:r>
    </w:p>
    <w:p>
      <w:r>
        <w:t>One morning, I just… didn’t wake up. The presence was gone. The energy had completed whatever it came to do.</w:t>
      </w:r>
    </w:p>
    <w:p>
      <w:r>
        <w:t>And I was left changed.</w:t>
      </w:r>
    </w:p>
    <w:p>
      <w:r>
        <w:t>-----</w:t>
      </w:r>
    </w:p>
    <w:p>
      <w:r>
        <w:t>It took me a while to understand the significance of it all.</w:t>
      </w:r>
    </w:p>
    <w:p>
      <w:r>
        <w:t>But eventually, I saw the pattern.</w:t>
      </w:r>
    </w:p>
    <w:p>
      <w:r>
        <w:t>Three.</w:t>
      </w:r>
    </w:p>
    <w:p>
      <w:r>
        <w:t>3 AM. The hour of the Trinity. Father, Son, Holy Spirit.</w:t>
      </w:r>
    </w:p>
    <w:p>
      <w:r>
        <w:t>Three weeks.</w:t>
      </w:r>
    </w:p>
    <w:p>
      <w:r>
        <w:t>Three people doing Reiki on me: Anne, Mike, Jennifer.</w:t>
      </w:r>
    </w:p>
    <w:p>
      <w:r>
        <w:t>The Trinity.</w:t>
      </w:r>
    </w:p>
    <w:p>
      <w:r>
        <w:t>We even started calling ourselves that. The three of us—me, Mike, and Jennifer. We joked about it at first, but then Mike went and bought us all T-shirts that said “Trinity” on them.</w:t>
      </w:r>
    </w:p>
    <w:p>
      <w:r>
        <w:t>We wore them. We owned it.</w:t>
      </w:r>
    </w:p>
    <w:p>
      <w:r>
        <w:t>Because that’s what we were. A trinity of love, energy, and divine intervention.</w:t>
      </w:r>
    </w:p>
    <w:p>
      <w:r>
        <w:t>Three. The sacred number. The number of completion. The number of God.</w:t>
      </w:r>
    </w:p>
    <w:p>
      <w:r>
        <w:t>And I believe—no, I know—that the 45-day fast, even though it was unintentional, was part of my healing. Fasting opens spiritual doors. It allows your body to heal itself. It strips away everything that isn’t essential and lets the divine move through you.</w:t>
      </w:r>
    </w:p>
    <w:p>
      <w:r>
        <w:t>The Reiki was the catalyst. It opened me to God’s energy. It gave me access to the Holy Spirit. And once that door was open, once I was attuned, once I started channeling that energy every single day—my body remembered what to do.</w:t>
      </w:r>
    </w:p>
    <w:p>
      <w:r>
        <w:t>It healed.</w:t>
      </w:r>
    </w:p>
    <w:p>
      <w:r>
        <w:t>And when the tumor disappeared, when it fell into my stomach, I suddenly had energy I hadn’t felt in months.</w:t>
      </w:r>
    </w:p>
    <w:p>
      <w:r>
        <w:t>I felt like Superwoman.</w:t>
      </w:r>
    </w:p>
    <w:p>
      <w:r>
        <w:t>-----</w:t>
      </w:r>
    </w:p>
    <w:p>
      <w:r>
        <w:t>As I walked back out into the sunlight of Port Townsend that day, angel in my pocket, tears on my cheeks, I knew I wasn’t done yet.</w:t>
      </w:r>
    </w:p>
    <w:p>
      <w:r>
        <w:t>From Jasaan showing up with books…</w:t>
      </w:r>
    </w:p>
    <w:p>
      <w:r>
        <w:t>To Big Mike and Anne’s Reiki ceremony…</w:t>
      </w:r>
    </w:p>
    <w:p>
      <w:r>
        <w:t>To this little angel and the reading from Denise Clair…</w:t>
      </w:r>
    </w:p>
    <w:p>
      <w:r>
        <w:t>Every sign was clear.</w:t>
      </w:r>
    </w:p>
    <w:p>
      <w:r>
        <w:t>I was being guided.</w:t>
      </w:r>
    </w:p>
    <w:p>
      <w:r>
        <w:t>I was going to heal.</w:t>
      </w:r>
    </w:p>
    <w:p>
      <w:r>
        <w:t>And I was going to live.</w:t>
      </w:r>
    </w:p>
    <w:p>
      <w:r>
        <w:t>-----</w:t>
      </w:r>
    </w:p>
    <w:p>
      <w:pPr>
        <w:pStyle w:val="Heading2"/>
      </w:pPr>
      <w:r>
        <w:t>The Lesson: When You Choose Healing, Reality Splits</w:t>
      </w:r>
    </w:p>
    <w:p>
      <w:r>
        <w:t>The moment I declared I was going to heal, I stepped into a different reality than everyone around me. And that’s when things got strange.</w:t>
      </w:r>
    </w:p>
    <w:p>
      <w:r>
        <w:t>Not strange in a bad way—strange in a “wait, am I seeing something no one else can see?” kind of way.</w:t>
      </w:r>
    </w:p>
    <w:p>
      <w:r>
        <w:t>Because I was.</w:t>
      </w:r>
    </w:p>
    <w:p>
      <w:r>
        <w:t>When you make a decision from your soul—when you truly commit to healing, to transformation, to living—you shift frequencies. You literally begin operating on a different vibrational level than the people who are still living in fear, limitation, and the illusion of powerlessness.</w:t>
      </w:r>
    </w:p>
    <w:p>
      <w:r>
        <w:t>And suddenly, their reality and your reality are no longer the same.</w:t>
      </w:r>
    </w:p>
    <w:p>
      <w:pPr>
        <w:pStyle w:val="Heading3"/>
      </w:pPr>
      <w:r>
        <w:t>The Disconnect</w:t>
      </w:r>
    </w:p>
    <w:p>
      <w:r>
        <w:t>This is one of the hardest parts of the healing journey that no one warns you about: the people you love will think you’ve lost your mind.</w:t>
      </w:r>
    </w:p>
    <w:p>
      <w:r>
        <w:t>They’ll see your faith as denial. Your peace as delusion. Your determination as you “not accepting reality.”</w:t>
      </w:r>
    </w:p>
    <w:p>
      <w:r>
        <w:t>But here’s the truth: You ARE accepting reality. Just not their version of it.</w:t>
      </w:r>
    </w:p>
    <w:p>
      <w:r>
        <w:t>Their reality says: The doctors know best. Statistics don’t lie. Stage four means terminal. You should prepare to die.</w:t>
      </w:r>
    </w:p>
    <w:p>
      <w:r>
        <w:t>Your reality says: My body knows how to heal. Miracles happen. I am not a statistic. I’m going to live.</w:t>
      </w:r>
    </w:p>
    <w:p>
      <w:r>
        <w:t>Both can’t be true at the same time—so one of you has to be “crazy.”</w:t>
      </w:r>
    </w:p>
    <w:p>
      <w:r>
        <w:t>Spoiler alert: It’s not you.</w:t>
      </w:r>
    </w:p>
    <w:p>
      <w:r>
        <w:t>When I told people I was going to heal, they looked at me with pity. With concern. Like I was in denial. Like I couldn’t handle the truth.</w:t>
      </w:r>
    </w:p>
    <w:p>
      <w:r>
        <w:t>But I was handling the truth. MY truth. The truth that my soul knew even when my body looked like it was dying.</w:t>
      </w:r>
    </w:p>
    <w:p>
      <w:r>
        <w:t>And the more I stood in that truth, the more isolated I felt. Because no one else could see what I was seeing. No one else could feel what I was feeling.</w:t>
      </w:r>
    </w:p>
    <w:p>
      <w:r>
        <w:t>Except the people who had also stepped into that other reality. The people who believed in energy, in miracles, in the power of the soul.</w:t>
      </w:r>
    </w:p>
    <w:p>
      <w:r>
        <w:t>Mike. Anne. Jennifer. Denise Clair. Jasaan.</w:t>
      </w:r>
    </w:p>
    <w:p>
      <w:r>
        <w:t>They became my lifeline. Because they could see what I was seeing.</w:t>
      </w:r>
    </w:p>
    <w:p>
      <w:pPr>
        <w:pStyle w:val="Heading3"/>
      </w:pPr>
      <w:r>
        <w:t>Following the Nudges</w:t>
      </w:r>
    </w:p>
    <w:p>
      <w:r>
        <w:t>When you step into this new reality, something else happens: You start receiving guidance.</w:t>
      </w:r>
    </w:p>
    <w:p>
      <w:r>
        <w:t>Not loud, booming voices from the sky. But quiet nudges. Intuitive hits. Synchronicities. A name that pops into your head. A sudden urge to go somewhere. A pull toward a person, a place, a book, a practice.</w:t>
      </w:r>
    </w:p>
    <w:p>
      <w:r>
        <w:t>For me, it was thinking of Big Mike. We hadn’t spoken in years, but his name dropped into my consciousness like a stone into still water. I didn’t question it. I didn’t analyze it. I just knew: I need to reach out to him.</w:t>
      </w:r>
    </w:p>
    <w:p>
      <w:r>
        <w:t>That’s divine guidance.</w:t>
      </w:r>
    </w:p>
    <w:p>
      <w:r>
        <w:t>And when I followed it, everything I needed was there. The Reiki. The attunement. The love. The angel. The reading.</w:t>
      </w:r>
    </w:p>
    <w:p>
      <w:r>
        <w:t>But here’s the key: I had to act on the nudge.</w:t>
      </w:r>
    </w:p>
    <w:p>
      <w:r>
        <w:t>If I had ignored it, if I had talked myself out of it, if I had let fear or logic override my intuition—I would have missed it all.</w:t>
      </w:r>
    </w:p>
    <w:p>
      <w:r>
        <w:t>Divine guidance doesn’t force itself on you. It whispers. And you have to be brave enough to listen and follow, even when it doesn’t make logical sense.</w:t>
      </w:r>
    </w:p>
    <w:p>
      <w:r>
        <w:t>Even when you’re angry at the person whose name comes up. Even when you’re too sick to move. Even when it means a painful 2.5-hour drive to a town you’ve never been to.</w:t>
      </w:r>
    </w:p>
    <w:p>
      <w:r>
        <w:t>You follow the nudge.</w:t>
      </w:r>
    </w:p>
    <w:p>
      <w:r>
        <w:t>Because the Universe is conspiring in your favor. But you have to meet it halfway.</w:t>
      </w:r>
    </w:p>
    <w:p>
      <w:pPr>
        <w:pStyle w:val="Heading3"/>
      </w:pPr>
      <w:r>
        <w:t>Energy is Everything</w:t>
      </w:r>
    </w:p>
    <w:p>
      <w:r>
        <w:t>The Reiki attunement was my first visceral experience of energy healing. I felt it. That tingling. That bubbling in my stomach. That aliveness moving through my body.</w:t>
      </w:r>
    </w:p>
    <w:p>
      <w:r>
        <w:t>It wasn’t placebo. It wasn’t imagination. It was real.</w:t>
      </w:r>
    </w:p>
    <w:p>
      <w:r>
        <w:t>And that’s when I understood: Healing isn’t just physical. It’s energetic.</w:t>
      </w:r>
    </w:p>
    <w:p>
      <w:r>
        <w:t>Your body is not just flesh and bone. It’s energy. Vibration. Light. And when you raise your vibration—through love, through intention, through energy work—your body responds.</w:t>
      </w:r>
    </w:p>
    <w:p>
      <w:r>
        <w:t>Western medicine doesn’t acknowledge this. But ancient healing traditions have known it for thousands of years. Reiki. Qigong. Acupuncture. Ayurveda. Indigenous medicine. They all work with energy.</w:t>
      </w:r>
    </w:p>
    <w:p>
      <w:r>
        <w:t>And energy doesn’t lie.</w:t>
      </w:r>
    </w:p>
    <w:p>
      <w:r>
        <w:t>When Anne, Mike, and Jennifer placed their hands on me, I felt my body wake up. Not in a “I’m healed now” kind of way—but in a “my body remembers what to do” kind of way.</w:t>
      </w:r>
    </w:p>
    <w:p>
      <w:r>
        <w:t>That’s the difference. Healing isn’t something you force. It’s something you allow. You create the conditions—the love, the energy, the belief—and your body does what it’s designed to do.</w:t>
      </w:r>
    </w:p>
    <w:p>
      <w:r>
        <w:t>It heals.</w:t>
      </w:r>
    </w:p>
    <w:p>
      <w:r>
        <w:t>Mike feeling a different energy in me than he’d felt in his uncle wasn’t a coincidence. It was confirmation. My energy was alive. Fighting. Vibrating at a frequency that said: I’m not done yet.</w:t>
      </w:r>
    </w:p>
    <w:p>
      <w:pPr>
        <w:pStyle w:val="Heading3"/>
      </w:pPr>
      <w:r>
        <w:t>The Power of Fasting</w:t>
      </w:r>
    </w:p>
    <w:p>
      <w:r>
        <w:t>I didn’t choose to fast. I physically couldn’t eat.</w:t>
      </w:r>
    </w:p>
    <w:p>
      <w:r>
        <w:t>But looking back now, I believe that 45-day fast was one of the most powerful healing tools I had.</w:t>
      </w:r>
    </w:p>
    <w:p>
      <w:r>
        <w:t>Fasting has been used for spiritual and physical healing for thousands of years. It gives your body a break from digestion so it can focus all its energy on repair. It clears out toxins. It resets your system.</w:t>
      </w:r>
    </w:p>
    <w:p>
      <w:r>
        <w:t>But more than that, fasting opens spiritual doors.</w:t>
      </w:r>
    </w:p>
    <w:p>
      <w:r>
        <w:t>When you’re not weighed down by food, when your body is in that light, clear state, you become more receptive to divine guidance. To energy. To messages from beyond.</w:t>
      </w:r>
    </w:p>
    <w:p>
      <w:r>
        <w:t>I believe that fast—combined with the Reiki, the prayers, the intention—is what allowed me to have that near-death experience. It’s what allowed the Holy Ghost to wake me up at 3 AM.</w:t>
      </w:r>
    </w:p>
    <w:p>
      <w:r>
        <w:t>My body was so light, so clear, that the veil between this world and the next became thin.</w:t>
      </w:r>
    </w:p>
    <w:p>
      <w:r>
        <w:t>And miracles could slip through.</w:t>
      </w:r>
    </w:p>
    <w:p>
      <w:pPr>
        <w:pStyle w:val="Heading3"/>
      </w:pPr>
      <w:r>
        <w:t>Angels Are Real</w:t>
      </w:r>
    </w:p>
    <w:p>
      <w:r>
        <w:t>I didn’t grow up believing in angels. Not literally, anyway.</w:t>
      </w:r>
    </w:p>
    <w:p>
      <w:r>
        <w:t>But when I picked up that tiny rose quartz angel in Moonrise Crystals, something shifted. I felt seen. Protected. Held.</w:t>
      </w:r>
    </w:p>
    <w:p>
      <w:r>
        <w:t>And then Denise Clair told me: “You’re surrounded by angels.”</w:t>
      </w:r>
    </w:p>
    <w:p>
      <w:r>
        <w:t>She didn’t know about the crystal angel in my pocket. She didn’t know that Mike had been shot three times and healed. She didn’t know that Jasaan had shown up with books.</w:t>
      </w:r>
    </w:p>
    <w:p>
      <w:r>
        <w:t>But Spirit knew.</w:t>
      </w:r>
    </w:p>
    <w:p>
      <w:r>
        <w:t>And through her, I heard the message I needed: You are not alone. You are being guided. You are going to be fine.</w:t>
      </w:r>
    </w:p>
    <w:p>
      <w:r>
        <w:t>Angels aren’t always winged beings of light. Sometimes they show up as a 27-year-old with a backpack full of books. Sometimes they’re a friend you haven’t talked to in years who knows Reiki. Sometimes they’re a psychic in a small town who tells you you’re in your Jupiter year.</w:t>
      </w:r>
    </w:p>
    <w:p>
      <w:r>
        <w:t>Angels are messengers. And when you’re open, they arrive.</w:t>
      </w:r>
    </w:p>
    <w:p>
      <w:r>
        <w:t>Now, I keep angel figurines all over my home. Not because I’m religious in a traditional sense, but because I know they’re real. I’ve felt their presence. I’ve been held by their love.</w:t>
      </w:r>
    </w:p>
    <w:p>
      <w:r>
        <w:t>And I want to be reminded, every single day, that I am not alone.</w:t>
      </w:r>
    </w:p>
    <w:p>
      <w:pPr>
        <w:pStyle w:val="Heading3"/>
      </w:pPr>
      <w:r>
        <w:t>The Jupiter Year</w:t>
      </w:r>
    </w:p>
    <w:p>
      <w:r>
        <w:t>Denise told me I was in my Year of Jupiter—the year of gifts, luck, expansion, and divine favor.</w:t>
      </w:r>
    </w:p>
    <w:p>
      <w:r>
        <w:t>I didn’t know astrology back then. I didn’t know what Jupiter meant. But I felt the truth of it in my bones.</w:t>
      </w:r>
    </w:p>
    <w:p>
      <w:r>
        <w:t>This wasn’t the year I was going to die.</w:t>
      </w:r>
    </w:p>
    <w:p>
      <w:r>
        <w:t>This was the year I was going to expand.</w:t>
      </w:r>
    </w:p>
    <w:p>
      <w:r>
        <w:t>And she was right.</w:t>
      </w:r>
    </w:p>
    <w:p>
      <w:r>
        <w:t>Because I didn’t just survive. I thrived. I transformed. I awakened.</w:t>
      </w:r>
    </w:p>
    <w:p>
      <w:r>
        <w:t>That’s what Jupiter does. It takes what you’re ready for and amplifies it. And I was ready to heal.</w:t>
      </w:r>
    </w:p>
    <w:p>
      <w:r>
        <w:t>When you’re in alignment with your purpose, with your soul, with the divine plan for your life—the Universe supports you. It sends you signs. It sends you people. It opens doors.</w:t>
      </w:r>
    </w:p>
    <w:p>
      <w:r>
        <w:t>But you have to believe you’re worthy of it. You have to believe that miracles are for you, too.</w:t>
      </w:r>
    </w:p>
    <w:p>
      <w:r>
        <w:t>Not just other people. You.</w:t>
      </w:r>
    </w:p>
    <w:p>
      <w:pPr>
        <w:pStyle w:val="Heading3"/>
      </w:pPr>
      <w:r>
        <w:t>The Holy Ghost and the Trinity</w:t>
      </w:r>
    </w:p>
    <w:p>
      <w:r>
        <w:t>I don’t care if you’re religious or not. I don’t care if you believe in the Holy Ghost or not.</w:t>
      </w:r>
    </w:p>
    <w:p>
      <w:r>
        <w:t>What I know is this: For three weeks, something divine woke me up every morning at 3 AM and filled me with so much energy that I—a woman who had been bedbound and crawling to the bathroom—could hop out of bed and dance.</w:t>
      </w:r>
    </w:p>
    <w:p>
      <w:r>
        <w:t>That wasn’t me. That was God.</w:t>
      </w:r>
    </w:p>
    <w:p>
      <w:r>
        <w:t>And the pattern of threes wasn’t a coincidence.</w:t>
      </w:r>
    </w:p>
    <w:p>
      <w:r>
        <w:t>3 AM. The hour of the Trinity.</w:t>
      </w:r>
    </w:p>
    <w:p>
      <w:r>
        <w:t>Three weeks.</w:t>
      </w:r>
    </w:p>
    <w:p>
      <w:r>
        <w:t>Three people channeling Reiki into me.</w:t>
      </w:r>
    </w:p>
    <w:p>
      <w:r>
        <w:t>The Trinity.</w:t>
      </w:r>
    </w:p>
    <w:p>
      <w:r>
        <w:t>It was all connected. All orchestrated. All divine.</w:t>
      </w:r>
    </w:p>
    <w:p>
      <w:r>
        <w:t>And when I finally understood that, when I saw the pattern, I realized: None of this was random. None of this was luck.</w:t>
      </w:r>
    </w:p>
    <w:p>
      <w:r>
        <w:t>This was grace.</w:t>
      </w:r>
    </w:p>
    <w:p>
      <w:r>
        <w:t>This was God saying: I see you. I’m with you. And you weren’t done yet.</w:t>
      </w:r>
    </w:p>
    <w:p>
      <w:pPr>
        <w:pStyle w:val="Heading2"/>
      </w:pPr>
      <w:r>
        <w:t>The Practice: Tuning Into Divine Guidance and Energy</w:t>
      </w:r>
    </w:p>
    <w:p>
      <w:r>
        <w:t>This chapter is all about learning to trust the nudges, follow the guidance, work with energy, and step into the reality where healing is inevitable. Here’s how to practice that daily.</w:t>
      </w:r>
    </w:p>
    <w:p>
      <w:pPr>
        <w:pStyle w:val="Heading3"/>
      </w:pPr>
      <w:r>
        <w:t>Morning Practice: Opening to Guidance (10-15 minutes)</w:t>
      </w:r>
    </w:p>
    <w:p>
      <w:r>
        <w:t>1. Grounding and Centering (3 minutes)</w:t>
      </w:r>
    </w:p>
    <w:p>
      <w:r>
        <w:t>Sit quietly with your feet flat on the floor. Close your eyes. Take three deep breaths.</w:t>
        <w:br/>
        <w:br/>
        <w:t>Visualize roots growing from the soles of your feet deep into the earth. Feel yourself anchored, stable, held.</w:t>
        <w:br/>
        <w:br/>
        <w:t>Then visualize light pouring down from above, entering through the crown of your head, filling your entire body.</w:t>
        <w:br/>
        <w:br/>
        <w:t>You are connected—to earth below, to heaven above.</w:t>
      </w:r>
    </w:p>
    <w:p>
      <w:r>
        <w:t>2. Ask for Guidance (2 minutes)</w:t>
      </w:r>
    </w:p>
    <w:p>
      <w:r>
        <w:t>Place your hand on your heart and say aloud or silently:</w:t>
        <w:br/>
        <w:br/>
        <w:t>“I am open to divine guidance. Show me the way. Send me the signs. Guide me to the people, places, and practices that will support my healing. I am listening. I am ready. Thank you.”</w:t>
      </w:r>
    </w:p>
    <w:p>
      <w:r>
        <w:t>3. Sit in Silence (5-10 minutes)</w:t>
      </w:r>
    </w:p>
    <w:p>
      <w:r>
        <w:t>Don’t try to force anything. Just sit. Breathe. Listen.</w:t>
        <w:br/>
        <w:br/>
        <w:t>If a name comes to mind—write it down.</w:t>
        <w:br/>
        <w:br/>
        <w:t>If you feel a pull toward something—note it.</w:t>
        <w:br/>
        <w:br/>
        <w:t>If an image or feeling arises—honor it.</w:t>
        <w:br/>
        <w:br/>
        <w:t>This is how guidance comes. Gently. Quietly. In the space between thoughts.</w:t>
      </w:r>
    </w:p>
    <w:p>
      <w:pPr>
        <w:pStyle w:val="Heading3"/>
      </w:pPr>
      <w:r>
        <w:t>Self-Reiki or Energy Healing Practice (10-20 minutes daily)</w:t>
      </w:r>
    </w:p>
    <w:p>
      <w:r>
        <w:t>You don’t need to be attuned to Reiki to work with healing energy. Your intention and love are enough.</w:t>
      </w:r>
    </w:p>
    <w:p>
      <w:r>
        <w:t>How to do it:</w:t>
      </w:r>
    </w:p>
    <w:p>
      <w:r>
        <w:t>- Lie down or sit comfortably.</w:t>
      </w:r>
    </w:p>
    <w:p>
      <w:r>
        <w:t>- Rub your hands together vigorously for 30 seconds to activate the energy in your palms.</w:t>
      </w:r>
    </w:p>
    <w:p>
      <w:r>
        <w:t>- Place your hands on any part of your body that feels tight, painful, heavy, or sick.</w:t>
      </w:r>
    </w:p>
    <w:p>
      <w:r>
        <w:t>- Close your eyes. Breathe deeply.</w:t>
      </w:r>
    </w:p>
    <w:p>
      <w:r>
        <w:t>- Visualize warm, healing light flowing from your hands into your body.</w:t>
      </w:r>
    </w:p>
    <w:p>
      <w:r>
        <w:t>- See that light dissolving any darkness, pain, or disease.</w:t>
      </w:r>
    </w:p>
    <w:p>
      <w:r>
        <w:t>- Feel the energy moving through you—tingling, warmth, aliveness.</w:t>
      </w:r>
    </w:p>
    <w:p>
      <w:r>
        <w:t>- Stay here for as long as feels right. 10 minutes minimum.</w:t>
      </w:r>
    </w:p>
    <w:p>
      <w:r>
        <w:t>Say this while you work:</w:t>
        <w:br/>
        <w:br/>
        <w:t>“I am filled with healing light. My body knows how to heal itself. I am clearing what no longer serves me. Every cell in my body is vibrating with health and vitality.”</w:t>
      </w:r>
    </w:p>
    <w:p>
      <w:r>
        <w:t>Hand Positions:</w:t>
      </w:r>
    </w:p>
    <w:p>
      <w:r>
        <w:t>- On your heart for emotional healing</w:t>
      </w:r>
    </w:p>
    <w:p>
      <w:r>
        <w:t>- On your throat for communication and truth</w:t>
      </w:r>
    </w:p>
    <w:p>
      <w:r>
        <w:t>- On your stomach for digestion and gut health</w:t>
      </w:r>
    </w:p>
    <w:p>
      <w:r>
        <w:t>- On any area of pain or illness</w:t>
      </w:r>
    </w:p>
    <w:p>
      <w:r>
        <w:t>- On your head for mental clarity</w:t>
      </w:r>
    </w:p>
    <w:p>
      <w:pPr>
        <w:pStyle w:val="Heading3"/>
      </w:pPr>
      <w:r>
        <w:t>Throughout the Day: Following the Nudges</w:t>
      </w:r>
    </w:p>
    <w:p>
      <w:r>
        <w:t>Pay attention to:</w:t>
      </w:r>
    </w:p>
    <w:p>
      <w:r>
        <w:t>- Names that pop into your head</w:t>
      </w:r>
    </w:p>
    <w:p>
      <w:r>
        <w:t>- Sudden urges to go somewhere or do something</w:t>
      </w:r>
    </w:p>
    <w:p>
      <w:r>
        <w:t>- People who reach out unexpectedly</w:t>
      </w:r>
    </w:p>
    <w:p>
      <w:r>
        <w:t>- Books, articles, or resources that appear at just the right time</w:t>
      </w:r>
    </w:p>
    <w:p>
      <w:r>
        <w:t>- Moments when something “just feels right”</w:t>
      </w:r>
    </w:p>
    <w:p>
      <w:r>
        <w:t>- Repeating numbers or symbols (like seeing 11:11, 3:33, etc.)</w:t>
      </w:r>
    </w:p>
    <w:p>
      <w:r>
        <w:t>When you feel a nudge, act on it within 24 hours. Don’t overthink it. Don’t talk yourself out of it. Just follow it.</w:t>
        <w:br/>
        <w:br/>
        <w:t>Even if it doesn’t make sense. Even if it’s inconvenient. Even if you’re scared.</w:t>
        <w:br/>
        <w:br/>
        <w:t>The Universe is speaking. Listen.</w:t>
      </w:r>
    </w:p>
    <w:p>
      <w:pPr>
        <w:pStyle w:val="Heading3"/>
      </w:pPr>
      <w:r>
        <w:t>Evening Practice: Energy Clearing and Angel Connection (10 minutes)</w:t>
      </w:r>
    </w:p>
    <w:p>
      <w:r>
        <w:t>1. Energy Clearing (5 minutes)</w:t>
      </w:r>
    </w:p>
    <w:p>
      <w:r>
        <w:t>Before bed, sit or lie down. Close your eyes.</w:t>
        <w:br/>
        <w:br/>
        <w:t>Visualize any heaviness, fear, pain, or negativity from the day leaving your body like dark smoke.</w:t>
        <w:br/>
        <w:br/>
        <w:t>See it dissolving into light.</w:t>
        <w:br/>
        <w:br/>
        <w:t>Then visualize yourself surrounded by a bubble of white or golden light. This is your protection. Your sacred space.</w:t>
        <w:br/>
        <w:br/>
        <w:t>Say: “I release everything that is not mine. I am clear. I am protected. I am loved.”</w:t>
      </w:r>
    </w:p>
    <w:p>
      <w:r>
        <w:t>2. Call in Your Angels (5 minutes)</w:t>
      </w:r>
    </w:p>
    <w:p>
      <w:r>
        <w:t>Speak aloud:</w:t>
        <w:br/>
        <w:br/>
        <w:t>“Angels, guides, ancestors, and divine beings of love and light—I call you in. Surround me. Protect me. Guide me. Show me the way. Help me heal. Thank you for your presence. I am not alone.”</w:t>
        <w:br/>
        <w:br/>
        <w:t>You can also keep a small angel figurine, crystal, or image near your bed as a physical reminder of their presence.</w:t>
      </w:r>
    </w:p>
    <w:p>
      <w:pPr>
        <w:pStyle w:val="Heading3"/>
      </w:pPr>
      <w:r>
        <w:t>Special Practice: The 3 AM Wake-Up</w:t>
      </w:r>
    </w:p>
    <w:p>
      <w:r>
        <w:t>If you ever wake up at 3 AM—or any time in the night—and feel a presence, an energy, or a pull to get up:</w:t>
      </w:r>
    </w:p>
    <w:p>
      <w:r>
        <w:t>Don’t ignore it.</w:t>
        <w:br/>
        <w:br/>
        <w:t>This is the hour of the Trinity. The hour of spirit. The veil is thin.</w:t>
        <w:br/>
        <w:br/>
        <w:t>Get up. Light a candle. Pray. Meditate. Journal. Move your body. Dance if you feel called.</w:t>
        <w:br/>
        <w:br/>
        <w:t>This is divine communication. Receive it.</w:t>
      </w:r>
    </w:p>
    <w:p>
      <w:pPr>
        <w:pStyle w:val="Heading2"/>
      </w:pPr>
      <w:r>
        <w:t>Journal Prompts</w:t>
      </w:r>
    </w:p>
    <w:p>
      <w:r>
        <w:t>1. When in my life have I felt a “break in reality”—a moment when I saw or felt something that others around me couldn’t see or wouldn’t believe?</w:t>
      </w:r>
    </w:p>
    <w:p>
      <w:r>
        <w:t>2. What nudges am I currently ignoring? What keeps me from following them? Fear? Logic? Other people’s opinions?</w:t>
      </w:r>
    </w:p>
    <w:p>
      <w:r>
        <w:t>3. Who are the “Big Mikes” in my life—people I’ve lost touch with who might be connected to something deeper? Is there anyone I feel called to reach out to, even if it’s uncomfortable?</w:t>
      </w:r>
    </w:p>
    <w:p>
      <w:r>
        <w:t>4. Have I ever had an experience with energy healing, intuition, or synchronicity that I dismissed or rationalized away? What was it? What if it was real?</w:t>
      </w:r>
    </w:p>
    <w:p>
      <w:r>
        <w:t>5. Where in my life am I still living in someone else’s reality instead of my own? Whose fear am I carrying? Whose limitations have I accepted as truth?</w:t>
      </w:r>
    </w:p>
    <w:p>
      <w:r>
        <w:t>6. If I believed I was in my “Jupiter year”—a year of gifts, expansion, and divine favor—how would I show up differently? What would I do? What would I stop doing?</w:t>
      </w:r>
    </w:p>
    <w:p>
      <w:r>
        <w:t>7. What does the word “angel” mean to me? Do I believe I’m being guided? If not, what would it take for me to believe it? If yes, how can I open myself more fully to that guidance?</w:t>
      </w:r>
    </w:p>
    <w:p>
      <w:r>
        <w:t>8. Have I ever experienced the presence of the Holy Spirit, God, or divine energy in my body? What did it feel like? What did it teach me?</w:t>
      </w:r>
    </w:p>
    <w:p>
      <w:r>
        <w:t>9. What patterns or synchronicities have I noticed in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